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Introduction to Paradise December 18, 2022</w:t>
      </w:r>
    </w:p>
    <w:p>
      <w:r>
        <w:t>https://youtu.be/82pHJMz7OHs</w:t>
      </w:r>
    </w:p>
    <w:p>
      <w:r>
        <w:rPr>
          <w:b/>
        </w:rPr>
        <w:t xml:space="preserve">[00:11] </w:t>
      </w:r>
      <w:r>
        <w:t>Assalam o alaikum. Today the topic of our conversation is "Introduction to Paradise." According to Quran, Paradise is another name for eternal life in the neighborhood of God.</w:t>
      </w:r>
    </w:p>
    <w:p>
      <w:pPr>
        <w:jc w:val="right"/>
      </w:pPr>
      <w:r>
        <w:t>السلام علیکم۔ Today the topic of our conversation is "Introduction to Paradise." According to Quran, Paradise is another name for eternal life in the neighborhood of God.</w:t>
      </w:r>
    </w:p>
    <w:p>
      <w:r>
        <w:rPr>
          <w:b/>
        </w:rPr>
        <w:t xml:space="preserve">[00:27] </w:t>
      </w:r>
      <w:r>
        <w:t>God has created an ideal world called Paradise, a place of everlasting bliss and</w:t>
      </w:r>
    </w:p>
    <w:p>
      <w:pPr>
        <w:jc w:val="right"/>
      </w:pPr>
      <w:r>
        <w:t>God has created an ideal world called Paradise, a place of everlasting bliss and</w:t>
      </w:r>
    </w:p>
    <w:p>
      <w:r>
        <w:rPr>
          <w:b/>
        </w:rPr>
        <w:t xml:space="preserve">[00:33] </w:t>
      </w:r>
      <w:r>
        <w:t>joy. It's a trouble-free world with infinite blessings and a place where a person will never experience boredom, grief, or death.</w:t>
      </w:r>
    </w:p>
    <w:p>
      <w:pPr>
        <w:jc w:val="right"/>
      </w:pPr>
      <w:r>
        <w:t>joy. It's a trouble-free world with infinite blessings and a place where a person will never experience boredom, grief, or death.</w:t>
      </w:r>
    </w:p>
    <w:p>
      <w:r>
        <w:rPr>
          <w:b/>
        </w:rPr>
        <w:t xml:space="preserve">[00:44] </w:t>
      </w:r>
      <w:r>
        <w:t>But God has reserved Paradise for the next world. So today we will have a conversation with Professor Farida Khanam on many questions like the concept of Paradise, how can one become a deserving candidate for Paradise, what is the selection process, and more.</w:t>
      </w:r>
    </w:p>
    <w:p>
      <w:pPr>
        <w:jc w:val="right"/>
      </w:pPr>
      <w:r>
        <w:t>But God has reserved Paradise for the next world. So today we will have a conversation with Professor Farida Khanam on many questions like the concept of Paradise, how can one become a deserving candidate for Paradise, what is the selection process, and more.</w:t>
      </w:r>
    </w:p>
    <w:p>
      <w:r>
        <w:rPr>
          <w:b/>
        </w:rPr>
        <w:t xml:space="preserve">[01:02] </w:t>
      </w:r>
      <w:r>
        <w:t>To chaliye guftagu karte hain Farida aap ke sath. Assalam o alaikum apa, kaisay hain aap? Wa alaikum assalam, sab theek hai alhamdulillah. Jee, aap ka sab se pehla sawal, aaj ka jo topic hai, woh yahi hai ke concept of Paradise kya hai, is ke baray mein bataein. Bismillah hir rahman nir rahim.</w:t>
      </w:r>
    </w:p>
    <w:p>
      <w:pPr>
        <w:jc w:val="right"/>
      </w:pPr>
      <w:r>
        <w:t>तो चलिए बातचीत करते हैं Farida आप के साथ। السلام علیکم آپا، کیسے ہیں آپ؟ وعلیکم السلام، سب ٹھیک ہے الحمدللہ۔ जी, आपका सबसे पहला सवाल, आज का जो टॉपिक है, वह यही है कि कॉन्सेप्ट ऑफ़ Paradise क्या है, इसके बारे में बताएँ। بسم الله الرحمن الرحيم۔</w:t>
      </w:r>
    </w:p>
    <w:p>
      <w:r>
        <w:rPr>
          <w:b/>
        </w:rPr>
        <w:t xml:space="preserve">[01:24] </w:t>
      </w:r>
      <w:r>
        <w:t>Dekhiye, concept of Paradise ko samajhnay ke liye sab se pehle humein takhleeq ka maqsad samajhna hoga. To Khuda ka jo creation plan hai, us ko samajhna hoga. To is ko Quran mein aik ayat aayi hai وَمَا خَلَقْتُ الْجِنَّ وَالْإِنْسَ إِلَّا لِيَعْبُدُونَ to hum ne insaan ko aur jinn ko sirf apni ibadat ke liye paida kiya hai.</w:t>
      </w:r>
    </w:p>
    <w:p>
      <w:pPr>
        <w:jc w:val="right"/>
      </w:pPr>
      <w:r>
        <w:t>देखिए, कॉन्सेप्ट ऑफ़ Paradise को समझने के लिए सबसे पहले हमें تخلیق का मकसद समझना होगा। तो खुदा का जो क्रिएशन प्लान है, उसको समझना होगा। तो इसको क़ुरान में एक आयत आई है وَمَا خَلَقْتُ الْجِنَّ وَالْإِنْسَ إِلَّا لِيَعْبُدُونَ तो हमने इंसान को और जिन्नों को सिर्फ अपनी इबादत के लिए पैदा किया है।</w:t>
      </w:r>
    </w:p>
    <w:p>
      <w:r>
        <w:rPr>
          <w:b/>
        </w:rPr>
        <w:t xml:space="preserve">[01:51] </w:t>
      </w:r>
      <w:r>
        <w:t>To ibadat ka matlab, jaisay Abdullah ibn Abbas ne explain kiya hai ke ibadat ka matlab hai marifat. To Khuda ki marifat hasil karna, isi ke liye insaan ko paida kiya gaya hai. To is ke liye Allah taala ne do khaas cheez rakheen ke hum kis tarah se Khuda ki marifat hasil karain.</w:t>
      </w:r>
    </w:p>
    <w:p>
      <w:pPr>
        <w:jc w:val="right"/>
      </w:pPr>
      <w:r>
        <w:t>तो इबादत का मतलब, जैसे अब्दुल्लाह इब्न अब्बास ने एक्सप्लेन किया है कि इबादत का मतलब है मारिफत। तो खुदा की मारिफत हासिल करना, इसी के लिए इंसान को पैदा किया गया है। तो इसके लिए अल्लाह ताला ने दो खास चीज़ रखीं कि हम किस तरीके से खुदा की मारिफत हासिल करें।</w:t>
      </w:r>
    </w:p>
    <w:p>
      <w:r>
        <w:rPr>
          <w:b/>
        </w:rPr>
        <w:t xml:space="preserve">[02:14] </w:t>
      </w:r>
      <w:r>
        <w:t>sabse pehle to insaan ke andar jo dimagh hai, wah bahut hi uske andar la-mehud capacity hai ki wah soche, gaur kare, tadabbur kare. aur kis cheez par kare?</w:t>
      </w:r>
    </w:p>
    <w:p>
      <w:pPr>
        <w:jc w:val="right"/>
      </w:pPr>
      <w:r>
        <w:t>सबसे पहले तो इंसान के अंदर जो दिमाग है, वह बहुत ही उसके अंदर लामحدूद कैपेसिटी है कि वह सोचे, गौर करे, तदब्बुर करे। और किस चीज़ पर करे?</w:t>
      </w:r>
    </w:p>
    <w:p>
      <w:r>
        <w:rPr>
          <w:b/>
        </w:rPr>
        <w:t xml:space="preserve">[02:25] </w:t>
      </w:r>
      <w:r>
        <w:t>to iske liye Allah taala ne bahut badi kainat, bahut la-mehud kainat paida ki taaki insaan ke paas kisi cheez ki koi kami na rahe. jo elements hain, jo items hain marifat ke, wah insaan ko musalsal milte rahein.</w:t>
      </w:r>
    </w:p>
    <w:p>
      <w:pPr>
        <w:jc w:val="right"/>
      </w:pPr>
      <w:r>
        <w:t>तो इसके लिए अल्लाह ताला ने बहुत बड़ी कायनात, बहुत लामحدूद कायनात पैदा की ताकि इंसान के पास किसी चीज़ की कोई कमी न रहे। जो एलिमेंट्स हैं, जो आइटम्स हैं मारिफत के, वह इंसान को मुसलसल मिलते रहें।</w:t>
      </w:r>
    </w:p>
    <w:p>
      <w:r>
        <w:rPr>
          <w:b/>
        </w:rPr>
        <w:t xml:space="preserve">[02:43] </w:t>
      </w:r>
      <w:r>
        <w:t>to wah jo kainat mein jo Khuda ki jo sifaat hain, Khuda ki sifaat 99 names, attributes bataye gaye hain, lekin Khuda ki sifaat la-mehud hain. wah to human words ki limitations hoti hain, isliye 99 bataye gaye hain. to Khuda ki sifaat jo hai, uska izhaar hai kainat mein. to usi ko hamein discover karna hai.</w:t>
      </w:r>
    </w:p>
    <w:p>
      <w:pPr>
        <w:jc w:val="right"/>
      </w:pPr>
      <w:r>
        <w:t>तो वह जो कायनात में जो खुदा की जो सिफात हैं, खुदा की सिफात 99 नेम्स, एट्रिब्यूट्स बताए गए हैं, लेकिन खुदा की सिफात लामحدूद हैं। वह तो ह्यूमन वर्ड्स की लिमिटेशंस होती हैं, इसलिए 99 बताए गए हैं। तो खुदा की सिफात जो है, उसका इज़हार है कायनात में। तो उसी को हमें डिस्कवर करना है।</w:t>
      </w:r>
    </w:p>
    <w:p>
      <w:r>
        <w:rPr>
          <w:b/>
        </w:rPr>
        <w:t xml:space="preserve">[03:10] </w:t>
      </w:r>
      <w:r>
        <w:t>to discover karne ke liye hamein sochna hai, gaur karna hai, us par tadabbur aur tafakkur karna hai, jaisa ki hamein baar-baar Quran mein bataya gaya hai. to hamein har cheez mein Khuda ki marifat mil sakti hai paigambar ki rehnumai ke zariye se. kyunki hum we have to be guided by the Quran and Sunnah</w:t>
      </w:r>
    </w:p>
    <w:p>
      <w:pPr>
        <w:jc w:val="right"/>
      </w:pPr>
      <w:r>
        <w:t>तो डिस्कवर करने के लिए हमें सोचना है, गौर करना है, उस पर तदब्बुर और तफक्कुर करना है, जैसा कि हमें बार-बार क़ुरान में बताया गया है। तो हमें हर चीज़ में खुदा की मारिफत मिल सकती है पैगंबर की रहनुमाई के जरिए से। क्योंकि हम we have to be guided by the Quran and Sunnah</w:t>
      </w:r>
    </w:p>
    <w:p>
      <w:r>
        <w:rPr>
          <w:b/>
        </w:rPr>
        <w:t xml:space="preserve">[03:31] </w:t>
      </w:r>
      <w:r>
        <w:t>Prophet ki jo life hai, Prophet ki jo teachings hain, Sunnah hain, uski rehnumai mein hum Khuda ki marifat haasil kar sakte hain. lekin masla ek aur hai ki insaan ke dimagh mein to la-mehud capacity hai,</w:t>
      </w:r>
    </w:p>
    <w:p>
      <w:pPr>
        <w:jc w:val="right"/>
      </w:pPr>
      <w:r>
        <w:t>प्रॉफेट की जो लाइफ है, प्रॉफेट की जो टीचिंग्स हैं, सुन्नत हैं, उसकी रहनुमाई में हम खुदा की मारिफत हासिल कर सकते हैं। लेकिन मसला एक और है कि इंसान के दिमाग में तो लामحدूद कैपेसिटी है,</w:t>
      </w:r>
    </w:p>
    <w:p>
      <w:r>
        <w:rPr>
          <w:b/>
        </w:rPr>
        <w:t xml:space="preserve">[03:48] </w:t>
      </w:r>
      <w:r>
        <w:t>kainat la-mehud hai. aaj tak science-daanon ne kainat ka shayad chaar-paanch hissa hi discover kiya hai.</w:t>
      </w:r>
    </w:p>
    <w:p>
      <w:pPr>
        <w:jc w:val="right"/>
      </w:pPr>
      <w:r>
        <w:t>कायनात लामحدूद है। आज तक साइंसदानों ने कायनात का शायद चार-पांच हिस्सा ही डिस्कवर किया है।</w:t>
      </w:r>
    </w:p>
    <w:p>
      <w:r>
        <w:rPr>
          <w:b/>
        </w:rPr>
        <w:t xml:space="preserve">[03:56] </w:t>
      </w:r>
      <w:r>
        <w:t>to is duniya mein insaan ki umr bhi la-mehud hai, bimari hai, budhapa hai, maut hai. to insaan jo hai, marifat ka jo yeh safar hai, wah tay nahi kar pata. to is wajah se Allah taala ne insaan ke liye do daur banaye. ek to daur yeh hai, jo hum is duniya mein guzarte hain 60 saal, 70 saal, 80 saal. yahi ismein hamara aadha waqt to hamara doosre kaamon mein guzar</w:t>
      </w:r>
    </w:p>
    <w:p>
      <w:pPr>
        <w:jc w:val="right"/>
      </w:pPr>
      <w:r>
        <w:t>तो इस दुनिया में इंसान की उम्र भी लामحدूद है, बीमारी है, बुढ़ापा है, मौत है। तो इंसान जो है, मारिफत का जो यह सफर है, वह तय नहीं कर पाता। तो इस वजह से अल्लाह ताला ने इंसान के लिए दो दौर बनाए। एक तो दौर यह है, जो हम इस दुनिया में गुजारते हैं 60 साल, 70 साल, 80 साल। यही इसमें हमारा आधा वक्त तो हमारा दूसरे कामों में गुजर</w:t>
      </w:r>
    </w:p>
    <w:p>
      <w:r>
        <w:rPr>
          <w:b/>
        </w:rPr>
        <w:t xml:space="preserve">[04:25] </w:t>
      </w:r>
      <w:r>
        <w:t>jata hai. bahut hi kam, humko 10-20 saal hi mushkil se milte hain. to ismein hum Khuda ke jo kalimat hain, Khuda ki jo sifaat hain, uska hum nahi discover kar sakte. kyunki bahut zyada hain. Quran mein aaya hai ki agar tamaam darakht qalam bana diye jaayen aur tamaam samundar ki siyahi bana di jaaye, aur aur utne hi darakht aur hon aur utne hi samundar aur hon, tab bhi Khuda ke kalimat khatm nahi h</w:t>
      </w:r>
    </w:p>
    <w:p>
      <w:pPr>
        <w:jc w:val="right"/>
      </w:pPr>
      <w:r>
        <w:t>जाता है। बहुत ही कम, हमको 10-20 साल ही मुश्किल से मिलते हैं। तो इसमें हम खुदा के जो कलिमात हैं, खुदा की जो सिफात हैं, उसका हम नहीं डिस्कवर कर सकते। क्योंकि बहुत ज्यादा हैं। क़ुरान में आया है कि अगर तमाम दरख्त कलम बना दिए जाएँ और तमाम समुंदर की सिहाई बना दी जाए, और और उतने ही दरख्त और हों और उतने ही समुंदर और हों, तब भी खुदा के कलिमात खत्म नहीं ह</w:t>
      </w:r>
    </w:p>
    <w:p>
      <w:r>
        <w:rPr>
          <w:b/>
        </w:rPr>
        <w:t xml:space="preserve">[04:54] </w:t>
      </w:r>
      <w:r>
        <w:t>onge. to ab aap samajh sakte hain ki is mahdood umr mein hum Khuda ki marifat kaise haasil kar sakte hain. to isliye Allah taala ne ek doosri duniya banai, aur wah hai Paradise. wah ek mukammal,</w:t>
      </w:r>
    </w:p>
    <w:p>
      <w:pPr>
        <w:jc w:val="right"/>
      </w:pPr>
      <w:r>
        <w:t>ोंगे। तो अब आप समझ सकते हैं कि इस महदूद उम्र में हम खुदा की मारिफत कैसे हासिल कर सकते हैं। तो इसलिए अल्लाह ताला ने एक दूसरी दुनिया बनाई, और वह है Paradise। वह एक मुकम्मल,</w:t>
      </w:r>
    </w:p>
    <w:p>
      <w:r>
        <w:rPr>
          <w:b/>
        </w:rPr>
        <w:t xml:space="preserve">[05:09] </w:t>
      </w:r>
      <w:r>
        <w:t>eternal world hai, perfect world hai. to yeh jaise yeh duniya aarzi hai, to wah abdi duniya hai. aur yeh duniya jo hai, imperfect hai, wah perfect hai. to</w:t>
      </w:r>
    </w:p>
    <w:p>
      <w:pPr>
        <w:jc w:val="right"/>
      </w:pPr>
      <w:r>
        <w:t>इटरनल वर्ल्ड है, परफेक्ट वर्ल्ड है। तो यह जैसे यह दुनिया आरज़ी है, तो वह अब्दी दुनिया है। और यह दुनिया जो है, इम्परफेक्ट है, वह परफेक्ट है। तो</w:t>
      </w:r>
    </w:p>
    <w:p>
      <w:r>
        <w:rPr>
          <w:b/>
        </w:rPr>
        <w:t xml:space="preserve">[05:21] </w:t>
      </w:r>
      <w:r>
        <w:t>hamari marifat ka safar shuru ho jayega isi duniya mein, lekin uska takmeel jo hai, wah aakhiri duniya mein, jo aakhirat mein hoga. kyunki wah la-tanaahi hai. jaise Maulana kehte the ki yeh jannat yeh nahi hai ki sirf hum sofe par baithe rahenge aur khate-peete rahenge, balki marifat ke safar ke liye jannat banai gayi hai. wahan par insaanon ko har tarah ki madad</w:t>
      </w:r>
    </w:p>
    <w:p>
      <w:pPr>
        <w:jc w:val="right"/>
      </w:pPr>
      <w:r>
        <w:t>हमारी मारिफत का सफर शुरू हो जाएगा इसी दुनिया में, लेकिन उसका तकमील जो है, वह आख़िरी दुनिया में, जो आख़िरत में होगा। क्योंकि वह लामतनाही है। जैसे मौलाना कहते थे कि यह जन्नत यह नहीं है कि सिर्फ हम सोफे पर बैठे रहेंगे और खाते-पीते रहेंगे, बल्कि मारिफत के सफर के लिए जन्नत बनाई गई है। वहाँ पर इंसानों को हर तरह की मदद</w:t>
      </w:r>
    </w:p>
    <w:p>
      <w:r>
        <w:rPr>
          <w:b/>
        </w:rPr>
        <w:t xml:space="preserve">[05:49] </w:t>
      </w:r>
      <w:r>
        <w:t>milegi, farishton ki madad milegi, aur wahan musalsal wah marifat ka safar tay karte rahenge. to Allah taala ne is duniya mein selection kar rahe hain. kyunki yahan par insaanon ko mukammal freedom de di gayi hai, aur taaki wah good and evil logon ko selection kiya ja</w:t>
      </w:r>
    </w:p>
    <w:p>
      <w:pPr>
        <w:jc w:val="right"/>
      </w:pPr>
      <w:r>
        <w:t>मिलेगी, फरिश्तों की मदद मिलेगी, और वहाँ मुसलसल वह मारिफत का सफर तय करते रहेंगे। तो अल्लाह ताला ने इस दुनिया में सिलेक्शन कर रहे हैं। क्योंकि यहाँ पर इंसानों को मुकम्मल फ्रीडम दे दी गई है, और ताकि वह गुड एंड इविल लोगों को सिलेक्शन किया जा</w:t>
      </w:r>
    </w:p>
    <w:p>
      <w:r>
        <w:rPr>
          <w:b/>
        </w:rPr>
        <w:t xml:space="preserve">[06:10] </w:t>
      </w:r>
      <w:r>
        <w:t>sake. kyunki agar insaan ka haath-paon baandh diya jaaye, freedom na ho, to phir insaanon ka selection sahi buniyadon par nahi ho sakta. kyunki aadmi majboor hai, to achha hi kaam karega. to majboor na hokar ke wah Khuda ke aage apne aap ko surrender kare, Khuda ko discover kare, Khuda invisible hai, usko discover kare. to</w:t>
      </w:r>
    </w:p>
    <w:p>
      <w:pPr>
        <w:jc w:val="right"/>
      </w:pPr>
      <w:r>
        <w:t>सके। क्योंकि अगर इंसान का हाथ-पांव बांध दिया जाए, फ्रीडम न हो, तो फिर इंसानों का सिलेक्शन सही बुनियादों पर नहीं हो सकता। क्योंकि आदमी मजबूर है, तो अच्छा ही काम करेगा। तो मजबूर न होकर के वह खुदा के आगे अपने आप को सरेंडर करे, खुदा को डिस्कवर करे, खुदा इनविज़िबल है, उसको डिस्कवर करे। तो</w:t>
      </w:r>
    </w:p>
    <w:p>
      <w:r>
        <w:rPr>
          <w:b/>
        </w:rPr>
        <w:t xml:space="preserve">[06:32] </w:t>
      </w:r>
      <w:r>
        <w:t>yeh bahut zyada badi baat hai. aur wahi log jo hain, aakhirat ke liye Paradise mein hamesha-hamesha basaye jaane ke liye unka selection ho raha hai. aur yeh selection farishton, farishte hamare,</w:t>
      </w:r>
    </w:p>
    <w:p>
      <w:pPr>
        <w:jc w:val="right"/>
      </w:pPr>
      <w:r>
        <w:t>यह बहुत ज्यादा बड़ी बात है। और वही लोग जो हैं, आख़िरत के लिए Paradise में हमेशा-हमेशा बसाए जाने के लिए उनका सिलेक्शन हो रहा है। और यह सिलेक्शन फरिश्तों, फरिश्ते हमारे,</w:t>
      </w:r>
    </w:p>
    <w:p>
      <w:r>
        <w:rPr>
          <w:b/>
        </w:rPr>
        <w:t xml:space="preserve">[06:48] </w:t>
      </w:r>
      <w:r>
        <w:t>hamare deeds ko record kar rahe hain. to farishton ke record ke mutabiq wah faisla hoga. ji</w:t>
      </w:r>
    </w:p>
    <w:p>
      <w:pPr>
        <w:jc w:val="right"/>
      </w:pPr>
      <w:r>
        <w:t>हमारे डीड्स को रिकॉर्ड कर रहे हैं। तो फरिश्तों के रिकॉर्ड के मुताबिक वह फैसला होगा। जी</w:t>
      </w:r>
    </w:p>
    <w:p>
      <w:r>
        <w:rPr>
          <w:b/>
        </w:rPr>
        <w:t xml:space="preserve">[06:55] </w:t>
      </w:r>
      <w:r>
        <w:t>, to us faisle ke baad jo hai, wah hamein ek wahan par marifat ka jo safar wah tay hoga. wahan par ek divine civilization banai jayegi. to divine civilization jo hai, wah ek spiritual civilization aap usko keh sakte hain.</w:t>
      </w:r>
    </w:p>
    <w:p>
      <w:pPr>
        <w:jc w:val="right"/>
      </w:pPr>
      <w:r>
        <w:t>, तो उस फैसले के बाद जो है, वह हमें एक वहाँ पर मारिफत का जो सफर वह तय होगा। वहाँ पर एक डिवाइन सिविलाइजेशन बनाई जाएगी। तो डिवाइन सिविलाइजेशन जो है, वह एक स्पिरिचुअल सिविलाइजेशन आप उसको कह सकते हैं।</w:t>
      </w:r>
    </w:p>
    <w:p>
      <w:r>
        <w:rPr>
          <w:b/>
        </w:rPr>
        <w:t xml:space="preserve">[07:15] </w:t>
      </w:r>
      <w:r>
        <w:t>to yeh tamaam jo hai, is duniya ki tamaam jo disadvantages hain, jis ko hazan aur qabdh kaha gaya hai Quran mein, wah sab khatm ho jayega. aur wahan tamaam facility hamein milengi, ek meyaari mahaul milega, aur wahan hamara journey jo hai, marifat ka, wah hamesha-hamesha jaari rahega. ji, inshallah.</w:t>
      </w:r>
    </w:p>
    <w:p>
      <w:pPr>
        <w:jc w:val="right"/>
      </w:pPr>
      <w:r>
        <w:t>तो यह तमाम जो है, इस दुनिया की तमाम जो डिसएडवांटेजेस हैं, जिसको हजन और कबद कहा गया है क़ुरान में, वह सब खत्म हो जाएगा। और वहाँ तमाम फैसिलिटी हमें मिलेंगी, एक मेयारी माहौल मिलेगा, और वहाँ हमारा जर्नी जो है, मारिफत का, वह हमेशा-हमेशा जारी रहेगा। जी, इंशाल्लाह।</w:t>
      </w:r>
    </w:p>
    <w:p>
      <w:r>
        <w:rPr>
          <w:b/>
        </w:rPr>
        <w:t xml:space="preserve">[07:37] </w:t>
      </w:r>
      <w:r>
        <w:t>jazak Allah aapka. aap jaise aapne abhi bataya ki Paradise is a place of perfection as compared to this world which is an imperfect world. so ek tarike se Paradise is free from all defects and also it is a place where attributes of God will appear in full perfection.</w:t>
      </w:r>
    </w:p>
    <w:p>
      <w:pPr>
        <w:jc w:val="right"/>
      </w:pPr>
      <w:r>
        <w:t>جزاک اللہ آپا۔ आप जैसे आपने अभी बताया कि Paradise is a place of perfection as compared to this world which is an imperfect world। सो एक तरीके से Paradise is free from all defects and also it is a place where attributes of God will appear in full perfection.</w:t>
      </w:r>
    </w:p>
    <w:p>
      <w:r>
        <w:rPr>
          <w:b/>
        </w:rPr>
        <w:t xml:space="preserve">[07:57] </w:t>
      </w:r>
      <w:r>
        <w:t>it's a place of contentment and everlasting peace. to aap jaise aapne kaha ki select kiya jayega, to</w:t>
      </w:r>
    </w:p>
    <w:p>
      <w:pPr>
        <w:jc w:val="right"/>
      </w:pPr>
      <w:r>
        <w:t>It's a place of contentment and everlasting peace। तो आप जैसे आपने कहा कि select किया जाएगा, तो</w:t>
      </w:r>
    </w:p>
    <w:p>
      <w:r>
        <w:rPr>
          <w:b/>
        </w:rPr>
        <w:t xml:space="preserve">[08:05] </w:t>
      </w:r>
      <w:r>
        <w:t>how will the people be selected in Paradise? iske baare mein bataein.</w:t>
      </w:r>
    </w:p>
    <w:p>
      <w:pPr>
        <w:jc w:val="right"/>
      </w:pPr>
      <w:r>
        <w:t>how will the people be selected in Paradise? इसके बारे में बताएँ।</w:t>
      </w:r>
    </w:p>
    <w:p>
      <w:r>
        <w:rPr>
          <w:b/>
        </w:rPr>
        <w:t xml:space="preserve">[08:13] </w:t>
      </w:r>
      <w:r>
        <w:t>wahan par selection ek to hamare jo aamaal honge, uske mutabiq selection hoga. to jannat ke bhi dekhiye, do sau se zyada darje hain. to jin logon ne sirf achhe amal kiye hain, koi bahut bada marifat ka safar nahi unhone kiya</w:t>
      </w:r>
    </w:p>
    <w:p>
      <w:pPr>
        <w:jc w:val="right"/>
      </w:pPr>
      <w:r>
        <w:t>वहाँ پر selection एक तो हमारे जो आमाल होंगे, उसके मुताबिक selection होगा। तो जन्नत के भी देखिए, दो सौ से ज्यादा दर्जे हैं। तो जिन लोगों ने सिर्फ अच्छे अमल किए हैं, कोई बहुत बड़ा मारिफत का सफर नहीं उन्होंने किया</w:t>
      </w:r>
    </w:p>
    <w:p>
      <w:r>
        <w:rPr>
          <w:b/>
        </w:rPr>
        <w:t xml:space="preserve">[08:31] </w:t>
      </w:r>
      <w:r>
        <w:t>hai, Khuda ko discover jaisa ki karna chahiye nahi kiya hai, to unke liye aam jannatein hain. lekin ek jannat hai, jis ko Jannatul Firdaus kaha jata hai. to kaha jata hai hadith ke mutabiq, yeh jannat Khuda ke arsh ke neeche hai. to isi ko Khuda ka pados kaha jata hai. to yahan par un logon ko jagah milegi, jinhone isi duniya mein Khuda ko dis</w:t>
      </w:r>
    </w:p>
    <w:p>
      <w:pPr>
        <w:jc w:val="right"/>
      </w:pPr>
      <w:r>
        <w:t>है, खुदा को डिस्कवर जैसा कि करना चाहिए नहीं किया है, तो उनके लिए आम जन्नतें हैं। लेकिन एक जन्नत है, जिसको जन्नतुल फिरदौस कहा जाता है। तो कहा जाता है हदीस के मुताबिक, यह जन्नत खुदा के अर्श के नीचे है। तो इसी को खुदा का पड़ोस कहा जाता है। तो यहाँ पर उन लोगों को जगह मिलेगी, जिन्होंने इसी दुनिया में खुदा को डिस्</w:t>
      </w:r>
    </w:p>
    <w:p>
      <w:r>
        <w:rPr>
          <w:b/>
        </w:rPr>
        <w:t xml:space="preserve">[08:57] </w:t>
      </w:r>
      <w:r>
        <w:t>cover kiya, Khuda ki marifat haasil ki, aur wah jannat ke mutalashi the, jannat ki ki talash mein. wah bahut zyada unhone Khuda ko yaad kiya, Khuda God oriented life unhone ji. to unko wah Jannatul Firdaus mein jagah milegi. to yeh eternal life aam logon ke liye bhi hai, jinhone sirf achhe kaam kiye hain, aur khaas logon ke liye Jannatul Firda</w:t>
      </w:r>
    </w:p>
    <w:p>
      <w:pPr>
        <w:jc w:val="right"/>
      </w:pPr>
      <w:r>
        <w:t>कवर किया, खुदा की मारिफत हासिल की, और वह जन्नत के मुतलाशी थे, जन्नत की की तलाश में। वह बहुत ज्यादा उन्होंने खुदा को याद किया, खुदा गॉड ओरिएंटेड लाइफ उन्होंने जी। तो उनको वह जन्नतुल फिरदौस में जगह मिलेगी। तो यह इटरनल लाइफ आम लोगों के लिए भी है, जिन्होंने सिर्फ अच्छे काम किए हैं, और खास लोगों के लिए जन्नतुल फिरदौ</w:t>
      </w:r>
    </w:p>
    <w:p>
      <w:r>
        <w:rPr>
          <w:b/>
        </w:rPr>
        <w:t xml:space="preserve">[09:23] </w:t>
      </w:r>
      <w:r>
        <w:t>us hai. hadith mein aaya hai ki tum log Jannatul Firdaus ke liye dua karo, kyunki wahan par Khuda ki jhalakiyan hongi, Khuda se contact hoga. ab wah kya tareeka hoga contact ka, wah to aakhirat hi mein maloom hoga. Rasoolullah sallallahu alaihi wasallam ne farmaya ki tum log Khuda ko is tarah dekhoge, jaise tum chand ko dekhte ho. to wahan par ab dekhiye ki insaan hamesha is duniya mein pareshan rehta hai, tension mein rehta</w:t>
      </w:r>
    </w:p>
    <w:p>
      <w:pPr>
        <w:jc w:val="right"/>
      </w:pPr>
      <w:r>
        <w:t>स है। हदीस में आया है कि तुम लोग जन्नतुल फिरदौस के लिए दुआ करो, क्योंकि वहाँ पर खुदा की झलकियां होंगी, खुदा से कांटेक्ट होगा। अब वह क्या तरीका होगा कांटेक्ट का, वह तो आख़िरत ही में मालूम होगा। रसूलल्लाह सल्लल्लाहु अलैहि वसल्लम ने फरमाया कि तुम लोग खुदा को इस तरह देखोगे, जैसे तुम चाँद को देखते हो। तो वहाँ पर अब देखिए कि इंसान हमेशा इस दुनिया में परेशान रहता है, टेंशन में रहता</w:t>
      </w:r>
    </w:p>
    <w:p>
      <w:r>
        <w:rPr>
          <w:b/>
        </w:rPr>
        <w:t xml:space="preserve">[09:52] </w:t>
      </w:r>
      <w:r>
        <w:t>hai. to isliye ki Khuda se doori hai. to Khuda hi tamaam khoobiyon ka sarchashma hai. to yahi jo hamein haqeeqi sukoon jo hai, wah tabhi hamein milega, jab hum Khuda ke qareeb pahunch jaayen, Khuda se hamara contact ho jaaye. is duniya mein bhi, jab hamara Khuda se contact hota hai, tabhi humko sukoon milta hai. aur us duniya mein to wah contact ki ultimate form hogi. wah</w:t>
      </w:r>
    </w:p>
    <w:p>
      <w:pPr>
        <w:jc w:val="right"/>
      </w:pPr>
      <w:r>
        <w:t>है। तो इसलिए कि खुदा से दूरी है। तो खुदा ही तमाम खूबियों का सरचश्मा है। तो यही जो हमें हकीकी सुकून जो है, वह तभी हमें मिलेगा, जब हम खुदा के करीब पहुंच जाएं, खुदा से हमारा कांटेक्ट हो जाए। इस दुनिया में भी, जब हमारा खुदा से कांटेक्ट होता है, तभी हमको सुकून मिलता है। और उस दुनिया में तो वह कांटेक्ट की अल्टीमेट फॉर्म होगी। वह</w:t>
      </w:r>
    </w:p>
    <w:p>
      <w:r>
        <w:rPr>
          <w:b/>
        </w:rPr>
        <w:t xml:space="preserve">[10:18] </w:t>
      </w:r>
      <w:r>
        <w:t>to yeh un logon ko, yeh khuda ka pados milega, jinke soch, jinke jazbaat, jinki activities, jinki har cheez un khuda ke rang mein rang jaaye. Ji, to wahan par dekhiye, koi sifarish kaam nahi aayegi. Wahan par sirf hamara amal, hamara khuda se taalluq, khuda se connection, bas yahi kaam aayega. Humko, humne, hamein khuda ko apna spiritual concern bana lena hai,</w:t>
      </w:r>
    </w:p>
    <w:p>
      <w:pPr>
        <w:jc w:val="right"/>
      </w:pPr>
      <w:r>
        <w:t>तो यह उन लोगों को, यह खुदा का पड़ोस मिलेगा, जिनके सोच, जिनके जज्बात, जिनकी एक्टिविटीज, जिनकी हर चीज उन खुदा के रंग में रंग जाए। जी, तो वहाँ पर देखिए, कोई सिफारिश काम नहीं आएगी। वहाँ पर सिर्फ हमारा अमल, हमारा खुदा से ताल्लुक, खुदा से कनेक्शन, बस यही काम आएगा। हमको, हमने, हमें खुदा को अपना स्पिरिचुअल कंसर्न बना लेना है,</w:t>
      </w:r>
    </w:p>
    <w:p>
      <w:r>
        <w:rPr>
          <w:b/>
        </w:rPr>
        <w:t xml:space="preserve">[10:47] </w:t>
      </w:r>
      <w:r>
        <w:t>aakhirat ko apna concern, only concern aakhirat ko bana lena hai. Tabhi hum koi bhi cheez, jab tak hum us par focus na karein, tab tak hamein woh cheez nahi milti. To yeh to bahut badi cheez hai, khuda ki khuda par jab tak hum focus nahi karenge, khuda ko bahut zyada nahi chahenge,</w:t>
      </w:r>
    </w:p>
    <w:p>
      <w:pPr>
        <w:jc w:val="right"/>
      </w:pPr>
      <w:r>
        <w:t>आख़िरत को अपना कंसर्न, ओनली कंसर्न आख़िरत को बना लेना है। तभी हम कोई भी चीज, जब तक हम उस पर फोकस न करें, तब तक हमें वह चीज नहीं मिलती। तो यह तो बहुत बड़ी चीज है, खुदा कि खुदा पर जब तक हम फोकस नहीं करेंगे, खुदा को बहुत ज्यादा नहीं चाहेंगे,</w:t>
      </w:r>
    </w:p>
    <w:p>
      <w:r>
        <w:rPr>
          <w:b/>
        </w:rPr>
        <w:t xml:space="preserve">[11:07] </w:t>
      </w:r>
      <w:r>
        <w:t>itna jitna ki koi apne, apni jo, apni duniya ki jo khaas-khaas cheezein hain, aulaad hai, daulat hai, duniya ke cheezein hain, jo usko jitna zyada woh chahta hai, usse bahut zyada usko khuda ko chahna padega. Khuda subah shaam usko khuda ki yaad mein guzarna hoga, tabhi woh khuda ko paayega.</w:t>
      </w:r>
    </w:p>
    <w:p>
      <w:pPr>
        <w:jc w:val="right"/>
      </w:pPr>
      <w:r>
        <w:t>इतना जितना कि कोई अपने, अपनी जो, अपनी दुनिया की जो खास-खास चीजें हैं, औलाद है, दौलत है, दुनिया के चीजें हैं, जो उसको जितना ज्यादा वह चाहता है, उससे बहुत ज्यादा उसको खुदा को चाहना पड़ेगा। खुदा सुबह शाम उसको खुदा की याद में गुजारना होगा, तभी वह खुदा को पाएगा।</w:t>
      </w:r>
    </w:p>
    <w:p>
      <w:r>
        <w:rPr>
          <w:b/>
        </w:rPr>
        <w:t xml:space="preserve">[11:31] </w:t>
      </w:r>
      <w:r>
        <w:t>is baat ko bible mein bahut achhe alfaaz mein kaha gaya hai ki matthew mein yeh aaya hai, hazrat maseeh ne farmaaya ki "Love the Lord your God with all your heart, with all your soul, and with all your mind." To jab tak hum yeh nahi karenge, na tab tak hamein khuda nahi milega. Khuda sirf rasmi aamaal ke liye kaafi nahi hai, khuda ko paane ke liye.</w:t>
      </w:r>
    </w:p>
    <w:p>
      <w:pPr>
        <w:jc w:val="right"/>
      </w:pPr>
      <w:r>
        <w:t>इस बात को बाइबल में बहुत अच्छे अल्फाज में कहा गया है कि मैथ्यू में यह आया है, हजरत मसीह ने फरमाया कि "Love the Lord your God with all your heart, with all your soul, and with all your mind." तो जब तक हम यह नहीं करेंगे, ना तब तक हमें खुदा नहीं मिलेगा। खुदा सिर्फ रस्मी आमाल के लिए काफी नहीं है, खुदा को पाने के लिए।</w:t>
      </w:r>
    </w:p>
    <w:p>
      <w:r>
        <w:rPr>
          <w:b/>
        </w:rPr>
        <w:t xml:space="preserve">[11:58] </w:t>
      </w:r>
      <w:r>
        <w:t>Ji, achha apa jaise hum zindagi mein bhi dekhte hain ki koi bhi cheez agar hum haasil karna chahein, to uska ek price dena padta hai. To bahut zahir si baat hai ki Paradise to bahut priceless hai. To to gain an entry in Paradise, does one have to pay a price?</w:t>
      </w:r>
    </w:p>
    <w:p>
      <w:pPr>
        <w:jc w:val="right"/>
      </w:pPr>
      <w:r>
        <w:t>جی، اچھا آپا जैसे हम जिंदगी में भी देखते हैं कि कोई भी चीज अगर हम हासिल करना चाहें, तो उसका एक प्राइस देना पड़ता है। तो बहुत जाहिर सी बात है कि Paradise तो बहुत प्राइसलेस है। तो to gain an entry in Paradise, does one have to pay a price?</w:t>
      </w:r>
    </w:p>
    <w:p>
      <w:r>
        <w:rPr>
          <w:b/>
        </w:rPr>
        <w:t xml:space="preserve">[12:18] </w:t>
      </w:r>
      <w:r>
        <w:t>Aur what is a price to get Paradise? Iske baare mein bhi bataein.</w:t>
      </w:r>
    </w:p>
    <w:p>
      <w:pPr>
        <w:jc w:val="right"/>
      </w:pPr>
      <w:r>
        <w:t>और what is a price to get Paradise? इसके बारे में भी बताएँ।</w:t>
      </w:r>
    </w:p>
    <w:p>
      <w:r>
        <w:rPr>
          <w:b/>
        </w:rPr>
        <w:t xml:space="preserve">[12:26] </w:t>
      </w:r>
      <w:r>
        <w:t>jannat sabse zyada kiemti cheez hai, to uski price bhi bohat hi khaas price hogi.</w:t>
      </w:r>
    </w:p>
    <w:p>
      <w:pPr>
        <w:jc w:val="right"/>
      </w:pPr>
      <w:r>
        <w:t>जन्नत सबसे ज्यादा कीमती चीज है, تو उसकी प्राइस भी बहुत ही खास प्राइस होगी।</w:t>
      </w:r>
    </w:p>
    <w:p>
      <w:r>
        <w:rPr>
          <w:b/>
        </w:rPr>
        <w:t xml:space="preserve">[12:35] </w:t>
      </w:r>
      <w:r>
        <w:t>hamara amal bhi uski price nahi hai, kyunke rasoolullah sallallahu alaihi wasallam ne farmaya ke hamare amal ke</w:t>
      </w:r>
    </w:p>
    <w:p>
      <w:pPr>
        <w:jc w:val="right"/>
      </w:pPr>
      <w:r>
        <w:t>हमारा अमल भी उसकी प्राइस नहीं है, क्योंकि रसूलल्लाह सल्लल्लाहु अलैहि वसल्लम ने फरमाया कि हमारे अमल के</w:t>
      </w:r>
    </w:p>
    <w:p>
      <w:r>
        <w:rPr>
          <w:b/>
        </w:rPr>
        <w:t xml:space="preserve">[12:41] </w:t>
      </w:r>
      <w:r>
        <w:t>price mein jannat nahi milegi.</w:t>
      </w:r>
    </w:p>
    <w:p>
      <w:pPr>
        <w:jc w:val="right"/>
      </w:pPr>
      <w:r>
        <w:t>प्राइस में जन्नत नहीं मिलेगी।</w:t>
      </w:r>
    </w:p>
    <w:p>
      <w:r>
        <w:rPr>
          <w:b/>
        </w:rPr>
        <w:t xml:space="preserve">[12:43] </w:t>
      </w:r>
      <w:r>
        <w:t>jannat bohat zyada kiemti hai.</w:t>
      </w:r>
    </w:p>
    <w:p>
      <w:pPr>
        <w:jc w:val="right"/>
      </w:pPr>
      <w:r>
        <w:t>जन्नत बहुत ज्यादा कीमती है।</w:t>
      </w:r>
    </w:p>
    <w:p>
      <w:r>
        <w:rPr>
          <w:b/>
        </w:rPr>
        <w:t xml:space="preserve">[12:45] </w:t>
      </w:r>
      <w:r>
        <w:t>aap soch sakte hain ke eternal, eternal life, har woh cheez jahan jo insan chahta hai, tamam woh</w:t>
      </w:r>
    </w:p>
    <w:p>
      <w:pPr>
        <w:jc w:val="right"/>
      </w:pPr>
      <w:r>
        <w:t>आप सोच सकते हैं कि इटरनल, इटरनल लाइफ, हर वह चीज जहाँ जो इंसान चाहता है, तमाम वह</w:t>
      </w:r>
    </w:p>
    <w:p>
      <w:r>
        <w:rPr>
          <w:b/>
        </w:rPr>
        <w:t xml:space="preserve">[12:53] </w:t>
      </w:r>
      <w:r>
        <w:t>khushiyan, woh fulfillment jo insan chahta hai,</w:t>
      </w:r>
    </w:p>
    <w:p>
      <w:pPr>
        <w:jc w:val="right"/>
      </w:pPr>
      <w:r>
        <w:t>खुशियां, वह फुलफिलमेंट जो इंसान चाहता है,</w:t>
      </w:r>
    </w:p>
    <w:p>
      <w:r>
        <w:rPr>
          <w:b/>
        </w:rPr>
        <w:t xml:space="preserve">[12:57] </w:t>
      </w:r>
      <w:r>
        <w:t>har eternally hum ko milegi.</w:t>
      </w:r>
    </w:p>
    <w:p>
      <w:pPr>
        <w:jc w:val="right"/>
      </w:pPr>
      <w:r>
        <w:t>हर इटरनली हमको मिलेगी।</w:t>
      </w:r>
    </w:p>
    <w:p>
      <w:r>
        <w:rPr>
          <w:b/>
        </w:rPr>
        <w:t xml:space="preserve">[12:58] </w:t>
      </w:r>
      <w:r>
        <w:t>woh Khuda ka pados milega.</w:t>
      </w:r>
    </w:p>
    <w:p>
      <w:pPr>
        <w:jc w:val="right"/>
      </w:pPr>
      <w:r>
        <w:t>वह खुदा का पड़ोस मिलेगा।</w:t>
      </w:r>
    </w:p>
    <w:p>
      <w:r>
        <w:rPr>
          <w:b/>
        </w:rPr>
        <w:t xml:space="preserve">[13:00] </w:t>
      </w:r>
      <w:r>
        <w:t>to aap samajh sakte hain ke uski price jo hai, hamara amal kafi nahi hai.</w:t>
      </w:r>
    </w:p>
    <w:p>
      <w:pPr>
        <w:jc w:val="right"/>
      </w:pPr>
      <w:r>
        <w:t>तो आप समझ सकते हैं कि उसकी प्राइस जो है, हमारा अमल काफी नहीं है।</w:t>
      </w:r>
    </w:p>
    <w:p>
      <w:r>
        <w:rPr>
          <w:b/>
        </w:rPr>
        <w:t xml:space="preserve">[13:05] </w:t>
      </w:r>
      <w:r>
        <w:t>amal hamein achhe karna hai.</w:t>
      </w:r>
    </w:p>
    <w:p>
      <w:pPr>
        <w:jc w:val="right"/>
      </w:pPr>
      <w:r>
        <w:t>अमल हमें अच्छे करना है।</w:t>
      </w:r>
    </w:p>
    <w:p>
      <w:r>
        <w:rPr>
          <w:b/>
        </w:rPr>
        <w:t xml:space="preserve">[13:06] </w:t>
      </w:r>
      <w:r>
        <w:t>usi amal ko dekhkar hi Allah ki bakhsh milegi, Allah ki rehmat milegi.</w:t>
      </w:r>
    </w:p>
    <w:p>
      <w:pPr>
        <w:jc w:val="right"/>
      </w:pPr>
      <w:r>
        <w:t>उसी अमल को देखकर ही अल्लाह की बख्श मिलेगी, अल्लाह की रहमत मिलेगी।</w:t>
      </w:r>
    </w:p>
    <w:p>
      <w:r>
        <w:rPr>
          <w:b/>
        </w:rPr>
        <w:t xml:space="preserve">[13:13] </w:t>
      </w:r>
      <w:r>
        <w:t>lekin sirf amal ki wajah se nahi milegi, woh khuda ki rehmat se milegi.</w:t>
      </w:r>
    </w:p>
    <w:p>
      <w:pPr>
        <w:jc w:val="right"/>
      </w:pPr>
      <w:r>
        <w:t>लेकिन सिर्फ अमल की वजह से नहीं मिलेगी, वह खुदा की रहमत से मिलेगी।</w:t>
      </w:r>
    </w:p>
    <w:p>
      <w:r>
        <w:rPr>
          <w:b/>
        </w:rPr>
        <w:t xml:space="preserve">[13:18] </w:t>
      </w:r>
      <w:r>
        <w:t>khuda jiske upar reham farmayega, usko bakhsh dega.</w:t>
      </w:r>
    </w:p>
    <w:p>
      <w:pPr>
        <w:jc w:val="right"/>
      </w:pPr>
      <w:r>
        <w:t>खुदा जिसके ऊपर रहम फरमाएगा, उसको बख्श देगा।</w:t>
      </w:r>
    </w:p>
    <w:p>
      <w:r>
        <w:rPr>
          <w:b/>
        </w:rPr>
        <w:t xml:space="preserve">[13:23] </w:t>
      </w:r>
      <w:r>
        <w:t>to jannat ki qeemat jo hai, woh khuda ki marifat hai.</w:t>
      </w:r>
    </w:p>
    <w:p>
      <w:pPr>
        <w:jc w:val="right"/>
      </w:pPr>
      <w:r>
        <w:t>तो जन्नत की कीमत जो है, वह खुदा की मारिफत है।</w:t>
      </w:r>
    </w:p>
    <w:p>
      <w:r>
        <w:rPr>
          <w:b/>
        </w:rPr>
        <w:t xml:space="preserve">[13:27] </w:t>
      </w:r>
      <w:r>
        <w:t>To khuda ki maarifat jab tak humko haasil nahi hogi, tab tak hum samajh lijiye ki hum aadha adhoora hamara imaan hai. Jo hum namaz roza karte hain, bagair samjhe-boojhe, usse hamari personality nahi banti. Jo family personality, jo ki basai jaane layak hai jannat mein, woh nahi banti. Jannat dekhiye, jaisi hamari personality hogi. Agar hamari personality humne apni pollute kar rakhi hai, to jannat hamein accept hi nahi karegi. To</w:t>
      </w:r>
    </w:p>
    <w:p>
      <w:pPr>
        <w:jc w:val="right"/>
      </w:pPr>
      <w:r>
        <w:t>तो खुदा की मारिफत जब तक हमको हासिल नहीं होगी, तब तक हम समझ लीजिए कि हम आधा अधूरा हमारा ईमान है। जो हम नमाज रोजा करते हैं, बगैर समझे-बूझे, उससे हमारी पर्सनालिटी नहीं बनती। जो फैमिली पर्सनालिटी, जो कि बसाई जाने लायक है जन्नत में, वह नहीं बनती। जन्नत देखिए, जैसी हमारी पर्सनालिटी होगी। अगर हमारी पर्सनालिटी हमने अपनी पलूट कर रखी है, तो जन्नत हमें एक्सेप्ट ही नहीं करेगी। तो</w:t>
      </w:r>
    </w:p>
    <w:p>
      <w:r>
        <w:rPr>
          <w:b/>
        </w:rPr>
        <w:t xml:space="preserve">[13:56] </w:t>
      </w:r>
      <w:r>
        <w:t>hamein apni personality ko purify karna hai, jisko tazkiya nafs kaha gaya hai. To hamein apna personality ka tazkiya karna hai. Dekhiye, har insaan jab paida hota hai, to woh bilkul innocent insaan hota hai. Bachcha, tamam bachche innocent hote hain, lekin is duniya mein aane ke baad unke upar tarah tarah ke asraat padte hain. Woh condition ho jaate hain.</w:t>
      </w:r>
    </w:p>
    <w:p>
      <w:pPr>
        <w:jc w:val="right"/>
      </w:pPr>
      <w:r>
        <w:t>हमें अपनी पर्सनालिटी को प्यूरिफाई करना है, जिसको तस्किया नफ्स कहा गया है। तो हमें अपना पर्सनालिटी का तस्किया करना है। देखिए, हर इंसान जब पैदा होता है, तो वह बिल्कुल इनोसेंट इंसान होता है। बच्चा, तमाम बच्चे इनोसेंट होते हैं, लेकिन इस दुनिया में आने के बाद उनके ऊपर तरह-तरह के असरात पड़ते हैं। वह कंडीशन हो जाते हैं।</w:t>
      </w:r>
    </w:p>
    <w:p>
      <w:r>
        <w:rPr>
          <w:b/>
        </w:rPr>
        <w:t xml:space="preserve">[14:20] </w:t>
      </w:r>
      <w:r>
        <w:t>To wahi deconditioning apne aap ki karni hai. Aur bilkul jaise jitna innocent hum paida hue the, utna hi innocent hamein apne aap ko banana hai. To yeh tabhi hoga jab hum apna sira khuda se jodein. Khuda jo ek in masla mushkil yeh hai ki khuda invisible hai. To invisible khuda ko aap discover karein, uske aage surrender karein. To</w:t>
      </w:r>
    </w:p>
    <w:p>
      <w:pPr>
        <w:jc w:val="right"/>
      </w:pPr>
      <w:r>
        <w:t>तो वही डी कंडीशनिंग अपने आप की करनी है। और बिल्कुल जैसे जितना इनोसेंट हम पैदा हुए थे, उतना ही इनोसेंट हमें अपने आप को बनाना है। तो यह तभी होगा जब हम अपना सिरा खुदा से जोड़े। खुदा जो एक इन मसला मुश्किल यह है कि खुदा इनविज़िबल है। तो इनविज़िबल खुदा को आप डिस्कवर करें, उसके आगे सरेंडर करें। तो</w:t>
      </w:r>
    </w:p>
    <w:p>
      <w:r>
        <w:rPr>
          <w:b/>
        </w:rPr>
        <w:t xml:space="preserve">[14:48] </w:t>
      </w:r>
      <w:r>
        <w:t>yeh bahut badi baat hai khuda ke nazdeek. To zabhi ho sakta hai, dekhiye, insaan ka dimaag jo hai, na do cheezon par focus nahi karta. Focus agar duniya par hum karenge, to phir woh aakhirat par aur khuda par woh focus kar nahi sakta. To duniya ki cheezein zaroorat ke liye aur baaki tamam dilchaspiyan jo hain, woh woh aakhirat ke liye, khuda ke liye. Tabhi insaan khuda ko paayega. To Maulana kehte the, "Make God your supreme concern."</w:t>
      </w:r>
    </w:p>
    <w:p>
      <w:pPr>
        <w:jc w:val="right"/>
      </w:pPr>
      <w:r>
        <w:t>यह बहुत बड़ी बात है खुदा के नजदीक। तो जभी हो सकता है, देखिए, इंसान का दिमाग जो है, ना दो चीजों पर फोकस नहीं करता। फोकस अगर दुनिया पर हम करेंगे, तो फिर वह आख़िरत पर और खुदा पर वह फोकस कर नहीं सकता। तो दुनिया की चीजें जरूरत के लिए और बाकी तमाम दिलचस्पियां जो हैं, वह वह आख़िरत के लिए, खुदा के लिए। तभी इंसान खुदा को पाएगा। तो मौलाना कहते थे, "Make God your supreme concern."</w:t>
      </w:r>
    </w:p>
    <w:p>
      <w:r>
        <w:rPr>
          <w:b/>
        </w:rPr>
        <w:t xml:space="preserve">[15:17] </w:t>
      </w:r>
      <w:r>
        <w:t>To hamein khuda ko supreme concern banana hai. To woh tabhi ho sakta hai jab hum duniya se attachment apna khatm karein. Matlab, duniya ki zarooratein hain, sabke liye hain, lekin woh sirf zaroorat ki had tak rahe. Jisko kehte hain need based life. Ji, pleasure based life nahi, balki need based life. To tabhi hum khuda par poora apna focus kar paayenge aur khuda ko hum discover kar paayenge.</w:t>
      </w:r>
    </w:p>
    <w:p>
      <w:pPr>
        <w:jc w:val="right"/>
      </w:pPr>
      <w:r>
        <w:t>तो हमें खुदा को सुप्रीम कंसर्न बनाना है। तो वह तभी हो सकता है जब हम दुनिया से अटैचमेंट अपना खत्म करें। मतलब, दुनिया की जरूरतें हैं, सबके लिए हैं, लेकिन वह सिर्फ जरूरत की हद तक रहे। जिसको कहते हैं नीड बेस्ड लाइफ। जी, प्लेजर बेस्ड लाइफ नहीं, बल्कि नीड बेस्ड लाइफ। तो तभी हम खुदा पर पूरा अपना फोकस कर पाएंगे और खुदा को हम डिस्कवर कर पाएंगे।</w:t>
      </w:r>
    </w:p>
    <w:p>
      <w:r>
        <w:rPr>
          <w:b/>
        </w:rPr>
        <w:t xml:space="preserve">[15:45] </w:t>
      </w:r>
      <w:r>
        <w:t>Wahi jo hai, jannat ki keemat hai. Ji, aur apa Paradise itna beautiful hai ki usko bayan nahi kar sakte. Ek martaba ek sahabi ne poocha bhi rasoolullah se ki Paradise ke baare mein to charcha hoti hi thi, par unhone poocha ki construction of Paradise ke baare</w:t>
      </w:r>
    </w:p>
    <w:p>
      <w:pPr>
        <w:jc w:val="right"/>
      </w:pPr>
      <w:r>
        <w:t>वही जो है, जन्नत की कीमत है। جی، اور آپا Paradise इतना ब्यूटीफुल है कि उसको बयान नहीं कर सकते। एक मर्तबा एक सहाबी ने पूछा भी रसूलल्लाह से कि Paradise के बारे में तो चर्चा होती ही थी, पर उन्होंने पूछा कि कंस्ट्रक्शन ऑफ Paradise के बारे</w:t>
      </w:r>
    </w:p>
    <w:p>
      <w:r>
        <w:rPr>
          <w:b/>
        </w:rPr>
        <w:t xml:space="preserve">[16:03] </w:t>
      </w:r>
      <w:r>
        <w:t>mein bataein. To unhone bataya ki "Paradise is made of one brick of gold and one brick of silver, and its mortar yaani jo uska cement hai, it's of fragrance musk, its gravel is of pearls and garnet, and its earth is of saffron.</w:t>
      </w:r>
    </w:p>
    <w:p>
      <w:pPr>
        <w:jc w:val="right"/>
      </w:pPr>
      <w:r>
        <w:t>में बताएं। तो उन्होंने बताया कि "Paradise is made of one brick of gold and one brick of silver, and its mortar यानी जो उसका सीमेंट है, it's of fragrance musk, its gravel is of pearls and garnet, and its earth is of saffron.</w:t>
      </w:r>
    </w:p>
    <w:p>
      <w:r>
        <w:rPr>
          <w:b/>
        </w:rPr>
        <w:t xml:space="preserve">[16:22] </w:t>
      </w:r>
      <w:r>
        <w:t>And any person who enters into Paradise will remain fresh forever, he will never die, his clothes will never decay, and his youth will never come to an end."</w:t>
      </w:r>
    </w:p>
    <w:p>
      <w:pPr>
        <w:jc w:val="right"/>
      </w:pPr>
      <w:r>
        <w:t>And any person who enters into Paradise will remain fresh forever, he will never die, his clothes will never decay, and his youth will never come to an end."</w:t>
      </w:r>
    </w:p>
    <w:p>
      <w:r>
        <w:rPr>
          <w:b/>
        </w:rPr>
        <w:t xml:space="preserve">[16:33] </w:t>
      </w:r>
      <w:r>
        <w:t>To itna beautiful apa Paradise. To zahir si baat hai, har koi qualify karna chahega Paradise mein. Aur Maulana Vaheeduddin Khan sahab bahut emphasize karte the ki jannat,</w:t>
      </w:r>
    </w:p>
    <w:p>
      <w:pPr>
        <w:jc w:val="right"/>
      </w:pPr>
      <w:r>
        <w:t>तो इतना ब्यूटीफुल आपा Paradise। तो जाहिर सी बात है, हर कोई क्वालीफाई करना चाहेगा Paradise में। और मौलाना वैद्युद्दीन खान साहब बहुत एमफसाइज करते थे कि जन्नत,</w:t>
      </w:r>
    </w:p>
    <w:p>
      <w:r>
        <w:rPr>
          <w:b/>
        </w:rPr>
        <w:t xml:space="preserve">[16:46] </w:t>
      </w:r>
      <w:r>
        <w:t>jannati personality ke liye apne andar modesty leke aaiye. Khud kaha karte the ki main to apne aap ko cheenti se bhi kam samajhta</w:t>
      </w:r>
    </w:p>
    <w:p>
      <w:pPr>
        <w:jc w:val="right"/>
      </w:pPr>
      <w:r>
        <w:t>जन्नती पर्सनालिटी के लिए अपने आप के अंदर मॉडेस्टी लेके आइए। खुद कहा करते थे कि मैं तो अपने आप को चींटी से भी कम समझ</w:t>
      </w:r>
    </w:p>
    <w:p>
      <w:r>
        <w:rPr>
          <w:b/>
        </w:rPr>
        <w:t xml:space="preserve">[16:54] </w:t>
      </w:r>
      <w:r>
        <w:t>hoon. To apa, yahan pe jo sawal main aapse poochna chahta hoon, woh yeh hai ki how much role does modesty play in qualifying for Paradise?</w:t>
      </w:r>
    </w:p>
    <w:p>
      <w:pPr>
        <w:jc w:val="right"/>
      </w:pPr>
      <w:r>
        <w:t>ता हूं। तो आपा, यहां पे जो सवाल मैं आपसे पूछना चाहता हूं, वो यह है कि how much role does modesty play in qualifying for Paradise?</w:t>
      </w:r>
    </w:p>
    <w:p>
      <w:r>
        <w:rPr>
          <w:b/>
        </w:rPr>
        <w:t xml:space="preserve">[17:03] </w:t>
      </w:r>
      <w:r>
        <w:t>Aur agar koi aap example ke saath samjhayein, to woh to bahut hi achha hoga. Mujhe ek khwab yaad aata hai. Meri badi behen theen, Umme Salam, bahut zyada nek theen.</w:t>
      </w:r>
    </w:p>
    <w:p>
      <w:pPr>
        <w:jc w:val="right"/>
      </w:pPr>
      <w:r>
        <w:t>और अगर कोई आप एग्जांपल के साथ समझाएं, तो वो तो बहुत ही अच्छा होगा। مجھے ایک خواب یاد آتا ہے۔ میری بڑی بہن تھیں، ام السلام، بہت زیادہ نیک تھیں۔</w:t>
      </w:r>
    </w:p>
    <w:p>
      <w:r>
        <w:rPr>
          <w:b/>
        </w:rPr>
        <w:t xml:space="preserve">[17:17] </w:t>
      </w:r>
      <w:r>
        <w:t>Unhone shayad zindagi mein kabhi kisi ko kuch kaha nahi.</w:t>
      </w:r>
    </w:p>
    <w:p>
      <w:pPr>
        <w:jc w:val="right"/>
      </w:pPr>
      <w:r>
        <w:t>انہوں نے شاید زندگی میں کبھی کسی کو کچھ کہا نہیں۔</w:t>
      </w:r>
    </w:p>
    <w:p>
      <w:r>
        <w:rPr>
          <w:b/>
        </w:rPr>
        <w:t xml:space="preserve">[17:20] </w:t>
      </w:r>
      <w:r>
        <w:t>To maine khwab mein dekha, woh hayat theen, ab ab nahi hain. Woh to maine khwab mein dekha ki main unka ghar dekh rahi hoon aur woh itna khoobsurat, itna khoobsurat.</w:t>
      </w:r>
    </w:p>
    <w:p>
      <w:pPr>
        <w:jc w:val="right"/>
      </w:pPr>
      <w:r>
        <w:t>تو میں نے خواب میں دیکھا، وہ حیات تھیں، اب اب نہیں ہیں۔ وہ تو میں نے خواب میں دیکھا کہ میں ان کا گھر دیکھ رہی ہوں اور وہ اتنا خوبصورت، اتنا خوبصورت۔</w:t>
      </w:r>
    </w:p>
    <w:p>
      <w:r>
        <w:rPr>
          <w:b/>
        </w:rPr>
        <w:t xml:space="preserve">[17:33] </w:t>
      </w:r>
      <w:r>
        <w:t>Ek taraf samandar hain, ek taraf pahaad hain, ek taraf itni greenery hai, itna khoobsurat ki main usko ghar ko dekh ke neend mein, main ghar ko jab dekhne lagi to main itni zor zor se hansi ki meri aankh khul gayi.</w:t>
      </w:r>
    </w:p>
    <w:p>
      <w:pPr>
        <w:jc w:val="right"/>
      </w:pPr>
      <w:r>
        <w:t>ایک طرف سمندر ہیں، ایک طرف پہاڑ ہیں، ایک طرف اتنی گرینری ہے، اتنا خوبصورت کہ میں اس کو گھر کو دیکھ کے نیند میں، میں گھر کو جب دیکھنے لگی تو میں اتنی زور زور سے ہنسی کہ میری آنکھ کھل گئی۔</w:t>
      </w:r>
    </w:p>
    <w:p>
      <w:r>
        <w:rPr>
          <w:b/>
        </w:rPr>
        <w:t xml:space="preserve">[17:48] </w:t>
      </w:r>
      <w:r>
        <w:t>Abhi tak yaad hai</w:t>
      </w:r>
    </w:p>
    <w:p>
      <w:pPr>
        <w:jc w:val="right"/>
      </w:pPr>
      <w:r>
        <w:t>ابھی تک یاد ہے</w:t>
      </w:r>
    </w:p>
    <w:p>
      <w:r>
        <w:rPr>
          <w:b/>
        </w:rPr>
        <w:t xml:space="preserve">[17:49] </w:t>
      </w:r>
      <w:r>
        <w:t>To woh kitni khoobsurat jannat hogi ki usko dekh ke aadmi masha Allah ek dum khush ho jayega. Ji, to unko Allah miyan ke gaaye log kehte the, woh itni nek theen, woh to Allah taala unko jannat mein jagah de.</w:t>
      </w:r>
    </w:p>
    <w:p>
      <w:pPr>
        <w:jc w:val="right"/>
      </w:pPr>
      <w:r>
        <w:t>تو وہ کتنی خوبصورت جنت ہوگی کہ اس کو دیکھ کے آدمی ماشاءاللہ ایک دم خوش ہو جائے گا۔ جی، تو ان کو اللہ میاں کے گائے لوگ کہتے تھے، وہ اتنی نیک تھیں، وہ تو اللہ تعالی ان کو جنت میں جگہ دے۔</w:t>
      </w:r>
    </w:p>
    <w:p>
      <w:r>
        <w:rPr>
          <w:b/>
        </w:rPr>
        <w:t xml:space="preserve">[18:03] </w:t>
      </w:r>
      <w:r>
        <w:t>ameen. hmm, to eteraaf e ajz jo aap ne bataya ke jannat ke liye modesty zaroori</w:t>
      </w:r>
    </w:p>
    <w:p>
      <w:pPr>
        <w:jc w:val="right"/>
      </w:pPr>
      <w:r>
        <w:t>آمین۔ ہمم، تو اعتراف عجز جو آپ نے بتایا کہ جنت کے لیے مॉडेस्ٹی ضروری</w:t>
      </w:r>
    </w:p>
    <w:p>
      <w:r>
        <w:rPr>
          <w:b/>
        </w:rPr>
        <w:t xml:space="preserve">[18:11] </w:t>
      </w:r>
      <w:r>
        <w:t>hai, kyunke jab tak hamare andar modesty nahi hogi, tab tak hum Khuda ko discover hi nahi kar sakte. kyunke badai tamam Khuda ke liye hai.</w:t>
      </w:r>
    </w:p>
    <w:p>
      <w:pPr>
        <w:jc w:val="right"/>
      </w:pPr>
      <w:r>
        <w:t>ہے، کیونکہ جب تک ہمارے اندر مॉडेسٹی نہیں ہوگی، تب تک ہم خدا کو ڈسکور ہی نہیں کر سکتے۔ کیونکہ بڑائی تمام خدا کے لیے ہے۔</w:t>
      </w:r>
    </w:p>
    <w:p>
      <w:r>
        <w:rPr>
          <w:b/>
        </w:rPr>
        <w:t xml:space="preserve">[18:20] </w:t>
      </w:r>
      <w:r>
        <w:t>insaan bilkul ajiz makhlooq hai, helpless ka bilkul symbol hai woh. aur yeh jo isko kuch Allah taala ne diya hua hai na, woh imtehan ka parcha hai.</w:t>
      </w:r>
    </w:p>
    <w:p>
      <w:pPr>
        <w:jc w:val="right"/>
      </w:pPr>
      <w:r>
        <w:t>انسان بالکل عاجز مخلوق ہے، ہیلپ لیس کا بالکل سمبل ہے وہ۔ اور یہ جو اس کو کچھ اللہ تعالی نے دیا ہوا ہے نا، وہ امتحان کا پرچہ ہے۔</w:t>
      </w:r>
    </w:p>
    <w:p>
      <w:r>
        <w:rPr>
          <w:b/>
        </w:rPr>
        <w:t xml:space="preserve">[18:32] </w:t>
      </w:r>
      <w:r>
        <w:t>hum samajhte hain ke hamare paas sab cheezein hain, wahan paas ghar hai, makaan hai, gaadi hai, bank balance hai, to hamara nahi</w:t>
      </w:r>
    </w:p>
    <w:p>
      <w:pPr>
        <w:jc w:val="right"/>
      </w:pPr>
      <w:r>
        <w:t>ہم سمجھتے ہیں کہ ہمارے پاس سب چیزیں ہیں، وہاں پاس گھر ہے، مکان ہے، گاڑی ہے، بینک بیلنس ہے، تو ہمارا نہیں</w:t>
      </w:r>
    </w:p>
    <w:p>
      <w:r>
        <w:rPr>
          <w:b/>
        </w:rPr>
        <w:t xml:space="preserve">[18:40] </w:t>
      </w:r>
      <w:r>
        <w:t>hai. hamein Khuda ne diya hai, kabhi bhi chhin jaata hai. abhi hamare pados mein ek saahab the, bahut zyada maaldaar, bahut dukaanen unki, bahut ghar unke. kuch dino ke baad suna ke sab bik gaya, sab khatm ho gaya. to aadmi ko doosron ke haalaat se ab samajhna chahiye is baat ko ke yeh koi cheez hamari nahi hai, Khuda ki di hui hai. to hum kaise arrogant ban sakte hain,</w:t>
      </w:r>
    </w:p>
    <w:p>
      <w:pPr>
        <w:jc w:val="right"/>
      </w:pPr>
      <w:r>
        <w:t>ہے۔ ہمیں خدا نے دیا ہے، کبھی بھی چھن جاتا ہے۔ अभी हमारे पड़ोस में एक साहब थे, बहुत ज्यादा मालदार, बहुत दुकानें उनकी, बहुत घर उनके। कुछ दिनों के बाद सुना कि सब बिक गया, सब खत्म हो गया। तो आदमी को दूसरों के हालात से अब समझना चाहिए इस बात को कि यह कोई चीज हमारी नहीं है, खुदा की दी हुई है। तो हम कैसे एरोगेंट बन सकते हैं,</w:t>
      </w:r>
    </w:p>
    <w:p>
      <w:r>
        <w:rPr>
          <w:b/>
        </w:rPr>
        <w:t xml:space="preserve">[19:06] </w:t>
      </w:r>
      <w:r>
        <w:t>jabke hamari koi cheez hai hi nahi. to</w:t>
      </w:r>
    </w:p>
    <w:p>
      <w:pPr>
        <w:jc w:val="right"/>
      </w:pPr>
      <w:r>
        <w:t>जबकि हमारी कोई चीज है ही नहीं। तो</w:t>
      </w:r>
    </w:p>
    <w:p>
      <w:r>
        <w:rPr>
          <w:b/>
        </w:rPr>
        <w:t xml:space="preserve">[19:08] </w:t>
      </w:r>
      <w:r>
        <w:t>to is wajah se hamein apni bazahir, hamein lagta hai ke hum hamare paas sab kuch hai, to lekin uske andar humko bahut hi gehrai se samajhna hai ke hamare hum kuch bhi nahi hain. jo kuch hai, woh Allah ka diya hua hai aur aakhirat mein bhi jo kuch milega, woh Allah ke dene se milega. to</w:t>
      </w:r>
    </w:p>
    <w:p>
      <w:pPr>
        <w:jc w:val="right"/>
      </w:pPr>
      <w:r>
        <w:t>तो इस वजह से हमें अपनी बजाहिर, हमें लगता है कि हम हमारे पास सब कुछ है, तो लेकिन उसके अंदर हमको बहुत ही गहराई से समझना है कि हमारे हम कुछ भी नहीं हैं। जो कुछ है, वह अल्लाह का दिया हुआ है और आख़िरत में भी जो कुछ मिलेगा, वह अल्लाह के देने से मिलेगा। तो</w:t>
      </w:r>
    </w:p>
    <w:p>
      <w:r>
        <w:rPr>
          <w:b/>
        </w:rPr>
        <w:t xml:space="preserve">[19:28] </w:t>
      </w:r>
      <w:r>
        <w:t>yeh jo hai, eteraaf e ajz jo hai, itna zyada zaroori hai jannat ke liye ke wahan par qadeem Makkah mein ek shakhs tha, Abdullah ibn Judan. woh shayad Hazrat Ayesha ka koi rishtedar the, woh to woh bahut sakhi the, bahut hi zyada logon ka khayal rakhte the. kyunke woh zamana tha na ke na koi sarai hota tha, na koi hotel hota</w:t>
      </w:r>
    </w:p>
    <w:p>
      <w:pPr>
        <w:jc w:val="right"/>
      </w:pPr>
      <w:r>
        <w:t>यह जो है, اعتراف इज्ज जो है, इतना ज्यादा जरूरी है जन्नत के लिए कि वहां पर कदीम मक्का में एक शख्स था, अब्दुल्लाह इब्न जुदान। वो शायद हजरत आयशा का कोई रिश्तेदार थे, वो तो वो बहुत सखी थे, बहुत ही ज्यादा लोगों का ख्याल रखते थे। क्योंकि वो जमाना था ना कि ना कोई सराय होता था, ना कोई होटल होता</w:t>
      </w:r>
    </w:p>
    <w:p>
      <w:r>
        <w:rPr>
          <w:b/>
        </w:rPr>
        <w:t xml:space="preserve">[19:56] </w:t>
      </w:r>
      <w:r>
        <w:t>tha. to jo bhi musafir aate the, Kaaba tha wahan par, to log aate the. jo bhi hajj ka tareeqa laiz tha, to log aate the, unko khilana, pilana, unka khayal rakhna, yeh bahut badi cheez samjhi jaati thi. to woh bahut zyada yeh karta tha,</w:t>
      </w:r>
    </w:p>
    <w:p>
      <w:pPr>
        <w:jc w:val="right"/>
      </w:pPr>
      <w:r>
        <w:t>था। तो जो भी मुसाफिर आते थे, काबा था वहां पर, तो लोग आते थे। जो भी हज का तरीका लाइज था, तो लोग आते थे, उनको खिलाना, पिलाना, उनका ख्याल रखना, यह बहुत बड़ी चीज समझी जाती थी। तो वो बहुत ज्यादा यह करता था,</w:t>
      </w:r>
    </w:p>
    <w:p>
      <w:r>
        <w:rPr>
          <w:b/>
        </w:rPr>
        <w:t xml:space="preserve">[20:12] </w:t>
      </w:r>
      <w:r>
        <w:t>Abdullah ibn Judan. to ek baar Hazrat Ayesha ne poocha, Rasoolullah sallallahu alaihi wasallam ke aane se pehle uska inteqaal ho</w:t>
      </w:r>
    </w:p>
    <w:p>
      <w:pPr>
        <w:jc w:val="right"/>
      </w:pPr>
      <w:r>
        <w:t>अब्दुल्लाह इब्न जुदान। तो एक बार हजरत आयशा ने पूछा, रसूलल्लाह सल्लल्लाहु अलैहि वसल्लम के आने से पहले उसका इंतकाल हो</w:t>
      </w:r>
    </w:p>
    <w:p>
      <w:r>
        <w:rPr>
          <w:b/>
        </w:rPr>
        <w:t xml:space="preserve">[20:19] </w:t>
      </w:r>
      <w:r>
        <w:t>gaya tha. to ek baar hazrat ayesha ne poocha ke kya uska yeh amal qayamat ke din usko</w:t>
      </w:r>
    </w:p>
    <w:p>
      <w:pPr>
        <w:jc w:val="right"/>
      </w:pPr>
      <w:r>
        <w:t>गया था। तो एक बार हजरत आयशा ने पूछा कि क्या उसका यह अमल कयामत के दिन उसको</w:t>
      </w:r>
    </w:p>
    <w:p>
      <w:r>
        <w:rPr>
          <w:b/>
        </w:rPr>
        <w:t xml:space="preserve">[20:25] </w:t>
      </w:r>
      <w:r>
        <w:t>fayda pahunchayega. to rasoolullah sallallahu alaihi wasallam ne farmaya ke nahi, usne kisi din yeh nahi kaha ke</w:t>
      </w:r>
    </w:p>
    <w:p>
      <w:pPr>
        <w:jc w:val="right"/>
      </w:pPr>
      <w:r>
        <w:t>फायदा पहुंचाएगा। तो रसूलल्लाह सल्लल्लाहु अलैहि वसल्लम ने फरमाया कि नहीं, उसने किसी दिन यह नहीं कहा कि</w:t>
      </w:r>
    </w:p>
    <w:p>
      <w:r>
        <w:rPr>
          <w:b/>
        </w:rPr>
        <w:t xml:space="preserve">[20:33] </w:t>
      </w:r>
      <w:r>
        <w:t>ae hamare rab, jaza ke din mere gunah ko bakhsh de.</w:t>
      </w:r>
    </w:p>
    <w:p>
      <w:pPr>
        <w:jc w:val="right"/>
      </w:pPr>
      <w:r>
        <w:t>ऐ हमारे रब, जजा के दिन मेरे गुनाह को बख्श दे।</w:t>
      </w:r>
    </w:p>
    <w:p>
      <w:r>
        <w:rPr>
          <w:b/>
        </w:rPr>
        <w:t xml:space="preserve">[20:38] </w:t>
      </w:r>
      <w:r>
        <w:t>to yeh jo cheez hai na, yeh woh yeh samajhta hoga ke hamare paas hai, isliye hum logon</w:t>
      </w:r>
    </w:p>
    <w:p>
      <w:pPr>
        <w:jc w:val="right"/>
      </w:pPr>
      <w:r>
        <w:t>तो यह जो चीज है ना, यह वह यह समझता होगा कि हमारे पास है, इसलिए हम लोगों</w:t>
      </w:r>
    </w:p>
    <w:p>
      <w:r>
        <w:rPr>
          <w:b/>
        </w:rPr>
        <w:t xml:space="preserve">[20:44] </w:t>
      </w:r>
      <w:r>
        <w:t>ka kar rahe hain.</w:t>
      </w:r>
    </w:p>
    <w:p>
      <w:pPr>
        <w:jc w:val="right"/>
      </w:pPr>
      <w:r>
        <w:t>का कर रहे हैं।</w:t>
      </w:r>
    </w:p>
    <w:p>
      <w:r>
        <w:rPr>
          <w:b/>
        </w:rPr>
        <w:t xml:space="preserve">[20:45] </w:t>
      </w:r>
      <w:r>
        <w:t>to yahi to samajhna hai ke hamara nahi hai, khuda ka diya hua hai.</w:t>
      </w:r>
    </w:p>
    <w:p>
      <w:pPr>
        <w:jc w:val="right"/>
      </w:pPr>
      <w:r>
        <w:t>तो यही तो समझना है कि हमारा नहीं है, खुदा का दिया हुआ है।</w:t>
      </w:r>
    </w:p>
    <w:p>
      <w:r>
        <w:rPr>
          <w:b/>
        </w:rPr>
        <w:t xml:space="preserve">[20:49] </w:t>
      </w:r>
      <w:r>
        <w:t>to tabhi hamare andar sahi spirit jo hai, woh paida hogi modesty ki aur hum Khuda ke aage jhuk jayenge. to woh jo acknowledgement hai na, woh modesty ki wajah se aata hai. to acknowledgement zaroori hai, kyunke acknowledgement se hum Khuda ki band, Khuda ka ke banda jo hai, apni bandagi ka eteraaf karta hai Khuda ke saamne</w:t>
      </w:r>
    </w:p>
    <w:p>
      <w:pPr>
        <w:jc w:val="right"/>
      </w:pPr>
      <w:r>
        <w:t>तो तभी हमारे अंदर सही स्पिरिट जो है, वह पैदा होगी मॉडेस्टी की और हम खुदा के आगे झुक जाएंगे। तो वह जो एक्नॉलेजमेंट है ना, वह मॉडेस्टी की वजह से आता है। तो एक्नॉलेजमेंट जरूरी है, क्योंकि एक्नॉलेजमेंट से हम खुदा की बंद, खुदा का कि बंदा जो है, अपनी बंदगी का एतराफ करता है खुदा के सामने</w:t>
      </w:r>
    </w:p>
    <w:p>
      <w:r>
        <w:rPr>
          <w:b/>
        </w:rPr>
        <w:t xml:space="preserve">[21:15] </w:t>
      </w:r>
      <w:r>
        <w:t>। to jo acknowledgement jo hai, Khuda ka acknowledgement, insaanon ka acknowledgement, agar insaan hamare liye koi good turn karta hai, to usko hamein acknowledge karna hai. aur acknowledge jo aajkal hai,</w:t>
      </w:r>
    </w:p>
    <w:p>
      <w:pPr>
        <w:jc w:val="right"/>
      </w:pPr>
      <w:r>
        <w:t>। तो जो एक्नॉलेजमेंट जो है, खुदा का एक्नॉलेजमेंट, इंसानों का एक्नॉलेजमेंट, अगर इंसान हमारे लिए कोई गुड टर्न करता है, तो उसको हमें एक्नॉलेज करना है। और एक्नॉलेज जो आजकल है,</w:t>
      </w:r>
    </w:p>
    <w:p>
      <w:r>
        <w:rPr>
          <w:b/>
        </w:rPr>
        <w:t xml:space="preserve">[21:30] </w:t>
      </w:r>
      <w:r>
        <w:t>bhai, society mein kai cheezein rise ho jaati hain, thank you, sorry waghera, unhein dil se acknowledge karna. to</w:t>
      </w:r>
    </w:p>
    <w:p>
      <w:pPr>
        <w:jc w:val="right"/>
      </w:pPr>
      <w:r>
        <w:t>भाई, सोसाइटी में कई चीजें राइज हो जाती हैं, थैंक यू, सॉरी वगैरह, उन्हें दिल से एक्नॉलेज करना। तो</w:t>
      </w:r>
    </w:p>
    <w:p>
      <w:r>
        <w:rPr>
          <w:b/>
        </w:rPr>
        <w:t xml:space="preserve">[21:37] </w:t>
      </w:r>
      <w:r>
        <w:t>wahi jo hai, dil se jo acknowledge kiya jaata hai, wahi Khuda ke yahan, wahi alfaaz Khuda ke yahan acceptable hote hain. to yeh jab hum acknowledge karenge dil se, to hamare andar aajzi ka woh ehsaas paida hoga ke Khuda ne hamein diya tha. to hum Khuda ke aage surrender kar rahe hain, Khuda ke aage aajzi kar rahe hain.</w:t>
      </w:r>
    </w:p>
    <w:p>
      <w:pPr>
        <w:jc w:val="right"/>
      </w:pPr>
      <w:r>
        <w:t>वही जो है, दिल से जो एक्नॉलेज किया जाता है, वही खुदा के यहां, वही अल्फाज खुदा के यहां एक्सेप्टेबल होते हैं। तो यह जब हम एक्नॉलेज करेंगे दिल से, तो हमारे अंदर आजजी का वह एहसास पैदा होगा कि खुदा ने हमें दिया था। तो हम खुदा के आगे सरेंडर कर रहे हैं, खुदा के आगे आजजी कर रहे हैं।</w:t>
      </w:r>
    </w:p>
    <w:p>
      <w:r>
        <w:rPr>
          <w:b/>
        </w:rPr>
        <w:t xml:space="preserve">[22:00] </w:t>
      </w:r>
      <w:r>
        <w:t>to hamein apni, apna jo wajood hai, woh haqeer nazar aane lagta hai ke hum hum bechuz hain aur Khuda sab kuch hai. to yeh cheez jo hai, bahut zaroori hai. aur isi ka ek aakhri jo symbolic gesture hai, woh sajda hai ke hum Khuda ke aage bilkul apne aap ko sar daal dete hain, Khuda ke aage jhuk jaate hain.</w:t>
      </w:r>
    </w:p>
    <w:p>
      <w:pPr>
        <w:jc w:val="right"/>
      </w:pPr>
      <w:r>
        <w:t>तो हमें अपनी, अपना जो वजूद है, वह हकीर नजर आने लगता है कि हम हम बेकुछ हैं और खुदा सब कुछ है। तो यह चीज जो है, बहुत जरूरी है। और इसी का एक आखिरी जो सिंबॉलिक जेस्चर है, वह सजदा है कि हम खुदा के आगे बिल्कुल अपने आप को सर डाल देते हैं, खुदा के आगे झुक जाते हैं।</w:t>
      </w:r>
    </w:p>
    <w:p>
      <w:r>
        <w:rPr>
          <w:b/>
        </w:rPr>
        <w:t xml:space="preserve">[22:23] </w:t>
      </w:r>
      <w:r>
        <w:t>to is tareeqe se jab aadmi jhuke, us waqt khaas taur par usko Khuda ki rehmat aur Khuda ki bakhshish ka ke liye dua karna chahiye. to yeh ke Khuda mujhe bakhsh de, yeh ek ajzi ka kalma hai. aur yahi ajzi ka kalma jo hai, woh jannat ki keemat hai. to Maulana ne likha hai ke agar na amal ho, na be-amli ka eteraaf, to usko jannat mein dakhila kis bunyaad par diya jayega</w:t>
      </w:r>
    </w:p>
    <w:p>
      <w:pPr>
        <w:jc w:val="right"/>
      </w:pPr>
      <w:r>
        <w:t>तो इस तरीके से जब आदमी झुके, उस वक्त खास तौर पर उसको खुदा की रहमत और खुदा की बख्शिश का के लिए दुआ करना चाहिए। तो यह कि खुदा मुझे बख्श दे, यह एक इज्जत का कलमा है। और यही इज्जत का कलमा जो है, वह जन्नत की कीमत है। तो मौलाना ने लिखा है कि अगर ना अमल हो, ना बेअमली का एतराफ, तो उसको जन्नत में दाखिला किस बुनियाद पर दिया जाएगा</w:t>
      </w:r>
    </w:p>
    <w:p>
      <w:r>
        <w:rPr>
          <w:b/>
        </w:rPr>
        <w:t xml:space="preserve">[22:48] </w:t>
      </w:r>
      <w:r>
        <w:t>। kyunke kai log hain na, zyada amal nahi kar paate hain. to kam se kam woh eteraaf karein ke hum amal nahi kar paaye, Allah taala hamari duaon ko qabool farma le, hamare jo hum istighfar karte hain, usko qabool ho jaye. to yahi bhi, yeh bhi bahut badi baat hai ke hum eteraaf kar lein apni be-amli ka. to yeh bhi Allah taala ke yahan acceptable hai. apa bahut hi important point hai yeh acknowledgement ka jo aap ne bataya</w:t>
      </w:r>
    </w:p>
    <w:p>
      <w:pPr>
        <w:jc w:val="right"/>
      </w:pPr>
      <w:r>
        <w:t>। क्योंकि कई लोग हैं ना, ज्यादा अमल नहीं कर पाते हैं। तो कम से कम वह एतराफ करें कि हम अमल नहीं कर पाए, अल्लाह ताला हमारी दुआओं को कबूल फरमा ले, हमारे जो हम इस्तगफार करते हैं, उसको कबूल हो जाए। तो यही भी, यह भी बहुत बड़ी बात है कि हम एतराफ कर ले अपनी बेअमली का। तो यह भी अल्लाह ताला के यहां एक्सेप्टेबल है। آپا बहुत ही इंपॉर्टेंट पॉइंट है यह एक्नॉलेजमेंट का जो आपने बताया</w:t>
      </w:r>
    </w:p>
    <w:p>
      <w:r>
        <w:rPr>
          <w:b/>
        </w:rPr>
        <w:t xml:space="preserve">[23:17] </w:t>
      </w:r>
      <w:r>
        <w:t>। in fact, mujhe modesty ke hawaale se hi ek cheez aur yaad aayi ke Maulana ne ek martaba bataya ke unka safar ek western nation mein hua aur wahan par unki mulaqaat ek 50 year old Muslim se hui. to unhone Maulana sahab se kaha ke "I want a ticket to Paradise." to bataiye, ticket kya hai?</w:t>
      </w:r>
    </w:p>
    <w:p>
      <w:pPr>
        <w:jc w:val="right"/>
      </w:pPr>
      <w:r>
        <w:t>। इनफैक्ट, मुझे मॉडेस्टी के हवाले से ही एक चीज और याद आई कि मौलाना ने एक मर्तबा बताया कि उनका सफर एक वेस्टर्न नेशन में हुआ और वहां पर उनकी मुलाकात एक 50 ईयर ओल्ड मुस्लिम से हुई। तो उन्होंने मौलाना साहब से कहा कि "I want a ticket to Paradise." तो बताइए, टिकट क्या है?</w:t>
      </w:r>
    </w:p>
    <w:p>
      <w:r>
        <w:rPr>
          <w:b/>
        </w:rPr>
        <w:t xml:space="preserve">[23:35] </w:t>
      </w:r>
      <w:r>
        <w:t>to Maulana ne isko likha bhi hai. Maulana ne kaha ke yeh koi aisi ticket nahi hai ke jo aap kisi window se le sakein. And it is not about ticket to Parad</w:t>
      </w:r>
    </w:p>
    <w:p>
      <w:pPr>
        <w:jc w:val="right"/>
      </w:pPr>
      <w:r>
        <w:t>तो मौलाना ने इसको लिखा भी है। मौलाना ने कहा कि यह कोई ऐसी टिकट नहीं है कि जो आप किसी विंडो से ले सकें। And it is not about ticket to Parad</w:t>
      </w:r>
    </w:p>
    <w:p>
      <w:r>
        <w:rPr>
          <w:b/>
        </w:rPr>
        <w:t xml:space="preserve">[23:45] </w:t>
      </w:r>
      <w:r>
        <w:t>ise. It is about how you are building yourself as a heavenly personality. to Maulana ne bada achha explain kiya hai. yeh love of God mein bhi hai, aap isko download kar sakte hain CPS website se. to Maulana ne kaha ke jaise agar ek zameen hai jo soil less hai aur agar aap usmein fasal ugana chahein, to aap fasal nahi uga sakte. kyunke kyunke uske liye jo ek favorable soil darkaar hai, woh maujood nahi hai. to</w:t>
      </w:r>
    </w:p>
    <w:p>
      <w:pPr>
        <w:jc w:val="right"/>
      </w:pPr>
      <w:r>
        <w:t>ise. It is about how you are building yourself as a heavenly personality. तो मौलाना ने बड़ा अच्छा एक्सप्लेन किया है। यह लव ऑफ गॉड में भी है, आप इसको डाउनलोड कर सकते हैं सीपीएस वेबसाइट से। तो मौलाना ने कहा कि जैसे अगर एक जमीन है जो सोइल लेस है और अगर आप उसमें फसल उगाना चाहें, तो आप फसल नहीं उगा सकते। क्योंकि क्योंकि उसके लिए जो एक फेवरेबल सोइल दरकार है, वह मौजूद नहीं है। तो</w:t>
      </w:r>
    </w:p>
    <w:p>
      <w:r>
        <w:rPr>
          <w:b/>
        </w:rPr>
        <w:t xml:space="preserve">[24:13] </w:t>
      </w:r>
      <w:r>
        <w:t>isi tareeqe se unhone kaha ke paradise ke liye purified personality ya jo jisne tazkiya kiya hai, jaise aap ne bhi bataya, wahi daakhil ho sakte hain. And the favorable soil for tazkiya is modesty.</w:t>
      </w:r>
    </w:p>
    <w:p>
      <w:pPr>
        <w:jc w:val="right"/>
      </w:pPr>
      <w:r>
        <w:t>इसी तरीके से उन्होंने कहा कि पैराडाइस के लिए प्यूरिफाइड पर्सनालिटी या जो जिसने तस्किया किया है, जैसे आप ने भी बताया, वही दाखिल हो सकते हैं। And the favorable soil for तस्किया is modesty.</w:t>
      </w:r>
    </w:p>
    <w:p>
      <w:r>
        <w:rPr>
          <w:b/>
        </w:rPr>
        <w:t xml:space="preserve">[24:29] </w:t>
      </w:r>
      <w:r>
        <w:t>to modesty ki itni zyada ahmiyat hai. aur yahi aap ek comment mein bhi Miss Farida Kamran ne likha hai ke Maulana ko padhti rahi hain ke "Purified personality only enters Paradis</w:t>
      </w:r>
    </w:p>
    <w:p>
      <w:pPr>
        <w:jc w:val="right"/>
      </w:pPr>
      <w:r>
        <w:t>तो मॉडेस्टी की इतनी ज्यादा अहमियत है। और यही आप एक कमेंट में भी मिस फरीदा कामरान ने लिखा है कि मौलाना को पढ़ती रही हैं कि "Purified personality only enters Paradis</w:t>
      </w:r>
    </w:p>
    <w:p>
      <w:r>
        <w:rPr>
          <w:b/>
        </w:rPr>
        <w:t xml:space="preserve">[24:41] </w:t>
      </w:r>
      <w:r>
        <w:t>e." to aap agle sawal mein isi ko extension mein lete hue main poochna chahunga ke jaise aap ne modesty acknowledgement ke bare mein bahut achhe se isko waazeh kiya, to aap kya conditions darkaar hain that a person that will allow a person to qualify for paradise?</w:t>
      </w:r>
    </w:p>
    <w:p>
      <w:pPr>
        <w:jc w:val="right"/>
      </w:pPr>
      <w:r>
        <w:t>e." तो आप अगले सवाल में इसी को एक्सटेंशन में लेते हुए मैं पूछना चाहूंगा कि जैसे आपने मॉडेस्टी एक्नॉलेजमेंट के बारे में बहुत अच्छे से इसको वाजे किया, तो आप क्या कंडीशंस दरकार हैं दैट अ पर्सन दैट विल अलाउ अ पर्सन टू क्वालीफाई फॉर पैराडाइस?</w:t>
      </w:r>
    </w:p>
    <w:p>
      <w:r>
        <w:rPr>
          <w:b/>
        </w:rPr>
        <w:t xml:space="preserve">[24:59] </w:t>
      </w:r>
      <w:r>
        <w:t>iske bare mein bhi hum sabko bataye.</w:t>
      </w:r>
    </w:p>
    <w:p>
      <w:pPr>
        <w:jc w:val="right"/>
      </w:pPr>
      <w:r>
        <w:t>इसके बारे में भी हम सबको बताएं।</w:t>
      </w:r>
    </w:p>
    <w:p>
      <w:r>
        <w:rPr>
          <w:b/>
        </w:rPr>
        <w:t xml:space="preserve">[25:04] </w:t>
      </w:r>
      <w:r>
        <w:t>sab se pehle to yahi hai ke humko jo allah taala ne mukammal azadi di hai, to woh us azadi ko hum surrender karen aur apni zindagi khuda ki marzi ke mutabiq banayein. to yeh sab se pehli shart hai. kyunke jab hum yeh kaam karenge na, tabhi doosri tamam virtues hamare andar paida hon</w:t>
      </w:r>
    </w:p>
    <w:p>
      <w:pPr>
        <w:jc w:val="right"/>
      </w:pPr>
      <w:r>
        <w:t>سب سے پہلے تو یہی ہے کہ हमको जो अल्लाह ताला ने मुकम्मल आजादी दी है, तो वह उस आजादी को हम सरेंडर करें और अपनी जिंदगी खुदा की मर्जी के मुताबिक बनाएं। तो यह सबसे पहली शर्त है। क्योंकि जब हम यह काम करेंगे ना, तभी दूसरी तमाम वर्चूज हमारे अंदर पैदा हों</w:t>
      </w:r>
    </w:p>
    <w:p>
      <w:r>
        <w:rPr>
          <w:b/>
        </w:rPr>
        <w:t xml:space="preserve">[25:26] </w:t>
      </w:r>
      <w:r>
        <w:t>gi. to yahan sab se pehle main bataungi aapko ke allah taala ne jo sab se pehla insan banaya, woh hazrat adam the aur hazrat hawwa. to pehle allah taala ne unko banakar jannat mein hi rakha, kaha jata hai. to jannat mein rakha unko, lekin woh mature nahi the. to is wajah se aisa hua ke allah taala ne kaha ke tum tamam phal yahan ke kha sakte ho,</w:t>
      </w:r>
    </w:p>
    <w:p>
      <w:pPr>
        <w:jc w:val="right"/>
      </w:pPr>
      <w:r>
        <w:t>गी। तो यहां सबसे पहले मैं बताऊंगी आपको कि अल्लाह ताला ने जो सबसे पहला इंसान बनाया, वह हजरत आदम थे और हजरत हव्वा। तो पहले अल्लाह ताला ने उनको बनाकर जन्नत में ही रखा, कहा जाता है। तो जन्नत में रखा उनको, लेकिन वह मैच्योर नहीं थे। तो इस वजह से ऐसा हुआ कि अल्लाह ताला ने कहा कि तुम तमाम फल यहां के खा सकते हो,</w:t>
      </w:r>
    </w:p>
    <w:p>
      <w:r>
        <w:rPr>
          <w:b/>
        </w:rPr>
        <w:t xml:space="preserve">[25:53] </w:t>
      </w:r>
      <w:r>
        <w:t>sirf ek ped ka bataya ke is phal ko mat mat khana, is ped ka phal mat khana. lekin woh shaitan ne unko bahkaya aur woh shaitan ne kaha ke tum is phal ko khake tum ek tumhari eternal life tumhari ho jayegi. is wajah se allah taala ne mana kar diya hai. to baharhal, shaitan ne bahkaya, woh bahak gaye aur unhone aur unki hawwa ne dono ne woh woh phal kha liya. phir</w:t>
      </w:r>
    </w:p>
    <w:p>
      <w:pPr>
        <w:jc w:val="right"/>
      </w:pPr>
      <w:r>
        <w:t>सिर्फ एक पेड़ का बताया कि इस फल को मत मत खाना, इस पेड़ का फल मत खाना। लेकिन वह शैतान ने उनको बहकाया और वह शैतान ने कहा कि तुम इस फल को खाके तुम एक तुम्हारी इटरनल लाइफ तुम्हारी हो जाएगी। इस वजह से अल्लाह ताला ने मना कर दिया है। तो बहरहाल, शैतान ने बहकाया, वह बहक गए और उन्होंने और उनकी हव्वा ने दोनों ने वो वो फल खा लिया। फिर</w:t>
      </w:r>
    </w:p>
    <w:p>
      <w:r>
        <w:rPr>
          <w:b/>
        </w:rPr>
        <w:t xml:space="preserve">[26:21] </w:t>
      </w:r>
      <w:r>
        <w:t>allah taala ne unko jannat se nikal kar is duniya mein bhej diya. to pehle to yahi tha allah taala ne ke jo bhi insan hoga, woh seedhe jannat mein hi jayega. lekin hazrat adam ke baad jo tajurba hua, to us se yeh hua ke duniya mein insan ko bheja jaye aur wahan par uska selection ho</w:t>
      </w:r>
    </w:p>
    <w:p>
      <w:pPr>
        <w:jc w:val="right"/>
      </w:pPr>
      <w:r>
        <w:t>अल्लाह ताला ने उनको जन्नत से निकालकर इस दुनिया में भेज दिया। तो पहले तो यही था अल्लाह ताला ने कि जो भी इंसान होगा, वह सीधे जन्नत में ही जाएगा। लेकिन हजरत आदम के बाद जो तजुर्बा हुआ, तो उससे यह हुआ कि दुनिया में इंसान को भेजा जाए और वहां पर उसका सिलेक्शन हो</w:t>
      </w:r>
    </w:p>
    <w:p>
      <w:r>
        <w:rPr>
          <w:b/>
        </w:rPr>
        <w:t xml:space="preserve">[26:44] </w:t>
      </w:r>
      <w:r>
        <w:t>। to select hone ke baad jo is qabil thehrega jannat mein jane ke, to wahi jannat mein usko bheja jayega. to to hamara birth right nahi hai paradise, balki hamare amal par depend karega ke hamein paradise milti hai ke nahi milti hai. to sab se badi cheez jo is mein hai, woh humko apni khwahish par control karna hai. sare masle hi desires se paida hota hai.</w:t>
      </w:r>
    </w:p>
    <w:p>
      <w:pPr>
        <w:jc w:val="right"/>
      </w:pPr>
      <w:r>
        <w:t>। तो सिलेक्ट होने के बाद जो इस काबिल ठहरेगा जन्नत में जाने के, तो वही जन्नत में उसको भेजा जाएगा। तो तो हमारा बर्थ राइट नहीं है पैराडाइस, बल्कि हमारे अमल पर डिपेंड करेगा कि हमें पैराडाइस मिलती है कि नहीं मिलती है। तो सबसे बड़ी चीज जो इसमें है, वह हमको अपनी ख्वाहिश पर कंट्रोल करना है। सारे मसले ही डिजायर्स से पैदा होता है।</w:t>
      </w:r>
    </w:p>
    <w:p>
      <w:r>
        <w:rPr>
          <w:b/>
        </w:rPr>
        <w:t xml:space="preserve">[27:11] </w:t>
      </w:r>
      <w:r>
        <w:t>to desires par hum control nahi kar pate, to hum har galat kaam karte hain. aur desire hi ke zariye se shaitan hamare andar dakhil hota hai aur hamein bahkata hai. to kaha jata hai ke ek hadees ke mutabiq, jab allah taala ne adam ko paida kiya, to shaitan aya aur charon taraf ghoom-ghoom ke dekha. to usne kaha ke yeh isko to main bahut aasani se bahka lunga, iske andar tamal nahi hai.</w:t>
      </w:r>
    </w:p>
    <w:p>
      <w:pPr>
        <w:jc w:val="right"/>
      </w:pPr>
      <w:r>
        <w:t>तो डिजायर्स पर हम कंट्रोल नहीं कर पाते, तो हम हर गलत काम करते हैं। और डिजायर ही के जरिए से शैतान हमारे अंदर दाखिल होता है और हमें बहकाता है। तो कहा जाता है कि एक हदीस के मुताबिक, जब अल्लाह ताला ने आदम को पैदा किया, तो शैतान आया और चारों तरफ घूम-घूम के देखा। तो उसने कहा कि यह इसको तो मैं बहुत आसानी से बहका लूंगा, इसके अंदर तमाल नहीं है।</w:t>
      </w:r>
    </w:p>
    <w:p>
      <w:r>
        <w:rPr>
          <w:b/>
        </w:rPr>
        <w:t xml:space="preserve">[27:37] </w:t>
      </w:r>
      <w:r>
        <w:t>tamal kehte hain ke self control. tafsir mein bataya gaya ke self control to iske yeh apne aap ko control nahi kar payega. jo desires uske andar ayengi, to woh control nahi kar payega aur woh aasani se bahak jayega. isiliye shaitan ne kaha tha ke main tamam logon ko bahka dunga, illa ek tere mukhlis bande, yani jin ko tu ne choose kar liya hai, select kar liya hai.</w:t>
      </w:r>
    </w:p>
    <w:p>
      <w:pPr>
        <w:jc w:val="right"/>
      </w:pPr>
      <w:r>
        <w:t>तमाल कहते हैं कि सेल्फ कंट्रोल। तफसीर में बताया गया कि सेल्फ कंट्रोल तो इसके यह अपने आप को कंट्रोल नहीं कर पाएगा। जो डिजायर्स उसके अंदर आएंगी, तो वह कंट्रोल नहीं कर पाएगा और वह आसानी से बहक जाएगा। इसीलिए शैतान ने कहा था कि मैं तमाम लोगों को बहका दूंगा, इल्ला एक तेरे मुखलिस बंदे, यानी जिनको तूने चूज कर लिया है, सिलेक्ट कर लिया है।</w:t>
      </w:r>
    </w:p>
    <w:p>
      <w:r>
        <w:rPr>
          <w:b/>
        </w:rPr>
        <w:t xml:space="preserve">[28:03] </w:t>
      </w:r>
      <w:r>
        <w:t>to is par humko bahut zyada serious rakhna hai ke yahi jo khwahishat hain, yahi hamein khuda se door karti hain. aur isi ki wajah se hum apni personality ko ka taskiya nahi kar pate hain.</w:t>
      </w:r>
    </w:p>
    <w:p>
      <w:pPr>
        <w:jc w:val="right"/>
      </w:pPr>
      <w:r>
        <w:t>तो इस पर हमको बहुत ज्यादा सीरियस रखना है कि यही जो ख्वाहिशात हैं, यही हमें खुदा से दूर करती हैं। और इसी की वजह से हम अपनी पर्सनालिटी को का तस्किया नहीं कर पाते हैं।</w:t>
      </w:r>
    </w:p>
    <w:p>
      <w:r>
        <w:rPr>
          <w:b/>
        </w:rPr>
        <w:t xml:space="preserve">[28:18] </w:t>
      </w:r>
      <w:r>
        <w:t>to hamein apni personality ka taskiya karna hai aur usko muzakka karna hai, uska deconditioning karni hai. usi ke baad hi hum jo hain, is qabil ho jayenge ke hum spirituality ke liye receptive banein. to iske liye bahut zyada zaroori hai ke hum khuda ki pakad se bachein. kyunke tamam insan jo hain, woh khuda ke aage accountable honge.</w:t>
      </w:r>
    </w:p>
    <w:p>
      <w:pPr>
        <w:jc w:val="right"/>
      </w:pPr>
      <w:r>
        <w:t>तो हमें अपनी पर्सनालिटी का तस्किया करना है और उसको मुजक्का करना है, उसका डिकंडीशनिंग करनी है। उसी के बाद ही हम जो हैं, इस काबिल हो जाएंगे कि हम स्पिरिचुअलिटी के लिए रिसेप्टिव बने। तो इसके लिए बहुत ज्यादा जरूरी है कि हम खुदा की पकड़ से बचे। क्योंकि तमाम इंसान जो हैं, वह खुदा के आगे अकाउंटेबल होंगे।</w:t>
      </w:r>
    </w:p>
    <w:p>
      <w:r>
        <w:rPr>
          <w:b/>
        </w:rPr>
        <w:t xml:space="preserve">[28:43] </w:t>
      </w:r>
      <w:r>
        <w:t>jo kuch bhi amal humne is duniya mein kiya hai, woh khuda ke yahan, uske liye hamein jawabdehi karni hogi. to yeh cheez bahut zyada hamare andar gehrai se iska ehsas hoga, tabhi hum ab bachenge har galat kaam se. aur doosri, har doosri cheez mein se dilchaspi khatam karni hogi. kyunke doosri cheezein distraction hain.</w:t>
      </w:r>
    </w:p>
    <w:p>
      <w:pPr>
        <w:jc w:val="right"/>
      </w:pPr>
      <w:r>
        <w:t>जो कुछ भी अमल हमने इस दुनिया में किया है, वह खुदा के यहां, उसके लिए हमें जवाबदेही करनी होगी। तो यह चीज बहुत ज्यादा हमारे अंदर गहराई से इसका एहसास होगा, तभी हम अब बचेंगे हर गलत काम से। और दूसरी, हर दूसरी चीज में से दिलचस्पी खत्म करनी होगी। क्योंकि दूसरी चीजें डिस्ट्रक्शन हैं।</w:t>
      </w:r>
    </w:p>
    <w:p>
      <w:r>
        <w:rPr>
          <w:b/>
        </w:rPr>
        <w:t xml:space="preserve">[29:07] </w:t>
      </w:r>
      <w:r>
        <w:t>sirf zaroorat ke kaam hamein karne hain duniya mein aur baqi jitna bhi hamein waqt milta hai, jitna bhi hamare paas resources hain, usko hamein allah ki rah mein istemal karna hai, allah ke liye kaam karna hai. to isi ke zariye se hamein allah ki marifat hasil hogi. aur kehte hain ke jab hamari aisi ek spiritual life hum jiyenge, to hamein is duniya mein hamein aisa lagega jaise hum jannat ko dekh rahe hain.</w:t>
      </w:r>
    </w:p>
    <w:p>
      <w:pPr>
        <w:jc w:val="right"/>
      </w:pPr>
      <w:r>
        <w:t>सिर्फ जरूरत के काम हमें करने हैं दुनिया में और बाकी जितना भी हमें वक्त मिलता है, जितना भी हमारे पास रिसोर्सेस हैं, उसको हमें अल्लाह की राह में इस्तेमाल करना है, अल्लाह के लिए काम करना है। तो इसी के जरिए से हमें अल्लाह की मारफ हासिल होगी। और कहते हैं कि जब हमारी ऐसी एक स्पिरिचुअल लाइफ हम जिएंगे, तो हमें इस दुनिया में हमको ऐसा लगेगा जैसे हम जन्नत को देख रहे हैं।</w:t>
      </w:r>
    </w:p>
    <w:p>
      <w:r>
        <w:rPr>
          <w:b/>
        </w:rPr>
        <w:t xml:space="preserve">[29:36] </w:t>
      </w:r>
      <w:r>
        <w:t>to akhir quran mein aya hai ke allah unko jannat mein dakhil karega, jis ki usne unhein pehchan kara di hai. chapter 47. to jannat ko pehchan karne ka matlab kya hai?</w:t>
      </w:r>
    </w:p>
    <w:p>
      <w:pPr>
        <w:jc w:val="right"/>
      </w:pPr>
      <w:r>
        <w:t>तो आखिर कुरान में आया है कि अल्लाह उनको जन्नत में दाखिल करेगा, जिसकी उसने उन्हें पहचान करा दी है। चैप्टर 47। तो जन्नत को पहचान करने का मतलब क्या है?</w:t>
      </w:r>
    </w:p>
    <w:p>
      <w:r>
        <w:rPr>
          <w:b/>
        </w:rPr>
        <w:t xml:space="preserve">[29:49] </w:t>
      </w:r>
      <w:r>
        <w:t>ke jab hum bahut zyada cheezon par gaur karenge. kyunke kehte hain ke yeh jo duniya hai, yeh similar hai jannat ke. bas farq yeh hai ke yeh imperfect hai aur jannat perfect hai. to jab hum bahut gehri hamari marifat ho</w:t>
      </w:r>
    </w:p>
    <w:p>
      <w:pPr>
        <w:jc w:val="right"/>
      </w:pPr>
      <w:r>
        <w:t>कि जब हम बहुत ज्यादा चीजों पर गौर करेंगे। क्योंकि कहते हैं कि यह जो दुनिया है, यह सिमिलर है जन्नत के। बस फर्क यह है कि यह इंपरफेक्ट है और जन्नत परफेक्ट है। तो जब हम बहुत गहरी हमारी मारफ हो</w:t>
      </w:r>
    </w:p>
    <w:p>
      <w:r>
        <w:rPr>
          <w:b/>
        </w:rPr>
        <w:t xml:space="preserve">[30:05] </w:t>
      </w:r>
      <w:r>
        <w:t>jayegi, jab hum har waqt jannat ke bare mein soch rahe honge, to tab hamein gehrai se baaton ko samajh mein ayegi. jaise misal ke taur par, hamein thandi hawa garmi mein kitni achhi lagti hai. thandi hawa chal rahi ho, to hamein lage ke yeh jannat se hawa aayi hai hamare liye. allah taala ne hamein bheji hai. ab garmi mein jab us early sun hota hai, early sunshine hoti hai, to kitna achha lagta hai. to subah-subah ki dhoop</w:t>
      </w:r>
    </w:p>
    <w:p>
      <w:pPr>
        <w:jc w:val="right"/>
      </w:pPr>
      <w:r>
        <w:t>जाएगी, जब हम हर वक्त जन्नत के बारे में सोच रहे होंगे, तो तब हमें गहराई से बातों को समझ में आएगी। जैसे मिसाल के तौर पर, हमें ठंडी हवा गर्मी में कितनी अच्छी लगती है। ठंडी हवा चल रही हो, तो हमें लगे कि यह जन्नत से हवा आई है हमारे लिए। अल्लाह ताला ने हमें भेजी है। अब गर्मी में जब उस अर्ली सन होता है, अर्ली सनशाइन होती है, तो कितना अच्छा लगता है। तो सुबह-सुबह की धूप</w:t>
      </w:r>
    </w:p>
    <w:p>
      <w:r>
        <w:rPr>
          <w:b/>
        </w:rPr>
        <w:t xml:space="preserve">[30:34] </w:t>
      </w:r>
      <w:r>
        <w:t>। to yeh sari cheezein jo hain, jannat mein perfect shakal mein milengi aur aur duniya mein imperfect shakal mein. bas itna hi farq hai. to jo manazir-e-fitrat hain, jo nature hai, yeh sab jannat ka ek bae taaruf, matlab taaruf far hamein distance kara rahi hai.</w:t>
      </w:r>
    </w:p>
    <w:p>
      <w:pPr>
        <w:jc w:val="right"/>
      </w:pPr>
      <w:r>
        <w:t>। तो यह सारी चीजें जो हैं, जन्नत में परफेक्ट शक्ल में मिलेंगी और और दुनिया में इंपरफेक्ट शक्ल में। बस इतना ही फर्क है। तो जो मनाजिर फितरत हैं, जो नेचर है, यह सब जन्नत का एक बई तारुफ, मतलब तारुफ फर हमें डिस्टेंस करा रही है।</w:t>
      </w:r>
    </w:p>
    <w:p>
      <w:r>
        <w:rPr>
          <w:b/>
        </w:rPr>
        <w:t xml:space="preserve">[30:52] </w:t>
      </w:r>
      <w:r>
        <w:t>to jab hum bahut gaur se cheezon ko dekhenge, tabhi hum in baaton ko samajh sakte hain. aur aajkal to samajhna aur aasan hai. kyunke jo industrial civilization aayi hai, jo technology aayi hai, usne har kaam itna zyada aasan kar diya hai ke bas ek push-push button civilization ho gayi hai. hamari tamam museebatein khatam ho gayi hain. pehle log qafil par safar karte the, ghode-gaadi par safar karte the,</w:t>
      </w:r>
    </w:p>
    <w:p>
      <w:pPr>
        <w:jc w:val="right"/>
      </w:pPr>
      <w:r>
        <w:t>तो जब हम बहुत गौर से चीजों को देखेंगे, तभी हम इन बातों को समझ सकते हैं। और आजकल तो समझना और आसान है। क्योंकि जो इंडस्ट्रियल सिविलाइजेशन आई है, जो टेक्नोलॉजी आई है, उसने हर काम इतना ज्यादा आसान कर दिया है कि बस एक पुश-पुश बटन सिविलाइजेशन हो गई है। हमारी तमाम मुसीबतें खत्म हो गई हैं। पहले लोग कैवल पर सफर करते थे, घोड़े-गाड़ी पर सफर करते थे,</w:t>
      </w:r>
    </w:p>
    <w:p>
      <w:r>
        <w:rPr>
          <w:b/>
        </w:rPr>
        <w:t xml:space="preserve">[31:21] </w:t>
      </w:r>
      <w:r>
        <w:t>kitni museebaton se paidal safar karte the. har kaam itna mushkil tha. ab gaadi mein baithte hain, hawai jahaz mein baithte hain aur har cheez jo hai, lift hai. pehle seedhiyan chadhna kitna mushkil hota tha. 100-100 manzil building banti hai, lift se do minute mein upar chale jate hain. to yeh sari cheezein hamein yaad dila</w:t>
      </w:r>
    </w:p>
    <w:p>
      <w:pPr>
        <w:jc w:val="right"/>
      </w:pPr>
      <w:r>
        <w:t>कितनी मुसीबतों से पैदल सफर करते थे। हर काम इतना मुश्किल था। अब गाड़ी में बैठते हैं, हवाई जहाज में बैठते हैं और हर चीज जो है, लिफ्ट है। पहले सीढ़ियां चढ़ना कितना मुश्किल होता था। 100-100 मंजिल बिल्डिंग बनती है, लिफ्ट से दो मिनट में ऊपर चले जाते हैं। तो यह सारी चीजें हमें याद दिला</w:t>
      </w:r>
    </w:p>
    <w:p>
      <w:r>
        <w:rPr>
          <w:b/>
        </w:rPr>
        <w:t xml:space="preserve">[31:43] </w:t>
      </w:r>
      <w:r>
        <w:t>e. yaad tabhi dilayenge jab hum bahut zyada khuda ke bare mein, akhirat ke bare mein, jannat ke bare mein soch rahe honge. tab hamein yeh sari cheezein mein hamein khuda ki jannat ki jhalakiyan nazar aney lagengi. to hamein apni soch ko badhana hai, bahut zyada sochna hai,</w:t>
      </w:r>
    </w:p>
    <w:p>
      <w:pPr>
        <w:jc w:val="right"/>
      </w:pPr>
      <w:r>
        <w:t>ए। याद तभी दिलाएंगे जब हम बहुत ज्यादा खुदा के बारे में, आखिरत के बारे में, जन्नत के बारे में सोच रहे होंगे। तब हमें यह सारी चीजें में हमें खुदा की जन्नत की झलकियां नजर आने लगेंगी। तो हमें अपनी सोच को बढ़ाना है, बहुत ज्यादा सोचना है,</w:t>
      </w:r>
    </w:p>
    <w:p>
      <w:r>
        <w:rPr>
          <w:b/>
        </w:rPr>
        <w:t xml:space="preserve">[32:02] </w:t>
      </w:r>
      <w:r>
        <w:t>gaur-fikr karna hai. main Maulana ko dekhti thi, musalsal sochte rehte the. ab jaakar barze mein baithe rehte the, nature mein wahan sochte rehte the, sochte rehte the.</w:t>
      </w:r>
    </w:p>
    <w:p>
      <w:pPr>
        <w:jc w:val="right"/>
      </w:pPr>
      <w:r>
        <w:t>गौर-फिक्र करना है। मैं मौलाना को देखती थी, मुसलसल सोचते रहते थे। अब जाकर बारजे में बैठे रहते थे, नेचर में वहां सोचते रहते थे, सोचते रहते थे।</w:t>
      </w:r>
    </w:p>
    <w:p>
      <w:r>
        <w:rPr>
          <w:b/>
        </w:rPr>
        <w:t xml:space="preserve">[32:12] </w:t>
      </w:r>
      <w:r>
        <w:t>to yahi sab sochte the ke unko har cheez mein khuda ki jhalak, akhirat ki jhalak, jannat ki</w:t>
      </w:r>
    </w:p>
    <w:p>
      <w:pPr>
        <w:jc w:val="right"/>
      </w:pPr>
      <w:r>
        <w:t>तो यही सब सोचते थे कि उनको हर चीज में खुदा की झलक, आखिरत की झलक, जन्नत की</w:t>
      </w:r>
    </w:p>
    <w:p>
      <w:r>
        <w:rPr>
          <w:b/>
        </w:rPr>
        <w:t xml:space="preserve">[32:18] </w:t>
      </w:r>
      <w:r>
        <w:t>jhalak nazar aati thi.</w:t>
      </w:r>
    </w:p>
    <w:p>
      <w:pPr>
        <w:jc w:val="right"/>
      </w:pPr>
      <w:r>
        <w:t>झलक नजर आती थी।</w:t>
      </w:r>
    </w:p>
    <w:p>
      <w:r>
        <w:rPr>
          <w:b/>
        </w:rPr>
        <w:t xml:space="preserve">[32:19] </w:t>
      </w:r>
      <w:r>
        <w:t>to wahi, jab tak hum is duniya mein jannat ko nahi dekh lenge, jiski jis ko quran mein kaha</w:t>
      </w:r>
    </w:p>
    <w:p>
      <w:pPr>
        <w:jc w:val="right"/>
      </w:pPr>
      <w:r>
        <w:t>तो वही, जब तक हम इस दुनिया में जन्नत को नहीं देख लेंगे, जिसकी जिसको कुरान में कहा</w:t>
      </w:r>
    </w:p>
    <w:p>
      <w:r>
        <w:rPr>
          <w:b/>
        </w:rPr>
        <w:t xml:space="preserve">[32:26] </w:t>
      </w:r>
      <w:r>
        <w:t>gaya pehchan karana, to jab tab tak hamein woh akhirat mein jannat nahi milegi.</w:t>
      </w:r>
    </w:p>
    <w:p>
      <w:pPr>
        <w:jc w:val="right"/>
      </w:pPr>
      <w:r>
        <w:t>गया पहचान कराना, तो जब तब तक हमें वह आखिरत में जन्नत नहीं मिलेगी।</w:t>
      </w:r>
    </w:p>
    <w:p>
      <w:r>
        <w:rPr>
          <w:b/>
        </w:rPr>
        <w:t xml:space="preserve">[32:32] </w:t>
      </w:r>
      <w:r>
        <w:t>kyunki jannat ka bahut zyada shauk hona chahiye, jannat ki hamein haris hona chahiye, tabhi hamein jannat milegi.</w:t>
      </w:r>
    </w:p>
    <w:p>
      <w:pPr>
        <w:jc w:val="right"/>
      </w:pPr>
      <w:r>
        <w:t>क्योंकि जन्नत का बहुत ज्यादा शौक होना चाहिए, जन्नत की हमें हरीस होना चाहिए, तभी हमें जन्नत मिलेगी।</w:t>
      </w:r>
    </w:p>
    <w:p>
      <w:r>
        <w:rPr>
          <w:b/>
        </w:rPr>
        <w:t xml:space="preserve">[32:39] </w:t>
      </w:r>
      <w:r>
        <w:t>ji, jazaakallah aap.</w:t>
      </w:r>
    </w:p>
    <w:p>
      <w:pPr>
        <w:jc w:val="right"/>
      </w:pPr>
      <w:r>
        <w:t>जी, जजाकल्लाह आप।</w:t>
      </w:r>
    </w:p>
    <w:p>
      <w:r>
        <w:rPr>
          <w:b/>
        </w:rPr>
        <w:t xml:space="preserve">[32:41] </w:t>
      </w:r>
      <w:r>
        <w:t>bahut achhe se aapne waze kiya isko.</w:t>
      </w:r>
    </w:p>
    <w:p>
      <w:pPr>
        <w:jc w:val="right"/>
      </w:pPr>
      <w:r>
        <w:t>बहुत अच्छे से आपने वाजे किया इसको।</w:t>
      </w:r>
    </w:p>
    <w:p>
      <w:r>
        <w:rPr>
          <w:b/>
        </w:rPr>
        <w:t xml:space="preserve">[32:44] </w:t>
      </w:r>
      <w:r>
        <w:t>kuch comments padhna chahunga agla sawal lene se pehle. yeh comment bheja hai islamabad pakistan se miss farida kamran ne. unhone likha hai, "hamein jannat ki khwahish rakhni chahiye. allah hum sab se jannat wale aamal karne ki taufeeq de. aameen." syed haseeb shah naqvi sahab ne pakistan se likha hai, "the way to heaven is only self control. self control is the key of today's age."</w:t>
      </w:r>
    </w:p>
    <w:p>
      <w:pPr>
        <w:jc w:val="right"/>
      </w:pPr>
      <w:r>
        <w:t>कुछ कमेंट्स पढ़ना चाहूंगा अगला सवाल लेने से पहले। यह कमेंट भेजा है इस्लामाबाद पाकिस्तान से मिस फरीदा कामरान ने। उन्होंने लिखा है, "हमें जन्नत की ख्वाहिश रखनी चाहिए। अल्लाह हम सबसे जन्नत वाले आमाल करने की तौफीक दे। आमीन।" सैयद हसीब शाह नकवी साहब ने पाकिस्तान से लिखा है, "द वे टू हेवन इज ओनली सेल्फ कंट्रोल। सेल्फ कंट्रोल इज द की ऑफ टुडेज एज।"</w:t>
      </w:r>
    </w:p>
    <w:p>
      <w:r>
        <w:rPr>
          <w:b/>
        </w:rPr>
        <w:t xml:space="preserve">[33:14] </w:t>
      </w:r>
      <w:r>
        <w:t>doctor aslam khan sahab ne saharanpur se likha hai, "paradise is a place of contentment, a land of advance luxury, spiritual happiness and glorious presence of our creator. it is an unimaginable gift for the true and right chears believers." doctor farida, "your efforts are very realistic. thank god."</w:t>
      </w:r>
    </w:p>
    <w:p>
      <w:pPr>
        <w:jc w:val="right"/>
      </w:pPr>
      <w:r>
        <w:t>डॉक्टर असलम खान साहब ने सहारनपुर से लिखा है, "पैराडाइस इज अ प्लेस ऑफ कंटेंटमेंट, अ लैंड ऑफ एडवांस लग्जरी, स्पिरिचुअल हैप्पीनेस एंड ग्लोरियस प्रेजेंस ऑफ आवर क्रिएटर। इट इज एन अनइमेजिनेबल गिफ्ट फॉर द ट्रू एंड राइट चेयर्स बिलीवर्स।" डॉक्टर फरीदा, "योर एफर्ट्स आर वेरी रियलिस्टिक। थैंक गॉड।"</w:t>
      </w:r>
    </w:p>
    <w:p>
      <w:r>
        <w:rPr>
          <w:b/>
        </w:rPr>
        <w:t xml:space="preserve">[33:36] </w:t>
      </w:r>
      <w:r>
        <w:t>haafiz irfan ali sahab ne likha hai, "maulana sahab was a genius man who emphasized about life after death." aap yeh comment aur sawal delhi se bheja hai imran ahmed sahab ne. unhone likha hai, "masha allah aap, bahut important topic.</w:t>
      </w:r>
    </w:p>
    <w:p>
      <w:pPr>
        <w:jc w:val="right"/>
      </w:pPr>
      <w:r>
        <w:t>हाफिज इरफान अली साहब ने लिखा है, "मौलाना साहब वाज अ जीनियस मैन हु एमफसा इज्ड अबाउट लाइफ आफ्टर डेथ।" आप यह कमेंट और सवाल दिल्ली से भेजा है इमरान अहमद साहब ने। उन्होंने लिखा है, "माशाल्लाह आप, बहुत इंपॉर्टेंट टॉपिक।</w:t>
      </w:r>
    </w:p>
    <w:p>
      <w:r>
        <w:rPr>
          <w:b/>
        </w:rPr>
        <w:t xml:space="preserve">[33:55] </w:t>
      </w:r>
      <w:r>
        <w:t>aap jaisa ke quran aur hadees se maloom hota hai, aur Maulana ne bhi is par bahut zor diya hai ke allah se sab se zyada mohabbat karni hai. aap, main apne andar is ki bahut kami pata hoon. woh kya khaas tareeqa ho sakta hai aap jis se allah ki mohabbat hamare andar badhe?</w:t>
      </w:r>
    </w:p>
    <w:p>
      <w:pPr>
        <w:jc w:val="right"/>
      </w:pPr>
      <w:r>
        <w:t>आप जैसा कि कुरान और हदीस से मालूम होता है, और मौलाना ने भी इस पर बहुत जोर दिया है कि अल्लाह से सबसे ज्यादा मोहब्बत करनी है। आप, मैं अपने अंदर इसकी बहुत कमी पाता हूं। वह क्या खास तरीका हो सकता है आप जिससे अल्लाह की मोहब्बत हमारे अंदर बढ़े?</w:t>
      </w:r>
    </w:p>
    <w:p>
      <w:r>
        <w:rPr>
          <w:b/>
        </w:rPr>
        <w:t xml:space="preserve">[34:18] </w:t>
      </w:r>
      <w:r>
        <w:t>aap, please is ke bare mein mujhe bataein." time nikaliye allah taala ke liye</w:t>
      </w:r>
    </w:p>
    <w:p>
      <w:pPr>
        <w:jc w:val="right"/>
      </w:pPr>
      <w:r>
        <w:t>आप, प्लीज इसके बारे में मुझे बताएं।" ٹائم نکالیے अल्लाह ताला के लिए</w:t>
      </w:r>
    </w:p>
    <w:p>
      <w:r>
        <w:rPr>
          <w:b/>
        </w:rPr>
        <w:t xml:space="preserve">[34:24] </w:t>
      </w:r>
      <w:r>
        <w:t>kitaben padhiye. aisi bahut kitaben hain. hayat sahaba jo hai, maulana yusuf sahab jo tablighi jamaat ke leader the, unki kitab padhiye. bahut zyada usse inspiration milta hai ki sahaba kis tarah rehte the. to hamein duniya mein, hamein kuch hasil karna hota hai, to hum din-raat usmein lage rehte hain.</w:t>
      </w:r>
    </w:p>
    <w:p>
      <w:pPr>
        <w:jc w:val="right"/>
      </w:pPr>
      <w:r>
        <w:t>किताबें पढ़िए। ऐसी बहुत किताबें हैं। हयात सहाबा जो है, मौलाना यूसुफ साहब जो तबलीगी जमात के लीडर थे, उनकी किताब पढ़िए। बहुत ज्यादा उससे इंस्पिरेशन मिलता है कि सहाबा किस तरह रहते थे। तो हमें दुनिया में, हमें कुछ हासिल करना होता है, तो हम दिन-रात उसमें लगे रहते हैं।</w:t>
      </w:r>
    </w:p>
    <w:p>
      <w:r>
        <w:rPr>
          <w:b/>
        </w:rPr>
        <w:t xml:space="preserve">[34:50] </w:t>
      </w:r>
      <w:r>
        <w:t>hamare ek sahab the, shayad asrar naam tha, azamgarh mein. to unko ias ki taiyari karni thi. to maulana batate the, to unhone is tarah taiyari ki ki woh bilkul apne kamre mein band apne aap ko kar liya tha. bahar hi nahi nikalte the. yahan tak ki baal-wal sab unke bade ho gaye the. kuch nahi karte the. har waqt taiyari, taiyari, taiyari. finally unhone top kiya.</w:t>
      </w:r>
    </w:p>
    <w:p>
      <w:pPr>
        <w:jc w:val="right"/>
      </w:pPr>
      <w:r>
        <w:t>हमारे एक साहब थे, शायद असरार नाम था, आजमगढ़ में। तो उनको आईएएस की तैयारी करनी थी। तो मौलाना बताते थे, तो उन्होंने इस तरह तैयारी की कि वह बिल्कुल अपने कमरे में बंद अपने आप को कर लिया था। बाहर ही नहीं निकलते थे। यहां तक कि बाल-वाल सब उनके बड़े हो गए थे। कुछ नहीं करते थे। हर वक्त तैयारी, तैयारी, तैयारी। फाइनली उन्होंने टॉप किया।</w:t>
      </w:r>
    </w:p>
    <w:p>
      <w:r>
        <w:rPr>
          <w:b/>
        </w:rPr>
        <w:t xml:space="preserve">[35:16] </w:t>
      </w:r>
      <w:r>
        <w:t>to ab duniya mein, aapko insan ko 10-20 saal mushkil se milte hain, usko usko kuch cash karne ke liye. ab akhirat ek eternal life hai, to hamein thoda time nikalna padega, thodi study karni padegi aur khuda se duaen karni padengi. kam se kam raat ko aadha ek ghanta,</w:t>
      </w:r>
    </w:p>
    <w:p>
      <w:pPr>
        <w:jc w:val="right"/>
      </w:pPr>
      <w:r>
        <w:t>तो अब दुनिया में, आपको इंसान को 10-20 साल मुश्किल से मिलते हैं, उसको उसको कुछ कैश करने के लिए। अब आखिरत एक इटरनल लाइफ है, तो हमें थोड़ा टाइम निकालना पड़ेगा, थोड़ी स्टडी करनी पड़ेगी और खुदा से दुआएं करनी पड़ेंगी। कम से कम रात को आधा एक घंटा,</w:t>
      </w:r>
    </w:p>
    <w:p>
      <w:r>
        <w:rPr>
          <w:b/>
        </w:rPr>
        <w:t xml:space="preserve">[35:37] </w:t>
      </w:r>
      <w:r>
        <w:t>aap sab log ko chahiye ki kuch aisi kitaben padhen, jisse yeh sari cheezen unko dimag mein ba</w:t>
      </w:r>
    </w:p>
    <w:p>
      <w:pPr>
        <w:jc w:val="right"/>
      </w:pPr>
      <w:r>
        <w:t>आप सब लोग को चाहिए कि कुछ ऐसी किताबें पढ़ें, जिससे यह सारी चीजें उनको दिमाग में बै</w:t>
      </w:r>
    </w:p>
    <w:p>
      <w:r>
        <w:rPr>
          <w:b/>
        </w:rPr>
        <w:t xml:space="preserve">[35:45] </w:t>
      </w:r>
      <w:r>
        <w:t>then. maulana ki kitaben padhen. to kitaben mein hayat hayat sahaba ke, main kuch chand safa maine padhe the. to wo itna achhe lage ki ji chahta tha bas usko padhta rahe. wo kisi bhi story se kam nahi tha. wo to wo padhen. jab tak aap us par uske liye time nahi nikalenge, na tab tak khali khwahish hone se nahi hoga. uske liye time nikalna padega</w:t>
      </w:r>
    </w:p>
    <w:p>
      <w:pPr>
        <w:jc w:val="right"/>
      </w:pPr>
      <w:r>
        <w:t>ठें। मौलाना की किताबें पढ़ें। तो किताबें में हयात हयात सहाबा के, मैं कुछ चंद सफा मैंने पढ़े थे। तो वो इतना अच्छे लगे कि जी चाहता था बस उसको पढ़ता रहे। वो किसी भी स्टोरी से कम नहीं था। वो तो वो पढ़ें। जब तक आप उस पर उसके लिए टाइम नहीं निकालेंगे, ना तब तक खाली ख्वाहिश होने से नहीं होगा। उसके लिए टाइम निकालना पड़ेगा</w:t>
      </w:r>
    </w:p>
    <w:p>
      <w:r>
        <w:rPr>
          <w:b/>
        </w:rPr>
        <w:t xml:space="preserve">[36:09] </w:t>
      </w:r>
      <w:r>
        <w:t>. maulana ki videos sune, maulana ki kitaben padhen aur seerat ki kitaben padhen, hadis ki kitaben padhen. to yeh sab cheezen karenge, na to phir khud-ba-khud woh cheez paida ho jayegi jo aap chahte hain. ji, aur aap maulana yeh kaha karte the ki khuda ko to hum nahi dekh sakte, lekin unki jo blessings aur mercy hai, usko hum experience har lamha kar sakte hain.</w:t>
      </w:r>
    </w:p>
    <w:p>
      <w:pPr>
        <w:jc w:val="right"/>
      </w:pPr>
      <w:r>
        <w:t>। मौलाना की वीडियोस सुने, मौलाना की किताबें पढ़ें और सीरत की किताबें पढ़ें, हदीस की किताबें पढ़ें। तो यह सब चीजें करेंगे, ना तो फिर खुद-ब-खुद वह चीज पैदा हो जाएगी जो आप चाहते हैं। जी, और आप मौलाना यह कहा करते थे कि खुदा को तो हम नहीं देख सकते, लेकिन उनकी जो ब्लेसिंग्स और मर्सी है, उसको हम एक्सपीरियंस हर लम्हा कर सकते हैं।</w:t>
      </w:r>
    </w:p>
    <w:p>
      <w:r>
        <w:rPr>
          <w:b/>
        </w:rPr>
        <w:t xml:space="preserve">[36:37] </w:t>
      </w:r>
      <w:r>
        <w:t>to the source of love is the discovery of, you know, this blessings of god. everything that we have got in this world is a result of gods blessings. aur isi ko discover karne se hi hamare andar khuda ke liye zyada se zyada mohabbat develop ho sakti hai. to aap agla sawal mera yahi hai ki a man is a seeker of paradise by birth. a yeh kaha ja sakta hai isko</w:t>
      </w:r>
    </w:p>
    <w:p>
      <w:pPr>
        <w:jc w:val="right"/>
      </w:pPr>
      <w:r>
        <w:t>तो द सोर्स ऑफ लव इज द डिस्कवरी ऑफ, यू नो, दिस ब्लेसिंग्स ऑफ गॉड। एवरीथिंग दैट वी हैव गॉट इन दिस वर्ल्ड इज अ रिजल्ट ऑफ गॉड्स ब्लेसिंग्स। और इसी को डिस्कवर करने से ही हमारे अंदर खुदा के लिए ज्यादा से ज्यादा मोहब्बत डेवलप हो सकती है। तो आप अगला सवाल मेरा यही है कि अ मैन इज अ सीकर ऑफ पैराडाइस बाय बर्थ। अ यह कहा जा सकता है इसको</w:t>
      </w:r>
    </w:p>
    <w:p>
      <w:r>
        <w:rPr>
          <w:b/>
        </w:rPr>
        <w:t xml:space="preserve">[37:06] </w:t>
      </w:r>
      <w:r>
        <w:t>. to iske bare mein thoda sa bataen.</w:t>
      </w:r>
    </w:p>
    <w:p>
      <w:pPr>
        <w:jc w:val="right"/>
      </w:pPr>
      <w:r>
        <w:t>। तो इसके बारे में थोड़ा सा बताएं।</w:t>
      </w:r>
    </w:p>
    <w:p>
      <w:r>
        <w:rPr>
          <w:b/>
        </w:rPr>
        <w:t xml:space="preserve">[37:11] </w:t>
      </w:r>
      <w:r>
        <w:t>kaha jata hai ki jab allah taala ne insan ko paida kiya to usko jannat mein rakha, usko sab dikha diya ki main tumko finally yeh tumhara board hai, finally tumko yahan aana hai. to kehte hain ki uske dimag mein jannat basi hui hai. is</w:t>
      </w:r>
    </w:p>
    <w:p>
      <w:pPr>
        <w:jc w:val="right"/>
      </w:pPr>
      <w:r>
        <w:t>کہا جاتا ہے کہ جب اللہ تعالی نے انسان کو پیدا کیا تو اس کو जन्नत में रखा, उसको सब दिखा दिया कि मैं तुमको फाइनली यह तुम्हारा बोर्ड है, फाइनली तुमको यहां आना है। तो कहते हैं कि उसके दिमाग में जन्नत बसी हुई है। इस</w:t>
      </w:r>
    </w:p>
    <w:p>
      <w:r>
        <w:rPr>
          <w:b/>
        </w:rPr>
        <w:t xml:space="preserve">[37:32] </w:t>
      </w:r>
      <w:r>
        <w:t>iliye aap dekhen ki koi bhi insan aapko aisa nahi milega jo apni life se puri tarah satisfied hai, kyunki woh jannat ki talash mein hai. woh vaguely hai,</w:t>
      </w:r>
    </w:p>
    <w:p>
      <w:pPr>
        <w:jc w:val="right"/>
      </w:pPr>
      <w:r>
        <w:t>ीलिए आप देखिए कि कोई भी इंसान आपको ऐसा नहीं मिलेगा जो अपनी लाइफ से पूरी तरह सेटिस्फाइड है, क्योंकि वह जन्नत की तलाश में है। वह वेगली है,</w:t>
      </w:r>
    </w:p>
    <w:p>
      <w:r>
        <w:rPr>
          <w:b/>
        </w:rPr>
        <w:t xml:space="preserve">[37:45] </w:t>
      </w:r>
      <w:r>
        <w:t>lekin hai consciously, unconsciously har insan jannat ki talash mein</w:t>
      </w:r>
    </w:p>
    <w:p>
      <w:pPr>
        <w:jc w:val="right"/>
      </w:pPr>
      <w:r>
        <w:t>लेकिन है कॉन्शियसली, अनकॉन्शियसली हर इंसान जन्नत की तलाश में</w:t>
      </w:r>
    </w:p>
    <w:p>
      <w:r>
        <w:rPr>
          <w:b/>
        </w:rPr>
        <w:t xml:space="preserve">[37:51] </w:t>
      </w:r>
      <w:r>
        <w:t>hai. ek badi ek kahani hai ki ek bar ek raja ne, koi bhi khush nahi rehta. wo raja, wo king ho ya common ho, to raja ko kisi ne bataya ki tum ek happy man ki shirt pehno, to tum khush rahoge. ab usne apne tamam logon ko har taraf bhej diya ki jakar happy man ki shirt lekar aao. ab woh jisse bhi puchte gaye ki tum happy ho, woh kehta hai, "nahi, main to nahi happy h</w:t>
      </w:r>
    </w:p>
    <w:p>
      <w:pPr>
        <w:jc w:val="right"/>
      </w:pPr>
      <w:r>
        <w:t>है। एक बड़ी एक कहानी है कि एक बार एक राजा ने, कोई भी खुश नहीं रहता। वो राजा, वो किंग हो या कामन हो, तो राजा को किसी ने बताया कि तुम एक हैप्पी मैन की शर्ट पहनो, तो तुम खुश रहोगे। अब उसने अपने तमाम लोगों को हर तरफ भेज दिया कि जाकर हैप्पी मैन की शर्ट लेकर आओ। अब वो जिससे भी पूछते गए कि तुम हैप्पी हो, वो कहता है, "नहीं, मैं तो नहीं हैप्पी ह</w:t>
      </w:r>
    </w:p>
    <w:p>
      <w:r>
        <w:rPr>
          <w:b/>
        </w:rPr>
        <w:t xml:space="preserve">[38:21] </w:t>
      </w:r>
      <w:r>
        <w:t>oon." to finally kya hua? ek tile par woh chadh ke dekha to ek aadmi baitha hua tha. to usse pucha ki tum happy ho?</w:t>
      </w:r>
    </w:p>
    <w:p>
      <w:pPr>
        <w:jc w:val="right"/>
      </w:pPr>
      <w:r>
        <w:t>ूं।" तो फाइनली क्या हुआ? एक टीले पर वह चढ़ के देखा तो एक आदमी बैठा हुआ था। तो उससे पूछा कि तुम हैप्पी हो?</w:t>
      </w:r>
    </w:p>
    <w:p>
      <w:r>
        <w:rPr>
          <w:b/>
        </w:rPr>
        <w:t xml:space="preserve">[38:30] </w:t>
      </w:r>
      <w:r>
        <w:t>usne kaha, "haan, main to happy hoon. badshah ko tumhari shirt chahiye." to usne kaha, "mere pas shirt hi nahi hai." to koi bhi happy nahi hai, kyunki duniya ke itne zyada masail hain ki usi mein har aadmi uljha hua hai. ab uske pas kuch tha hi nahi uske sochne ke liye, to woh happy tha.</w:t>
      </w:r>
    </w:p>
    <w:p>
      <w:pPr>
        <w:jc w:val="right"/>
      </w:pPr>
      <w:r>
        <w:t>उसने कहा, "हां, मैं तो हैप्पी हूं। बादशाह को तुम्हारी शर्ट चाहिए।" तो उसने कहा, "मेरे पास शर्ट ही नहीं है।" तो कोई भी हैप्पी नहीं है, क्योंकि दुनिया के इतने ज्यादा मसाइल हैं कि उसी में हर आदमी उलझा हुआ है। अब उसके पास कुछ था ही नहीं उसके सोचने के लिए, तो वह हैप्पी था।</w:t>
      </w:r>
    </w:p>
    <w:p>
      <w:r>
        <w:rPr>
          <w:b/>
        </w:rPr>
        <w:t xml:space="preserve">[38:49] </w:t>
      </w:r>
      <w:r>
        <w:t>to yeh hai ki insan ke andar yeh sare jazbat, yeh feeling jo hain, ek ideal world ki chhupi hui hain. to woh woh chahta hai, kitna bhi duniya mein woh kuch bhi karta hai,</w:t>
      </w:r>
    </w:p>
    <w:p>
      <w:pPr>
        <w:jc w:val="right"/>
      </w:pPr>
      <w:r>
        <w:t>तो यह है कि इंसान के अंदर यह सारे जज्बात, यह फीलिंग जो हैं, एक आइडियल वर्ल्ड की छुपी हुई हैं। तो वह वह चाहता है, कितना भी दुनिया में वह कुछ भी करता है,</w:t>
      </w:r>
    </w:p>
    <w:p>
      <w:r>
        <w:rPr>
          <w:b/>
        </w:rPr>
        <w:t xml:space="preserve">[39:03] </w:t>
      </w:r>
      <w:r>
        <w:t>bade se bada ghar banaye, bade se badi gaadi kharide, kuch bhi kare, usko kam nazar aata hai, kyunki woh jannat ki talash mein hai. lekin woh samajhta nahi is baat ko. woh samajhta hai ki falan cheez hamein mil jayegi, to hum khush ho jayeng</w:t>
      </w:r>
    </w:p>
    <w:p>
      <w:pPr>
        <w:jc w:val="right"/>
      </w:pPr>
      <w:r>
        <w:t>बड़े से बड़ा घर बनाए, बड़े से बड़ी गाड़ी खरीदे, कुछ भी करे, उसको कम नजर आता है, क्योंकि वह जन्नत की तलाश में है। लेकिन वह समझता नहीं इस बात को। वह समझता है कि फलां चीज हमें मिल जाएगी, तो हम खुश हो जाएंग</w:t>
      </w:r>
    </w:p>
    <w:p>
      <w:r>
        <w:rPr>
          <w:b/>
        </w:rPr>
        <w:t xml:space="preserve">[39:18] </w:t>
      </w:r>
      <w:r>
        <w:t>e. falan cheez bhi mil jati hai, magar woh khush nahi hota. to usko yeh hamein batana hai ki tum kyun khush nahi ho, tumhare andar tension kyun hai, stress kyun hai, yeh pareshani kyun hai. to usko batana hai ki dekho, duniya mein fulfillment allah taala ne rakha hi nahi hai. duniya to bas ek bangi ka kaam kar raha hai ki tumko sirf ek jhalak dikha di gayi hai jannat ki, aur woh sirf dikha dekhne ke liye hai.</w:t>
      </w:r>
    </w:p>
    <w:p>
      <w:pPr>
        <w:jc w:val="right"/>
      </w:pPr>
      <w:r>
        <w:t>े। फलां चीज भी मिल जाती है, मगर वह खुश नहीं होता। तो उसको यह हमें बताना है कि तुम क्यों खुश नहीं हो, तुम्हारे अंदर टेंशन क्यों है, स्ट्रेस क्यों है, यह परेशानी क्यों है। तो उसको बताना है कि देखो, दुनिया में फुलफिलमेंट अल्लाह ताला ने रखा ही नहीं है। दुनिया तो बस एक बानगी का काम कर रहा है कि तुमको सिर्फ एक झलक दिखा दी गई है जन्नत की, और वह सिर्फ दिखा देखने के लिए है।</w:t>
      </w:r>
    </w:p>
    <w:p>
      <w:r>
        <w:rPr>
          <w:b/>
        </w:rPr>
        <w:t xml:space="preserve">[39:45] </w:t>
      </w:r>
      <w:r>
        <w:t>khana aap kitna bhi tasty khayen, do-char look mein ke baad phir woh waisa nahi lagta jaise aapko pehle lag raha tha. to duniya mein aapke liye fulfillment nahi hai. duniya mein sirf ek test milega, jisse aap samajh sakte hain ki jannat kaisi hogi. to bilkul insan ki misal maulana kehte the, "machhli aur pani ki hai ki machhli jo hai, pani mein khush hai,</w:t>
      </w:r>
    </w:p>
    <w:p>
      <w:pPr>
        <w:jc w:val="right"/>
      </w:pPr>
      <w:r>
        <w:t>खाना आप कितना भी टेस्टी खाएं, दो-चार लुक में के बाद फिर वह वैसा नहीं लगता जैसे आपको पहले लग रहा था। तो दुनिया में आपके लिए फुलफिलमेंट नहीं है। दुनिया में सिर्फ एक टेस्ट मिलेगा, जिससे आप समझ सकते हैं कि जन्नत कैसी होगी। तो बिल्कुल इंसान की मिसाल मौलाना कहते थे, "मछली और पानी की है कि मछली जो है, पानी में खुश है,</w:t>
      </w:r>
    </w:p>
    <w:p>
      <w:r>
        <w:rPr>
          <w:b/>
        </w:rPr>
        <w:t xml:space="preserve">[40:08] </w:t>
      </w:r>
      <w:r>
        <w:t>aur usko pani se nikal diya jaye, to woh tadpegi. usko aap kuch kuch bhi den, usko phir bhi woh tadpti rahegi bagair pani ke." to insan ka jo habitat hai, woh jannat hai, aur jannat ke bagair insan kabhi bhi khush nahi reh sakta.</w:t>
      </w:r>
    </w:p>
    <w:p>
      <w:pPr>
        <w:jc w:val="right"/>
      </w:pPr>
      <w:r>
        <w:t>और उसको पानी से निकाल दिया जाए, तो वह तड़पेगी। उसको आप कुछ कुछ भी दें, उसको फिर भी वह तड़पती रहेगी बगैर पानी के।" तो इंसान का जो हैबिटेट है, वह जन्नत है, और जन्नत के बगैर इंसान कभी भी खुश नहीं रह सकता।</w:t>
      </w:r>
    </w:p>
    <w:p>
      <w:r>
        <w:rPr>
          <w:b/>
        </w:rPr>
        <w:t xml:space="preserve">[40:24] </w:t>
      </w:r>
      <w:r>
        <w:t>to sirf usko itni khushi mil sakti hai ki uska khuda se connection qayam ho, aur woh is ummeed mein jiye ki akhirat mein usko jannat milegi, allah taala ka qurb milega. to is tarike se hamein usko batana hai ki tum jo hai, yeh jo home sickness wali tumhari feeling hai, woh jannat hi mein jakar woh khatm hogi. aur yahan par jo hai, tumko khuda ka creation plan jo hai, woh samajhna hai,</w:t>
      </w:r>
    </w:p>
    <w:p>
      <w:pPr>
        <w:jc w:val="right"/>
      </w:pPr>
      <w:r>
        <w:t>तो सिर्फ उसको इतनी खुशी मिल सकती है कि उसका खुदा से कनेक्शन कायम हो, और वह इस उम्मीद में जिए कि आखिरत में उसको जन्नत मिलेगी, अल्लाह ताला का कुर्ब मिलेगा। तो इस तरीके से हमें उसको बताना है कि तुम जो है, यह जो होम सिकनेस वाली तुम्हारी फीलिंग है, वह जन्नत ही में जाकर वह खत्म होगी। और यहां पर जो है, तुमको खुदा का क्रिएशन प्लान जो है, वह समझना है,</w:t>
      </w:r>
    </w:p>
    <w:p>
      <w:r>
        <w:rPr>
          <w:b/>
        </w:rPr>
        <w:t xml:space="preserve">[40:53] </w:t>
      </w:r>
      <w:r>
        <w:t>us se baghabar hona hai, aur usi ke mutabik tumko apni zindagi guzarni hai. aur yeh duniya jo hai, woh preparation ground hai. yeh duniya jo hai, home of reward nahi hai, darul jaza nahi hai, balke darul imtihan hai. to agar usko yeh baat samajh mein aa jaye, na to woh bilkul mutamain ho jayega. kyunki jaise hum safar mein jate hain, to safar mein tarah tarah ki pareshaniyan hoti hain. ab jahaz mein bhi aadmi jata hai, ek jagah baitha hua</w:t>
      </w:r>
    </w:p>
    <w:p>
      <w:pPr>
        <w:jc w:val="right"/>
      </w:pPr>
      <w:r>
        <w:t>उससे बाखबर होना है, और उसी के मुताबिक तुमको अपनी जिंदगी गुजारनी है। और यह दुनिया जो है, वह प्रिपरेशन ग्राउंड है। यह दुनिया जो है, होम ऑफ रिवर्ड नहीं है, दारुल जजा नहीं है, बल्कि दारुल इम्तिहान है। तो अगर उसको यह बात समझ में आ जाए, ना तो वह बिल्कुल मुतमइन हो जाएगा। क्योंकि जैसे हम सफर में जाते हैं, तो सफर में तरह-तरह की परेशानियां होती हैं। अब जहाज में भी आदमी जाता है, एक जगह बैठा हुआ</w:t>
      </w:r>
    </w:p>
    <w:p>
      <w:r>
        <w:rPr>
          <w:b/>
        </w:rPr>
        <w:t xml:space="preserve">[41:20] </w:t>
      </w:r>
      <w:r>
        <w:t>hai. ab kaun chahta hai ki ek jagah ab kai ghanta baitha rahe? to yeh pareshani hai, lekin woh usko tension nahi hoti, kyunki woh janta hai ki 10 ghante, 15 ghante mein hum apni manzile maqsood tak pahunch jayenge.</w:t>
      </w:r>
    </w:p>
    <w:p>
      <w:pPr>
        <w:jc w:val="right"/>
      </w:pPr>
      <w:r>
        <w:t>है। अब कौन चाहता है कि एक जगह अब कई घंटा बैठा रहे? तो यह परेशानी है, लेकिन वह उसको टेंशन नहीं होती, क्योंकि वह जानता है कि 10 घंटे, 15 घंटे में हम अपनी मंजिले मकसूद तक पहुंच जाएंगे।</w:t>
      </w:r>
    </w:p>
    <w:p>
      <w:r>
        <w:rPr>
          <w:b/>
        </w:rPr>
        <w:t xml:space="preserve">[41:34] </w:t>
      </w:r>
      <w:r>
        <w:t>to agar insan jaane ki yeh chand saal hain is duniya mein, aur hamein akhir mein doosri duniya, perfect world mein, ideal world mein jana hai, to uska yeh jo tension hai, yeh khatm ho jayega, aur woh mutamain ho jayega, aur khuda se taluq qayam karega. aur usi ke mutabik woh apni personality ko develop karega, taaki woh akhirat mein, jannat mein jagah pane ka haqdar thehre.</w:t>
      </w:r>
    </w:p>
    <w:p>
      <w:pPr>
        <w:jc w:val="right"/>
      </w:pPr>
      <w:r>
        <w:t>तो अगर इंसान जाने कि यह चंद साल हैं इस दुनिया में, और हमें आखिर में दूसरी दुनिया, परफेक्ट वर्ल्ड में, आइडियल वर्ल्ड में जाना है, तो उसका यह जो टेंशन है, यह खत्म हो जाएगा, और वह मुतमइन हो जाएगा, और खुदा से ताल्लुक कायम करेगा। और उसी के मुताबिक वह अपनी पर्सनालिटी को डेवलप करेगा, ताकि वह आखिरत में, जन्नत में जगह पाने का हकदार ठहरे।</w:t>
      </w:r>
    </w:p>
    <w:p>
      <w:r>
        <w:rPr>
          <w:b/>
        </w:rPr>
        <w:t xml:space="preserve">[42:01] </w:t>
      </w:r>
      <w:r>
        <w:t>ji, aap aamir mori sahab ne srinagar se sawal bheja hai. unhone pucha hai aapse ki aap, we are drawn to this world so frequency. a person desire for paradise seems to be so dormant. iske bare mein bataen. asal mein log dekhte hain ki duniya mein doosre log kya kar rahe hain, usse apni rai banate hain. hum apni rai isse nahi banate</w:t>
      </w:r>
    </w:p>
    <w:p>
      <w:pPr>
        <w:jc w:val="right"/>
      </w:pPr>
      <w:r>
        <w:t>जी, आप आमेर मोरी साहब ने श्रीनगर से सवाल भेजा है। उन्होंने पूछा है आपसे कि आप, वी आर ड्रॉन टू दिस वर्ल्ड सो फ्रीक्वेंसी। अ पर्सन डिजायर फॉर पैराडाइस सीम्स टू बी सो डॉर्मेंट। इसके बारे में बताएं। असल में लोग देखते हैं कि दुनिया में दूसरे लोग क्या कर रहे हैं, उससे अपनी राय बनाते हैं। हम अपनी राय इससे नहीं बनाते</w:t>
      </w:r>
    </w:p>
    <w:p>
      <w:r>
        <w:rPr>
          <w:b/>
        </w:rPr>
        <w:t xml:space="preserve">[42:29] </w:t>
      </w:r>
      <w:r>
        <w:t>ki ki profits duniya mein kaise rehte the, sahaba duniya mein kaise rehte the, jo allah wale hain, woh duniya mein kaise rehte the. balki hum apni rai banate hain ki jo bade-bade log hain, woh kaise reh rahe hain. hamein bhi usi tarah se karna hai. to hum apni rai banane ke liye hamein study karna padega. ji, to usse hamein samjhenge ki hamari zindagi ka maqsad kya hai.</w:t>
      </w:r>
    </w:p>
    <w:p>
      <w:pPr>
        <w:jc w:val="right"/>
      </w:pPr>
      <w:r>
        <w:t>कि कि प्रॉफिट्स दुनिया में कैसे रहते थे, सहाबा दुनिया में कैसे रहते थे, जो अल्लाह वाले हैं, वह दुनिया में कैसे रहते थे। बल्कि हम अपनी राय बनाते हैं कि जो बड़े-बड़े लोग हैं, वह कैसे रह रहे हैं। हमें भी उसी तरीके से करना है। तो हम अपनी राय बनाने के लिए हमें स्टडी करना पड़ेगा। जी, तो उससे हमें समझेंगे कि हमारी जिंदगी का मकसद क्या है।</w:t>
      </w:r>
    </w:p>
    <w:p>
      <w:r>
        <w:rPr>
          <w:b/>
        </w:rPr>
        <w:t xml:space="preserve">[42:56] </w:t>
      </w:r>
      <w:r>
        <w:t>to zindagi ka maqsad samajhna padega hum, aur usi ke mutabiq hamein apni soch develop karni padegi. to jab hum wo soch hamare andar develop ho jayegi, to woh khud-ba-khud hum kheenchate chale jayenge jannat wali zindagi ki taraf, spiritual life ki taraf. phir hamein wahi achha lagne lagega. bahut sare log aise hain,</w:t>
      </w:r>
    </w:p>
    <w:p>
      <w:pPr>
        <w:jc w:val="right"/>
      </w:pPr>
      <w:r>
        <w:t>तो जिंदगी का मकसद समझना पड़ेगा हम, और उसी के मुताबिक हमें अपनी सोच डेवलप करनी पड़ेगी। तो जब हम वो सोच हमारे अंदर डेवलप हो जाएगी, तो वह खुद-ब-खुद हम खींचते चले जाएंगे जन्नत वाली जिंदगी की तरफ, स्पिरिचुअल लाइफ की तरफ। फिर हमें वही अच्छा लगने लगेगा। बहुत सारे लोग ऐसे हैं,</w:t>
      </w:r>
    </w:p>
    <w:p>
      <w:r>
        <w:rPr>
          <w:b/>
        </w:rPr>
        <w:t xml:space="preserve">[43:19] </w:t>
      </w:r>
      <w:r>
        <w:t>jaise imam ghazali the, pehle bahut zyada, bahut bade, woh bahut scholar the, bahut unko success mili. lekin phir achanak unko laga ki isse unko fulfillment nahi ho raha hai. phir unhone chhodkar ek spiritual way of living unhone shuru ki, bahut bade sufi ban gaye. to usmein bhi,</w:t>
      </w:r>
    </w:p>
    <w:p>
      <w:pPr>
        <w:jc w:val="right"/>
      </w:pPr>
      <w:r>
        <w:t>जैसे इमाम गजाली थे, पहले बहुत ज्यादा, बहुत बड़े, वो बहुत स्कॉलर थे, बहुत उनको सक्सेस मिली। लेकिन फिर अचानक उनको लगा कि इससे उनको फुलफिलमेंट नहीं हो रहा है। फिर उन्होंने छोड़कर एक स्पिरिचुअल वे ऑफ लिविंग उन्होंने शुरू की, बहुत बड़े सूफी बन गए। तो उसमें भी,</w:t>
      </w:r>
    </w:p>
    <w:p>
      <w:r>
        <w:rPr>
          <w:b/>
        </w:rPr>
        <w:t xml:space="preserve">[43:41] </w:t>
      </w:r>
      <w:r>
        <w:t>usmein bhi unko jo mil raha hai duniya ki zindagi mein, wahan spiritual life mein bhi unko milega</w:t>
      </w:r>
    </w:p>
    <w:p>
      <w:pPr>
        <w:jc w:val="right"/>
      </w:pPr>
      <w:r>
        <w:t>उसमें भी उनको जो मिल रहा है दुनिया की जिंदगी में, वहां स्पिरिचुअल लाइफ में भी उनको मिलेगा</w:t>
      </w:r>
    </w:p>
    <w:p>
      <w:r>
        <w:rPr>
          <w:b/>
        </w:rPr>
        <w:t xml:space="preserve">[43:47] </w:t>
      </w:r>
      <w:r>
        <w:t>. lekin woh beech mein thoda sa time lagta hai, na, usko samajhne mein. ek spiritual way of living jo hai, usko samajhne mein thoda sa time lagega. phir unko usmein bhi lutf aane lagega, wahi unko achha lagne lagega. aise ab maulana ko le lijiye, humne to bahut kareeb se dekha hai ki agar hum unke kapde mein press kar dete the, to bahut gussa hote the. yeh kya?</w:t>
      </w:r>
    </w:p>
    <w:p>
      <w:pPr>
        <w:jc w:val="right"/>
      </w:pPr>
      <w:r>
        <w:t>। लेकिन वह बीच में थोड़ा सा टाइम लगता है, ना, उसको समझने में। एक स्पिरिचुअल वे ऑफ लिविंग जो है, उसको समझने में थोड़ा सा टाइम लगेगा। फिर उनको उसमें भी लुत्फ आने लगेगा, वही उनको अच्छा लगने लगेगा। ऐसे अब मौलाना को ले लीजिए, हमने तो बहुत करीब से देखा है कि अगर हम उनके कपड़े में प्रेस कर देते थे, तो बहुत गुस्सा होते थे। यह क्या?</w:t>
      </w:r>
    </w:p>
    <w:p>
      <w:r>
        <w:rPr>
          <w:b/>
        </w:rPr>
        <w:t xml:space="preserve">[44:09] </w:t>
      </w:r>
      <w:r>
        <w:t>usko aise-aise haath se yun-yun-yun kar dete the. to yeh kya kiya hai tum</w:t>
      </w:r>
    </w:p>
    <w:p>
      <w:pPr>
        <w:jc w:val="right"/>
      </w:pPr>
      <w:r>
        <w:t>उसको ऐसे-ऐसे हाथ से यूं-यूं-यूं कर देते थे। तो यह क्या किया है तुम</w:t>
      </w:r>
    </w:p>
    <w:p>
      <w:r>
        <w:rPr>
          <w:b/>
        </w:rPr>
        <w:t xml:space="preserve">[44:14] </w:t>
      </w:r>
      <w:r>
        <w:t>ne? to unko woh simple life jo woh jee rahe the, unko wahi achhi lagti thi. aisa nahi ki kuch zabardasti unke upar impose ki ja rahi thi. to woh jo life hogi, spiritual life, unko phir usi mein lutf aane lagega, wahi unko achha lagne lagega. to ek baar thoda sa unko study apni badhani padegi. aise logon ko. ji, ji,</w:t>
      </w:r>
    </w:p>
    <w:p>
      <w:pPr>
        <w:jc w:val="right"/>
      </w:pPr>
      <w:r>
        <w:t>ने? तो उनको वह सिंपल लाइफ जो वह जी रहे थे, उनको वही अच्छी लगती थी। ऐसा नहीं कि कुछ जबरदस्ती उनके ऊपर इंपोज की जा रही थी। तो वह जो लाइफ होगी, स्पिरिचुअल लाइफ, उनको फिर उसी में लुत्फ आने लगेगा, वही उनको अच्छा लगने लगेगा। तो एक बार थोड़ा सा उनको स्टडी अपनी बढ़ानी पड़ेगी। ऐसे लोगों को। जी, जी,</w:t>
      </w:r>
    </w:p>
    <w:p>
      <w:r>
        <w:rPr>
          <w:b/>
        </w:rPr>
        <w:t xml:space="preserve">[44:37] </w:t>
      </w:r>
      <w:r>
        <w:t>aap, achha, kai baar logon se yeh sunne ko milta hai, woh</w:t>
      </w:r>
    </w:p>
    <w:p>
      <w:pPr>
        <w:jc w:val="right"/>
      </w:pPr>
      <w:r>
        <w:t>आप, अच्छा, कई बार लोगों से यह सुनने को मिलता है, वह</w:t>
      </w:r>
    </w:p>
    <w:p>
      <w:r>
        <w:rPr>
          <w:b/>
        </w:rPr>
        <w:t xml:space="preserve">[44:41] </w:t>
      </w:r>
      <w:r>
        <w:t>kehte hain ki hamara to jannat mein dakhila recommendation ke basis par hi ho jayega. to aap, iska kya jawab hai? kya jannat mein dakhila recommendation ke basis par hoga ya merit ke basis par hoga?</w:t>
      </w:r>
    </w:p>
    <w:p>
      <w:pPr>
        <w:jc w:val="right"/>
      </w:pPr>
      <w:r>
        <w:t>कहते हैं कि हमारा तो जन्नत में दाखिला रिकमेंडेशन के बेसिस पर ही हो जाएगा। तो आप, इसका क्या जवाब है? क्या जन्नत में दाखिला रिकमेंडेशन के बेसिस पर होगा या मेरिट के बेसिस पर होगा?</w:t>
      </w:r>
    </w:p>
    <w:p>
      <w:r>
        <w:rPr>
          <w:b/>
        </w:rPr>
        <w:t xml:space="preserve">[44:53] </w:t>
      </w:r>
      <w:r>
        <w:t>yeh bahut aap, hum sunte hain logon se. to iske bare mein bhi kuch batayein aap. woh jannati ko nahi jante ki jannat mein dakhila sifarish ki buniyad par. woh samajhte hain ki jaise koi service wagera hoti hai, na, sifarish karwa dete hain.</w:t>
      </w:r>
    </w:p>
    <w:p>
      <w:pPr>
        <w:jc w:val="right"/>
      </w:pPr>
      <w:r>
        <w:t>यह बहुत आप, हम सुनते हैं लोगों से। तो इसके बारे में भी कुछ बताएं आप। वो जन्नती को नहीं जानते कि जन्नत में दाखिला सिफारिश की बुनियाद पर। वो समझते हैं कि जैसे कोई सर्विस वगैरह होती है, ना, सिफारिश करवा देते हैं।</w:t>
      </w:r>
    </w:p>
    <w:p>
      <w:r>
        <w:rPr>
          <w:b/>
        </w:rPr>
        <w:t xml:space="preserve">[45:10] </w:t>
      </w:r>
      <w:r>
        <w:t>to sifarish mil jayegi, sifarish se j service mil jayegi. ji, to woh allah, allah taala, itna itni baat nahi samajhte ki jannat mein hamesha-hamesha ke liye kisi ko bhejna hai. to kaise bhejna hai?</w:t>
      </w:r>
    </w:p>
    <w:p>
      <w:pPr>
        <w:jc w:val="right"/>
      </w:pPr>
      <w:r>
        <w:t>तो सिफारिश मिल जाएगी, सिफारिश से ज सर्विस मिल जाएगी। जी, तो वो अल्लाह, अल्लाह ताला, इतना इतनी बात नहीं समझते कि जन्नत में हमेशा-हमेशा के लिए किसी को भेजना है। तो कैसे भेजना है?</w:t>
      </w:r>
    </w:p>
    <w:p>
      <w:r>
        <w:rPr>
          <w:b/>
        </w:rPr>
        <w:t xml:space="preserve">[45:26] </w:t>
      </w:r>
      <w:r>
        <w:t>usko kya, uski andar kya khusoosiyat honi chahiye? to na, unhone allah ko samjha, na unhone jannat ko samjha. wahi log jo hain, woh sifarish ki baat karte hain.</w:t>
      </w:r>
    </w:p>
    <w:p>
      <w:pPr>
        <w:jc w:val="right"/>
      </w:pPr>
      <w:r>
        <w:t>उसको क्या, उसकी अंदर क्या खुसूसियत होनी चाहिए? तो ना, उन्होंने अल्लाह को समझा, ना उन्होंने जन्नत को समझा। वही लोग जो हैं, वो सिफारिश की बात करते हैं।</w:t>
      </w:r>
    </w:p>
    <w:p>
      <w:r>
        <w:rPr>
          <w:b/>
        </w:rPr>
        <w:t xml:space="preserve">[45:36] </w:t>
      </w:r>
      <w:r>
        <w:t>pehle zamane mein log jo hain, na, main haafiz, haafiza bahut karwate the. kehte the, har ghar mein ek haafiz ko hona chahiye. to woh jaakar aakhirat mein poore ghar walon ki jo hai, poori family ki, woh wahan sifarish karega. ji, to yeh bahut aam baat thi.</w:t>
      </w:r>
    </w:p>
    <w:p>
      <w:pPr>
        <w:jc w:val="right"/>
      </w:pPr>
      <w:r>
        <w:t>पहले जमाने में लोग जो हैं, ना, मैं हाफिज, हाफिजा बहुत करवाते थे। कहते थे, हर घर में एक हाफिज को होना चाहिए। तो वह जाकर आखिरत में पूरे घर वालों की जो है, पूरी फैमिली की, वह वहां सिफारिश करेगा। जी, तो यह बहुत आम बात थी।</w:t>
      </w:r>
    </w:p>
    <w:p>
      <w:r>
        <w:rPr>
          <w:b/>
        </w:rPr>
        <w:t xml:space="preserve">[45:57] </w:t>
      </w:r>
      <w:r>
        <w:t>to aur log kehte hain, sufiyon ke yahan jo log itna zyada dargahon par jaate hain, woh samajhte hain, yeh hamari sifarish kar denge. aur aisi buzurgon ke yahan samajhte hain, yeh hamari sifarish karenge. jab rasoolullah sallallahu alaihi wasallam ne keh diya ki main kisi ki sifarish nahi karunga,</w:t>
      </w:r>
    </w:p>
    <w:p>
      <w:pPr>
        <w:jc w:val="right"/>
      </w:pPr>
      <w:r>
        <w:t>तो और लोग कहते हैं, सूफियों के यहां जो लोग इतना ज्यादा दरगाहों पर जाते हैं, वह समझते हैं, यह हमारी सिफारिश कर देंगे। और ऐसी बुजुर्गों के यहां समझते हैं, यह हमारी सिफारिश करेंगे। जब रसूलल्लाह सल्लल्लाहु अलैहि वसल्लम ने कह दिया कि मैं किसी की सिफारिश नहीं करूंगा,</w:t>
      </w:r>
    </w:p>
    <w:p>
      <w:r>
        <w:rPr>
          <w:b/>
        </w:rPr>
        <w:t xml:space="preserve">[46:14] </w:t>
      </w:r>
      <w:r>
        <w:t>main, main, main khud allah taala ki rehmat se jannat mein jaunga. to aap soch sakte hain ki koi buzurg, sufi aur haafiz, woh kya sifarish kar lega?</w:t>
      </w:r>
    </w:p>
    <w:p>
      <w:pPr>
        <w:jc w:val="right"/>
      </w:pPr>
      <w:r>
        <w:t>मैं, मैं, मैं खुद अल्लाह ताला की रहमत से जन्नत में जाऊंगा। तो आप सोच सकते हैं कि कोई बुजुर्ग, सूफी और हाफिज, वो क्या सिफारिश कर लेगा?</w:t>
      </w:r>
    </w:p>
    <w:p>
      <w:r>
        <w:rPr>
          <w:b/>
        </w:rPr>
        <w:t xml:space="preserve">[46:24] </w:t>
      </w:r>
      <w:r>
        <w:t>kyunki aakhirat</w:t>
      </w:r>
    </w:p>
    <w:p>
      <w:pPr>
        <w:jc w:val="right"/>
      </w:pPr>
      <w:r>
        <w:t>क्योंकि आखिरत</w:t>
      </w:r>
    </w:p>
    <w:p>
      <w:r>
        <w:rPr>
          <w:b/>
        </w:rPr>
        <w:t xml:space="preserve">[46:25] </w:t>
      </w:r>
      <w:r>
        <w:t>aur duniya mein bahut zyada fark hai.</w:t>
      </w:r>
    </w:p>
    <w:p>
      <w:pPr>
        <w:jc w:val="right"/>
      </w:pPr>
      <w:r>
        <w:t>और दुनिया में बहुत ज्यादा फर्क है।</w:t>
      </w:r>
    </w:p>
    <w:p>
      <w:r>
        <w:rPr>
          <w:b/>
        </w:rPr>
        <w:t xml:space="preserve">[46:28] </w:t>
      </w:r>
      <w:r>
        <w:t>wahan bilkul as it is tamam faisle honge.</w:t>
      </w:r>
    </w:p>
    <w:p>
      <w:pPr>
        <w:jc w:val="right"/>
      </w:pPr>
      <w:r>
        <w:t>वहां बिल्कुल एज इट इज तमाम फैसले होंगे।</w:t>
      </w:r>
    </w:p>
    <w:p>
      <w:r>
        <w:rPr>
          <w:b/>
        </w:rPr>
        <w:t xml:space="preserve">[46:31] </w:t>
      </w:r>
      <w:r>
        <w:t>poora farishte jo hain, hamare amal ka poora record taiyar karenge, aur wahan par record allah taala ke</w:t>
      </w:r>
    </w:p>
    <w:p>
      <w:pPr>
        <w:jc w:val="right"/>
      </w:pPr>
      <w:r>
        <w:t>पूरा फरिश्ते जो हैं, हमारे अमल का पूरा रिकॉर्ड तैयार करेंगे, और वहां पर रिकॉर्ड अल्लाह ताला के</w:t>
      </w:r>
    </w:p>
    <w:p>
      <w:r>
        <w:rPr>
          <w:b/>
        </w:rPr>
        <w:t xml:space="preserve">[46:37] </w:t>
      </w:r>
      <w:r>
        <w:t>yahan hazir kiya jayega.</w:t>
      </w:r>
    </w:p>
    <w:p>
      <w:pPr>
        <w:jc w:val="right"/>
      </w:pPr>
      <w:r>
        <w:t>यहां हाजिर किया जाएगा।</w:t>
      </w:r>
    </w:p>
    <w:p>
      <w:r>
        <w:rPr>
          <w:b/>
        </w:rPr>
        <w:t xml:space="preserve">[46:39] </w:t>
      </w:r>
      <w:r>
        <w:t>aur quran mein aaya hai ke log hairaan reh jayenge ke kaisa record hai ke ismein na koi</w:t>
      </w:r>
    </w:p>
    <w:p>
      <w:pPr>
        <w:jc w:val="right"/>
      </w:pPr>
      <w:r>
        <w:t>और कुरान में आया है कि लोग हैरान रह जाएंगे कि कैसा रिकॉर्ड है कि इसमें ना कोई</w:t>
      </w:r>
    </w:p>
    <w:p>
      <w:r>
        <w:rPr>
          <w:b/>
        </w:rPr>
        <w:t xml:space="preserve">[46:44] </w:t>
      </w:r>
      <w:r>
        <w:t>chhota amal, na koi bada amal chhoota hai.</w:t>
      </w:r>
    </w:p>
    <w:p>
      <w:pPr>
        <w:jc w:val="right"/>
      </w:pPr>
      <w:r>
        <w:t>छोटा अमल, ना कोई बड़ा अमल छूटा है।</w:t>
      </w:r>
    </w:p>
    <w:p>
      <w:r>
        <w:rPr>
          <w:b/>
        </w:rPr>
        <w:t xml:space="preserve">[46:47] </w:t>
      </w:r>
      <w:r>
        <w:t>to wahan hamare record ke mutabik allah taala faisla karenge.</w:t>
      </w:r>
    </w:p>
    <w:p>
      <w:pPr>
        <w:jc w:val="right"/>
      </w:pPr>
      <w:r>
        <w:t>तो वहां हमारे रिकॉर्ड के मुताबिक अल्लाह ताला फैसला करेंगे।</w:t>
      </w:r>
    </w:p>
    <w:p>
      <w:r>
        <w:rPr>
          <w:b/>
        </w:rPr>
        <w:t xml:space="preserve">[46:51] </w:t>
      </w:r>
      <w:r>
        <w:t>ji, to yeh bilkul hi galat baat hai.</w:t>
      </w:r>
    </w:p>
    <w:p>
      <w:pPr>
        <w:jc w:val="right"/>
      </w:pPr>
      <w:r>
        <w:t>जी, तो यह बिल्कुल ही गलत बात है।</w:t>
      </w:r>
    </w:p>
    <w:p>
      <w:r>
        <w:rPr>
          <w:b/>
        </w:rPr>
        <w:t xml:space="preserve">[46:56] </w:t>
      </w:r>
      <w:r>
        <w:t>yeh jannat ka underestimation hai, khuda ka underestimation hai ki itni badi cheez kahin is tarah milti hai. hamare paas mamooli bhi koi cheez rehti hai, to hum sochte hain ki hum usi ko dein jo uski qadar kare. to jannat kaise allah taala beqadar ko de sakte hain?</w:t>
      </w:r>
    </w:p>
    <w:p>
      <w:pPr>
        <w:jc w:val="right"/>
      </w:pPr>
      <w:r>
        <w:t>यह जन्नत का अंडर एस्टिमेशन है, खुदा का अंडर एस्टिमेशन है कि इतनी बड़ी चीज कहीं इस तरह मिलती है। हमारे पास मामूली भी कोई चीज रहती है, तो हम सोचते हैं कि हम उसी को दें जो उसकी कदर करे। तो जन्नत कैसे अल्लाह ताला बेकदर को दे सकते हैं?</w:t>
      </w:r>
    </w:p>
    <w:p>
      <w:r>
        <w:rPr>
          <w:b/>
        </w:rPr>
        <w:t xml:space="preserve">[47:13] </w:t>
      </w:r>
      <w:r>
        <w:t>to jo jannat ke liye jiye, jannat ki aarzoo mein jiye, usne apni zindagi usi mein guzari ho, usi ko jannat milegi. na koi rasmi aamal se milegi. log namaz padhte hain, roza rakhte hain, uske maane matlab kuch nahi samajhte hain. samajhte hain, bas ho gaya. baqi apni poori zindagi jo hai, dunyaadaaraana jo hai, guzaarte rehte hain. to yeh usko samajh le ki jannat jo hai, woh sachche logon ki colony hai. wahan par sirf sachche log wahan par</w:t>
      </w:r>
    </w:p>
    <w:p>
      <w:pPr>
        <w:jc w:val="right"/>
      </w:pPr>
      <w:r>
        <w:t>तो जो जन्नत के लिए जिए, जन्नत की आरजू में जिए, उसने अपनी जिंदगी उसी में गुजारी हो, उसी को जन्नत मिलेगी। ना कोई रस्मी आमाल से मिलेगी। लोग नमाज पढ़ते हैं, रोजा रखते हैं, उसके माने मतलब कुछ नहीं समझते हैं। समझते हैं, बस हो गया। बाकी अपनी पूरी जिंदगी जो है, दुनियादाराना जो है, गुजारते रहते हैं। तो यह उसको समझ ले कि जन्नत जो है, वह सच्चे लोगों की कॉलोनी है। वहां पर सिर्फ सच्चे लोग वहां पर</w:t>
      </w:r>
    </w:p>
    <w:p>
      <w:r>
        <w:rPr>
          <w:b/>
        </w:rPr>
        <w:t xml:space="preserve">[47:42] </w:t>
      </w:r>
      <w:r>
        <w:t>bheje jayenge, sachche logon ka intekhab hoga, aur woh allah taala ka pados hai. quran mein aaya, "fa maqad sikna fil malik muqaddar." to wahan par jo kaise dishonest log jagah pa sakte hain,</w:t>
      </w:r>
    </w:p>
    <w:p>
      <w:pPr>
        <w:jc w:val="right"/>
      </w:pPr>
      <w:r>
        <w:t>भेजे जाएंगे, सच्चे लोगों का इंतखाब होगा, और वह अल्लाह ताला का पड़ोस है। कुरान में आया, "फ मकद सिकन इन द मलिक मुकदर।" तो वहां पर जो कैसे डिसऑनेस्ट लोग जगह पा सकते हैं,</w:t>
      </w:r>
    </w:p>
    <w:p>
      <w:r>
        <w:rPr>
          <w:b/>
        </w:rPr>
        <w:t xml:space="preserve">[48:00] </w:t>
      </w:r>
      <w:r>
        <w:t>to yeh bilkul unka wishful thinking hai, bilkul galat baat hai. ji, aap, miss krutul ne ek comment likha hai, main padhna chahunga. unhone</w:t>
      </w:r>
    </w:p>
    <w:p>
      <w:pPr>
        <w:jc w:val="right"/>
      </w:pPr>
      <w:r>
        <w:t>तो यह बिल्कुल उनका विशफुल थिंकिंग है, बिल्कुल गलत बात है। जी, आप, मिस करुतुल ने एक कमेंट लिखा है, मैं पढ़ना चाहूंगा। उन्होंने</w:t>
      </w:r>
    </w:p>
    <w:p>
      <w:r>
        <w:rPr>
          <w:b/>
        </w:rPr>
        <w:t xml:space="preserve">[48:11] </w:t>
      </w:r>
      <w:r>
        <w:t>likha hai, "modesty and acknowledging helplessness is the key to realize god and just performing rituals. one cant be sure of earning jannat unless god sanctions it. love god your lord with mind, heart and soul. this is a grim and timely reminder for those who think that just fulfilling some commandments one is not entitled to gods favor.</w:t>
      </w:r>
    </w:p>
    <w:p>
      <w:pPr>
        <w:jc w:val="right"/>
      </w:pPr>
      <w:r>
        <w:t>लिखा है, "मॉडेस्टी एंड एक्नॉलेजिंग हेल्पलेसनेस इज द की टू रिलाइज गॉड एंड जस्ट परफॉर्मिंग रिचुअल्स। वन कांट बी श्योर ऑफ अर्निंग जन्नत अनलेस गॉड सैंक्शंस इट। लव गॉड योर लॉर्ड विद माइंड, हार्ट एंड सोल। दिस इज अ ग्रिम एंड टाइमली रिमाइंडर फॉर दोज हु थिंक दैट जस्ट फुलफिलिंग सम कमांडमेंट्स वन इज नॉट एंटाइटल टू गॉड्स फेवर।</w:t>
      </w:r>
    </w:p>
    <w:p>
      <w:r>
        <w:rPr>
          <w:b/>
        </w:rPr>
        <w:t xml:space="preserve">[48:38] </w:t>
      </w:r>
      <w:r>
        <w:t>one has to be constantly in touch with god and the fact is that remembering god alone gives one peace of mind." aap, agla sawal ek hadith ko lekar hai. main chahunga ki aap usko thoda waze karein ki rasoolullah ne ek martaba farmaya ki "that when you pass through the gardens of paradise, try to graze there." to iske kya, is hadith ke kya maayne hain?</w:t>
      </w:r>
    </w:p>
    <w:p>
      <w:pPr>
        <w:jc w:val="right"/>
      </w:pPr>
      <w:r>
        <w:t>वन हैज टू बी कांस्टेंटली इन टच विद गॉड एंड द फैक्ट इज दैट रिमेंबरिंग गॉड अलोन गिव्स वन पीस ऑफ माइंड।" आप, अगला सवाल एक हदीस को लेकर है। मैं चाहूंगा कि आप उसको थोड़ा वाजे करें कि रसूलल्लाह ने एक मर्तबा फरमाया कि "दैट व्हेन यू पास थ्रू द गार्डेंस ऑफ पैराडाइस, ट्राई टू ग्रेज देयर।" तो इसके क्या, इस हदीस के क्या मायने हैं?</w:t>
      </w:r>
    </w:p>
    <w:p>
      <w:r>
        <w:rPr>
          <w:b/>
        </w:rPr>
        <w:t xml:space="preserve">[49:00] </w:t>
      </w:r>
      <w:r>
        <w:t>aap iske bare mein batayein. bahut sari hadith aisi hain jo symbolic hain.</w:t>
      </w:r>
    </w:p>
    <w:p>
      <w:pPr>
        <w:jc w:val="right"/>
      </w:pPr>
      <w:r>
        <w:t>आप इसके बारे में बताएं। बहुत सारी हदीस ऐसी हैं जो सिंबॉलिक हैं।</w:t>
      </w:r>
    </w:p>
    <w:p>
      <w:r>
        <w:rPr>
          <w:b/>
        </w:rPr>
        <w:t xml:space="preserve">[49:08] </w:t>
      </w:r>
      <w:r>
        <w:t>graze ka matlab yeh hai ki khuda ko yaad karo jab tum aisi jagah se guzro jo jahan khuda ki yaad karne ke jo occasions hote hain. to khuda ko yaad karo. to jannat ke bagaat jo hain, kya hain?</w:t>
      </w:r>
    </w:p>
    <w:p>
      <w:pPr>
        <w:jc w:val="right"/>
      </w:pPr>
      <w:r>
        <w:t>ग्रेज का मतलब यह है कि खुदा को याद करो जब तुम ऐसी जगह से गुजरो जो जहां खुदा की याद करने के जो ओकेज होते हैं। तो खुदा को याद करो। तो जन्नत के बागात जो हैं, क्या हैं?</w:t>
      </w:r>
    </w:p>
    <w:p>
      <w:r>
        <w:rPr>
          <w:b/>
        </w:rPr>
        <w:t xml:space="preserve">[49:23] </w:t>
      </w:r>
      <w:r>
        <w:t>woh zikr ke halqe. yaani bahut se log aise hote hain jo baithkar khuda ka zikr karte</w:t>
      </w:r>
    </w:p>
    <w:p>
      <w:pPr>
        <w:jc w:val="right"/>
      </w:pPr>
      <w:r>
        <w:t>वह जिक्र के हल्के। यानी बहुत से लोग ऐसे होते हैं जो बैठकर खुदा का जिक्र करते</w:t>
      </w:r>
    </w:p>
    <w:p>
      <w:r>
        <w:rPr>
          <w:b/>
        </w:rPr>
        <w:t xml:space="preserve">[49:30] </w:t>
      </w:r>
      <w:r>
        <w:t>hain. To yahan par ek main doongi ek waqia. Rasool Allah sallallahu alaihi wasallam ne bataya ke ek baar aisa tha ke ek aadmi tha jo aise aam aadmi tha, koi khaas namaz roze wala nahi tha. Aam aadmi tha, woh kahin ja raha tha. Pehle zamane mein paidal safar kiya karte the. To wahan gaya to dekha to ek jagah log baithkar Khuda ki yaad kar rahe the. To woh wahan baith gaya. To ittefaq aisa hua ke wahi waqt uska aakhri waqt tha.</w:t>
      </w:r>
    </w:p>
    <w:p>
      <w:pPr>
        <w:jc w:val="right"/>
      </w:pPr>
      <w:r>
        <w:t>हैं। तो यहां पर एक मैं दूंगी एक वाकया। रसूलल्लाह सल्लल्लाहु अलैहि वसल्लम ने बताया कि एक बार ऐसा था कि एक आदमी था जो ऐसे आम आदमी था, कोई खास नमाज रोजे वाला नहीं था। आम आदमी था, वह कहीं जा रहा था। पहले जमाने में पैदल सफर किया करते थे। तो वहां गया तो देखा तो एक जगह लोग बैठकर खुदा की याद कर रहे थे। तो वह वहां बैठ गया। तो इत्तेफाक ऐसा हुआ कि वही वक्त उसका आखिरी वक्त था।</w:t>
      </w:r>
    </w:p>
    <w:p>
      <w:r>
        <w:rPr>
          <w:b/>
        </w:rPr>
        <w:t xml:space="preserve">[49:59] </w:t>
      </w:r>
      <w:r>
        <w:t>To farishte aaye uski jaan kabz karne ke liye. To unhone kaha ke "yeh to matlab koi khaas namaz roze wala hai nahi, aise hi aadmi hai, aam aadmi hai." To lekin ab is waqt woh baitha hua hai jahan Khuda ki yaad ho rahi thi, Khuda ki baatein ho rahi thi. To Allah taala ne usko bakhsh diya. To iska matlab hai ke uske andar ek tha arz, usko achha laga Khuda ki baatein. To woh wahan baith gaya. To</w:t>
      </w:r>
    </w:p>
    <w:p>
      <w:pPr>
        <w:jc w:val="right"/>
      </w:pPr>
      <w:r>
        <w:t>तो फरिश्ते आए उसकी जान कब्ज करने के लिए। तो उन्होंने कहा कि "यह तो मतलब कोई खास नमाज रोजे वाला है नहीं, ऐसे ही आदमी है, आम आदमी है।" तो लेकिन अब इस वक्त वह बैठा हुआ है जहां खुदा की याद हो रही थी, खुदा की बातें हो रही थीं। तो अल्लाह ताला ने उसको बख्श दिया। तो इसका मतलब है कि उसके अंदर एक था अर्ज, उसको अच्छा लगा खुदा की बातें। तो वह वहां बैठ गया। तो</w:t>
      </w:r>
    </w:p>
    <w:p>
      <w:r>
        <w:rPr>
          <w:b/>
        </w:rPr>
        <w:t xml:space="preserve">[50:25] </w:t>
      </w:r>
      <w:r>
        <w:t>hum logon ko chahiye ke hum log baithkar kuch waqt nikale, Khuda ki baatein karein, koi kitaab aisi padhe jaise Maulana ki kitaab hai "Allah Akbar", uska ek page padhe aur family walon ko bhi padhkar sunayein. To is tarike se woh mahaul ghar mein banega. Dekhiye, aisa karne se barkat hoti hai. Farishte aate hain.</w:t>
      </w:r>
    </w:p>
    <w:p>
      <w:pPr>
        <w:jc w:val="right"/>
      </w:pPr>
      <w:r>
        <w:t>हम लोगों को चाहिए कि हम लोग बैठकर कुछ वक्त निकाले, खुदा की बातें करें, कोई किताब ऐसी पढ़ें जैसे मौलाना की किताब है "अल्लाह अकबर", उसका एक पेज पढ़ें और फैमिली वालों को भी पढ़कर सुनाएं। तो इस तरीके से वह माहौल घर में बनेगा। देखिए, ऐसा करने से बरकत होती है। फरिश्ते आते हैं।</w:t>
      </w:r>
    </w:p>
    <w:p>
      <w:r>
        <w:rPr>
          <w:b/>
        </w:rPr>
        <w:t xml:space="preserve">[50:46] </w:t>
      </w:r>
      <w:r>
        <w:t>Kaha jata hai ke jahan Khuda ki yaad hoti hai, Khuda ka charcha hota hai. Aur halke mein matlab kai log milkar jab Khuda ka charcha karte hain, to bahut zyada farishte aate hain. Bahut sare farishte isi ke liye hain, woh talash karte rehte hain halkon ko ke kahan Khuda ka zikr ho raha hai. To farishte aayenge to barkat hogi.</w:t>
      </w:r>
    </w:p>
    <w:p>
      <w:pPr>
        <w:jc w:val="right"/>
      </w:pPr>
      <w:r>
        <w:t>कहा जाता है कि जहां खुदा की याद होती है, खुदा का चर्चा होता है। और हल्के में मतलब कई लोग मिलकर जब खुदा का चर्चा करते हैं, तो बहुत ज्यादा फरिश्ते आते हैं। बहुत सारे फरिश्ते इसी के लिए हैं, वह तलाश करते रहते हैं हल्कों को कि कहां खुदा का जिक्र हो रहा है। तो फरिश्ते आएंगे तो बरकत होगी।</w:t>
      </w:r>
    </w:p>
    <w:p>
      <w:r>
        <w:rPr>
          <w:b/>
        </w:rPr>
        <w:t xml:space="preserve">[51:05] </w:t>
      </w:r>
      <w:r>
        <w:t>To is tarike ko kaha gaya hai ke Khuda ki yaad karne karne se bahut zyada hamare andar spirituality aati hai. To jo duniya, chunke yeh duniya jo hai, bilkul jannat ke mushabiha hai,</w:t>
      </w:r>
    </w:p>
    <w:p>
      <w:pPr>
        <w:jc w:val="right"/>
      </w:pPr>
      <w:r>
        <w:t>तो इस तरीके को कहा गया है कि खुदा की याद करने करने से बहुत ज्यादा हमारे अंदर स्पिरिचुअलिटी आती है। तो जो दुनिया, चूंकि यह दुनिया जो है, बिल्कुल जन्नत के मुशाबिह है,</w:t>
      </w:r>
    </w:p>
    <w:p>
      <w:r>
        <w:rPr>
          <w:b/>
        </w:rPr>
        <w:t xml:space="preserve">[51:24] </w:t>
      </w:r>
      <w:r>
        <w:t>jo hamare jo har cheez duniya mein hai, jaise phal hain, kaha jayega ke aise hi jannati kahenge ke aise hi phal to hamein wahan bhi milta tha. Lekin woh quality mein fark hoga. Wahan ke jo phal honge, woh bahut aala quality ke honge. Jaise anaar hai, ab anaar bilkul jannati phal lagta hai.</w:t>
      </w:r>
    </w:p>
    <w:p>
      <w:pPr>
        <w:jc w:val="right"/>
      </w:pPr>
      <w:r>
        <w:t>जो हमारे जो हर चीज दुनिया में है, जैसे फल हैं, कहा जाएगा कि ऐसे ही जन्नती कहेंगे कि ऐसे ही फल तो हमें वहां भी मिलता था। लेकिन वह क्वालिटी में फर्क होगा। वहां के जो फल होंगे, वह बहुत आला क्वालिटी के होंगे। जैसे अनार है, अब अनार बिल्कुल जन्नती फल लगता है।</w:t>
      </w:r>
    </w:p>
    <w:p>
      <w:r>
        <w:rPr>
          <w:b/>
        </w:rPr>
        <w:t xml:space="preserve">[51:42] </w:t>
      </w:r>
      <w:r>
        <w:t>usko agar behtareen quality ka anaar hamein mile, to to is tarike har cheez wahan hogi. Aur jab humko yahan mile, to hum usko dekhkar hum jannat ko yaad karein ke yeh hamesha hamein is isse behtareen quality ka cheez hamein akhirat mein milegi. Duniya mein har cheez hai, lekin woh mahdood shakal mein hai. Aur akhirat mein hamein woh la mahdood shakal mein milegi, ideal shakal mein milegi.</w:t>
      </w:r>
    </w:p>
    <w:p>
      <w:pPr>
        <w:jc w:val="right"/>
      </w:pPr>
      <w:r>
        <w:t>उसको अगर बेहतरीन क्वालिटी का अनार हमें मिले, तो तो इस तरीके हर चीज वहां होगी। और जब हमको यहां मिले, तो हम उसको देखकर हम जन्नत को याद करें कि यह हमेशा हमें इस इससे बेहतरीन क्वालिटी का चीज हमें आखिरत में मिलेगी। दुनिया में हर चीज है, लेकिन वह महदूद शक्ल में है। और आखिरत में हमें वह ला महदूद शक्ल में मिलेगी, आइडियल शक्ल में मिलेगी।</w:t>
      </w:r>
    </w:p>
    <w:p>
      <w:r>
        <w:rPr>
          <w:b/>
        </w:rPr>
        <w:t xml:space="preserve">[52:10] </w:t>
      </w:r>
      <w:r>
        <w:t>To yeh jo hai, duniya jo hai, ek imperfect version hai. Ek jo akhirat hai, jannat hai, woh perfect version hai. To is baat ki hamein marfat ho jaye. To jab hamein marfat ho jayegi, to phir hum jannat ka tajurba isi duniya mein karne lagenge. Samajh lijiye ke hum jannat hi mein jeene lag jayenge. Har cheez humko jannat ki yaad dilayegi.</w:t>
      </w:r>
    </w:p>
    <w:p>
      <w:pPr>
        <w:jc w:val="right"/>
      </w:pPr>
      <w:r>
        <w:t>तो यह जो है, दुनिया जो है, एक इंपरफेक्ट वर्जन है। एक जो आखिरत है, जन्नत है, वह परफेक्ट वर्जन है। तो इस बात की हमें मारफ हो जाए। तो जब हमें मारफ हो जाएगी, तो फिर हम जन्नत का तजुर्बा इसी दुनिया में करने लगेंगे। समझ लीजिए कि हम जन्नत ही में जीने लग जाएंगे। हर चीज हमको जन्नत की याद दिलाएगी।</w:t>
      </w:r>
    </w:p>
    <w:p>
      <w:r>
        <w:rPr>
          <w:b/>
        </w:rPr>
        <w:t xml:space="preserve">[52:34] </w:t>
      </w:r>
      <w:r>
        <w:t>Isi ko charagah kaha gaya hai ke jab tum jannat ki jab charagah se guzre, to us waqt Khuda ko yaad karo. To har tajurbe se hamein gaza milne lagegi jannat ki. To aise hi lagega jaise hum jannat ke baag mein walk kar rahe hain. To ek baar yeh Maulana likha hai ke maut ka matlab yeh hai ke koi shakhs apne ghar ke ek kamre se nikal kar apne ghar ke doosre kamre mein chala gaya.</w:t>
      </w:r>
    </w:p>
    <w:p>
      <w:pPr>
        <w:jc w:val="right"/>
      </w:pPr>
      <w:r>
        <w:t>इसी को चरागाह कहा गया है कि जब तुम जन्नत की जब चरागाह से गुजरे, तो उस वक्त खुदा को याद करो। तो हर तजुर्बे से हमें गजा मिलने लगेगी जन्नत की। तो ऐसे ही लगेगा जैसे हम जन्नत के बाग में वाक कर रहे हैं। तो एक बार यह मौलाना लिखा है कि मौत का मतलब यह है कि कोई शख्स अपने घर के एक कमरे से निकलकर अपने घर के दूसरे कमरे में चला गया।</w:t>
      </w:r>
    </w:p>
    <w:p>
      <w:r>
        <w:rPr>
          <w:b/>
        </w:rPr>
        <w:t xml:space="preserve">[53:02] </w:t>
      </w:r>
      <w:r>
        <w:t>To aisa hi lagega ke woh duniya bhi lagegi ke woh wahi duniya hai jismein hum reh rahe the. Bas woh ideal duniya hai, perfect duniya hai, aur yeh imperfect duniya hai. Bas yahi fark hai. Ji ji, Masha Allah. Aap, ek comment bheja hai Amritsar se Rohit Kumar ji ne</w:t>
      </w:r>
    </w:p>
    <w:p>
      <w:pPr>
        <w:jc w:val="right"/>
      </w:pPr>
      <w:r>
        <w:t>तो ऐसा ही लगेगा कि वह दुनिया भी लगेगी कि वह वही दुनिया है जिसमें हम रह रहे थे। बस वह आइडियल दुनिया है, परफेक्ट दुनिया है, और यह इंपरफेक्ट दुनिया है। बस यही फर्क है। जी जी, माशाल्लाह। आप, एक कमेंट भेजा है अमृतसर से रोहित कुमार जी ने</w:t>
      </w:r>
    </w:p>
    <w:p>
      <w:r>
        <w:rPr>
          <w:b/>
        </w:rPr>
        <w:t xml:space="preserve">[53:21] </w:t>
      </w:r>
      <w:r>
        <w:t>Unhone likha hai, "Masha Allah, maine ek photo mein dekha hai Maulana ji Dalai Lama ji ke saath ek program mein hain, jisme Maulana ji ne garam loi odhi thi. Jise dekhkar socha ke kitni saadgi pasand karte the Maulana sahab. Itne bade hone ke bawajood bhi loi bina press kiye pehne hue the Maulana sahab."</w:t>
      </w:r>
    </w:p>
    <w:p>
      <w:pPr>
        <w:jc w:val="right"/>
      </w:pPr>
      <w:r>
        <w:t>। उन्होंने लिखा है, "माशाल्लाह, मैंने एक फोटो में देखा है मौलाना जी दलाई लामा जी के साथ एक प्रोग्राम में हैं, जिसमें मौलाना जी ने गर्म लोई ओड़ी थी। जिसे देखकर सोचा कि कितनी सादगी पसंद करते थे मौलाना साहब। इतने बड़े होने के बावजूद भी लोई बिना प्रेस किए पहने हुए थे मौलाना साहब।"</w:t>
      </w:r>
    </w:p>
    <w:p>
      <w:r>
        <w:rPr>
          <w:b/>
        </w:rPr>
        <w:t xml:space="preserve">[53:47] </w:t>
      </w:r>
      <w:r>
        <w:t>Aap, agla sawal jo hai, main woh Maulana sahab ek couplet baar baar bayan karte the, usi ke hawale se poochna chahunga. Woh ek Urdu poet Fani ka jo tha ke "fareb jalwa aur kitna mukammal, ae MAZ ALLAH, badi mushkil se apne dil ko bazm-e-alam se utha</w:t>
      </w:r>
    </w:p>
    <w:p>
      <w:pPr>
        <w:jc w:val="right"/>
      </w:pPr>
      <w:r>
        <w:t>आप, अगला सवाल जो है, मैं वह मौलाना साहब एक कपलेट बार-बार बयान करते थे, उसी के हवाले से पूछना चाहूंगा। वह एक उर्दू पोएट फानी का जो था कि "फरेब जलवा और कितना मुकम्मल, ऐ माज अल्लाह, बड़ी मुश्किल से अपने दिल को बजम आलम से उठा</w:t>
      </w:r>
    </w:p>
    <w:p>
      <w:r>
        <w:rPr>
          <w:b/>
        </w:rPr>
        <w:t xml:space="preserve">[54:07] </w:t>
      </w:r>
      <w:r>
        <w:t>paya. Meaning, false glitter of this world, but it looks so complete. And with great difficulty, I was able to separate myself." To aap, sawal yahi hai ke aksar log is duniya mein hi jannat ko banana chahte hain. They fail to realize that paradise is in the hereafter. To how would you differentiate the act of making a paradise in this world and differentiate it with the paradise in the hereafter</w:t>
      </w:r>
    </w:p>
    <w:p>
      <w:pPr>
        <w:jc w:val="right"/>
      </w:pPr>
      <w:r>
        <w:t>पाया। मीनिंग, फॉल्स ग्लिटर ऑफ दिस वर्ल्ड, बट इट लुक्स सो कंप्लीट। एंड विद ग्रेट डिफिकल्टी, आई वाज एबल टू सेपरेट माय सेल्फ।" तो आप, सवाल यही है कि अक्सर लोग इस दुनिया में ही जन्नत को बनाना चाहते हैं। दे फेल टू रिलाइज दैट पैराडाइस इज इन द हेयर आफ्टर। तो हाउ वुड यू डिफरेंशिएबल ऑफ मेकिंग अ पैराडाइस इन दिस वर्ल्ड एंड डिफरेंशिएबल इट विद द पैराडाइस इन द हेयर</w:t>
      </w:r>
    </w:p>
    <w:p>
      <w:r>
        <w:rPr>
          <w:b/>
        </w:rPr>
        <w:t xml:space="preserve">[54:36] </w:t>
      </w:r>
      <w:r>
        <w:t>after? Iske bare mein aap, batayein. Aur iske baad phir ek aakhri sawal aur hoga mera. To yeh yeh duniya hai to similar to paradise, lekin humko apne tajurbe se hi yeh pata chalta hai ji ke koi cheez hamari youth hai, woh nahi rehti. Jaldi aadmi boodha ho jata hai. Hamari sehatmand body hai, bahut jald woh bimar ho jata hai,</w:t>
      </w:r>
    </w:p>
    <w:p>
      <w:pPr>
        <w:jc w:val="right"/>
      </w:pPr>
      <w:r>
        <w:t>आफ्टर? इसके बारे में आप, बताएं। और इसके बाद फिर एक आखिरी सवाल और होगा मेरा। तो यह यह दुनिया है तो सिमिलर टू पैराडाइस, लेकिन हमको अपने तजुर्बे से ही यह पता चलता है जी कि कोई चीज हमारी यूथ है, वह नहीं रहती। जल्दी आदमी बूढ़ा हो जाता है। हमारी सेहतमंद बॉडी है, बहुत जल्द वह बीमार हो जाता है,</w:t>
      </w:r>
    </w:p>
    <w:p>
      <w:r>
        <w:rPr>
          <w:b/>
        </w:rPr>
        <w:t xml:space="preserve">[55:00] </w:t>
      </w:r>
      <w:r>
        <w:t>accident ho jata hai. Duniya ki cheezein milti hain, chali jaati hain.</w:t>
      </w:r>
    </w:p>
    <w:p>
      <w:pPr>
        <w:jc w:val="right"/>
      </w:pPr>
      <w:r>
        <w:t>एक्सीडेंट हो जाता है। दुनिया की चीजें मिलती हैं, चली जाती हैं।</w:t>
      </w:r>
    </w:p>
    <w:p>
      <w:r>
        <w:rPr>
          <w:b/>
        </w:rPr>
        <w:t xml:space="preserve">[55:05] </w:t>
      </w:r>
      <w:r>
        <w:t>To duniya mein koi bhi cheez ko dawaam nahi hai, par eternal nahi hai. Yeh nahi ke hamein hamesha hamesha mili rahegi. Ji, to waqti taur par koi cheez hamein mili hui hai, to usse hum itna fascinated ho jaate hain. Kyunki hamare dimagh mein chunke jannat basi hui hai, na, isliye hum usse fascinated ho jaate hain. Aur hum humko lagta hai ke bas hamein mil gayi jannat. To aisa nahi hai, yeh jannat nahi hai. Yeh to jannat ki jhalak hai. Ji, to</w:t>
      </w:r>
    </w:p>
    <w:p>
      <w:pPr>
        <w:jc w:val="right"/>
      </w:pPr>
      <w:r>
        <w:t>तो दुनिया में कोई भी चीज को दमाम नहीं है, पर इटरनल नहीं है। यह नहीं कि हमें हमेशा हमेशा मिली रहेगी। जी, तो वक्ती तौर पर कोई चीज हमें मिली हुई है, तो उससे हम इतना फैसनेट हो जाते हैं। क्योंकि हमारे दिमाग में चूंकि जन्नत बसी हुई है, ना, इसलिए हम उससे फैसनेट हो जाते हैं। और हम हमको लगता है कि बस हमें मिल गई जन्नत। तो ऐसा नहीं है, यह जन्नत नहीं है। यह तो जन्नत की झलकी है। जी, तो</w:t>
      </w:r>
    </w:p>
    <w:p>
      <w:r>
        <w:rPr>
          <w:b/>
        </w:rPr>
        <w:t xml:space="preserve">[55:35] </w:t>
      </w:r>
      <w:r>
        <w:t>us jhalak ko hum asal jannat samajh lete hain. To yahi jo hai sabse bada masla hai. To jannat chunke Allah taala ne uske mushabiha isliye banaya hai ke hamein usko dekhkar hamein jannat yaad aaye.</w:t>
      </w:r>
    </w:p>
    <w:p>
      <w:pPr>
        <w:jc w:val="right"/>
      </w:pPr>
      <w:r>
        <w:t>उस झलकी को हम असिल जन्नत समझ लेते हैं। तो यही जो है सबसे बड़ा मसला है। तो जन्नत चूंकि अल्लाह ताला ने उसके मुशाबिह इसलिए बनाया है कि हमें उसको देखकर हमें जन्नत याद आए।</w:t>
      </w:r>
    </w:p>
    <w:p>
      <w:r>
        <w:rPr>
          <w:b/>
        </w:rPr>
        <w:t xml:space="preserve">[55:48] </w:t>
      </w:r>
      <w:r>
        <w:t>agar allah taala aisa na banate, ab lakhon lakhon cheezein khane peene ki hain.</w:t>
      </w:r>
    </w:p>
    <w:p>
      <w:pPr>
        <w:jc w:val="right"/>
      </w:pPr>
      <w:r>
        <w:t>अगर अल्लाह ताला ऐसा ना बनाते, अब लाखों लाखों चीजें खाने पीने की हैं।</w:t>
      </w:r>
    </w:p>
    <w:p>
      <w:r>
        <w:rPr>
          <w:b/>
        </w:rPr>
        <w:t xml:space="preserve">[55:53] </w:t>
      </w:r>
      <w:r>
        <w:t>to ab agar allah taala ne yeh sab na kiya hota, agar ek do cheez hi hoti khane</w:t>
      </w:r>
    </w:p>
    <w:p>
      <w:pPr>
        <w:jc w:val="right"/>
      </w:pPr>
      <w:r>
        <w:t>तो अब अगर अल्लाह ताला ने यह सब ना किया होता, अगर एक दो चीज ही होती खाने</w:t>
      </w:r>
    </w:p>
    <w:p>
      <w:r>
        <w:rPr>
          <w:b/>
        </w:rPr>
        <w:t xml:space="preserve">[55:58] </w:t>
      </w:r>
      <w:r>
        <w:t>ko, jaise arab mein sirf khajoor aur doodh hota tha, to hamein samajh mein nahin aata ki jannat</w:t>
      </w:r>
    </w:p>
    <w:p>
      <w:pPr>
        <w:jc w:val="right"/>
      </w:pPr>
      <w:r>
        <w:t>को, जैसे अरब में सिर्फ खजूर और दूध होता था, तो हमें समझ में नहीं आता कि जन्नत</w:t>
      </w:r>
    </w:p>
    <w:p>
      <w:r>
        <w:rPr>
          <w:b/>
        </w:rPr>
        <w:t xml:space="preserve">[56:03] </w:t>
      </w:r>
      <w:r>
        <w:t>mein kaise hamein itna ab ains hogi har cheez ki.</w:t>
      </w:r>
    </w:p>
    <w:p>
      <w:pPr>
        <w:jc w:val="right"/>
      </w:pPr>
      <w:r>
        <w:t>में कैसे हमें इतना अब एंस होगी हर चीज की।</w:t>
      </w:r>
    </w:p>
    <w:p>
      <w:r>
        <w:rPr>
          <w:b/>
        </w:rPr>
        <w:t xml:space="preserve">[56:07] </w:t>
      </w:r>
      <w:r>
        <w:t>to allah taala ne yeh dikhane ke liye hamein yahan diya hai.</w:t>
      </w:r>
    </w:p>
    <w:p>
      <w:pPr>
        <w:jc w:val="right"/>
      </w:pPr>
      <w:r>
        <w:t>तो अल्लाह ताला ने यह दिखाने के लिए हमें यहां दिया है।</w:t>
      </w:r>
    </w:p>
    <w:p>
      <w:r>
        <w:rPr>
          <w:b/>
        </w:rPr>
        <w:t xml:space="preserve">[56:10] </w:t>
      </w:r>
      <w:r>
        <w:t>yeh sab hamara imtihan hai, kyunki duniya jo hai darul imtihan hai.</w:t>
      </w:r>
    </w:p>
    <w:p>
      <w:pPr>
        <w:jc w:val="right"/>
      </w:pPr>
      <w:r>
        <w:t>यह सब हमारा इम्तिहान है, क्योंकि दुनिया जो है दारुल इम्तिहान है।</w:t>
      </w:r>
    </w:p>
    <w:p>
      <w:r>
        <w:rPr>
          <w:b/>
        </w:rPr>
        <w:t xml:space="preserve">[56:15] </w:t>
      </w:r>
      <w:r>
        <w:t>to agar yeh sab na hota, to hamein aari aazmaish kyun hoti hai?</w:t>
      </w:r>
    </w:p>
    <w:p>
      <w:pPr>
        <w:jc w:val="right"/>
      </w:pPr>
      <w:r>
        <w:t>तो अगर यह सब ना होता, तो हमें आरी आजमाइश क्यों होती है?</w:t>
      </w:r>
    </w:p>
    <w:p>
      <w:r>
        <w:rPr>
          <w:b/>
        </w:rPr>
        <w:t xml:space="preserve">[56:18] </w:t>
      </w:r>
      <w:r>
        <w:t>To hamein yeh samajhna hoga ke yeh hamein aazmaish ke taur par mila hai,</w:t>
      </w:r>
    </w:p>
    <w:p>
      <w:pPr>
        <w:jc w:val="right"/>
      </w:pPr>
      <w:r>
        <w:t>तो हमको यह समझना होगा कि यह हमें आजमाइश के तौर पर मिला है,</w:t>
      </w:r>
    </w:p>
    <w:p>
      <w:r>
        <w:rPr>
          <w:b/>
        </w:rPr>
        <w:t xml:space="preserve">[56:23] </w:t>
      </w:r>
      <w:r>
        <w:t>na ke hamein hamesha hamesha ke liye mila hai. To aur bas yeh bas itna hi fark hai ke is duniya mein kaanta hai, phool hai, to uske saath kaanta bhi hai. To ab lekin akhirat mein phool hi phool hoga, kaanta nahi hoga. To hamein is kaante ko sochna hai ke hamein isko ignore</w:t>
      </w:r>
    </w:p>
    <w:p>
      <w:pPr>
        <w:jc w:val="right"/>
      </w:pPr>
      <w:r>
        <w:t>ना कि हमें हमेशा हमेशा के लिए मिला है। तो और बस यह बस इतना ही फर्क है कि इस दुनिया में कबद है, फूल है, तो उसके साथ कांटा भी है। तो अब लेकिन आखिरत में फूल ही फूल होगा, कांटा नहीं होगा। तो हमें इस कांटे को सोचना है कि हमें इसको इग्नोर</w:t>
      </w:r>
    </w:p>
    <w:p>
      <w:r>
        <w:rPr>
          <w:b/>
        </w:rPr>
        <w:t xml:space="preserve">[56:44] </w:t>
      </w:r>
      <w:r>
        <w:t>karna hai. Kaante ka matlab duniya mein har tarah ki unpleasant cheezein hongi, usko hamein ignore karna hai. Hamein shikayat nahi karni hai. Hum hamare andar, apne andar shukr ke jazbaat ko parvarish karna hai. Aur isi tarike se hamein Khuda ki jannat ke hum mustahiq thairenge. To yeh to hai hi, yeh duniya to similar to paradise hai hi. Ji, hamein isse aage guzar jana hai,</w:t>
      </w:r>
    </w:p>
    <w:p>
      <w:pPr>
        <w:jc w:val="right"/>
      </w:pPr>
      <w:r>
        <w:t>करना है। कांटे का मतलब दुनिया में हर तरह की अनप्लेजट चीजें होंगी, उसको हमें इग्नोर करना है। हमें शिकायत नहीं करनी है। हम हमारे अंदर, अपने अंदर शुक्र के जज्बात को परवरिश करना है। और इसी तरीके से हमें खुदा की जन्नत के हम मुस्तक ठहरेंगे। तो यह तो है ही, यह दुनिया तो सिमिलर टू पैराडाइस है ही। जी, हमें इससे आगे गुजर जाना है,</w:t>
      </w:r>
    </w:p>
    <w:p>
      <w:r>
        <w:rPr>
          <w:b/>
        </w:rPr>
        <w:t xml:space="preserve">[57:09] </w:t>
      </w:r>
      <w:r>
        <w:t>gehrai se usko dekhna hai, samajhna hai ke yeh jo hai asal jannat nahi, balki jannat ke mutasabih hai. Ji, aur aap, yeh aapne bahut important baat kahi ke aazmaish ke liye hai.</w:t>
      </w:r>
    </w:p>
    <w:p>
      <w:pPr>
        <w:jc w:val="right"/>
      </w:pPr>
      <w:r>
        <w:t>गहराई से उसको देखना है, समझना है कि यह जो है असिल जन्नत नहीं, बल्कि जन्नत के मुत साबिह है। जी, और आप, यह आपने बहुत अ इंपॉर्टेंट बात कही कि आजमाइश के लिए है।</w:t>
      </w:r>
    </w:p>
    <w:p>
      <w:r>
        <w:rPr>
          <w:b/>
        </w:rPr>
        <w:t xml:space="preserve">[57:23] </w:t>
      </w:r>
      <w:r>
        <w:t>hum a yahan par ek riwayat ka bhi main zikr karna chahunga, jo abu nazra ke hawale se</w:t>
      </w:r>
    </w:p>
    <w:p>
      <w:pPr>
        <w:jc w:val="right"/>
      </w:pPr>
      <w:r>
        <w:t>हम अ यहां पर एक रिवायत का भी मैं जिक्र करना चाहूंगा, जो अबू नाजरा के हवाले से</w:t>
      </w:r>
    </w:p>
    <w:p>
      <w:r>
        <w:rPr>
          <w:b/>
        </w:rPr>
        <w:t xml:space="preserve">[57:29] </w:t>
      </w:r>
      <w:r>
        <w:t>hai. a aur woh isko bahut achhe se a matlab illustrate bhi karti hai ki log aksar jo</w:t>
      </w:r>
    </w:p>
    <w:p>
      <w:pPr>
        <w:jc w:val="right"/>
      </w:pPr>
      <w:r>
        <w:t>है। अ और वह इसको बहुत अच्छे से अ मतलब इलस्ट्रेट भी करती है कि लोग अक्सर जो</w:t>
      </w:r>
    </w:p>
    <w:p>
      <w:r>
        <w:rPr>
          <w:b/>
        </w:rPr>
        <w:t xml:space="preserve">[57:35] </w:t>
      </w:r>
      <w:r>
        <w:t>yeh kehte rehte hain, duniya ki burai karte rehte hain, duniya ko bura bhala kaha karte hain.</w:t>
      </w:r>
    </w:p>
    <w:p>
      <w:pPr>
        <w:jc w:val="right"/>
      </w:pPr>
      <w:r>
        <w:t>यह कहते रहते हैं, दुनिया की बुराई करते रहते हैं, दुनिया को बुरा भला कहा करते हैं।</w:t>
      </w:r>
    </w:p>
    <w:p>
      <w:r>
        <w:rPr>
          <w:b/>
        </w:rPr>
        <w:t xml:space="preserve">[57:40] </w:t>
      </w:r>
      <w:r>
        <w:t>lekin aapne jaise usko bahut achhe se clear kiya ki woh to aazmaish ke liye hai.</w:t>
      </w:r>
    </w:p>
    <w:p>
      <w:pPr>
        <w:jc w:val="right"/>
      </w:pPr>
      <w:r>
        <w:t>लेकिन आपने जैसे उसको बहुत अच्छे से क्लियर किया कि वह तो आजमाइश के लिए है।</w:t>
      </w:r>
    </w:p>
    <w:p>
      <w:r>
        <w:rPr>
          <w:b/>
        </w:rPr>
        <w:t xml:space="preserve">[57:43] </w:t>
      </w:r>
      <w:r>
        <w:t>to unhone bataya ki ek shakhs, jiska naam shayad jabr ya zuber tha, woh hazrat umar bin khattab</w:t>
      </w:r>
    </w:p>
    <w:p>
      <w:pPr>
        <w:jc w:val="right"/>
      </w:pPr>
      <w:r>
        <w:t>तो उन्होंने बताया कि एक शख्स, जिसका नाम शायद जब्र या जुबेर था, वह हजरत उमर बिन खत्ताब</w:t>
      </w:r>
    </w:p>
    <w:p>
      <w:r>
        <w:rPr>
          <w:b/>
        </w:rPr>
        <w:t xml:space="preserve">[57:51] </w:t>
      </w:r>
      <w:r>
        <w:t>jab khalifa the, unke zamane mein madina mein unse milne gaye.</w:t>
      </w:r>
    </w:p>
    <w:p>
      <w:pPr>
        <w:jc w:val="right"/>
      </w:pPr>
      <w:r>
        <w:t>जब खलीफा थे, उनके जमाने में मदीना में उनसे मिलने गए।</w:t>
      </w:r>
    </w:p>
    <w:p>
      <w:r>
        <w:rPr>
          <w:b/>
        </w:rPr>
        <w:t xml:space="preserve">[57:54] </w:t>
      </w:r>
      <w:r>
        <w:t>aur unka yeh irada tha ki woh unse ek baandi, yaani a ek maid servant aap keh sakte</w:t>
      </w:r>
    </w:p>
    <w:p>
      <w:pPr>
        <w:jc w:val="right"/>
      </w:pPr>
      <w:r>
        <w:t>और उनका यह इरादा था कि वह उनसे एक बांधी, यानी अ एक मेड सर्वेंट आप कह सकते</w:t>
      </w:r>
    </w:p>
    <w:p>
      <w:r>
        <w:rPr>
          <w:b/>
        </w:rPr>
        <w:t xml:space="preserve">[58:01] </w:t>
      </w:r>
      <w:r>
        <w:t>hain, woh mangne ke irade se gaye.</w:t>
      </w:r>
    </w:p>
    <w:p>
      <w:pPr>
        <w:jc w:val="right"/>
      </w:pPr>
      <w:r>
        <w:t>हैं, वह मांगने के इरादे से गए।</w:t>
      </w:r>
    </w:p>
    <w:p>
      <w:r>
        <w:rPr>
          <w:b/>
        </w:rPr>
        <w:t xml:space="preserve">[58:03] </w:t>
      </w:r>
      <w:r>
        <w:t>aur yeh jo shakhs the, aap hazrat jabr, yeh bahut hi ek elegant</w:t>
      </w:r>
    </w:p>
    <w:p>
      <w:pPr>
        <w:jc w:val="right"/>
      </w:pPr>
      <w:r>
        <w:t>और यह जो शख्स थे, आप हजरत जब्र, यह बहुत ही एक एलिगेंट</w:t>
      </w:r>
    </w:p>
    <w:p>
      <w:r>
        <w:rPr>
          <w:b/>
        </w:rPr>
        <w:t xml:space="preserve">[58:08] </w:t>
      </w:r>
      <w:r>
        <w:t>speaker</w:t>
      </w:r>
    </w:p>
    <w:p>
      <w:pPr>
        <w:jc w:val="right"/>
      </w:pPr>
      <w:r>
        <w:t>स्पीकर</w:t>
      </w:r>
    </w:p>
    <w:p>
      <w:r>
        <w:rPr>
          <w:b/>
        </w:rPr>
        <w:t xml:space="preserve">[58:09] </w:t>
      </w:r>
      <w:r>
        <w:t>the. Inko baat karne ka bahut achha saleeka tha. To woh jab Hazrat Umar ke paas pahunche, to unhone duniya ke bare mein, duniya ka bare mein batana shuru kiya. Bahut chhota bataya unhone duniya ko. Aur phir yeh kaha ke duniya kisi bhi cheez ke barabar nahi hai. Matlab is tarike se unhone duniya ki picture ko matlab ek negatively paint kiya. To Hazrat Umar ke saath ek saahab baithe hue the, woh unko sun rahe</w:t>
      </w:r>
    </w:p>
    <w:p>
      <w:pPr>
        <w:jc w:val="right"/>
      </w:pPr>
      <w:r>
        <w:t>थे। इनको बात करने का बहुत अच्छा सलीका था। तो वह जब हजरत उमर के पास पहुंचे, तो उन्होंने दुनिया के बारे में, दुनिया का बारे में बताना शुरू किया। बहुत छोटा बताया उन्होंने दुनिया को। और फिर यह कहा कि अ दुनिया किसी भी चीज के बराबर नहीं है। मतलब इस तरीके से उन्होंने दुनिया की पिक्चर को अ मतलब एक नेगेटिवली पेंट किया। तो हजरत उमर के साथ एक साहब बैठे हुए थे, वो उनको सुन रहे</w:t>
      </w:r>
    </w:p>
    <w:p>
      <w:r>
        <w:rPr>
          <w:b/>
        </w:rPr>
        <w:t xml:space="preserve">[58:39] </w:t>
      </w:r>
      <w:r>
        <w:t>the. To jab unhon ne apni poori baat keh di, to unhon ne kaha us shakhs se, Hazrat Jibr se ki taqreeban tumne jo kaha woh theek tha, lekin jo tumne duniya ki burai kari, woh theek nahi thi. To unhon ne phir kaha ki tum jante ho ki duniya kya hai?</w:t>
      </w:r>
    </w:p>
    <w:p>
      <w:pPr>
        <w:jc w:val="right"/>
      </w:pPr>
      <w:r>
        <w:t>थे। तो जब उन्होंने अपनी पूरी बात कह दी, तो उन्होंने कहा उस शख्स से, हजरत जब्र से कि तकरीबन तुमने जो कहा वहठीक था, लेकिन जो तुमने दुनिया की बुराई करी, वहठीक नहीं थी। तो उन्होंने फिर कहा कि तुम जानते हो कि दुनिया क्या है?</w:t>
      </w:r>
    </w:p>
    <w:p>
      <w:r>
        <w:rPr>
          <w:b/>
        </w:rPr>
        <w:t xml:space="preserve">[58:56] </w:t>
      </w:r>
      <w:r>
        <w:t>A unhon ne kaha ki a duniya wahi to hai, a jiski wajah se tum jannat tak pahuncho. A</w:t>
      </w:r>
    </w:p>
    <w:p>
      <w:pPr>
        <w:jc w:val="right"/>
      </w:pPr>
      <w:r>
        <w:t>अ उन्होंने कहा कि अ दुनिया वही तो है, अ जिसकी वजह से तुम जन्नत तक पहुंचो। अ</w:t>
      </w:r>
    </w:p>
    <w:p>
      <w:r>
        <w:rPr>
          <w:b/>
        </w:rPr>
        <w:t xml:space="preserve">[59:05] </w:t>
      </w:r>
      <w:r>
        <w:t>Duniya mein jo matlab aap experience karte ho, a uska kya response system hai? Unka kehne ka matlab tha, wahi to decide karega ki aapko jannat milegi ki nahi milegi. To jab woh unhon ne poora bayan kiya, to Hazrat Jibr ne unse poocha, Hazrat Umar bin Khattab se ki ya Amir Ameerul Momineen, yeh kaun shakhs hai?</w:t>
      </w:r>
    </w:p>
    <w:p>
      <w:pPr>
        <w:jc w:val="right"/>
      </w:pPr>
      <w:r>
        <w:t>दुनिया में जो मतलब आप एक्सपीरियंस करते हो, अ उसका क्या रिस्पांस सिस्टम है? उनका कहने का मतलब था, वही तो डिसाइड करेगा कि आपको जन्नत मिलेगी कि नहीं मिलेगी। तो जब वह उन्होंने पूरा बयान किया, तो हजरत जब्र ने उनसे पूछा, हजरत उमर बिन खत्ताब से कि या आमिर अमीरुल मोमिनीन, यह कौन शख्स है?</w:t>
      </w:r>
    </w:p>
    <w:p>
      <w:r>
        <w:rPr>
          <w:b/>
        </w:rPr>
        <w:t xml:space="preserve">[59:26] </w:t>
      </w:r>
      <w:r>
        <w:t>To Hazrat Umar ne kaha, yeh Musalmanon ke sardar Ubay bin Ka'ab hai. A</w:t>
      </w:r>
    </w:p>
    <w:p>
      <w:pPr>
        <w:jc w:val="right"/>
      </w:pPr>
      <w:r>
        <w:t>तो हजरत उमर ने कहा, यह मुसलमानों के सरदार उबै बिन काब है। अ</w:t>
      </w:r>
    </w:p>
    <w:p>
      <w:r>
        <w:rPr>
          <w:b/>
        </w:rPr>
        <w:t xml:space="preserve">[59:32] </w:t>
      </w:r>
      <w:r>
        <w:t>To lekin isse yeh bahut achhe se aap ek cheez milti hai ki humein yeh nahi sochna chahiye ki a duniya mein bas problems hain, difficulties hain, balki humein yeh sochna chahiye ki humein uska response kaise dena hai. Allah taala hamare response ko hi to dekh rahe hain. Us response ke bina mein hi decide hoga ki humein jannat milegi ya nahi milegi. A To aap, isi ke saath aakhri sawal mera yeh hai, aaj ki guftagu se to aap, yeh bilkul clear ho gaya.</w:t>
      </w:r>
    </w:p>
    <w:p>
      <w:pPr>
        <w:jc w:val="right"/>
      </w:pPr>
      <w:r>
        <w:t>तो लेकिन इससे यह बहुत अच्छे से आप एक चीज मिलती है कि हमें यह नहीं सोचना चाहिए कि अ दुनिया में बस प्रॉब्लम्स हैं, डिफिकल्टीज हैं, बल्कि हमें यह सोचना चाहिए कि हमें उसका रिस्पांस कैसे देना है। अल्लाह ताला हमारे रिस्पांस को ही तो देख रहे हैं। उस रिस्पांस के बिना में ही डिसाइड होगा कि हमें जन्नत मिलेगी या नहीं मिलेगी। अ तो आप, इसी के साथ आखिरी सवाल मेरा यह है, आज की बातचीत से तो आप, यह बिल्कुल क्लियर हो गया।</w:t>
      </w:r>
    </w:p>
    <w:p>
      <w:r>
        <w:rPr>
          <w:b/>
        </w:rPr>
        <w:t xml:space="preserve">[59:59] </w:t>
      </w:r>
      <w:r>
        <w:t>Aapne bade achhe se samjhaya ki paradise mein qualify karne ke liye humein ek heavenly personality banani padegi. To aap, sawal yeh hai ki kaise ek heavenly personality hum banayein?</w:t>
      </w:r>
    </w:p>
    <w:p>
      <w:pPr>
        <w:jc w:val="right"/>
      </w:pPr>
      <w:r>
        <w:t>आपने बड़े अच्छे से समझाया कि पैराडाइस में क्वालीफाई करने के लिए हमें एक हेवनली पर्सनालिटी बनानी पड़ेगी। तो आप, सवाल यह है कि कैसे एक हेवनली पर्सनालिटी हम बनाएं?</w:t>
      </w:r>
    </w:p>
    <w:p>
      <w:r>
        <w:rPr>
          <w:b/>
        </w:rPr>
        <w:t xml:space="preserve">[1:00:13] </w:t>
      </w:r>
      <w:r>
        <w:t>Aur koi agar aap example ke saath usko samjhayein, to woh bahut achha rahega.</w:t>
      </w:r>
    </w:p>
    <w:p>
      <w:pPr>
        <w:jc w:val="right"/>
      </w:pPr>
      <w:r>
        <w:t>और कोई अगर आप एग्जांपल के साथ उसको समझाएं, तो वह बहुत अच्छा रहेगा।</w:t>
      </w:r>
    </w:p>
    <w:p>
      <w:r>
        <w:rPr>
          <w:b/>
        </w:rPr>
        <w:t xml:space="preserve">[1:00:20] </w:t>
      </w:r>
      <w:r>
        <w:t>Maulana kehte the ki heavenly personality ka matlab hai ki positive personality in the total sense of the world.</w:t>
      </w:r>
    </w:p>
    <w:p>
      <w:pPr>
        <w:jc w:val="right"/>
      </w:pPr>
      <w:r>
        <w:t>मौलाना कहते थे कि हेवनली पर्सनालिटी का मतलब है कि पॉजिटिव पर्सनालिटी इन द टोटल सेंस ऑफ द वर्ल्ड।</w:t>
      </w:r>
    </w:p>
    <w:p>
      <w:r>
        <w:rPr>
          <w:b/>
        </w:rPr>
        <w:t xml:space="preserve">[1:00:29] </w:t>
      </w:r>
      <w:r>
        <w:t>To itna zyada positive ho ki kitni bhi hamare a khilaf kuch bhi ho, koi keh raha ho, hamare andar hatred na ho, koi bhi hamare andar intiqam na aaye kisi ke khilaf. Bilkul woh misal dete the jaise bird hoti hai. Aap bird ko kankri maariye, woh ek shaakh se udkar doosri shaakh par chali jayegi. Aur usi tarah chahchahati rahegi. Kyunki koi bhi doosra janwar aisa nahi hai jo bilkul is cheez se khali ho.</w:t>
      </w:r>
    </w:p>
    <w:p>
      <w:pPr>
        <w:jc w:val="right"/>
      </w:pPr>
      <w:r>
        <w:t>तो इतना ज्यादा पॉजिटिव हो कि कितनी भी हमारे अ खिलाफ कुछ भी हो, कोई कह रहा हो, हमारे अंदर हेट्री ना हो, कोई भी हमारे अंदर इंतकाम ना आए किसी के खिलाफ। बिल्कुल वह मिसाल देते थे जैसे बर्ड होती है। आप बर्ड को कंकरी मारिए, व एक शाख से उड़कर दूसरी शाख पर चली जाएगी। और उसी तरह चहचहाती रहेगी। क्योंकि कोई भी दूसरा जानवर ऐसा नहीं है जो बिल्कुल इस चीज से खाली हो।</w:t>
      </w:r>
    </w:p>
    <w:p>
      <w:r>
        <w:rPr>
          <w:b/>
        </w:rPr>
        <w:t xml:space="preserve">[1:00:58] </w:t>
      </w:r>
      <w:r>
        <w:t>kyunki har janwar apne defense ke liye koi rra aayega, koi jhapta aayega, koi hamla karega.</w:t>
      </w:r>
    </w:p>
    <w:p>
      <w:pPr>
        <w:jc w:val="right"/>
      </w:pPr>
      <w:r>
        <w:t>क्योंकि हर जानवर अपने डिफेंस के लिए कोई ररा आएगा, कोई झपटा आएगा, कोई हमला करेगा।</w:t>
      </w:r>
    </w:p>
    <w:p>
      <w:r>
        <w:rPr>
          <w:b/>
        </w:rPr>
        <w:t xml:space="preserve">[1:01:03] </w:t>
      </w:r>
      <w:r>
        <w:t>lekin chidiya bilkul</w:t>
      </w:r>
    </w:p>
    <w:p>
      <w:pPr>
        <w:jc w:val="right"/>
      </w:pPr>
      <w:r>
        <w:t>लेकिन चिड़िया बिल्कुल</w:t>
      </w:r>
    </w:p>
    <w:p>
      <w:r>
        <w:rPr>
          <w:b/>
        </w:rPr>
        <w:t xml:space="preserve">[1:01:05] </w:t>
      </w:r>
      <w:r>
        <w:t>in in in a sense ki epitomy hai.</w:t>
      </w:r>
    </w:p>
    <w:p>
      <w:pPr>
        <w:jc w:val="right"/>
      </w:pPr>
      <w:r>
        <w:t>इन इन इन ए सेंस की एपिटेमी है।</w:t>
      </w:r>
    </w:p>
    <w:p>
      <w:r>
        <w:rPr>
          <w:b/>
        </w:rPr>
        <w:t xml:space="preserve">[1:01:08] </w:t>
      </w:r>
      <w:r>
        <w:t>matlab uske andar bilkul hi yeh saare jazbaat nahin hain.</w:t>
      </w:r>
    </w:p>
    <w:p>
      <w:pPr>
        <w:jc w:val="right"/>
      </w:pPr>
      <w:r>
        <w:t>मतलब उसके अंदर बिल्कुल ही यह सारे जज्बात नहीं हैं।</w:t>
      </w:r>
    </w:p>
    <w:p>
      <w:r>
        <w:rPr>
          <w:b/>
        </w:rPr>
        <w:t xml:space="preserve">[1:01:11] </w:t>
      </w:r>
      <w:r>
        <w:t>to insaan ke andar jazbaat to paida hote hain.</w:t>
      </w:r>
    </w:p>
    <w:p>
      <w:pPr>
        <w:jc w:val="right"/>
      </w:pPr>
      <w:r>
        <w:t>तो इंसान के अंदर जज्बात तो पैदा होते हैं।</w:t>
      </w:r>
    </w:p>
    <w:p>
      <w:r>
        <w:rPr>
          <w:b/>
        </w:rPr>
        <w:t xml:space="preserve">[1:01:15] </w:t>
      </w:r>
      <w:r>
        <w:t>kyunki bahut zyada sensitive hai, usko koi kuch kahega to usko bura lagega, gussa aayega.</w:t>
      </w:r>
    </w:p>
    <w:p>
      <w:pPr>
        <w:jc w:val="right"/>
      </w:pPr>
      <w:r>
        <w:t>क्योंकि बहुत ज्यादा सेंसिटिव है, उसको कोई कुछ कहेगा तो उसको बुरा लगेगा, गुस्सा आएगा।</w:t>
      </w:r>
    </w:p>
    <w:p>
      <w:r>
        <w:rPr>
          <w:b/>
        </w:rPr>
        <w:t xml:space="preserve">[1:01:20] </w:t>
      </w:r>
      <w:r>
        <w:t>lekin hamein apne andar se yeh sab cheezein khurach khurach ke nikal dena hai.</w:t>
      </w:r>
    </w:p>
    <w:p>
      <w:pPr>
        <w:jc w:val="right"/>
      </w:pPr>
      <w:r>
        <w:t>लेकिन हमें अपने अंदर से यह सब चीजें खुरच खुरच के निकाल देना है।</w:t>
      </w:r>
    </w:p>
    <w:p>
      <w:r>
        <w:rPr>
          <w:b/>
        </w:rPr>
        <w:t xml:space="preserve">[1:01:25] </w:t>
      </w:r>
      <w:r>
        <w:t>bilkul har waqt agar hum shukr guzaari mein guzarenge,</w:t>
      </w:r>
    </w:p>
    <w:p>
      <w:pPr>
        <w:jc w:val="right"/>
      </w:pPr>
      <w:r>
        <w:t>बिल्कुल हर वक्त अगर हम शुक्र गुजारी में गुजर रहेंगे,</w:t>
      </w:r>
    </w:p>
    <w:p>
      <w:r>
        <w:rPr>
          <w:b/>
        </w:rPr>
        <w:t xml:space="preserve">[1:01:29] </w:t>
      </w:r>
      <w:r>
        <w:t>Allah ka shukr ada karte rahenge, har waqt haqeeqi shukr jisko kehte hain, to hamare andar positive personality ka ka development hoga. To yeh bahut zyada zaroori hai. Kisi</w:t>
      </w:r>
    </w:p>
    <w:p>
      <w:pPr>
        <w:jc w:val="right"/>
      </w:pPr>
      <w:r>
        <w:t>अल्लाह का शुक्र अदा करते रहेंगे, हर वक्त हकीकी शुक्र जिसको कहते हैं, तो हमारे अंदर पॉजिटिव पर्सनालिटी का का डेवलपमेंट होगा। तो यह बहुत ज्यादा जरूरी है। किसी</w:t>
      </w:r>
    </w:p>
    <w:p>
      <w:r>
        <w:rPr>
          <w:b/>
        </w:rPr>
        <w:t xml:space="preserve">[1:01:41] </w:t>
      </w:r>
      <w:r>
        <w:t>ne kahin main dekh rahi thi ki y kisi koi shukr karne ke paas kisi ke paas koi item nahi tha. To usne kaha ki bhai, isi baat ka shukr ada karo ki doosre logon ke paas yeh museebat hai, woh museebat hai, koi bimar hai, koi hospital mein hai, aur tarah tarah ke masail hain tumhare paas. Woh masail Allah ne tumko usse bacha ke rakha hai. To tum usi ka shukr ada karo</w:t>
      </w:r>
    </w:p>
    <w:p>
      <w:pPr>
        <w:jc w:val="right"/>
      </w:pPr>
      <w:r>
        <w:t>ने कहीं मैं देख रही थी कि य किसी कोई शुक्र करने के पास किसी के पास कोई आइटम नहीं था। तो उसने कहा कि भाई, इसी बात का शुक्र अदा करो कि दूसरे लोगों के पास यह मुसीबत है, वह मुसीबत है, कोई बीमार है, कोई हॉस्पिटल में है, और तरह-तरह के मसाइल हैं तुम्हारे पास। वह मसाइल अल्लाह ने तुमको उससे बचा के रखा है। तो तुम उसी का शुक्र अदा करो</w:t>
      </w:r>
    </w:p>
    <w:p>
      <w:r>
        <w:rPr>
          <w:b/>
        </w:rPr>
        <w:t xml:space="preserve">[1:02:06] </w:t>
      </w:r>
      <w:r>
        <w:t>. Matlab humein shukr ke liye item talash karte rahein ki yeh na ho ki hamare paas koi kami ho shukr karne ki. Har waqt humein matlab humein shukr ke state mein, shukr ke mode mein hamesha rehna hai. Kyunki isi se hamare andar woh aala rooh paida hogi, jis se humein jannat mein dakhila milega. To</w:t>
      </w:r>
    </w:p>
    <w:p>
      <w:pPr>
        <w:jc w:val="right"/>
      </w:pPr>
      <w:r>
        <w:t>। मतलब हमें शुक्र के लिए आइटम तलाश करते रहे कि यह ना हो कि हमारे पास कोई कमी हो शुक्र करने की। हर वक्त हमें मतलब हमें शुक्र के स्टेट में, शुक्र के मोड में हमेशा रहना है। क्योंकि इसी से हमारे अंदर वह आला रूह पैदा होगी, जिससे हमें जन्नत में दाखिला मिलेगा। तो</w:t>
      </w:r>
    </w:p>
    <w:p>
      <w:r>
        <w:rPr>
          <w:b/>
        </w:rPr>
        <w:t xml:space="preserve">[1:02:30] </w:t>
      </w:r>
      <w:r>
        <w:t>Dekhiye, sabse pehli jo ayat hai, Alhamdulillah Rabbil Aalameen, to wahi hai shukr ki ki he Allah taala, tera shukr hai, tera taraf hai ki tune humein itna zyada humein diya hai. Aur sabse badi cheez hai jannat ki duniya mein aadmi thode se chand saal guzaar kar aur qualify karke usko jannat mil jaaye. To magar yeh sab sab jo shukr jo hai na, ek ek hai thank you jo chala hua hai, jazaakallah chala hua hai.</w:t>
      </w:r>
    </w:p>
    <w:p>
      <w:pPr>
        <w:jc w:val="right"/>
      </w:pPr>
      <w:r>
        <w:t>देखिए, सबसे पहली जो आयत है, अल्हम्दुलिल्लाह रब्बिल आलमीन, तो वही है शुक्र की कि हे अल्लाह ताला, तेरा शुक्र है, तेरा तराफ है कि तूने हमें इतना ज्यादा हमें दिया है। और सबसे बड़ी चीज है जन्नत कि दुनिया में आदमी थोड़े से चंद साल गुजार कर और क्वालीफाई करके उसको जन्नत मिल जाए। तो मगर यह सब सब जो शुक्र जो है ना, एक एक है थैंक यू जो चला हुआ है, जजाकल्लाह चला हुआ है।</w:t>
      </w:r>
    </w:p>
    <w:p>
      <w:r>
        <w:rPr>
          <w:b/>
        </w:rPr>
        <w:t xml:space="preserve">[1:02:59] </w:t>
      </w:r>
      <w:r>
        <w:t>matlab yeh to ek rasmi tareeka hai.</w:t>
      </w:r>
    </w:p>
    <w:p>
      <w:pPr>
        <w:jc w:val="right"/>
      </w:pPr>
      <w:r>
        <w:t>मतलब यह तो एक रस्मी तरीका है।</w:t>
      </w:r>
    </w:p>
    <w:p>
      <w:r>
        <w:rPr>
          <w:b/>
        </w:rPr>
        <w:t xml:space="preserve">[1:03:02] </w:t>
      </w:r>
      <w:r>
        <w:t>lekin ek hota hai dil se, dil ke jazbaat se shukr karna, haqeeqi shukr karna.</w:t>
      </w:r>
    </w:p>
    <w:p>
      <w:pPr>
        <w:jc w:val="right"/>
      </w:pPr>
      <w:r>
        <w:t>लेकिन एक होता है दिल से, दिल के जज्बात से शुक्र करना, हकीकी शुक्र करना।</w:t>
      </w:r>
    </w:p>
    <w:p>
      <w:r>
        <w:rPr>
          <w:b/>
        </w:rPr>
        <w:t xml:space="preserve">[1:03:08] </w:t>
      </w:r>
      <w:r>
        <w:t>to vah khuda ke yahan acceptable hota hai.</w:t>
      </w:r>
    </w:p>
    <w:p>
      <w:pPr>
        <w:jc w:val="right"/>
      </w:pPr>
      <w:r>
        <w:t>तो वह खुदा के यहां एक्सेप्टेबल होता है।</w:t>
      </w:r>
    </w:p>
    <w:p>
      <w:r>
        <w:rPr>
          <w:b/>
        </w:rPr>
        <w:t xml:space="preserve">[1:03:12] </w:t>
      </w:r>
      <w:r>
        <w:t>to ek ek bar ek sahabi namaz padh rahe the, rasulullah sallallahu alaihi vasallam namaz padha rahe the.</w:t>
      </w:r>
    </w:p>
    <w:p>
      <w:pPr>
        <w:jc w:val="right"/>
      </w:pPr>
      <w:r>
        <w:t>तो एक एक बार एक सहाबी नमाज पढ़ रहे थे, रसूलल्लाह सल्लल्लाहु अलैहि वसल्लम नमाज पढ़ा रहे थे।</w:t>
      </w:r>
    </w:p>
    <w:p>
      <w:r>
        <w:rPr>
          <w:b/>
        </w:rPr>
        <w:t xml:space="preserve">[1:03:18] </w:t>
      </w:r>
      <w:r>
        <w:t>to ruku ke baad kahte hain na, sam lamon hamida.</w:t>
      </w:r>
    </w:p>
    <w:p>
      <w:pPr>
        <w:jc w:val="right"/>
      </w:pPr>
      <w:r>
        <w:t>तो रुकू के बाद कहते हैं ना, सम लामन हमिदा।</w:t>
      </w:r>
    </w:p>
    <w:p>
      <w:r>
        <w:rPr>
          <w:b/>
        </w:rPr>
        <w:t xml:space="preserve">[1:03:22] </w:t>
      </w:r>
      <w:r>
        <w:t>to unke bahut jyada jazbat mein rahe honge khuda ki hamd ke.</w:t>
      </w:r>
    </w:p>
    <w:p>
      <w:pPr>
        <w:jc w:val="right"/>
      </w:pPr>
      <w:r>
        <w:t>तो उनके बहुत ज्यादा जज्बात में रहे होंगे खुदा की हमद के।</w:t>
      </w:r>
    </w:p>
    <w:p>
      <w:r>
        <w:rPr>
          <w:b/>
        </w:rPr>
        <w:t xml:space="preserve">[1:03:27] </w:t>
      </w:r>
      <w:r>
        <w:t>to unke nikal pada, rabbana valkal hamd, hamdan kasir, tayyab, mubarak, fi.</w:t>
      </w:r>
    </w:p>
    <w:p>
      <w:pPr>
        <w:jc w:val="right"/>
      </w:pPr>
      <w:r>
        <w:t>तो उनके निकल पड़ा, रब्बना वलकल हमद, हमदन कसीर, तैयब, मुबारक, फी।</w:t>
      </w:r>
    </w:p>
    <w:p>
      <w:r>
        <w:rPr>
          <w:b/>
        </w:rPr>
        <w:t xml:space="preserve">[1:03:34] </w:t>
      </w:r>
      <w:r>
        <w:t>yah munh se nikal pada ki namaz ka part nahin hai, unke nikal pada.</w:t>
      </w:r>
    </w:p>
    <w:p>
      <w:pPr>
        <w:jc w:val="right"/>
      </w:pPr>
      <w:r>
        <w:t>यह मुंह से निकल पड़ा कि नमाज का पार्ट नहीं है, उनके निकल पड़ा।</w:t>
      </w:r>
    </w:p>
    <w:p>
      <w:r>
        <w:rPr>
          <w:b/>
        </w:rPr>
        <w:t xml:space="preserve">[1:03:39] </w:t>
      </w:r>
      <w:r>
        <w:t>to namaz ke baad rasulullah sallallahu alaihi vasallam ne pucha ki yah kisne bola tha.</w:t>
      </w:r>
    </w:p>
    <w:p>
      <w:pPr>
        <w:jc w:val="right"/>
      </w:pPr>
      <w:r>
        <w:t>तो नमाज के बाद रसूलल्लाह सल्लल्लाहु अलैहि वसल्लम ने पूछा कि यह किसने बोला था।</w:t>
      </w:r>
    </w:p>
    <w:p>
      <w:r>
        <w:rPr>
          <w:b/>
        </w:rPr>
        <w:t xml:space="preserve">[1:03:46] </w:t>
      </w:r>
      <w:r>
        <w:t>to vah sahabi dare shayad ki unhone namaz ke jo padha jata hai, namaz mein majid kuchh alfaz</w:t>
      </w:r>
    </w:p>
    <w:p>
      <w:pPr>
        <w:jc w:val="right"/>
      </w:pPr>
      <w:r>
        <w:t>तो वह सहाबी डरे शायद कि उन्होंने नमाज के जो पढ़ा जाता है, नमाज में मजीद कुछ अल्फाज</w:t>
      </w:r>
    </w:p>
    <w:p>
      <w:r>
        <w:rPr>
          <w:b/>
        </w:rPr>
        <w:t xml:space="preserve">[1:03:52] </w:t>
      </w:r>
      <w:r>
        <w:t>bol diye hain.</w:t>
      </w:r>
    </w:p>
    <w:p>
      <w:pPr>
        <w:jc w:val="right"/>
      </w:pPr>
      <w:r>
        <w:t>बोल दिए हैं।</w:t>
      </w:r>
    </w:p>
    <w:p>
      <w:r>
        <w:rPr>
          <w:b/>
        </w:rPr>
        <w:t xml:space="preserve">[1:03:53] </w:t>
      </w:r>
      <w:r>
        <w:t>to shayad theek nahin tha.</w:t>
      </w:r>
    </w:p>
    <w:p>
      <w:pPr>
        <w:jc w:val="right"/>
      </w:pPr>
      <w:r>
        <w:t>तो शायदठीक नहीं था।</w:t>
      </w:r>
    </w:p>
    <w:p>
      <w:r>
        <w:rPr>
          <w:b/>
        </w:rPr>
        <w:t xml:space="preserve">[1:03:55] </w:t>
      </w:r>
      <w:r>
        <w:t>bade unhone jawab nahin diya.</w:t>
      </w:r>
    </w:p>
    <w:p>
      <w:pPr>
        <w:jc w:val="right"/>
      </w:pPr>
      <w:r>
        <w:t>बड़े उन्होंने जवाब नहीं दिया।</w:t>
      </w:r>
    </w:p>
    <w:p>
      <w:r>
        <w:rPr>
          <w:b/>
        </w:rPr>
        <w:t xml:space="preserve">[1:03:57] </w:t>
      </w:r>
      <w:r>
        <w:t>do-teen bar rasulullah sallallahu alaihi vasallam ne pucha.</w:t>
      </w:r>
    </w:p>
    <w:p>
      <w:pPr>
        <w:jc w:val="right"/>
      </w:pPr>
      <w:r>
        <w:t>दो-तीन बार रसूलल्लाह सल्लल्लाहु अलैहि वसल्लम ने पूछा।</w:t>
      </w:r>
    </w:p>
    <w:p>
      <w:r>
        <w:rPr>
          <w:b/>
        </w:rPr>
        <w:t xml:space="preserve">[1:03:59] </w:t>
      </w:r>
      <w:r>
        <w:t>to unhone bataya ki maine kah diya tha, mere munh se nikal gaya tha.</w:t>
      </w:r>
    </w:p>
    <w:p>
      <w:pPr>
        <w:jc w:val="right"/>
      </w:pPr>
      <w:r>
        <w:t>तो उन्होंने बताया कि मैंने कह दिया था, मेरे मुंह से निकल गया था।</w:t>
      </w:r>
    </w:p>
    <w:p>
      <w:r>
        <w:rPr>
          <w:b/>
        </w:rPr>
        <w:t xml:space="preserve">[1:04:03] </w:t>
      </w:r>
      <w:r>
        <w:t>matlab unke andar khuda ki hamd ke, khuda ki tarif ke itne jyada jazba umad raha tha ki</w:t>
      </w:r>
    </w:p>
    <w:p>
      <w:pPr>
        <w:jc w:val="right"/>
      </w:pPr>
      <w:r>
        <w:t>मतलब उनके अंदर खुदा की हमद के, खुदा की तारीफ के इतने ज्यादा जज्बा उमड़ रहा था कि</w:t>
      </w:r>
    </w:p>
    <w:p>
      <w:r>
        <w:rPr>
          <w:b/>
        </w:rPr>
        <w:t xml:space="preserve">[1:04:09] </w:t>
      </w:r>
      <w:r>
        <w:t>vo namaz mein hi bol pade</w:t>
      </w:r>
    </w:p>
    <w:p>
      <w:pPr>
        <w:jc w:val="right"/>
      </w:pPr>
      <w:r>
        <w:t>वो नमाज में ही बोल पड़े</w:t>
      </w:r>
    </w:p>
    <w:p>
      <w:r>
        <w:rPr>
          <w:b/>
        </w:rPr>
        <w:t xml:space="preserve">[1:04:10] </w:t>
      </w:r>
      <w:r>
        <w:t>। to rasulullah sallallahu alaihi vasallam ne farmaya ki tum nahin jante, bahut sare farishte ekdam rash karke</w:t>
      </w:r>
    </w:p>
    <w:p>
      <w:pPr>
        <w:jc w:val="right"/>
      </w:pPr>
      <w:r>
        <w:t>। तो रसूलल्लाह सल्लल्लाहु अलैहि वसल्लम ने फरमाया कि तुम नहीं जानते, बहुत सारे फरिश्ते एकदम रश करके</w:t>
      </w:r>
    </w:p>
    <w:p>
      <w:r>
        <w:rPr>
          <w:b/>
        </w:rPr>
        <w:t xml:space="preserve">[1:04:19] </w:t>
      </w:r>
      <w:r>
        <w:t>aaye is is kalima ko lene ke liye.</w:t>
      </w:r>
    </w:p>
    <w:p>
      <w:pPr>
        <w:jc w:val="right"/>
      </w:pPr>
      <w:r>
        <w:t>आए इस इस कलिमा को लेने के लिए।</w:t>
      </w:r>
    </w:p>
    <w:p>
      <w:r>
        <w:rPr>
          <w:b/>
        </w:rPr>
        <w:t xml:space="preserve">[1:04:21] </w:t>
      </w:r>
      <w:r>
        <w:t>to in in isse hamen pata chalta hai ki jab ham hakiki shukr karenge, hakiki jazbat ke sath,</w:t>
      </w:r>
    </w:p>
    <w:p>
      <w:pPr>
        <w:jc w:val="right"/>
      </w:pPr>
      <w:r>
        <w:t>तो इन इन इससे हमें पता चलता है कि जब हम हकीकी शुक्र करेंगे, हकीकी जज्बात के साथ,</w:t>
      </w:r>
    </w:p>
    <w:p>
      <w:r>
        <w:rPr>
          <w:b/>
        </w:rPr>
        <w:t xml:space="preserve">[1:04:28] </w:t>
      </w:r>
      <w:r>
        <w:t>tab farishte us kalima ko lekar jayenge khuda ke pas.</w:t>
      </w:r>
    </w:p>
    <w:p>
      <w:pPr>
        <w:jc w:val="right"/>
      </w:pPr>
      <w:r>
        <w:t>तब फरिश्ते उस कलिमा को लेकर जाएंगे खुदा के पास।</w:t>
      </w:r>
    </w:p>
    <w:p>
      <w:r>
        <w:rPr>
          <w:b/>
        </w:rPr>
        <w:t xml:space="preserve">[1:04:31] </w:t>
      </w:r>
      <w:r>
        <w:t>phir usko acceptance hasil hoga.</w:t>
      </w:r>
    </w:p>
    <w:p>
      <w:pPr>
        <w:jc w:val="right"/>
      </w:pPr>
      <w:r>
        <w:t>फिर उसको एक्सेप्टेंस हासिल होगा।</w:t>
      </w:r>
    </w:p>
    <w:p>
      <w:r>
        <w:rPr>
          <w:b/>
        </w:rPr>
        <w:t xml:space="preserve">[1:04:34] </w:t>
      </w:r>
      <w:r>
        <w:t>kyonki dekhiye, hamara contact direct khuda se nahin hota, farishton ke zarie se hota hai.</w:t>
      </w:r>
    </w:p>
    <w:p>
      <w:pPr>
        <w:jc w:val="right"/>
      </w:pPr>
      <w:r>
        <w:t>क्योंकि देखिए, हमारा कांटेक्ट डायरेक्ट खुदा से नहीं होता, फरिश्तों के जरिए से होता है।</w:t>
      </w:r>
    </w:p>
    <w:p>
      <w:r>
        <w:rPr>
          <w:b/>
        </w:rPr>
        <w:t xml:space="preserve">[1:04:40] </w:t>
      </w:r>
      <w:r>
        <w:t>To farishte hamare un kalima ko lekar jayenge jo hamare poore jazbaat ke saath woh nikla hai, dil se nikla hai. To woh Khuda ke yahan usko accept kiya jayega. To hamare liye do hi response hain, jo heavenly personality hai na, do response ya shukr ya sabr. Agar humko koi museebat padi hai, to hum sabr karein</w:t>
      </w:r>
    </w:p>
    <w:p>
      <w:pPr>
        <w:jc w:val="right"/>
      </w:pPr>
      <w:r>
        <w:t>तो फरिश्ते हमारे उन कलिमा को लेकर जाएंगे जो हमारे पूरे जज्बात के साथ वह निकला है, दिल से निकला है। तो वह खुदा के यहां उसको एक्सेप्ट किया जाएगा। तो हमारे लिए दो ही रिस्पांस है, जो हेवनली पर्सनालिटी है ना, दो रिस्पांस या शुक्र या सब्र। अगर हमको कोई मुसीबत पड़ी है, तो हम सब्र कर</w:t>
      </w:r>
    </w:p>
    <w:p>
      <w:r>
        <w:rPr>
          <w:b/>
        </w:rPr>
        <w:t xml:space="preserve">[1:05:02] </w:t>
      </w:r>
      <w:r>
        <w:t>ein, jaise Hazrat Ayub ne sabr kiya tha. Aur agar humein humein nematein, to hamare paas behisab nematein hain, uska shukr karein. Koi museebat pad jaati hai, to uske liye hum sabr karein. To yahi cheez hamare andar rabbani soch paida karegi. Aur rabbani soch ka jo hai result hoga, rabbani personality. To</w:t>
      </w:r>
    </w:p>
    <w:p>
      <w:pPr>
        <w:jc w:val="right"/>
      </w:pPr>
      <w:r>
        <w:t>ें, जैसे हजरत अय्यूब ने सब्र किया था। और अगर हमें हमें नेमतें, तो हमारे पास बेहिसाब नेमतें हैं, उसका शुक्र करें। कोई मुसीबत पड़ जाती है, तो उसके लिए हम सब्र करें। तो यही चीज हमारे अंदर रब्बानी सोच पैदा करेगी। और रब्बानी सोच का जो है रिजल्ट होगा, रब्बानी पर्सनालिटी। तो</w:t>
      </w:r>
    </w:p>
    <w:p>
      <w:r>
        <w:rPr>
          <w:b/>
        </w:rPr>
        <w:t xml:space="preserve">[1:05:24] </w:t>
      </w:r>
      <w:r>
        <w:t>humein har waqt Khuda ko yaad karna hai. Aur usi tarah se humein hamari jo personality development, dekhiye, ek din mein nahi hota, musalsal ek amal hoga, ek process hoga, jis se hamari personality develop karegi. To hum humko poora usi par sochna hai ki hamari apni rabbani personality ko kaise banana hai. Poori zindagi ko humein God oriented life kaise banani hai. To</w:t>
      </w:r>
    </w:p>
    <w:p>
      <w:pPr>
        <w:jc w:val="right"/>
      </w:pPr>
      <w:r>
        <w:t>हमें हर वक्त खुदा को याद करना है। और उसी तरीके से हमें हमारी जो पर्सनालिटी डेवलपमेंट, देखिए, एक दिन में नहीं होता, मुसलसल एक अमल होगा, एक प्रोसेस होगा, जिससे हमारी पर्सनालिटी डेवलप करेगी। तो हम हमको पूरा उसी पर सोचना है कि हमारी अपनी रब्बानी पर्सनालिटी को कैसे बनाना है। पूरी जिंदगी को हमें गॉड ओरिएंटेड लाइफ कैसे बनानी है। तो</w:t>
      </w:r>
    </w:p>
    <w:p>
      <w:r>
        <w:rPr>
          <w:b/>
        </w:rPr>
        <w:t xml:space="preserve">[1:05:53] </w:t>
      </w:r>
      <w:r>
        <w:t>main yahan par ek Maulana ki kitab hai, Islami Zindagi, uske page number 61 se ek ek item padhungi, jis se pata chalta hai ki dekhiye, hamare andar kitni kami hai. Aur isiliye maine kaha ki aapko Hayat-e-Sahaba har ek ko padhna chahiye. Maulana ne kaha tha ki yeh har ek ko padhna chahiye. Isse hamare andar jo spiritual personality develop hone mein bahut zyada madad milegi.</w:t>
      </w:r>
    </w:p>
    <w:p>
      <w:pPr>
        <w:jc w:val="right"/>
      </w:pPr>
      <w:r>
        <w:t>मैं यहां पर एक मौलाना की किताब है, इस्लामी जिंदगी, उसके पेज नंबर 61 से एक एक आइटम पढ़ूंगी, जिससे पता चलता है कि देखिए, हमारे अंदर कितनी कमी है। और इसीलिए मैंने कहा कि आपको हयात सहाबा हर एक को पढ़ना चाहिए। मौलाना ने कहा था कि यह हर एक को पढ़ना चाहिए। इससे हमारे अंदर जो स्पिरिचुअल पर्सनालिटी डेवलप होने में बहुत ज्यादा मदद मिलेगी।</w:t>
      </w:r>
    </w:p>
    <w:p>
      <w:r>
        <w:rPr>
          <w:b/>
        </w:rPr>
        <w:t xml:space="preserve">[1:06:20] </w:t>
      </w:r>
      <w:r>
        <w:t>To Hasan Hazrat Hasan Basri Tabi, jo ki bat Sufi bhi mashhoor hain, to woh unhone kaha hai, Tabi unko kehte hain jinhone Sahaba ko dekha tha, unse tarbiyat hasil ki thi. To unhone kaha, maine 70 Badri Sahaba ko dekha hai. Badri jo jang-e-Badr mein shamil hue the, unka libaas aksar suf ka hota tha. Suf kehte hain, coarse cloth ko mota jhoota kapda.</w:t>
      </w:r>
    </w:p>
    <w:p>
      <w:pPr>
        <w:jc w:val="right"/>
      </w:pPr>
      <w:r>
        <w:t>तो हसन हजरत हसन बसरी ताबी, जो कि बत सूफी भी मशहूर हैं, तो वह उन्होंने कहा है, ताबी उनको कहते हैं जिन्होंने सहाबा को देखा था, उनसे तरबियत हासिल की थी। तो उन्होंने कहा, मैंने 70 बदरी सहाबा को देखा है। बदरी जो जंग बद्र में शामिल हुए थे, उनका लिबास अक्सर सूफ का होता था। सूफ कहते हैं, कोर्स क्लाथ को मोटा झूटा कपड़ा।</w:t>
      </w:r>
    </w:p>
    <w:p>
      <w:r>
        <w:rPr>
          <w:b/>
        </w:rPr>
        <w:t xml:space="preserve">[1:06:48] </w:t>
      </w:r>
      <w:r>
        <w:t>Agar tum unhein dekhte, to kehte ki yeh pagal hain. Agar woh tumhare achhon ko dekhein, to kahenge ki deen mein unka koi hissa nahi. Agar woh tumhare buron ko dekhein, to woh kahenge ki yeh log roz-e-hisab par iman nahi rakhte. Maine aise log dekhe hain ki duniya unke nazdeek paanv ke neeche ki mitti se bhi zyada behqiqa thi. To yeh is tarah ke bahut saare waqiyat aapko usmein milenge</w:t>
      </w:r>
    </w:p>
    <w:p>
      <w:pPr>
        <w:jc w:val="right"/>
      </w:pPr>
      <w:r>
        <w:t>अगर तुम उन्हें देखते, तो कहते कि यह पागल हैं। अगर वह तुम्हारे अच्छों को देखें, तो कहेंगे कि दीन में उनका कोई हिस्सा नहीं। अगर वह तुम्हारे बुरों को देखें, तो वह कहेंगे कि यह लोग रोज हिसाब पर ईमान नहीं रखते। मैंने ऐसे लोग देखे हैं कि दुनिया उनके नजदीक पांव के नीचे की मिट्टी से भी ज्यादा बेहकीकत थी। तो यह इस तरह के बहुत सारे वाक्यात आपको उसमें मिलेंगे</w:t>
      </w:r>
    </w:p>
    <w:p>
      <w:r>
        <w:rPr>
          <w:b/>
        </w:rPr>
        <w:t xml:space="preserve">[1:07:17] </w:t>
      </w:r>
      <w:r>
        <w:t>, Hayat-e-Sahaba mein. Usse aapke andar yeh heavenly personality ko banne mein bahut zyada madad milegi. Allah taala hum sab logon ki madad farmaye, aameen. Aur hum log apni personality develop karein aur aakhirat mein Jannatul Firdaus mein jagah</w:t>
      </w:r>
    </w:p>
    <w:p>
      <w:pPr>
        <w:jc w:val="right"/>
      </w:pPr>
      <w:r>
        <w:t>, हयात सहाबा में। उससे आपके अंदर यह हेवनली पर्सनालिटी को बनने में बहुत ज्यादा मदद मिलेगी। अल्लाह ताला हम सब लोगों की मदद फरमाए, आमीन। और हम लोग अपनी पर्सनालिटी डेवलप करें और आखिरत में जन्नतुल फिरदौस में जगह</w:t>
      </w:r>
    </w:p>
    <w:p>
      <w:r>
        <w:rPr>
          <w:b/>
        </w:rPr>
        <w:t xml:space="preserve">[1:07:34] </w:t>
      </w:r>
      <w:r>
        <w:t>paayein, aameen. Jazaakallah aap. Aapne aaj bahut hi achha introduction diya paradise ke bare mein. Aur main keh sakta hoon ki hum sabke andar jannat ki talab aur bhi zyada badh gayi. Jazaakallah. So, before we end today session,</w:t>
      </w:r>
    </w:p>
    <w:p>
      <w:pPr>
        <w:jc w:val="right"/>
      </w:pPr>
      <w:r>
        <w:t>पाए, आमीन। जजाकल्लाह आप। आपने आज बहुत ही अच्छा इंट्रोडक्शन दिया पैराडाइस के बारे में। और मैं कह सकता हूं कि हम सबके अंदर जन्नत की तलब और भी ज्यादा बढ़ गई। जजाकल्लाह। सो, बिफोर वी एंड टुडे सेशन,</w:t>
      </w:r>
    </w:p>
    <w:p>
      <w:r>
        <w:rPr>
          <w:b/>
        </w:rPr>
        <w:t xml:space="preserve">[1:07:52] </w:t>
      </w:r>
      <w:r>
        <w:t>there is one important release of Maulana Wahiduddin Khan sahib book Quran wisdom.</w:t>
      </w:r>
    </w:p>
    <w:p>
      <w:pPr>
        <w:jc w:val="right"/>
      </w:pPr>
      <w:r>
        <w:t>देयर इज वन इंपॉर्टेंट रिलीज ऑफ मौलाना वैदुद्दीन खान साहब बुक कुरान वि</w:t>
      </w:r>
    </w:p>
    <w:p>
      <w:r>
        <w:rPr>
          <w:b/>
        </w:rPr>
        <w:t xml:space="preserve">[1:07:58] </w:t>
      </w:r>
      <w:r>
        <w:t>جدم۔ It's a very popular and very wide read book.</w:t>
      </w:r>
    </w:p>
    <w:p>
      <w:pPr>
        <w:jc w:val="right"/>
      </w:pPr>
      <w:r>
        <w:t>जडम। इट्स अ वेरी पॉपुलर एंड वेरी वाइड रेड बुक।</w:t>
      </w:r>
    </w:p>
    <w:p>
      <w:r>
        <w:rPr>
          <w:b/>
        </w:rPr>
        <w:t xml:space="preserve">[1:08:01] </w:t>
      </w:r>
      <w:r>
        <w:t>And we are releasing this book with a new design, with some changes and some important additions.</w:t>
      </w:r>
    </w:p>
    <w:p>
      <w:pPr>
        <w:jc w:val="right"/>
      </w:pPr>
      <w:r>
        <w:t>एंड वी आर रिलीजिंग दिस बुक विद अ न्यू डिजाइन, विद सम चेंजेज एंड सम इंपॉर्टेंट एडिशन।</w:t>
      </w:r>
    </w:p>
    <w:p>
      <w:r>
        <w:rPr>
          <w:b/>
        </w:rPr>
        <w:t xml:space="preserve">[1:08:09] </w:t>
      </w:r>
      <w:r>
        <w:t>the book is now available for</w:t>
      </w:r>
    </w:p>
    <w:p>
      <w:pPr>
        <w:jc w:val="right"/>
      </w:pPr>
      <w:r>
        <w:t>द बुक इज नाउ अवेलेबल फॉर</w:t>
      </w:r>
    </w:p>
    <w:p>
      <w:r>
        <w:rPr>
          <w:b/>
        </w:rPr>
        <w:t xml:space="preserve">[1:08:13] </w:t>
      </w:r>
      <w:r>
        <w:t>sharing it with as many people as possible in your circle.</w:t>
      </w:r>
    </w:p>
    <w:p>
      <w:pPr>
        <w:jc w:val="right"/>
      </w:pPr>
      <w:r>
        <w:t>शेयरिंग इट विद एज मेनी पीपल एस पॉसिबल इन योर सर्कल।</w:t>
      </w:r>
    </w:p>
    <w:p>
      <w:r>
        <w:rPr>
          <w:b/>
        </w:rPr>
        <w:t xml:space="preserve">[1:08:16] </w:t>
      </w:r>
      <w:r>
        <w:t>so, main request karunga doctor saniya stan khan sahab se ki yah quran wisdom ki book ko release</w:t>
      </w:r>
    </w:p>
    <w:p>
      <w:pPr>
        <w:jc w:val="right"/>
      </w:pPr>
      <w:r>
        <w:t>सो, मैं रिक्वेस्ट करूंगा डॉक्टर सानिया स्टेन खान साहब से कि यह कुरान विजडम की बुक को रिलीज</w:t>
      </w:r>
    </w:p>
    <w:p>
      <w:r>
        <w:rPr>
          <w:b/>
        </w:rPr>
        <w:t xml:space="preserve">[1:08:24] </w:t>
      </w:r>
      <w:r>
        <w:t>karen. doctor sahab,</w:t>
      </w:r>
    </w:p>
    <w:p>
      <w:pPr>
        <w:jc w:val="right"/>
      </w:pPr>
      <w:r>
        <w:t>करें। डॉक्टर साहब,</w:t>
      </w:r>
    </w:p>
    <w:p>
      <w:r>
        <w:rPr>
          <w:b/>
        </w:rPr>
        <w:t xml:space="preserve">[1:08:33] </w:t>
      </w:r>
      <w:r>
        <w:t>Bismillah Rehman Rahim. Mujhe bahut khushi ho rahi hai is kitab ko release karte hue, Quran wisdom, jo ke naye andaaz se dobara publish hui hai.</w:t>
      </w:r>
    </w:p>
    <w:p>
      <w:pPr>
        <w:jc w:val="right"/>
      </w:pPr>
      <w:r>
        <w:t>बिस्मिल्लाह रहमान रहीम। मुझे बहुत खुशी हो रही है इस किताब को रिलीज करते हुए, कुरान विजडम, जो कि नए अंदाज से दोबारा पब्लिश हुई है।</w:t>
      </w:r>
    </w:p>
    <w:p>
      <w:r>
        <w:rPr>
          <w:b/>
        </w:rPr>
        <w:t xml:space="preserve">[1:08:47] </w:t>
      </w:r>
      <w:r>
        <w:t>Yeh Maulana ki bahut hi ahim kitabon mein se ek kitab hai. Aur ek akhbar tha, Sunday Guardian. Usmein articles chhapa karte the. Kuch arse woh silsila chala. Toh woh articles ko compile karke yeh kitab banayi gayi. Aur ismein jo khaas baat hai, jo Maulana ka khaas pehlu bhi hai,</w:t>
      </w:r>
    </w:p>
    <w:p>
      <w:pPr>
        <w:jc w:val="right"/>
      </w:pPr>
      <w:r>
        <w:t>यह मौलाना की बहुत ही अहम किताबों में से एक किताब है। और एक अखबार था, संडे गार्डियन। उसमें आर्टिकल्स छपा करते थे। कुछ अरसे वह सिलसिला चला। तो वह आर्टिकल्स को कंपाइल करके यह किताब बनाई गई। और इसमें जो खास बात है, जो मौलाना का खास पहलू भी है,</w:t>
      </w:r>
    </w:p>
    <w:p>
      <w:r>
        <w:rPr>
          <w:b/>
        </w:rPr>
        <w:t xml:space="preserve">[1:09:10] </w:t>
      </w:r>
      <w:r>
        <w:t>woh yeh hai ke Quran ke deeper message ko samajhna.</w:t>
      </w:r>
    </w:p>
    <w:p>
      <w:pPr>
        <w:jc w:val="right"/>
      </w:pPr>
      <w:r>
        <w:t>वह यह है कि कुरान के डीपर मैसेज को समझना।</w:t>
      </w:r>
    </w:p>
    <w:p>
      <w:r>
        <w:rPr>
          <w:b/>
        </w:rPr>
        <w:t xml:space="preserve">[1:09:16] </w:t>
      </w:r>
      <w:r>
        <w:t>Yaani aam taur se aajkal log Quran ki tilawat karte hain Arabic mein bina samjhe aur samajhte hain ke isse bahut sawab hai. Kyunki Hadees mein aata hai ke ek-ek harf par sawab hai. Aur Prophet Muhammad Sallallahu Alaihi Wasallam ne kaha ke Alif par ek sawab, Laam par ek sawab, Meem par ek sawab. Taake log samjhein ke word nahi balki letter par sawab hai.</w:t>
      </w:r>
    </w:p>
    <w:p>
      <w:pPr>
        <w:jc w:val="right"/>
      </w:pPr>
      <w:r>
        <w:t>यानी आमतौर से आजकल लोग कुरान की तिलावत करते हैं अरेबिक में बिना समझे और समझते हैं कि इससे बहुत सवाब है। क्योंकि हदीस में आता है कि एक-एक हर्फ पर सवाब है। और प्रोफेट मोहम्मद सल्लल्लाहु अलैहि वसल्लम ने कहा कि अलिफ पर एक सवाब, लाम पर एक सवाब, मीम पर एक सवाब। ताकि लोग समझे कि वर्ड नहीं बल्कि लेटर पर सवाब है।</w:t>
      </w:r>
    </w:p>
    <w:p>
      <w:r>
        <w:rPr>
          <w:b/>
        </w:rPr>
        <w:t xml:space="preserve">[1:09:42] </w:t>
      </w:r>
      <w:r>
        <w:t>to us hadis ko bahut hi literally le liya logon ne.</w:t>
      </w:r>
    </w:p>
    <w:p>
      <w:pPr>
        <w:jc w:val="right"/>
      </w:pPr>
      <w:r>
        <w:t>तो उस हदीस को बहुत ही लिटरली ले लिया लोगों ने।</w:t>
      </w:r>
    </w:p>
    <w:p>
      <w:r>
        <w:rPr>
          <w:b/>
        </w:rPr>
        <w:t xml:space="preserve">[1:09:45] </w:t>
      </w:r>
      <w:r>
        <w:t>samjha ki quran ko aap padhiye, jitna zyada padhenge, utna zyada sawab hai.</w:t>
      </w:r>
    </w:p>
    <w:p>
      <w:pPr>
        <w:jc w:val="right"/>
      </w:pPr>
      <w:r>
        <w:t>समझा कि कुरान को आप पढ़िए, जितना ज्यादा पढ़ेंगे, उतना ज्यादा सवाब है।</w:t>
      </w:r>
    </w:p>
    <w:p>
      <w:r>
        <w:rPr>
          <w:b/>
        </w:rPr>
        <w:t xml:space="preserve">[1:09:51] </w:t>
      </w:r>
      <w:r>
        <w:t>yeh matlab nahi hai uska.</w:t>
      </w:r>
    </w:p>
    <w:p>
      <w:pPr>
        <w:jc w:val="right"/>
      </w:pPr>
      <w:r>
        <w:t>यह मतलब नहीं है उसका।</w:t>
      </w:r>
    </w:p>
    <w:p>
      <w:r>
        <w:rPr>
          <w:b/>
        </w:rPr>
        <w:t xml:space="preserve">[1:09:53] </w:t>
      </w:r>
      <w:r>
        <w:t>uska matlab yeh hai ki quran ko aap padhein, usko samjhein, uske deeper meaning tak pahunchein.</w:t>
      </w:r>
    </w:p>
    <w:p>
      <w:pPr>
        <w:jc w:val="right"/>
      </w:pPr>
      <w:r>
        <w:t>उसका मतलब यह है कि कुरान को आप पढ़ें, उसको समझें, उसके डीपर मीनिंग तक पहुंचे।</w:t>
      </w:r>
    </w:p>
    <w:p>
      <w:r>
        <w:rPr>
          <w:b/>
        </w:rPr>
        <w:t xml:space="preserve">[1:10:00] </w:t>
      </w:r>
      <w:r>
        <w:t>aur us us message ko, jo aapne drive kiya hai, us message ko apply karein apni zindagi mein.</w:t>
      </w:r>
    </w:p>
    <w:p>
      <w:pPr>
        <w:jc w:val="right"/>
      </w:pPr>
      <w:r>
        <w:t>और उस उस मैसेज को, जो आपने ड्राइव किया है, उस मैसेज को अप्लाई करें अपनी जिंदगी में।</w:t>
      </w:r>
    </w:p>
    <w:p>
      <w:r>
        <w:rPr>
          <w:b/>
        </w:rPr>
        <w:t xml:space="preserve">[1:10:08] </w:t>
      </w:r>
      <w:r>
        <w:t>tab hai sawab.</w:t>
      </w:r>
    </w:p>
    <w:p>
      <w:pPr>
        <w:jc w:val="right"/>
      </w:pPr>
      <w:r>
        <w:t>तब है सवाब।</w:t>
      </w:r>
    </w:p>
    <w:p>
      <w:r>
        <w:rPr>
          <w:b/>
        </w:rPr>
        <w:t xml:space="preserve">[1:10:09] </w:t>
      </w:r>
      <w:r>
        <w:t>wo wo hai matlab us hadees ka.</w:t>
      </w:r>
    </w:p>
    <w:p>
      <w:pPr>
        <w:jc w:val="right"/>
      </w:pPr>
      <w:r>
        <w:t>वो वो है मतलब उस हदीस का।</w:t>
      </w:r>
    </w:p>
    <w:p>
      <w:r>
        <w:rPr>
          <w:b/>
        </w:rPr>
        <w:t xml:space="preserve">[1:10:12] </w:t>
      </w:r>
      <w:r>
        <w:t>Toh Maulana ka hamesha yeh mauq raha hai aur bahut zyada is par zor raha hai ke Quran ke gehre maane ko samjhein. Balki Maulana ne iske liye kai examples di thi. Jaise ek baar bataya tha ke jaise iceberg hota hai, uski tip hoti hai. Ji, aur woh andar bahut bada hota hai, bahar toh bahut thoda nazar aata hai. Aise hi Quran ka maamla hai.</w:t>
      </w:r>
    </w:p>
    <w:p>
      <w:pPr>
        <w:jc w:val="right"/>
      </w:pPr>
      <w:r>
        <w:t>तो मौलाना का हमेशा यह मौक रहा है और बहुत ज्यादा इस पर जोर रहा है कि कुरान के गहरे माने को समझे। बल्कि मौलाना ने इसके लिए कई एग्जांपल्स दी थीं। जैसे एक बार बताया था कि जैसे आइसबर्ग होता है, उसकी टिप होती है। जी, और वो अंदर बहुत बड़ा होता है, बाहर तो बहुत थोड़ा नजर आता है। ऐसे ही कुरान का मामला है।</w:t>
      </w:r>
    </w:p>
    <w:p>
      <w:r>
        <w:rPr>
          <w:b/>
        </w:rPr>
        <w:t xml:space="preserve">[1:10:39] </w:t>
      </w:r>
      <w:r>
        <w:t>Toh Quran ke jo yeh words hain, yeh tip of the iceberg hain. Hum jo real meaning hai, jo real message hai, woh jisko Maulana ne wisdom kaha, Quran wisdom, woh aap jab gehrai se sochte hain, jisko tadabbur kaha gaya hai,</w:t>
      </w:r>
    </w:p>
    <w:p>
      <w:pPr>
        <w:jc w:val="right"/>
      </w:pPr>
      <w:r>
        <w:t>तो कुरान के जो ये वर्ड्स हैं, ये टिप ऑफ द आइसबर्ग हैं। हम जो रियल मीनिंग है, जो रियल मैसेज है, वो जिसको मौलाना ने विजडम कहा, कुरान विजडम, वो आप जब गहराई से सोचते हैं, जिसको तदब्बर कहा गया है,</w:t>
      </w:r>
    </w:p>
    <w:p>
      <w:r>
        <w:rPr>
          <w:b/>
        </w:rPr>
        <w:t xml:space="preserve">[1:10:54] </w:t>
      </w:r>
      <w:r>
        <w:t>tab aapke upar woh khulta hai. Tab aapki shakhsiyat banti hai aur change aata hai. Toh</w:t>
      </w:r>
    </w:p>
    <w:p>
      <w:pPr>
        <w:jc w:val="right"/>
      </w:pPr>
      <w:r>
        <w:t>तब आपके ऊपर वह खुलता है। तब आपकी शख्सियत बनती है और चेंज आता है। तो</w:t>
      </w:r>
    </w:p>
    <w:p>
      <w:r>
        <w:rPr>
          <w:b/>
        </w:rPr>
        <w:t xml:space="preserve">[1:11:02] </w:t>
      </w:r>
      <w:r>
        <w:t>main Allah Taala se dua karta hoon ke jinn logon ne is kitab ke publication mein aur isko banane mein taawun kiya, Allah Taala unko, unke liye</w:t>
      </w:r>
    </w:p>
    <w:p>
      <w:pPr>
        <w:jc w:val="right"/>
      </w:pPr>
      <w:r>
        <w:t>मैं अल्लाह ताला से दुआ करता हूं कि जिन लोगों ने इस किताब के पब्लिकेशन में और इसको बनाने में तावुन किया, अल्लाह ताला उनको, उनके लिए</w:t>
      </w:r>
    </w:p>
    <w:p>
      <w:r>
        <w:rPr>
          <w:b/>
        </w:rPr>
        <w:t xml:space="preserve">[1:11:17] </w:t>
      </w:r>
      <w:r>
        <w:t>Allah Taala unko jaza-e-khair de. Wa akhiru da'wana, alhamdulillah rabbil alameen,</w:t>
      </w:r>
    </w:p>
    <w:p>
      <w:pPr>
        <w:jc w:val="right"/>
      </w:pPr>
      <w:r>
        <w:t>अल्लाह ताला उनको जजाए खैर दे। वाख दवाना, अल्हम्दुलिल्लाह रब्बिल आलमीन,</w:t>
      </w:r>
    </w:p>
    <w:p>
      <w:r>
        <w:rPr>
          <w:b/>
        </w:rPr>
        <w:t xml:space="preserve">[1:11:22] </w:t>
      </w:r>
      <w:r>
        <w:t>Ameen. Aur Dr. sahib, ek experience maine bhi yeh kiya ke khaaskar jaise yeh Maulana sahib ki bahut hi zabardast kitab hai. Aur aapne jaise bataya ke aapne woh iceberg ka hawala diya ke 10 percent bahar rehta hai, 90 percent andar rehta hai. Toh deeper meaning jo hai Quran ka, woh insaan kis tarike se study karke, contemplate karke, samajhkar jee sakta hai.</w:t>
      </w:r>
    </w:p>
    <w:p>
      <w:pPr>
        <w:jc w:val="right"/>
      </w:pPr>
      <w:r>
        <w:t>आमीन। और डॉक्टर साहब, एक एक्सपीरियंस मैंने भी यह किया कि खासकर जैसे यह मौलाना साहब की बहुत ही जबरदस्त किताब है। और आपने जैसे बताया कि आपने वो आइसबर्ग का हवाला दिया कि 10 पर बाहर रहता है, 90 पर अंदर रहता है। तो डीपर मीनिंग जो है कुरान का, वो इंसान किस तरीके से स्टडी करके, कंटेंप्लेट करके, समझकर जी ले सकता है।</w:t>
      </w:r>
    </w:p>
    <w:p>
      <w:r>
        <w:rPr>
          <w:b/>
        </w:rPr>
        <w:t xml:space="preserve">[1:11:47] </w:t>
      </w:r>
      <w:r>
        <w:t>Toh yeh non-muslims particularly bahut pasand kari unhone yeh kitab. Kyunki Maulana ne ismein universal message, universal ek learning nikali hai. Har ayat se Quran aayi, poori insaniyat ke liye hai. Koi sirf Muslims ke liye toh aayi nahi woh, lekin woh pahunch nahi paayi poori insaniyat tak.</w:t>
      </w:r>
    </w:p>
    <w:p>
      <w:pPr>
        <w:jc w:val="right"/>
      </w:pPr>
      <w:r>
        <w:t>तो यह नॉन मुस्लिम्स पर्टिकुलर बहुत पसंद करी उन्होंने ये किताब। क्योंकि मौलाना ने इसमें यूनिवर्सल मैसेज, यूनिवर्सल एक लर्निंग निकाली है। हर आयत से कुरान आई, पूरी इंसानियत के लिए है। कोई सिर्फ मुस्लिम्स के लिए तो आई नहीं वो, लेकिन वो पहुंच नहीं पाई पूरी इंसानियत तक।</w:t>
      </w:r>
    </w:p>
    <w:p>
      <w:r>
        <w:rPr>
          <w:b/>
        </w:rPr>
        <w:t xml:space="preserve">[1:12:07] </w:t>
      </w:r>
      <w:r>
        <w:t>Toh Maulana ne bahut achhe se ismein se wisdom ki baatein nikalkar isko, isko likha hai. And a person from other faith is able to understand what this message of Quran is for them, for each one of them. So, it is very important that we gift this book to as many people as possible. Its very presentable also, and very presentable. Just one or two pages</w:t>
      </w:r>
    </w:p>
    <w:p>
      <w:pPr>
        <w:jc w:val="right"/>
      </w:pPr>
      <w:r>
        <w:t>तो मौलाना ने बहुत अच्छे से इसमें से विजडम की बातें निकालकर इसको, इसको लिखा है। एंड अ पर्सन फ्रॉम अदर फेथ इज एबल टू अंडरस्टैंड व्हाट दिस मैसेज ऑफ कुरान इज फॉर देम, फॉर ईच वन ऑफ देम। सो, इट इज वेरी इंपॉर्टेंट दैट वी गिफ्ट दिस बुक टू एज मेनी पीपल एज पॉसिबल। इट्स वेरी प्रेजेंटेबल आल्सो, एंड वेरी प्रेजेंटेबल। जस्ट वन और टू पेजेस</w:t>
      </w:r>
    </w:p>
    <w:p>
      <w:r>
        <w:rPr>
          <w:b/>
        </w:rPr>
        <w:t xml:space="preserve">[1:12:34] </w:t>
      </w:r>
      <w:r>
        <w:t>ji article, you can read within five minutes. Aur Dr. sahib, maine toh abhi yeh haath mein pakdi hai. Toh yeh bahut hi sundar hai aur bahut hi achhi hai. Iska cut, iske iski look and feel, yeh jo nayi look and feel aapne banayi hai, yeh Masha'Allah bahut hi zabardast hai. Alhamdulillah, jazakallah, ameen. Okay, so we will end today session. We will be back next Sunday 10:30 AM. Thank you.</w:t>
      </w:r>
    </w:p>
    <w:p>
      <w:pPr>
        <w:jc w:val="right"/>
      </w:pPr>
      <w:r>
        <w:t>जी आर्टिकल, यू कैन रीड विदन फाइव मिनट्स। और डॉक्टर साहब, मैंने तो अभी ये हाथ में पकड़ी है। तो यह बहुत ही सुंदर है और बहुत ही अच्छी है। इसका कट, इसके इसकी लुक एंड फील, ये जो नई लुक एंड फील आपने बनाई है, यह माशाल्लाह बहुत ही जबरदस्त है। अल्हम्दुलिल्लाह, जजाकल्लाह, आमीन। ओके, सो वी विल एंड टुडे सेशन। वी विल बी बैक नेक्स्ट संडे 10:30 एएम। थैंक 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