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Build a Heavenly Personality January 25, 2008 Maulana Wahiduddin Khan</w:t>
      </w:r>
    </w:p>
    <w:p>
      <w:r>
        <w:t>https://www.youtube.com/watch?v=FKjJyCNTdUY</w:t>
      </w:r>
    </w:p>
    <w:p>
      <w:r>
        <w:rPr>
          <w:b/>
        </w:rPr>
        <w:t xml:space="preserve">[00:10] </w:t>
      </w:r>
      <w:r>
        <w:t>bismillah-hir-rahman-nir-rahim, wa salla-llahu ala-n-nabiyyi-l-karim. rab-bish-rah-li sadri, wa yassir-li amri, wa-h-lul uqdatan min lisani, yafqahu qawli.</w:t>
      </w:r>
    </w:p>
    <w:p>
      <w:pPr>
        <w:jc w:val="right"/>
      </w:pPr>
      <w:r>
        <w:t>بسم اللہ الرحمن الرحیم، وصلی اللہ علی النبی الکریم۔ رب اشرح لی صدری، ویسر لی امری، واحل العقدۃ باللسانی، یفقہ قولی۔</w:t>
      </w:r>
    </w:p>
    <w:p>
      <w:r>
        <w:rPr>
          <w:b/>
        </w:rPr>
        <w:t xml:space="preserve">[00:31] </w:t>
      </w:r>
      <w:r>
        <w:t>The theme for the present talk is "how to build a heavenly personality".</w:t>
      </w:r>
    </w:p>
    <w:p>
      <w:pPr>
        <w:jc w:val="right"/>
      </w:pPr>
      <w:r>
        <w:t>دا تھیم فار دا پریزنٹ ٹاک از "ہاؤ ٹو بلڈ ا ہیونلی پرسنیلٹی"۔</w:t>
      </w:r>
    </w:p>
    <w:p>
      <w:r>
        <w:rPr>
          <w:b/>
        </w:rPr>
        <w:t xml:space="preserve">[00:47] </w:t>
      </w:r>
      <w:r>
        <w:t>yani jannati shakhsiyat kaise banen. its very important to know</w:t>
      </w:r>
    </w:p>
    <w:p>
      <w:pPr>
        <w:jc w:val="right"/>
      </w:pPr>
      <w:r>
        <w:t>یعنی جنتی شخصیت کیسے بنیں۔ اٹس ویری امپورٹنٹ ٹو نو</w:t>
      </w:r>
    </w:p>
    <w:p>
      <w:r>
        <w:rPr>
          <w:b/>
        </w:rPr>
        <w:t xml:space="preserve">[00:58] </w:t>
      </w:r>
      <w:r>
        <w:t>The answer to this question. There are so many misunderstandings regarding this issue.</w:t>
      </w:r>
    </w:p>
    <w:p>
      <w:pPr>
        <w:jc w:val="right"/>
      </w:pPr>
      <w:r>
        <w:t>دا انسر ٹو دس کوئسچن۔ دیر آر سو مینی مس انڈرسٹینڈنگ ریگارڈنگ دس ایشو۔</w:t>
      </w:r>
    </w:p>
    <w:p>
      <w:r>
        <w:rPr>
          <w:b/>
        </w:rPr>
        <w:t xml:space="preserve">[01:09] </w:t>
      </w:r>
      <w:r>
        <w:t>many, many misunderstandings. some people believe that if a person was born in a muslim family,</w:t>
      </w:r>
    </w:p>
    <w:p>
      <w:pPr>
        <w:jc w:val="right"/>
      </w:pPr>
      <w:r>
        <w:t>مینی، مینی مس انڈرسٹینڈنگ۔ سم پیپل بیلیو دیٹ اف ا پرسن واز بورن ان ا مسلم فیملی،</w:t>
      </w:r>
    </w:p>
    <w:p>
      <w:r>
        <w:rPr>
          <w:b/>
        </w:rPr>
        <w:t xml:space="preserve">[01:25] </w:t>
      </w:r>
      <w:r>
        <w:t>that is a birth certificate for him.</w:t>
      </w:r>
    </w:p>
    <w:p>
      <w:pPr>
        <w:jc w:val="right"/>
      </w:pPr>
      <w:r>
        <w:t>دیٹ از ا برتھ سرٹیفیکیٹ فار ہم۔</w:t>
      </w:r>
    </w:p>
    <w:p>
      <w:r>
        <w:rPr>
          <w:b/>
        </w:rPr>
        <w:t xml:space="preserve">[01:32] </w:t>
      </w:r>
      <w:r>
        <w:t>and he will eventually go to paradise. but it is wrong. it is jewish concept, it is not an islamic concept.</w:t>
      </w:r>
    </w:p>
    <w:p>
      <w:pPr>
        <w:jc w:val="right"/>
      </w:pPr>
      <w:r>
        <w:t>اینڈ ہی ویل ایونچولی گو ٹو پیراڈائز۔ بٹ اٹ از رونگ۔ اٹ از جوئش کانسیپٹ، اٹ از ناٹ این اسلامک کانسیپٹ۔</w:t>
      </w:r>
    </w:p>
    <w:p>
      <w:r>
        <w:rPr>
          <w:b/>
        </w:rPr>
        <w:t xml:space="preserve">[01:47] </w:t>
      </w:r>
      <w:r>
        <w:t>no one will be entitled for paradise simply by birth.</w:t>
      </w:r>
    </w:p>
    <w:p>
      <w:pPr>
        <w:jc w:val="right"/>
      </w:pPr>
      <w:r>
        <w:t>نو ون ویل بی انٹائٹل فار پیراڈائز سمپلی بائی برتھ۔</w:t>
      </w:r>
    </w:p>
    <w:p>
      <w:r>
        <w:rPr>
          <w:b/>
        </w:rPr>
        <w:t xml:space="preserve">[02:00] </w:t>
      </w:r>
      <w:r>
        <w:t>birth has no relevance in this regard. then some other people believe that if one, if a person says "la ilaha illallah muhammadur rasulullah", then he is entitled to go to paradise.</w:t>
      </w:r>
    </w:p>
    <w:p>
      <w:pPr>
        <w:jc w:val="right"/>
      </w:pPr>
      <w:r>
        <w:t>برتھ ہیز نو ریلیونس ان دس ریگارڈ۔ دین سم ادر پیپل بیلیو دیٹ اف ون، اف ا پرسن سیز "لا الہ الا اللہ محمد رسول اللہ"، دین ہی از انٹائٹل ٹو گو ٹو پیراڈائز۔</w:t>
      </w:r>
    </w:p>
    <w:p>
      <w:r>
        <w:rPr>
          <w:b/>
        </w:rPr>
        <w:t xml:space="preserve">[02:25] </w:t>
      </w:r>
      <w:r>
        <w:t>but also it is wrong. saying means lip service. so no lip service is important.</w:t>
      </w:r>
    </w:p>
    <w:p>
      <w:pPr>
        <w:jc w:val="right"/>
      </w:pPr>
      <w:r>
        <w:t>بٹ السو اٹ از رونگ۔ سینگ مینز لپ سروس۔ سو نو لپ سروس از امپورٹنٹ۔</w:t>
      </w:r>
    </w:p>
    <w:p>
      <w:r>
        <w:rPr>
          <w:b/>
        </w:rPr>
        <w:t xml:space="preserve">[02:40] </w:t>
      </w:r>
      <w:r>
        <w:t>no sir, no lip service gives you a certificate of paradise. lip service is nothing.</w:t>
      </w:r>
    </w:p>
    <w:p>
      <w:pPr>
        <w:jc w:val="right"/>
      </w:pPr>
      <w:r>
        <w:t>نو سر، نو لپ سروس گیوز یو ا سرٹیفیکیٹ اف پیراڈائز۔ لپ سروس از نتھنگ۔</w:t>
      </w:r>
    </w:p>
    <w:p>
      <w:r>
        <w:rPr>
          <w:b/>
        </w:rPr>
        <w:t xml:space="preserve">[02:51] </w:t>
      </w:r>
      <w:r>
        <w:t>you know what is the price of paradise?</w:t>
      </w:r>
    </w:p>
    <w:p>
      <w:pPr>
        <w:jc w:val="right"/>
      </w:pPr>
      <w:r>
        <w:t>یو نو واٹ از دا پرائس اف پیراڈائز؟</w:t>
      </w:r>
    </w:p>
    <w:p>
      <w:r>
        <w:rPr>
          <w:b/>
        </w:rPr>
        <w:t xml:space="preserve">[03:00] </w:t>
      </w:r>
      <w:r>
        <w:t>you yourself is the price of paradise. you yourself.</w:t>
      </w:r>
    </w:p>
    <w:p>
      <w:pPr>
        <w:jc w:val="right"/>
      </w:pPr>
      <w:r>
        <w:t>یو یور سیلف از دا پرائس اف پیراڈائز۔ یو یور سیلف۔</w:t>
      </w:r>
    </w:p>
    <w:p>
      <w:r>
        <w:rPr>
          <w:b/>
        </w:rPr>
        <w:t xml:space="preserve">[03:10] </w:t>
      </w:r>
      <w:r>
        <w:t>you have to sacrifice yourself. then you will be award paradise.</w:t>
      </w:r>
    </w:p>
    <w:p>
      <w:pPr>
        <w:jc w:val="right"/>
      </w:pPr>
      <w:r>
        <w:t>یو ہیو ٹو سیکریفائس یور سیلف۔ دین یو ویل بی اوارڈ پیراڈائز۔</w:t>
      </w:r>
    </w:p>
    <w:p>
      <w:r>
        <w:rPr>
          <w:b/>
        </w:rPr>
        <w:t xml:space="preserve">[03:24] </w:t>
      </w:r>
      <w:r>
        <w:t>it is true that "la ilaha illallah muhammadur rasulullah" is the key to paradise. but in what sense?</w:t>
      </w:r>
    </w:p>
    <w:p>
      <w:pPr>
        <w:jc w:val="right"/>
      </w:pPr>
      <w:r>
        <w:t>اٹ از ٹرو دیٹ "لا الہ الا اللہ محمد رسول اللہ" از دا کی ٹو پیراڈائز۔ بٹ ان واٹ سینس؟</w:t>
      </w:r>
    </w:p>
    <w:p>
      <w:r>
        <w:rPr>
          <w:b/>
        </w:rPr>
        <w:t xml:space="preserve">[03:36] </w:t>
      </w:r>
      <w:r>
        <w:t>this kalma is like eureka, eureka.</w:t>
      </w:r>
    </w:p>
    <w:p>
      <w:pPr>
        <w:jc w:val="right"/>
      </w:pPr>
      <w:r>
        <w:t>دس کلمہ از لائک یوریکا، یوریکا۔</w:t>
      </w:r>
    </w:p>
    <w:p>
      <w:r>
        <w:rPr>
          <w:b/>
        </w:rPr>
        <w:t xml:space="preserve">[03:45] </w:t>
      </w:r>
      <w:r>
        <w:t>one greek philosopher said eureka, eureka. but for him, eureka was a word of discovery.</w:t>
      </w:r>
    </w:p>
    <w:p>
      <w:pPr>
        <w:jc w:val="right"/>
      </w:pPr>
      <w:r>
        <w:t>ون گریک فلاسفر سیڈ یوریکا، یوریکا۔ بٹ فار ہم، یوریکا واز ا ورڈ اف ڈسکوری۔</w:t>
      </w:r>
    </w:p>
    <w:p>
      <w:r>
        <w:rPr>
          <w:b/>
        </w:rPr>
        <w:t xml:space="preserve">[04:02] </w:t>
      </w:r>
      <w:r>
        <w:t>a declaration of discovery. when he said that eureka, eureka, it means that he has discovered.</w:t>
      </w:r>
    </w:p>
    <w:p>
      <w:pPr>
        <w:jc w:val="right"/>
      </w:pPr>
      <w:r>
        <w:t>ا ڈیکلریشن اف ڈسکوری۔ وین ہی سیڈ دیٹ یوریکا، یوریکا، اٹ مینز دیٹ ہی ہیز ڈسکورڈ۔</w:t>
      </w:r>
    </w:p>
    <w:p>
      <w:r>
        <w:rPr>
          <w:b/>
        </w:rPr>
        <w:t xml:space="preserve">[04:16] </w:t>
      </w:r>
      <w:r>
        <w:t>he is a discoverer. so due to this discovery, he became a</w:t>
      </w:r>
    </w:p>
    <w:p>
      <w:pPr>
        <w:jc w:val="right"/>
      </w:pPr>
      <w:r>
        <w:t>ہی از ا ڈسکورر۔ سو ڈیو ٹو دس ڈسکوری، ہی بیکم ا</w:t>
      </w:r>
    </w:p>
    <w:p>
      <w:r>
        <w:rPr>
          <w:b/>
        </w:rPr>
        <w:t xml:space="preserve">[04:27] </w:t>
      </w:r>
      <w:r>
        <w:t>scientist of that discipline. not simply</w:t>
      </w:r>
    </w:p>
    <w:p>
      <w:pPr>
        <w:jc w:val="right"/>
      </w:pPr>
      <w:r>
        <w:t>سائنٹسٹ اف دیٹ ڈسپلن۔ ناٹ سمپلی</w:t>
      </w:r>
    </w:p>
    <w:p>
      <w:r>
        <w:rPr>
          <w:b/>
        </w:rPr>
        <w:t xml:space="preserve">[04:39] </w:t>
      </w:r>
      <w:r>
        <w:t>due to lip service. so is the case of kalma. it is, it is, it is correct if you see that kalma is the key to paradise.</w:t>
      </w:r>
    </w:p>
    <w:p>
      <w:pPr>
        <w:jc w:val="right"/>
      </w:pPr>
      <w:r>
        <w:t>ڈیو ٹو لپ سروس۔ سو از دا کیس اف کلمہ۔ اٹ از، اٹ از، اٹ از کریکٹ اف یو سی دیٹ کلمہ از دا کی ٹو پیراڈائز۔</w:t>
      </w:r>
    </w:p>
    <w:p>
      <w:r>
        <w:rPr>
          <w:b/>
        </w:rPr>
        <w:t xml:space="preserve">[04:58] </w:t>
      </w:r>
      <w:r>
        <w:t>but in what sense? in the sense of discovery, in sense of realization.</w:t>
      </w:r>
    </w:p>
    <w:p>
      <w:pPr>
        <w:jc w:val="right"/>
      </w:pPr>
      <w:r>
        <w:t>بٹ ان واٹ سینس؟ ان دا سینس اف ڈسکوری، ان سینس اف ریلائزیشن۔</w:t>
      </w:r>
    </w:p>
    <w:p>
      <w:r>
        <w:rPr>
          <w:b/>
        </w:rPr>
        <w:t xml:space="preserve">[05:07] </w:t>
      </w:r>
      <w:r>
        <w:t>that is called in arabic marifa, al-marifa.</w:t>
      </w:r>
    </w:p>
    <w:p>
      <w:pPr>
        <w:jc w:val="right"/>
      </w:pPr>
      <w:r>
        <w:t>دیٹ از کالڈ ان عربک معرفہ، المعرفہ۔</w:t>
      </w:r>
    </w:p>
    <w:p>
      <w:r>
        <w:rPr>
          <w:b/>
        </w:rPr>
        <w:t xml:space="preserve">[05:40] </w:t>
      </w:r>
      <w:r>
        <w:t>some verses from the quran. in these verses, you can see that some people were reward paradise simply by saying, bima qalu.</w:t>
      </w:r>
    </w:p>
    <w:p>
      <w:pPr>
        <w:jc w:val="right"/>
      </w:pPr>
      <w:r>
        <w:t>سم ورسز فرام دا قران۔ ان دیز ورسز، یو کین سی دیٹ سم پیپل ویر ریوارڈ پیراڈائز سمپلی بائی سینگ، بما قالو۔</w:t>
      </w:r>
    </w:p>
    <w:p>
      <w:r>
        <w:rPr>
          <w:b/>
        </w:rPr>
        <w:t xml:space="preserve">[05:53] </w:t>
      </w:r>
      <w:r>
        <w:t>but this call was not simply saying or lip service. it was an outcome of a brainstorm.</w:t>
      </w:r>
    </w:p>
    <w:p>
      <w:pPr>
        <w:jc w:val="right"/>
      </w:pPr>
      <w:r>
        <w:t>بٹ دس کال واز ناٹ سمپلی سینگ اور ڈپ سروس۔ اٹ واز این اؤٹ کم اف ا برین سٹارم۔</w:t>
      </w:r>
    </w:p>
    <w:p>
      <w:r>
        <w:rPr>
          <w:b/>
        </w:rPr>
        <w:t xml:space="preserve">[06:06] </w:t>
      </w:r>
      <w:r>
        <w:t>they discover the truth, they realize the truth. and then there was storm in their personality.</w:t>
      </w:r>
    </w:p>
    <w:p>
      <w:pPr>
        <w:jc w:val="right"/>
      </w:pPr>
      <w:r>
        <w:t>دے ڈسکور دا ٹروتھ، دے ریلائز دا ٹروتھ۔ اینڈ دین دیر واز سٹارم ان دیر پرسنیلٹی۔</w:t>
      </w:r>
    </w:p>
    <w:p>
      <w:r>
        <w:rPr>
          <w:b/>
        </w:rPr>
        <w:t xml:space="preserve">[06:22] </w:t>
      </w:r>
      <w:r>
        <w:t>they when they said this kalma, it was out of this storm, out of this intellectual revolution.</w:t>
      </w:r>
    </w:p>
    <w:p>
      <w:pPr>
        <w:jc w:val="right"/>
      </w:pPr>
      <w:r>
        <w:t>دے وین دے سیڈ دس کلمہ، اٹ واز اؤٹ اف دس سٹارم، اؤٹ اف دس انٹلیکچول ریولوشن۔</w:t>
      </w:r>
    </w:p>
    <w:p>
      <w:r>
        <w:rPr>
          <w:b/>
        </w:rPr>
        <w:t xml:space="preserve">[06:35] </w:t>
      </w:r>
      <w:r>
        <w:t>so i can say that kalma is a key to paradise, but in this sense.</w:t>
      </w:r>
    </w:p>
    <w:p>
      <w:pPr>
        <w:jc w:val="right"/>
      </w:pPr>
      <w:r>
        <w:t>سو ائی کین سی دیٹ کلمہ از ا کی ٹو پیراڈائز، بٹ ان دس سینس۔</w:t>
      </w:r>
    </w:p>
    <w:p>
      <w:r>
        <w:rPr>
          <w:b/>
        </w:rPr>
        <w:t xml:space="preserve">[06:45] </w:t>
      </w:r>
      <w:r>
        <w:t>that kalma means that kalma is an outcome of intellectual revolution, intellectual change, intellectual storm,</w:t>
      </w:r>
    </w:p>
    <w:p>
      <w:pPr>
        <w:jc w:val="right"/>
      </w:pPr>
      <w:r>
        <w:t>دیٹ کلمہ مینز دیٹ کلمہ از این اؤٹ کم اف انٹلیکچول ریولوشن، انٹلیکچول چینج، انٹلیکچول سٹارم،</w:t>
      </w:r>
    </w:p>
    <w:p>
      <w:r>
        <w:rPr>
          <w:b/>
        </w:rPr>
        <w:t xml:space="preserve">[07:00] </w:t>
      </w:r>
      <w:r>
        <w:t>intellectual realization, intellectual discovery. so kalma is just like eureka,</w:t>
      </w:r>
    </w:p>
    <w:p>
      <w:pPr>
        <w:jc w:val="right"/>
      </w:pPr>
      <w:r>
        <w:t>انٹلیکچول ریلائزیشن، انٹلیکچول ڈسکوری۔ سو کلمہ از جسٹ لائک یوریکا،</w:t>
      </w:r>
    </w:p>
    <w:p>
      <w:r>
        <w:rPr>
          <w:b/>
        </w:rPr>
        <w:t xml:space="preserve">[07:15] </w:t>
      </w:r>
      <w:r>
        <w:t>just like eureka. i have found, i have found. so these a beginning.</w:t>
      </w:r>
    </w:p>
    <w:p>
      <w:pPr>
        <w:jc w:val="right"/>
      </w:pPr>
      <w:r>
        <w:t>جسٹ لائک یوریکا۔ ائی ہیو فاؤنڈ، ائی ہیو فاؤنڈ۔ سو دیز اے بگننگ۔</w:t>
      </w:r>
    </w:p>
    <w:p>
      <w:r>
        <w:rPr>
          <w:b/>
        </w:rPr>
        <w:t xml:space="preserve">[07:31] </w:t>
      </w:r>
      <w:r>
        <w:t>any man or any woman who is a candidate for paradise, he must know, he or she must know that kalma is their beginning.</w:t>
      </w:r>
    </w:p>
    <w:p>
      <w:pPr>
        <w:jc w:val="right"/>
      </w:pPr>
      <w:r>
        <w:t>اینی مین اور اینی وومن ہو ایز ا کینڈیڈیٹ فار پیراڈائز، ہی مسٹ نو، ہی اور شی مسٹ نو دیٹ کلمہ از دیر بگننگ۔</w:t>
      </w:r>
    </w:p>
    <w:p>
      <w:r>
        <w:rPr>
          <w:b/>
        </w:rPr>
        <w:t xml:space="preserve">[07:48] </w:t>
      </w:r>
      <w:r>
        <w:t>that is realization, is their beginning, discovery is their beginning. from discovery or realization, their journey begins.</w:t>
      </w:r>
    </w:p>
    <w:p>
      <w:pPr>
        <w:jc w:val="right"/>
      </w:pPr>
      <w:r>
        <w:t>دیٹ از ریلائزیشن، از دیر بگننگ، ڈسکوری از دیر بگننگ۔ فرام ڈسکوری اور ریلائزیشن، دیر جرنی بگنز۔</w:t>
      </w:r>
    </w:p>
    <w:p>
      <w:r>
        <w:rPr>
          <w:b/>
        </w:rPr>
        <w:t xml:space="preserve">[08:02] </w:t>
      </w:r>
      <w:r>
        <w:t>then what happens? this kalma transforms your personality in complete sense of the word.</w:t>
      </w:r>
    </w:p>
    <w:p>
      <w:pPr>
        <w:jc w:val="right"/>
      </w:pPr>
      <w:r>
        <w:t>دین واٹ ہیپنز؟ دس کلمہ ٹرانسفارمز یور پرسنیلٹی ان کمپلیٹ سینس اف دا ورڈ۔</w:t>
      </w:r>
    </w:p>
    <w:p>
      <w:r>
        <w:rPr>
          <w:b/>
        </w:rPr>
        <w:t xml:space="preserve">[08:14] </w:t>
      </w:r>
      <w:r>
        <w:t>it changes your outlook, it changes your mind, it changes your, your way of thinking, it changes your behavior.</w:t>
      </w:r>
    </w:p>
    <w:p>
      <w:pPr>
        <w:jc w:val="right"/>
      </w:pPr>
      <w:r>
        <w:t>اٹ چینجز یور اؤٹ لک، اٹ چینجز یور مائنڈ، اٹ چینجز یور، یور وے اف تھنکنگ، اٹ چینجز یور بیہیویئر۔</w:t>
      </w:r>
    </w:p>
    <w:p>
      <w:r>
        <w:rPr>
          <w:b/>
        </w:rPr>
        <w:t xml:space="preserve">[08:29] </w:t>
      </w:r>
      <w:r>
        <w:t>it changes all the aspect of your life. you become completely a transformed person.</w:t>
      </w:r>
    </w:p>
    <w:p>
      <w:pPr>
        <w:jc w:val="right"/>
      </w:pPr>
      <w:r>
        <w:t>اٹ چینجز ال دا اسپیکٹ اف یور لائف۔ یو بیکمز کمپلیٹلی ا ٹرانسفارمڈ پرسن۔</w:t>
      </w:r>
    </w:p>
    <w:p>
      <w:r>
        <w:rPr>
          <w:b/>
        </w:rPr>
        <w:t xml:space="preserve">[08:44] </w:t>
      </w:r>
      <w:r>
        <w:t>here i recall a very relevant story.</w:t>
      </w:r>
    </w:p>
    <w:p>
      <w:pPr>
        <w:jc w:val="right"/>
      </w:pPr>
      <w:r>
        <w:t>ہیر ائی ریکال ا ویری ریلیونٹ سٹوری۔</w:t>
      </w:r>
    </w:p>
    <w:p>
      <w:r>
        <w:rPr>
          <w:b/>
        </w:rPr>
        <w:t xml:space="preserve">[08:50] </w:t>
      </w:r>
      <w:r>
        <w:t>once i happen to meet</w:t>
      </w:r>
    </w:p>
    <w:p>
      <w:pPr>
        <w:jc w:val="right"/>
      </w:pPr>
      <w:r>
        <w:t>ونس ائی ہیپن ٹو میٹ</w:t>
      </w:r>
    </w:p>
    <w:p>
      <w:r>
        <w:rPr>
          <w:b/>
        </w:rPr>
        <w:t xml:space="preserve">[08:56] </w:t>
      </w:r>
      <w:r>
        <w:t>an indian professor, he was a senior professor. and he served as a professor in america, in america, in some universities.</w:t>
      </w:r>
    </w:p>
    <w:p>
      <w:pPr>
        <w:jc w:val="right"/>
      </w:pPr>
      <w:r>
        <w:t>ان انڈین پروفیسر، ہی واز ا سینئر پروفیسر۔ اینڈ ہی سروڈ ایز ا پروفیسر ان امریکہ، ان امریکہ، ان سم یونیورسٹیز۔</w:t>
      </w:r>
    </w:p>
    <w:p>
      <w:r>
        <w:rPr>
          <w:b/>
        </w:rPr>
        <w:t xml:space="preserve">[09:10] </w:t>
      </w:r>
      <w:r>
        <w:t>so he told me that he send his application to that university, to that american university.</w:t>
      </w:r>
    </w:p>
    <w:p>
      <w:pPr>
        <w:jc w:val="right"/>
      </w:pPr>
      <w:r>
        <w:t>سو ہی ٹولڈ می دیٹ ہی سینڈ ہز ایپلیکیشن ٹو دیٹ یونیورسٹی، ٹو دیٹ امریکن یونیورسٹی۔</w:t>
      </w:r>
    </w:p>
    <w:p>
      <w:r>
        <w:rPr>
          <w:b/>
        </w:rPr>
        <w:t xml:space="preserve">[09:24] </w:t>
      </w:r>
      <w:r>
        <w:t>with all those documents, all those educational certificates, all those degrees.</w:t>
      </w:r>
    </w:p>
    <w:p>
      <w:pPr>
        <w:jc w:val="right"/>
      </w:pPr>
      <w:r>
        <w:t>ود ال دوز ڈاکومنٹس، ال دوز ایجوکیشنل سرٹیفیکیٹس، ال دوز ڈگریز۔</w:t>
      </w:r>
    </w:p>
    <w:p>
      <w:r>
        <w:rPr>
          <w:b/>
        </w:rPr>
        <w:t xml:space="preserve">[09:32] </w:t>
      </w:r>
      <w:r>
        <w:t>so after receiving his application,</w:t>
      </w:r>
    </w:p>
    <w:p>
      <w:pPr>
        <w:jc w:val="right"/>
      </w:pPr>
      <w:r>
        <w:t>سو افٹر ریسیونگ ہز ایپلیکیشن،</w:t>
      </w:r>
    </w:p>
    <w:p>
      <w:r>
        <w:rPr>
          <w:b/>
        </w:rPr>
        <w:t xml:space="preserve">[09:38] </w:t>
      </w:r>
      <w:r>
        <w:t>the university authorities accepted him for interview. so he was called for interview.</w:t>
      </w:r>
    </w:p>
    <w:p>
      <w:pPr>
        <w:jc w:val="right"/>
      </w:pPr>
      <w:r>
        <w:t>دا یونیورسٹی اتھارٹیز ایکسیپٹڈ ہم فار انٹرویو۔ سو ہی واز کالڈ فار انٹرویو۔</w:t>
      </w:r>
    </w:p>
    <w:p>
      <w:r>
        <w:rPr>
          <w:b/>
        </w:rPr>
        <w:t xml:space="preserve">[09:47] </w:t>
      </w:r>
      <w:r>
        <w:t>he received an invitation. and according to this invitation, he went to america. its very interesting story.</w:t>
      </w:r>
    </w:p>
    <w:p>
      <w:pPr>
        <w:jc w:val="right"/>
      </w:pPr>
      <w:r>
        <w:t>ہی ریسیوڈ این انویٹیشن۔ اینڈ اکارڈنگ ٹو دس انویٹیشن، ہی وینٹ ٹو امریکہ۔ اٹس ویری انٹرسٹنگ سٹوری۔</w:t>
      </w:r>
    </w:p>
    <w:p>
      <w:r>
        <w:rPr>
          <w:b/>
        </w:rPr>
        <w:t xml:space="preserve">[10:00] </w:t>
      </w:r>
      <w:r>
        <w:t>when he reach to american airport and alighted over there,</w:t>
      </w:r>
    </w:p>
    <w:p>
      <w:pPr>
        <w:jc w:val="right"/>
      </w:pPr>
      <w:r>
        <w:t>وین ہی ریچ ٹو امریکن ایئرپورٹ اینڈ الائٹڈ اوور دیر،</w:t>
      </w:r>
    </w:p>
    <w:p>
      <w:r>
        <w:rPr>
          <w:b/>
        </w:rPr>
        <w:t xml:space="preserve">[10:10] </w:t>
      </w:r>
      <w:r>
        <w:t>he found that there was an american waiting for him.</w:t>
      </w:r>
    </w:p>
    <w:p>
      <w:pPr>
        <w:jc w:val="right"/>
      </w:pPr>
      <w:r>
        <w:t>ہی فاؤنڈ دیٹ دیر واز این امریکن ویٹنگ فار ہم۔</w:t>
      </w:r>
    </w:p>
    <w:p>
      <w:r>
        <w:rPr>
          <w:b/>
        </w:rPr>
        <w:t xml:space="preserve">[10:17] </w:t>
      </w:r>
      <w:r>
        <w:t>that american said that i am</w:t>
      </w:r>
    </w:p>
    <w:p>
      <w:pPr>
        <w:jc w:val="right"/>
      </w:pPr>
      <w:r>
        <w:t>دیٹ امریکن سیڈ دیٹ ائی ایم</w:t>
      </w:r>
    </w:p>
    <w:p>
      <w:r>
        <w:rPr>
          <w:b/>
        </w:rPr>
        <w:t xml:space="preserve">[10:24] </w:t>
      </w:r>
      <w:r>
        <w:t>a servant in that university, i am here to receive you, i am deputed for this purpose. so i am here with my car.</w:t>
      </w:r>
    </w:p>
    <w:p>
      <w:pPr>
        <w:jc w:val="right"/>
      </w:pPr>
      <w:r>
        <w:t>ا سرونٹ ان دیٹ یونیورسٹی، ائی ایم ہیر ٹو ریسیو یو، ائی ایم ڈیپوٹیڈ فار دس پرپس۔ سو ائی ایم ہیر ود مائی کار۔</w:t>
      </w:r>
    </w:p>
    <w:p>
      <w:r>
        <w:rPr>
          <w:b/>
        </w:rPr>
        <w:t xml:space="preserve">[10:38] </w:t>
      </w:r>
      <w:r>
        <w:t>so this indian professor</w:t>
      </w:r>
    </w:p>
    <w:p>
      <w:pPr>
        <w:jc w:val="right"/>
      </w:pPr>
      <w:r>
        <w:t>سو دس انڈین پروفیسر</w:t>
      </w:r>
    </w:p>
    <w:p>
      <w:r>
        <w:rPr>
          <w:b/>
        </w:rPr>
        <w:t xml:space="preserve">[10:47] </w:t>
      </w:r>
      <w:r>
        <w:t>went to the university with this man. and then what happen? this man used to take him in his car everyday,</w:t>
      </w:r>
    </w:p>
    <w:p>
      <w:pPr>
        <w:jc w:val="right"/>
      </w:pPr>
      <w:r>
        <w:t>وینٹ ٹو دا یونیورسٹی ود دس مین۔ اینڈ دین واٹ ہیپن؟ دس مین یوز ٹو ٹیک ہم ان ہز کار ایوری ڈے،</w:t>
      </w:r>
    </w:p>
    <w:p>
      <w:r>
        <w:rPr>
          <w:b/>
        </w:rPr>
        <w:t xml:space="preserve">[11:06] </w:t>
      </w:r>
      <w:r>
        <w:t>from morning to the evening. and used to take him to every department of university.</w:t>
      </w:r>
    </w:p>
    <w:p>
      <w:pPr>
        <w:jc w:val="right"/>
      </w:pPr>
      <w:r>
        <w:t>فرام مارننگ ٹو دا ایوننگ۔ اینڈ یوز ٹو ٹیک ہم ٹو ایوری ڈیپارٹمنٹ اف یونیورسٹی۔</w:t>
      </w:r>
    </w:p>
    <w:p>
      <w:r>
        <w:rPr>
          <w:b/>
        </w:rPr>
        <w:t xml:space="preserve">[11:18] </w:t>
      </w:r>
      <w:r>
        <w:t>so he saw all those departments, like class room, library, dining hall, and sitting room,</w:t>
      </w:r>
    </w:p>
    <w:p>
      <w:pPr>
        <w:jc w:val="right"/>
      </w:pPr>
      <w:r>
        <w:t>سو ہی سا ال دوز ڈیپارٹمنٹس، لائک کلاس روم، لائبریری، ڈائننگ ہال، اینڈ سٹنگ روم،</w:t>
      </w:r>
    </w:p>
    <w:p>
      <w:r>
        <w:rPr>
          <w:b/>
        </w:rPr>
        <w:t xml:space="preserve">[11:33] </w:t>
      </w:r>
      <w:r>
        <w:t>and hostels. every aspect of the university. he went to these departments, he saw all those departments.</w:t>
      </w:r>
    </w:p>
    <w:p>
      <w:pPr>
        <w:jc w:val="right"/>
      </w:pPr>
      <w:r>
        <w:t>اینڈ ہاسٹلز۔ ایوری اسپیکٹ اف دا یونیورسٹی۔ ہی وینٹ ٹو دیز ڈیپارٹمنٹس، ہی سا ال دوز ڈیپارٹمنٹس۔</w:t>
      </w:r>
    </w:p>
    <w:p>
      <w:r>
        <w:rPr>
          <w:b/>
        </w:rPr>
        <w:t xml:space="preserve">[11:47] </w:t>
      </w:r>
      <w:r>
        <w:t>and that man was with him every time.</w:t>
      </w:r>
    </w:p>
    <w:p>
      <w:pPr>
        <w:jc w:val="right"/>
      </w:pPr>
      <w:r>
        <w:t>اینڈ دیٹ مین واز ود ہم ایوری ٹائم۔</w:t>
      </w:r>
    </w:p>
    <w:p>
      <w:r>
        <w:rPr>
          <w:b/>
        </w:rPr>
        <w:t xml:space="preserve">[11:54] </w:t>
      </w:r>
      <w:r>
        <w:t>after one week, he became curious. i am here from one week, and i was not interviewed.</w:t>
      </w:r>
    </w:p>
    <w:p>
      <w:pPr>
        <w:jc w:val="right"/>
      </w:pPr>
      <w:r>
        <w:t>افٹر ون ویک، ہی بیکم کیوریس۔ ائی ایم ہیر فرام ون ویک، اینڈ ائی واز ناٹ انٹرویوڈ۔</w:t>
      </w:r>
    </w:p>
    <w:p>
      <w:r>
        <w:rPr>
          <w:b/>
        </w:rPr>
        <w:t xml:space="preserve">[12:07] </w:t>
      </w:r>
      <w:r>
        <w:t>so he asked to the chairman of the university or head of the department. he said that i was invited for interview from your university.</w:t>
      </w:r>
    </w:p>
    <w:p>
      <w:pPr>
        <w:jc w:val="right"/>
      </w:pPr>
      <w:r>
        <w:t>سو ہی اسکڈ ٹو دا چیئرمین اف دا یونیورسٹی اور ہیڈ اف دا ڈیپارٹمنٹ۔ ہی سیڈ دیٹ ائی واز انوائٹڈ فار انٹرویو فرام یور یونیورسٹی۔</w:t>
      </w:r>
    </w:p>
    <w:p>
      <w:r>
        <w:rPr>
          <w:b/>
        </w:rPr>
        <w:t xml:space="preserve">[12:24] </w:t>
      </w:r>
      <w:r>
        <w:t>i am here from one week, but there is no interview. i am only</w:t>
      </w:r>
    </w:p>
    <w:p>
      <w:pPr>
        <w:jc w:val="right"/>
      </w:pPr>
      <w:r>
        <w:t>ائی ایم ہیر فرام ون ویک، بٹ دیر از نو انٹرویو۔ ائی ایم اونلی</w:t>
      </w:r>
    </w:p>
    <w:p>
      <w:r>
        <w:rPr>
          <w:b/>
        </w:rPr>
        <w:t xml:space="preserve">[12:34] </w:t>
      </w:r>
      <w:r>
        <w:t>seeing the universities departments. and then there is nothing.</w:t>
      </w:r>
    </w:p>
    <w:p>
      <w:pPr>
        <w:jc w:val="right"/>
      </w:pPr>
      <w:r>
        <w:t>سینگ دا یونیورسٹیز ڈیپارٹمنٹس۔ اینڈ دین دیر از نتھنگ۔</w:t>
      </w:r>
    </w:p>
    <w:p>
      <w:r>
        <w:rPr>
          <w:b/>
        </w:rPr>
        <w:t xml:space="preserve">[12:45] </w:t>
      </w:r>
      <w:r>
        <w:t>so the head of the department said, "your interview now has been finalized." he said, "how?</w:t>
      </w:r>
    </w:p>
    <w:p>
      <w:pPr>
        <w:jc w:val="right"/>
      </w:pPr>
      <w:r>
        <w:t>سو دا ہیڈ اف دا ڈیپارٹمنٹ سیڈ، "یور انٹرویو ناو ہیز بین فائنلائزڈ۔" ہی سیڈ، "ہاؤ؟</w:t>
      </w:r>
    </w:p>
    <w:p>
      <w:r>
        <w:rPr>
          <w:b/>
        </w:rPr>
        <w:t xml:space="preserve">[12:59] </w:t>
      </w:r>
      <w:r>
        <w:t>i never appear to any interviewer." he said that that man who received you at the airport, he was a professor of university,</w:t>
      </w:r>
    </w:p>
    <w:p>
      <w:pPr>
        <w:jc w:val="right"/>
      </w:pPr>
      <w:r>
        <w:t>ائی نیور اپیئر ٹو اینی انٹرویوور۔" ہی سیڈ دیٹ دیٹ مین ہو ریسیوڈ یو ایٹ دا ایئرپورٹ، ہی واز ا پروفیسر اف یونیورسٹی،</w:t>
      </w:r>
    </w:p>
    <w:p>
      <w:r>
        <w:rPr>
          <w:b/>
        </w:rPr>
        <w:t xml:space="preserve">[13:16] </w:t>
      </w:r>
      <w:r>
        <w:t>and he was your interviewer. His job was to take you in every department, only for the purpose, only for one purpose.</w:t>
      </w:r>
    </w:p>
    <w:p>
      <w:pPr>
        <w:jc w:val="right"/>
      </w:pPr>
      <w:r>
        <w:t>اینڈ ہی واز یور انٹرویوور۔ ہز جاب واز ٹو ٹیک یو ان ایوری ڈیپارٹمنٹ، اونلی فار دا پرپس، اونلی فار ون پرپس۔</w:t>
      </w:r>
    </w:p>
    <w:p>
      <w:r>
        <w:rPr>
          <w:b/>
        </w:rPr>
        <w:t xml:space="preserve">[13:32] </w:t>
      </w:r>
      <w:r>
        <w:t>that he wanted to see your behavior, your response.</w:t>
      </w:r>
    </w:p>
    <w:p>
      <w:pPr>
        <w:jc w:val="right"/>
      </w:pPr>
      <w:r>
        <w:t>دیٹ ہی وانٹڈ ٹو سی یور بیہیویئر، یور رسپانس۔</w:t>
      </w:r>
    </w:p>
    <w:p>
      <w:r>
        <w:rPr>
          <w:b/>
        </w:rPr>
        <w:t xml:space="preserve">[13:40] </w:t>
      </w:r>
      <w:r>
        <w:t>how well you behave in our university? So now we have, according to his report, according to his report, we have come to know that you are up to the standard of university.</w:t>
      </w:r>
    </w:p>
    <w:p>
      <w:pPr>
        <w:jc w:val="right"/>
      </w:pPr>
      <w:r>
        <w:t>ہاؤ ویل یو بیہیو ان اور یونیورسٹی؟ سو ناؤ وی ہیو، اکارڈنگ ٹو ہز رپورٹ، اکارڈنگ ٹو ہز رپورٹ، وی ہیو کم ٹو نو دیٹ یو ار اپ ٹو دا سٹینڈرڈ اف یونیورسٹی۔</w:t>
      </w:r>
    </w:p>
    <w:p>
      <w:r>
        <w:rPr>
          <w:b/>
        </w:rPr>
        <w:t xml:space="preserve">[13:58] </w:t>
      </w:r>
      <w:r>
        <w:t>we found you up to the university standard. So we have selected you. Now you can join the class by tomorrow.</w:t>
      </w:r>
    </w:p>
    <w:p>
      <w:pPr>
        <w:jc w:val="right"/>
      </w:pPr>
      <w:r>
        <w:t>وی فاؤنڈ یو اپ ٹو دا یونیورسٹی سٹینڈرڈ۔ سو وی ہیو سلیکٹڈ یو۔ ناؤ یو کین جوائن دا کلاس بائی ٹومارو۔</w:t>
      </w:r>
    </w:p>
    <w:p>
      <w:r>
        <w:rPr>
          <w:b/>
        </w:rPr>
        <w:t xml:space="preserve">[14:12] </w:t>
      </w:r>
      <w:r>
        <w:t>so when I had this story, I</w:t>
      </w:r>
    </w:p>
    <w:p>
      <w:pPr>
        <w:jc w:val="right"/>
      </w:pPr>
      <w:r>
        <w:t>سو وین ائی ہیڈ دس سٹوری، ائی</w:t>
      </w:r>
    </w:p>
    <w:p>
      <w:r>
        <w:rPr>
          <w:b/>
        </w:rPr>
        <w:t xml:space="preserve">[14:23] </w:t>
      </w:r>
      <w:r>
        <w:t>said that this is the same.</w:t>
      </w:r>
    </w:p>
    <w:p>
      <w:pPr>
        <w:jc w:val="right"/>
      </w:pPr>
      <w:r>
        <w:t>سیڈ دیٹ دس از دا سیم۔</w:t>
      </w:r>
    </w:p>
    <w:p>
      <w:r>
        <w:rPr>
          <w:b/>
        </w:rPr>
        <w:t xml:space="preserve">[14:31] </w:t>
      </w:r>
      <w:r>
        <w:t>here is the same method that is adopted by God for us same method.</w:t>
      </w:r>
    </w:p>
    <w:p>
      <w:pPr>
        <w:jc w:val="right"/>
      </w:pPr>
      <w:r>
        <w:t>ہیر از دا سیم میتھڈ دیٹ از اڈاپٹڈ بائی گاڈ فار اس سیم میتھڈ۔</w:t>
      </w:r>
    </w:p>
    <w:p>
      <w:r>
        <w:rPr>
          <w:b/>
        </w:rPr>
        <w:t xml:space="preserve">[14:41] </w:t>
      </w:r>
      <w:r>
        <w:t>how? God created a very beautiful world, that is paradise. A very beautiful world, perfect world, and ideal world.</w:t>
      </w:r>
    </w:p>
    <w:p>
      <w:pPr>
        <w:jc w:val="right"/>
      </w:pPr>
      <w:r>
        <w:t>ہاؤ؟ گاڈ کریٹڈ ا ویری بیوٹیفل ورلڈ، دیٹ از پیراڈائز۔ ا ویری بیوٹیفل ورلڈ، پرفیکٹ ورلڈ، اینڈ ائیڈیل ورلڈ۔</w:t>
      </w:r>
    </w:p>
    <w:p>
      <w:r>
        <w:rPr>
          <w:b/>
        </w:rPr>
        <w:t xml:space="preserve">[14:58] </w:t>
      </w:r>
      <w:r>
        <w:t>then he wanted to settle some people over there. He set a norm, he set a</w:t>
      </w:r>
    </w:p>
    <w:p>
      <w:pPr>
        <w:jc w:val="right"/>
      </w:pPr>
      <w:r>
        <w:t>دین ہی وانٹڈ ٹو سیٹل سم پیپل اوور دیر۔ ہی سیٹ ا نارم، ہی سیٹ ا</w:t>
      </w:r>
    </w:p>
    <w:p>
      <w:r>
        <w:rPr>
          <w:b/>
        </w:rPr>
        <w:t xml:space="preserve">[15:13] </w:t>
      </w:r>
      <w:r>
        <w:t>standard norm. And then God created this planet Earth. This planet Earth is</w:t>
      </w:r>
    </w:p>
    <w:p>
      <w:pPr>
        <w:jc w:val="right"/>
      </w:pPr>
      <w:r>
        <w:t>سٹینڈرڈ نارم۔ اینڈ دین گاڈ کریٹڈ دس پلینٹ ارتھ۔ دس پلینٹ ارتھ از</w:t>
      </w:r>
    </w:p>
    <w:p>
      <w:r>
        <w:rPr>
          <w:b/>
        </w:rPr>
        <w:t xml:space="preserve">[15:25] </w:t>
      </w:r>
      <w:r>
        <w:t>also a replica of that paradise. But the difference is that our world is a temporary world.</w:t>
      </w:r>
    </w:p>
    <w:p>
      <w:pPr>
        <w:jc w:val="right"/>
      </w:pPr>
      <w:r>
        <w:t>السو ا ریپلیکا اف دیٹ پیراڈائز۔ بٹ دا ڈیفرنس از دیٹ اور ورلڈ از ا ٹیمپرری ورلڈ۔</w:t>
      </w:r>
    </w:p>
    <w:p>
      <w:r>
        <w:rPr>
          <w:b/>
        </w:rPr>
        <w:t xml:space="preserve">[15:37] </w:t>
      </w:r>
      <w:r>
        <w:t>and paradise is a eternal world. Our world is a imperfect world.</w:t>
      </w:r>
    </w:p>
    <w:p>
      <w:pPr>
        <w:jc w:val="right"/>
      </w:pPr>
      <w:r>
        <w:t>اینڈ پیراڈائز از ا ایٹرنل ورلڈ۔ اور ورلڈ از ا امپرفیکٹ ورلڈ۔</w:t>
      </w:r>
    </w:p>
    <w:p>
      <w:r>
        <w:rPr>
          <w:b/>
        </w:rPr>
        <w:t xml:space="preserve">[15:48] </w:t>
      </w:r>
      <w:r>
        <w:t>and paradise is a perfect world.</w:t>
      </w:r>
    </w:p>
    <w:p>
      <w:pPr>
        <w:jc w:val="right"/>
      </w:pPr>
      <w:r>
        <w:t>اینڈ پیراڈائز از ا پرفیکٹ ورلڈ۔</w:t>
      </w:r>
    </w:p>
    <w:p>
      <w:r>
        <w:rPr>
          <w:b/>
        </w:rPr>
        <w:t xml:space="preserve">[15:55] </w:t>
      </w:r>
      <w:r>
        <w:t>so in this imperfect world, our temporary paradise, he settled us</w:t>
      </w:r>
    </w:p>
    <w:p>
      <w:pPr>
        <w:jc w:val="right"/>
      </w:pPr>
      <w:r>
        <w:t>سو ان دس امپرفیکٹ ورلڈ، اور ٹیمپرری پیراڈائز، ہی سیٹلڈ اس</w:t>
      </w:r>
    </w:p>
    <w:p>
      <w:r>
        <w:rPr>
          <w:b/>
        </w:rPr>
        <w:t xml:space="preserve">[16:06] </w:t>
      </w:r>
      <w:r>
        <w:t>only to see our behaviors. In during different relations, different activities. All those activities that are</w:t>
      </w:r>
    </w:p>
    <w:p>
      <w:pPr>
        <w:jc w:val="right"/>
      </w:pPr>
      <w:r>
        <w:t>اونلی ٹو سی اور بیہیویئرز۔ ان ڈیورنگ ڈفرنٹ ریلیشنز، ڈفرنٹ ایکٹیویٹیز۔ ال دوز ایکٹیویٹیز دیٹ ار</w:t>
      </w:r>
    </w:p>
    <w:p>
      <w:r>
        <w:rPr>
          <w:b/>
        </w:rPr>
        <w:t xml:space="preserve">[16:22] </w:t>
      </w:r>
      <w:r>
        <w:t>in the paradise. All those activities are here. All those activities.</w:t>
      </w:r>
    </w:p>
    <w:p>
      <w:pPr>
        <w:jc w:val="right"/>
      </w:pPr>
      <w:r>
        <w:t>ان دی پیراڈائز۔ ال دوز ایکٹیویٹیز ار ہیر۔ ال دوز ایکٹیویٹیز۔</w:t>
      </w:r>
    </w:p>
    <w:p>
      <w:r>
        <w:rPr>
          <w:b/>
        </w:rPr>
        <w:t xml:space="preserve">[16:33] </w:t>
      </w:r>
      <w:r>
        <w:t>social activities, family activities, and national activities. Eating, and</w:t>
      </w:r>
    </w:p>
    <w:p>
      <w:pPr>
        <w:jc w:val="right"/>
      </w:pPr>
      <w:r>
        <w:t>سوشل ایکٹیویٹیز، فیملی ایکٹیویٹیز، اینڈ نیشنل ایکٹیویٹیز۔ ایٹنگ، اینڈ</w:t>
      </w:r>
    </w:p>
    <w:p>
      <w:r>
        <w:rPr>
          <w:b/>
        </w:rPr>
        <w:t xml:space="preserve">[16:46] </w:t>
      </w:r>
      <w:r>
        <w:t>outing, and</w:t>
      </w:r>
    </w:p>
    <w:p>
      <w:pPr>
        <w:jc w:val="right"/>
      </w:pPr>
      <w:r>
        <w:t>اؤٹنگ، اینڈ</w:t>
      </w:r>
    </w:p>
    <w:p>
      <w:r>
        <w:rPr>
          <w:b/>
        </w:rPr>
        <w:t xml:space="preserve">[16:52] </w:t>
      </w:r>
      <w:r>
        <w:t>attending the meeting. And every, everything, everything you know in this world as a human activity is</w:t>
      </w:r>
    </w:p>
    <w:p>
      <w:pPr>
        <w:jc w:val="right"/>
      </w:pPr>
      <w:r>
        <w:t>اٹینڈنگ دا میٹنگ۔ اینڈ ایوری، ایوری تھنگ، ایوری تھنگ یو نو ان دس ورلڈ ایز ا ہیومن ایکٹیویٹی از</w:t>
      </w:r>
    </w:p>
    <w:p>
      <w:r>
        <w:rPr>
          <w:b/>
        </w:rPr>
        <w:t xml:space="preserve">[17:04] </w:t>
      </w:r>
      <w:r>
        <w:t>present in the paradise. So God almighty wanted to know your behavior</w:t>
      </w:r>
    </w:p>
    <w:p>
      <w:pPr>
        <w:jc w:val="right"/>
      </w:pPr>
      <w:r>
        <w:t>پریزنٹ ان دی پیراڈائز۔ سو گاڈ المالٹی وانٹڈ ٹو نو یور بیہیویئر</w:t>
      </w:r>
    </w:p>
    <w:p>
      <w:r>
        <w:rPr>
          <w:b/>
        </w:rPr>
        <w:t xml:space="preserve">[17:15] </w:t>
      </w:r>
      <w:r>
        <w:t>before entering paradise. Whether we fulfill that standard or not.</w:t>
      </w:r>
    </w:p>
    <w:p>
      <w:pPr>
        <w:jc w:val="right"/>
      </w:pPr>
      <w:r>
        <w:t>بیفور انٹرنگ پیراڈائز۔ ویدر وی فلفل دیٹ سٹینڈرڈ اور ناٹ۔</w:t>
      </w:r>
    </w:p>
    <w:p>
      <w:r>
        <w:rPr>
          <w:b/>
        </w:rPr>
        <w:t xml:space="preserve">[17:27] </w:t>
      </w:r>
      <w:r>
        <w:t>so those men and women who prove to be the who fulfill this standard, who are up to the standard of paradise in their behavior, in their speech, in their intention, in their activities.</w:t>
      </w:r>
    </w:p>
    <w:p>
      <w:pPr>
        <w:jc w:val="right"/>
      </w:pPr>
      <w:r>
        <w:t>سو دوز مین اینڈ وومن ہو پروف ٹو بی دا ہو فلفل دس سٹینڈرڈ، ہو ار اپ ٹو دا سٹینڈرڈ اف پیراڈائز ان دیر بیہیویئر، ان دیر سپیچ، ان دیر انٹینشن، ان دیر ایکٹیویٹیز۔</w:t>
      </w:r>
    </w:p>
    <w:p>
      <w:r>
        <w:rPr>
          <w:b/>
        </w:rPr>
        <w:t xml:space="preserve">[17:48] </w:t>
      </w:r>
      <w:r>
        <w:t>so those who were found up to the standard, they will be selected. They will be selected for settlement in paradise.</w:t>
      </w:r>
    </w:p>
    <w:p>
      <w:pPr>
        <w:jc w:val="right"/>
      </w:pPr>
      <w:r>
        <w:t>سو دوز ہو ویر فاؤنڈ اپ ٹو دا سٹینڈرڈ، دے ویل بی سلیکٹڈ۔ دے ویل بی سلیکٹڈ فار سیٹلمنٹ ان پیراڈائز۔</w:t>
      </w:r>
    </w:p>
    <w:p>
      <w:r>
        <w:rPr>
          <w:b/>
        </w:rPr>
        <w:t xml:space="preserve">[18:02] </w:t>
      </w:r>
      <w:r>
        <w:t>this is the scheme of God, this is the creation plan of God. All those concept that are in people's mind, that is a reduced form of paradise.</w:t>
      </w:r>
    </w:p>
    <w:p>
      <w:pPr>
        <w:jc w:val="right"/>
      </w:pPr>
      <w:r>
        <w:t>دس از دا اسکیم اف گاڈ، دس از دا کرشن پلان اف گاڈ۔ ال دوز کانسیپٹ دیٹ ار ان پیپلز مائنڈ، دیٹ از ا ریڈیوسڈ فارم اف پیراڈائز۔</w:t>
      </w:r>
    </w:p>
    <w:p>
      <w:r>
        <w:rPr>
          <w:b/>
        </w:rPr>
        <w:t xml:space="preserve">[18:19] </w:t>
      </w:r>
      <w:r>
        <w:t>those who believe that we are form, those who believe that we were born a Muslim, so we are, we are, so we are, we will go to paradise.</w:t>
      </w:r>
    </w:p>
    <w:p>
      <w:pPr>
        <w:jc w:val="right"/>
      </w:pPr>
      <w:r>
        <w:t>دوز ہو بیلیو دیٹ وی ار فارم، دوز ہو بیلیو دیٹ وی ویر بورن ا مسلم، سو وی ار، وی ار، سو وی ار، وی ویل گو ٹو پیراڈائز۔</w:t>
      </w:r>
    </w:p>
    <w:p>
      <w:r>
        <w:rPr>
          <w:b/>
        </w:rPr>
        <w:t xml:space="preserve">[18:33] </w:t>
      </w:r>
      <w:r>
        <w:t>that is under estimation of paradise. there is under estimation of the creation plan of God. those who believe that we have recited kalma, we recited Quran,</w:t>
      </w:r>
    </w:p>
    <w:p>
      <w:pPr>
        <w:jc w:val="right"/>
      </w:pPr>
      <w:r>
        <w:t>دیٹ از انڈر ایسٹیمیشن اف پیراڈائز۔ دیر از انڈر ایسٹیمیشن اف دا کرشن پلان اف گاڈ۔ دوز ہو بیلیو دیٹ وی ہیو ریسائیٹڈ کلمہ، وی ریسائیٹ قرآن،</w:t>
      </w:r>
    </w:p>
    <w:p>
      <w:r>
        <w:rPr>
          <w:b/>
        </w:rPr>
        <w:t xml:space="preserve">[18:49] </w:t>
      </w:r>
      <w:r>
        <w:t>we</w:t>
      </w:r>
    </w:p>
    <w:p>
      <w:pPr>
        <w:jc w:val="right"/>
      </w:pPr>
      <w:r>
        <w:t>وی</w:t>
      </w:r>
    </w:p>
    <w:p>
      <w:r>
        <w:rPr>
          <w:b/>
        </w:rPr>
        <w:t xml:space="preserve">[18:54] </w:t>
      </w:r>
      <w:r>
        <w:t>see namaz in according to the rituals. so all these things are nothing but a kind of under estimation of the creation plan of God.</w:t>
      </w:r>
    </w:p>
    <w:p>
      <w:pPr>
        <w:jc w:val="right"/>
      </w:pPr>
      <w:r>
        <w:t>سی نماز ان اکارڈنگ ٹو دا ریچولز۔ سو ال دیز تھنگز ار نتھنگ بٹ ا کائنڈ اف انڈر ایسٹیمیشن اف دا کرشن پلان اف گاڈ۔</w:t>
      </w:r>
    </w:p>
    <w:p>
      <w:r>
        <w:rPr>
          <w:b/>
        </w:rPr>
        <w:t xml:space="preserve">[19:12] </w:t>
      </w:r>
      <w:r>
        <w:t>it is under estimation, grave under estimation of the divine plan. so if you want to know what is paradise, who will be selected for paradise, who are deserving candidate for paradise.</w:t>
      </w:r>
    </w:p>
    <w:p>
      <w:pPr>
        <w:jc w:val="right"/>
      </w:pPr>
      <w:r>
        <w:t>اٹ از انڈر ایسٹیمیشن، گریو انڈر ایسٹیمیشن اف دی ڈیوائن پلان۔ سو اف یو وانٹ ٹو نو واٹ از پیراڈائز، ہو ویل بی سلیکٹڈ فار پیراڈائز، ہو ار ڈیزرونگ کینڈیڈیٹ فار پیراڈائز۔</w:t>
      </w:r>
    </w:p>
    <w:p>
      <w:r>
        <w:rPr>
          <w:b/>
        </w:rPr>
        <w:t xml:space="preserve">[19:31] </w:t>
      </w:r>
      <w:r>
        <w:t>if you want to know, you want to know sincerely about these questions.</w:t>
      </w:r>
    </w:p>
    <w:p>
      <w:pPr>
        <w:jc w:val="right"/>
      </w:pPr>
      <w:r>
        <w:t>اف یو وانٹ ٹو نو، یو وانٹ ٹو نو سنسیرلی اباؤٹ دیز کوسچنز۔</w:t>
      </w:r>
    </w:p>
    <w:p>
      <w:r>
        <w:rPr>
          <w:b/>
        </w:rPr>
        <w:t xml:space="preserve">[19:40] </w:t>
      </w:r>
      <w:r>
        <w:t>so first of all, you have to know what is the creation plan of God. it is the creation plan of God that gives you the knowledge of all these things.</w:t>
      </w:r>
    </w:p>
    <w:p>
      <w:pPr>
        <w:jc w:val="right"/>
      </w:pPr>
      <w:r>
        <w:t>سو فرسٹ اف ال، یو ہیو ٹو نو واٹ از دا کرشن پلان اف گاڈ۔ اٹ از دا کرشن پلان اف گاڈ دیٹ گیوز یو دا نالج اف ال دیز تھنگز۔</w:t>
      </w:r>
    </w:p>
    <w:p>
      <w:r>
        <w:rPr>
          <w:b/>
        </w:rPr>
        <w:t xml:space="preserve">[19:57] </w:t>
      </w:r>
      <w:r>
        <w:t>and creation plan of God is not a mystery. it is not some, is not a mysterious thing.</w:t>
      </w:r>
    </w:p>
    <w:p>
      <w:pPr>
        <w:jc w:val="right"/>
      </w:pPr>
      <w:r>
        <w:t>اینڈ کرشن پلان اف گاڈ از ناٹ ا مسٹری۔ اٹ از ناٹ سم، از ناٹ ا مسٹیریس تھنگ۔</w:t>
      </w:r>
    </w:p>
    <w:p>
      <w:r>
        <w:rPr>
          <w:b/>
        </w:rPr>
        <w:t xml:space="preserve">[20:06] </w:t>
      </w:r>
      <w:r>
        <w:t>it is clearly mentioned in the Quran. you know, Quran is the book.</w:t>
      </w:r>
    </w:p>
    <w:p>
      <w:pPr>
        <w:jc w:val="right"/>
      </w:pPr>
      <w:r>
        <w:t>اٹ از کلیئرلی مینشنڈ ان دا قرآن۔ یو نو، قرآن از دا بک۔</w:t>
      </w:r>
    </w:p>
    <w:p>
      <w:r>
        <w:rPr>
          <w:b/>
        </w:rPr>
        <w:t xml:space="preserve">[20:14] </w:t>
      </w:r>
      <w:r>
        <w:t>Quran is the word of God. and in the Quran, God has described his creation plan in detail, in very clear manner.</w:t>
      </w:r>
    </w:p>
    <w:p>
      <w:pPr>
        <w:jc w:val="right"/>
      </w:pPr>
      <w:r>
        <w:t>قرآن از دا ورڈ اف گاڈ۔ اینڈ ان دی قرآن، گاڈ ہیز ڈسکرائب ہز کرشن پلان ان ڈیٹیل، ان ویری کلیئر مینر۔</w:t>
      </w:r>
    </w:p>
    <w:p>
      <w:r>
        <w:rPr>
          <w:b/>
        </w:rPr>
        <w:t xml:space="preserve">[20:33] </w:t>
      </w:r>
      <w:r>
        <w:t>here I would like to refer a Quranic verse.</w:t>
      </w:r>
    </w:p>
    <w:p>
      <w:pPr>
        <w:jc w:val="right"/>
      </w:pPr>
      <w:r>
        <w:t>ہیر ائی وڈ لائک ٹو ریفر ا قرآنک ورس۔</w:t>
      </w:r>
    </w:p>
    <w:p>
      <w:r>
        <w:rPr>
          <w:b/>
        </w:rPr>
        <w:t xml:space="preserve">[20:47] </w:t>
      </w:r>
      <w:r>
        <w:t>Quran said, "zalka jaza man tazka."</w:t>
      </w:r>
    </w:p>
    <w:p>
      <w:pPr>
        <w:jc w:val="right"/>
      </w:pPr>
      <w:r>
        <w:t>قرآن سیڈ، "ذالک جزا من تزکا۔"</w:t>
      </w:r>
    </w:p>
    <w:p>
      <w:r>
        <w:rPr>
          <w:b/>
        </w:rPr>
        <w:t xml:space="preserve">[20:58] </w:t>
      </w:r>
      <w:r>
        <w:t>zalka you cannot find a verse in the Quran that says that paradise is for those who recited the kalma.</w:t>
      </w:r>
    </w:p>
    <w:p>
      <w:pPr>
        <w:jc w:val="right"/>
      </w:pPr>
      <w:r>
        <w:t>ذالک یو کانٹ ناٹ فائنڈ ا ورس ان دا قرآن دیٹ سیز دیٹ پیراڈائز از فار دوز ہو ریسائیٹڈ دا کلمہ۔</w:t>
      </w:r>
    </w:p>
    <w:p>
      <w:r>
        <w:rPr>
          <w:b/>
        </w:rPr>
        <w:t xml:space="preserve">[21:09] </w:t>
      </w:r>
      <w:r>
        <w:t>paradise for those who are born in Muslim family, not at all. paradise is for those who are member of that Muslim party, that Muslim jamaat, that Muslim group,</w:t>
      </w:r>
    </w:p>
    <w:p>
      <w:pPr>
        <w:jc w:val="right"/>
      </w:pPr>
      <w:r>
        <w:t>پیراڈائز فار دوز ہو ار بورن ان مسلم فیملی، ناٹ ایٹ ال۔ پیراڈائز از فار دوز ہو ار ممبر اف دیٹ مسلم پارٹی، دیٹ مسلم جماعت، دیٹ مسلم گروپ،</w:t>
      </w:r>
    </w:p>
    <w:p>
      <w:r>
        <w:rPr>
          <w:b/>
        </w:rPr>
        <w:t xml:space="preserve">[21:25] </w:t>
      </w:r>
      <w:r>
        <w:t>not at all. in this Quranic verse, you can find the criteria. what is the criteria? zalka jaza man tazka.</w:t>
      </w:r>
    </w:p>
    <w:p>
      <w:pPr>
        <w:jc w:val="right"/>
      </w:pPr>
      <w:r>
        <w:t>ناٹ ایٹ ال۔ ان دس قرآنک ورس، یو کین فائنڈ دا کرائٹیریا۔ واٹ از دا کرائٹیریا؟ ذالک جزا من تزکا۔</w:t>
      </w:r>
    </w:p>
    <w:p>
      <w:r>
        <w:rPr>
          <w:b/>
        </w:rPr>
        <w:t xml:space="preserve">[21:39] </w:t>
      </w:r>
      <w:r>
        <w:t>it means that paradise is only for those people who are purified people.</w:t>
      </w:r>
    </w:p>
    <w:p>
      <w:pPr>
        <w:jc w:val="right"/>
      </w:pPr>
      <w:r>
        <w:t>اٹ مینز دیٹ پیراڈائز از اونلی فار دوز پیپل ہو ار پیوریفائیڈ پیپل۔</w:t>
      </w:r>
    </w:p>
    <w:p>
      <w:r>
        <w:rPr>
          <w:b/>
        </w:rPr>
        <w:t xml:space="preserve">[21:51] </w:t>
      </w:r>
      <w:r>
        <w:t>only purified persons will go to paradise. zalka jaza man tazka. only purified person will go to paradise.</w:t>
      </w:r>
    </w:p>
    <w:p>
      <w:pPr>
        <w:jc w:val="right"/>
      </w:pPr>
      <w:r>
        <w:t>اونلی پیوریفائیڈ پرسنز ویل گو ٹو پیراڈائز۔ ذالک جزا من تزکا۔ اونلی پیوریفائیڈ پرسن ویل گو ٹو پیراڈائز۔</w:t>
      </w:r>
    </w:p>
    <w:p>
      <w:r>
        <w:rPr>
          <w:b/>
        </w:rPr>
        <w:t xml:space="preserve">[22:04] </w:t>
      </w:r>
      <w:r>
        <w:t>now, what is purification? what is purified personality? you know, in this world,</w:t>
      </w:r>
    </w:p>
    <w:p>
      <w:pPr>
        <w:jc w:val="right"/>
      </w:pPr>
      <w:r>
        <w:t>ناؤ، واٹ از پیوریفیکیشن؟ واٹ از پیوریفائیڈ پرسنیلٹی؟ یو نو، ان دس ورلڈ،</w:t>
      </w:r>
    </w:p>
    <w:p>
      <w:r>
        <w:rPr>
          <w:b/>
        </w:rPr>
        <w:t xml:space="preserve">[22:17] </w:t>
      </w:r>
      <w:r>
        <w:t>we are born as a, as a, we will born with the freedom, complete freedom. we enjoy complete freedom.</w:t>
      </w:r>
    </w:p>
    <w:p>
      <w:pPr>
        <w:jc w:val="right"/>
      </w:pPr>
      <w:r>
        <w:t>وی ار بورن ایز اے، ایز اے، وی ویل بورن ود دا فریڈم، کمپلیٹ فریڈم۔ وی انجوائے کمپلیٹ فریڈم۔</w:t>
      </w:r>
    </w:p>
    <w:p>
      <w:r>
        <w:rPr>
          <w:b/>
        </w:rPr>
        <w:t xml:space="preserve">[22:29] </w:t>
      </w:r>
      <w:r>
        <w:t>so the first test is that we must surrender before God.</w:t>
      </w:r>
    </w:p>
    <w:p>
      <w:pPr>
        <w:jc w:val="right"/>
      </w:pPr>
      <w:r>
        <w:t>سو دا فرسٹ ٹیسٹ از دیٹ وی مسٹ سرینڈر بیفور گاڈ۔</w:t>
      </w:r>
    </w:p>
    <w:p>
      <w:r>
        <w:rPr>
          <w:b/>
        </w:rPr>
        <w:t xml:space="preserve">[22:40] </w:t>
      </w:r>
      <w:r>
        <w:t>we have to surrender our freedom, our choice.</w:t>
      </w:r>
    </w:p>
    <w:p>
      <w:pPr>
        <w:jc w:val="right"/>
      </w:pPr>
      <w:r>
        <w:t>وی ہیو ٹو سرینڈر اور فریڈم، اور چوائس۔</w:t>
      </w:r>
    </w:p>
    <w:p>
      <w:r>
        <w:rPr>
          <w:b/>
        </w:rPr>
        <w:t xml:space="preserve">[22:50] </w:t>
      </w:r>
      <w:r>
        <w:t>we have to obey God's commandant, God's command by our own choice, without any compulsion.</w:t>
      </w:r>
    </w:p>
    <w:p>
      <w:pPr>
        <w:jc w:val="right"/>
      </w:pPr>
      <w:r>
        <w:t>وی ہیو ٹو اوبے گاڈز کمانڈنٹ، گاڈز کمانڈ بائی اور اون چوائس، وداؤٹ اینی کمپلشن۔</w:t>
      </w:r>
    </w:p>
    <w:p>
      <w:r>
        <w:rPr>
          <w:b/>
        </w:rPr>
        <w:t xml:space="preserve">[23:00] </w:t>
      </w:r>
      <w:r>
        <w:t>here is the first test. we are free. we enjoy freedom.</w:t>
      </w:r>
    </w:p>
    <w:p>
      <w:pPr>
        <w:jc w:val="right"/>
      </w:pPr>
      <w:r>
        <w:t>ہیر از دا فرسٹ ٹیسٹ۔ وی ار فری۔ وی انجوائے فریڈم۔</w:t>
      </w:r>
    </w:p>
    <w:p>
      <w:r>
        <w:rPr>
          <w:b/>
        </w:rPr>
        <w:t xml:space="preserve">[23:11] </w:t>
      </w:r>
      <w:r>
        <w:t>but this freedom is as a test paper. this freedom is not as a reward, is not as a blessing.</w:t>
      </w:r>
    </w:p>
    <w:p>
      <w:pPr>
        <w:jc w:val="right"/>
      </w:pPr>
      <w:r>
        <w:t>بٹ دس فریڈم از ایز ا ٹیسٹ پیپر۔ دس فریڈم از ناٹ ایز ا ریوارڈ، از ناٹ ایز ا بلیسنگ۔</w:t>
      </w:r>
    </w:p>
    <w:p>
      <w:r>
        <w:rPr>
          <w:b/>
        </w:rPr>
        <w:t xml:space="preserve">[23:22] </w:t>
      </w:r>
      <w:r>
        <w:t>no, this freedom is a test paper. this freedom was given us only for test, not as a reward.</w:t>
      </w:r>
    </w:p>
    <w:p>
      <w:pPr>
        <w:jc w:val="right"/>
      </w:pPr>
      <w:r>
        <w:t>نو، دس فریڈم از ا ٹیسٹ پیپر۔ دس فریڈم واز گیون اس اونلی فار ٹیسٹ، ناٹ ایز ا ریوارڈ۔</w:t>
      </w:r>
    </w:p>
    <w:p>
      <w:r>
        <w:rPr>
          <w:b/>
        </w:rPr>
        <w:t xml:space="preserve">[23:35] </w:t>
      </w:r>
      <w:r>
        <w:t>so we have to know this fact.</w:t>
      </w:r>
    </w:p>
    <w:p>
      <w:pPr>
        <w:jc w:val="right"/>
      </w:pPr>
      <w:r>
        <w:t>سو وی ہیو ٹو نو دس فیکٹ۔</w:t>
      </w:r>
    </w:p>
    <w:p>
      <w:r>
        <w:rPr>
          <w:b/>
        </w:rPr>
        <w:t xml:space="preserve">[23:44] </w:t>
      </w:r>
      <w:r>
        <w:t>we are not allowed to misuse our freedom. we are not allowed to misuse our freedom. we have to use our freedom properly, just according to the god's commandment.</w:t>
      </w:r>
    </w:p>
    <w:p>
      <w:pPr>
        <w:jc w:val="right"/>
      </w:pPr>
      <w:r>
        <w:t>وی ار ناٹ الاؤڈ ٹو مس یوز اور فریڈم۔ وی ار ناٹ الاؤڈ ٹو مس یوز اور فریڈم۔ وی ہیو ٹو یوز اور فریڈم پراپرلی، جسٹ اکارڈنگ ٹو دا گاڈز کمانڈمنٹ۔</w:t>
      </w:r>
    </w:p>
    <w:p>
      <w:r>
        <w:rPr>
          <w:b/>
        </w:rPr>
        <w:t xml:space="preserve">[24:06] </w:t>
      </w:r>
      <w:r>
        <w:t>deen,</w:t>
      </w:r>
    </w:p>
    <w:p>
      <w:pPr>
        <w:jc w:val="right"/>
      </w:pPr>
      <w:r>
        <w:t>دین،</w:t>
      </w:r>
    </w:p>
    <w:p>
      <w:r>
        <w:rPr>
          <w:b/>
        </w:rPr>
        <w:t xml:space="preserve">[24:10] </w:t>
      </w:r>
      <w:r>
        <w:t>deen you know, we were born with some, some, we were born with different kind of desires.</w:t>
      </w:r>
    </w:p>
    <w:p>
      <w:pPr>
        <w:jc w:val="right"/>
      </w:pPr>
      <w:r>
        <w:t>دین یو نو، وی ویر بورن ود سم، سم، وی ویر بورن ود ڈفرنٹ کائنڈ اف ڈیزائرز۔</w:t>
      </w:r>
    </w:p>
    <w:p>
      <w:r>
        <w:rPr>
          <w:b/>
        </w:rPr>
        <w:t xml:space="preserve">[24:23] </w:t>
      </w:r>
      <w:r>
        <w:t>desires, there are so many desires: anger, and lust, and selfishness, and hate, and revenge.</w:t>
      </w:r>
    </w:p>
    <w:p>
      <w:pPr>
        <w:jc w:val="right"/>
      </w:pPr>
      <w:r>
        <w:t>ڈیزائرز، دیر ار سو مینی ڈیزائرز: اینگر، اینڈ لسٹ، اینڈ سیلفشنس، اینڈ ہیٹ، اینڈ ریونج۔</w:t>
      </w:r>
    </w:p>
    <w:p>
      <w:r>
        <w:rPr>
          <w:b/>
        </w:rPr>
        <w:t xml:space="preserve">[24:43] </w:t>
      </w:r>
      <w:r>
        <w:t>all those things, there are so many desires. we were born with desires. now, these desires are not evil.</w:t>
      </w:r>
    </w:p>
    <w:p>
      <w:pPr>
        <w:jc w:val="right"/>
      </w:pPr>
      <w:r>
        <w:t>ال دوز تھنگز، دیر ار سو مینی ڈیزائرز۔ وی ویر بورن ود ڈیزائرز۔ ناؤ، دیز ڈیزائرز ار ناٹ ایول۔</w:t>
      </w:r>
    </w:p>
    <w:p>
      <w:r>
        <w:rPr>
          <w:b/>
        </w:rPr>
        <w:t xml:space="preserve">[24:53] </w:t>
      </w:r>
      <w:r>
        <w:t>no, these desires are also given us as test papers. god almighty wants to know where we, whether we succumb to our desires,</w:t>
      </w:r>
    </w:p>
    <w:p>
      <w:pPr>
        <w:jc w:val="right"/>
      </w:pPr>
      <w:r>
        <w:t>نو، دیز ڈیزائرز ار السو گیون اس ایز ٹیسٹ پیپرز۔ گاڈ المالٹی وانٹس ٹو نو ویر وی، ویدر وی سکم ٹو اور ڈیزائرز،</w:t>
      </w:r>
    </w:p>
    <w:p>
      <w:r>
        <w:rPr>
          <w:b/>
        </w:rPr>
        <w:t xml:space="preserve">[25:09] </w:t>
      </w:r>
      <w:r>
        <w:t>or we successfully controlled our desires. so, so the test is here.</w:t>
      </w:r>
    </w:p>
    <w:p>
      <w:pPr>
        <w:jc w:val="right"/>
      </w:pPr>
      <w:r>
        <w:t>اور وی سکسیس فلی کنٹرولڈ اور ڈیزائرز۔ سو، سو دا ٹیسٹ از ہیر۔</w:t>
      </w:r>
    </w:p>
    <w:p>
      <w:r>
        <w:rPr>
          <w:b/>
        </w:rPr>
        <w:t xml:space="preserve">[25:21] </w:t>
      </w:r>
      <w:r>
        <w:t>we have to control our anger. we have to control our lust.</w:t>
      </w:r>
    </w:p>
    <w:p>
      <w:pPr>
        <w:jc w:val="right"/>
      </w:pPr>
      <w:r>
        <w:t>وی ہیو ٹو کنٹرول اور اینگر۔ وی ہیو ٹو کنٹرول اور لسٹ۔</w:t>
      </w:r>
    </w:p>
    <w:p>
      <w:r>
        <w:rPr>
          <w:b/>
        </w:rPr>
        <w:t xml:space="preserve">[25:29] </w:t>
      </w:r>
      <w:r>
        <w:t>we have to control our intolerance. we have to control our our anger.</w:t>
      </w:r>
    </w:p>
    <w:p>
      <w:pPr>
        <w:jc w:val="right"/>
      </w:pPr>
      <w:r>
        <w:t>وی ہیو ٹو کنٹرول اور انٹولرنس۔ وی ہیو ٹو کنٹرول اور اور اینگر۔</w:t>
      </w:r>
    </w:p>
    <w:p>
      <w:r>
        <w:rPr>
          <w:b/>
        </w:rPr>
        <w:t xml:space="preserve">[25:42] </w:t>
      </w:r>
      <w:r>
        <w:t>we have to control our our</w:t>
      </w:r>
    </w:p>
    <w:p>
      <w:pPr>
        <w:jc w:val="right"/>
      </w:pPr>
      <w:r>
        <w:t>وی ہیو ٹو کنٹرول اور اور</w:t>
      </w:r>
    </w:p>
    <w:p>
      <w:r>
        <w:rPr>
          <w:b/>
        </w:rPr>
        <w:t xml:space="preserve">[25:49] </w:t>
      </w:r>
      <w:r>
        <w:t>our feeling about injustice. we have to control our negative thoughts.</w:t>
      </w:r>
    </w:p>
    <w:p>
      <w:pPr>
        <w:jc w:val="right"/>
      </w:pPr>
      <w:r>
        <w:t>اور فیلنگ اباؤٹ انجسٹس۔ وی ہیو ٹو کنٹرول اور نیگیٹیو تھاٹس۔</w:t>
      </w:r>
    </w:p>
    <w:p>
      <w:r>
        <w:rPr>
          <w:b/>
        </w:rPr>
        <w:t xml:space="preserve">[26:00] </w:t>
      </w:r>
      <w:r>
        <w:t>all these things are interwoven in our personality by birth. but for what? not to enjoy, but to control.</w:t>
      </w:r>
    </w:p>
    <w:p>
      <w:pPr>
        <w:jc w:val="right"/>
      </w:pPr>
      <w:r>
        <w:t>ال دیز تھنگز ار انٹروون ان اور پرسنیلٹی بائی برتھ۔ بٹ فار واٹ؟ ناٹ ٹو انجوائے، بٹ ٹو کنٹرول۔</w:t>
      </w:r>
    </w:p>
    <w:p>
      <w:r>
        <w:rPr>
          <w:b/>
        </w:rPr>
        <w:t xml:space="preserve">[26:15] </w:t>
      </w:r>
      <w:r>
        <w:t>desires are not simply for enjoyment. no, desires are test papers. we are required to control our desire.</w:t>
      </w:r>
    </w:p>
    <w:p>
      <w:pPr>
        <w:jc w:val="right"/>
      </w:pPr>
      <w:r>
        <w:t>ڈیزائرز ار ناٹ سمپلی فار انجوائے منٹ۔ نو، ڈیزائرز ار ٹیسٹ پیپرز۔ وی ار ریکوائرڈ ٹو کنٹرول اور ڈیزائر۔</w:t>
      </w:r>
    </w:p>
    <w:p>
      <w:r>
        <w:rPr>
          <w:b/>
        </w:rPr>
        <w:t xml:space="preserve">[26:28] </w:t>
      </w:r>
      <w:r>
        <w:t>ya we are required, we are required to manage our desires.</w:t>
      </w:r>
    </w:p>
    <w:p>
      <w:pPr>
        <w:jc w:val="right"/>
      </w:pPr>
      <w:r>
        <w:t>یا وی ار ریکوائرڈ، وی ار ریکوائرڈ ٹو مینج اور ڈیزائرز۔</w:t>
      </w:r>
    </w:p>
    <w:p>
      <w:r>
        <w:rPr>
          <w:b/>
        </w:rPr>
        <w:t xml:space="preserve">[26:35] </w:t>
      </w:r>
      <w:r>
        <w:t>we are required to to live up, live as a man of principle.</w:t>
      </w:r>
    </w:p>
    <w:p>
      <w:pPr>
        <w:jc w:val="right"/>
      </w:pPr>
      <w:r>
        <w:t>وی ار ریکوائرڈ ٹو ٹو لیو اپ، لیو ایز اے مین اف پرنسپل۔</w:t>
      </w:r>
    </w:p>
    <w:p>
      <w:r>
        <w:rPr>
          <w:b/>
        </w:rPr>
        <w:t xml:space="preserve">[26:47] </w:t>
      </w:r>
      <w:r>
        <w:t>we have, we, if you succumb our desire, it means that we have failed.</w:t>
      </w:r>
    </w:p>
    <w:p>
      <w:pPr>
        <w:jc w:val="right"/>
      </w:pPr>
      <w:r>
        <w:t>وی ہیو، وی، اف یو سکم اور ڈیزائر، اٹ مینز دیٹ وی ہیو فیلڈ۔</w:t>
      </w:r>
    </w:p>
    <w:p>
      <w:r>
        <w:rPr>
          <w:b/>
        </w:rPr>
        <w:t xml:space="preserve">[26:58] </w:t>
      </w:r>
      <w:r>
        <w:t>so, and those who failed, they are not, they are, they are, they are rejected by god.</w:t>
      </w:r>
    </w:p>
    <w:p>
      <w:pPr>
        <w:jc w:val="right"/>
      </w:pPr>
      <w:r>
        <w:t>سو، اینڈ دوز ہو فیلڈ، دے ار ناٹ، دے ار، دے ار، دے ار ریجیکٹڈ بائی گاڈ۔</w:t>
      </w:r>
    </w:p>
    <w:p>
      <w:r>
        <w:rPr>
          <w:b/>
        </w:rPr>
        <w:t xml:space="preserve">[27:09] </w:t>
      </w:r>
      <w:r>
        <w:t>they are not a deserving candidate for paradise. so, you know, we live in a society.</w:t>
      </w:r>
    </w:p>
    <w:p>
      <w:pPr>
        <w:jc w:val="right"/>
      </w:pPr>
      <w:r>
        <w:t>دے ار ناٹ ا ڈیزرونگ کینڈیڈیٹ فار پیراڈائز۔ سو، یو نو، وی لیو ان ا سوسائٹی۔</w:t>
      </w:r>
    </w:p>
    <w:p>
      <w:r>
        <w:rPr>
          <w:b/>
        </w:rPr>
        <w:t xml:space="preserve">[27:22] </w:t>
      </w:r>
      <w:r>
        <w:t>we are not living alone. when we are society, every time, there are, there are different kind of experiences, some sad experiences, different kind of unwanted situations,</w:t>
      </w:r>
    </w:p>
    <w:p>
      <w:pPr>
        <w:jc w:val="right"/>
      </w:pPr>
      <w:r>
        <w:t>وی ار ناٹ لیونگ الون۔ وین وی ار سوسائٹی، ایوری ٹائم، دیر ار، دیر ار ڈفرنٹ کائنڈ اف ایکسپیرینسز، سم سیڈ ایکسپیرینسز، ڈفرنٹ کائنڈ اف انوانٹڈ سچویشنز،</w:t>
      </w:r>
    </w:p>
    <w:p>
      <w:r>
        <w:rPr>
          <w:b/>
        </w:rPr>
        <w:t xml:space="preserve">[27:42] </w:t>
      </w:r>
      <w:r>
        <w:t>different kind of provocation. so, all these things, again, provoke us.</w:t>
      </w:r>
    </w:p>
    <w:p>
      <w:pPr>
        <w:jc w:val="right"/>
      </w:pPr>
      <w:r>
        <w:t>ڈفرنٹ کائنڈ اف پرووکیشن۔ سو، ال دیز تھنگز، اگین، پرووک اس۔</w:t>
      </w:r>
    </w:p>
    <w:p>
      <w:r>
        <w:rPr>
          <w:b/>
        </w:rPr>
        <w:t xml:space="preserve">[27:55] </w:t>
      </w:r>
      <w:r>
        <w:t>so, here also, we are required to avoid all these provocation.</w:t>
      </w:r>
    </w:p>
    <w:p>
      <w:pPr>
        <w:jc w:val="right"/>
      </w:pPr>
      <w:r>
        <w:t>سو، ہیر السو، وی ار ریکوائرڈ ٹو اوائڈ ال دیز پرووکیشن۔</w:t>
      </w:r>
    </w:p>
    <w:p>
      <w:r>
        <w:rPr>
          <w:b/>
        </w:rPr>
        <w:t xml:space="preserve">[28:05] </w:t>
      </w:r>
      <w:r>
        <w:t>we have to avoid, we have to be, we have to keep patience. so, those who keep patience, they stood the test.</w:t>
      </w:r>
    </w:p>
    <w:p>
      <w:pPr>
        <w:jc w:val="right"/>
      </w:pPr>
      <w:r>
        <w:t>وی ہیو ٹو اوائڈ، وی ہیو ٹو بی، وی ہیو ٹو کیپ پیشنس۔ سو، دوز ہو کیپ پیشنس، دے اسٹوڈ دا ٹیسٹ۔</w:t>
      </w:r>
    </w:p>
    <w:p>
      <w:r>
        <w:rPr>
          <w:b/>
        </w:rPr>
        <w:t xml:space="preserve">[28:19] </w:t>
      </w:r>
      <w:r>
        <w:t>and those who failed to, who failed in keeping the patience, they failed.</w:t>
      </w:r>
    </w:p>
    <w:p>
      <w:pPr>
        <w:jc w:val="right"/>
      </w:pPr>
      <w:r>
        <w:t>اینڈ دوز ہو فیلڈ ٹو، ہو فیلڈ ان کیپنگ دا پیشنس، دے فیلڈ۔</w:t>
      </w:r>
    </w:p>
    <w:p>
      <w:r>
        <w:rPr>
          <w:b/>
        </w:rPr>
        <w:t xml:space="preserve">[28:30] </w:t>
      </w:r>
      <w:r>
        <w:t>so, this is the criteria of paradise.</w:t>
      </w:r>
    </w:p>
    <w:p>
      <w:pPr>
        <w:jc w:val="right"/>
      </w:pPr>
      <w:r>
        <w:t>سو، دس از دا کرائٹیریا اف پیراڈائز۔</w:t>
      </w:r>
    </w:p>
    <w:p>
      <w:r>
        <w:rPr>
          <w:b/>
        </w:rPr>
        <w:t xml:space="preserve">[28:38] </w:t>
      </w:r>
      <w:r>
        <w:t>then, there is a very relevant hadith: "man yashkur al-nas, yashkur Allah." it means that man is required for two kind of acknowledgement.</w:t>
      </w:r>
    </w:p>
    <w:p>
      <w:pPr>
        <w:jc w:val="right"/>
      </w:pPr>
      <w:r>
        <w:t>دین، دیر از ا ویری ریلیونٹ حدیث: "ملم یشکر الناس لم یشکر اللہ۔" اٹ مینز دیٹ مین از ریکوائرڈ فار ٹو کائنڈ اف اکنالجمنٹ۔</w:t>
      </w:r>
    </w:p>
    <w:p>
      <w:r>
        <w:rPr>
          <w:b/>
        </w:rPr>
        <w:t xml:space="preserve">[28:54] </w:t>
      </w:r>
      <w:r>
        <w:t>must, must acknowledge, must acknowledge to,</w:t>
      </w:r>
    </w:p>
    <w:p>
      <w:pPr>
        <w:jc w:val="right"/>
      </w:pPr>
      <w:r>
        <w:t>مسٹ مین، مین مسٹ اکنالج، مین مسٹ اکنالج ٹو،</w:t>
      </w:r>
    </w:p>
    <w:p>
      <w:r>
        <w:rPr>
          <w:b/>
        </w:rPr>
        <w:t xml:space="preserve">[29:05] </w:t>
      </w:r>
      <w:r>
        <w:t>main must acknowledge to men, and also main must acknowledge to God. In this world, we are living.</w:t>
      </w:r>
    </w:p>
    <w:p>
      <w:pPr>
        <w:jc w:val="right"/>
      </w:pPr>
      <w:r>
        <w:t>مین مسٹ اکنالج ٹو مین، اینڈ السو مین مسٹ اکنالج ٹو گاڈ۔ ان دس ورلڈ، وی ار لیونگ۔</w:t>
      </w:r>
    </w:p>
    <w:p>
      <w:r>
        <w:rPr>
          <w:b/>
        </w:rPr>
        <w:t xml:space="preserve">[29:17] </w:t>
      </w:r>
      <w:r>
        <w:t>in this world, we are enjoy so many blessings from god:</w:t>
      </w:r>
    </w:p>
    <w:p>
      <w:pPr>
        <w:jc w:val="right"/>
      </w:pPr>
      <w:r>
        <w:t>ان دس ورلڈ، وی ار انجوائے سو مینی بلیسنگز فرام گاڈ:</w:t>
      </w:r>
    </w:p>
    <w:p>
      <w:r>
        <w:rPr>
          <w:b/>
        </w:rPr>
        <w:t xml:space="preserve">[29:23] </w:t>
      </w:r>
      <w:r>
        <w:t>air, and light, and water, and food, and all those things. that is called life support system.</w:t>
      </w:r>
    </w:p>
    <w:p>
      <w:pPr>
        <w:jc w:val="right"/>
      </w:pPr>
      <w:r>
        <w:t>ایئر، اینڈ لائٹ، اینڈ واٹر، اینڈ فوڈ، اینڈ ال دوز تھنگز۔ دیٹ از کالڈ لائف سپورٹ سسٹم۔</w:t>
      </w:r>
    </w:p>
    <w:p>
      <w:r>
        <w:rPr>
          <w:b/>
        </w:rPr>
        <w:t xml:space="preserve">[29:33] </w:t>
      </w:r>
      <w:r>
        <w:t>so, we enjoy all these things as a life support system. so, we have to acknowledge god for all these blessings, because without, without</w:t>
      </w:r>
    </w:p>
    <w:p>
      <w:pPr>
        <w:jc w:val="right"/>
      </w:pPr>
      <w:r>
        <w:t>سو، وی انجوائے ال دیز تھنگز ایز ا لائف سپورٹ سسٹم۔ سو، وی ہیو ٹو اکنالج گاڈ فار ال دیز بلیسنگز، بیکاز وداؤٹ، وداؤٹ</w:t>
      </w:r>
    </w:p>
    <w:p>
      <w:r>
        <w:rPr>
          <w:b/>
        </w:rPr>
        <w:t xml:space="preserve">[29:49] </w:t>
      </w:r>
      <w:r>
        <w:t>these blessings, we can't not live in this earth. it is impossible for us.</w:t>
      </w:r>
    </w:p>
    <w:p>
      <w:pPr>
        <w:jc w:val="right"/>
      </w:pPr>
      <w:r>
        <w:t>دیز بلیسنگز، وی کانٹ ناٹ لیو ان دس ارتھ۔ اٹ از امپاسیبل فار اس۔</w:t>
      </w:r>
    </w:p>
    <w:p>
      <w:r>
        <w:rPr>
          <w:b/>
        </w:rPr>
        <w:t xml:space="preserve">[30:00] </w:t>
      </w:r>
      <w:r>
        <w:t>it is not, it was not possible for us to live in this earth without having this, all these life support systems.</w:t>
      </w:r>
    </w:p>
    <w:p>
      <w:pPr>
        <w:jc w:val="right"/>
      </w:pPr>
      <w:r>
        <w:t>اٹ از ناٹ، اٹ واز ناٹ پاسیبل فار اس ٹو لیو ان دس ارتھ وداؤٹ ہیونگ دس، ال دیز لائف سپورٹ سسٹمز۔</w:t>
      </w:r>
    </w:p>
    <w:p>
      <w:r>
        <w:rPr>
          <w:b/>
        </w:rPr>
        <w:t xml:space="preserve">[30:11] </w:t>
      </w:r>
      <w:r>
        <w:t>then, every day, we, we, then we live some, then we live in a society.</w:t>
      </w:r>
    </w:p>
    <w:p>
      <w:pPr>
        <w:jc w:val="right"/>
      </w:pPr>
      <w:r>
        <w:t>دین، ایوری ڈے، وی، وی، دین وی لیو سم، دین وی لیو ان ا سوسائٹی۔</w:t>
      </w:r>
    </w:p>
    <w:p>
      <w:r>
        <w:rPr>
          <w:b/>
        </w:rPr>
        <w:t xml:space="preserve">[30:24] </w:t>
      </w:r>
      <w:r>
        <w:t>and you know, so social life is an interdependent life.</w:t>
      </w:r>
    </w:p>
    <w:p>
      <w:pPr>
        <w:jc w:val="right"/>
      </w:pPr>
      <w:r>
        <w:t>اینڈ یو نو، سو سوشل لائف از ان انٹرڈیپینڈنٹ لائف۔</w:t>
      </w:r>
    </w:p>
    <w:p>
      <w:r>
        <w:rPr>
          <w:b/>
        </w:rPr>
        <w:t xml:space="preserve">[30:34] </w:t>
      </w:r>
      <w:r>
        <w:t>social life is an interdependent life. it is give and take process. every time, you give something to other, at the same moment, you receive something for other.</w:t>
      </w:r>
    </w:p>
    <w:p>
      <w:pPr>
        <w:jc w:val="right"/>
      </w:pPr>
      <w:r>
        <w:t>سوشل لائف از ان انٹرڈیپینڈنٹ لائف۔ اٹ از گیو اینڈ ٹیک پروسیس۔ ایوری ٹائم، یو گیو سمथنگ ٹو ادر، ایٹ دا سیم مومنٹ، یو ریسیو سمथنگ فار ادر۔</w:t>
      </w:r>
    </w:p>
    <w:p>
      <w:r>
        <w:rPr>
          <w:b/>
        </w:rPr>
        <w:t xml:space="preserve">[30:52] </w:t>
      </w:r>
      <w:r>
        <w:t>so, it is interdependent process.</w:t>
      </w:r>
    </w:p>
    <w:p>
      <w:pPr>
        <w:jc w:val="right"/>
      </w:pPr>
      <w:r>
        <w:t>سو، اٹ از انٹرڈیپینڈنٹ پروسیس۔</w:t>
      </w:r>
    </w:p>
    <w:p>
      <w:r>
        <w:rPr>
          <w:b/>
        </w:rPr>
        <w:t xml:space="preserve">[31:00] </w:t>
      </w:r>
      <w:r>
        <w:t>so, we have to acknowledge</w:t>
      </w:r>
    </w:p>
    <w:p>
      <w:pPr>
        <w:jc w:val="right"/>
      </w:pPr>
      <w:r>
        <w:t>سو، وی ہیو ٹو اکنالج</w:t>
      </w:r>
    </w:p>
    <w:p>
      <w:r>
        <w:rPr>
          <w:b/>
        </w:rPr>
        <w:t xml:space="preserve">[31:05] </w:t>
      </w:r>
      <w:r>
        <w:t>when we give something to other. we have to be, we have to say: "alhamdulillah, i was able to give something to other." and when we receive something from other, we have to acknowledge those persons.</w:t>
      </w:r>
    </w:p>
    <w:p>
      <w:pPr>
        <w:jc w:val="right"/>
      </w:pPr>
      <w:r>
        <w:t>وین وی گیو سمथنگ ٹو ادر۔ وی ہیو ٹو بی، وی ہیو ٹو سے: "الحمدللہ، ائی واز ایبل ٹو گیو سمथنگ ٹو ادر۔" اینڈ وین وی ریسیو سمथنگ فرام ادر، وی ہیو ٹو اکنالج دوز پرسنز۔</w:t>
      </w:r>
    </w:p>
    <w:p>
      <w:r>
        <w:rPr>
          <w:b/>
        </w:rPr>
        <w:t xml:space="preserve">[31:27] </w:t>
      </w:r>
      <w:r>
        <w:t>we have to acknowledge those persons. so, this nature of the society, that it is, it is based on interdependence principle, creates all these situations.</w:t>
      </w:r>
    </w:p>
    <w:p>
      <w:pPr>
        <w:jc w:val="right"/>
      </w:pPr>
      <w:r>
        <w:t>وی ہیو ٹو اکنالج دوز پرسنز۔ سو، دس نیچر اف دا سوسائٹی، دیٹ اٹ از، اٹ از بیسڈ ان انٹرڈیپینڈنس پرنسپل، کریٹس ال دیز سچویشنز۔</w:t>
      </w:r>
    </w:p>
    <w:p>
      <w:r>
        <w:rPr>
          <w:b/>
        </w:rPr>
        <w:t xml:space="preserve">[31:46] </w:t>
      </w:r>
      <w:r>
        <w:t>it is a, it is a process of give and take. every time, we are receiving something from other.</w:t>
      </w:r>
    </w:p>
    <w:p>
      <w:pPr>
        <w:jc w:val="right"/>
      </w:pPr>
      <w:r>
        <w:t>اٹ از ا، اٹ از ا پروسیس اف گیو اینڈ ٹیک۔ ایوری ٹائم، وی ار ریسیونگ سمथنگ فرام ادر۔</w:t>
      </w:r>
    </w:p>
    <w:p>
      <w:r>
        <w:rPr>
          <w:b/>
        </w:rPr>
        <w:t xml:space="preserve">[31:56] </w:t>
      </w:r>
      <w:r>
        <w:t>so, we have to acknowledge other for all these things.</w:t>
      </w:r>
    </w:p>
    <w:p>
      <w:pPr>
        <w:jc w:val="right"/>
      </w:pPr>
      <w:r>
        <w:t>سو، وی ہیو ٹو اکنالج ادر فار ال دیز تھنگز۔</w:t>
      </w:r>
    </w:p>
    <w:p>
      <w:r>
        <w:rPr>
          <w:b/>
        </w:rPr>
        <w:t xml:space="preserve">[32:07] </w:t>
      </w:r>
      <w:r>
        <w:t>here is, here is the test.</w:t>
      </w:r>
    </w:p>
    <w:p>
      <w:pPr>
        <w:jc w:val="right"/>
      </w:pPr>
      <w:r>
        <w:t>ہیر از، ہیر از دا ٹیسٹ۔</w:t>
      </w:r>
    </w:p>
    <w:p>
      <w:r>
        <w:rPr>
          <w:b/>
        </w:rPr>
        <w:t xml:space="preserve">[32:11] </w:t>
      </w:r>
      <w:r>
        <w:t>here is the test. every day and night, we are put in this test.</w:t>
      </w:r>
    </w:p>
    <w:p>
      <w:pPr>
        <w:jc w:val="right"/>
      </w:pPr>
      <w:r>
        <w:t>ہیر از دا ٹیسٹ۔ ایوری ڈے اینڈ نائٹ، وی ار پٹ ان دس ٹیسٹ۔</w:t>
      </w:r>
    </w:p>
    <w:p>
      <w:r>
        <w:rPr>
          <w:b/>
        </w:rPr>
        <w:t xml:space="preserve">[32:24] </w:t>
      </w:r>
      <w:r>
        <w:t>then, there are ibadah, there is worship, for example, namaz and, and sawm, there is fasting, and dhikr, that is like plenthrapy and hajj.</w:t>
      </w:r>
    </w:p>
    <w:p>
      <w:pPr>
        <w:jc w:val="right"/>
      </w:pPr>
      <w:r>
        <w:t>دین، دیر ار عبادہ، دیر از ورشپ، فار ایگزامپل، نماز اینڈ، اینڈ سوم، دیر از فاسٹنگ، اینڈ ذاکر، دیٹ از لائک پلینتھراپی اینڈ حج۔</w:t>
      </w:r>
    </w:p>
    <w:p>
      <w:r>
        <w:rPr>
          <w:b/>
        </w:rPr>
        <w:t xml:space="preserve">[32:44] </w:t>
      </w:r>
      <w:r>
        <w:t>all these things are system of ibadah in islam. no, what is ibadah? ibadah is not a set of rituals.</w:t>
      </w:r>
    </w:p>
    <w:p>
      <w:pPr>
        <w:jc w:val="right"/>
      </w:pPr>
      <w:r>
        <w:t>ال دیز تھنگز ار سسٹم اف عبادہ ان اسلام۔ نو، واٹ از عبادہ؟ عبادہ از ناٹ ا سیٹ اف ریچولز۔</w:t>
      </w:r>
    </w:p>
    <w:p>
      <w:r>
        <w:rPr>
          <w:b/>
        </w:rPr>
        <w:t xml:space="preserve">[32:59] </w:t>
      </w:r>
      <w:r>
        <w:t>these islamic ibadah or islamic worships are not simply</w:t>
      </w:r>
    </w:p>
    <w:p>
      <w:pPr>
        <w:jc w:val="right"/>
      </w:pPr>
      <w:r>
        <w:t>دیز اسلامک عبادہ اور اسلامک ورشپس ار ناٹ سمپلی</w:t>
      </w:r>
    </w:p>
    <w:p>
      <w:r>
        <w:rPr>
          <w:b/>
        </w:rPr>
        <w:t xml:space="preserve">[33:08] </w:t>
      </w:r>
      <w:r>
        <w:t>some sets of rituals. no, there is a hadith that describes the real nature of the ibadah.</w:t>
      </w:r>
    </w:p>
    <w:p>
      <w:pPr>
        <w:jc w:val="right"/>
      </w:pPr>
      <w:r>
        <w:t>سم سیٹس اف ریچولز۔ نو، دیر از ا حدیث دیٹ ڈسکرائب دا ریل نیچر اف دا عبادہ۔</w:t>
      </w:r>
    </w:p>
    <w:p>
      <w:r>
        <w:rPr>
          <w:b/>
        </w:rPr>
        <w:t xml:space="preserve">[33:20] </w:t>
      </w:r>
      <w:r>
        <w:t>the prophet of islam has said: "can do ibadah as if you are seeing god." so, ibadah means,</w:t>
      </w:r>
    </w:p>
    <w:p>
      <w:pPr>
        <w:jc w:val="right"/>
      </w:pPr>
      <w:r>
        <w:t>دا پرافٹ اف اسلام ہیز سیڈ: "کان ڈو عبادہ ایز اف یو ار سیئنگ گاڈ۔" سو، عبادہ مینز،</w:t>
      </w:r>
    </w:p>
    <w:p>
      <w:r>
        <w:rPr>
          <w:b/>
        </w:rPr>
        <w:t xml:space="preserve">[33:42] </w:t>
      </w:r>
      <w:r>
        <w:t>ibadah means seeing god. seeing god, what is seeing god? we can't not see god with these eyes.</w:t>
      </w:r>
    </w:p>
    <w:p>
      <w:pPr>
        <w:jc w:val="right"/>
      </w:pPr>
      <w:r>
        <w:t>عبادہ مینز سیئنگ گاڈ۔ سیئنگ گاڈ، واٹ از سیئنگ گاڈ؟ وی کانٹ ناٹ سی گاڈ ود دیز ائیز۔</w:t>
      </w:r>
    </w:p>
    <w:p>
      <w:r>
        <w:rPr>
          <w:b/>
        </w:rPr>
        <w:t xml:space="preserve">[33:53] </w:t>
      </w:r>
      <w:r>
        <w:t>god is beyond our eye sight. but, we have to, we have to feel the presence of god.</w:t>
      </w:r>
    </w:p>
    <w:p>
      <w:pPr>
        <w:jc w:val="right"/>
      </w:pPr>
      <w:r>
        <w:t>گاڈ از بیونڈ اور ائی سائیٹ۔ بٹ، وی ہیو ٹو، وی ہیو ٹو فیل دا پریزنس اف گاڈ۔</w:t>
      </w:r>
    </w:p>
    <w:p>
      <w:r>
        <w:rPr>
          <w:b/>
        </w:rPr>
        <w:t xml:space="preserve">[34:05] </w:t>
      </w:r>
      <w:r>
        <w:t>heer seeing means presence.</w:t>
      </w:r>
    </w:p>
    <w:p>
      <w:pPr>
        <w:jc w:val="right"/>
      </w:pPr>
      <w:r>
        <w:t>ہیر سیئنگ مینز پریزنس۔</w:t>
      </w:r>
    </w:p>
    <w:p>
      <w:r>
        <w:rPr>
          <w:b/>
        </w:rPr>
        <w:t xml:space="preserve">[34:10] </w:t>
      </w:r>
      <w:r>
        <w:t>so, ta'abbud Allah kun katra means do ibadah as if we are living in the presence of God.</w:t>
      </w:r>
    </w:p>
    <w:p>
      <w:pPr>
        <w:jc w:val="right"/>
      </w:pPr>
      <w:r>
        <w:t>سو، تعبد اللہ کن کترا مینز ڈو عبادہ ایز اف وی ار لیونگ ان دا پریزنس اف گاڈ۔</w:t>
      </w:r>
    </w:p>
    <w:p>
      <w:r>
        <w:rPr>
          <w:b/>
        </w:rPr>
        <w:t xml:space="preserve">[34:21] </w:t>
      </w:r>
      <w:r>
        <w:t>ta'abbud Allah kun katra means do ibadah</w:t>
      </w:r>
    </w:p>
    <w:p>
      <w:pPr>
        <w:jc w:val="right"/>
      </w:pPr>
      <w:r>
        <w:t>تعبد اللہ کن کترا مینز ڈو عبادہ</w:t>
      </w:r>
    </w:p>
    <w:p>
      <w:r>
        <w:rPr>
          <w:b/>
        </w:rPr>
        <w:t xml:space="preserve">[34:29] </w:t>
      </w:r>
      <w:r>
        <w:t>as you are living in the presence of God. so, presence of God is not very simple.</w:t>
      </w:r>
    </w:p>
    <w:p>
      <w:pPr>
        <w:jc w:val="right"/>
      </w:pPr>
      <w:r>
        <w:t>ایز یو ار لیونگ ان دی پریزنس اف گاڈ۔ سو، پریزنس اف گاڈ از ناٹ ویری سمپل۔</w:t>
      </w:r>
    </w:p>
    <w:p>
      <w:r>
        <w:rPr>
          <w:b/>
        </w:rPr>
        <w:t xml:space="preserve">[34:40] </w:t>
      </w:r>
      <w:r>
        <w:t>presence of God is an outcome of your realization, your discovery, your marifah.</w:t>
      </w:r>
    </w:p>
    <w:p>
      <w:pPr>
        <w:jc w:val="right"/>
      </w:pPr>
      <w:r>
        <w:t>پریزنس اف گاڈ از ان اؤٹ کم اف یور ریلائزیشن، یور ڈسکوری، یور معرفہ۔</w:t>
      </w:r>
    </w:p>
    <w:p>
      <w:r>
        <w:rPr>
          <w:b/>
        </w:rPr>
        <w:t xml:space="preserve">[34:51] </w:t>
      </w:r>
      <w:r>
        <w:t>so, if your marifah or realization or discovery is very deep rooted.</w:t>
      </w:r>
    </w:p>
    <w:p>
      <w:pPr>
        <w:jc w:val="right"/>
      </w:pPr>
      <w:r>
        <w:t>سو، اف یور معرفہ اور ریلائزیشن اور ڈسکوری از ویری ڈیپ روٹڈ۔</w:t>
      </w:r>
    </w:p>
    <w:p>
      <w:r>
        <w:rPr>
          <w:b/>
        </w:rPr>
        <w:t xml:space="preserve">[35:05] </w:t>
      </w:r>
      <w:r>
        <w:t>if you have realized God in true sense of the word, then it is but natural that you will feel that you are living in the presence of God.</w:t>
      </w:r>
    </w:p>
    <w:p>
      <w:pPr>
        <w:jc w:val="right"/>
      </w:pPr>
      <w:r>
        <w:t>اف یو ہیو ریلائزڈ گاڈ ان ٹرو سینس اف دا ورڈ، دین اٹ از بٹ نیچرل دیٹ یو ویل فیل دیٹ یو ار لیونگ ان دا پریزنس اف گاڈ۔</w:t>
      </w:r>
    </w:p>
    <w:p>
      <w:r>
        <w:rPr>
          <w:b/>
        </w:rPr>
        <w:t xml:space="preserve">[35:20] </w:t>
      </w:r>
      <w:r>
        <w:t>in everything, you will feel the presence of God.</w:t>
      </w:r>
    </w:p>
    <w:p>
      <w:pPr>
        <w:jc w:val="right"/>
      </w:pPr>
      <w:r>
        <w:t>ان ایوری تھنگ، یو ویل فیل دا پریزنس اف گاڈ۔</w:t>
      </w:r>
    </w:p>
    <w:p>
      <w:r>
        <w:rPr>
          <w:b/>
        </w:rPr>
        <w:t xml:space="preserve">[35:28] </w:t>
      </w:r>
      <w:r>
        <w:t>in everything: in light, in air, in river, in mountain, in birds, in animals, in plants and trees.</w:t>
      </w:r>
    </w:p>
    <w:p>
      <w:pPr>
        <w:jc w:val="right"/>
      </w:pPr>
      <w:r>
        <w:t>ان ایوری تھنگ: ان لائٹ، ان ایئر، ان ریور، ان ماؤنٹن، ان برڈز، ان اینیملز، ان پلانٹس اینڈ ٹریز۔</w:t>
      </w:r>
    </w:p>
    <w:p>
      <w:r>
        <w:rPr>
          <w:b/>
        </w:rPr>
        <w:t xml:space="preserve">[35:41] </w:t>
      </w:r>
      <w:r>
        <w:t>all these things are, all these things were created by God. all these things are, all these things were created by God. so, all these things have a message from God.</w:t>
      </w:r>
    </w:p>
    <w:p>
      <w:pPr>
        <w:jc w:val="right"/>
      </w:pPr>
      <w:r>
        <w:t>ال دیز تھنگز ار، ال دیز تھنگز ویر کریٹڈ بائی گاڈ۔ ال دیز تھنگز ار، ال دیز تھنگز ویر کریٹڈ بائی گاڈ। سو، ال دیز تھنگز ہیو ا میسج فرام گاڈ۔</w:t>
      </w:r>
    </w:p>
    <w:p>
      <w:r>
        <w:rPr>
          <w:b/>
        </w:rPr>
        <w:t xml:space="preserve">[35:59] </w:t>
      </w:r>
      <w:r>
        <w:t>this say that we were created by God almighty.</w:t>
      </w:r>
    </w:p>
    <w:p>
      <w:pPr>
        <w:jc w:val="right"/>
      </w:pPr>
      <w:r>
        <w:t>دس سے دیٹ وی ویر کریٹڈ بائی گاڈ المالٹی۔</w:t>
      </w:r>
    </w:p>
    <w:p>
      <w:r>
        <w:rPr>
          <w:b/>
        </w:rPr>
        <w:t xml:space="preserve">[36:06] </w:t>
      </w:r>
      <w:r>
        <w:t>you see, everything in this world is in its final model, perfect model.</w:t>
      </w:r>
    </w:p>
    <w:p>
      <w:pPr>
        <w:jc w:val="right"/>
      </w:pPr>
      <w:r>
        <w:t>یو سی، ایوری تھنگ ان دس ورلڈ از ان اٹس فائنل ماڈل، پرفیکٹ ماڈل۔</w:t>
      </w:r>
    </w:p>
    <w:p>
      <w:r>
        <w:rPr>
          <w:b/>
        </w:rPr>
        <w:t xml:space="preserve">[36:15] </w:t>
      </w:r>
      <w:r>
        <w:t>even grass is in its perfect model. even grass, no artist was able to give or some, give any other model for grass or tree or river or mountain.</w:t>
      </w:r>
    </w:p>
    <w:p>
      <w:pPr>
        <w:jc w:val="right"/>
      </w:pPr>
      <w:r>
        <w:t>ایون گراس از ان اٹس پرفیکٹ ماڈل۔ ایون گراس، نو ارٹسٹ واز ایبل ٹو گیو اور سم، گیو اینی ادر ماڈل فار گراس اور ٹری اور ریور اور ماؤنٹن۔</w:t>
      </w:r>
    </w:p>
    <w:p>
      <w:r>
        <w:rPr>
          <w:b/>
        </w:rPr>
        <w:t xml:space="preserve">[36:40] </w:t>
      </w:r>
      <w:r>
        <w:t>so, when you see all these things, when you observe all these things with deep insight, you discover God's presence over there.</w:t>
      </w:r>
    </w:p>
    <w:p>
      <w:pPr>
        <w:jc w:val="right"/>
      </w:pPr>
      <w:r>
        <w:t>سو، وین یو سی ال دیز تھنگز، وین یو ابزرو ال دیز تھنگز ود ڈیپ انسائٹ، یو ڈسکور گاڈز پریزنس اوور دیر۔</w:t>
      </w:r>
    </w:p>
    <w:p>
      <w:r>
        <w:rPr>
          <w:b/>
        </w:rPr>
        <w:t xml:space="preserve">[36:53] </w:t>
      </w:r>
      <w:r>
        <w:t>you will, you will say that: "fata'barak Allah ahsan al-khaliqin.</w:t>
      </w:r>
    </w:p>
    <w:p>
      <w:pPr>
        <w:jc w:val="right"/>
      </w:pPr>
      <w:r>
        <w:t>یو ویل، یو ویل سے دیٹ: "فتبارک اللہ واصر الخالقین۔</w:t>
      </w:r>
    </w:p>
    <w:p>
      <w:r>
        <w:rPr>
          <w:b/>
        </w:rPr>
        <w:t xml:space="preserve">[36:59] </w:t>
      </w:r>
      <w:r>
        <w:t>" O God, you are great. it was only God almighty who created all these things.</w:t>
      </w:r>
    </w:p>
    <w:p>
      <w:pPr>
        <w:jc w:val="right"/>
      </w:pPr>
      <w:r>
        <w:t>" او گاڈ، یو ار گریٹ۔ اٹ واز اونلی گاڈ المالٹی ہو کریٹڈ ال دیز تھنگز۔</w:t>
      </w:r>
    </w:p>
    <w:p>
      <w:r>
        <w:rPr>
          <w:b/>
        </w:rPr>
        <w:t xml:space="preserve">[37:12] </w:t>
      </w:r>
      <w:r>
        <w:t>so, when you realize God, you use to live in the presence of God.</w:t>
      </w:r>
    </w:p>
    <w:p>
      <w:pPr>
        <w:jc w:val="right"/>
      </w:pPr>
      <w:r>
        <w:t>سو، وین یو ریلائز گاڈ، یو یوز ٹو لیو ان دا پریزنس اف گاڈ۔</w:t>
      </w:r>
    </w:p>
    <w:p>
      <w:r>
        <w:rPr>
          <w:b/>
        </w:rPr>
        <w:t xml:space="preserve">[37:24] </w:t>
      </w:r>
      <w:r>
        <w:t>and your ibadah supports you. ibadah is also,</w:t>
      </w:r>
    </w:p>
    <w:p>
      <w:pPr>
        <w:jc w:val="right"/>
      </w:pPr>
      <w:r>
        <w:t>اینڈ یور عبادہ سپورٹس یو۔ عبادہ از السو،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