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Result Oriented Life 23 Jan, 08 - Maulana Wahiduddin Khan</w:t>
      </w:r>
    </w:p>
    <w:p>
      <w:r>
        <w:t>https://www.youtube.com/watch?v=eA6rtcPn-rY</w:t>
      </w:r>
    </w:p>
    <w:p>
      <w:r>
        <w:rPr>
          <w:b/>
        </w:rPr>
        <w:t xml:space="preserve">[00:10] </w:t>
      </w:r>
      <w:r>
        <w:t>bismillah rahman rahim, wa sallallahu 'ala an-nabiyyil karim. rabbi shrah li sadri, wa yassir li amri,</w:t>
      </w:r>
    </w:p>
    <w:p>
      <w:pPr>
        <w:jc w:val="right"/>
      </w:pPr>
      <w:r>
        <w:t>بسم اللہ الرحمن الرحیم، وصلی اللہ علی النبی الکریم۔ رب اشرح لی صدری، ویسر لی امری،</w:t>
      </w:r>
    </w:p>
    <w:p>
      <w:r>
        <w:rPr>
          <w:b/>
        </w:rPr>
        <w:t xml:space="preserve">[00:24] </w:t>
      </w:r>
      <w:r>
        <w:t>wa'hlul 'uqdatan min lisani, yafqahu qawli.</w:t>
      </w:r>
    </w:p>
    <w:p>
      <w:pPr>
        <w:jc w:val="right"/>
      </w:pPr>
      <w:r>
        <w:t>واحل العقدۃ من لسانی، یفقہ قولی۔</w:t>
      </w:r>
    </w:p>
    <w:p>
      <w:r>
        <w:rPr>
          <w:b/>
        </w:rPr>
        <w:t xml:space="preserve">[00:35] </w:t>
      </w:r>
      <w:r>
        <w:t>the title for the present talk is "result oriented life".</w:t>
      </w:r>
    </w:p>
    <w:p>
      <w:pPr>
        <w:jc w:val="right"/>
      </w:pPr>
      <w:r>
        <w:t>دا ٹائٹل فار دا پریزنٹ ٹاک از "ریزلٹ اورینٹڈ لائف"۔</w:t>
      </w:r>
    </w:p>
    <w:p>
      <w:r>
        <w:rPr>
          <w:b/>
        </w:rPr>
        <w:t xml:space="preserve">[00:48] </w:t>
      </w:r>
      <w:r>
        <w:t>although it seems to be a very simple formula, but I think that according to my experience, every man and woman are ignoring this formula.</w:t>
      </w:r>
    </w:p>
    <w:p>
      <w:pPr>
        <w:jc w:val="right"/>
      </w:pPr>
      <w:r>
        <w:t>ال دو اٹ سیمز ٹو بی ا ویری سمپل فارمولا، بٹ ائی تھنک دیٹ اکارڈنگ ٹو مائی ایکسپیرینس، ایوری مین اینڈ وومن ار اگنورنگ دس فارمولا۔</w:t>
      </w:r>
    </w:p>
    <w:p>
      <w:r>
        <w:rPr>
          <w:b/>
        </w:rPr>
        <w:t xml:space="preserve">[01:08] </w:t>
      </w:r>
      <w:r>
        <w:t>this is my experience, this is experience of an old man. according to my experience, I found that everyone has some idols in his or her mind,</w:t>
      </w:r>
    </w:p>
    <w:p>
      <w:pPr>
        <w:jc w:val="right"/>
      </w:pPr>
      <w:r>
        <w:t>دس از مائی ایکسپیرینس، دس از ایکسپیرینس اف این اولڈ مین۔ اکارڈنگ ٹو مائی ایکسپیرینس، ائی فاؤنڈ دیٹ ایوری ون ہیز سم ائیڈلز ان ہز اور ہر مائنڈ،</w:t>
      </w:r>
    </w:p>
    <w:p>
      <w:r>
        <w:rPr>
          <w:b/>
        </w:rPr>
        <w:t xml:space="preserve">[01:26] </w:t>
      </w:r>
      <w:r>
        <w:t>or simply some wishes. so they jump in the life without taking into consideration what is the result.</w:t>
      </w:r>
    </w:p>
    <w:p>
      <w:pPr>
        <w:jc w:val="right"/>
      </w:pPr>
      <w:r>
        <w:t>ار سمپلی سم وشز۔ سو دے جمپ ان دا لائف وداؤٹ ٹیکنگ انٹو کنسیڈریشن واٹ از دی رزلٹ۔</w:t>
      </w:r>
    </w:p>
    <w:p>
      <w:r>
        <w:rPr>
          <w:b/>
        </w:rPr>
        <w:t xml:space="preserve">[01:43] </w:t>
      </w:r>
      <w:r>
        <w:t>this this you can generalize it, all the people of history, with with a very few exceptions, were a case of this kind of</w:t>
      </w:r>
    </w:p>
    <w:p>
      <w:pPr>
        <w:jc w:val="right"/>
      </w:pPr>
      <w:r>
        <w:t>دس دس یو کین جنرلائز اٹ، ال دا پیپل اف ہسٹری، ود ود ا ویری فیو ایکسیپشنز، ویر ا کیس اف دس کائنڈ اف</w:t>
      </w:r>
    </w:p>
    <w:p>
      <w:r>
        <w:rPr>
          <w:b/>
        </w:rPr>
        <w:t xml:space="preserve">[02:03] </w:t>
      </w:r>
      <w:r>
        <w:t>jumping. today i will i will prefer a today experience.</w:t>
      </w:r>
    </w:p>
    <w:p>
      <w:pPr>
        <w:jc w:val="right"/>
      </w:pPr>
      <w:r>
        <w:t>جمپنگ۔ ٹوڈے ائی ویل ائی ویل پریفر ا ٹوڈے ایکسپیرینس۔</w:t>
      </w:r>
    </w:p>
    <w:p>
      <w:r>
        <w:rPr>
          <w:b/>
        </w:rPr>
        <w:t xml:space="preserve">[02:17] </w:t>
      </w:r>
      <w:r>
        <w:t>today in the morning,</w:t>
      </w:r>
    </w:p>
    <w:p>
      <w:pPr>
        <w:jc w:val="right"/>
      </w:pPr>
      <w:r>
        <w:t>ٹوڈے ان دا مارننگ،</w:t>
      </w:r>
    </w:p>
    <w:p>
      <w:r>
        <w:rPr>
          <w:b/>
        </w:rPr>
        <w:t xml:space="preserve">[02:23] </w:t>
      </w:r>
      <w:r>
        <w:t>a an educated gentleman came to me. he said that i have compiled a book, and i want to publish it.</w:t>
      </w:r>
    </w:p>
    <w:p>
      <w:pPr>
        <w:jc w:val="right"/>
      </w:pPr>
      <w:r>
        <w:t>ا این ایجوکیٹڈ جنٹلمین کیم ٹو می۔ ہی سیڈ دیٹ ائی ہیو کمپائلڈ ا بک، اینڈ ائی وانٹ ٹو پبلش اٹ۔</w:t>
      </w:r>
    </w:p>
    <w:p>
      <w:r>
        <w:rPr>
          <w:b/>
        </w:rPr>
        <w:t xml:space="preserve">[02:44] </w:t>
      </w:r>
      <w:r>
        <w:t>i wanted to revise it. so he asked me to revise it, and he said that after your revision, i will publish it.</w:t>
      </w:r>
    </w:p>
    <w:p>
      <w:pPr>
        <w:jc w:val="right"/>
      </w:pPr>
      <w:r>
        <w:t>ائی وانٹڈ ٹو ریوائز اٹ۔ سو ہی اسکڈ می ٹو ریوائز اٹ، اینڈ ہی سیڈ دیٹ افٹر یور ریویژن، ائی ویل پبلش اٹ۔</w:t>
      </w:r>
    </w:p>
    <w:p>
      <w:r>
        <w:rPr>
          <w:b/>
        </w:rPr>
        <w:t xml:space="preserve">[02:57] </w:t>
      </w:r>
      <w:r>
        <w:t>then i said that what is the subject of this book? he said that the subject is "moral perversion in our society".</w:t>
      </w:r>
    </w:p>
    <w:p>
      <w:pPr>
        <w:jc w:val="right"/>
      </w:pPr>
      <w:r>
        <w:t>دین ائی سیڈ دیٹ واٹ از دا سبجیکٹ اف دس بک؟ ہی سیڈ دیٹ دا سبجیکٹ از "مورل پرورژن ان اور سوسائٹی"۔</w:t>
      </w:r>
    </w:p>
    <w:p>
      <w:r>
        <w:rPr>
          <w:b/>
        </w:rPr>
        <w:t xml:space="preserve">[03:12] </w:t>
      </w:r>
      <w:r>
        <w:t>perversion of moral values in our society. so he wanted to bring about reform.</w:t>
      </w:r>
    </w:p>
    <w:p>
      <w:pPr>
        <w:jc w:val="right"/>
      </w:pPr>
      <w:r>
        <w:t>پرورژن اف مورل ویلیوز ان اور سوسائٹی۔ سو ہی وانٹڈ ٹو برنگ اباؤٹ ریفارم۔</w:t>
      </w:r>
    </w:p>
    <w:p>
      <w:r>
        <w:rPr>
          <w:b/>
        </w:rPr>
        <w:t xml:space="preserve">[03:24] </w:t>
      </w:r>
      <w:r>
        <w:t>i said that please,</w:t>
      </w:r>
    </w:p>
    <w:p>
      <w:pPr>
        <w:jc w:val="right"/>
      </w:pPr>
      <w:r>
        <w:t>ائی سیڈ دیٹ پلیز،</w:t>
      </w:r>
    </w:p>
    <w:p>
      <w:r>
        <w:rPr>
          <w:b/>
        </w:rPr>
        <w:t xml:space="preserve">[03:31] </w:t>
      </w:r>
      <w:r>
        <w:t>please read it out, at least one or two pages. so he read out one page.</w:t>
      </w:r>
    </w:p>
    <w:p>
      <w:pPr>
        <w:jc w:val="right"/>
      </w:pPr>
      <w:r>
        <w:t>پلیز ریڈ اٹ اؤٹ، ایٹ لیسٹ ون اور ٹو پیجز۔ سو ہی ریڈ اؤٹ ون پیج۔</w:t>
      </w:r>
    </w:p>
    <w:p>
      <w:r>
        <w:rPr>
          <w:b/>
        </w:rPr>
        <w:t xml:space="preserve">[03:45] </w:t>
      </w:r>
      <w:r>
        <w:t>i said that you are complaining the moral perversion. you know, this books, you know, it is the first book.</w:t>
      </w:r>
    </w:p>
    <w:p>
      <w:pPr>
        <w:jc w:val="right"/>
      </w:pPr>
      <w:r>
        <w:t>ائی سیڈ دیٹ یو ار کمپلیننگ دا مورل پرورژن۔ یو نو، دس بکس، یو نو، اٹ از دا فرسٹ بک۔</w:t>
      </w:r>
    </w:p>
    <w:p>
      <w:r>
        <w:rPr>
          <w:b/>
        </w:rPr>
        <w:t xml:space="preserve">[04:02] </w:t>
      </w:r>
      <w:r>
        <w:t>there are numerous articles and books that were written and published in the same subject.</w:t>
      </w:r>
    </w:p>
    <w:p>
      <w:pPr>
        <w:jc w:val="right"/>
      </w:pPr>
      <w:r>
        <w:t>دیر ار نیومرس ارٹیکلز اینڈ بکس دیٹ ویر رٹن اینڈ پبلشڈ ان دا سیم سبجیکٹ۔</w:t>
      </w:r>
    </w:p>
    <w:p>
      <w:r>
        <w:rPr>
          <w:b/>
        </w:rPr>
        <w:t xml:space="preserve">[04:13] </w:t>
      </w:r>
      <w:r>
        <w:t>although people who are senior people who were brought out in our previous society, they have the same sentiment.</w:t>
      </w:r>
    </w:p>
    <w:p>
      <w:pPr>
        <w:jc w:val="right"/>
      </w:pPr>
      <w:r>
        <w:t>ال دو پیپل ہو ار سینئر پیپل ہو ویر براٹ اؤٹ ان اور پریویس سوسائٹی، دے ہیو دا سیم سینٹیمنٹ۔</w:t>
      </w:r>
    </w:p>
    <w:p>
      <w:r>
        <w:rPr>
          <w:b/>
        </w:rPr>
        <w:t xml:space="preserve">[04:24] </w:t>
      </w:r>
      <w:r>
        <w:t>they complaint about the moral perversion. they want to bring about reform in the society.</w:t>
      </w:r>
    </w:p>
    <w:p>
      <w:pPr>
        <w:jc w:val="right"/>
      </w:pPr>
      <w:r>
        <w:t>دے کمپلینٹ اباؤٹ دا مورل پرورژن۔ دے وانٹ ٹو برنگ اباؤٹ ریفارم ان دا سوسائٹی۔</w:t>
      </w:r>
    </w:p>
    <w:p>
      <w:r>
        <w:rPr>
          <w:b/>
        </w:rPr>
        <w:t xml:space="preserve">[04:36] </w:t>
      </w:r>
      <w:r>
        <w:t>so they published with this sentiment numerous books in different languages, everywhere in the world.</w:t>
      </w:r>
    </w:p>
    <w:p>
      <w:pPr>
        <w:jc w:val="right"/>
      </w:pPr>
      <w:r>
        <w:t>سو دے پبلشڈ ود دس سینٹیمنٹ نیومرس بکس ان ڈفرنٹ لینگویجز، ایوری ویر ان دا ورلڈ۔</w:t>
      </w:r>
    </w:p>
    <w:p>
      <w:r>
        <w:rPr>
          <w:b/>
        </w:rPr>
        <w:t xml:space="preserve">[04:46] </w:t>
      </w:r>
      <w:r>
        <w:t>but what happen? simply there were no result.</w:t>
      </w:r>
    </w:p>
    <w:p>
      <w:pPr>
        <w:jc w:val="right"/>
      </w:pPr>
      <w:r>
        <w:t>بٹ واٹ ہیپن؟ سمپلی دیر وار نو رزلٹ۔</w:t>
      </w:r>
    </w:p>
    <w:p>
      <w:r>
        <w:rPr>
          <w:b/>
        </w:rPr>
        <w:t xml:space="preserve">[04:53] </w:t>
      </w:r>
      <w:r>
        <w:t>no result. the situation is increasingly worse, bad to worse, increasingly going bad to worse.</w:t>
      </w:r>
    </w:p>
    <w:p>
      <w:pPr>
        <w:jc w:val="right"/>
      </w:pPr>
      <w:r>
        <w:t>نو رزلٹ۔ دا سچویشن از انکریزنگلی ورس، بیڈ ٹو ورس، انکریزنگلی گوئنگ بیڈ ٹو ورس۔</w:t>
      </w:r>
    </w:p>
    <w:p>
      <w:r>
        <w:rPr>
          <w:b/>
        </w:rPr>
        <w:t xml:space="preserve">[05:10] </w:t>
      </w:r>
      <w:r>
        <w:t>so what is the use of this kind of book? i said that you will spend your precious money, and then you will publish it, just like other books.</w:t>
      </w:r>
    </w:p>
    <w:p>
      <w:pPr>
        <w:jc w:val="right"/>
      </w:pPr>
      <w:r>
        <w:t>سو واٹ از دا یوز اف دس کائنڈ اف بک؟ ائی سیڈ دیٹ یو ویل سپینڈ یور پریشیس منی، اینڈ دین یو ویل پبلش اٹ، جسٹ لائک ادر بکس۔</w:t>
      </w:r>
    </w:p>
    <w:p>
      <w:r>
        <w:rPr>
          <w:b/>
        </w:rPr>
        <w:t xml:space="preserve">[05:30] </w:t>
      </w:r>
      <w:r>
        <w:t>you know, such books, what is the result of these books? if it is well bounded, beautiful with beautiful binding, so it will be kept in some shelf of some library.</w:t>
      </w:r>
    </w:p>
    <w:p>
      <w:pPr>
        <w:jc w:val="right"/>
      </w:pPr>
      <w:r>
        <w:t>یو نو، سچ بکس، واٹ از دا رزلٹ اف دیز بکس؟ اف اٹ از ویل باؤنڈڈ، بیوٹیفل ود بیوٹیفل بائنڈنگ، سو اٹ ویل بی کیپٹ ان سم شیلف اف سم لائبریری۔</w:t>
      </w:r>
    </w:p>
    <w:p>
      <w:r>
        <w:rPr>
          <w:b/>
        </w:rPr>
        <w:t xml:space="preserve">[05:53] </w:t>
      </w:r>
      <w:r>
        <w:t>no one is going to read it. and if it is not well, if it is not with nice printing,</w:t>
      </w:r>
    </w:p>
    <w:p>
      <w:pPr>
        <w:jc w:val="right"/>
      </w:pPr>
      <w:r>
        <w:t>نو ون از گوئنگ ٹو ریڈ اٹ۔ اینڈ اف اٹ از ناٹ ویل، اف اٹ از ناٹ ود نائس پرنٹنگ،</w:t>
      </w:r>
    </w:p>
    <w:p>
      <w:r>
        <w:rPr>
          <w:b/>
        </w:rPr>
        <w:t xml:space="preserve">[06:07] </w:t>
      </w:r>
      <w:r>
        <w:t>well bounded, if its get up is not very good, then it will, it will be, it will only increase the litter bin, the rubbish of litter bin.</w:t>
      </w:r>
    </w:p>
    <w:p>
      <w:pPr>
        <w:jc w:val="right"/>
      </w:pPr>
      <w:r>
        <w:t>ویل باؤنڈڈ، اف اٹس گیٹ اپ از ناٹ ویری گڈ، دین اٹ ویل، اٹ ویل بی، اٹ ویل اونلی انکریز دا لٹر بن، دے ربش اف لٹر بن۔</w:t>
      </w:r>
    </w:p>
    <w:p>
      <w:r>
        <w:rPr>
          <w:b/>
        </w:rPr>
        <w:t xml:space="preserve">[06:25] </w:t>
      </w:r>
      <w:r>
        <w:t>there no third possibility. then he asked me, why you are so negative?</w:t>
      </w:r>
    </w:p>
    <w:p>
      <w:pPr>
        <w:jc w:val="right"/>
      </w:pPr>
      <w:r>
        <w:t>دیر نو تھرڈ پوسیبلیٹی۔ دین ہی اسکڈ می، وائی یو ار سو نیگیٹیو؟</w:t>
      </w:r>
    </w:p>
    <w:p>
      <w:r>
        <w:rPr>
          <w:b/>
        </w:rPr>
        <w:t xml:space="preserve">[06:35] </w:t>
      </w:r>
      <w:r>
        <w:t>why you are saying like this? i said that you have to go to the root cause. root cause.</w:t>
      </w:r>
    </w:p>
    <w:p>
      <w:pPr>
        <w:jc w:val="right"/>
      </w:pPr>
      <w:r>
        <w:t>وائی یو ار سینگ لائک دس؟ ائی سیڈ دیٹ یو ہیو ٹو گو ٹو دا روٹ کاز۔ روٹ کاز۔</w:t>
      </w:r>
    </w:p>
    <w:p>
      <w:r>
        <w:rPr>
          <w:b/>
        </w:rPr>
        <w:t xml:space="preserve">[06:46] </w:t>
      </w:r>
      <w:r>
        <w:t>then first of all, you have to know that the prophet of Islam had said, "man hasan islam mar'u, taraka mala ya'ni." it means that your actions will be result in direction.</w:t>
      </w:r>
    </w:p>
    <w:p>
      <w:pPr>
        <w:jc w:val="right"/>
      </w:pPr>
      <w:r>
        <w:t>دین فرسٹ اف ال، یو ہیو ٹو نو دیٹ دا پرافٹ اف اسلام ہیڈ سیڈ، "من حسن اسلام مرے، ترکہ مالا یانی ہے۔" اٹ مینز دیٹ یور ایکشنز ویل بی رزلٹ ان ڈائریکشن۔</w:t>
      </w:r>
    </w:p>
    <w:p>
      <w:r>
        <w:rPr>
          <w:b/>
        </w:rPr>
        <w:t xml:space="preserve">[07:03] </w:t>
      </w:r>
      <w:r>
        <w:t>if there is no result, then you have to keep patience.</w:t>
      </w:r>
    </w:p>
    <w:p>
      <w:pPr>
        <w:jc w:val="right"/>
      </w:pPr>
      <w:r>
        <w:t>اف دیر از نو رزلٹ، دین یو ہیو ٹو کیپ پیشنس۔</w:t>
      </w:r>
    </w:p>
    <w:p>
      <w:r>
        <w:rPr>
          <w:b/>
        </w:rPr>
        <w:t xml:space="preserve">[07:14] </w:t>
      </w:r>
      <w:r>
        <w:t>this is the basic formula of life. basic formula of life is that your every action, your every behavior, everything must be result oriented.</w:t>
      </w:r>
    </w:p>
    <w:p>
      <w:pPr>
        <w:jc w:val="right"/>
      </w:pPr>
      <w:r>
        <w:t>دس از دا بیسک فارمولا اف لائف۔ بیسک فارمولا اف لائف از دیٹ یور ایوری ایکشن، یور ایوری بیہیویئر، ایوری تھنگ مسٹ بی رزلٹ اورینٹڈ۔</w:t>
      </w:r>
    </w:p>
    <w:p>
      <w:r>
        <w:rPr>
          <w:b/>
        </w:rPr>
        <w:t xml:space="preserve">[07:32] </w:t>
      </w:r>
      <w:r>
        <w:t>then i said that what is the root cause behind this perversion?</w:t>
      </w:r>
    </w:p>
    <w:p>
      <w:pPr>
        <w:jc w:val="right"/>
      </w:pPr>
      <w:r>
        <w:t>دین ائی سیڈ دیٹ واٹ از دا روٹ کاز بیہائنڈ دس پرورژن؟</w:t>
      </w:r>
    </w:p>
    <w:p>
      <w:r>
        <w:rPr>
          <w:b/>
        </w:rPr>
        <w:t xml:space="preserve">[07:43] </w:t>
      </w:r>
      <w:r>
        <w:t>I say that is not very simple. In our age, there arose three very brilliant people, brilliant minds.</w:t>
      </w:r>
    </w:p>
    <w:p>
      <w:pPr>
        <w:jc w:val="right"/>
      </w:pPr>
      <w:r>
        <w:t>ائی سیڈ دیٹ از ناٹ ویری سمپل۔ ان اور ایج، دیر اروز تھری ویری بریلینٹ پیپل، بریلینٹ مائن۔</w:t>
      </w:r>
    </w:p>
    <w:p>
      <w:r>
        <w:rPr>
          <w:b/>
        </w:rPr>
        <w:t xml:space="preserve">[07:59] </w:t>
      </w:r>
      <w:r>
        <w:t>they have distarted through out the world. these three mind have devastrated all the intellectual fabric every vere in the world.</w:t>
      </w:r>
    </w:p>
    <w:p>
      <w:pPr>
        <w:jc w:val="right"/>
      </w:pPr>
      <w:r>
        <w:t>دے ہیو ڈسٹارڈڈ تھرو اؤٹ دا ورلڈ۔ دیز تھری مائن ہیو ڈیواسٹریڈ ال دا انٹلیکچول فیبرک ایوری ویر ان دا ورلڈ۔</w:t>
      </w:r>
    </w:p>
    <w:p>
      <w:r>
        <w:rPr>
          <w:b/>
        </w:rPr>
        <w:t xml:space="preserve">[08:11] </w:t>
      </w:r>
      <w:r>
        <w:t>who were these three brains? They were Darwin,</w:t>
      </w:r>
    </w:p>
    <w:p>
      <w:pPr>
        <w:jc w:val="right"/>
      </w:pPr>
      <w:r>
        <w:t>ہو ویر دیز تھری برینز؟ دے ویر ڈارون،</w:t>
      </w:r>
    </w:p>
    <w:p>
      <w:r>
        <w:rPr>
          <w:b/>
        </w:rPr>
        <w:t xml:space="preserve">[08:21] </w:t>
      </w:r>
      <w:r>
        <w:t>charles darvin, who propagated the formula of evolution. then there was carl marx.</w:t>
      </w:r>
    </w:p>
    <w:p>
      <w:pPr>
        <w:jc w:val="right"/>
      </w:pPr>
      <w:r>
        <w:t>چارلس ڈارون، ہو پروپیگیٹڈ دا فارمولا اف ایولوشن۔ دین دیر واز کارل مارکس۔</w:t>
      </w:r>
    </w:p>
    <w:p>
      <w:r>
        <w:rPr>
          <w:b/>
        </w:rPr>
        <w:t xml:space="preserve">[08:35] </w:t>
      </w:r>
      <w:r>
        <w:t>then there was sigmund freud.</w:t>
      </w:r>
    </w:p>
    <w:p>
      <w:pPr>
        <w:jc w:val="right"/>
      </w:pPr>
      <w:r>
        <w:t>دین دیر واز سگمن فرائٹ۔</w:t>
      </w:r>
    </w:p>
    <w:p>
      <w:r>
        <w:rPr>
          <w:b/>
        </w:rPr>
        <w:t xml:space="preserve">[08:40] </w:t>
      </w:r>
      <w:r>
        <w:t>These three intellectual players are behind all these perversions. Don't take it as a simple, simple phenomena.</w:t>
      </w:r>
    </w:p>
    <w:p>
      <w:pPr>
        <w:jc w:val="right"/>
      </w:pPr>
      <w:r>
        <w:t>دیز تھری انٹلیکچول پلیئرز ار بیہائنڈ ال دیز پرورژنز۔ ڈونٹ ٹیک اٹ ایز ا سمپل، سمپل فیناومینا۔</w:t>
      </w:r>
    </w:p>
    <w:p>
      <w:r>
        <w:rPr>
          <w:b/>
        </w:rPr>
        <w:t xml:space="preserve">[08:52] </w:t>
      </w:r>
      <w:r>
        <w:t>and these three brains</w:t>
      </w:r>
    </w:p>
    <w:p>
      <w:pPr>
        <w:jc w:val="right"/>
      </w:pPr>
      <w:r>
        <w:t>اینڈ دیز تھری برینز</w:t>
      </w:r>
    </w:p>
    <w:p>
      <w:r>
        <w:rPr>
          <w:b/>
        </w:rPr>
        <w:t xml:space="preserve">[08:59] </w:t>
      </w:r>
      <w:r>
        <w:t>enjoy great popularity among modern generations. all the, all the libraries are full of their literatures.</w:t>
      </w:r>
    </w:p>
    <w:p>
      <w:pPr>
        <w:jc w:val="right"/>
      </w:pPr>
      <w:r>
        <w:t>انجوائے گریٹ پاپولیرٹی امنگ ماڈرن جنریشنز۔ ال دا، ال دا لائبریریز ار فل اف دیر لٹریچرز۔</w:t>
      </w:r>
    </w:p>
    <w:p>
      <w:r>
        <w:rPr>
          <w:b/>
        </w:rPr>
        <w:t xml:space="preserve">[09:11] </w:t>
      </w:r>
      <w:r>
        <w:t>in every university, they are,</w:t>
      </w:r>
    </w:p>
    <w:p>
      <w:pPr>
        <w:jc w:val="right"/>
      </w:pPr>
      <w:r>
        <w:t>ان ایوری یونیورسٹی، دے ار،</w:t>
      </w:r>
    </w:p>
    <w:p>
      <w:r>
        <w:rPr>
          <w:b/>
        </w:rPr>
        <w:t xml:space="preserve">[09:18] </w:t>
      </w:r>
      <w:r>
        <w:t>they are included in their syllabus. so the whole, in the whole educated mind is obsessed with the notions of these three thinkers.</w:t>
      </w:r>
    </w:p>
    <w:p>
      <w:pPr>
        <w:jc w:val="right"/>
      </w:pPr>
      <w:r>
        <w:t>دے ار انکلوڈڈ ان دیر سلیبس۔ سو دا ہول، ان دا ہول ایجوکیٹڈ مائن از اوبسسڈ ود دا نوشنز اف دیز تھری تھنکرز۔</w:t>
      </w:r>
    </w:p>
    <w:p>
      <w:r>
        <w:rPr>
          <w:b/>
        </w:rPr>
        <w:t xml:space="preserve">[09:37] </w:t>
      </w:r>
      <w:r>
        <w:t>so you have it. so i said that is not simply a moral perversion. no, it is a great intellectual challenge.</w:t>
      </w:r>
    </w:p>
    <w:p>
      <w:pPr>
        <w:jc w:val="right"/>
      </w:pPr>
      <w:r>
        <w:t>سو یو ہیو اٹ۔ سو ائی سیڈ دیٹ از ناٹ سمپلی ا مورل پرورژن۔ نو، اٹ از ا گریٹ انٹلیکچول چیلنج۔</w:t>
      </w:r>
    </w:p>
    <w:p>
      <w:r>
        <w:rPr>
          <w:b/>
        </w:rPr>
        <w:t xml:space="preserve">[09:48] </w:t>
      </w:r>
      <w:r>
        <w:t>it is intellectual challenge. perversion is an ideology, not simply some moral behaviour.</w:t>
      </w:r>
    </w:p>
    <w:p>
      <w:pPr>
        <w:jc w:val="right"/>
      </w:pPr>
      <w:r>
        <w:t>اٹ از انٹلیکچول چیلنج۔ پرورژن از ان ائیڈیالوجی، ناٹ سمپلی سم مورل بیہیویئر۔</w:t>
      </w:r>
    </w:p>
    <w:p>
      <w:r>
        <w:rPr>
          <w:b/>
        </w:rPr>
        <w:t xml:space="preserve">[09:59] </w:t>
      </w:r>
      <w:r>
        <w:t>dont take it simply as a moral phenomena. it is an ideological phenomena. so you have to find a counter ideology.</w:t>
      </w:r>
    </w:p>
    <w:p>
      <w:pPr>
        <w:jc w:val="right"/>
      </w:pPr>
      <w:r>
        <w:t>ڈونٹ ٹیک اٹ سمپلی ایز ا مورل فیناومینا۔ اٹ از این ائیڈیالوجیکل فیناومینا۔ سو یو ہیو ٹو فائنڈ ا کاؤنٹر ائیڈیالوجی۔</w:t>
      </w:r>
    </w:p>
    <w:p>
      <w:r>
        <w:rPr>
          <w:b/>
        </w:rPr>
        <w:t xml:space="preserve">[10:16] </w:t>
      </w:r>
      <w:r>
        <w:t>you have to crush this ideology. otherwise, these books are doom to to go to rubbish, to litter bin.</w:t>
      </w:r>
    </w:p>
    <w:p>
      <w:pPr>
        <w:jc w:val="right"/>
      </w:pPr>
      <w:r>
        <w:t>یو ہیو ٹو کرش دس ائیڈیالوجی۔ ادر وائز، دیز بکس ار ڈوم ٹو ٹو گو ٹو ربش، ٹو لٹر بن۔</w:t>
      </w:r>
    </w:p>
    <w:p>
      <w:r>
        <w:rPr>
          <w:b/>
        </w:rPr>
        <w:t xml:space="preserve">[10:30] </w:t>
      </w:r>
      <w:r>
        <w:t>then i said that</w:t>
      </w:r>
    </w:p>
    <w:p>
      <w:pPr>
        <w:jc w:val="right"/>
      </w:pPr>
      <w:r>
        <w:t>دین ائی سیڈ دیٹ</w:t>
      </w:r>
    </w:p>
    <w:p>
      <w:r>
        <w:rPr>
          <w:b/>
        </w:rPr>
        <w:t xml:space="preserve">[10:34] </w:t>
      </w:r>
      <w:r>
        <w:t>it is not necessary that your book, if you prepare a book, if you find some counter ideology, then you will change the whole world.</w:t>
      </w:r>
    </w:p>
    <w:p>
      <w:pPr>
        <w:jc w:val="right"/>
      </w:pPr>
      <w:r>
        <w:t>اٹ از ناٹ نسیسری دیٹ یور بک، اف یو پریپیئر ا بک، اف یو فائنڈ سم کاؤنٹر ائیڈیالوجی، دین یو ویل چینج دا ہول ورلڈ۔</w:t>
      </w:r>
    </w:p>
    <w:p>
      <w:r>
        <w:rPr>
          <w:b/>
        </w:rPr>
        <w:t xml:space="preserve">[10:46] </w:t>
      </w:r>
      <w:r>
        <w:t>no, it is not by single person. you can, if you can change a single person, then you can by these method.</w:t>
      </w:r>
    </w:p>
    <w:p>
      <w:pPr>
        <w:jc w:val="right"/>
      </w:pPr>
      <w:r>
        <w:t>نو، اٹ از ناٹ بائی سینگل پرسن۔ یو کین، اف یو کین چینج ا سنگل پرسن، دین یو کین بائی دیز میتھڈ۔</w:t>
      </w:r>
    </w:p>
    <w:p>
      <w:r>
        <w:rPr>
          <w:b/>
        </w:rPr>
        <w:t xml:space="preserve">[11:00] </w:t>
      </w:r>
      <w:r>
        <w:t>and if you are able to change a single mind, that is enough for your success. a single mind, it is not possible to change the whole humanity,</w:t>
      </w:r>
    </w:p>
    <w:p>
      <w:pPr>
        <w:jc w:val="right"/>
      </w:pPr>
      <w:r>
        <w:t>اینڈ اف یو ار ایبل ٹو چینج ا سنگل مائن، دیٹ از انف فار یور سکسیس۔ ا سنگل مائن، اٹ از ناٹ پاسیبل ٹو چینج دا ہول ہیومینٹی،</w:t>
      </w:r>
    </w:p>
    <w:p>
      <w:r>
        <w:rPr>
          <w:b/>
        </w:rPr>
        <w:t xml:space="preserve">[11:15] </w:t>
      </w:r>
      <w:r>
        <w:t>all the generation, all the people. it is not possible. also, it is not required.</w:t>
      </w:r>
    </w:p>
    <w:p>
      <w:pPr>
        <w:jc w:val="right"/>
      </w:pPr>
      <w:r>
        <w:t>ال دا جنریشن، ال دا پیپل۔ اٹ از ناٹ پاسیبل۔ السو، اٹ از ناٹ ریکوائرڈ۔</w:t>
      </w:r>
    </w:p>
    <w:p>
      <w:r>
        <w:rPr>
          <w:b/>
        </w:rPr>
        <w:t xml:space="preserve">[11:24] </w:t>
      </w:r>
      <w:r>
        <w:t>what is possible is to change an individual mind, maybe one or two or three or four or five. quantity is not important.</w:t>
      </w:r>
    </w:p>
    <w:p>
      <w:pPr>
        <w:jc w:val="right"/>
      </w:pPr>
      <w:r>
        <w:t>واٹ از پاسیبل از ٹو چینج این انڈیویجول مائن، می بی ون اور ٹو اور تھری اور فور اور فائیو۔ کوانٹٹی از ناٹ امپورٹنٹ۔</w:t>
      </w:r>
    </w:p>
    <w:p>
      <w:r>
        <w:rPr>
          <w:b/>
        </w:rPr>
        <w:t xml:space="preserve">[11:37] </w:t>
      </w:r>
      <w:r>
        <w:t>what is important is quality. god sees only quality and not quantity. so, if you are able to change an individual mind, that is enough.</w:t>
      </w:r>
    </w:p>
    <w:p>
      <w:pPr>
        <w:jc w:val="right"/>
      </w:pPr>
      <w:r>
        <w:t>واٹ از امپورٹنٹ از کوالٹی۔ گاڈ سیز اونلی کوالٹی اینڈ ناٹ کوانٹٹی۔ سو، اف یو ار ایبل ٹو چینج این انڈیویجول مائن، دیٹ از انف۔</w:t>
      </w:r>
    </w:p>
    <w:p>
      <w:r>
        <w:rPr>
          <w:b/>
        </w:rPr>
        <w:t xml:space="preserve">[11:55] </w:t>
      </w:r>
      <w:r>
        <w:t>and i am working on the same formula.</w:t>
      </w:r>
    </w:p>
    <w:p>
      <w:pPr>
        <w:jc w:val="right"/>
      </w:pPr>
      <w:r>
        <w:t>اینڈ ائی ایم ورکنگ ان دا سیم فارمولا۔</w:t>
      </w:r>
    </w:p>
    <w:p>
      <w:r>
        <w:rPr>
          <w:b/>
        </w:rPr>
        <w:t xml:space="preserve">[12:00] </w:t>
      </w:r>
      <w:r>
        <w:t>i am meeting this challenge in an intellectual level, in ideological level. i said that i was educated in some madrasa, traditional madrasa.</w:t>
      </w:r>
    </w:p>
    <w:p>
      <w:pPr>
        <w:jc w:val="right"/>
      </w:pPr>
      <w:r>
        <w:t>ائی ایم میٹنگ دی چیلنج ان انٹلیکچول لیول، ان ائیڈیالوجیکل لیول۔ ائی سیڈ دیٹ ائی واز ایجوکیٹڈ ان سم مدرسہ، ٹریڈیشنل مدرسہ۔</w:t>
      </w:r>
    </w:p>
    <w:p>
      <w:r>
        <w:rPr>
          <w:b/>
        </w:rPr>
        <w:t xml:space="preserve">[12:14] </w:t>
      </w:r>
      <w:r>
        <w:t>then i wanted to do what you are, what you want to do, that is bring about, bring about reform in the, in the people mind.</w:t>
      </w:r>
    </w:p>
    <w:p>
      <w:pPr>
        <w:jc w:val="right"/>
      </w:pPr>
      <w:r>
        <w:t>دین ائی وانٹڈ ٹو ڈو واٹ یو ار، واٹ یو وانٹ ٹو ڈو، دیٹ از برنگ اباؤٹ، برنگ اباؤٹ ریفارم ان دا، ان دا پیپل مائن۔</w:t>
      </w:r>
    </w:p>
    <w:p>
      <w:r>
        <w:rPr>
          <w:b/>
        </w:rPr>
        <w:t xml:space="preserve">[12:27] </w:t>
      </w:r>
      <w:r>
        <w:t>this was my goal. but i never publish like this book, like this, because i was aware.</w:t>
      </w:r>
    </w:p>
    <w:p>
      <w:pPr>
        <w:jc w:val="right"/>
      </w:pPr>
      <w:r>
        <w:t>دس واز مائی گول۔ بٹ ائی نیور پبلش لائک دس بک، لائک دس، بیکاز ائی واز اویر۔</w:t>
      </w:r>
    </w:p>
    <w:p>
      <w:r>
        <w:rPr>
          <w:b/>
        </w:rPr>
        <w:t xml:space="preserve">[12:41] </w:t>
      </w:r>
      <w:r>
        <w:t>I was aware that this kind of book is worth, worthless. It is good for nothing.</w:t>
      </w:r>
    </w:p>
    <w:p>
      <w:pPr>
        <w:jc w:val="right"/>
      </w:pPr>
      <w:r>
        <w:t>ائی واز اویر دیٹ دس کائنڈ اف بک از ورتھ، ورتھ لیس۔ اٹ از گڈ فار نتھنگ۔</w:t>
      </w:r>
    </w:p>
    <w:p>
      <w:r>
        <w:rPr>
          <w:b/>
        </w:rPr>
        <w:t xml:space="preserve">[12:51] </w:t>
      </w:r>
      <w:r>
        <w:t>So, after long long study, I discovered what is the real ideology behind these perversions, behind these perversions.</w:t>
      </w:r>
    </w:p>
    <w:p>
      <w:pPr>
        <w:jc w:val="right"/>
      </w:pPr>
      <w:r>
        <w:t>سو، افٹر لانگ لانگ اسٹڈی، ائی ڈسکورڈ واٹ از دا ریل ائیڈیالوجی بیہائنڈ دیز پرورژنز، بیہائنڈ دیز پرورژنز۔</w:t>
      </w:r>
    </w:p>
    <w:p>
      <w:r>
        <w:rPr>
          <w:b/>
        </w:rPr>
        <w:t xml:space="preserve">[13:07] </w:t>
      </w:r>
      <w:r>
        <w:t>So, when I discovered that there are some strong ideologies,</w:t>
      </w:r>
    </w:p>
    <w:p>
      <w:pPr>
        <w:jc w:val="right"/>
      </w:pPr>
      <w:r>
        <w:t>سو، وین ائی ڈسکورڈ دیٹ دیر ار سم سٹرونگ ائیڈیالوجی،</w:t>
      </w:r>
    </w:p>
    <w:p>
      <w:r>
        <w:rPr>
          <w:b/>
        </w:rPr>
        <w:t xml:space="preserve">[13:16] </w:t>
      </w:r>
      <w:r>
        <w:t>strong in terms of popularity, not in terms of merit. Is merit, they are not strong, very very weak, because they are in natural.</w:t>
      </w:r>
    </w:p>
    <w:p>
      <w:pPr>
        <w:jc w:val="right"/>
      </w:pPr>
      <w:r>
        <w:t>سٹرونگ ان ان ٹرم اف پاپولیرٹی، ناٹ ان ٹرم اف میرٹ۔ از میرٹ، دے ار ناٹ سٹرونگ، ویری ویری ویک، بیکاز دے ار ان نیچرل۔</w:t>
      </w:r>
    </w:p>
    <w:p>
      <w:r>
        <w:rPr>
          <w:b/>
        </w:rPr>
        <w:t xml:space="preserve">[13:30] </w:t>
      </w:r>
      <w:r>
        <w:t>Although ideology which I referred, although three ideology, they are very weak ideology, because they are in natural.</w:t>
      </w:r>
    </w:p>
    <w:p>
      <w:pPr>
        <w:jc w:val="right"/>
      </w:pPr>
      <w:r>
        <w:t>ال دو ائیڈیالوجی وچ ائی ریفرڈ، ال دو تھری ائیڈیالوجی، دے ار ویری ویک ائیڈیالوجی، بیکاز دے ار ان نیچرل۔</w:t>
      </w:r>
    </w:p>
    <w:p>
      <w:r>
        <w:rPr>
          <w:b/>
        </w:rPr>
        <w:t xml:space="preserve">[13:43] </w:t>
      </w:r>
      <w:r>
        <w:t>Any thing that is in natural, it is weak. It has no logic. But in terms of popularity, they gain great popularity.</w:t>
      </w:r>
    </w:p>
    <w:p>
      <w:pPr>
        <w:jc w:val="right"/>
      </w:pPr>
      <w:r>
        <w:t>اینی تھنگ دیٹ از ان نیچرل، اٹ از ویک۔ اٹ ہیز نو لاجک۔ بٹ ان ٹرم اف پاپولیرٹی، دے گین گریٹ پاپولیرٹی۔</w:t>
      </w:r>
    </w:p>
    <w:p>
      <w:r>
        <w:rPr>
          <w:b/>
        </w:rPr>
        <w:t xml:space="preserve">[13:58] </w:t>
      </w:r>
      <w:r>
        <w:t>All the educated men are impressed with these ideologies. So, I wanted to crush this notion.</w:t>
      </w:r>
    </w:p>
    <w:p>
      <w:pPr>
        <w:jc w:val="right"/>
      </w:pPr>
      <w:r>
        <w:t>ال دا ایجوکیٹڈ مین ار امپریسڈ ود دیز ائیڈیالوجیز۔ سو، ائی وانٹڈ ٹو کرش دس نوشن۔</w:t>
      </w:r>
    </w:p>
    <w:p>
      <w:r>
        <w:rPr>
          <w:b/>
        </w:rPr>
        <w:t xml:space="preserve">[14:09] </w:t>
      </w:r>
      <w:r>
        <w:t>I wanted to meet this challenge in ideological level. And I prepared near about 200 books.</w:t>
      </w:r>
    </w:p>
    <w:p>
      <w:pPr>
        <w:jc w:val="right"/>
      </w:pPr>
      <w:r>
        <w:t>ائی وانٹڈ ٹو میٹ دس چیلنج ان ائیڈیالوجیکل لیول۔ اینڈ ائی پریپیئرڈ نیئر اباؤٹ 200 بکس۔</w:t>
      </w:r>
    </w:p>
    <w:p>
      <w:r>
        <w:rPr>
          <w:b/>
        </w:rPr>
        <w:t xml:space="preserve">[14:19] </w:t>
      </w:r>
      <w:r>
        <w:t>it was a long long endeavor. it was a great sacrifice. it required a great sacrifice. you want simply to publish a book, and then you want, then you expect a great result.</w:t>
      </w:r>
    </w:p>
    <w:p>
      <w:pPr>
        <w:jc w:val="right"/>
      </w:pPr>
      <w:r>
        <w:t>اٹ واز ا لانگ لانگ اینڈیور۔ اٹ واز ا گریٹ سیکریفائس۔ اٹ ریکوائرڈ ا گریٹ سیکریفائس۔ یو وانٹ سمپلی ٹو پبلش ا بک، اینڈ دین یو وانٹ، دین یو ایکسپیکٹ ا گریٹ رزلٹ۔</w:t>
      </w:r>
    </w:p>
    <w:p>
      <w:r>
        <w:rPr>
          <w:b/>
        </w:rPr>
        <w:t xml:space="preserve">[14:35] </w:t>
      </w:r>
      <w:r>
        <w:t>no, it is nat pasibal.</w:t>
      </w:r>
    </w:p>
    <w:p>
      <w:pPr>
        <w:jc w:val="right"/>
      </w:pPr>
      <w:r>
        <w:t>نو، اٹ از ناٹ پاسیبل۔</w:t>
      </w:r>
    </w:p>
    <w:p>
      <w:r>
        <w:rPr>
          <w:b/>
        </w:rPr>
        <w:t xml:space="preserve">[14:41] </w:t>
      </w:r>
      <w:r>
        <w:t>I lived a life of sarfraz. Then I produced this literature. Can you afford this kind of life?</w:t>
      </w:r>
    </w:p>
    <w:p>
      <w:pPr>
        <w:jc w:val="right"/>
      </w:pPr>
      <w:r>
        <w:t>ائی لیوڈ ا لائف اف سرمٹ۔ دین ائی پروڈیوس دس لٹریچر۔ کین یو افورڈ دس کائنڈ اف لائف؟</w:t>
      </w:r>
    </w:p>
    <w:p>
      <w:r>
        <w:rPr>
          <w:b/>
        </w:rPr>
        <w:t xml:space="preserve">[14:55] </w:t>
      </w:r>
      <w:r>
        <w:t>I lived like a hermit. Then I was able to produce this literature. So, I said that for you, there is no option other than to be inspired by literature.</w:t>
      </w:r>
    </w:p>
    <w:p>
      <w:pPr>
        <w:jc w:val="right"/>
      </w:pPr>
      <w:r>
        <w:t>ائی لیوڈ لائک ا ہرمیٹ۔ دین ائی واز ایبل ٹو پروڈیوس دس لٹریچر۔ سو، ائی سیڈ دیٹ فار یو، دیر نو اپشن ادر دین ٹو انسپائرڈ بائے لٹریچر۔</w:t>
      </w:r>
    </w:p>
    <w:p>
      <w:r>
        <w:rPr>
          <w:b/>
        </w:rPr>
        <w:t xml:space="preserve">[15:12] </w:t>
      </w:r>
      <w:r>
        <w:t>"Letter to a Christian" is there. It is already available in different languages. So, why do you want to publish a new book?</w:t>
      </w:r>
    </w:p>
    <w:p>
      <w:pPr>
        <w:jc w:val="right"/>
      </w:pPr>
      <w:r>
        <w:t>لٹریچر از دیر۔ اٹ از الریڈی اویلیبل ان ڈفرنٹ لینگویجز۔ سو، وائی یو وانٹ ٹو پبلش ا نیو بک؟</w:t>
      </w:r>
    </w:p>
    <w:p>
      <w:r>
        <w:rPr>
          <w:b/>
        </w:rPr>
        <w:t xml:space="preserve">[15:25] </w:t>
      </w:r>
      <w:r>
        <w:t>Then, I mean then, just against my expectation, that gentleman was greatly impressed and said, "I was mad,</w:t>
      </w:r>
    </w:p>
    <w:p>
      <w:pPr>
        <w:jc w:val="right"/>
      </w:pPr>
      <w:r>
        <w:t>دین، اینی دین، جسٹ اگینسٹ مائی ایکسپیکٹیشن، دیٹ جنٹلمین واز گریٹلی امپریسڈ اینڈ سیڈ، "ائی واز میڈ،</w:t>
      </w:r>
    </w:p>
    <w:p>
      <w:r>
        <w:rPr>
          <w:b/>
        </w:rPr>
        <w:t xml:space="preserve">[15:41] </w:t>
      </w:r>
      <w:r>
        <w:t>and now I, I will, I, I am not going to publish this book."</w:t>
      </w:r>
    </w:p>
    <w:p>
      <w:pPr>
        <w:jc w:val="right"/>
      </w:pPr>
      <w:r>
        <w:t>اینڈ ناؤ ائی، ائی ویل، ائی، ائی ایم ناٹ گوئنگ ٹو پبلش دس بک۔"</w:t>
      </w:r>
    </w:p>
    <w:p>
      <w:r>
        <w:rPr>
          <w:b/>
        </w:rPr>
        <w:t xml:space="preserve">[15:53] </w:t>
      </w:r>
      <w:r>
        <w:t>No one, no one said like this. So, I was living in Madras.</w:t>
      </w:r>
    </w:p>
    <w:p>
      <w:pPr>
        <w:jc w:val="right"/>
      </w:pPr>
      <w:r>
        <w:t>نو ون، نو ون سیڈ لائک دس۔ سو، ائی واز لیونگ ان میڈنس۔</w:t>
      </w:r>
    </w:p>
    <w:p>
      <w:r>
        <w:rPr>
          <w:b/>
        </w:rPr>
        <w:t xml:space="preserve">[16:03] </w:t>
      </w:r>
      <w:r>
        <w:t>nau ai,</w:t>
      </w:r>
    </w:p>
    <w:p>
      <w:pPr>
        <w:jc w:val="right"/>
      </w:pPr>
      <w:r>
        <w:t>ناؤ ائی،</w:t>
      </w:r>
    </w:p>
    <w:p>
      <w:r>
        <w:rPr>
          <w:b/>
        </w:rPr>
        <w:t xml:space="preserve">[16:08] </w:t>
      </w:r>
      <w:r>
        <w:t>I, I will take another course, a kind to advise. Now, this is not a single, is not a case of a single individual.</w:t>
      </w:r>
    </w:p>
    <w:p>
      <w:pPr>
        <w:jc w:val="right"/>
      </w:pPr>
      <w:r>
        <w:t>ائی، ائی ویل ٹیک انادر کورس، ا کائنڈ ٹو ایڈوائس۔ ناؤ، دس از ناٹ ا سنگل، از ناٹ ا کیس اف ا سنگل انڈیویجول۔</w:t>
      </w:r>
    </w:p>
    <w:p>
      <w:r>
        <w:rPr>
          <w:b/>
        </w:rPr>
        <w:t xml:space="preserve">[16:23] </w:t>
      </w:r>
      <w:r>
        <w:t>The whole humanity is living in this, from Yasser Arafat up to George Bush. Every one is jumping into this sad state of affairs.</w:t>
      </w:r>
    </w:p>
    <w:p>
      <w:pPr>
        <w:jc w:val="right"/>
      </w:pPr>
      <w:r>
        <w:t>دا ہول ہیومینٹی از لیونگ ان دس، فرام یاسر عرفات اپ ٹو جارج بش۔ ایوری ون از جمپنگ انٹو دس سیڈ اسٹیٹ اف افیئرز۔</w:t>
      </w:r>
    </w:p>
    <w:p>
      <w:r>
        <w:rPr>
          <w:b/>
        </w:rPr>
        <w:t xml:space="preserve">[16:39] </w:t>
      </w:r>
      <w:r>
        <w:t>You know, George Bush was the, was the head of, head of superior power.</w:t>
      </w:r>
    </w:p>
    <w:p>
      <w:pPr>
        <w:jc w:val="right"/>
      </w:pPr>
      <w:r>
        <w:t>یو نو، جارج بش واز دا، واز دا ہیڈ اف، ہیڈ اف سپیریر پاور۔</w:t>
      </w:r>
    </w:p>
    <w:p>
      <w:r>
        <w:rPr>
          <w:b/>
        </w:rPr>
        <w:t xml:space="preserve">[16:50] </w:t>
      </w:r>
      <w:r>
        <w:t>George Bush not what a common man. He was a president of USA, and he wanted to change the world.</w:t>
      </w:r>
    </w:p>
    <w:p>
      <w:pPr>
        <w:jc w:val="right"/>
      </w:pPr>
      <w:r>
        <w:t>جارج بش ناٹ واٹ ا کامن مین۔ ہی واز ا پریزیڈنٹ اف یو ایس اے، اینڈ ہی وانٹڈ ٹو چینج دا ورلڈ۔</w:t>
      </w:r>
    </w:p>
    <w:p>
      <w:r>
        <w:rPr>
          <w:b/>
        </w:rPr>
        <w:t xml:space="preserve">[17:02] </w:t>
      </w:r>
      <w:r>
        <w:t>he spent more than hundred billion dollar, and he failed. Why? Because he followed his wishes, and not the realities.</w:t>
      </w:r>
    </w:p>
    <w:p>
      <w:pPr>
        <w:jc w:val="right"/>
      </w:pPr>
      <w:r>
        <w:t>ہی سپینڈ مور دین ہنڈرڈ بلین ڈالر، اینڈ ہی فیلڈ۔ وائی؟ بیکاز ہی فالوڈ ہز وشز، اینڈ ناٹ دا ریلیٹیز۔</w:t>
      </w:r>
    </w:p>
    <w:p>
      <w:r>
        <w:rPr>
          <w:b/>
        </w:rPr>
        <w:t xml:space="preserve">[17:17] </w:t>
      </w:r>
      <w:r>
        <w:t>he followed his wishes, his own wishes. You can say some, he followed his national ideals.</w:t>
      </w:r>
    </w:p>
    <w:p>
      <w:pPr>
        <w:jc w:val="right"/>
      </w:pPr>
      <w:r>
        <w:t>ہی فالوڈ ہز وشز، ہز اون وشز۔ یو کین سے سم، ہی فالوڈ ہز نیشنل ائیڈیلز۔</w:t>
      </w:r>
    </w:p>
    <w:p>
      <w:r>
        <w:rPr>
          <w:b/>
        </w:rPr>
        <w:t xml:space="preserve">[17:28] </w:t>
      </w:r>
      <w:r>
        <w:t>but it was not enough. You must say the real realities. So, he filled, completely filled.</w:t>
      </w:r>
    </w:p>
    <w:p>
      <w:pPr>
        <w:jc w:val="right"/>
      </w:pPr>
      <w:r>
        <w:t>بٹ اٹ واز ناٹ انف۔ یو مسٹ سی دا ریل ریلیٹیز۔ سو، ہی فیلڈ، کمپلیٹلی فیلڈ۔</w:t>
      </w:r>
    </w:p>
    <w:p>
      <w:r>
        <w:rPr>
          <w:b/>
        </w:rPr>
        <w:t xml:space="preserve">[17:44] </w:t>
      </w:r>
      <w:r>
        <w:t>he completely failed in Afghanistan, in Iraq, everywhere. Then the same happened in Palestine.</w:t>
      </w:r>
    </w:p>
    <w:p>
      <w:pPr>
        <w:jc w:val="right"/>
      </w:pPr>
      <w:r>
        <w:t>ہی کمپلیٹلی فیلڈ ان افغانستان، ان عراق، ایوری ویر۔ دین دا سیم ہیپنڈ ان پیلسٹائن۔</w:t>
      </w:r>
    </w:p>
    <w:p>
      <w:r>
        <w:rPr>
          <w:b/>
        </w:rPr>
        <w:t xml:space="preserve">[17:56] </w:t>
      </w:r>
      <w:r>
        <w:t>aldu dey war naat superior power, but they repeated the same mistake.</w:t>
      </w:r>
    </w:p>
    <w:p>
      <w:pPr>
        <w:jc w:val="right"/>
      </w:pPr>
      <w:r>
        <w:t>الدو دے وار ناٹ سپیریر پاور، بٹ دے ریپیٹڈ دا سیم مسٹیک۔</w:t>
      </w:r>
    </w:p>
    <w:p>
      <w:r>
        <w:rPr>
          <w:b/>
        </w:rPr>
        <w:t xml:space="preserve">[18:05] </w:t>
      </w:r>
      <w:r>
        <w:t>The leaders of Palestine wanted to, wanted to, to, to use the Jew from Palestine.</w:t>
      </w:r>
    </w:p>
    <w:p>
      <w:pPr>
        <w:jc w:val="right"/>
      </w:pPr>
      <w:r>
        <w:t>دا لیڈرز اف پیلسٹائن وانٹڈ ٹو، وانٹڈ ٹو، ٹو، ٹو اوس دا جو فرام پیلسٹائن۔</w:t>
      </w:r>
    </w:p>
    <w:p>
      <w:r>
        <w:rPr>
          <w:b/>
        </w:rPr>
        <w:t xml:space="preserve">[18:23] </w:t>
      </w:r>
      <w:r>
        <w:t>one, one, one Arab leader said that, "nahn ab naval faray na sarmi kafl bahar.</w:t>
      </w:r>
    </w:p>
    <w:p>
      <w:pPr>
        <w:jc w:val="right"/>
      </w:pPr>
      <w:r>
        <w:t>ون، ون، ون عرب لیڈر سیڈ دیٹ، "نہن اب ناول فرائے نا سررمی کفل بحر۔</w:t>
      </w:r>
    </w:p>
    <w:p>
      <w:r>
        <w:rPr>
          <w:b/>
        </w:rPr>
        <w:t xml:space="preserve">[18:37] </w:t>
      </w:r>
      <w:r>
        <w:t>sarmi kafl bahar,</w:t>
      </w:r>
    </w:p>
    <w:p>
      <w:pPr>
        <w:jc w:val="right"/>
      </w:pPr>
      <w:r>
        <w:t>سررمی کفل بحر،</w:t>
      </w:r>
    </w:p>
    <w:p>
      <w:r>
        <w:rPr>
          <w:b/>
        </w:rPr>
        <w:t xml:space="preserve">[18:41] </w:t>
      </w:r>
      <w:r>
        <w:t>we we will, we will compel you to go to, to ocean, to sea.</w:t>
      </w:r>
    </w:p>
    <w:p>
      <w:pPr>
        <w:jc w:val="right"/>
      </w:pPr>
      <w:r>
        <w:t>وی ویل، وی ویل کمپلڈ یو ٹو گو ٹو، ٹو اوشن، ٹو سی۔</w:t>
      </w:r>
    </w:p>
    <w:p>
      <w:r>
        <w:rPr>
          <w:b/>
        </w:rPr>
        <w:t xml:space="preserve">[18:54] </w:t>
      </w:r>
      <w:r>
        <w:t>there no place for you in Palestine. your place is in ocean, in sea." but he failed.</w:t>
      </w:r>
    </w:p>
    <w:p>
      <w:pPr>
        <w:jc w:val="right"/>
      </w:pPr>
      <w:r>
        <w:t>دیر نو پلیس فار یو ان پیلسٹائن۔ یور پلیس از ان اوشن، ان سی۔" بٹ ہی فیلڈ۔</w:t>
      </w:r>
    </w:p>
    <w:p>
      <w:r>
        <w:rPr>
          <w:b/>
        </w:rPr>
        <w:t xml:space="preserve">[19:04] </w:t>
      </w:r>
      <w:r>
        <w:t>you know, in 1948, I, I, I happened to meet some Palestinian leaders, some Arab leaders.</w:t>
      </w:r>
    </w:p>
    <w:p>
      <w:pPr>
        <w:jc w:val="right"/>
      </w:pPr>
      <w:r>
        <w:t>یو نو، ان 1948، ائی، ائی، ائی ہیپنڈ ٹو میٹ سم پیلسٹین لیڈرز، سم عرب لیڈرز۔</w:t>
      </w:r>
    </w:p>
    <w:p>
      <w:r>
        <w:rPr>
          <w:b/>
        </w:rPr>
        <w:t xml:space="preserve">[19:15] </w:t>
      </w:r>
      <w:r>
        <w:t>I said, "why you are doing this kind of jihad? why you are doing this kind of jihad?"</w:t>
      </w:r>
    </w:p>
    <w:p>
      <w:pPr>
        <w:jc w:val="right"/>
      </w:pPr>
      <w:r>
        <w:t>ائی سیڈ، "وائی یو ار ڈوئنگ دس کائنڈ اف جہاد؟ وائی یو ار ڈوئنگ دس کائنڈ اف جہاد؟"</w:t>
      </w:r>
    </w:p>
    <w:p>
      <w:r>
        <w:rPr>
          <w:b/>
        </w:rPr>
        <w:t xml:space="preserve">[19:27] </w:t>
      </w:r>
      <w:r>
        <w:t>and there is no result. he said that, "you are facing injustice. then what to do?</w:t>
      </w:r>
    </w:p>
    <w:p>
      <w:pPr>
        <w:jc w:val="right"/>
      </w:pPr>
      <w:r>
        <w:t>اینڈ دیر از نو رزلٹ۔ ہی سیڈ دیٹ، "یو ار فیسنگ انجسٹس۔ دین واٹ ٹو ڈو؟</w:t>
      </w:r>
    </w:p>
    <w:p>
      <w:r>
        <w:rPr>
          <w:b/>
        </w:rPr>
        <w:t xml:space="preserve">[19:38] </w:t>
      </w:r>
      <w:r>
        <w:t>you are facing injustice, atrocities. then what to do?" I said that, "you started your jihad in 1948.</w:t>
      </w:r>
    </w:p>
    <w:p>
      <w:pPr>
        <w:jc w:val="right"/>
      </w:pPr>
      <w:r>
        <w:t>یو ار فیسنگ انجسٹس، ایٹروسیٹیز۔ دین واٹ ٹو ڈو؟" ائی سیڈ دیٹ، "یو سٹارٹڈ یور جہاد ان 1948۔</w:t>
      </w:r>
    </w:p>
    <w:p>
      <w:r>
        <w:rPr>
          <w:b/>
        </w:rPr>
        <w:t xml:space="preserve">[19:54] </w:t>
      </w:r>
      <w:r>
        <w:t>you started your jihad in 1948. now the time is to reassess. the time is to revise.</w:t>
      </w:r>
    </w:p>
    <w:p>
      <w:pPr>
        <w:jc w:val="right"/>
      </w:pPr>
      <w:r>
        <w:t>یو سٹارٹڈ یور جہاد ان 1948۔ ناؤ دا ٹائم از ٹو ری اسس۔ دا ٹائم از ٹو ریوائز۔</w:t>
      </w:r>
    </w:p>
    <w:p>
      <w:r>
        <w:rPr>
          <w:b/>
        </w:rPr>
        <w:t xml:space="preserve">[20:06] </w:t>
      </w:r>
      <w:r>
        <w:t>then what is the result? in 1948, you were occupying three fourth of Palestine.</w:t>
      </w:r>
    </w:p>
    <w:p>
      <w:pPr>
        <w:jc w:val="right"/>
      </w:pPr>
      <w:r>
        <w:t>دین واٹ از دا رزلٹ؟ ان 1948، یو ویر اکوپائنگ تھری فورتھ اف پیلسٹائن۔</w:t>
      </w:r>
    </w:p>
    <w:p>
      <w:r>
        <w:rPr>
          <w:b/>
        </w:rPr>
        <w:t xml:space="preserve">[20:19] </w:t>
      </w:r>
      <w:r>
        <w:t>now you are in Palestine no where.</w:t>
      </w:r>
    </w:p>
    <w:p>
      <w:pPr>
        <w:jc w:val="right"/>
      </w:pPr>
      <w:r>
        <w:t>ناؤ یو ار ان پیلسٹائن نو ویر۔</w:t>
      </w:r>
    </w:p>
    <w:p>
      <w:r>
        <w:rPr>
          <w:b/>
        </w:rPr>
        <w:t xml:space="preserve">[20:25] </w:t>
      </w:r>
      <w:r>
        <w:t>at that time, in 1948, Jew were occupying only one, only one third of the Palestine, and you were occupying two,</w:t>
      </w:r>
    </w:p>
    <w:p>
      <w:pPr>
        <w:jc w:val="right"/>
      </w:pPr>
      <w:r>
        <w:t>ایٹ دیٹ ٹائم، ان 1948، جو ویر اکوپائنگ اونلی ون، اونلی ون تھرڈ اف دا پیلسٹین، اینڈ یو ویر اکوپائنگ ٹو،</w:t>
      </w:r>
    </w:p>
    <w:p>
      <w:r>
        <w:rPr>
          <w:b/>
        </w:rPr>
        <w:t xml:space="preserve">[20:38] </w:t>
      </w:r>
      <w:r>
        <w:t>two third of the Palestine. and now you are no, you are, you are no where in Palestine. you are completely a devastated nation.</w:t>
      </w:r>
    </w:p>
    <w:p>
      <w:pPr>
        <w:jc w:val="right"/>
      </w:pPr>
      <w:r>
        <w:t>ٹو تھرڈ اف دا پیلسٹائن۔ اینڈ ناؤ یو ار نو، یو ار، یو ار نو ویر ان پیلسٹائن۔ یو ار کمپلیٹلی ا ڈیواسٹر نیشن۔</w:t>
      </w:r>
    </w:p>
    <w:p>
      <w:r>
        <w:rPr>
          <w:b/>
        </w:rPr>
        <w:t xml:space="preserve">[20:54] </w:t>
      </w:r>
      <w:r>
        <w:t>you have no establishment, no line, no educational infrastructure, no industrial infrastructure. and you see, Israel has educational system.</w:t>
      </w:r>
    </w:p>
    <w:p>
      <w:pPr>
        <w:jc w:val="right"/>
      </w:pPr>
      <w:r>
        <w:t>یو ہیو نو اسٹیبلشمنٹ، نو لائن، نو ایجوکیشنل انفراسٹرکچر، نو انڈسٹریل انفراسٹرکچر۔ اینڈ یو سی، اسرائیل ہیز ایجوکیشنل سسٹم۔</w:t>
      </w:r>
    </w:p>
    <w:p>
      <w:r>
        <w:rPr>
          <w:b/>
        </w:rPr>
        <w:t xml:space="preserve">[21:06] </w:t>
      </w:r>
      <w:r>
        <w:t>Israel has industrial base. Israel has well planned cities. Israel has converted the desert into, into gardens and agriculture.</w:t>
      </w:r>
    </w:p>
    <w:p>
      <w:pPr>
        <w:jc w:val="right"/>
      </w:pPr>
      <w:r>
        <w:t>اسرائیل ہیز انڈسٹریل بیس۔ اسرائیل ہیز ویل پلانٹ سٹیز۔ اسرائیل ہیز کنورٹڈ دا ڈیزرٹ انٹو، انٹو گارڈنز اینڈ ایگریکلچرز۔</w:t>
      </w:r>
    </w:p>
    <w:p>
      <w:r>
        <w:rPr>
          <w:b/>
        </w:rPr>
        <w:t xml:space="preserve">[21:19] </w:t>
      </w:r>
      <w:r>
        <w:t>and you failed to yield any positive result. so, you have to see the result. what was the result of your sixty years jihad?</w:t>
      </w:r>
    </w:p>
    <w:p>
      <w:pPr>
        <w:jc w:val="right"/>
      </w:pPr>
      <w:r>
        <w:t>اینڈ یو فیلڈ ٹو ایلڈ اینی پازیٹیو رزلٹ۔ سو، یو ہیو ٹو سی دا رزلٹ۔ واٹ واز دا رزلٹ اف یور سکسٹی ایئرز جہاد؟</w:t>
      </w:r>
    </w:p>
    <w:p>
      <w:r>
        <w:rPr>
          <w:b/>
        </w:rPr>
        <w:t xml:space="preserve">[21:32] </w:t>
      </w:r>
      <w:r>
        <w:t>no result at all.</w:t>
      </w:r>
    </w:p>
    <w:p>
      <w:pPr>
        <w:jc w:val="right"/>
      </w:pPr>
      <w:r>
        <w:t>نو رزلٹ ایٹ ال۔</w:t>
      </w:r>
    </w:p>
    <w:p>
      <w:r>
        <w:rPr>
          <w:b/>
        </w:rPr>
        <w:t xml:space="preserve">[21:38] </w:t>
      </w:r>
      <w:r>
        <w:t>then there is a well known, there is a well accepted principle among fuqaha, among, among Islamic scholars, that jihad is hasan li ghayrihi and not hasan li zatihi.</w:t>
      </w:r>
    </w:p>
    <w:p>
      <w:pPr>
        <w:jc w:val="right"/>
      </w:pPr>
      <w:r>
        <w:t>دین دیر از ا ویل نون، دیر از ا ویل ایکسیپٹڈ پرنسپل امنگ فقہاء، امنگ، امنگ اسلامک اسکالرز، دیٹ جہاد از حسن لغیرہی اینڈ ناٹ حسن لذاتی۔</w:t>
      </w:r>
    </w:p>
    <w:p>
      <w:r>
        <w:rPr>
          <w:b/>
        </w:rPr>
        <w:t xml:space="preserve">[22:00] </w:t>
      </w:r>
      <w:r>
        <w:t>it is well accepted principle among fuqaha or scholars, Islamic scholars, that jihad is a hasan li ghayrihi and not hasan li zatihi.</w:t>
      </w:r>
    </w:p>
    <w:p>
      <w:pPr>
        <w:jc w:val="right"/>
      </w:pPr>
      <w:r>
        <w:t>اٹ از ویل ایکسیپٹڈ پرنسپل امنگ فقہاء اور اسکالرز، اسلامک اسکالرز، دیٹ جہاد از ا حسن لغیرہی اینڈ ناٹ حسن لذاتی۔</w:t>
      </w:r>
    </w:p>
    <w:p>
      <w:r>
        <w:rPr>
          <w:b/>
        </w:rPr>
        <w:t xml:space="preserve">[22:14] </w:t>
      </w:r>
      <w:r>
        <w:t>it means that jihad for the sake of jihad is nothing. the true jihad is for the sake of result.</w:t>
      </w:r>
    </w:p>
    <w:p>
      <w:pPr>
        <w:jc w:val="right"/>
      </w:pPr>
      <w:r>
        <w:t>اٹ مینز دیٹ جہاد فار دا سیک اف جہاد از نتھنگ۔ دا ٹرو جہاد از فار دا سیک اف رزلٹ۔</w:t>
      </w:r>
    </w:p>
    <w:p>
      <w:r>
        <w:rPr>
          <w:b/>
        </w:rPr>
        <w:t xml:space="preserve">[22:27] </w:t>
      </w:r>
      <w:r>
        <w:t>the true jihad or qital is for the sake of result and not for the sake of jihad.</w:t>
      </w:r>
    </w:p>
    <w:p>
      <w:pPr>
        <w:jc w:val="right"/>
      </w:pPr>
      <w:r>
        <w:t>دا ٹرو جہاد اور قتال از فار دا سیک اف رزلٹ اینڈ ناٹ فار دا سیک اف جہاد۔</w:t>
      </w:r>
    </w:p>
    <w:p>
      <w:r>
        <w:rPr>
          <w:b/>
        </w:rPr>
        <w:t xml:space="preserve">[22:36] </w:t>
      </w:r>
      <w:r>
        <w:t>for the sake of jihad is nothing. so, you are doing jihad for the sake of jihad, not for the sake, not for the sake of result.</w:t>
      </w:r>
    </w:p>
    <w:p>
      <w:pPr>
        <w:jc w:val="right"/>
      </w:pPr>
      <w:r>
        <w:t>فار دا سیک اف جہاد از نتھنگ۔ سو، یو ار ڈوئنگ جہاد فار دا سیک اف جہاد، ناٹ فار دا سیک، ناٹ فار دا سیک اف رزلٹ۔</w:t>
      </w:r>
    </w:p>
    <w:p>
      <w:r>
        <w:rPr>
          <w:b/>
        </w:rPr>
        <w:t xml:space="preserve">[22:49] </w:t>
      </w:r>
      <w:r>
        <w:t>but there was no answer. they failed to give me any answer. this is the situation everywhere in the world.</w:t>
      </w:r>
    </w:p>
    <w:p>
      <w:pPr>
        <w:jc w:val="right"/>
      </w:pPr>
      <w:r>
        <w:t>بٹ دیر واز نو انسر۔ دے فیلڈ ٹو گیو می اینی انسر۔ دس از دا سچویشن ایوری ویر ان دا ورلڈ۔</w:t>
      </w:r>
    </w:p>
    <w:p>
      <w:r>
        <w:rPr>
          <w:b/>
        </w:rPr>
        <w:t xml:space="preserve">[23:00] </w:t>
      </w:r>
      <w:r>
        <w:t>every individual and every nation are doing like this. they running after their wishes. they running after their own idols, idols.</w:t>
      </w:r>
    </w:p>
    <w:p>
      <w:pPr>
        <w:jc w:val="right"/>
      </w:pPr>
      <w:r>
        <w:t>ایوری انڈیویجول اینڈ ایوری نیشن ار ڈوئنگ لائک دس۔ دے رننگ افٹر دیر وشز۔ دے رننگ افٹر دیر اون ائیڈلز، ائیڈیلز۔</w:t>
      </w:r>
    </w:p>
    <w:p>
      <w:r>
        <w:rPr>
          <w:b/>
        </w:rPr>
        <w:t xml:space="preserve">[23:12] </w:t>
      </w:r>
      <w:r>
        <w:t>they running after their own options, obsessions. no one is ready to think in term of result.</w:t>
      </w:r>
    </w:p>
    <w:p>
      <w:pPr>
        <w:jc w:val="right"/>
      </w:pPr>
      <w:r>
        <w:t>دے رننگ افٹر دیر اون اپشنز، ابسیشنز۔ نو ون از ریڈی ٹو تھنک ان ٹرم اف رزلٹ۔</w:t>
      </w:r>
    </w:p>
    <w:p>
      <w:r>
        <w:rPr>
          <w:b/>
        </w:rPr>
        <w:t xml:space="preserve">[23:29] </w:t>
      </w:r>
      <w:r>
        <w:t>no one is ready to think in term of result.</w:t>
      </w:r>
    </w:p>
    <w:p>
      <w:pPr>
        <w:jc w:val="right"/>
      </w:pPr>
      <w:r>
        <w:t>نو ون از ریڈی ٹو تھنک ان ٹرم اف رزلٹ۔</w:t>
      </w:r>
    </w:p>
    <w:p>
      <w:r>
        <w:rPr>
          <w:b/>
        </w:rPr>
        <w:t xml:space="preserve">[23:34] </w:t>
      </w:r>
      <w:r>
        <w:t>this kind of thinking is absent all over the world. due to this absence, you see every where violence, hate, intolerance every where in the world.</w:t>
      </w:r>
    </w:p>
    <w:p>
      <w:pPr>
        <w:jc w:val="right"/>
      </w:pPr>
      <w:r>
        <w:t>دس کائنڈ اف تھنکنگ از ایبسنٹ ال اوور دی ورلڈ۔ ڈیو ٹو دس ایبسنس، یو سی ایوری ویر وائلنس، ہیٹ، انٹولرنس ایوری ویر ان دا ورلڈ۔</w:t>
      </w:r>
    </w:p>
    <w:p>
      <w:r>
        <w:rPr>
          <w:b/>
        </w:rPr>
        <w:t xml:space="preserve">[23:51] </w:t>
      </w:r>
      <w:r>
        <w:t>this is the main reason.</w:t>
      </w:r>
    </w:p>
    <w:p>
      <w:pPr>
        <w:jc w:val="right"/>
      </w:pPr>
      <w:r>
        <w:t>دس از دا مین ریزن۔</w:t>
      </w:r>
    </w:p>
    <w:p>
      <w:r>
        <w:rPr>
          <w:b/>
        </w:rPr>
        <w:t xml:space="preserve">[23:55] </w:t>
      </w:r>
      <w:r>
        <w:t>people don't know, people, people lack of what i call art of thinking. a seeing thing in a right way.</w:t>
      </w:r>
    </w:p>
    <w:p>
      <w:pPr>
        <w:jc w:val="right"/>
      </w:pPr>
      <w:r>
        <w:t>پیپل ڈونٹ نو، پیپل، پیپل لیک اف واٹ ائی کال ارٹ اف تھنکنگ۔ اے سیئنگ تھنگ ان ا رائٹ وے۔</w:t>
      </w:r>
    </w:p>
    <w:p>
      <w:r>
        <w:rPr>
          <w:b/>
        </w:rPr>
        <w:t xml:space="preserve">[24:07] </w:t>
      </w:r>
      <w:r>
        <w:t>all the people lack this formula. there are two different angles of seeing things: right angle and wrong angle.</w:t>
      </w:r>
    </w:p>
    <w:p>
      <w:pPr>
        <w:jc w:val="right"/>
      </w:pPr>
      <w:r>
        <w:t>ال دا پیپل لیک دس فارمولا۔ دیر ار ٹو ڈفرنٹ اینگلز اف سینگ تھنگز: رائٹ اینگل اینڈ رونگ اینگل۔</w:t>
      </w:r>
    </w:p>
    <w:p>
      <w:r>
        <w:rPr>
          <w:b/>
        </w:rPr>
        <w:t xml:space="preserve">[24:19] </w:t>
      </w:r>
      <w:r>
        <w:t>so, you have to see the things in right angle and not wrong angles.</w:t>
      </w:r>
    </w:p>
    <w:p>
      <w:pPr>
        <w:jc w:val="right"/>
      </w:pPr>
      <w:r>
        <w:t>سو، یو ہیو ٹو سی دا تھنگز ان رائٹ اینگل اینڈ ناٹ رونگ اینگلز۔</w:t>
      </w:r>
    </w:p>
    <w:p>
      <w:r>
        <w:rPr>
          <w:b/>
        </w:rPr>
        <w:t xml:space="preserve">[24:26] </w:t>
      </w:r>
      <w:r>
        <w:t>and what is wrong angle and what is right angle? there is a well known formula that politics is the art of the possible.</w:t>
      </w:r>
    </w:p>
    <w:p>
      <w:pPr>
        <w:jc w:val="right"/>
      </w:pPr>
      <w:r>
        <w:t>اینڈ واٹ از رونگ اینگل اینڈ واٹ از رائٹ اینگل؟ دیر از ا ویل نون فارمولا دیٹ پولیٹکس از دا ارٹ اف دا پاسیبل۔</w:t>
      </w:r>
    </w:p>
    <w:p>
      <w:r>
        <w:rPr>
          <w:b/>
        </w:rPr>
        <w:t xml:space="preserve">[24:36] </w:t>
      </w:r>
      <w:r>
        <w:t>politics is the art of the possible. i would like to say that this is not confined to politics.</w:t>
      </w:r>
    </w:p>
    <w:p>
      <w:pPr>
        <w:jc w:val="right"/>
      </w:pPr>
      <w:r>
        <w:t>پولیٹکس از دا ارٹ اف دا پاسیبل۔ ائی وڈ لائک ٹو سی دیٹ دس از ناٹ کنفائن ٹو پولیٹکس۔</w:t>
      </w:r>
    </w:p>
    <w:p>
      <w:r>
        <w:rPr>
          <w:b/>
        </w:rPr>
        <w:t xml:space="preserve">[24:45] </w:t>
      </w:r>
      <w:r>
        <w:t>it embraces all the life, all the activities of life. to better to say that life is the art of the possible.</w:t>
      </w:r>
    </w:p>
    <w:p>
      <w:pPr>
        <w:jc w:val="right"/>
      </w:pPr>
      <w:r>
        <w:t>اٹ ایمبریسز ال دا لائف، ال دا ایکٹیویٹیز اف لائف۔ تو بیٹر ٹو سی دیٹ لائف از دا ارٹ اف دا پاسیبل۔</w:t>
      </w:r>
    </w:p>
    <w:p>
      <w:r>
        <w:rPr>
          <w:b/>
        </w:rPr>
        <w:t xml:space="preserve">[24:57] </w:t>
      </w:r>
      <w:r>
        <w:t>don't say that politics is the art of the, don't say that politics is the art of the possible. no, you have to say that life is the art of the possible.</w:t>
      </w:r>
    </w:p>
    <w:p>
      <w:pPr>
        <w:jc w:val="right"/>
      </w:pPr>
      <w:r>
        <w:t>ڈونٹ سی دیٹ پولیٹکس از دا ارٹ اف دا، ڈونٹ سی دیٹ پولیٹکس از دا ارٹ اف دا پاسیبل۔ نو، یو ہیو ٹو سی دیٹ لائف از دا ارٹ اف دا پاسیبل۔</w:t>
      </w:r>
    </w:p>
    <w:p>
      <w:r>
        <w:rPr>
          <w:b/>
        </w:rPr>
        <w:t xml:space="preserve">[25:11] </w:t>
      </w:r>
      <w:r>
        <w:t>life is the art of the possible.</w:t>
      </w:r>
    </w:p>
    <w:p>
      <w:pPr>
        <w:jc w:val="right"/>
      </w:pPr>
      <w:r>
        <w:t>لائف از دا ارٹ اف دا پاسیبل۔</w:t>
      </w:r>
    </w:p>
    <w:p>
      <w:r>
        <w:rPr>
          <w:b/>
        </w:rPr>
        <w:t xml:space="preserve">[25:17] </w:t>
      </w:r>
      <w:r>
        <w:t>there is a very well, very, very nice saying that fools rush in where angels fear to tread. fools rush in where angels fear to tread.</w:t>
      </w:r>
    </w:p>
    <w:p>
      <w:pPr>
        <w:jc w:val="right"/>
      </w:pPr>
      <w:r>
        <w:t>دیر از ا ویری ویل، ویری، ویری نائس سینگ دیٹ فولز رش ان ویر اینجلس فیئر ٹو ٹریڈ۔ فولز رش ان ویر اینجلس فیئر ٹو ٹریڈ۔</w:t>
      </w:r>
    </w:p>
    <w:p>
      <w:r>
        <w:rPr>
          <w:b/>
        </w:rPr>
        <w:t xml:space="preserve">[25:29] </w:t>
      </w:r>
      <w:r>
        <w:t>it means that fools rush, but there is no result. result less action.</w:t>
      </w:r>
    </w:p>
    <w:p>
      <w:pPr>
        <w:jc w:val="right"/>
      </w:pPr>
      <w:r>
        <w:t>اٹ مینز دیٹ فولز رش، بٹ دیر از نو رزلٹ۔ رزلٹ لیس ایکشن۔</w:t>
      </w:r>
    </w:p>
    <w:p>
      <w:r>
        <w:rPr>
          <w:b/>
        </w:rPr>
        <w:t xml:space="preserve">[25:37] </w:t>
      </w:r>
      <w:r>
        <w:t>it means the result less action is a foolish action.</w:t>
      </w:r>
    </w:p>
    <w:p>
      <w:pPr>
        <w:jc w:val="right"/>
      </w:pPr>
      <w:r>
        <w:t>اٹ مینز دا رزلٹ لیس ایکشن از ا فولش ایکشن۔</w:t>
      </w:r>
    </w:p>
    <w:p>
      <w:r>
        <w:rPr>
          <w:b/>
        </w:rPr>
        <w:t xml:space="preserve">[25:46] </w:t>
      </w:r>
      <w:r>
        <w:t>we can't afford this kind of luxury. result less action is a kind of luxury.</w:t>
      </w:r>
    </w:p>
    <w:p>
      <w:pPr>
        <w:jc w:val="right"/>
      </w:pPr>
      <w:r>
        <w:t>وی کانٹ افورڈ دس کائنڈ اف لگزری۔ رزلٹ لیس ایکشن از ا کائنڈ اف لگزری۔</w:t>
      </w:r>
    </w:p>
    <w:p>
      <w:r>
        <w:rPr>
          <w:b/>
        </w:rPr>
        <w:t xml:space="preserve">[25:55] </w:t>
      </w:r>
      <w:r>
        <w:t>we can't afford this kind of luxury. we have very limited time. in this world, we are only for 20 years, 50 years, 70 years.</w:t>
      </w:r>
    </w:p>
    <w:p>
      <w:pPr>
        <w:jc w:val="right"/>
      </w:pPr>
      <w:r>
        <w:t>وی کانٹ افورڈ دس کائنڈ اف لگزری۔ وی ہیو ویری لمیٹڈ ٹائم۔ ان دس ورلڈ، وی ار اونلی فار 20 ایئرز، 50 ایئرز، 70 ایئرز۔</w:t>
      </w:r>
    </w:p>
    <w:p>
      <w:r>
        <w:rPr>
          <w:b/>
        </w:rPr>
        <w:t xml:space="preserve">[26:05] </w:t>
      </w:r>
      <w:r>
        <w:t>that's all.</w:t>
      </w:r>
    </w:p>
    <w:p>
      <w:pPr>
        <w:jc w:val="right"/>
      </w:pPr>
      <w:r>
        <w:t>دیٹس ال۔</w:t>
      </w:r>
    </w:p>
    <w:p>
      <w:r>
        <w:rPr>
          <w:b/>
        </w:rPr>
        <w:t xml:space="preserve">[26:09] </w:t>
      </w:r>
      <w:r>
        <w:t>so, we can't afford this kind of luxury. to waste our time, to waste our life, to waste our money.</w:t>
      </w:r>
    </w:p>
    <w:p>
      <w:pPr>
        <w:jc w:val="right"/>
      </w:pPr>
      <w:r>
        <w:t>سو، وی کانٹ افورڈ دس کائنڈ اف لگزری۔ ٹو ویسٹ اور ٹائم، ٹو ویسٹ اور لائف، ٹو ویسٹ اور منی۔</w:t>
      </w:r>
    </w:p>
    <w:p>
      <w:r>
        <w:rPr>
          <w:b/>
        </w:rPr>
        <w:t xml:space="preserve">[26:19] </w:t>
      </w:r>
      <w:r>
        <w:t>we can't afford this kind of luxury. our life is very, very precious. our time is very, very precious.</w:t>
      </w:r>
    </w:p>
    <w:p>
      <w:pPr>
        <w:jc w:val="right"/>
      </w:pPr>
      <w:r>
        <w:t>وی کانٹ افورڈ دس کائنڈ اف لگزری۔ اور لائف از ویری، ویری پریشیس۔ اور ٹائم از ویری، ویری پریشیس۔</w:t>
      </w:r>
    </w:p>
    <w:p>
      <w:r>
        <w:rPr>
          <w:b/>
        </w:rPr>
        <w:t xml:space="preserve">[26:29] </w:t>
      </w:r>
      <w:r>
        <w:t>our money is very, very precious. our energy, our energy is very, very precious. so, you have to be very, very cautious.</w:t>
      </w:r>
    </w:p>
    <w:p>
      <w:pPr>
        <w:jc w:val="right"/>
      </w:pPr>
      <w:r>
        <w:t>اور منی از ویری، ویری پریشیس۔ اور انرجی، اور انرجی از ویری، ویری پریشیس۔ سو، یو ہیو ٹو بی ویری، ویری کاشیس۔</w:t>
      </w:r>
    </w:p>
    <w:p>
      <w:r>
        <w:rPr>
          <w:b/>
        </w:rPr>
        <w:t xml:space="preserve">[26:40] </w:t>
      </w:r>
      <w:r>
        <w:t>very, very cautious. you have to spend your time.</w:t>
      </w:r>
    </w:p>
    <w:p>
      <w:pPr>
        <w:jc w:val="right"/>
      </w:pPr>
      <w:r>
        <w:t>ویری، ویری کاشیس۔ یو ہیو ٹو سپینڈ یور ٹائم۔</w:t>
      </w:r>
    </w:p>
    <w:p>
      <w:r>
        <w:rPr>
          <w:b/>
        </w:rPr>
        <w:t xml:space="preserve">[26:48] </w:t>
      </w:r>
      <w:r>
        <w:t>you have to spend your money. you have to spend your energy. you have to spend your life</w:t>
      </w:r>
    </w:p>
    <w:p>
      <w:pPr>
        <w:jc w:val="right"/>
      </w:pPr>
      <w:r>
        <w:t>یو ہیو ٹو سپینڈ یور منی۔ یو ہیو ٹو سپینڈ یور انرجی۔ یو ہیو ٹو سپینڈ یور لائف</w:t>
      </w:r>
    </w:p>
    <w:p>
      <w:r>
        <w:rPr>
          <w:b/>
        </w:rPr>
        <w:t xml:space="preserve">[26:59] </w:t>
      </w:r>
      <w:r>
        <w:t>according to this formula that is result oriented action, result oriented life.</w:t>
      </w:r>
    </w:p>
    <w:p>
      <w:pPr>
        <w:jc w:val="right"/>
      </w:pPr>
      <w:r>
        <w:t>اکارڈنگ ٹو دس فارمولا دیٹ از رزلٹ اورینٹڈ ایکشن، رزلٹ اورینٹڈ لائف۔</w:t>
      </w:r>
    </w:p>
    <w:p>
      <w:r>
        <w:rPr>
          <w:b/>
        </w:rPr>
        <w:t xml:space="preserve">[27:09] </w:t>
      </w:r>
      <w:r>
        <w:t>make our concern, make our concern that you are not going to waste your time. you are not going to waste your energy.</w:t>
      </w:r>
    </w:p>
    <w:p>
      <w:pPr>
        <w:jc w:val="right"/>
      </w:pPr>
      <w:r>
        <w:t>میک اور کنسرن، میک اور کنسرن دیٹ یو ار ناٹ گوئنگ ٹو ویسٹ یور ٹائم۔ یو ار ناٹ گوئنگ ٹو ویسٹ یور انرجی۔</w:t>
      </w:r>
    </w:p>
    <w:p>
      <w:r>
        <w:rPr>
          <w:b/>
        </w:rPr>
        <w:t xml:space="preserve">[27:18] </w:t>
      </w:r>
      <w:r>
        <w:t>you are not going to make your waste. make this your sole concern.</w:t>
      </w:r>
    </w:p>
    <w:p>
      <w:pPr>
        <w:jc w:val="right"/>
      </w:pPr>
      <w:r>
        <w:t>یو ار ناٹ گوئنگ ٹو میک یور ویسٹ۔ میک دس یور سول کنسرن۔</w:t>
      </w:r>
    </w:p>
    <w:p>
      <w:r>
        <w:rPr>
          <w:b/>
        </w:rPr>
        <w:t xml:space="preserve">[27:28] </w:t>
      </w:r>
      <w:r>
        <w:t>i would like to see every man, every woman, every individual, every people that make this your your sole concern,</w:t>
      </w:r>
    </w:p>
    <w:p>
      <w:pPr>
        <w:jc w:val="right"/>
      </w:pPr>
      <w:r>
        <w:t>ائی وڈ لائک ٹو سی ایوری مین، ایوری وومن، ایوری انڈیویجول، ایوری پیپل دیٹ میک دس یور یور سول کنسرن،</w:t>
      </w:r>
    </w:p>
    <w:p>
      <w:r>
        <w:rPr>
          <w:b/>
        </w:rPr>
        <w:t xml:space="preserve">[27:41] </w:t>
      </w:r>
      <w:r>
        <w:t>your sole concern that you are not going to waste your time. you are not going to waste your energy.</w:t>
      </w:r>
    </w:p>
    <w:p>
      <w:pPr>
        <w:jc w:val="right"/>
      </w:pPr>
      <w:r>
        <w:t>یور سول کنسرن دیٹ یو ار ناٹ گوئنگ ٹو ویسٹ یور ٹائم۔ یو ار ناٹ گوئنگ ٹو ویسٹ یور انرجی۔</w:t>
      </w:r>
    </w:p>
    <w:p>
      <w:r>
        <w:rPr>
          <w:b/>
        </w:rPr>
        <w:t xml:space="preserve">[27:51] </w:t>
      </w:r>
      <w:r>
        <w:t>you are not going to waste your life. you are not going to waste your resources. make this your sole concern, sole concern, sole concern.</w:t>
      </w:r>
    </w:p>
    <w:p>
      <w:pPr>
        <w:jc w:val="right"/>
      </w:pPr>
      <w:r>
        <w:t>یو ار ناٹ گوئنگ ٹو ویسٹ یور لائف۔ یو ار ناٹ گوئنگ ٹو ویسٹ یور ریسورسز۔ میک دس یور سول کنسرن، سول کنسرن، سول کنسرن۔</w:t>
      </w:r>
    </w:p>
    <w:p>
      <w:r>
        <w:rPr>
          <w:b/>
        </w:rPr>
        <w:t xml:space="preserve">[28:09] </w:t>
      </w:r>
      <w:r>
        <w:t>this is a message to all individual, to all peoples. because everyone is lacking with this formula.</w:t>
      </w:r>
    </w:p>
    <w:p>
      <w:pPr>
        <w:jc w:val="right"/>
      </w:pPr>
      <w:r>
        <w:t>دس از ا میسج ٹو ال انڈیویجول، ٹو ال پیپلز۔ بیکاز ایوری ون از لیکنگ ود دس فارمولا۔</w:t>
      </w:r>
    </w:p>
    <w:p>
      <w:r>
        <w:rPr>
          <w:b/>
        </w:rPr>
        <w:t xml:space="preserve">[28:23] </w:t>
      </w:r>
      <w:r>
        <w:t>everyone is rushing towards, everyone is rushing behind his wishes, behind his ideals, behind his obsessions.</w:t>
      </w:r>
    </w:p>
    <w:p>
      <w:pPr>
        <w:jc w:val="right"/>
      </w:pPr>
      <w:r>
        <w:t>ایوری ون از رشنگ ٹورڈز، ایوری ون از رشنگ بیہائنڈ ہز وشز، بیہائنڈ ہز ائیڈیلز، بیہائنڈ ہز ابسیشنز۔</w:t>
      </w:r>
    </w:p>
    <w:p>
      <w:r>
        <w:rPr>
          <w:b/>
        </w:rPr>
        <w:t xml:space="preserve">[28:36] </w:t>
      </w:r>
      <w:r>
        <w:t>no one is ready to think. first of all, you have think. then thinking before action.</w:t>
      </w:r>
    </w:p>
    <w:p>
      <w:pPr>
        <w:jc w:val="right"/>
      </w:pPr>
      <w:r>
        <w:t>نو ون از ریڈی ٹو تھنک۔ فرسٹ اف ال، یو ہیو تھنک۔ دین تھنکنگ بیفور ایکشن۔</w:t>
      </w:r>
    </w:p>
    <w:p>
      <w:r>
        <w:rPr>
          <w:b/>
        </w:rPr>
        <w:t xml:space="preserve">[28:46] </w:t>
      </w:r>
      <w:r>
        <w:t>this is the formula. think before action. assess before action.</w:t>
      </w:r>
    </w:p>
    <w:p>
      <w:pPr>
        <w:jc w:val="right"/>
      </w:pPr>
      <w:r>
        <w:t>دس از دا فارمولا۔ تھنک بیفور ایکشن۔ اسیس بیفور ایکشن۔</w:t>
      </w:r>
    </w:p>
    <w:p>
      <w:r>
        <w:rPr>
          <w:b/>
        </w:rPr>
        <w:t xml:space="preserve">[28:54] </w:t>
      </w:r>
      <w:r>
        <w:t>examine before action.</w:t>
      </w:r>
    </w:p>
    <w:p>
      <w:pPr>
        <w:jc w:val="right"/>
      </w:pPr>
      <w:r>
        <w:t>ایگزیمن بیفور ایکشن۔</w:t>
      </w:r>
    </w:p>
    <w:p>
      <w:r>
        <w:rPr>
          <w:b/>
        </w:rPr>
        <w:t xml:space="preserve">[29:03] </w:t>
      </w:r>
      <w:r>
        <w:t>this is the best advice a man like myself can give to, can provide to every man and woman.</w:t>
      </w:r>
    </w:p>
    <w:p>
      <w:pPr>
        <w:jc w:val="right"/>
      </w:pPr>
      <w:r>
        <w:t>دس از دا بیسٹ ایڈوائس ا مین لائک مائی سیلف کین گیو ٹو، کین پرووائیڈ ٹو ایوری مین اینڈ وومن۔</w:t>
      </w:r>
    </w:p>
    <w:p>
      <w:r>
        <w:rPr>
          <w:b/>
        </w:rPr>
        <w:t xml:space="preserve">[29:22] </w:t>
      </w:r>
      <w:r>
        <w:t>then</w:t>
      </w:r>
    </w:p>
    <w:p>
      <w:pPr>
        <w:jc w:val="right"/>
      </w:pPr>
      <w:r>
        <w:t>دین</w:t>
      </w:r>
    </w:p>
    <w:p>
      <w:r>
        <w:rPr>
          <w:b/>
        </w:rPr>
        <w:t xml:space="preserve">[29:26] </w:t>
      </w:r>
      <w:r>
        <w:t>this formula is not only</w:t>
      </w:r>
    </w:p>
    <w:p>
      <w:pPr>
        <w:jc w:val="right"/>
      </w:pPr>
      <w:r>
        <w:t>دس فارمولا از ناٹ اونلی</w:t>
      </w:r>
    </w:p>
    <w:p>
      <w:r>
        <w:rPr>
          <w:b/>
        </w:rPr>
        <w:t xml:space="preserve">[29:33] </w:t>
      </w:r>
      <w:r>
        <w:t>islamic. this formula is not only an islamic formula. this formula is a rational formula. this is only logical formula.</w:t>
      </w:r>
    </w:p>
    <w:p>
      <w:pPr>
        <w:jc w:val="right"/>
      </w:pPr>
      <w:r>
        <w:t>اسلامک۔ دس فارمولا از ناٹ اونلی این اسلامک فارمولا۔ دس فارمولا از ا ریشنل فارمولا۔ دس از اونلی لاجیکل فارمولا۔</w:t>
      </w:r>
    </w:p>
    <w:p>
      <w:r>
        <w:rPr>
          <w:b/>
        </w:rPr>
        <w:t xml:space="preserve">[29:45] </w:t>
      </w:r>
      <w:r>
        <w:t>no other formula is available. if you apply your reason, if you apply your reason, if you apply your logic, if you apply your mind, then you will find that except this formula.</w:t>
      </w:r>
    </w:p>
    <w:p>
      <w:pPr>
        <w:jc w:val="right"/>
      </w:pPr>
      <w:r>
        <w:t>نو ادر فارمولا از اویلیبل۔ اف یو اپلائی یور ریزن، اف یو اپلائی یور ریزن، اف یو اپلائی یور لاجک، اف یو اپلائی یور مائنڈ، دین یو ویل فائنڈ دیٹ ایکسیپٹ دس فارمولا۔</w:t>
      </w:r>
    </w:p>
    <w:p>
      <w:r>
        <w:rPr>
          <w:b/>
        </w:rPr>
        <w:t xml:space="preserve">[30:08] </w:t>
      </w:r>
      <w:r>
        <w:t>there is no other formula. but you have to be very, very objective. people are lonely living in emotions.</w:t>
      </w:r>
    </w:p>
    <w:p>
      <w:pPr>
        <w:jc w:val="right"/>
      </w:pPr>
      <w:r>
        <w:t>دیر از نو ادر فارمولا۔ بٹ یو ہیو ٹو بی ویری، ویری ابجیکٹو۔ پیپل ار لونلی لیونگ ان ایموشنز۔</w:t>
      </w:r>
    </w:p>
    <w:p>
      <w:r>
        <w:rPr>
          <w:b/>
        </w:rPr>
        <w:t xml:space="preserve">[30:19] </w:t>
      </w:r>
      <w:r>
        <w:t>emotions, not reason. you know, there are two different, two difficult. there are two different faculties in, in, in every human being.</w:t>
      </w:r>
    </w:p>
    <w:p>
      <w:pPr>
        <w:jc w:val="right"/>
      </w:pPr>
      <w:r>
        <w:t>ایموشنز، ناٹ ریزن۔ یو نو، دیر ار ٹو ڈفرنٹ، ٹو ڈیفیکلٹ۔ دیر ار ٹو ڈفرنٹ فیکلٹیز ان، ان، ان ایوری ہیومن بینگ۔</w:t>
      </w:r>
    </w:p>
    <w:p>
      <w:r>
        <w:rPr>
          <w:b/>
        </w:rPr>
        <w:t xml:space="preserve">[30:33] </w:t>
      </w:r>
      <w:r>
        <w:t>there are two different faculties in human being. emotion and reason in every human being.</w:t>
      </w:r>
    </w:p>
    <w:p>
      <w:pPr>
        <w:jc w:val="right"/>
      </w:pPr>
      <w:r>
        <w:t>دیر ار ٹو ڈفرنٹ فیکلٹیز ان ہیومن بینگ۔ ایموشن اینڈ ریزن ان ایوری ہیومن بینگ۔</w:t>
      </w:r>
    </w:p>
    <w:p>
      <w:r>
        <w:rPr>
          <w:b/>
        </w:rPr>
        <w:t xml:space="preserve">[30:43] </w:t>
      </w:r>
      <w:r>
        <w:t>man and woman, both. so, you have to differentiate between the two. whether your playing is emotional playing or rational playing.</w:t>
      </w:r>
    </w:p>
    <w:p>
      <w:pPr>
        <w:jc w:val="right"/>
      </w:pPr>
      <w:r>
        <w:t>مین اینڈ وومن، بوتھ۔ سو، یو ہیو ٹو ڈیفرنشیٹ بٹوین دا ٹو۔ ویدر یور پلینگ از ایموشنل پلینگ اور ریشنل پلینگ۔</w:t>
      </w:r>
    </w:p>
    <w:p>
      <w:r>
        <w:rPr>
          <w:b/>
        </w:rPr>
        <w:t xml:space="preserve">[30:56] </w:t>
      </w:r>
      <w:r>
        <w:t>whether your action is emotional action ya rational action. whether your behavior is emotional behavior or rational behavior.</w:t>
      </w:r>
    </w:p>
    <w:p>
      <w:pPr>
        <w:jc w:val="right"/>
      </w:pPr>
      <w:r>
        <w:t>ویدر یور ایکشن از ایموشنل ایکشن یا ریشنل ایکشن۔ ویدر یور بیہیویئر از ایموشنل بیہیویئر اور ریشنل بیہیویئر۔</w:t>
      </w:r>
    </w:p>
    <w:p>
      <w:r>
        <w:rPr>
          <w:b/>
        </w:rPr>
        <w:t xml:space="preserve">[31:11] </w:t>
      </w:r>
      <w:r>
        <w:t>the most important aspect of life, you should differentiate between the two.</w:t>
      </w:r>
    </w:p>
    <w:p>
      <w:pPr>
        <w:jc w:val="right"/>
      </w:pPr>
      <w:r>
        <w:t>دا موسٹ امپورٹنٹ اسپیکٹ اف لائف، یو شوڈ ڈیفرنشیٹ بٹوین دا ٹو۔</w:t>
      </w:r>
    </w:p>
    <w:p>
      <w:r>
        <w:rPr>
          <w:b/>
        </w:rPr>
        <w:t xml:space="preserve">[31:21] </w:t>
      </w:r>
      <w:r>
        <w:t>because emotional behavior will lead to disaster. only rational behavior is going to lead to success.</w:t>
      </w:r>
    </w:p>
    <w:p>
      <w:pPr>
        <w:jc w:val="right"/>
      </w:pPr>
      <w:r>
        <w:t>بیکاز ایموشنل بیہیویئر ویل لیڈ ٹو ڈساسٹر۔ اونلی ریشنل بیہیویئر از گوئنگ ٹو لیڈ ٹو سکسیس۔</w:t>
      </w:r>
    </w:p>
    <w:p>
      <w:r>
        <w:rPr>
          <w:b/>
        </w:rPr>
        <w:t xml:space="preserve">[31:35] </w:t>
      </w:r>
      <w:r>
        <w:t>emotions are just for test. you will ask me why man is man has both the faculties, emotions and reason.</w:t>
      </w:r>
    </w:p>
    <w:p>
      <w:pPr>
        <w:jc w:val="right"/>
      </w:pPr>
      <w:r>
        <w:t>ایموشنز ار جسٹ فار ٹیسٹ۔ یو ویل اسک می وائی مین از مین ہیز بوتھ دا فیکلٹیز، ایموشنز اینڈ ریزن۔</w:t>
      </w:r>
    </w:p>
    <w:p>
      <w:r>
        <w:rPr>
          <w:b/>
        </w:rPr>
        <w:t xml:space="preserve">[31:47] </w:t>
      </w:r>
      <w:r>
        <w:t>why? why it is that god has given both the faculties? i would like to see that you can explain this by saying the crucial plan of god.</w:t>
      </w:r>
    </w:p>
    <w:p>
      <w:pPr>
        <w:jc w:val="right"/>
      </w:pPr>
      <w:r>
        <w:t>وائی؟ وائی اٹ از دیٹ گاڈ ہیز گیون بوتھ دا فیکلٹیز؟ ائی وڈ لائک ٹو سی دیٹ یو کین ایکسپلین دس بائی سینگ دا کریشل پلان اف گاڈ۔</w:t>
      </w:r>
    </w:p>
    <w:p>
      <w:r>
        <w:rPr>
          <w:b/>
        </w:rPr>
        <w:t xml:space="preserve">[32:05] </w:t>
      </w:r>
      <w:r>
        <w:t>according to gods crucial plan, man was born for test. so, here in this world, we are in, in test.</w:t>
      </w:r>
    </w:p>
    <w:p>
      <w:pPr>
        <w:jc w:val="right"/>
      </w:pPr>
      <w:r>
        <w:t>اکارڈنگ ٹو گاڈز کریشل پلان، مین واز بورن فار ٹیسٹ۔ سو، ہیر ان دس ورلڈ، وی ار ان، ان ٹیسٹ۔</w:t>
      </w:r>
    </w:p>
    <w:p>
      <w:r>
        <w:rPr>
          <w:b/>
        </w:rPr>
        <w:t xml:space="preserve">[32:16] </w:t>
      </w:r>
      <w:r>
        <w:t>das world is a testing ground. everything is a test paper. your friend are your test paper.</w:t>
      </w:r>
    </w:p>
    <w:p>
      <w:pPr>
        <w:jc w:val="right"/>
      </w:pPr>
      <w:r>
        <w:t>دس ورلڈ از ا ٹیسٹنگ گراؤنڈ۔ ایوری تھنگ از ا ٹیسٹ پیپر۔ یور فرینڈ ار یور ٹیسٹ پیپر۔</w:t>
      </w:r>
    </w:p>
    <w:p>
      <w:r>
        <w:rPr>
          <w:b/>
        </w:rPr>
        <w:t xml:space="preserve">[32:26] </w:t>
      </w:r>
      <w:r>
        <w:t>your family is your test paper. your money is your test paper. everything is a test paper.</w:t>
      </w:r>
    </w:p>
    <w:p>
      <w:pPr>
        <w:jc w:val="right"/>
      </w:pPr>
      <w:r>
        <w:t>یور فیملی از یور ٹیسٹ پیپر۔ یور منی از یور ٹیسٹ پیپر۔ ایوری تھنگ از ا ٹیسٹ پیپر۔</w:t>
      </w:r>
    </w:p>
    <w:p>
      <w:r>
        <w:rPr>
          <w:b/>
        </w:rPr>
        <w:t xml:space="preserve">[32:35] </w:t>
      </w:r>
      <w:r>
        <w:t>your mind is your test paper. your body, your mind are your test paper. your house is your test paper.</w:t>
      </w:r>
    </w:p>
    <w:p>
      <w:pPr>
        <w:jc w:val="right"/>
      </w:pPr>
      <w:r>
        <w:t>یور مائنڈ از یور ٹیسٹ پیپر۔ یور باڈی، یور مائنڈ ار یور ٹیسٹ پیپر۔ یور ہاؤس از یور ٹیسٹ پیپر۔</w:t>
      </w:r>
    </w:p>
    <w:p>
      <w:r>
        <w:rPr>
          <w:b/>
        </w:rPr>
        <w:t xml:space="preserve">[32:46] </w:t>
      </w:r>
      <w:r>
        <w:t>your friend or foe both are your test paper.</w:t>
      </w:r>
    </w:p>
    <w:p>
      <w:pPr>
        <w:jc w:val="right"/>
      </w:pPr>
      <w:r>
        <w:t>یور فرینڈ اور فو بوتھ ار یور ٹیسٹ پیپر۔</w:t>
      </w:r>
    </w:p>
    <w:p>
      <w:r>
        <w:rPr>
          <w:b/>
        </w:rPr>
        <w:t xml:space="preserve">[32:53] </w:t>
      </w:r>
      <w:r>
        <w:t>so, you have to know this, this aspect of the crucial plan of god. all these things which you enjoy in this world are not as blessing.</w:t>
      </w:r>
    </w:p>
    <w:p>
      <w:pPr>
        <w:jc w:val="right"/>
      </w:pPr>
      <w:r>
        <w:t>سو، یو ہیو ٹو نو دس، دس اسپیکٹ اف دی کریشل پلان اف گاڈ۔ ال دیز تھنگز وچ یو انجوائے ان دس ورلڈ ار ناٹ ایز بلیسنگ۔</w:t>
      </w:r>
    </w:p>
    <w:p>
      <w:r>
        <w:rPr>
          <w:b/>
        </w:rPr>
        <w:t xml:space="preserve">[33:07] </w:t>
      </w:r>
      <w:r>
        <w:t>nothing is as blessing. the blessing period is in the hereafter, in the world hereafter. this world is not for blessing.</w:t>
      </w:r>
    </w:p>
    <w:p>
      <w:pPr>
        <w:jc w:val="right"/>
      </w:pPr>
      <w:r>
        <w:t>نتھنگ از ایز بلیسنگ۔ دا بلیسنگ پیریڈ از ان دا ہیر افٹر، ان دا ورلڈ ہیر افٹر۔ دس ورلڈ از ناٹ فار بلیسنگ۔</w:t>
      </w:r>
    </w:p>
    <w:p>
      <w:r>
        <w:rPr>
          <w:b/>
        </w:rPr>
        <w:t xml:space="preserve">[33:19] </w:t>
      </w:r>
      <w:r>
        <w:t>god has divided our life into parts: pre death period and post death period. so, blessing period is.</w:t>
      </w:r>
    </w:p>
    <w:p>
      <w:pPr>
        <w:jc w:val="right"/>
      </w:pPr>
      <w:r>
        <w:t>گاڈ ہیز ڈیوائیڈڈ اور لائف ان ٹو پارٹس: پری ڈیتھ پیریڈ اینڈ پوسٹ ڈیتھ پیریڈ۔ سو، بلیسنگ پیریڈ از۔</w:t>
      </w:r>
    </w:p>
    <w:p>
      <w:r>
        <w:rPr>
          <w:b/>
        </w:rPr>
        <w:t xml:space="preserve">[33:29] </w:t>
      </w:r>
      <w:r>
        <w:t>so, blessing period lies in the, in the world hereafter. this world is not for blessing. this world is just for test.</w:t>
      </w:r>
    </w:p>
    <w:p>
      <w:pPr>
        <w:jc w:val="right"/>
      </w:pPr>
      <w:r>
        <w:t>سو، بلیسنگ پیریڈ لائیز ان دا، ان دا ورلڈ ہیر افٹر۔ دس ورلڈ از ناٹ فار بلیسنگ۔ دس ورلڈ از جسٹ فار ٹیسٹ۔</w:t>
      </w:r>
    </w:p>
    <w:p>
      <w:r>
        <w:rPr>
          <w:b/>
        </w:rPr>
        <w:t xml:space="preserve">[33:43] </w:t>
      </w:r>
      <w:r>
        <w:t>so, everything here is test. poverty is a test. and if you are rich, if you are rich, then also you are in the test.</w:t>
      </w:r>
    </w:p>
    <w:p>
      <w:pPr>
        <w:jc w:val="right"/>
      </w:pPr>
      <w:r>
        <w:t>سو، ایوری تھنگ ہیر از ٹیسٹ۔ پاورٹی از ا ٹیسٹ۔ اینڈ اف یو ار رچ، اف یو ار رچ، دین السو یو ار ان دا ٹیسٹ۔</w:t>
      </w:r>
    </w:p>
    <w:p>
      <w:r>
        <w:rPr>
          <w:b/>
        </w:rPr>
        <w:t xml:space="preserve">[33:56] </w:t>
      </w:r>
      <w:r>
        <w:t>so, poverty or wealth both are test. power and powerless both are test. black and white both are test.</w:t>
      </w:r>
    </w:p>
    <w:p>
      <w:pPr>
        <w:jc w:val="right"/>
      </w:pPr>
      <w:r>
        <w:t>سو، پاورٹی اور ویلتھ بوتھ ار ٹیسٹ۔ پاور اینڈ پاورلیس بوتھ ار ٹیسٹ۔ بلیک اینڈ وائٹ بوتھ ار ٹیسٹ۔</w:t>
      </w:r>
    </w:p>
    <w:p>
      <w:r>
        <w:rPr>
          <w:b/>
        </w:rPr>
        <w:t xml:space="preserve">[34:10] </w:t>
      </w:r>
      <w:r>
        <w:t>everything, everything, everything is a test paper. so, you have to know this fact.</w:t>
      </w:r>
    </w:p>
    <w:p>
      <w:pPr>
        <w:jc w:val="right"/>
      </w:pPr>
      <w:r>
        <w:t>ایوری تھنگ، ایوری تھنگ، ایوری تھنگ از ا ٹیسٹ پیپر۔ سو، یو ہیو ٹو نو دس فیکٹ۔</w:t>
      </w:r>
    </w:p>
    <w:p>
      <w:r>
        <w:rPr>
          <w:b/>
        </w:rPr>
        <w:t xml:space="preserve">[34:19] </w:t>
      </w:r>
      <w:r>
        <w:t>so, emotions are for test also. god want to see whether you followed your emotions and ignore the rational aspect of the affair.</w:t>
      </w:r>
    </w:p>
    <w:p>
      <w:pPr>
        <w:jc w:val="right"/>
      </w:pPr>
      <w:r>
        <w:t>سو، ایموشنز ار فار ٹیسٹ السو۔ گاڈ وانٹ ٹو سی ویدر یو فالوڈ یور ایموشنز اینڈ اگنور دا ریشنل اسپیکٹ اف دا افیئر۔</w:t>
      </w:r>
    </w:p>
    <w:p>
      <w:r>
        <w:rPr>
          <w:b/>
        </w:rPr>
        <w:t xml:space="preserve">[34:37] </w:t>
      </w:r>
      <w:r>
        <w:t>you followed your emotions and ignore the commandment of god. god want to see whether you followed your emotions or you followed the commandment of god.</w:t>
      </w:r>
    </w:p>
    <w:p>
      <w:pPr>
        <w:jc w:val="right"/>
      </w:pPr>
      <w:r>
        <w:t>یو فالوڈ یور ایموشنز اینڈ اگنور دا کمانڈمنٹ اف گاڈ۔ گاڈ وانٹ ٹو سی ویدر یو فالوڈ یور ایموشنز اور یو فالوڈ دی کمانڈمنٹ اف گاڈ۔</w:t>
      </w:r>
    </w:p>
    <w:p>
      <w:r>
        <w:rPr>
          <w:b/>
        </w:rPr>
        <w:t xml:space="preserve">[34:53] </w:t>
      </w:r>
      <w:r>
        <w:t>otherwise, there was no test. so, emotions are for test. and interest are for test.</w:t>
      </w:r>
    </w:p>
    <w:p>
      <w:pPr>
        <w:jc w:val="right"/>
      </w:pPr>
      <w:r>
        <w:t>ادروائز، دیر واز نو ٹیسٹ۔ سو، ایموشنز ار فار ٹیسٹ۔ اینڈ انٹرسٹ ار فار ٹیسٹ۔</w:t>
      </w:r>
    </w:p>
    <w:p>
      <w:r>
        <w:rPr>
          <w:b/>
        </w:rPr>
        <w:t xml:space="preserve">[35:04] </w:t>
      </w:r>
      <w:r>
        <w:t>even your lust is for test.</w:t>
      </w:r>
    </w:p>
    <w:p>
      <w:pPr>
        <w:jc w:val="right"/>
      </w:pPr>
      <w:r>
        <w:t>ایون یور لسٹ از فار ٹیسٹ۔</w:t>
      </w:r>
    </w:p>
    <w:p>
      <w:r>
        <w:rPr>
          <w:b/>
        </w:rPr>
        <w:t xml:space="preserve">[35:09] </w:t>
      </w:r>
      <w:r>
        <w:t>your revenge is for test. all these negative thoughts are for test. so, god want to know whether you followed your sentiments or you followed the commandment of god.</w:t>
      </w:r>
    </w:p>
    <w:p>
      <w:pPr>
        <w:jc w:val="right"/>
      </w:pPr>
      <w:r>
        <w:t>یور ریونج از فار ٹیسٹ۔ ال دیز نیگیٹیو تھاٹس ار فار ٹیسٹ۔ سو، گاڈ وانٹ ٹو نو ویدر یو فالوڈ یور سینٹیمنٹس اور یو فالوڈ دی کمانڈمنٹ اف گاڈ۔</w:t>
      </w:r>
    </w:p>
    <w:p>
      <w:r>
        <w:rPr>
          <w:b/>
        </w:rPr>
        <w:t xml:space="preserve">[35:29] </w:t>
      </w:r>
      <w:r>
        <w:t>without these things, there was no test.</w:t>
      </w:r>
    </w:p>
    <w:p>
      <w:pPr>
        <w:jc w:val="right"/>
      </w:pPr>
      <w:r>
        <w:t>وداؤٹ دیز تھنگز، دیر واز نو ٹیسٹ۔</w:t>
      </w:r>
    </w:p>
    <w:p>
      <w:r>
        <w:rPr>
          <w:b/>
        </w:rPr>
        <w:t xml:space="preserve">[35:35] </w:t>
      </w:r>
      <w:r>
        <w:t>so, the whole thing is test. khalaqal maut wal hayat, li yubluakum ayyukum ahsan amala. in this quranic verse, god has declared what is the crucial plan of god.</w:t>
      </w:r>
    </w:p>
    <w:p>
      <w:pPr>
        <w:jc w:val="right"/>
      </w:pPr>
      <w:r>
        <w:t>سو، دا ہول تھنگ از ٹیسٹ۔ خلق الموت والحیات، لیولکم ایوکم احسن عملا۔ ان دس قرانک ورس، گاڈ ہیز ڈیکلیئرڈ واٹ از دا کریشل پلان اف گاڈ۔</w:t>
      </w:r>
    </w:p>
    <w:p>
      <w:r>
        <w:rPr>
          <w:b/>
        </w:rPr>
        <w:t xml:space="preserve">[35:51] </w:t>
      </w:r>
      <w:r>
        <w:t>this is a quranic verse. khalaqal maut wal hayat, li yubluakum ayyukum ahsan amala. this is the declaration of creation plan.</w:t>
      </w:r>
    </w:p>
    <w:p>
      <w:pPr>
        <w:jc w:val="right"/>
      </w:pPr>
      <w:r>
        <w:t>دس از ا قرانک ورس۔ خلق الموت والحیات، لیولکم ایوکم احسن عملا۔ دس از دا ڈیکلیریشن اف کریشن پلان۔</w:t>
      </w:r>
    </w:p>
    <w:p>
      <w:r>
        <w:rPr>
          <w:b/>
        </w:rPr>
        <w:t xml:space="preserve">[36:04] </w:t>
      </w:r>
      <w:r>
        <w:t>in this verse, god has declared that i created man and woman for test.</w:t>
      </w:r>
    </w:p>
    <w:p>
      <w:pPr>
        <w:jc w:val="right"/>
      </w:pPr>
      <w:r>
        <w:t>ان دس ورس، گاڈ ہیز ڈیکلیئرڈ دیٹ ائی کریٹڈ مین اینڈ وومن فار ٹیسٹ۔</w:t>
      </w:r>
    </w:p>
    <w:p>
      <w:r>
        <w:rPr>
          <w:b/>
        </w:rPr>
        <w:t xml:space="preserve">[36:17] </w:t>
      </w:r>
      <w:r>
        <w:t>i have placed them in this world only for test. so, those who qualify in this test, they will be given paradise.</w:t>
      </w:r>
    </w:p>
    <w:p>
      <w:pPr>
        <w:jc w:val="right"/>
      </w:pPr>
      <w:r>
        <w:t>ائی ہیو پلیس دیم ان دس ورلڈ اونلی فار ٹیسٹ۔ سو، دوز ہو کوالیفائی ان دس ٹیسٹ، دے ویل بی گیون پیراڈائز۔</w:t>
      </w:r>
    </w:p>
    <w:p>
      <w:r>
        <w:rPr>
          <w:b/>
        </w:rPr>
        <w:t xml:space="preserve">[36:28] </w:t>
      </w:r>
      <w:r>
        <w:t>and those who failed in this test, they will go to hell. both are eternal. hell is, hell is eternal and paradise eternal.</w:t>
      </w:r>
    </w:p>
    <w:p>
      <w:pPr>
        <w:jc w:val="right"/>
      </w:pPr>
      <w:r>
        <w:t>اینڈ دوز ہو فیلڈ ان دس ٹیسٹ، دے ویل گو ٹو ہیل۔ بوتھ ار ایٹرنل۔ ہیل از، ہیل از ایٹرنل اینڈ پیراڈائز ایٹرنل۔</w:t>
      </w:r>
    </w:p>
    <w:p>
      <w:r>
        <w:rPr>
          <w:b/>
        </w:rPr>
        <w:t xml:space="preserve">[36:42] </w:t>
      </w:r>
      <w:r>
        <w:t>so, dont be fool. dont lose the eternal life for short period of this world.</w:t>
      </w:r>
    </w:p>
    <w:p>
      <w:pPr>
        <w:jc w:val="right"/>
      </w:pPr>
      <w:r>
        <w:t>سو، ڈونٹ بی فول۔ ڈونٹ لوز دا ایٹرنل لائف فار شارٹ پیریڈ اف دس ورلڈ۔</w:t>
      </w:r>
    </w:p>
    <w:p>
      <w:r>
        <w:rPr>
          <w:b/>
        </w:rPr>
        <w:t xml:space="preserve">[36:51] </w:t>
      </w:r>
      <w:r>
        <w:t>in this world, we are living only for short period, for some years. but in the, in the next, we will, we will, we have to live for eternity.</w:t>
      </w:r>
    </w:p>
    <w:p>
      <w:pPr>
        <w:jc w:val="right"/>
      </w:pPr>
      <w:r>
        <w:t>ان دس ورلڈ، وی ار لیونگ اونلی فار شارٹ پیریڈ، فار سم ایئرز۔ بٹ ان دا، ان دا نیکسٹ، وی ویل، وی ویل، وی ہیو ٹو لیو فار ایٹرنٹی۔</w:t>
      </w:r>
    </w:p>
    <w:p>
      <w:r>
        <w:rPr>
          <w:b/>
        </w:rPr>
        <w:t xml:space="preserve">[37:06] </w:t>
      </w:r>
      <w:r>
        <w:t>for eternity. so, dont lose eternity</w:t>
      </w:r>
    </w:p>
    <w:p>
      <w:pPr>
        <w:jc w:val="right"/>
      </w:pPr>
      <w:r>
        <w:t>فار ایٹرنٹی۔ سو، ڈونٹ لوز ایٹرنٹی</w:t>
      </w:r>
    </w:p>
    <w:p>
      <w:r>
        <w:rPr>
          <w:b/>
        </w:rPr>
        <w:t xml:space="preserve">[37:12] </w:t>
      </w:r>
      <w:r>
        <w:t>at the price of a temporary life. Present life is a temporary life. Present period of life is temporary period of life.</w:t>
      </w:r>
    </w:p>
    <w:p>
      <w:pPr>
        <w:jc w:val="right"/>
      </w:pPr>
      <w:r>
        <w:t>ایٹ دا پرائس اف ا ٹیمپرری لائف۔ پریزنٹ لائف از ا ٹیمپرری لائف۔ پریزنٹ پیریڈ اف لائف از ٹیمپرری پیریڈ اف لائف۔</w:t>
      </w:r>
    </w:p>
    <w:p>
      <w:r>
        <w:rPr>
          <w:b/>
        </w:rPr>
        <w:t xml:space="preserve">[37:26] </w:t>
      </w:r>
      <w:r>
        <w:t>and the world hereafter is a, is a, is an eternal period of life. So, soon every one will face the eternity.</w:t>
      </w:r>
    </w:p>
    <w:p>
      <w:pPr>
        <w:jc w:val="right"/>
      </w:pPr>
      <w:r>
        <w:t>اینڈ دا ورلڈ ہیر افٹر از ا، از ا، از ان ایٹرنل پیریڈ اف لائف۔ سو، سون ایوری ون ویل فیس دا ایٹرنٹی۔</w:t>
      </w:r>
    </w:p>
    <w:p>
      <w:r>
        <w:rPr>
          <w:b/>
        </w:rPr>
        <w:t xml:space="preserve">[37:40] </w:t>
      </w:r>
      <w:r>
        <w:t>Every man is doomed to die. Every man is destined to face the death.</w:t>
      </w:r>
    </w:p>
    <w:p>
      <w:pPr>
        <w:jc w:val="right"/>
      </w:pPr>
      <w:r>
        <w:t>ایوری ون از ڈوم ٹو ڈائی۔ ایوری ون از ڈیسٹن ٹو فیس دا ڈیتھ۔</w:t>
      </w:r>
    </w:p>
    <w:p>
      <w:r>
        <w:rPr>
          <w:b/>
        </w:rPr>
        <w:t xml:space="preserve">[37:48] </w:t>
      </w:r>
      <w:r>
        <w:t>and then, there is eternity. After death, he will enter into the eternity. So, don't miss this opportunity.</w:t>
      </w:r>
    </w:p>
    <w:p>
      <w:pPr>
        <w:jc w:val="right"/>
      </w:pPr>
      <w:r>
        <w:t>اینڈ دین، دیر از ایٹرنٹی۔ افٹر ڈیتھ، ہی ویل انٹر انٹو دا ایٹرنٹی۔ سو، ڈونٹ مس دس اپرچونیٹی۔</w:t>
      </w:r>
    </w:p>
    <w:p>
      <w:r>
        <w:rPr>
          <w:b/>
        </w:rPr>
        <w:t xml:space="preserve">[38:03] </w:t>
      </w:r>
      <w:r>
        <w:t>Don't miss this opportunity. Present life is, is a, is an opportunity. It is not blessing.</w:t>
      </w:r>
    </w:p>
    <w:p>
      <w:pPr>
        <w:jc w:val="right"/>
      </w:pPr>
      <w:r>
        <w:t>ڈونٹ مس دس اپرچونیٹی۔ پریزنٹ لائف از، از ا، از ان اپرچونیٹی۔ اٹ از ناٹ بلیسنگ۔</w:t>
      </w:r>
    </w:p>
    <w:p>
      <w:r>
        <w:rPr>
          <w:b/>
        </w:rPr>
        <w:t xml:space="preserve">[38:14] </w:t>
      </w:r>
      <w:r>
        <w:t>Present life is an opportunity for what? By availing this opportunity, you can find a very nice place in the paradise.</w:t>
      </w:r>
    </w:p>
    <w:p>
      <w:pPr>
        <w:jc w:val="right"/>
      </w:pPr>
      <w:r>
        <w:t>پریزنٹ لائف از ان اپرچونیٹی فار واٹ؟ بائی اویلنگ دیز اپرچونیٹی، یو کین فائنڈ ا ویری نائس پلیس ان دا پیراڈائز۔</w:t>
      </w:r>
    </w:p>
    <w:p>
      <w:r>
        <w:rPr>
          <w:b/>
        </w:rPr>
        <w:t xml:space="preserve">[38:31] </w:t>
      </w:r>
      <w:r>
        <w:t>Present world is nothing but an opportunity. Present world is not for, for, for comfortable life, for luxurious life.</w:t>
      </w:r>
    </w:p>
    <w:p>
      <w:pPr>
        <w:jc w:val="right"/>
      </w:pPr>
      <w:r>
        <w:t>پریزنٹ ورلڈ از نتھنگ بٹ ان اپرچونیٹی۔ پریزنٹ ورلڈ از ناٹ فار، فار، فار کمفرٹیبل لائف، فار لگزریس لائف۔</w:t>
      </w:r>
    </w:p>
    <w:p>
      <w:r>
        <w:rPr>
          <w:b/>
        </w:rPr>
        <w:t xml:space="preserve">[38:44] </w:t>
      </w:r>
      <w:r>
        <w:t>no.</w:t>
      </w:r>
    </w:p>
    <w:p>
      <w:pPr>
        <w:jc w:val="right"/>
      </w:pPr>
      <w:r>
        <w:t>نو۔</w:t>
      </w:r>
    </w:p>
    <w:p>
      <w:r>
        <w:rPr>
          <w:b/>
        </w:rPr>
        <w:t xml:space="preserve">[38:48] </w:t>
      </w:r>
      <w:r>
        <w:t>present world is not to, to, to achieve fame, to achieve money, to achieve your wishes, to complete your wishes.</w:t>
      </w:r>
    </w:p>
    <w:p>
      <w:pPr>
        <w:jc w:val="right"/>
      </w:pPr>
      <w:r>
        <w:t>پریزنٹ ورلڈ از ناٹ ٹو، ٹو، ٹو اچیو فیم، ٹو اچیو منی، ٹو اچیو یور وشز، ٹو کمپلیٹ یور وشز۔</w:t>
      </w:r>
    </w:p>
    <w:p>
      <w:r>
        <w:rPr>
          <w:b/>
        </w:rPr>
        <w:t xml:space="preserve">[38:59] </w:t>
      </w:r>
      <w:r>
        <w:t>No, not, not at all. Present world is full of tests. You have to qualify in these tests.</w:t>
      </w:r>
    </w:p>
    <w:p>
      <w:pPr>
        <w:jc w:val="right"/>
      </w:pPr>
      <w:r>
        <w:t>نو، ناٹ، ناٹ ایٹ ال۔ پریزنٹ ورلڈ از فل اف ٹیسٹ۔ یو ہیو ٹو کوالیفائی ان دیز ٹیسٹ۔</w:t>
      </w:r>
    </w:p>
    <w:p>
      <w:r>
        <w:rPr>
          <w:b/>
        </w:rPr>
        <w:t xml:space="preserve">[39:10] </w:t>
      </w:r>
      <w:r>
        <w:t>Present world is nothing but world of opportunity. So, you have to avail these opportunities just for the sake of paradise.</w:t>
      </w:r>
    </w:p>
    <w:p>
      <w:pPr>
        <w:jc w:val="right"/>
      </w:pPr>
      <w:r>
        <w:t>پریزنٹ ورلڈ از نتھنگ بٹ ورلڈ اف اپرچونیٹی۔ سو، یو ہیو ٹو اویل دیز اپرچونیٹیز جسٹ فار دا سیک اف پیراڈائز۔</w:t>
      </w:r>
    </w:p>
    <w:p>
      <w:r>
        <w:rPr>
          <w:b/>
        </w:rPr>
        <w:t xml:space="preserve">[39:27] </w:t>
      </w:r>
      <w:r>
        <w:t>Those who failed to avail these opportunities, they will be doomed to failure. They will go to hell.</w:t>
      </w:r>
    </w:p>
    <w:p>
      <w:pPr>
        <w:jc w:val="right"/>
      </w:pPr>
      <w:r>
        <w:t>دوز ہو فیلڈ ٹو اویل دیز اپرچونیٹیز، دے ویل بی ڈوم ٹو فیلیر۔ دے ویل گو ٹو ہیل۔</w:t>
      </w:r>
    </w:p>
    <w:p>
      <w:r>
        <w:rPr>
          <w:b/>
        </w:rPr>
        <w:t xml:space="preserve">[39:37] </w:t>
      </w:r>
      <w:r>
        <w:t>There is no place for these people in this world hereafter. They will live in hell forever, forever, forever.</w:t>
      </w:r>
    </w:p>
    <w:p>
      <w:pPr>
        <w:jc w:val="right"/>
      </w:pPr>
      <w:r>
        <w:t>دیر نو پلیس فار دیز پیپل ان دی ورلڈ ہیر افٹر۔ دے ویل لیو ان ہیل فار ایور، فار ایور، فار ایور۔</w:t>
      </w:r>
    </w:p>
    <w:p>
      <w:r>
        <w:rPr>
          <w:b/>
        </w:rPr>
        <w:t xml:space="preserve">[39:50] </w:t>
      </w:r>
      <w:r>
        <w:t>so, vat a gud aparchuniti!</w:t>
      </w:r>
    </w:p>
    <w:p>
      <w:pPr>
        <w:jc w:val="right"/>
      </w:pPr>
      <w:r>
        <w:t>سو، واٹ ا گڈ اپرچونیٹی!</w:t>
      </w:r>
    </w:p>
    <w:p>
      <w:r>
        <w:rPr>
          <w:b/>
        </w:rPr>
        <w:t xml:space="preserve">[39:54] </w:t>
      </w:r>
      <w:r>
        <w:t>God has given us great, great opportunity.</w:t>
      </w:r>
    </w:p>
    <w:p>
      <w:pPr>
        <w:jc w:val="right"/>
      </w:pPr>
      <w:r>
        <w:t>گاڈ ہیز گیون اس گریٹ، گریٹ اپرچونیٹی۔</w:t>
      </w:r>
    </w:p>
    <w:p>
      <w:r>
        <w:rPr>
          <w:b/>
        </w:rPr>
        <w:t xml:space="preserve">[40:01] </w:t>
      </w:r>
      <w:r>
        <w:t>It is a very simple test, very easy test. Only you have to control your emotions.</w:t>
      </w:r>
    </w:p>
    <w:p>
      <w:pPr>
        <w:jc w:val="right"/>
      </w:pPr>
      <w:r>
        <w:t>اٹ از ا ویری سمپل ٹیسٹ، ویری ایزی ٹیسٹ۔ اونلی یو ہیو ٹو کنٹرول یور ایموشنز۔</w:t>
      </w:r>
    </w:p>
    <w:p>
      <w:r>
        <w:rPr>
          <w:b/>
        </w:rPr>
        <w:t xml:space="preserve">[40:10] </w:t>
      </w:r>
      <w:r>
        <w:t>It is very easy. You have to control your emotions. It is very, very easy test.</w:t>
      </w:r>
    </w:p>
    <w:p>
      <w:pPr>
        <w:jc w:val="right"/>
      </w:pPr>
      <w:r>
        <w:t>اٹ از ویری ایزی۔ یو ہیو ٹو کنٹرول یور ایموشنز۔ اٹ از ویری، ویری ایزی ٹیسٹ۔</w:t>
      </w:r>
    </w:p>
    <w:p>
      <w:r>
        <w:rPr>
          <w:b/>
        </w:rPr>
        <w:t xml:space="preserve">[40:20] </w:t>
      </w:r>
      <w:r>
        <w:t>You have to control your emotions. You have to manage your v</w:t>
      </w:r>
    </w:p>
    <w:p>
      <w:pPr>
        <w:jc w:val="right"/>
      </w:pPr>
      <w:r>
        <w:t>یو ہیو ٹو کنٹرول یور ایموشنز۔ یو ہیو ٹو مینیج یور 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