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Why I am Different 21 sept, 2019 - Maulana Wahiduddin Khan</w:t>
      </w:r>
    </w:p>
    <w:p>
      <w:r>
        <w:t>https://www.youtube.com/watch?v=TBDjR8Keoss</w:t>
      </w:r>
    </w:p>
    <w:p>
      <w:r>
        <w:rPr>
          <w:b/>
        </w:rPr>
        <w:t xml:space="preserve">[00:13] </w:t>
      </w:r>
      <w:r>
        <w:t>bismiallah alrahman alrahim, vasaliaallahu ala nabial karim.</w:t>
      </w:r>
    </w:p>
    <w:p>
      <w:pPr>
        <w:jc w:val="right"/>
      </w:pPr>
      <w:r>
        <w:t>بسم اللہ الرحمن الرحیم، وصلی اللہ علی نبی الکریم۔</w:t>
      </w:r>
    </w:p>
    <w:p>
      <w:r>
        <w:rPr>
          <w:b/>
        </w:rPr>
        <w:t xml:space="preserve">[00:24] </w:t>
      </w:r>
      <w:r>
        <w:t>rab ishrah li sadri, vayssir li amri, vahl alukdatan min lisani, yafqahu quli.</w:t>
      </w:r>
    </w:p>
    <w:p>
      <w:pPr>
        <w:jc w:val="right"/>
      </w:pPr>
      <w:r>
        <w:t>رب اشرح لی صدری، ویسر لی امری، واحل العقدۃ من لسانی، یفقہ قولی۔</w:t>
      </w:r>
    </w:p>
    <w:p>
      <w:r>
        <w:rPr>
          <w:b/>
        </w:rPr>
        <w:t xml:space="preserve">[00:43] </w:t>
      </w:r>
      <w:r>
        <w:t>niab aldin vist main jo mera sonay ka kamra hai,</w:t>
      </w:r>
    </w:p>
    <w:p>
      <w:pPr>
        <w:jc w:val="right"/>
      </w:pPr>
      <w:r>
        <w:t>نیاب الدین ویسٹ میں جو میرا سونے کا کمرہ ہے،</w:t>
      </w:r>
    </w:p>
    <w:p>
      <w:r>
        <w:rPr>
          <w:b/>
        </w:rPr>
        <w:t xml:space="preserve">[00:51] </w:t>
      </w:r>
      <w:r>
        <w:t>to</w:t>
      </w:r>
    </w:p>
    <w:p>
      <w:pPr>
        <w:jc w:val="right"/>
      </w:pPr>
      <w:r>
        <w:t>تو</w:t>
      </w:r>
    </w:p>
    <w:p>
      <w:r>
        <w:rPr>
          <w:b/>
        </w:rPr>
        <w:t xml:space="preserve">[00:54] </w:t>
      </w:r>
      <w:r>
        <w:t>main aksar bistar hi par hota hoon, aksar. to jab log mujh se milnay atay hain to zayada tar mujh ko bistar par baitha hua patay hain,</w:t>
      </w:r>
    </w:p>
    <w:p>
      <w:pPr>
        <w:jc w:val="right"/>
      </w:pPr>
      <w:r>
        <w:t>میں اکثر بستر ہی پر ہوتا ہوں، اکثر۔ تو جب لوگ مجھ سے ملنے آتے ہیں تو زیادہ تر مجھ کو بستر پر بیٹھا ہوا پاتے ہیں،</w:t>
      </w:r>
    </w:p>
    <w:p>
      <w:r>
        <w:rPr>
          <w:b/>
        </w:rPr>
        <w:t xml:space="preserve">[01:11] </w:t>
      </w:r>
      <w:r>
        <w:t>laita hua nahin patay.</w:t>
      </w:r>
    </w:p>
    <w:p>
      <w:pPr>
        <w:jc w:val="right"/>
      </w:pPr>
      <w:r>
        <w:t>لیٹا ہوا نہیں پاتے۔</w:t>
      </w:r>
    </w:p>
    <w:p>
      <w:r>
        <w:rPr>
          <w:b/>
        </w:rPr>
        <w:t xml:space="preserve">[01:17] </w:t>
      </w:r>
      <w:r>
        <w:t>to sonay kay bistar par main kion baitha rahta hoon? yah us kay pichay aik kahani hai.</w:t>
      </w:r>
    </w:p>
    <w:p>
      <w:pPr>
        <w:jc w:val="right"/>
      </w:pPr>
      <w:r>
        <w:t>تو سونے کے بستر پر میں کیوں بیٹھا رہتا ہوں؟ یہ اس کے پیچھے ایک کہانی ہے۔</w:t>
      </w:r>
    </w:p>
    <w:p>
      <w:r>
        <w:rPr>
          <w:b/>
        </w:rPr>
        <w:t xml:space="preserve">[01:33] </w:t>
      </w:r>
      <w:r>
        <w:t>dekhiye,</w:t>
      </w:r>
    </w:p>
    <w:p>
      <w:pPr>
        <w:jc w:val="right"/>
      </w:pPr>
      <w:r>
        <w:t>دیکھیے،</w:t>
      </w:r>
    </w:p>
    <w:p>
      <w:r>
        <w:rPr>
          <w:b/>
        </w:rPr>
        <w:t xml:space="preserve">[01:42] </w:t>
      </w:r>
      <w:r>
        <w:t>1965 aur 1966 ki dahai mein taqreeban 3 saal mein lucknow mein tha.</w:t>
      </w:r>
    </w:p>
    <w:p>
      <w:pPr>
        <w:jc w:val="right"/>
      </w:pPr>
      <w:r>
        <w:t>1965 اور 1966 کی دہائی میں تقریباً 3 سال میں لکھٹو میں تھا۔</w:t>
      </w:r>
    </w:p>
    <w:p>
      <w:r>
        <w:rPr>
          <w:b/>
        </w:rPr>
        <w:t xml:space="preserve">[02:00] </w:t>
      </w:r>
      <w:r>
        <w:t>nadwa, jo madrasa hai, us mein lucknow mein. to mera jo kamra tha wahan, wahan par ek sahib bohat adat thay.</w:t>
      </w:r>
    </w:p>
    <w:p>
      <w:pPr>
        <w:jc w:val="right"/>
      </w:pPr>
      <w:r>
        <w:t>ندوہ، جو مدرسہ ہے، اس میں لکھٹو میں۔ تو میرا جو کمرہ تھا وہاں، وہاں پر ایک صاحب بہت عادت تھے۔</w:t>
      </w:r>
    </w:p>
    <w:p>
      <w:r>
        <w:rPr>
          <w:b/>
        </w:rPr>
        <w:t xml:space="preserve">[02:16] </w:t>
      </w:r>
      <w:r>
        <w:t>ek sahib thay, un ka naam to mujhe yaad nahin, lekin woh parhte thay wahan par. to woh aisi baatein karte thay jis se logon ko dilchaspi nahin hoti thi.</w:t>
      </w:r>
    </w:p>
    <w:p>
      <w:pPr>
        <w:jc w:val="right"/>
      </w:pPr>
      <w:r>
        <w:t>ایک صاحب تھے، ان کا نام تو مجھے یاد نہیں، لیکن وہ پڑھتے تھے وہاں پر۔ تو وہ ایسی باتیں کرتے تھے جس سے لوگوں کو دلچسپی نہیں ہوتی تھی۔</w:t>
      </w:r>
    </w:p>
    <w:p>
      <w:r>
        <w:rPr>
          <w:b/>
        </w:rPr>
        <w:t xml:space="preserve">[02:32] </w:t>
      </w:r>
      <w:r>
        <w:t>to aam taur par log un ko apne paas kam bithate thay,</w:t>
      </w:r>
    </w:p>
    <w:p>
      <w:pPr>
        <w:jc w:val="right"/>
      </w:pPr>
      <w:r>
        <w:t>تو عام طور پر لوگ ان کو اپنے پاس کم بٹھاتے تھے،</w:t>
      </w:r>
    </w:p>
    <w:p>
      <w:r>
        <w:rPr>
          <w:b/>
        </w:rPr>
        <w:t xml:space="preserve">[02:40] </w:t>
      </w:r>
      <w:r>
        <w:t>door door rehte thay. ab mein bohat zabardast tareeqay se un ke paas baithta tha, un ki baatein sunta tha.</w:t>
      </w:r>
    </w:p>
    <w:p>
      <w:pPr>
        <w:jc w:val="right"/>
      </w:pPr>
      <w:r>
        <w:t>دور دور رہتے تھے۔ اب میں بہت زبردست طریقے سے ان کے پاس بیٹھتا تھا، ان کی باتیں سنتا تھا۔</w:t>
      </w:r>
    </w:p>
    <w:p>
      <w:r>
        <w:rPr>
          <w:b/>
        </w:rPr>
        <w:t xml:space="preserve">[02:51] </w:t>
      </w:r>
      <w:r>
        <w:t>woh asal mein ek majzoob jaisay aadmi thay, thay to woh tajar, yaani student, lekin woh majzoob.</w:t>
      </w:r>
    </w:p>
    <w:p>
      <w:pPr>
        <w:jc w:val="right"/>
      </w:pPr>
      <w:r>
        <w:t>وہ اصل میں ایک مجذوب جیسے آدمی تھے، تھے تو وہ تاجر، یعنی اسٹوڈنٹ، لیکن وہ مجذوب۔</w:t>
      </w:r>
    </w:p>
    <w:p>
      <w:r>
        <w:rPr>
          <w:b/>
        </w:rPr>
        <w:t xml:space="preserve">[03:01] </w:t>
      </w:r>
      <w:r>
        <w:t>to woh aksar jab aate thay to ek hi baat karte thay. woh yeh ke maine apna routine bana liya, routine.</w:t>
      </w:r>
    </w:p>
    <w:p>
      <w:pPr>
        <w:jc w:val="right"/>
      </w:pPr>
      <w:r>
        <w:t>تو وہ اکثر جب آتے تھے تو ایک ہی بات کرتے تھے۔ وہ یہ کہ میں نے اپنا روٹین بنا لیا، روٹین۔</w:t>
      </w:r>
    </w:p>
    <w:p>
      <w:r>
        <w:rPr>
          <w:b/>
        </w:rPr>
        <w:t xml:space="preserve">[03:13] </w:t>
      </w:r>
      <w:r>
        <w:t>har haftay ek din hai, us din mein jata hoon local graveyard ko, local qabristan mein.</w:t>
      </w:r>
    </w:p>
    <w:p>
      <w:pPr>
        <w:jc w:val="right"/>
      </w:pPr>
      <w:r>
        <w:t>ہر ہفتہ ایک دن ہے، اس دن میں جاتا ہوں لوکل گریو یارڈ کو، لوکل قبرستان میں۔</w:t>
      </w:r>
    </w:p>
    <w:p>
      <w:r>
        <w:rPr>
          <w:b/>
        </w:rPr>
        <w:t xml:space="preserve">[03:26] </w:t>
      </w:r>
      <w:r>
        <w:t>unhon ne bataya ke wahan pe ek qabristan hai, ek qabar hai jo khuli hui hai,</w:t>
      </w:r>
    </w:p>
    <w:p>
      <w:pPr>
        <w:jc w:val="right"/>
      </w:pPr>
      <w:r>
        <w:t>انہوں نے بتایا کہ وہاں پہ ایک قبرستان ہے، ایک قبر ہے جو کھلی ہوئی ہے،</w:t>
      </w:r>
    </w:p>
    <w:p>
      <w:r>
        <w:rPr>
          <w:b/>
        </w:rPr>
        <w:t xml:space="preserve">[03:34] </w:t>
      </w:r>
      <w:r>
        <w:t>dhaki hui nahin hai. to us qabar ke andar woh apne aap ko let, us mein let daal dete hain.</w:t>
      </w:r>
    </w:p>
    <w:p>
      <w:pPr>
        <w:jc w:val="right"/>
      </w:pPr>
      <w:r>
        <w:t>ڈھکی ہوئی نہیں ہے۔ تو اس قبر کے اندر وہ اپنے آپ کو لیٹ، اس میں لیٹ ڈال دیتے ہیں۔</w:t>
      </w:r>
    </w:p>
    <w:p>
      <w:r>
        <w:rPr>
          <w:b/>
        </w:rPr>
        <w:t xml:space="preserve">[03:43] </w:t>
      </w:r>
      <w:r>
        <w:t>woh qabar ke andar let daal dete hain, aur let kar ke woh sochte thay ke isi qabar mein mujhe aana hai.</w:t>
      </w:r>
    </w:p>
    <w:p>
      <w:pPr>
        <w:jc w:val="right"/>
      </w:pPr>
      <w:r>
        <w:t>وہ قبر کے اندر لیٹ ڈال دیتے ہیں، اور لیٹ کر کے وہ سوچتے تھے کہ اسی قبر میں مجھے آنا ہے۔</w:t>
      </w:r>
    </w:p>
    <w:p>
      <w:r>
        <w:rPr>
          <w:b/>
        </w:rPr>
        <w:t xml:space="preserve">[03:55] </w:t>
      </w:r>
      <w:r>
        <w:t>der tak wahan lete hue woh sochte thay ke mujhe isi qabar mein aana hai. to yeh hamesha woh jab aate thay to yahi baatein karte thay.</w:t>
      </w:r>
    </w:p>
    <w:p>
      <w:pPr>
        <w:jc w:val="right"/>
      </w:pPr>
      <w:r>
        <w:t>دیر تک وہاں لیٹے ہوئے وہ سوچتے تھے کہ مجھے اسی قبر میں آنا ہے۔ تو یہ ہمیشہ وہ جب آتے تھے تو یہی باتیں کرتے تھے۔</w:t>
      </w:r>
    </w:p>
    <w:p>
      <w:r>
        <w:rPr>
          <w:b/>
        </w:rPr>
        <w:t xml:space="preserve">[04:07] </w:t>
      </w:r>
      <w:r>
        <w:t>woh kuch majzoob qism ke thay, woh majzoob. to log un ko, yaani koi dilchaspi lete thay, lekin mein sunta tha, un ki baat sunta tha.</w:t>
      </w:r>
    </w:p>
    <w:p>
      <w:pPr>
        <w:jc w:val="right"/>
      </w:pPr>
      <w:r>
        <w:t>وہ کچھ مجذوب قسم کے تھے، وہ مجذوب۔ تو لوگ ان کو، یعنی کوئی دلچسپی لیتے تھے، لیکن میں سنتا تھا، ان کی بات سنتا تھا۔</w:t>
      </w:r>
    </w:p>
    <w:p>
      <w:r>
        <w:rPr>
          <w:b/>
        </w:rPr>
        <w:t xml:space="preserve">[04:22] </w:t>
      </w:r>
      <w:r>
        <w:t>is liye mere paas ziyada aate thay.</w:t>
      </w:r>
    </w:p>
    <w:p>
      <w:pPr>
        <w:jc w:val="right"/>
      </w:pPr>
      <w:r>
        <w:t>اس لیے میرے پاس زیادہ آتے تھے۔</w:t>
      </w:r>
    </w:p>
    <w:p>
      <w:r>
        <w:rPr>
          <w:b/>
        </w:rPr>
        <w:t xml:space="preserve">[04:27] </w:t>
      </w:r>
      <w:r>
        <w:t>to to woh un ki baat suntay suntay mujhe mere andar ek soch bani, soch. woh thi qabar oriented thinking.</w:t>
      </w:r>
    </w:p>
    <w:p>
      <w:pPr>
        <w:jc w:val="right"/>
      </w:pPr>
      <w:r>
        <w:t>تو تو وہ ان کی بات سنتے سنتے مجھے میرے اندر ایک سوچ بنی، سوچ۔ وہ تھی قبر اورینٹڈ تھنکنگ۔</w:t>
      </w:r>
    </w:p>
    <w:p>
      <w:r>
        <w:rPr>
          <w:b/>
        </w:rPr>
        <w:t xml:space="preserve">[04:40] </w:t>
      </w:r>
      <w:r>
        <w:t>qabar oriented thinking bani.</w:t>
      </w:r>
    </w:p>
    <w:p>
      <w:pPr>
        <w:jc w:val="right"/>
      </w:pPr>
      <w:r>
        <w:t>قبر اورینٹڈ تھنکنگ بنی۔</w:t>
      </w:r>
    </w:p>
    <w:p>
      <w:r>
        <w:rPr>
          <w:b/>
        </w:rPr>
        <w:t xml:space="preserve">[04:49] </w:t>
      </w:r>
      <w:r>
        <w:t>chunaanchay mein woh un ko, un ka to saath hamara chhoot gaya, bohat din ho gaye. yeh woh soch aaj bhi meri hunt, hunt, un ko hunt karti hai, hunt.</w:t>
      </w:r>
    </w:p>
    <w:p>
      <w:pPr>
        <w:jc w:val="right"/>
      </w:pPr>
      <w:r>
        <w:t>چنانچہ میں وہ ان کو، ان کا تو ساتھ ہمارا چھوٹ گیا، بہت دن ہو گئے۔ یہ وہ سوچ آج بھی میری ہنٹ، ہنٹ، ان کو ہنٹ کرتی ہے، ہنٹ۔</w:t>
      </w:r>
    </w:p>
    <w:p>
      <w:r>
        <w:rPr>
          <w:b/>
        </w:rPr>
        <w:t xml:space="preserve">[05:00] </w:t>
      </w:r>
      <w:r>
        <w:t>h a u n t. woh soch. rozana hi mein qabar ko le kar sochta hoon.</w:t>
      </w:r>
    </w:p>
    <w:p>
      <w:pPr>
        <w:jc w:val="right"/>
      </w:pPr>
      <w:r>
        <w:t>ایچ اے یو این ٹی۔ وہ سوچ۔ روزانہ ہی میں قبر کو لے کر سوچتا ہوں۔</w:t>
      </w:r>
    </w:p>
    <w:p>
      <w:r>
        <w:rPr>
          <w:b/>
        </w:rPr>
        <w:t xml:space="preserve">[05:11] </w:t>
      </w:r>
      <w:r>
        <w:t>yeh soch ajeeb bari thi, bari thi, bari ke woh mere in cont mind ka hissa ban gayi. mere in cont mind ka hissa ban gayi.</w:t>
      </w:r>
    </w:p>
    <w:p>
      <w:pPr>
        <w:jc w:val="right"/>
      </w:pPr>
      <w:r>
        <w:t>یہ سوچ عجیب بڑی تھی، بڑی تھی، بڑی کہ وہ میرے ان کانٹ مائنڈ کا حصہ بن گئی۔ میرے ان کانٹ مائنڈ کا حصہ بن گئی۔</w:t>
      </w:r>
    </w:p>
    <w:p>
      <w:r>
        <w:rPr>
          <w:b/>
        </w:rPr>
        <w:t xml:space="preserve">[05:22] </w:t>
      </w:r>
      <w:r>
        <w:t>to jab mein charpai par laitta hoon to mujhe woh aisa lagta hai ke mein qabar mein laitta hoon, qabar mein.</w:t>
      </w:r>
    </w:p>
    <w:p>
      <w:pPr>
        <w:jc w:val="right"/>
      </w:pPr>
      <w:r>
        <w:t>تو جب میں چارپائی پر لیٹتا ہوں تو مجھے وہ ایسا لگتا ہے کہ میں قبر میں لیٹا ہوں، قبر میں۔</w:t>
      </w:r>
    </w:p>
    <w:p>
      <w:r>
        <w:rPr>
          <w:b/>
        </w:rPr>
        <w:t xml:space="preserve">[05:36] </w:t>
      </w:r>
      <w:r>
        <w:t>jaise un ka haal tha. to mein jaldi se baith jata hoon taake apne ko us us soch se bahar laoon, qabar wali soch se bahar laoon.</w:t>
      </w:r>
    </w:p>
    <w:p>
      <w:pPr>
        <w:jc w:val="right"/>
      </w:pPr>
      <w:r>
        <w:t>جیسے ان کا حال تھا۔ تو میں جلدی سے بیٹھ جاتا ہوں تاکہ اپنے کو اس اس سوچ سے باہر لاؤں، قبر والی سوچ سے باہر لاؤں۔</w:t>
      </w:r>
    </w:p>
    <w:p>
      <w:r>
        <w:rPr>
          <w:b/>
        </w:rPr>
        <w:t xml:space="preserve">[05:50] </w:t>
      </w:r>
      <w:r>
        <w:t>is ka nateeja kya hai ke mujhe baithne mein ziyada chain milta hai, laitne mein chain nahin milta.</w:t>
      </w:r>
    </w:p>
    <w:p>
      <w:pPr>
        <w:jc w:val="right"/>
      </w:pPr>
      <w:r>
        <w:t>اس کا نتیجہ کیا ہے کہ مجھے بیٹھنے میں زیادہ چین ملتا ہے، لیٹنے میں چین نہیں ملتا۔</w:t>
      </w:r>
    </w:p>
    <w:p>
      <w:r>
        <w:rPr>
          <w:b/>
        </w:rPr>
        <w:t xml:space="preserve">[06:00] </w:t>
      </w:r>
      <w:r>
        <w:t>kyun ke laitne ki halat jo hoti hai, yeh hoti hai. woh goya ke mein apne aap ko sochta hoon ke mein qabar mein laitta hoon. to phir qabar aur maut aur hashar aur qayamat, jannat, dozakh, yahi sab dimagh mein lagti hai ghoomne.</w:t>
      </w:r>
    </w:p>
    <w:p>
      <w:pPr>
        <w:jc w:val="right"/>
      </w:pPr>
      <w:r>
        <w:t>کیونکہ لیٹنے کی حالت جو ہوتی ہے، یہ ہوتی ہے۔ وہ گویا کہ میں اپنے آپ کو سوچتا ہوں کہ میں قبر میں لیٹا ہوں۔ تو پھر قبر اور موت اور حشر اور قیامت، جنت، دوزخ، یہی سب دماغ میں لگتی ہے گھومنے۔</w:t>
      </w:r>
    </w:p>
    <w:p>
      <w:r>
        <w:rPr>
          <w:b/>
        </w:rPr>
        <w:t xml:space="preserve">[06:22] </w:t>
      </w:r>
      <w:r>
        <w:t>to is soch se thora mein door ho jata hoon jab mein baithoon, jab mein baithoon. to</w:t>
      </w:r>
    </w:p>
    <w:p>
      <w:pPr>
        <w:jc w:val="right"/>
      </w:pPr>
      <w:r>
        <w:t>تو اس سوچ سے تھوڑا میں دور ہو جاتا ہوں جب میں بیٹھوں، جب میں بیٹھوں۔ تو</w:t>
      </w:r>
    </w:p>
    <w:p>
      <w:r>
        <w:rPr>
          <w:b/>
        </w:rPr>
        <w:t xml:space="preserve">[06:35] </w:t>
      </w:r>
      <w:r>
        <w:t>yeh jo soch mere andar bani in ki waja se, woh meri mind ka part ban gayi, part ban gayi.</w:t>
      </w:r>
    </w:p>
    <w:p>
      <w:pPr>
        <w:jc w:val="right"/>
      </w:pPr>
      <w:r>
        <w:t>یہ جو سوچ میرے اندر بنی ان کی وجہ سے، وہ میری مائنڈ کا پارٹ بن گئی، پارٹ بن گئی۔</w:t>
      </w:r>
    </w:p>
    <w:p>
      <w:r>
        <w:rPr>
          <w:b/>
        </w:rPr>
        <w:t xml:space="preserve">[06:47] </w:t>
      </w:r>
      <w:r>
        <w:t>lekin is ka ek bazahir to ek negative baat hai, bazahir. Lekin woh mere liye ek positive, yani positive part ban gayi mere mind ka.</w:t>
      </w:r>
    </w:p>
    <w:p>
      <w:pPr>
        <w:jc w:val="right"/>
      </w:pPr>
      <w:r>
        <w:t>لیکن اس کا ایک بظاہر تو ایک نیگیٹیو بات ہے، بظاہر۔ لیکن وہ میرے لیے ایک پازیٹیو، یعنی پازیٹیو پارٹ بن گئی میرے مائنڈ کا۔</w:t>
      </w:r>
    </w:p>
    <w:p>
      <w:r>
        <w:rPr>
          <w:b/>
        </w:rPr>
        <w:t xml:space="preserve">[07:05] </w:t>
      </w:r>
      <w:r>
        <w:t>yani introspection bohat barh gaya, introspection. Ke Allah ke samne hazir hazri, mout,</w:t>
      </w:r>
    </w:p>
    <w:p>
      <w:pPr>
        <w:jc w:val="right"/>
      </w:pPr>
      <w:r>
        <w:t>یعنی انٹراسپیکشن بہت بڑھ گیا، انٹراسپیکشن۔ کہ اللہ کے سامنے حاضر حاضری، موت،</w:t>
      </w:r>
    </w:p>
    <w:p>
      <w:r>
        <w:rPr>
          <w:b/>
        </w:rPr>
        <w:t xml:space="preserve">[07:20] </w:t>
      </w:r>
      <w:r>
        <w:t>aur yeh sab jo cheezein hain, is ki soch bohat barh gayi. Ab main yeh bataunga ke yeh jo is student ki waja se mere andar jo soch aayi,</w:t>
      </w:r>
    </w:p>
    <w:p>
      <w:pPr>
        <w:jc w:val="right"/>
      </w:pPr>
      <w:r>
        <w:t>اور یہ سب جو چیزیں ہیں، اس کی سوچ بہت بڑھ گئی۔ اب میں یہ بتاؤں گا کہ یہ جو اس اسٹوڈنٹ کی وجہ سے میرے اندر جو سوچ آئی،</w:t>
      </w:r>
    </w:p>
    <w:p>
      <w:r>
        <w:rPr>
          <w:b/>
        </w:rPr>
        <w:t xml:space="preserve">[07:34] </w:t>
      </w:r>
      <w:r>
        <w:t>is ka positive aspect tha, positive. Is aadmi, is student ke haan to yeh sirf ek ek negative phenomena tha.</w:t>
      </w:r>
    </w:p>
    <w:p>
      <w:pPr>
        <w:jc w:val="right"/>
      </w:pPr>
      <w:r>
        <w:t>اس کا پازیٹو اسپیکٹ تھا، پازیٹیو۔ اس آدمی، اس اسٹوڈنٹ کے ہاں تو یہ صرف ایک ایک نیگیٹیو فیناومینا تھا۔</w:t>
      </w:r>
    </w:p>
    <w:p>
      <w:r>
        <w:rPr>
          <w:b/>
        </w:rPr>
        <w:t xml:space="preserve">[07:48] </w:t>
      </w:r>
      <w:r>
        <w:t>lekin mere andar jo hua,</w:t>
      </w:r>
    </w:p>
    <w:p>
      <w:pPr>
        <w:jc w:val="right"/>
      </w:pPr>
      <w:r>
        <w:t>لیکن میرے اندر جو ہوا،</w:t>
      </w:r>
    </w:p>
    <w:p>
      <w:r>
        <w:rPr>
          <w:b/>
        </w:rPr>
        <w:t xml:space="preserve">[07:53] </w:t>
      </w:r>
      <w:r>
        <w:t>mere andar jo hua, woh tha yani introspection. Introspection.</w:t>
      </w:r>
    </w:p>
    <w:p>
      <w:pPr>
        <w:jc w:val="right"/>
      </w:pPr>
      <w:r>
        <w:t>میرے اندر جو ہوا، وہ تھا یعنی انٹراسپیکشن۔ انٹراسپیکشن۔</w:t>
      </w:r>
    </w:p>
    <w:p>
      <w:r>
        <w:rPr>
          <w:b/>
        </w:rPr>
        <w:t xml:space="preserve">[08:04] </w:t>
      </w:r>
      <w:r>
        <w:t>matlab mout ko le kar sochna, qabar ko le kar sochna, hashr o nashr ko le kar sochna.</w:t>
      </w:r>
    </w:p>
    <w:p>
      <w:pPr>
        <w:jc w:val="right"/>
      </w:pPr>
      <w:r>
        <w:t>مطلب موت کو لے کر سوچنا، قبر کو لے کر سوچنا، حشر و نشر کو لے کر سوچنا۔</w:t>
      </w:r>
    </w:p>
    <w:p>
      <w:r>
        <w:rPr>
          <w:b/>
        </w:rPr>
        <w:t xml:space="preserve">[08:16] </w:t>
      </w:r>
      <w:r>
        <w:t>to</w:t>
      </w:r>
    </w:p>
    <w:p>
      <w:pPr>
        <w:jc w:val="right"/>
      </w:pPr>
      <w:r>
        <w:t>تو</w:t>
      </w:r>
    </w:p>
    <w:p>
      <w:r>
        <w:rPr>
          <w:b/>
        </w:rPr>
        <w:t xml:space="preserve">[08:21] </w:t>
      </w:r>
      <w:r>
        <w:t>yani self thinking meri bohat barh gayi,</w:t>
      </w:r>
    </w:p>
    <w:p>
      <w:pPr>
        <w:jc w:val="right"/>
      </w:pPr>
      <w:r>
        <w:t>یعنی سیلف تھنکنگ میری بہت بڑھ گئی،</w:t>
      </w:r>
    </w:p>
    <w:p>
      <w:r>
        <w:rPr>
          <w:b/>
        </w:rPr>
        <w:t xml:space="preserve">[08:26] </w:t>
      </w:r>
      <w:r>
        <w:t>self thinking. Aur akhirat ki yaad, qayamat ki yaad, Allah ki yaad, yeh cheez bohat barh gayi.</w:t>
      </w:r>
    </w:p>
    <w:p>
      <w:pPr>
        <w:jc w:val="right"/>
      </w:pPr>
      <w:r>
        <w:t>سیلف تھنکنگ۔ اور آخرت کی یاد، قیامت کی یاد، اللہ کی یاد، یہ چیز بہت بڑھ گئی۔</w:t>
      </w:r>
    </w:p>
    <w:p>
      <w:r>
        <w:rPr>
          <w:b/>
        </w:rPr>
        <w:t xml:space="preserve">[08:39] </w:t>
      </w:r>
      <w:r>
        <w:t>to main sochta hoon ke yeh</w:t>
      </w:r>
    </w:p>
    <w:p>
      <w:pPr>
        <w:jc w:val="right"/>
      </w:pPr>
      <w:r>
        <w:t>تو میں سوچتا ہوں کہ یہ</w:t>
      </w:r>
    </w:p>
    <w:p>
      <w:r>
        <w:rPr>
          <w:b/>
        </w:rPr>
        <w:t xml:space="preserve">[08:43] </w:t>
      </w:r>
      <w:r>
        <w:t>is aitbar se</w:t>
      </w:r>
    </w:p>
    <w:p>
      <w:pPr>
        <w:jc w:val="right"/>
      </w:pPr>
      <w:r>
        <w:t>اس اعتبار سے</w:t>
      </w:r>
    </w:p>
    <w:p>
      <w:r>
        <w:rPr>
          <w:b/>
        </w:rPr>
        <w:t xml:space="preserve">[08:47] </w:t>
      </w:r>
      <w:r>
        <w:t>mere liye bohat acha hua. In is student se jo mulaqat meri hua karti thi, woh.</w:t>
      </w:r>
    </w:p>
    <w:p>
      <w:pPr>
        <w:jc w:val="right"/>
      </w:pPr>
      <w:r>
        <w:t>میرے لیے بہت اچھا ہوا۔ ان اس اسٹوڈنٹ سے جو ملاقات میری ہوا کرتی تھی، وہ۔</w:t>
      </w:r>
    </w:p>
    <w:p>
      <w:r>
        <w:rPr>
          <w:b/>
        </w:rPr>
        <w:t xml:space="preserve">[09:03] </w:t>
      </w:r>
      <w:r>
        <w:t>ab main rozana hi, yani bila nagha, rozana in baaton ko le kar sochta rehta hoon.</w:t>
      </w:r>
    </w:p>
    <w:p>
      <w:pPr>
        <w:jc w:val="right"/>
      </w:pPr>
      <w:r>
        <w:t>اب میں روزانہ ہی، یعنی بلا ناغہ، روزانہ ان باتوں کو لے کر سوچتا رہتا ہوں۔</w:t>
      </w:r>
    </w:p>
    <w:p>
      <w:r>
        <w:rPr>
          <w:b/>
        </w:rPr>
        <w:t xml:space="preserve">[09:14] </w:t>
      </w:r>
      <w:r>
        <w:t>isi liye mujhe sone mein chuki rona lagta hai ke main qabar mein chala gaya, abhi bhi aisa lagta hai in country ke main qabar mein chala gaya.</w:t>
      </w:r>
    </w:p>
    <w:p>
      <w:pPr>
        <w:jc w:val="right"/>
      </w:pPr>
      <w:r>
        <w:t>اسی لیے مجھے سونے میں چونکہ رونا لگتا ہے کہ میں قبر میں چلا گیا، ابھی بھی ایسا لگتا ہے ان کانٹری کہ میں قبر میں چلا گیا۔</w:t>
      </w:r>
    </w:p>
    <w:p>
      <w:r>
        <w:rPr>
          <w:b/>
        </w:rPr>
        <w:t xml:space="preserve">[09:27] </w:t>
      </w:r>
      <w:r>
        <w:t>aur baithta hoon to lagta hai ke main bahir ki duniya mein hoon. Is waja se main baith so sochta kam hoon, leitta zyada hoon.</w:t>
      </w:r>
    </w:p>
    <w:p>
      <w:pPr>
        <w:jc w:val="right"/>
      </w:pPr>
      <w:r>
        <w:t>اور بیٹھتا ہوں تو لگتا ہے کہ میں باہر کی دنیا میں ہوں۔ اس وجہ سے میں بیٹھ سو سوچتا کم ہوں، لیٹتا زیادہ ہوں۔</w:t>
      </w:r>
    </w:p>
    <w:p>
      <w:r>
        <w:rPr>
          <w:b/>
        </w:rPr>
        <w:t xml:space="preserve">[09:41] </w:t>
      </w:r>
      <w:r>
        <w:t>yani raat ko jab main sochta hoon, raat ko jab sota hoon main na, tab bhi zyada tar baith ke so jata hoon, baith ke so jata hoon.</w:t>
      </w:r>
    </w:p>
    <w:p>
      <w:pPr>
        <w:jc w:val="right"/>
      </w:pPr>
      <w:r>
        <w:t>یعنی رات کو جب میں سوچتا ہوں، رات کو جب سوتا ہوں میں نا، تب بھی زیادہ تر بیٹھ کے سو جاتا ہوں، بیٹھ کے سو جاتا ہوں۔</w:t>
      </w:r>
    </w:p>
    <w:p>
      <w:r>
        <w:rPr>
          <w:b/>
        </w:rPr>
        <w:t xml:space="preserve">[09:54] </w:t>
      </w:r>
      <w:r>
        <w:t>to dekhiye, yeh sada baat nahi hai. Yeh baat main ne kai bar aap logon ko batai hai ke har event aap ke mind ko trigger,</w:t>
      </w:r>
    </w:p>
    <w:p>
      <w:pPr>
        <w:jc w:val="right"/>
      </w:pPr>
      <w:r>
        <w:t>تو دیکھیے، یہ سادہ بات نہیں ہے۔ یہ بات میں نے کئی بار آپ لوگوں کو بتائی ہے کہ ہر ایونٹ آپ کے مائنڈ کو ٹریگر،</w:t>
      </w:r>
    </w:p>
    <w:p>
      <w:r>
        <w:rPr>
          <w:b/>
        </w:rPr>
        <w:t xml:space="preserve">[10:08] </w:t>
      </w:r>
      <w:r>
        <w:t>trigger karta hai, koi bhi ho. To yeh jo yaad hai meri, yeh yeh yaad meri mind ko trigger karti rehti hai.</w:t>
      </w:r>
    </w:p>
    <w:p>
      <w:pPr>
        <w:jc w:val="right"/>
      </w:pPr>
      <w:r>
        <w:t>ٹریگر کرتا ہے، کوئی بھی ہو۔ تو یہ جو یاد ہے میری، یہ یہ یاد میری مائنڈ کو ٹریگر کرتی رہتی ہے۔</w:t>
      </w:r>
    </w:p>
    <w:p>
      <w:r>
        <w:rPr>
          <w:b/>
        </w:rPr>
        <w:t xml:space="preserve">[10:20] </w:t>
      </w:r>
      <w:r>
        <w:t>jab trigger karti hai to bohat si soch aa jati hai, aadmi lagta hai soch raha hai, bohat si.</w:t>
      </w:r>
    </w:p>
    <w:p>
      <w:pPr>
        <w:jc w:val="right"/>
      </w:pPr>
      <w:r>
        <w:t>جب ٹریگر کرتی ہے تو بہت سی سوچ آ جاتی ہے، آدمی لگتا ہے سوچ رہا ہے، بہت سی۔</w:t>
      </w:r>
    </w:p>
    <w:p>
      <w:r>
        <w:rPr>
          <w:b/>
        </w:rPr>
        <w:t xml:space="preserve">[10:35] </w:t>
      </w:r>
      <w:r>
        <w:t>to mere andar jo deep thinking aayi hai, deep thinking, woh kam az kam ek sabab to yeh hai is ka.</w:t>
      </w:r>
    </w:p>
    <w:p>
      <w:pPr>
        <w:jc w:val="right"/>
      </w:pPr>
      <w:r>
        <w:t>تو میرے اندر جو ڈیپ تھنکنگ آئی ہے، ڈیپ تھنکنگ، وہ کم از کم ایک سبب تو یہ ہے اس کا۔</w:t>
      </w:r>
    </w:p>
    <w:p>
      <w:r>
        <w:rPr>
          <w:b/>
        </w:rPr>
        <w:t xml:space="preserve">[10:46] </w:t>
      </w:r>
      <w:r>
        <w:t>jo deep thinking aayi hai, is ka kam az kam ek sabab yeh hai. To main yeh nahi kehta ke log aisa karein kyunke yeh bohat mushkil kaam hai.</w:t>
      </w:r>
    </w:p>
    <w:p>
      <w:pPr>
        <w:jc w:val="right"/>
      </w:pPr>
      <w:r>
        <w:t>جو ڈیپ تھنکنگ آئی ہے، اس کا کم از کم ایک سبب یہ ہے۔ تو میں یہ نہیں کہتا کہ لوگ ایسا کریں کیونکہ یہ بہت مشکل کام ہے۔</w:t>
      </w:r>
    </w:p>
    <w:p>
      <w:r>
        <w:rPr>
          <w:b/>
        </w:rPr>
        <w:t xml:space="preserve">[11:00] </w:t>
      </w:r>
      <w:r>
        <w:t>log aisa karein ge to un ka karobar chhoot jayega, un ka kaam thap ho jayega, un ka focus badal jayega.</w:t>
      </w:r>
    </w:p>
    <w:p>
      <w:pPr>
        <w:jc w:val="right"/>
      </w:pPr>
      <w:r>
        <w:t>لوگ ایسا کریں گے تو ان کا کاروبار چھوٹ جائے گا، ان کا کام ٹھپ ہو جائے گا، ان کا فوکس بدل جائے گا۔</w:t>
      </w:r>
    </w:p>
    <w:p>
      <w:r>
        <w:rPr>
          <w:b/>
        </w:rPr>
        <w:t xml:space="preserve">[11:11] </w:t>
      </w:r>
      <w:r>
        <w:t>is liye main nahi kahunga ke doosre log bhi aisa karein. Lekin main to ek alag dhang ka aadmi hoon, mujhe koi aisi fikr nahi hai ke mujhe paisa kab mile, kitna mile,</w:t>
      </w:r>
    </w:p>
    <w:p>
      <w:pPr>
        <w:jc w:val="right"/>
      </w:pPr>
      <w:r>
        <w:t>اس لیے میں نہیں کہوں گا کہ دوسرے لوگ بھی ایسا کریں۔ لیکن میں تو ایک الگ ڈھنگ کا آدمی ہوں، مجھے کوئی ایسی فکر نہیں ہے کہ مجھے پیسہ کب ملے، کتنا ملے،</w:t>
      </w:r>
    </w:p>
    <w:p>
      <w:r>
        <w:rPr>
          <w:b/>
        </w:rPr>
        <w:t xml:space="preserve">[11:26] </w:t>
      </w:r>
      <w:r>
        <w:t>khana kab mile, kitna mile.</w:t>
      </w:r>
    </w:p>
    <w:p>
      <w:pPr>
        <w:jc w:val="right"/>
      </w:pPr>
      <w:r>
        <w:t>کھانا کب ملے، کتنا ملے۔</w:t>
      </w:r>
    </w:p>
    <w:p>
      <w:r>
        <w:rPr>
          <w:b/>
        </w:rPr>
        <w:t xml:space="preserve">[11:31] </w:t>
      </w:r>
      <w:r>
        <w:t>kal ek sahib aaye hamare paas, woh</w:t>
      </w:r>
    </w:p>
    <w:p>
      <w:pPr>
        <w:jc w:val="right"/>
      </w:pPr>
      <w:r>
        <w:t>کل ایک صاحب آئے ہمارے پاس، وہ</w:t>
      </w:r>
    </w:p>
    <w:p>
      <w:r>
        <w:rPr>
          <w:b/>
        </w:rPr>
        <w:t xml:space="preserve">[11:37] </w:t>
      </w:r>
      <w:r>
        <w:t>woh builder, apne ko builder bataya unhon ne. to us waqt mein mein ne khana mangaya apna, to ek pyala, is mein ek roti, ek ya do rotiyan, aur salan isi pe, isi mein mein ne hath pe le liya, hath pe le kar laga khane mein.</w:t>
      </w:r>
    </w:p>
    <w:p>
      <w:pPr>
        <w:jc w:val="right"/>
      </w:pPr>
      <w:r>
        <w:t>وہ بلڈر، اپنے کو بلڈر بتایا انہوں نے۔ تو اس وقت میں میں نے کھانا منگایا اپنا، تو ایک پیالہ، اس میں ایک روٹی، ایک یا دو روٹیاں، اور سالن اسی پہ، اسی میں میں نے ہاتھ پہ لے لیا، ہاتھ پہ لے کر لگا کھانے میں۔</w:t>
      </w:r>
    </w:p>
    <w:p>
      <w:r>
        <w:rPr>
          <w:b/>
        </w:rPr>
        <w:t xml:space="preserve">[12:05] </w:t>
      </w:r>
      <w:r>
        <w:t>to woh bohat dhyan se lage dekhne. mein ne kaha, "mein janta hoon ke aap kya sochte honge. mein janta hoon ke aap kya sochte honge.</w:t>
      </w:r>
    </w:p>
    <w:p>
      <w:pPr>
        <w:jc w:val="right"/>
      </w:pPr>
      <w:r>
        <w:t>تو وہ بہت دھیان سے لگے دیکھنے۔ میں نے کہا، "میں جانتا ہوں کہ آپ کیا سوچتے ہوں گے۔ میں جانتا ہوں کہ آپ کیا سوچتے ہوں گے۔</w:t>
      </w:r>
    </w:p>
    <w:p>
      <w:r>
        <w:rPr>
          <w:b/>
        </w:rPr>
        <w:t xml:space="preserve">[12:18] </w:t>
      </w:r>
      <w:r>
        <w:t>aap sochte honge yeh to faqiron jaisa khana hai."</w:t>
      </w:r>
    </w:p>
    <w:p>
      <w:pPr>
        <w:jc w:val="right"/>
      </w:pPr>
      <w:r>
        <w:t>آپ سوچتے ہوں گے یہ تو فقیروں جیسا کھانا ہے۔"</w:t>
      </w:r>
    </w:p>
    <w:p>
      <w:r>
        <w:rPr>
          <w:b/>
        </w:rPr>
        <w:t xml:space="preserve">[12:24] </w:t>
      </w:r>
      <w:r>
        <w:t>to aap ko mein bataoon ke hadith ek hai, "wa inna akulu kama ya'kulu al-'abd, inna akulu kama ya'kulu al-'abd." ab haan, is ka koi bataiye tarjuma.</w:t>
      </w:r>
    </w:p>
    <w:p>
      <w:pPr>
        <w:jc w:val="right"/>
      </w:pPr>
      <w:r>
        <w:t>تو آپ کو میں بتاؤں کہ حدیث ایک ہے، "واقع انا اکل کما یا کل فقیر، انا اکل کما یا کل لاب۔" اب ہاں، اس کا کوئی بتائیے ترجمہ۔</w:t>
      </w:r>
    </w:p>
    <w:p>
      <w:r>
        <w:rPr>
          <w:b/>
        </w:rPr>
        <w:t xml:space="preserve">[12:37] </w:t>
      </w:r>
      <w:r>
        <w:t>mein isi tarah khana khata hoon jaise ghulam khana khata hai. haan, ghulam. yeh to ghulam ka tareeqa hai ke us ke paas ek baol hota hai, woh lag jata hai to ma'az, ma'az, jo baz, ma'az, jo uska master hota hai, jo us ke is mein kuch daal deta hai,</w:t>
      </w:r>
    </w:p>
    <w:p>
      <w:pPr>
        <w:jc w:val="right"/>
      </w:pPr>
      <w:r>
        <w:t>میں اسی طرح کھانا کھاتا ہوں جیسے غلام کھانا کھاتا ہے۔ ہاں، غلام۔ یہ تو غلام کا طریقہ ہے کہ اس کے پاس ایک باول ہوتا ہے، وہ لگ جاتا ہے تو معاذ، معاذ، جو باز، معاذ، جو اس کا ماسٹر ہوتا ہے، جو اس کے اس میں کچھ ڈال دیتا ہے،</w:t>
      </w:r>
    </w:p>
    <w:p>
      <w:r>
        <w:rPr>
          <w:b/>
        </w:rPr>
        <w:t xml:space="preserve">[13:00] </w:t>
      </w:r>
      <w:r>
        <w:t>woh khata rehta hai. mein ne kaha, "is ghar mein mere liye na to koi dastarkhwan hai, na koi dining table hai." aise hi hath pe le liya, woh kha liya.</w:t>
      </w:r>
    </w:p>
    <w:p>
      <w:pPr>
        <w:jc w:val="right"/>
      </w:pPr>
      <w:r>
        <w:t>وہ کھاتا رہتا ہے۔ میں نے کہا، "اس گھر میں میرے لیے نہ تو کوئی دسترخوان ہے، نہ کوئی ڈائننگ ٹیبل ہے۔" ایسے ہی ہاتھ پہ لے لیا، وہ کھا لیا۔</w:t>
      </w:r>
    </w:p>
    <w:p>
      <w:r>
        <w:rPr>
          <w:b/>
        </w:rPr>
        <w:t xml:space="preserve">[13:12] </w:t>
      </w:r>
      <w:r>
        <w:t>to hadith mein jo aata hai, woh is ka matlab yahi hai ke mein is tarah khata hoon jis tarah ghulam khata hai. to yeh yeh jo thinking aayi hai mere andar, isi is ka sab ka jor wahin parta hai ke jab aap yeh sochte hain ke mujhe to marna hai, qabr mein jana hai,</w:t>
      </w:r>
    </w:p>
    <w:p>
      <w:pPr>
        <w:jc w:val="right"/>
      </w:pPr>
      <w:r>
        <w:t>تو حدیث میں جو آتا ہے، وہ اس کا مطلب یہی ہے کہ میں اس طرح کھاتا ہوں جس طرح غلام کھاتا ہے۔ تو یہ یہ جو تھنکنگ آئی ہے میرے اندر، اسی اس کا سب کا جوڑ وہیں پڑتا ہے کہ جب آپ یہ سوچتے ہیں کہ مجھے تو مرنا ہے، قبر میں جانا ہے،</w:t>
      </w:r>
    </w:p>
    <w:p>
      <w:r>
        <w:rPr>
          <w:b/>
        </w:rPr>
        <w:t xml:space="preserve">[13:35] </w:t>
      </w:r>
      <w:r>
        <w:t>sab kuch chhod kar, koi cheez meri hai nahi, tab aap ke andar modesty aati hai, jis ko kehte hain farootni, urdu mein aati hai.</w:t>
      </w:r>
    </w:p>
    <w:p>
      <w:pPr>
        <w:jc w:val="right"/>
      </w:pPr>
      <w:r>
        <w:t>سب کچھ چھوڑ کر، کوئی چیز میری ہے نہیں، تب آپ کے اندر ماڈیسٹی آتی ہے، جس کو کہتے ہیں فروتنی، اردو میں آتی ہے۔</w:t>
      </w:r>
    </w:p>
    <w:p>
      <w:r>
        <w:rPr>
          <w:b/>
        </w:rPr>
        <w:t xml:space="preserve">[13:50] </w:t>
      </w:r>
      <w:r>
        <w:t>woh sab isi se ya'ni link hai. achha, phir jab dekhiye, jab aap ke andar barish aati hai to modesty bohat hi deep root pe ja kar aap ko hit karti hai.</w:t>
      </w:r>
    </w:p>
    <w:p>
      <w:pPr>
        <w:jc w:val="right"/>
      </w:pPr>
      <w:r>
        <w:t>وہ سب اسی سے یعنی لنک ہے۔ اچھا، پھر جب دیکھیے، جب آپ کے اندر بارش آتی ہے تو ماڈیسٹی بہت ہی ڈیپ روٹ پہ جا کر آپ کو ہٹ کرتی ہے۔</w:t>
      </w:r>
    </w:p>
    <w:p>
      <w:r>
        <w:rPr>
          <w:b/>
        </w:rPr>
        <w:t xml:space="preserve">[14:07] </w:t>
      </w:r>
      <w:r>
        <w:t>sadah baat nahi hai. aap ke mind ki jo bohat hi deep root, deep, deep rooted thought hai, us ko hit karti hai.</w:t>
      </w:r>
    </w:p>
    <w:p>
      <w:pPr>
        <w:jc w:val="right"/>
      </w:pPr>
      <w:r>
        <w:t>سادہ بات نہیں ہے۔ آپ کے مائنڈ کی جو بہت ہی ڈیپ روٹ، ڈیپ، ڈیپ روٹڈ تھاٹ ہے، اس کو ہٹ کرتی ہے۔</w:t>
      </w:r>
    </w:p>
    <w:p>
      <w:r>
        <w:rPr>
          <w:b/>
        </w:rPr>
        <w:t xml:space="preserve">[14:20] </w:t>
      </w:r>
      <w:r>
        <w:t>us ko jab hit karti hai to aap ke andar khayalat ka ek ek bohat hi toofan uth parta hai, toofan.</w:t>
      </w:r>
    </w:p>
    <w:p>
      <w:pPr>
        <w:jc w:val="right"/>
      </w:pPr>
      <w:r>
        <w:t>اس کو جب ہٹ کرتی ہے تو آپ کے اندر خیالات کا ایک ایک بہت ہی طوفان اٹھ پڑتا ہے، طوفان۔</w:t>
      </w:r>
    </w:p>
    <w:p>
      <w:r>
        <w:rPr>
          <w:b/>
        </w:rPr>
        <w:t xml:space="preserve">[14:33] </w:t>
      </w:r>
      <w:r>
        <w:t>to mein sochta hoon ke is aadmi ne, is talib ilm ne mujhe aisa jo banaya, to is ka ek ek contribution hai meri zindagi mein.</w:t>
      </w:r>
    </w:p>
    <w:p>
      <w:pPr>
        <w:jc w:val="right"/>
      </w:pPr>
      <w:r>
        <w:t>تو میں سوچتا ہوں کہ اس آدمی نے، اس طالب علم نے مجھے ایسا جو بنایا، تو اس کا ایک ایک کنٹریبیوشن ہے میری زندگی میں۔</w:t>
      </w:r>
    </w:p>
    <w:p>
      <w:r>
        <w:rPr>
          <w:b/>
        </w:rPr>
        <w:t xml:space="preserve">[14:46] </w:t>
      </w:r>
      <w:r>
        <w:t>ek contribution yeh hai ke thought-provoking, jis ko kehte hain thought-provoking, mind, mind bana diya unhon ne.</w:t>
      </w:r>
    </w:p>
    <w:p>
      <w:pPr>
        <w:jc w:val="right"/>
      </w:pPr>
      <w:r>
        <w:t>ایک کنٹریبیوشن یہ ہے کہ تھاٹ پرووک، جس کو کہتے ہیں تھاٹ پرووک، مائنڈ، مائنڈ بنا دیا انہوں نے۔</w:t>
      </w:r>
    </w:p>
    <w:p>
      <w:r>
        <w:rPr>
          <w:b/>
        </w:rPr>
        <w:t xml:space="preserve">[14:57] </w:t>
      </w:r>
      <w:r>
        <w:t>unhon ne mere mind ko thought provoking bana, mind bana diya.</w:t>
      </w:r>
    </w:p>
    <w:p>
      <w:pPr>
        <w:jc w:val="right"/>
      </w:pPr>
      <w:r>
        <w:t>انہوں نے میرے مائنڈ کو تھاٹ پرووکنگ بنا، مائنڈ بنا دیا۔</w:t>
      </w:r>
    </w:p>
    <w:p>
      <w:r>
        <w:rPr>
          <w:b/>
        </w:rPr>
        <w:t xml:space="preserve">[15:04] </w:t>
      </w:r>
      <w:r>
        <w:t>jaise mein ne ek qissa bataya tha aap ko ke mein apne bare bhai ke sath, aur un ke ek dost the, allahabad mein rehte the.</w:t>
      </w:r>
    </w:p>
    <w:p>
      <w:pPr>
        <w:jc w:val="right"/>
      </w:pPr>
      <w:r>
        <w:t>جیسے میں نے ایک قصہ بتایا تھا آپ کو کہ میں اپنے بڑے بھائی کے ساتھ، اور ان کے ایک دوست تھے، الہ آباد میں رہتے تھے۔</w:t>
      </w:r>
    </w:p>
    <w:p>
      <w:r>
        <w:rPr>
          <w:b/>
        </w:rPr>
        <w:t xml:space="preserve">[15:13] </w:t>
      </w:r>
      <w:r>
        <w:t>woh log, unhon ne mujhe bulaya allahabad to mein allahabad gaya. wahan un ka business tha to woh log shikar ke shauqeen the.</w:t>
      </w:r>
    </w:p>
    <w:p>
      <w:pPr>
        <w:jc w:val="right"/>
      </w:pPr>
      <w:r>
        <w:t>وہ لوگ، انہوں نے مجھے بلایا الہ آباد تو میں الہ آباد گیا۔ وہاں ان کا بزنس تھا تو وہ لوگ شکار کے شوقین تھے۔</w:t>
      </w:r>
    </w:p>
    <w:p>
      <w:r>
        <w:rPr>
          <w:b/>
        </w:rPr>
        <w:t xml:space="preserve">[15:28] </w:t>
      </w:r>
      <w:r>
        <w:t>to allahabad ka jo jo abadi bhi thi, abadi ke bahar jangal tha. to woh log jaya karte the is jangal mein shikar ke liye,</w:t>
      </w:r>
    </w:p>
    <w:p>
      <w:pPr>
        <w:jc w:val="right"/>
      </w:pPr>
      <w:r>
        <w:t>تو الہ آباد کا جو جو آبادی بھی تھی، آبادی کے باہر جنگل تھا۔ تو وہ لوگ جایا کرتے تھے اس جنگل میں شکار کے لیے،</w:t>
      </w:r>
    </w:p>
    <w:p>
      <w:r>
        <w:rPr>
          <w:b/>
        </w:rPr>
        <w:t xml:space="preserve">[15:42] </w:t>
      </w:r>
      <w:r>
        <w:t>chidiya, chidiya ka shikar karne ke liye. to ek din woh ja rahe the to mujh ko bhi sath le liya. un ke paas ek shayad do jeep thin aur kuch saman aur do gun thin aur woh chale.</w:t>
      </w:r>
    </w:p>
    <w:p>
      <w:pPr>
        <w:jc w:val="right"/>
      </w:pPr>
      <w:r>
        <w:t>چڑیا، چڑیا کا شکار کرنے کے لیے۔ تو ایک دن وہ جا رہے تھے تو مجھ کو بھی ساتھ لے لیا۔ ان کے پاس ایک شاید دو جیپ تھیں اور کچھ سامان اور دو گن تھیں اور وہ چلے۔</w:t>
      </w:r>
    </w:p>
    <w:p>
      <w:r>
        <w:rPr>
          <w:b/>
        </w:rPr>
        <w:t xml:space="preserve">[16:03] </w:t>
      </w:r>
      <w:r>
        <w:t>to mein bhi un ke sath baith gaya. to gaadi chalte chalte shehar se bahar nikli aur jangal ke area mein dakhil hui.</w:t>
      </w:r>
    </w:p>
    <w:p>
      <w:pPr>
        <w:jc w:val="right"/>
      </w:pPr>
      <w:r>
        <w:t>تو میں بھی ان کے ساتھ بیٹھ گیا۔ تو گاڑی چلتے چلتے شہر سے باہر نکلی اور جنگل کے ایریا میں داخل ہوئی۔</w:t>
      </w:r>
    </w:p>
    <w:p>
      <w:r>
        <w:rPr>
          <w:b/>
        </w:rPr>
        <w:t xml:space="preserve">[16:13] </w:t>
      </w:r>
      <w:r>
        <w:t>to wahan par kya tha, peed bohat se idhar udhar the.</w:t>
      </w:r>
    </w:p>
    <w:p>
      <w:pPr>
        <w:jc w:val="right"/>
      </w:pPr>
      <w:r>
        <w:t>تو وہاں پر کیا تھا، پیڑ بہت سے ادھر ادھر تھے۔</w:t>
      </w:r>
    </w:p>
    <w:p>
      <w:r>
        <w:rPr>
          <w:b/>
        </w:rPr>
        <w:t xml:space="preserve">[16:20] </w:t>
      </w:r>
      <w:r>
        <w:t>to shayad aap jante ho ke ek chidiya hoti hai, uska naam hai qahlaq. is chidiya ka naam hai qahlaq. woh fakhta se kuch badi hoti hai, ya'ni pigeon se kuch badi hoti hai.</w:t>
      </w:r>
    </w:p>
    <w:p>
      <w:pPr>
        <w:jc w:val="right"/>
      </w:pPr>
      <w:r>
        <w:t>تو شاید آپ جانتے ہو کہ ایک چڑیا ہوتی ہے، اس کا نام ہے قہلک۔ اس چڑیا کا نام ہے قہلک۔ وہ فاختہ سے کچھ بڑی ہوتی ہے، یعنی پیجن سے کچھ بڑی ہوتی ہے۔</w:t>
      </w:r>
    </w:p>
    <w:p>
      <w:r>
        <w:rPr>
          <w:b/>
        </w:rPr>
        <w:t xml:space="preserve">[16:33] </w:t>
      </w:r>
      <w:r>
        <w:t>aur kaha jata hai ke uska meat bohat acha hota hai, aisa kehte hain log. mujhe to koi shauq nahi hai.</w:t>
      </w:r>
    </w:p>
    <w:p>
      <w:pPr>
        <w:jc w:val="right"/>
      </w:pPr>
      <w:r>
        <w:t>اور کہا جاتا ہے کہ اس کا میٹ بہت اچھا ہوتا ہے، ایسا کہتے ہیں لوگ۔ مجھے تو کوئی شوق نہیں ہے۔</w:t>
      </w:r>
    </w:p>
    <w:p>
      <w:r>
        <w:rPr>
          <w:b/>
        </w:rPr>
        <w:t xml:space="preserve">[16:43] </w:t>
      </w:r>
      <w:r>
        <w:t>to us ko marne ke jate the woh. to qahlaq ka tareeqa yeh hai ke woh peed par ek dam upar baithay ga.</w:t>
      </w:r>
    </w:p>
    <w:p>
      <w:pPr>
        <w:jc w:val="right"/>
      </w:pPr>
      <w:r>
        <w:t>تو اس کو مارنے کے جاتے تھے وہ۔ تو قہلک کا طریقہ یہ ہے کہ وہ پیڑ پر ایک دم اوپر بیٹھے گا۔</w:t>
      </w:r>
    </w:p>
    <w:p>
      <w:r>
        <w:rPr>
          <w:b/>
        </w:rPr>
        <w:t xml:space="preserve">[16:53] </w:t>
      </w:r>
      <w:r>
        <w:t>peR par jo oper oper jo hoga, us ka branch, us ki shakh, wahan baithega ja kar.</w:t>
      </w:r>
    </w:p>
    <w:p>
      <w:pPr>
        <w:jc w:val="right"/>
      </w:pPr>
      <w:r>
        <w:t>پیڑ پر جو اوپر اوپر جو ہوگا، اس کا برانچ، اس کی شاخ، وہاں بیٹھے گا جا کر۔</w:t>
      </w:r>
    </w:p>
    <w:p>
      <w:r>
        <w:rPr>
          <w:b/>
        </w:rPr>
        <w:t xml:space="preserve">[17:03] </w:t>
      </w:r>
      <w:r>
        <w:t>to us ka mizaj hai. to phir us ko target karte hain, nishan lagate hain. to un logon ne apna kiya hai sab kaam.</w:t>
      </w:r>
    </w:p>
    <w:p>
      <w:pPr>
        <w:jc w:val="right"/>
      </w:pPr>
      <w:r>
        <w:t>تو اس کا مزاج ہے۔ تو پھر اس کو ٹارگٹ کرتے ہیں، نشان لگاتے ہیں۔ تو ان لوگوں نے اپنا کیا ہے سب کام۔</w:t>
      </w:r>
    </w:p>
    <w:p>
      <w:r>
        <w:rPr>
          <w:b/>
        </w:rPr>
        <w:t xml:space="preserve">[17:15] </w:t>
      </w:r>
      <w:r>
        <w:t>to mujh ko bhi kaha ke tum bhi karo. to main ek gun le kar ke khada hua ek peR ke neeche aur oper ek ek dam oper ek ek qahlak baitha hua tha.</w:t>
      </w:r>
    </w:p>
    <w:p>
      <w:pPr>
        <w:jc w:val="right"/>
      </w:pPr>
      <w:r>
        <w:t>تو مجھ کو بھی کہا کہ تم بھی کرو۔ تو میں ایک گن لے کر کے کھڑا ہوا ایک پیڑ کے نیچے اور اوپر ایک ایک دم اوپر ایک ایک قہلک بیٹھا ہوا تھا۔</w:t>
      </w:r>
    </w:p>
    <w:p>
      <w:r>
        <w:rPr>
          <w:b/>
        </w:rPr>
        <w:t xml:space="preserve">[17:29] </w:t>
      </w:r>
      <w:r>
        <w:t>to main ne us ko yahan se target kiya to meri range mein aa gaya, wo ek dam range mein. ab meri hath, mera hath us ki trigger par,</w:t>
      </w:r>
    </w:p>
    <w:p>
      <w:pPr>
        <w:jc w:val="right"/>
      </w:pPr>
      <w:r>
        <w:t>تو میں نے اس کو یہاں سے ٹارگٹ کیا تو میری رینج میں آ گیا، وہ ایک دم رینج میں۔ اب میری ہاتھ، میرا ہاتھ اس کی ٹریگر پر،</w:t>
      </w:r>
    </w:p>
    <w:p>
      <w:r>
        <w:rPr>
          <w:b/>
        </w:rPr>
        <w:t xml:space="preserve">[17:44] </w:t>
      </w:r>
      <w:r>
        <w:t>yani barrel is tarike se tha aur mera hath us trigger par, jis ko kehte hain urdu mein lablabi. to jab main, jab yani bilkul kuch second baki the ke main trigger daba doon aur aur aur gun fire ho jaye,</w:t>
      </w:r>
    </w:p>
    <w:p>
      <w:pPr>
        <w:jc w:val="right"/>
      </w:pPr>
      <w:r>
        <w:t>یعنی بیرل اس طریقے سے تھا اور میرا ہاتھ اس ٹریگر پر، جس کو کہتے ہیں اردو میں لبلبی۔ تو جب میں، جب یعنی بالکل کچھ سیکنڈ باقی تھے کہ میں ٹریگر دبا دوں اور اور اور گن فائر ہو جائے،</w:t>
      </w:r>
    </w:p>
    <w:p>
      <w:r>
        <w:rPr>
          <w:b/>
        </w:rPr>
        <w:t xml:space="preserve">[18:08] </w:t>
      </w:r>
      <w:r>
        <w:t>us ko ja kar lage wo. to achaanak phir thought aaya mere bare mein, "i know skin,</w:t>
      </w:r>
    </w:p>
    <w:p>
      <w:pPr>
        <w:jc w:val="right"/>
      </w:pPr>
      <w:r>
        <w:t>اس کو جا کر لگے وہ۔ تو اچانک پھر تھاٹ آیا میرے بارے میں، "آئی نو سکن،</w:t>
      </w:r>
    </w:p>
    <w:p>
      <w:r>
        <w:rPr>
          <w:b/>
        </w:rPr>
        <w:t xml:space="preserve">[18:21] </w:t>
      </w:r>
      <w:r>
        <w:t>skin ke jis chidiya ko main ne paida nahi kiya hai, us ko main kya haq hai ke main us ko maroon?</w:t>
      </w:r>
    </w:p>
    <w:p>
      <w:pPr>
        <w:jc w:val="right"/>
      </w:pPr>
      <w:r>
        <w:t>سکن کہ جس چڑیا کو میں نے پیدا نہیں کیا ہے، اس کو میں کیا حق ہے کہ میں اس کو ماروں؟</w:t>
      </w:r>
    </w:p>
    <w:p>
      <w:r>
        <w:rPr>
          <w:b/>
        </w:rPr>
        <w:t xml:space="preserve">[18:33] </w:t>
      </w:r>
      <w:r>
        <w:t>jis chidiya ko unhon ne paida nahi kiya hai, to mujhe kya haq hai ke main us ko maroon?" to mera main hath chala nahi, yani trigger daba nahi.</w:t>
      </w:r>
    </w:p>
    <w:p>
      <w:pPr>
        <w:jc w:val="right"/>
      </w:pPr>
      <w:r>
        <w:t>جس چڑیا کو انہوں نے پیدا نہیں کیا ہے، تو مجھے کیا حق ہے کہ میں اس کو ماروں؟" تو میرا میں ہاتھ چلا نہیں، یعنی ٹریگر دبا نہیں۔</w:t>
      </w:r>
    </w:p>
    <w:p>
      <w:r>
        <w:rPr>
          <w:b/>
        </w:rPr>
        <w:t xml:space="preserve">[18:43] </w:t>
      </w:r>
      <w:r>
        <w:t>main ne wohin, wohin gun jo thi, wohin aise daal diya main ne. ab bhaga main baghair un se poochhe hue.</w:t>
      </w:r>
    </w:p>
    <w:p>
      <w:pPr>
        <w:jc w:val="right"/>
      </w:pPr>
      <w:r>
        <w:t>میں نے وہیں، وہیں گن جو تھی، وہیں ایسے ڈال دیا میں نے۔ اب بھاگا میں بغیر ان سے پوچھے ہوئے۔</w:t>
      </w:r>
    </w:p>
    <w:p>
      <w:r>
        <w:rPr>
          <w:b/>
        </w:rPr>
        <w:t xml:space="preserve">[18:58] </w:t>
      </w:r>
      <w:r>
        <w:t>is un ke paas jo do gadiyan thin, us ko nahi liya main ne. main paidal bhaga, bhag kar main kisi road pe pahuncha.</w:t>
      </w:r>
    </w:p>
    <w:p>
      <w:pPr>
        <w:jc w:val="right"/>
      </w:pPr>
      <w:r>
        <w:t>اس ان کے پاس جو دو گاڑیاں تھیں، اس کو نہیں لیا میں نے۔ میں پیدل بھاگا، بھاگ کر میں کسی روڈ پہ پہنچا۔</w:t>
      </w:r>
    </w:p>
    <w:p>
      <w:r>
        <w:rPr>
          <w:b/>
        </w:rPr>
        <w:t xml:space="preserve">[19:07] </w:t>
      </w:r>
      <w:r>
        <w:t>is road par koi bus mili, us se main shehar chala gaya, un ko chhod kar dono ko aur wahan pahunch gaya jahan hum thehre the.</w:t>
      </w:r>
    </w:p>
    <w:p>
      <w:pPr>
        <w:jc w:val="right"/>
      </w:pPr>
      <w:r>
        <w:t>اس روڈ پر کوئی بس ملی، اس سے میں شہر چلا گیا، ان کو چھوڑ کر دونوں کو اور وہاں پہنچ گیا جہاں ہم ٹھہرے تھے۔</w:t>
      </w:r>
    </w:p>
    <w:p>
      <w:r>
        <w:rPr>
          <w:b/>
        </w:rPr>
        <w:t xml:space="preserve">[19:21] </w:t>
      </w:r>
      <w:r>
        <w:t>to</w:t>
      </w:r>
    </w:p>
    <w:p>
      <w:pPr>
        <w:jc w:val="right"/>
      </w:pPr>
      <w:r>
        <w:t>تو</w:t>
      </w:r>
    </w:p>
    <w:p>
      <w:r>
        <w:rPr>
          <w:b/>
        </w:rPr>
        <w:t xml:space="preserve">[19:24] </w:t>
      </w:r>
      <w:r>
        <w:t>yeh sab qisse hote hain. to unhon ne jo mujhe banaya lucknow mein, to wo mere mind mein bar bar, yani wo aata tha,</w:t>
      </w:r>
    </w:p>
    <w:p>
      <w:pPr>
        <w:jc w:val="right"/>
      </w:pPr>
      <w:r>
        <w:t>یہ سب قصے ہوتے ہیں۔ تو انہوں نے جو مجھے بنایا لکھنو میں، تو وہ میرے مائنڈ میں بار بار، یعنی وہ آتا تھا،</w:t>
      </w:r>
    </w:p>
    <w:p>
      <w:r>
        <w:rPr>
          <w:b/>
        </w:rPr>
        <w:t xml:space="preserve">[19:41] </w:t>
      </w:r>
      <w:r>
        <w:t>pahunca</w:t>
      </w:r>
    </w:p>
    <w:p>
      <w:pPr>
        <w:jc w:val="right"/>
      </w:pPr>
      <w:r>
        <w:t>پہنچا</w:t>
      </w:r>
    </w:p>
    <w:p>
      <w:r>
        <w:rPr>
          <w:b/>
        </w:rPr>
        <w:t xml:space="preserve">[19:44] </w:t>
      </w:r>
      <w:r>
        <w:t>bar bar mind mein atri hota tha, sochta tha.</w:t>
      </w:r>
    </w:p>
    <w:p>
      <w:pPr>
        <w:jc w:val="right"/>
      </w:pPr>
      <w:r>
        <w:t>بار بار مائنڈ میں آٹری ہوتا تھا، سوچتا تھا۔</w:t>
      </w:r>
    </w:p>
    <w:p>
      <w:r>
        <w:rPr>
          <w:b/>
        </w:rPr>
        <w:t xml:space="preserve">[19:52] </w:t>
      </w:r>
      <w:r>
        <w:t>to dekhiye, yeh saada baat nahi hai. yeh soch jo di unhon ne aur jo kitabon mein bhi padhi thi, main ne is soch se mera banka bana.</w:t>
      </w:r>
    </w:p>
    <w:p>
      <w:pPr>
        <w:jc w:val="right"/>
      </w:pPr>
      <w:r>
        <w:t>تو دیکھیے، یہ سادہ بات نہیں ہے۔ یہ سوچ جو دی انہوں نے اور جو کتابوں میں بھی پڑھی تھی، میں نے اس سوچ سے میرا بانکا بنا۔</w:t>
      </w:r>
    </w:p>
    <w:p>
      <w:r>
        <w:rPr>
          <w:b/>
        </w:rPr>
        <w:t xml:space="preserve">[20:03] </w:t>
      </w:r>
      <w:r>
        <w:t>ek anokha waqia batata hoon aap ko, ek anokha waqia</w:t>
      </w:r>
    </w:p>
    <w:p>
      <w:pPr>
        <w:jc w:val="right"/>
      </w:pPr>
      <w:r>
        <w:t>ایک انوکھا واقعہ بتاتا ہوں آپ کو، ایک انوکھا واقعہ</w:t>
      </w:r>
    </w:p>
    <w:p>
      <w:r>
        <w:rPr>
          <w:b/>
        </w:rPr>
        <w:t xml:space="preserve">[20:12] </w:t>
      </w:r>
      <w:r>
        <w:t>ke wahan par nadwa walon ne mujhe ek kaafi bada roop diya tha rehne ke liye.</w:t>
      </w:r>
    </w:p>
    <w:p>
      <w:pPr>
        <w:jc w:val="right"/>
      </w:pPr>
      <w:r>
        <w:t>کہ وہاں پر ندو والوں نے مجھے ایک کافی بڑا روپ دیا تھا رہنے کے لیے۔</w:t>
      </w:r>
    </w:p>
    <w:p>
      <w:r>
        <w:rPr>
          <w:b/>
        </w:rPr>
        <w:t xml:space="preserve">[20:21] </w:t>
      </w:r>
      <w:r>
        <w:t>is mein main rehta tha. to nadwe wale kisi wajah se is se ghussa ho gaye aur ghussa ho kar unhon ne yeh kiya ke mujhe aise pareshani mein dala hai ke main bhagoon.</w:t>
      </w:r>
    </w:p>
    <w:p>
      <w:pPr>
        <w:jc w:val="right"/>
      </w:pPr>
      <w:r>
        <w:t>اس میں میں رہتا تھا۔ تو ندوے والے کسی وجہ سے اس سے غصہ ہو گئے اور غصہ ہو کر انہوں نے یہ کیا کہ مجھے ایسے پریشانی میں ڈالا ہے کہ میں بھاگوں۔</w:t>
      </w:r>
    </w:p>
    <w:p>
      <w:r>
        <w:rPr>
          <w:b/>
        </w:rPr>
        <w:t xml:space="preserve">[20:39] </w:t>
      </w:r>
      <w:r>
        <w:t>misalan aisi bada sa roop tha aur us ke peeche ek ek ek dor tha, darwaza.</w:t>
      </w:r>
    </w:p>
    <w:p>
      <w:pPr>
        <w:jc w:val="right"/>
      </w:pPr>
      <w:r>
        <w:t>مثلاً ایسی بڑا سا روپ تھا اور اس کے پیچھے ایک ایک ایک ڈور تھا، دروازہ۔</w:t>
      </w:r>
    </w:p>
    <w:p>
      <w:r>
        <w:rPr>
          <w:b/>
        </w:rPr>
        <w:t xml:space="preserve">[20:51] </w:t>
      </w:r>
      <w:r>
        <w:t>to ek din main idhar apni kursi par, mez kursi par baitha hua, apna likhne padhne ka kaam kar raha kar raha tha. to mujhe kuch awaz aayi, kuch khatkhat ki.</w:t>
      </w:r>
    </w:p>
    <w:p>
      <w:pPr>
        <w:jc w:val="right"/>
      </w:pPr>
      <w:r>
        <w:t>تو ایک دن میں ادھر اپنی کرسی پر، میز کرسی پر بیٹھا ہوا، اپنا لکھنے پڑھنے کا کام کر رہا کر رہا تھا۔ تو مجھے کچھ آواز آئی، کچھ کھٹکھٹ کی۔</w:t>
      </w:r>
    </w:p>
    <w:p>
      <w:r>
        <w:rPr>
          <w:b/>
        </w:rPr>
        <w:t xml:space="preserve">[21:04] </w:t>
      </w:r>
      <w:r>
        <w:t>to maloom hua ke</w:t>
      </w:r>
    </w:p>
    <w:p>
      <w:pPr>
        <w:jc w:val="right"/>
      </w:pPr>
      <w:r>
        <w:t>تو معلوم ہوا کہ</w:t>
      </w:r>
    </w:p>
    <w:p>
      <w:r>
        <w:rPr>
          <w:b/>
        </w:rPr>
        <w:t xml:space="preserve">[21:08] </w:t>
      </w:r>
      <w:r>
        <w:t>kuch aadmi mere company mein ghus aaye hain. idhar jo roop peeche jo room tha, wahan tala rehta tha.</w:t>
      </w:r>
    </w:p>
    <w:p>
      <w:pPr>
        <w:jc w:val="right"/>
      </w:pPr>
      <w:r>
        <w:t>کچھ آدمی میرے کمپنی میں گھس آئے ہیں۔ ادھر جو روپ پیچھے جو روم تھا، وہاں تالا رہتا تھا۔</w:t>
      </w:r>
    </w:p>
    <w:p>
      <w:r>
        <w:rPr>
          <w:b/>
        </w:rPr>
        <w:t xml:space="preserve">[21:18] </w:t>
      </w:r>
      <w:r>
        <w:t>un ke paas kunji hoti thi is ki. wo apni kunji se unhon ne khola, us ko khol kar andar dakhil hue aur eent pathar wahan laye.</w:t>
      </w:r>
    </w:p>
    <w:p>
      <w:pPr>
        <w:jc w:val="right"/>
      </w:pPr>
      <w:r>
        <w:t>ان کے پاس کنجی ہوتی تھی اس کی۔ وہ اپنی کنجی سے انہوں نے کھولا، اس کو کھول کر اندر داخل ہوئے اور اینٹ پتھر وہاں لائے۔</w:t>
      </w:r>
    </w:p>
    <w:p>
      <w:r>
        <w:rPr>
          <w:b/>
        </w:rPr>
        <w:t xml:space="preserve">[21:29] </w:t>
      </w:r>
      <w:r>
        <w:t>to unhon ne ek partition khada khada kar diya. aisi kamra tha ke beech mein ek partition khada kar diya, yani mere kamre ko aadha kar diya.</w:t>
      </w:r>
    </w:p>
    <w:p>
      <w:pPr>
        <w:jc w:val="right"/>
      </w:pPr>
      <w:r>
        <w:t>تو انہوں نے ایک پارٹیشن کھڑا کھڑا کر دیا۔ ایسی کمرہ تھا کہ بیچ میں ایک پارٹیشن کھڑا کر دیا، یعنی میرے کمرے کو آدھا کر دیا۔</w:t>
      </w:r>
    </w:p>
    <w:p>
      <w:r>
        <w:rPr>
          <w:b/>
        </w:rPr>
        <w:t xml:space="preserve">[21:43] </w:t>
      </w:r>
      <w:r>
        <w:t>mujhe se poocha nahin tha, mujhe se kuch kaha nahin tha, kuch bhi nahin. to yeh khabar nadwa ke campus mein bohat jaldi mashhoor ho gayi.</w:t>
      </w:r>
    </w:p>
    <w:p>
      <w:pPr>
        <w:jc w:val="right"/>
      </w:pPr>
      <w:r>
        <w:t>مجھ سے پوچھا نہیں تھا، مجھ سے کچھ کہا نہیں تھا، کچھ بھی نہیں۔ تو یہ خبر ندوے کے کیمپس میں بہت جلدی مشہور ہو گئی۔</w:t>
      </w:r>
    </w:p>
    <w:p>
      <w:r>
        <w:rPr>
          <w:b/>
        </w:rPr>
        <w:t xml:space="preserve">[21:57] </w:t>
      </w:r>
      <w:r>
        <w:t>to wahan jo ladke mere paas aaya karte the, woh shaam ko aaye. to ladke bohat afsos thay, bohat afsos, bohat afsos.</w:t>
      </w:r>
    </w:p>
    <w:p>
      <w:pPr>
        <w:jc w:val="right"/>
      </w:pPr>
      <w:r>
        <w:t>تو وہاں جو لڑکے میرے پاس آیا کرتے تھے، وہ شام کو آئے۔ تو لڑکے بہت افسوس تھے، بہت افسوس، بہت افسوس۔</w:t>
      </w:r>
    </w:p>
    <w:p>
      <w:r>
        <w:rPr>
          <w:b/>
        </w:rPr>
        <w:t xml:space="preserve">[22:10] </w:t>
      </w:r>
      <w:r>
        <w:t>aur seat to maine poocha ke aap log seat kyun hain? aap log seat aise hi normal tareeqay se poocha ke aap log seat kyun hain?</w:t>
      </w:r>
    </w:p>
    <w:p>
      <w:pPr>
        <w:jc w:val="right"/>
      </w:pPr>
      <w:r>
        <w:t>اور سیٹ تو میں نے پوچھا کہ آپ لوگ سیٹ کیوں ہیں؟ آپ لوگ سیٹ ایسے ہی نارمل طریقے سے پوچھا کہ آپ لوگ سیٹ کیوں ہیں؟</w:t>
      </w:r>
    </w:p>
    <w:p>
      <w:r>
        <w:rPr>
          <w:b/>
        </w:rPr>
        <w:t xml:space="preserve">[22:26] </w:t>
      </w:r>
      <w:r>
        <w:t>to ek ladke ne kaha ke yeh aisa waqea hua tha to seat ho gayi aadmi ke aap ko baghair poochay hue yahan partner kha kar khara kar diya, aap ke kamray ko cheen liya aap se.</w:t>
      </w:r>
    </w:p>
    <w:p>
      <w:pPr>
        <w:jc w:val="right"/>
      </w:pPr>
      <w:r>
        <w:t>تو ایک لڑکے نے کہا کہ یہ ایسا واقعہ ہوا تھا تو سیٹ ہو گئی آدمی کہ آپ کو بغیر پوچھے ہوئے یہاں پارٹنر کھا کر کھڑا کر دیا، آپ کے کمرے کو چھین لیا آپ سے۔</w:t>
      </w:r>
    </w:p>
    <w:p>
      <w:r>
        <w:rPr>
          <w:b/>
        </w:rPr>
        <w:t xml:space="preserve">[22:43] </w:t>
      </w:r>
      <w:r>
        <w:t>to us waqt jo hai yeh baat hai 1900 ghaliban 66 ki,</w:t>
      </w:r>
    </w:p>
    <w:p>
      <w:pPr>
        <w:jc w:val="right"/>
      </w:pPr>
      <w:r>
        <w:t>تو اس وقت جو ہے یہ بات ہے 1900 غالباً 66 کی،</w:t>
      </w:r>
    </w:p>
    <w:p>
      <w:r>
        <w:rPr>
          <w:b/>
        </w:rPr>
        <w:t xml:space="preserve">[22:53] </w:t>
      </w:r>
      <w:r>
        <w:t>ghaliban isi ke aas paas ki, 1966 ke aas paas ki. to us waqt mein wahan koi mera lucknow mein kuch nahin tha, kuch nahin tha mera.</w:t>
      </w:r>
    </w:p>
    <w:p>
      <w:pPr>
        <w:jc w:val="right"/>
      </w:pPr>
      <w:r>
        <w:t>غالباً اسی کے اس پاس کی، 1966 کے اس پاس کی۔ تو اس وقت میں وہاں کوئی میرا لکھنو میں کچھ نہیں تھا، کچھ نہیں تھا میرا۔</w:t>
      </w:r>
    </w:p>
    <w:p>
      <w:r>
        <w:rPr>
          <w:b/>
        </w:rPr>
        <w:t xml:space="preserve">[23:05] </w:t>
      </w:r>
      <w:r>
        <w:t>main ne koi ghar tha na, na koi business tha, na kuch tha, kuch tha nahin mera lucknow mein.</w:t>
      </w:r>
    </w:p>
    <w:p>
      <w:pPr>
        <w:jc w:val="right"/>
      </w:pPr>
      <w:r>
        <w:t>میں نے کوئی گھر تھا نہ، نہ کوئی بزنس تھا، نہ کچھ تھا، کچھ تھا نہیں میرا لکھنو میں۔</w:t>
      </w:r>
    </w:p>
    <w:p>
      <w:r>
        <w:rPr>
          <w:b/>
        </w:rPr>
        <w:t xml:space="preserve">[23:16] </w:t>
      </w:r>
      <w:r>
        <w:t>to us waqt main ne in se kaha tha,</w:t>
      </w:r>
    </w:p>
    <w:p>
      <w:pPr>
        <w:jc w:val="right"/>
      </w:pPr>
      <w:r>
        <w:t>تو اس وقت میں نے ان سے کہا تھا،</w:t>
      </w:r>
    </w:p>
    <w:p>
      <w:r>
        <w:rPr>
          <w:b/>
        </w:rPr>
        <w:t xml:space="preserve">[23:22] </w:t>
      </w:r>
      <w:r>
        <w:t>us waqt ladkon se bilkul normal tareeqay se, normal tareeqay se ke yeh log</w:t>
      </w:r>
    </w:p>
    <w:p>
      <w:pPr>
        <w:jc w:val="right"/>
      </w:pPr>
      <w:r>
        <w:t>اس وقت لڑکوں سے بالکل نارمل طریقے سے، نارمل طریقے سے کہ یہ لوگ</w:t>
      </w:r>
    </w:p>
    <w:p>
      <w:r>
        <w:rPr>
          <w:b/>
        </w:rPr>
        <w:t xml:space="preserve">[23:36] </w:t>
      </w:r>
      <w:r>
        <w:t>mere liye is kamray ko band kar rahay hain, yeh log mere liye is kamray ko band kar rahay hain taake mere liye ziyada bara kamra, ziyada bara ghar khola khola jaye.</w:t>
      </w:r>
    </w:p>
    <w:p>
      <w:pPr>
        <w:jc w:val="right"/>
      </w:pPr>
      <w:r>
        <w:t>میرے لیے اس کمرے کو بند کر رہے ہیں، یہ لوگ میرے لیے اس کمرے کو بند کر رہے ہیں تاکہ میرے لیے زیادہ بڑا کمرہ، زیادہ بڑا گھر کھولا کھولا جائے۔</w:t>
      </w:r>
    </w:p>
    <w:p>
      <w:r>
        <w:rPr>
          <w:b/>
        </w:rPr>
        <w:t xml:space="preserve">[23:54] </w:t>
      </w:r>
      <w:r>
        <w:t>us waqt kaha tha main ne aur aaj sab log jantay hain ke mere paas is se sau guna, hazar guna bari duniya Allah taala mujhe di hai.</w:t>
      </w:r>
    </w:p>
    <w:p>
      <w:pPr>
        <w:jc w:val="right"/>
      </w:pPr>
      <w:r>
        <w:t>اس وقت کہا تھا میں نے اور آج سب لوگ جانتے ہیں کہ میرے پاس اس سے سو گنا، ہزار گنا بڑی دنیا اللہ تعالیٰ مجھے دی ہے۔</w:t>
      </w:r>
    </w:p>
    <w:p>
      <w:r>
        <w:rPr>
          <w:b/>
        </w:rPr>
        <w:t xml:space="preserve">[24:06] </w:t>
      </w:r>
      <w:r>
        <w:t>saari duniya mein mera karobar ho raha hai, meri team saari duniya mein phaili hui hai. to yeh yeh soch jo hai na, yeh isi side mein andar hai ke duniya kuch nahin, duniya to ek bohat bara qabristan hai,</w:t>
      </w:r>
    </w:p>
    <w:p>
      <w:pPr>
        <w:jc w:val="right"/>
      </w:pPr>
      <w:r>
        <w:t>ساری دنیا میں میرا کاروبار ہو رہا ہے، میری ٹیم ساری دنیا میں پھیلی ہوئی ہے۔ تو یہ یہ سوچ جو ہے نا، یہ اسی سائیڈ میں اندر ہے کہ دنیا کچھ نہیں، دنیا تو ایک بہت بڑا قبرستان ہے،</w:t>
      </w:r>
    </w:p>
    <w:p>
      <w:r>
        <w:rPr>
          <w:b/>
        </w:rPr>
        <w:t xml:space="preserve">[24:24] </w:t>
      </w:r>
      <w:r>
        <w:t>hai hi duniya hai kiya. to duniya ka be-haqeeqi hona aur aakhirat ka asal hona yeh khulta gaya, khulta gaya.</w:t>
      </w:r>
    </w:p>
    <w:p>
      <w:pPr>
        <w:jc w:val="right"/>
      </w:pPr>
      <w:r>
        <w:t>ہے ہی دنیا ہے کیا۔ تو دنیا کا بے حقیقت ہونا اور آخرت کا اصل ہونا یہ کھلتا گیا، کھلتا گیا۔</w:t>
      </w:r>
    </w:p>
    <w:p>
      <w:r>
        <w:rPr>
          <w:b/>
        </w:rPr>
        <w:t xml:space="preserve">[24:38] </w:t>
      </w:r>
      <w:r>
        <w:t>to woh un se koi milta nahin tha, koi baat bhi nahin karta tha, lekin main bohat dar-ul-amal andaaz se un se baat karta tha.</w:t>
      </w:r>
    </w:p>
    <w:p>
      <w:pPr>
        <w:jc w:val="right"/>
      </w:pPr>
      <w:r>
        <w:t>تو وہ ان سے کوئی ملتا نہیں تھا، کوئی بات بھی نہیں کرتا تھا، لیکن میں بہت دارالعمل انداز سے ان سے بات کرتا تھا۔</w:t>
      </w:r>
    </w:p>
    <w:p>
      <w:r>
        <w:rPr>
          <w:b/>
        </w:rPr>
        <w:t xml:space="preserve">[24:48] </w:t>
      </w:r>
      <w:r>
        <w:t>to is se itna bara faida mujhe mila. yaani yeh kehna us waqt bohat anokhi baat thi, kaise main ne kaha, lekin woh zehn bana tha, is liye main keh paya tha.</w:t>
      </w:r>
    </w:p>
    <w:p>
      <w:pPr>
        <w:jc w:val="right"/>
      </w:pPr>
      <w:r>
        <w:t>تو اس سے اتنا بڑا فائدہ مجھے ملا۔ یعنی یہ کہنا اس وقت بہت انوکھی بات تھی، کیسے میں نے کہا، لیکن وہ ذہن بنا تھا، اس لیے میں کہہ پایا تھا۔</w:t>
      </w:r>
    </w:p>
    <w:p>
      <w:r>
        <w:rPr>
          <w:b/>
        </w:rPr>
        <w:t xml:space="preserve">[25:06] </w:t>
      </w:r>
      <w:r>
        <w:t>to ab is waqey ko aap log jis tarah chahen mujhe interpretation dijiye, lekin main ne to apna jo qissa tha woh aap ko bayan kar diya.</w:t>
      </w:r>
    </w:p>
    <w:p>
      <w:pPr>
        <w:jc w:val="right"/>
      </w:pPr>
      <w:r>
        <w:t>تو اب اس واقعے کو آپ لوگ جس طرح چاہیں مجھے انٹرپریشن دیجئے، لیکن میں نے تو اپنا جو قصہ تھا وہ آپ کو بیان کر دیا۔</w:t>
      </w:r>
    </w:p>
    <w:p>
      <w:r>
        <w:rPr>
          <w:b/>
        </w:rPr>
        <w:t xml:space="preserve">[25:21] </w:t>
      </w:r>
      <w:r>
        <w:t>assalam o alaikum wa rehmatullah.</w:t>
      </w:r>
    </w:p>
    <w:p>
      <w:pPr>
        <w:jc w:val="right"/>
      </w:pPr>
      <w:r>
        <w:t>السلام علیکم ورحمۃ اللہ۔</w:t>
      </w:r>
    </w:p>
    <w:p>
      <w:r>
        <w:rPr>
          <w:b/>
        </w:rPr>
        <w:t xml:space="preserve">[25:37] </w:t>
      </w:r>
      <w:r>
        <w:t>molana, yeh bohat important events bataye hain aap ne apni life se aur kaise aap ka thought provoking mind develop hua in triggers se.</w:t>
      </w:r>
    </w:p>
    <w:p>
      <w:pPr>
        <w:jc w:val="right"/>
      </w:pPr>
      <w:r>
        <w:t>مولانا، یہ بہت امپورٹنٹ ایونٹس بتائے ہیں آپ نے اپنی لائف سے اور کیسے آپ کا تھاٹ پرووکنگ مائنڈ ڈیویلپ ہوا ان ٹریگر سے۔</w:t>
      </w:r>
    </w:p>
    <w:p>
      <w:r>
        <w:rPr>
          <w:b/>
        </w:rPr>
        <w:t xml:space="preserve">[25:50] </w:t>
      </w:r>
      <w:r>
        <w:t>i have a question, molana, that normally hum sab ki life mein bhi triggers hotay hain, events jab hotay hain hamari life mein, but mostly people get negative.</w:t>
      </w:r>
    </w:p>
    <w:p>
      <w:pPr>
        <w:jc w:val="right"/>
      </w:pPr>
      <w:r>
        <w:t>آئی ہیو ا کوئسچن، مولانا، دیٹ نارملی ہم سب کی لائف میں بھی ٹریگرز ہوتے ہیں، ایونٹس جب ہوتے ہیں ہماری لائف میں، بٹ موسٹلی پیپل گیٹ نیگیٹیو۔</w:t>
      </w:r>
    </w:p>
    <w:p>
      <w:r>
        <w:rPr>
          <w:b/>
        </w:rPr>
        <w:t xml:space="preserve">[26:03] </w:t>
      </w:r>
      <w:r>
        <w:t>they are not able to say ke hamara aaj yeh room chota ho raha hai kyunke mere liye ek bara room khole janay wala hai. jaise aap ne nadwa ke incident ko explain kiya, people get negative and they come into reaction.</w:t>
      </w:r>
    </w:p>
    <w:p>
      <w:pPr>
        <w:jc w:val="right"/>
      </w:pPr>
      <w:r>
        <w:t>دے آر ناٹ ایبل ٹو سے کہ ہمارا آج یہ روم چھوٹا ہو رہا ہے کیونکہ میرے لیے ایک بڑا روم کھولے جانے والا ہے۔ جیسے آپ نے ندوہ کے انسیڈنٹ کو ایکسپلین کیا، پیپل گیٹ نیگیٹیو اینڈ دے کم انٹو ری ایکشن۔</w:t>
      </w:r>
    </w:p>
    <w:p>
      <w:r>
        <w:rPr>
          <w:b/>
        </w:rPr>
        <w:t xml:space="preserve">[26:20] </w:t>
      </w:r>
      <w:r>
        <w:t>to ek aisa mind kaise develop ek aam aadmi kar sakta hai aap ki tarah ke agar woh event negative hai, tab bhi us ko futuristic way mein positive lena?</w:t>
      </w:r>
    </w:p>
    <w:p>
      <w:pPr>
        <w:jc w:val="right"/>
      </w:pPr>
      <w:r>
        <w:t>تو ایک ایسا مائنڈ کیسے ڈیویلپ ایک عام آدمی کر سکتا ہے آپ کی طرح کہ اگر وہ ایونٹ نیگیٹیو ہے، تب بھی اس کو فیوچرسٹک وے میں پوزیٹیو لینا؟</w:t>
      </w:r>
    </w:p>
    <w:p>
      <w:r>
        <w:rPr>
          <w:b/>
        </w:rPr>
        <w:t xml:space="preserve">[26:33] </w:t>
      </w:r>
      <w:r>
        <w:t>how to develop that mind?</w:t>
      </w:r>
    </w:p>
    <w:p>
      <w:pPr>
        <w:jc w:val="right"/>
      </w:pPr>
      <w:r>
        <w:t>ہاؤ ٹو ڈیویلپ دیٹ مائنڈ؟</w:t>
      </w:r>
    </w:p>
    <w:p>
      <w:r>
        <w:rPr>
          <w:b/>
        </w:rPr>
        <w:t xml:space="preserve">[26:45] </w:t>
      </w:r>
      <w:r>
        <w:t>dekhen, yeh koi itna aasan question to nahin hai.</w:t>
      </w:r>
    </w:p>
    <w:p>
      <w:pPr>
        <w:jc w:val="right"/>
      </w:pPr>
      <w:r>
        <w:t>دیکھیں، یہ کوئی اتنا آسان کوئسچن تو نہیں ہے۔</w:t>
      </w:r>
    </w:p>
    <w:p>
      <w:r>
        <w:rPr>
          <w:b/>
        </w:rPr>
        <w:t xml:space="preserve">[26:52] </w:t>
      </w:r>
      <w:r>
        <w:t>main sirf yeh keh sakta hoon ke mera mental mind kya hai?</w:t>
      </w:r>
    </w:p>
    <w:p>
      <w:pPr>
        <w:jc w:val="right"/>
      </w:pPr>
      <w:r>
        <w:t>میں صرف یہ کہہ سکتا ہوں کہ میرا مینٹل مائنڈ کیا ہے؟</w:t>
      </w:r>
    </w:p>
    <w:p>
      <w:r>
        <w:rPr>
          <w:b/>
        </w:rPr>
        <w:t xml:space="preserve">[27:01] </w:t>
      </w:r>
      <w:r>
        <w:t>mera mind mein ek cheez bachpan se hai, not to react.</w:t>
      </w:r>
    </w:p>
    <w:p>
      <w:pPr>
        <w:jc w:val="right"/>
      </w:pPr>
      <w:r>
        <w:t>میرا مائنڈ میں ایک چیز بچپن سے ہے، ناٹ ٹو ری ایکٹ۔</w:t>
      </w:r>
    </w:p>
    <w:p>
      <w:r>
        <w:rPr>
          <w:b/>
        </w:rPr>
        <w:t xml:space="preserve">[27:11] </w:t>
      </w:r>
      <w:r>
        <w:t>mein react nahin karta balkeh sochta hoon.</w:t>
      </w:r>
    </w:p>
    <w:p>
      <w:pPr>
        <w:jc w:val="right"/>
      </w:pPr>
      <w:r>
        <w:t>میں ری ایکٹ نہیں کرتا بلکہ سوچتا ہوں۔</w:t>
      </w:r>
    </w:p>
    <w:p>
      <w:r>
        <w:rPr>
          <w:b/>
        </w:rPr>
        <w:t xml:space="preserve">[27:17] </w:t>
      </w:r>
      <w:r>
        <w:t>yeh bachpan se mere andar hai. kitne waqiat mujhe yaad hain jis par mujhe react hona chahiye tha.</w:t>
      </w:r>
    </w:p>
    <w:p>
      <w:pPr>
        <w:jc w:val="right"/>
      </w:pPr>
      <w:r>
        <w:t>یہ بچپن سے میرے اندر ہے۔ کتنے واقعات مجھے یاد ہیں جس پر مجھے ری ایکٹ ہونا چاہیے تھا۔</w:t>
      </w:r>
    </w:p>
    <w:p>
      <w:r>
        <w:rPr>
          <w:b/>
        </w:rPr>
        <w:t xml:space="preserve">[27:29] </w:t>
      </w:r>
      <w:r>
        <w:t>mein react nahin hua, sochne laga. mislan qissa mein kai baar bataya hai yahan ke hamara gaon mein jo hamara ghar tha,</w:t>
      </w:r>
    </w:p>
    <w:p>
      <w:pPr>
        <w:jc w:val="right"/>
      </w:pPr>
      <w:r>
        <w:t>میں ری ایکٹ نہیں ہوا، سوچنے لگا۔ مثلاً قصہ میں کئی بار بتایا ہے یہاں کہ ہمارا گاؤں میں جو ہمارا گھر تھا،</w:t>
      </w:r>
    </w:p>
    <w:p>
      <w:r>
        <w:rPr>
          <w:b/>
        </w:rPr>
        <w:t xml:space="preserve">[27:43] </w:t>
      </w:r>
      <w:r>
        <w:t>to ghar ke saath mila hua ek aur ghar bhi tha, ek sahib ka. to hamare un ke ghar ke beech mein ek deewar thi,</w:t>
      </w:r>
    </w:p>
    <w:p>
      <w:pPr>
        <w:jc w:val="right"/>
      </w:pPr>
      <w:r>
        <w:t>تو گھر کے ساتھ ملا ہوا ایک اور گھر بھی تھا، ایک صاحب کا۔ تو ہمارے ان کے گھر کے بیچ میں ایک دیوار تھی،</w:t>
      </w:r>
    </w:p>
    <w:p>
      <w:r>
        <w:rPr>
          <w:b/>
        </w:rPr>
        <w:t xml:space="preserve">[28:00] </w:t>
      </w:r>
      <w:r>
        <w:t>to us mein deewar mein ek darwaza tha. itni aasani se hum yahan se wahan wahan se aate jate the.</w:t>
      </w:r>
    </w:p>
    <w:p>
      <w:pPr>
        <w:jc w:val="right"/>
      </w:pPr>
      <w:r>
        <w:t>تو اس میں دیوار میں ایک دروازہ تھا۔ اتنی آسانی سے ہم یہاں سے وہاں وہاں سے آتے جاتے تھے۔</w:t>
      </w:r>
    </w:p>
    <w:p>
      <w:r>
        <w:rPr>
          <w:b/>
        </w:rPr>
        <w:t xml:space="preserve">[28:10] </w:t>
      </w:r>
      <w:r>
        <w:t>to ek baar aisa hua ke un ke ghar mein jewelry ki chori ho gayi. yaani sone sanjhe ke kuch zevar the, woh chori ho gaye.</w:t>
      </w:r>
    </w:p>
    <w:p>
      <w:pPr>
        <w:jc w:val="right"/>
      </w:pPr>
      <w:r>
        <w:t>تو ایک بار ایسا ہوا کہ ان کے گھر میں جیولری کی چوری ہو گئی۔ یعنی سونے سانجھے کے کچھ زیور تھے، وہ چوری ہو گئے۔</w:t>
      </w:r>
    </w:p>
    <w:p>
      <w:r>
        <w:rPr>
          <w:b/>
        </w:rPr>
        <w:t xml:space="preserve">[28:23] </w:t>
      </w:r>
      <w:r>
        <w:t>to ghar ki khatoon ne, ab chuki hum bohat chote the is zamane mein,</w:t>
      </w:r>
    </w:p>
    <w:p>
      <w:pPr>
        <w:jc w:val="right"/>
      </w:pPr>
      <w:r>
        <w:t>تو گھر کی خاتون نے، اب چونکہ ہم بہت چھوٹے تھے اس زمانے میں،</w:t>
      </w:r>
    </w:p>
    <w:p>
      <w:r>
        <w:rPr>
          <w:b/>
        </w:rPr>
        <w:t xml:space="preserve">[28:32] </w:t>
      </w:r>
      <w:r>
        <w:t>to ghar ki khatoon ne yeh keh diya mere naam le kar ke woh utha le gaye.</w:t>
      </w:r>
    </w:p>
    <w:p>
      <w:pPr>
        <w:jc w:val="right"/>
      </w:pPr>
      <w:r>
        <w:t>تو گھر کی خاتون نے یہ کہہ دیا میرے نام لے کر کہ وہ اٹھا لے گئے۔</w:t>
      </w:r>
    </w:p>
    <w:p>
      <w:r>
        <w:rPr>
          <w:b/>
        </w:rPr>
        <w:t xml:space="preserve">[28:42] </w:t>
      </w:r>
      <w:r>
        <w:t>to ab jab mein ghar mein aaya to meri maan thi, mere bhai bhai the, unhon ne bataya ke aisa unhon ne kaha hai.</w:t>
      </w:r>
    </w:p>
    <w:p>
      <w:pPr>
        <w:jc w:val="right"/>
      </w:pPr>
      <w:r>
        <w:t>تو اب جب میں گھر میں آیا تو میری ماں تھی، میرے بھائی بھائی تھے، انہوں نے بتایا کہ ایسا انہوں نے کہا ہے۔</w:t>
      </w:r>
    </w:p>
    <w:p>
      <w:r>
        <w:rPr>
          <w:b/>
        </w:rPr>
        <w:t xml:space="preserve">[28:54] </w:t>
      </w:r>
      <w:r>
        <w:t>to dekhiye, aam taur par aadmi react karega, react nahin kiya maine. mein chup ho kar laga sochne.</w:t>
      </w:r>
    </w:p>
    <w:p>
      <w:pPr>
        <w:jc w:val="right"/>
      </w:pPr>
      <w:r>
        <w:t>تو دیکھیے، عام طور پر آدمی ری ایکٹ کرے گا، ری ایکٹ نہیں کیا میں نے۔ میں چپ ہو کر لگا سوچنے۔</w:t>
      </w:r>
    </w:p>
    <w:p>
      <w:r>
        <w:rPr>
          <w:b/>
        </w:rPr>
        <w:t xml:space="preserve">[29:08] </w:t>
      </w:r>
      <w:r>
        <w:t>to maine socha ke mein jo zamir hai, jo mera conscious hai, woh to keh raha hai ke maine un ka haath dekha bhi nahin, chhua bhi nahin.</w:t>
      </w:r>
    </w:p>
    <w:p>
      <w:pPr>
        <w:jc w:val="right"/>
      </w:pPr>
      <w:r>
        <w:t>تو میں نے سوچا کہ میں جو ضمیر ہے، جو میرا کانشیس ہے، وہ تو کہہ رہا ہے کہ میں نے ان کا ہاتھ دیکھا بھی نہیں، چھوا بھی نہیں۔</w:t>
      </w:r>
    </w:p>
    <w:p>
      <w:r>
        <w:rPr>
          <w:b/>
        </w:rPr>
        <w:t xml:space="preserve">[29:19] </w:t>
      </w:r>
      <w:r>
        <w:t>to un ko kehne do, un ke kehne se kya hota? to bajaye react karne ke sochna, yeh mera zehen bana jab mere baap bade the 1959 mein.</w:t>
      </w:r>
    </w:p>
    <w:p>
      <w:pPr>
        <w:jc w:val="right"/>
      </w:pPr>
      <w:r>
        <w:t>تو ان کو کہنے دو، ان کے کہنے سے کیا ہوتا؟ تو بجائے ری ایکٹ کرنے کے سوچنا، یہ میرا ذہن بنا جب میرے باپ بڑے تھے 1959 میں۔</w:t>
      </w:r>
    </w:p>
    <w:p>
      <w:r>
        <w:rPr>
          <w:b/>
        </w:rPr>
        <w:t xml:space="preserve">[29:33] </w:t>
      </w:r>
      <w:r>
        <w:t>tab se</w:t>
      </w:r>
    </w:p>
    <w:p>
      <w:pPr>
        <w:jc w:val="right"/>
      </w:pPr>
      <w:r>
        <w:t>تب سے</w:t>
      </w:r>
    </w:p>
    <w:p>
      <w:r>
        <w:rPr>
          <w:b/>
        </w:rPr>
        <w:t xml:space="preserve">[29:36] </w:t>
      </w:r>
      <w:r>
        <w:t>to aadmi agar react na kare aur soche to soch us ki zahir hai ke fact par jayegi.</w:t>
      </w:r>
    </w:p>
    <w:p>
      <w:pPr>
        <w:jc w:val="right"/>
      </w:pPr>
      <w:r>
        <w:t>تو آدمی اگر ری ایکٹ نہ کرے اور سوچے تو سوچ اس کی ظاہر ہے کہ فیکٹ پر جائے گی۔</w:t>
      </w:r>
    </w:p>
    <w:p>
      <w:r>
        <w:rPr>
          <w:b/>
        </w:rPr>
        <w:t xml:space="preserve">[29:48] </w:t>
      </w:r>
      <w:r>
        <w:t>jo fact hoga, usi ko sochega. to chuki mera mind fact par chala gaya, to mein haan haan hans diya.</w:t>
      </w:r>
    </w:p>
    <w:p>
      <w:pPr>
        <w:jc w:val="right"/>
      </w:pPr>
      <w:r>
        <w:t>جو فیکٹ ہوگا، اسی کو سوچے گا۔ تو چونکہ میرا مائنڈ فیکٹ پر چلا گیا، تو میں ہاں ہاں ہنس دیا۔</w:t>
      </w:r>
    </w:p>
    <w:p>
      <w:r>
        <w:rPr>
          <w:b/>
        </w:rPr>
        <w:t xml:space="preserve">[29:59] </w:t>
      </w:r>
      <w:r>
        <w:t>ghuse ki wajah hans diya kyunke fact se collaborate nahin kar raha tha. yeh un ka kehna, fact se collaborate nahin kar raha tha.</w:t>
      </w:r>
    </w:p>
    <w:p>
      <w:pPr>
        <w:jc w:val="right"/>
      </w:pPr>
      <w:r>
        <w:t>غصے کی وجہ ہنس دیا کیونکہ فیکٹ سے کولیبریٹ نہیں کر رہا تھا۔ یہ ان کا کہنا، فیکٹ سے کولیبریٹ نہیں کر رہا تھا۔</w:t>
      </w:r>
    </w:p>
    <w:p>
      <w:r>
        <w:rPr>
          <w:b/>
        </w:rPr>
        <w:t xml:space="preserve">[30:14] </w:t>
      </w:r>
      <w:r>
        <w:t>yeh hai raaz mere saath, mere saath Maulana. I understood why you are different.</w:t>
      </w:r>
    </w:p>
    <w:p>
      <w:pPr>
        <w:jc w:val="right"/>
      </w:pPr>
      <w:r>
        <w:t>یہ ہے راز میرے ساتھ، میرے ساتھ مولانا۔ آئی انڈرسٹڈ وائی یو آر ڈفرنٹ۔</w:t>
      </w:r>
    </w:p>
    <w:p>
      <w:r>
        <w:rPr>
          <w:b/>
        </w:rPr>
        <w:t xml:space="preserve">[30:24] </w:t>
      </w:r>
      <w:r>
        <w:t>It is because you develop, you have developed deep thinking within yourself and hereafter oriented thinking.</w:t>
      </w:r>
    </w:p>
    <w:p>
      <w:pPr>
        <w:jc w:val="right"/>
      </w:pPr>
      <w:r>
        <w:t>اٹ از بیکاز یو ڈیویلپ، یو ہیو ڈیویلپڈ ڈیپ تھنکنگ ود ان یور سیلف اینڈ ہیئر افٹر اورینٹڈ تھنکنگ۔</w:t>
      </w:r>
    </w:p>
    <w:p>
      <w:r>
        <w:rPr>
          <w:b/>
        </w:rPr>
        <w:t xml:space="preserve">[30:36] </w:t>
      </w:r>
      <w:r>
        <w:t>And if you live for this world, then you live a very superfluous sort of life. You don't think, but when you start thinking and living in the hereafter, after death, then you develop a deep thinking.</w:t>
      </w:r>
    </w:p>
    <w:p>
      <w:pPr>
        <w:jc w:val="right"/>
      </w:pPr>
      <w:r>
        <w:t>اینڈ اف یو لیو فار دس ورلڈ، دین یو لیو ا ویری سپر فلوئس سورٹ اف لائف۔ یو ڈونٹ تھنک، بٹ وین یو سٹارٹ تھنکنگ اینڈ لیونگ ان دا ہیئر افٹر، افٹر ڈیتھ، دین یو ڈیویلپ ا ڈیپ تھنکنگ۔</w:t>
      </w:r>
    </w:p>
    <w:p>
      <w:r>
        <w:rPr>
          <w:b/>
        </w:rPr>
        <w:t xml:space="preserve">[30:55] </w:t>
      </w:r>
      <w:r>
        <w:t>And this makes you think differently, and then you can creatively find new lessons.</w:t>
      </w:r>
    </w:p>
    <w:p>
      <w:pPr>
        <w:jc w:val="right"/>
      </w:pPr>
      <w:r>
        <w:t>اینڈ دس میکس یو تھنک ڈفرنٹلی، اینڈ دین یو کین کریٹیولی فائنڈ نیو لیسنز۔</w:t>
      </w:r>
    </w:p>
    <w:p>
      <w:r>
        <w:rPr>
          <w:b/>
        </w:rPr>
        <w:t xml:space="preserve">[31:07] </w:t>
      </w:r>
      <w:r>
        <w:t>That is what makes you different. Maulana, I understood this today. Haan, theek baat hai, theek baat hai.</w:t>
      </w:r>
    </w:p>
    <w:p>
      <w:pPr>
        <w:jc w:val="right"/>
      </w:pPr>
      <w:r>
        <w:t>دیٹ از واٹ میکس یو ڈفرنٹ۔ مولانا، آئی انڈرسٹڈ دس ٹوڈے۔ ہاں، ٹھیک بات ہے، ٹھیک بات ہے۔</w:t>
      </w:r>
    </w:p>
    <w:p>
      <w:r>
        <w:rPr>
          <w:b/>
        </w:rPr>
        <w:t xml:space="preserve">[31:17] </w:t>
      </w:r>
      <w:r>
        <w:t>Maulana, ek comment aaya hai Islamabad Pakistan se, unhon ne likha hai, un ka naam hai Muhammad Tufail sahib.</w:t>
      </w:r>
    </w:p>
    <w:p>
      <w:pPr>
        <w:jc w:val="right"/>
      </w:pPr>
      <w:r>
        <w:t>مولانا، ایک کمنٹ آیا ہے اسلام آباد پاکستان سے، انہوں نے لکھا ہے، ان کا نام ہے محمد طفیل صاحب۔</w:t>
      </w:r>
    </w:p>
    <w:p>
      <w:r>
        <w:rPr>
          <w:b/>
        </w:rPr>
        <w:t xml:space="preserve">[31:28] </w:t>
      </w:r>
      <w:r>
        <w:t>Unhon ne likha hai: "Maulana, thinking about death and grave, can it create a negative impact on a daily life?" Maulana, yeh un ka sawal hai, comment nahin hai.</w:t>
      </w:r>
    </w:p>
    <w:p>
      <w:pPr>
        <w:jc w:val="right"/>
      </w:pPr>
      <w:r>
        <w:t>انہوں نے لکھا ہے: "مولانا، تھنکنگ اباؤٹ ڈیتھ اینڈ گریو، کین اٹ کریٹ ا نیگیٹیو امپیکٹ ان ا ڈیلی لائف؟" مولانا، یہ ان کا سوال ہے، کمنٹ نہیں ہے۔</w:t>
      </w:r>
    </w:p>
    <w:p>
      <w:r>
        <w:rPr>
          <w:b/>
        </w:rPr>
        <w:t xml:space="preserve">[31:41] </w:t>
      </w:r>
      <w:r>
        <w:t>Unhon ne phir poocha hai aap se ke: "I mean to say that if we opt this thinking about death and grave, can we do our normal daily activities?" Bhai, aap is ko dekhiye,</w:t>
      </w:r>
    </w:p>
    <w:p>
      <w:pPr>
        <w:jc w:val="right"/>
      </w:pPr>
      <w:r>
        <w:t>انہوں نے پھر پوچھا ہے آپ سے کہ: "آئی مین ٹو سے دیٹ اف وی اپٹ دس تھنکنگ اباؤٹ ڈیتھ اینڈ گریو، کین وی ڈو اور نارمل ڈیلی ایکٹیویٹیز؟" بھئی، آپ اس کو دیکھیے،</w:t>
      </w:r>
    </w:p>
    <w:p>
      <w:r>
        <w:rPr>
          <w:b/>
        </w:rPr>
        <w:t xml:space="preserve">[31:59] </w:t>
      </w:r>
      <w:r>
        <w:t>jo log mere saath rehte hain, un se poochiye, mere andar ek aaiyta ke barabar bhi negative thinking nahin.</w:t>
      </w:r>
    </w:p>
    <w:p>
      <w:pPr>
        <w:jc w:val="right"/>
      </w:pPr>
      <w:r>
        <w:t>جو لوگ میرے ساتھ رہتے ہیں، ان سے پوچھیے، میرے اندر ایک آئٹہ کے برابر بھی نیگیٹیو تھنکنگ نہیں۔</w:t>
      </w:r>
    </w:p>
    <w:p>
      <w:r>
        <w:rPr>
          <w:b/>
        </w:rPr>
        <w:t xml:space="preserve">[32:09] </w:t>
      </w:r>
      <w:r>
        <w:t>ek aaitah ke barabar bhi negative thinking nahin hai. mere jaisa positive insaan, positive thinking wala, shayad duniya mein koi bhi nahin ho ga.</w:t>
      </w:r>
    </w:p>
    <w:p>
      <w:pPr>
        <w:jc w:val="right"/>
      </w:pPr>
      <w:r>
        <w:t>ایک آئٹہ کے برابر بھی نیگیٹیو تھنکنگ نہیں۔ میرے جیسا پازیٹیو انسان، پازیٹیو تھنکنگ والا، شاید دنیا میں کوئی بھی نہ ہو۔</w:t>
      </w:r>
    </w:p>
    <w:p>
      <w:r>
        <w:rPr>
          <w:b/>
        </w:rPr>
        <w:t xml:space="preserve">[32:21] </w:t>
      </w:r>
      <w:r>
        <w:t>to wohi insaan jo is tarah sochta hai maut ko aur qabr ko le kar, woh itna zyada positive kaise hai?</w:t>
      </w:r>
    </w:p>
    <w:p>
      <w:pPr>
        <w:jc w:val="right"/>
      </w:pPr>
      <w:r>
        <w:t>تو وہی انسان جو اس طرح سوچتا ہے موت کو اور قبر کو لے کر، وہ اتنا زیادہ پازیٹیو کیسے ہے؟</w:t>
      </w:r>
    </w:p>
    <w:p>
      <w:r>
        <w:rPr>
          <w:b/>
        </w:rPr>
        <w:t xml:space="preserve">[32:33] </w:t>
      </w:r>
      <w:r>
        <w:t>aap sochiye. to is ka matlab hai ke dono alag cheezein hain, yeh alag hai, woh alag. is se le kar aap nahin kar sakte ke is se woh cheez paida hoti hai, is se woh cheez paida hoti hai, warna main different kyun hota?</w:t>
      </w:r>
    </w:p>
    <w:p>
      <w:pPr>
        <w:jc w:val="right"/>
      </w:pPr>
      <w:r>
        <w:t>آپ سوچیے۔ تو اس کا معنی ہے کہ دونوں الگ چیزیں ہیں، یہ الگ ہے، وہ الگ۔ اس سے لے کر آپ نہیں کر سکتے کہ اس سے وہ چیز پیدا ہوتی ہے، اس سے وہ چیز پیدا ہوتی ہے، ورنہ میں ڈفرنٹ کیوں ہوتا؟</w:t>
      </w:r>
    </w:p>
    <w:p>
      <w:r>
        <w:rPr>
          <w:b/>
        </w:rPr>
        <w:t xml:space="preserve">[32:53] </w:t>
      </w:r>
      <w:r>
        <w:t>to Maulana, aap keh rahe hain ke bahut can co-exist? haan, haan, bilkul. Maulana, what I understood was that if we think that we are here on this earth as a guest,</w:t>
      </w:r>
    </w:p>
    <w:p>
      <w:pPr>
        <w:jc w:val="right"/>
      </w:pPr>
      <w:r>
        <w:t>تو مولانا، آپ کہہ رہے ہیں کہ بہت کین کو ایگزسٹ؟ ہاں، ہاں، بالکل۔ مولانا، واٹ آئی انڈرسٹڈ واز دیٹ اف وی تھنک دیٹ وی آر ہیئر ان دس ارتھ ایز ا گیسٹ،</w:t>
      </w:r>
    </w:p>
    <w:p>
      <w:r>
        <w:rPr>
          <w:b/>
        </w:rPr>
        <w:t xml:space="preserve">[33:10] </w:t>
      </w:r>
      <w:r>
        <w:t>so we will always be concerned and work according to our needs, not according to our greed. so our life would be need based, not greed based.</w:t>
      </w:r>
    </w:p>
    <w:p>
      <w:pPr>
        <w:jc w:val="right"/>
      </w:pPr>
      <w:r>
        <w:t>سو وی ویل الویز بی کنسرنڈ اینڈ ورک اکارڈنگ ٹو دا اور نیڈز، ناٹ اکارڈنگ ٹو اور گریڈ۔ سو اور لائف وڈ بی نیڈ بیسڈ، ناٹ گریڈ بیسڈ۔</w:t>
      </w:r>
    </w:p>
    <w:p>
      <w:r>
        <w:rPr>
          <w:b/>
        </w:rPr>
        <w:t xml:space="preserve">[33:23] </w:t>
      </w:r>
      <w:r>
        <w:t>so we will, we will, we will have a very moderate life, and we will have a, we will cultivate a thinking of, say we will have a high higher thinking and a higher goal in life, rather than only thinking about this world and consumerism.</w:t>
      </w:r>
    </w:p>
    <w:p>
      <w:pPr>
        <w:jc w:val="right"/>
      </w:pPr>
      <w:r>
        <w:t>سو وی ویل، وی ویل، وی ویل ہیو ا ویری ماڈریٹ لائف، اینڈ وی ویل ہیو ا، وی ویل کلٹیویٹ ا تھنکنگ اف، سے وی ویل ہیو ا ہائی ہائر تھنکنگ اینڈ ا ہائر گول ان لائف، رادر دین اونلی تھنکنگ اباؤٹ دس ورلڈ اینڈ کنزیومرزم۔</w:t>
      </w:r>
    </w:p>
    <w:p>
      <w:r>
        <w:rPr>
          <w:b/>
        </w:rPr>
        <w:t xml:space="preserve">[33:40] </w:t>
      </w:r>
      <w:r>
        <w:t>am I right? dekhiye, ek angle se aap pahunch chuke hain, woh ek angle mein, lekin doosra angle bhi hai.</w:t>
      </w:r>
    </w:p>
    <w:p>
      <w:pPr>
        <w:jc w:val="right"/>
      </w:pPr>
      <w:r>
        <w:t>ایم آئی رائٹ؟ دیکھیے، ایک اینگل سے آپ پہنچ چکے ہیں، وہ ایک اینگل میں، لیکن دوسرا اینگل بھی ہے۔</w:t>
      </w:r>
    </w:p>
    <w:p>
      <w:r>
        <w:rPr>
          <w:b/>
        </w:rPr>
        <w:t xml:space="preserve">[33:52] </w:t>
      </w:r>
      <w:r>
        <w:t>woh angle yeh hai ke dilli mein ek baar ek seminar tha, kisi</w:t>
      </w:r>
    </w:p>
    <w:p>
      <w:pPr>
        <w:jc w:val="right"/>
      </w:pPr>
      <w:r>
        <w:t>وہ اینگل یہ ہے کہ دلی میں ایک بار ایک سیمینار تھا، کسی</w:t>
      </w:r>
    </w:p>
    <w:p>
      <w:r>
        <w:rPr>
          <w:b/>
        </w:rPr>
        <w:t xml:space="preserve">[34:05] </w:t>
      </w:r>
      <w:r>
        <w:t>hall mein seminar tha. is seminar mein woh aaye hue the, dilli par kau kau kar.</w:t>
      </w:r>
    </w:p>
    <w:p>
      <w:pPr>
        <w:jc w:val="right"/>
      </w:pPr>
      <w:r>
        <w:t>ہال میں سیمینار تھا۔ اس سیمینار میں وہ آئے ہوئے تھے، دلی پر کاؤ کاؤ کر۔</w:t>
      </w:r>
    </w:p>
    <w:p>
      <w:r>
        <w:rPr>
          <w:b/>
        </w:rPr>
        <w:t xml:space="preserve">[34:15] </w:t>
      </w:r>
      <w:r>
        <w:t>us waqt woh editor the, woh shayad time pe media mein, ab un ki death ho chuki hai, dilli par gau gau kar.</w:t>
      </w:r>
    </w:p>
    <w:p>
      <w:pPr>
        <w:jc w:val="right"/>
      </w:pPr>
      <w:r>
        <w:t>اس وقت وہ ایڈیٹر تھے، وہ شاید ٹائم پہ میڈیا میں، اب ان کی ڈیتھ ہو چکی ہے، دلی پر گاؤ کر۔</w:t>
      </w:r>
    </w:p>
    <w:p>
      <w:r>
        <w:rPr>
          <w:b/>
        </w:rPr>
        <w:t xml:space="preserve">[34:28] </w:t>
      </w:r>
      <w:r>
        <w:t>to wahan par ek musalmanon ke khilaaf ek saahab bol rahe the, unhon ne kaha ke musalman to makkah madinah ke liye sochte hain, to india ke liye kaise sochenge?</w:t>
      </w:r>
    </w:p>
    <w:p>
      <w:pPr>
        <w:jc w:val="right"/>
      </w:pPr>
      <w:r>
        <w:t>تو وہاں پر ایک مسلمانوں کے خلاف ایک صاحب بول رہے تھے، انہوں نے کہا کہ مسلمان تو مکہ مدینہ کے لیے سوچتے ہیں، تو انڈیا کے لیے کیسے سوچیں گے؟</w:t>
      </w:r>
    </w:p>
    <w:p>
      <w:r>
        <w:rPr>
          <w:b/>
        </w:rPr>
        <w:t xml:space="preserve">[34:42] </w:t>
      </w:r>
      <w:r>
        <w:t>makkah madinah sochenge, india ke liye nahin sochenge. yeh tha ke musalman wafadaar nahin hota. dilip pargaho kar ne is ka jawab bahut achha diya, bahut achha.</w:t>
      </w:r>
    </w:p>
    <w:p>
      <w:pPr>
        <w:jc w:val="right"/>
      </w:pPr>
      <w:r>
        <w:t>مکہ مدینہ سوچیں گے، انڈیا کے لیے نہیں سوچیں گے۔ یہ تھا کہ مسلمان وفادار نہیں ہوتا۔ دلیپ پردگاہوکر نے اس کا جواب بہت اچھا دیا، بہت اچھا۔</w:t>
      </w:r>
    </w:p>
    <w:p>
      <w:r>
        <w:rPr>
          <w:b/>
        </w:rPr>
        <w:t xml:space="preserve">[34:57] </w:t>
      </w:r>
      <w:r>
        <w:t>English, English zahir hai ke bahut achhi bolta tha, woh English mein bola tha. to us ne kaha ke aap,</w:t>
      </w:r>
    </w:p>
    <w:p>
      <w:pPr>
        <w:jc w:val="right"/>
      </w:pPr>
      <w:r>
        <w:t>انگلش، انگلش ظاہر ہے کہ بہت اچھی بولتا تھا، وہ انگلش میں بولا تھا۔ تو اس نے کہا کہ آپ،</w:t>
      </w:r>
    </w:p>
    <w:p>
      <w:r>
        <w:rPr>
          <w:b/>
        </w:rPr>
        <w:t xml:space="preserve">[35:07] </w:t>
      </w:r>
      <w:r>
        <w:t>aap jo hai insaan ke mind ko understand kar rahe hain,</w:t>
      </w:r>
    </w:p>
    <w:p>
      <w:pPr>
        <w:jc w:val="right"/>
      </w:pPr>
      <w:r>
        <w:t>آپ جو ہے انسان کے مائنڈ کو انڈرسٹڈ کر رہے ہیں،</w:t>
      </w:r>
    </w:p>
    <w:p>
      <w:r>
        <w:rPr>
          <w:b/>
        </w:rPr>
        <w:t xml:space="preserve">[35:15] </w:t>
      </w:r>
      <w:r>
        <w:t>insaan ke mind ko understand kar rahe hain. to us ne ek ek British philosopher ko quote kiya tha, ek British British philosopher ko.</w:t>
      </w:r>
    </w:p>
    <w:p>
      <w:pPr>
        <w:jc w:val="right"/>
      </w:pPr>
      <w:r>
        <w:t>انسان کے مائنڈ کو انڈرسٹڈ کر رہے ہیں۔ تو اس نے ایک ایک برٹش فلاسفر کو کوٹ کیا تھا، ایک برٹش برٹش فلاسفر کو۔</w:t>
      </w:r>
    </w:p>
    <w:p>
      <w:r>
        <w:rPr>
          <w:b/>
        </w:rPr>
        <w:t xml:space="preserve">[35:28] </w:t>
      </w:r>
      <w:r>
        <w:t>kisi ko naam yaad hai? kisi ko? hain white whitman? haan, mujhe yaad nahin hai.</w:t>
      </w:r>
    </w:p>
    <w:p>
      <w:pPr>
        <w:jc w:val="right"/>
      </w:pPr>
      <w:r>
        <w:t>کسی کو نام یاد ہے؟ کسی کو؟ ہیں وائٹ وٹمین؟ ہاں، مجھے یاد نہیں ہے۔</w:t>
      </w:r>
    </w:p>
    <w:p>
      <w:r>
        <w:rPr>
          <w:b/>
        </w:rPr>
        <w:t xml:space="preserve">[35:37] </w:t>
      </w:r>
      <w:r>
        <w:t>white whitman? shah ji? haan, shah ji yaad hua. to us ne kaha tha ke us ne likha hai ke British philosopher ne is ka jawab deti hui hai ke yeh is ka wafadaar hai, to is ka wafadaar nahin.</w:t>
      </w:r>
    </w:p>
    <w:p>
      <w:pPr>
        <w:jc w:val="right"/>
      </w:pPr>
      <w:r>
        <w:t>وائٹ وٹمین؟ شاہ جی؟ ہاں، شاہ جی یاد ہوا۔ تو اس نے کہا تھا کہ اس نے لکھا ہے کہ برٹش فلاسفر نے اس کا جواب دیتی ہوئی ہے کہ یہ اس کا وفادار ہے، تو اس کا وفادار نہیں۔</w:t>
      </w:r>
    </w:p>
    <w:p>
      <w:r>
        <w:rPr>
          <w:b/>
        </w:rPr>
        <w:t xml:space="preserve">[35:54] </w:t>
      </w:r>
      <w:r>
        <w:t>yeh sab aap understand kar rahe hain insaan ke mind ko. to is pe us ne likha tha ke "I am, I am large enough to contain all these contributions.</w:t>
      </w:r>
    </w:p>
    <w:p>
      <w:pPr>
        <w:jc w:val="right"/>
      </w:pPr>
      <w:r>
        <w:t>یہ سب آپ انڈرسٹڈ کر رہے ہیں انسان کے مائنڈ کو۔ تو اس پہ اس نے لکھا تھا کہ "آئی ایم، آئی ایم لارج انف ٹو کنٹین ال دیز کنٹریشنز۔</w:t>
      </w:r>
    </w:p>
    <w:p>
      <w:r>
        <w:rPr>
          <w:b/>
        </w:rPr>
        <w:t xml:space="preserve">[36:10] </w:t>
      </w:r>
      <w:r>
        <w:t>I am large enough to contain all these contributions." to yeh soch bahut chhoti soch hain, badi soch nahin hai.</w:t>
      </w:r>
    </w:p>
    <w:p>
      <w:pPr>
        <w:jc w:val="right"/>
      </w:pPr>
      <w:r>
        <w:t>آئی ایم لارج انف ٹو کنٹین ال دیز کنٹریشنز۔" تو یہ سوچ بہت چھوٹی سوچیں ہیں، بڑی سوچ نہیں ہے۔</w:t>
      </w:r>
    </w:p>
    <w:p>
      <w:r>
        <w:rPr>
          <w:b/>
        </w:rPr>
        <w:t xml:space="preserve">[36:25] </w:t>
      </w:r>
      <w:r>
        <w:t>Maulana, Sajid Anwar sahib ne Mumbai se likha hai: "Maulana, from today's talk, Maulana, today's talk was a very thought provoking one.</w:t>
      </w:r>
    </w:p>
    <w:p>
      <w:pPr>
        <w:jc w:val="right"/>
      </w:pPr>
      <w:r>
        <w:t>مولانا، ساجد انور صاحب نے ممبئی سے لکھا ہے: "مولانا، فرام ٹوڈے ٹاک، مولانا، ٹوڈے ٹاک واز ا ویری تھاٹ پرووکنگ ون۔</w:t>
      </w:r>
    </w:p>
    <w:p>
      <w:r>
        <w:rPr>
          <w:b/>
        </w:rPr>
        <w:t xml:space="preserve">[36:39] </w:t>
      </w:r>
      <w:r>
        <w:t>My take away from today's lecture is to orient my thinking towards life after death and have patience in the losses faced in this life." Jazak Allah Maulana.</w:t>
      </w:r>
    </w:p>
    <w:p>
      <w:pPr>
        <w:jc w:val="right"/>
      </w:pPr>
      <w:r>
        <w:t>مائی ٹیک اوے فرام ٹوڈے لیکچر از ٹو اورینٹ مائی تھنکنگ ٹورڈز لائف افٹر ڈیتھ اینڈ ہیو پیشنس ان دی لاسز فیسڈ ان دس لائف۔" جزاک اللہ مولانا۔</w:t>
      </w:r>
    </w:p>
    <w:p>
      <w:r>
        <w:rPr>
          <w:b/>
        </w:rPr>
        <w:t xml:space="preserve">[36:54] </w:t>
      </w:r>
      <w:r>
        <w:t>Maulana Iqbal Umri ne Chennai se likha hai: "Not to react in life aur mission ke haq mein bahut, aur yeh mission ke haq mein bahut zaroori hai." Jazak Allah Maulana.</w:t>
      </w:r>
    </w:p>
    <w:p>
      <w:pPr>
        <w:jc w:val="right"/>
      </w:pPr>
      <w:r>
        <w:t>مولانا اقبال عمری نے چنئی سے لکھا ہے: "ناٹ ٹو ری ایکٹ ان لائف اور مشن کے حق میں بہت، اور یہ مشن کے حق میں بہت ضروری ہے۔" جزاک اللہ مولانا۔</w:t>
      </w:r>
    </w:p>
    <w:p>
      <w:r>
        <w:rPr>
          <w:b/>
        </w:rPr>
        <w:t xml:space="preserve">[37:13] </w:t>
      </w:r>
      <w:r>
        <w:t>yeh sawal aaya hai shaistha ramzan ka pakistan se.</w:t>
      </w:r>
    </w:p>
    <w:p>
      <w:pPr>
        <w:jc w:val="right"/>
      </w:pPr>
      <w:r>
        <w:t>یہ سوال آیا ہے شائستہ رمضان کا پاکستان سے۔</w:t>
      </w:r>
    </w:p>
    <w:p>
      <w:r>
        <w:rPr>
          <w:b/>
        </w:rPr>
        <w:t xml:space="preserve">[37:18] </w:t>
      </w:r>
      <w:r>
        <w:t>unhon ne likha hai:</w:t>
      </w:r>
    </w:p>
    <w:p>
      <w:pPr>
        <w:jc w:val="right"/>
      </w:pPr>
      <w:r>
        <w:t>انہوں نے لکھا ہے:</w:t>
      </w:r>
    </w:p>
    <w:p>
      <w:r>
        <w:rPr>
          <w:b/>
        </w:rPr>
        <w:t xml:space="preserve">[37:20] </w:t>
      </w:r>
      <w:r>
        <w:t>"Maulana Sahib, can we speak at the time</w:t>
      </w:r>
    </w:p>
    <w:p>
      <w:pPr>
        <w:jc w:val="right"/>
      </w:pPr>
      <w:r>
        <w:t>"مولانا صاحب، کین وی سپیک ایٹ دا ٹائم</w:t>
      </w:r>
    </w:p>
    <w:p>
      <w:r>
        <w:rPr>
          <w:b/>
        </w:rPr>
        <w:t xml:space="preserve">[37:26] </w:t>
      </w:r>
      <w:r>
        <w:t>"When things are against our goals in protest?"</w:t>
      </w:r>
    </w:p>
    <w:p>
      <w:pPr>
        <w:jc w:val="right"/>
      </w:pPr>
      <w:r>
        <w:t>وین تھنگز آر اگینسٹ اور گولز ان پروٹیسٹ؟"</w:t>
      </w:r>
    </w:p>
    <w:p>
      <w:r>
        <w:rPr>
          <w:b/>
        </w:rPr>
        <w:t xml:space="preserve">[37:31] </w:t>
      </w:r>
      <w:r>
        <w:t>I mean to say sometimes people do not spare us or give us proper environment which is</w:t>
      </w:r>
    </w:p>
    <w:p>
      <w:pPr>
        <w:jc w:val="right"/>
      </w:pPr>
      <w:r>
        <w:t>آئی مین ٹو سے سم ٹائمز پیپل ڈو ناٹ سپیئر اس اور گیو اس پراپر انوائرمنٹ وچ از</w:t>
      </w:r>
    </w:p>
    <w:p>
      <w:r>
        <w:rPr>
          <w:b/>
        </w:rPr>
        <w:t xml:space="preserve">[37:38] </w:t>
      </w:r>
      <w:r>
        <w:t>necessary to achieve our goals, like further studies and gain gaining of knowledge.</w:t>
      </w:r>
    </w:p>
    <w:p>
      <w:pPr>
        <w:jc w:val="right"/>
      </w:pPr>
      <w:r>
        <w:t>نیسیسری ٹو اچیو اور گولز، لائک فردر سٹڈیز اینڈ گین گیننگ اف نالج۔</w:t>
      </w:r>
    </w:p>
    <w:p>
      <w:r>
        <w:rPr>
          <w:b/>
        </w:rPr>
        <w:t xml:space="preserve">[37:45] </w:t>
      </w:r>
      <w:r>
        <w:t>can a person do protest on an individual level? kaha jis ko woh ke kai baar aisa hota hai ke jo ek insaan ka goal hota hai, us goal ko poora karne mein hurdles aa jaati hain kyunke kai log hurdles create kar dete hain.</w:t>
      </w:r>
    </w:p>
    <w:p>
      <w:pPr>
        <w:jc w:val="right"/>
      </w:pPr>
      <w:r>
        <w:t>کین ا پرسن ڈو پروٹیسٹ ان اینڈ انڈیویجول لیول؟ کہا جس کو وہ کہ کئی بار ایسا ہوتا ہے کہ جو ایک انسان کا گول ہوتا ہے، اس گول کو پورا کرنے میں ہرڈلز آ جاتی ہیں کیونکہ کئی لوگ ہرڈلز کریٹ کر دیتے ہیں۔</w:t>
      </w:r>
    </w:p>
    <w:p>
      <w:r>
        <w:rPr>
          <w:b/>
        </w:rPr>
        <w:t xml:space="preserve">[38:03] </w:t>
      </w:r>
      <w:r>
        <w:t>unhon ne example diya hai ke jaise agar further studies karni hai ya knowledge gain karni hai aur koi rukawat ban raha hai, to aisi situation mein kya individual level pe protest karna theek hai ya nahin?</w:t>
      </w:r>
    </w:p>
    <w:p>
      <w:pPr>
        <w:jc w:val="right"/>
      </w:pPr>
      <w:r>
        <w:t>انہوں نے ایگزیمپل دیا ہے کہ جیسے اگر فردر سٹڈیز کرنی ہے یا نالج گین کرنی ہے اور کوئی رکاوٹ بن رہا ہے، تو ایسی سچویشن میں کیا انڈیویجول لیول پہ پروٹیسٹ کرنا ٹھیک ہے یا نہیں؟</w:t>
      </w:r>
    </w:p>
    <w:p>
      <w:r>
        <w:rPr>
          <w:b/>
        </w:rPr>
        <w:t xml:space="preserve">[38:19] </w:t>
      </w:r>
      <w:r>
        <w:t>humm, dekhiye, is sawal ka jawab aap rasool Allah ki zindagi mein talash kijiye. Musalman yeh to khoob kehte hain ke rasool Allah ka mukammal namoona hai, mukammal uswa hai,</w:t>
      </w:r>
    </w:p>
    <w:p>
      <w:pPr>
        <w:jc w:val="right"/>
      </w:pPr>
      <w:r>
        <w:t>ہمم، دیکھیے، اس سوال کا جواب آپ رسول اللہ کی زندگی میں تلاش کیجئے۔ مسلمان یہ تو خوب کہتے ہیں کہ رسول اللہ کا مکمل نمونہ ہے، مکمل اسوہ ہے،</w:t>
      </w:r>
    </w:p>
    <w:p>
      <w:r>
        <w:rPr>
          <w:b/>
        </w:rPr>
        <w:t xml:space="preserve">[38:35] </w:t>
      </w:r>
      <w:r>
        <w:t>lekin bas kehne ke liye dhoondh lete hain, dhoondhte nahi ke</w:t>
      </w:r>
    </w:p>
    <w:p>
      <w:pPr>
        <w:jc w:val="right"/>
      </w:pPr>
      <w:r>
        <w:t>لیکن بس کہنے کے لیے ڈھونڈ لیتے ہیں، ڈھونڈتے نہیں کہ</w:t>
      </w:r>
    </w:p>
    <w:p>
      <w:r>
        <w:rPr>
          <w:b/>
        </w:rPr>
        <w:t xml:space="preserve">[38:43] </w:t>
      </w:r>
      <w:r>
        <w:t>mukammal namoona kya hai, bas daawa karte hain kaafi dafa parhne ke liye. To dekhiye, rasool Allah jab makka mein kaam shuru kiya aap ne to wahan ek bohat hi zyada provocative system maujood tha,</w:t>
      </w:r>
    </w:p>
    <w:p>
      <w:pPr>
        <w:jc w:val="right"/>
      </w:pPr>
      <w:r>
        <w:t>مکمل نمونہ کیا ہے، بس دعویٰ کرتے ہیں کافی دفعہ پڑھنے کے لیے۔ تو دیکھیے، رسول اللہ جب مکہ میں کام شروع کیا آپ نے تو وہاں ایک بہت ہی زیادہ پرووکٹیو سسٹم موجود تھا،</w:t>
      </w:r>
    </w:p>
    <w:p>
      <w:r>
        <w:rPr>
          <w:b/>
        </w:rPr>
        <w:t xml:space="preserve">[39:05] </w:t>
      </w:r>
      <w:r>
        <w:t>bohat zyada provocative system. Woh yeh hai ke Hazrat Ibrahim jo paighambar the, unhone kaba banaya tha.</w:t>
      </w:r>
    </w:p>
    <w:p>
      <w:pPr>
        <w:jc w:val="right"/>
      </w:pPr>
      <w:r>
        <w:t>بہت زیادہ پرووکٹیو سسٹم۔ وہ یہ ہے کہ حضرت ابراہیم جو پیغمبر تھے، انہوں نے کعبہ بنایا تھا۔</w:t>
      </w:r>
    </w:p>
    <w:p>
      <w:r>
        <w:rPr>
          <w:b/>
        </w:rPr>
        <w:t xml:space="preserve">[39:15] </w:t>
      </w:r>
      <w:r>
        <w:t>Do do paighambaron ne mil kar ab paighambar ka banaya hua woh kaba muqaddas ibadatgah tha, lekin makka ke logon ne wahan but rakh diya,</w:t>
      </w:r>
    </w:p>
    <w:p>
      <w:pPr>
        <w:jc w:val="right"/>
      </w:pPr>
      <w:r>
        <w:t>دو دو پیغمبروں نے مل کر اب پیغمبر کا بنایا ہوا وہ کعبہ مقدس عبادت گاہ تھا، لیکن مکہ کے لوگوں نے وہاں بت رکھ دیا،</w:t>
      </w:r>
    </w:p>
    <w:p>
      <w:r>
        <w:rPr>
          <w:b/>
        </w:rPr>
        <w:t xml:space="preserve">[39:29] </w:t>
      </w:r>
      <w:r>
        <w:t>bohat sainkaron but. To is se zyada provocative sina aur kya ho sakta tha? Lekin aap rasool Allah ki seerat ko parhein, aap kabhi bhi aap usay provoke nahi hue, kabhi bhi aap ne protest nahi hue, kabhi aap ne wahan par shor nahi kiya ke yeh kya hai?</w:t>
      </w:r>
    </w:p>
    <w:p>
      <w:pPr>
        <w:jc w:val="right"/>
      </w:pPr>
      <w:r>
        <w:t>بہت سینکڑوں بت۔ تو اس سے زیادہ پرووکٹیو سینہ اور کیا ہو سکتا تھا؟ لیکن آپ رسول اللہ کی سیرت کو پڑھیں، آپ کبھی بھی آپ اسے پرووک نہیں ہوئے، کبھی بھی آپ نے پروٹیسٹ نہیں ہوئے، کبھی آپ نے وہاں پر شور نہیں کیا کہ یہ کیا ہے؟</w:t>
      </w:r>
    </w:p>
    <w:p>
      <w:r>
        <w:rPr>
          <w:b/>
        </w:rPr>
        <w:t xml:space="preserve">[39:51] </w:t>
      </w:r>
      <w:r>
        <w:t>Hatao yahan se bonton ko!</w:t>
      </w:r>
    </w:p>
    <w:p>
      <w:pPr>
        <w:jc w:val="right"/>
      </w:pPr>
      <w:r>
        <w:t>ہٹاؤ یہاں سے بتوں کو!</w:t>
      </w:r>
    </w:p>
    <w:p>
      <w:r>
        <w:rPr>
          <w:b/>
        </w:rPr>
        <w:t xml:space="preserve">[39:54] </w:t>
      </w:r>
      <w:r>
        <w:t>Aap bilkul khamoshi ke sath is ko</w:t>
      </w:r>
    </w:p>
    <w:p>
      <w:pPr>
        <w:jc w:val="right"/>
      </w:pPr>
      <w:r>
        <w:t>آپ بالکل خاموشی کے ساتھ اس کو</w:t>
      </w:r>
    </w:p>
    <w:p>
      <w:r>
        <w:rPr>
          <w:b/>
        </w:rPr>
        <w:t xml:space="preserve">[39:59] </w:t>
      </w:r>
      <w:r>
        <w:t>ignore karte rahe. To aap yeh lafz hi ko bolte hain protest. Woh to rasool Allah ki sunnat mein hai hi nahi.</w:t>
      </w:r>
    </w:p>
    <w:p>
      <w:pPr>
        <w:jc w:val="right"/>
      </w:pPr>
      <w:r>
        <w:t>اگنور کرتے رہے۔ تو آپ یہ لفظ ہی کو بولتے ہیں پروٹیسٹ۔ وہ تو رسول اللہ کی سنت میں ہے ہی نہیں۔</w:t>
      </w:r>
    </w:p>
    <w:p>
      <w:r>
        <w:rPr>
          <w:b/>
        </w:rPr>
        <w:t xml:space="preserve">[40:13] </w:t>
      </w:r>
      <w:r>
        <w:t>Protest karna rasool Allah ki sunnat mein hai hi nahi, majboori nahi hai.</w:t>
      </w:r>
    </w:p>
    <w:p>
      <w:pPr>
        <w:jc w:val="right"/>
      </w:pPr>
      <w:r>
        <w:t>پروٹیسٹ کرنا رسول اللہ کی سنت میں ہے ہی نہیں، مجبوری نہیں ہے۔</w:t>
      </w:r>
    </w:p>
    <w:p>
      <w:r>
        <w:rPr>
          <w:b/>
        </w:rPr>
        <w:t xml:space="preserve">[40:23] </w:t>
      </w:r>
      <w:r>
        <w:t>apna</w:t>
      </w:r>
    </w:p>
    <w:p>
      <w:pPr>
        <w:jc w:val="right"/>
      </w:pPr>
      <w:r>
        <w:t>اپنا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