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Quran A Book of Universal Guidance 31 May, 2009 Maulana Wahiduddin Khan</w:t>
      </w:r>
    </w:p>
    <w:p>
      <w:r>
        <w:t>https://www.youtube.com/watch?v=hFzdEtG7v1E</w:t>
      </w:r>
    </w:p>
    <w:p>
      <w:r>
        <w:rPr>
          <w:b/>
        </w:rPr>
        <w:t xml:space="preserve">[00:14] </w:t>
      </w:r>
      <w:r>
        <w:t>Bismillah Rehman-e-Rahim, wa salli Allahu ala nabiyyil karim. Rabb ishrah li sadri, wa yassir li amri,</w:t>
      </w:r>
    </w:p>
    <w:p>
      <w:pPr>
        <w:jc w:val="right"/>
      </w:pPr>
      <w:r>
        <w:t>بسم اللہ الرحمن الرحیم، وصلی اللہ علی النبی الکریم۔ رب اشرح لی صدری، ویسر لی امری،</w:t>
      </w:r>
    </w:p>
    <w:p>
      <w:r>
        <w:rPr>
          <w:b/>
        </w:rPr>
        <w:t xml:space="preserve">[00:28] </w:t>
      </w:r>
      <w:r>
        <w:t>wah-lul uqdatan min lisani, yafqahu qawli.</w:t>
      </w:r>
    </w:p>
    <w:p>
      <w:pPr>
        <w:jc w:val="right"/>
      </w:pPr>
      <w:r>
        <w:t>واحل العقدۃ من لسانی، یفقہ قولی۔</w:t>
      </w:r>
    </w:p>
    <w:p>
      <w:r>
        <w:rPr>
          <w:b/>
        </w:rPr>
        <w:t xml:space="preserve">[00:37] </w:t>
      </w:r>
      <w:r>
        <w:t>Aaj ka jo topic hai woh hai Quran: A Book of Universal Guidance.</w:t>
      </w:r>
    </w:p>
    <w:p>
      <w:pPr>
        <w:jc w:val="right"/>
      </w:pPr>
      <w:r>
        <w:t>آج کا جو ٹاپک ہے وہ ہے قرآن: ا بک آف یونیورسل گائیڈنس۔</w:t>
      </w:r>
    </w:p>
    <w:p>
      <w:r>
        <w:rPr>
          <w:b/>
        </w:rPr>
        <w:t xml:space="preserve">[00:54] </w:t>
      </w:r>
      <w:r>
        <w:t>Main samajhta hoon ke is zamane mein musalmanon ke jitne problem hain, woh sab ka sab in sab ki jar yeh hai ke Quran ko unhone as a book of guidance chhod diya hai.</w:t>
      </w:r>
    </w:p>
    <w:p>
      <w:pPr>
        <w:jc w:val="right"/>
      </w:pPr>
      <w:r>
        <w:t>میں سمجھتا ہوں کہ اس زمانے میں مسلمانوں کے جتنے پرابلم ہیں، وہ سب کا سب ان سب کی جڑ یہی ہے کہ قرآن کو انہوں نے ایز اے بک آف گائیڈنس چھوڑ دیا ہے۔</w:t>
      </w:r>
    </w:p>
    <w:p>
      <w:r>
        <w:rPr>
          <w:b/>
        </w:rPr>
        <w:t xml:space="preserve">[01:17] </w:t>
      </w:r>
      <w:r>
        <w:t>Ek word mein agar main kahoon to woh yeh hai ke aaj ke musalmanon ke liye, yani mister aur molvi dono ke liye, Quran national pride ban gaya hai.</w:t>
      </w:r>
    </w:p>
    <w:p>
      <w:pPr>
        <w:jc w:val="right"/>
      </w:pPr>
      <w:r>
        <w:t>ایک ورڈ میں اگر میں کہوں تو وہ یہ ہے کہ آج کے مسلمانوں کے لیے، یعنی مسٹر اور مولوی دونوں کے لیے، قرآن نیشنل پرائیڈ بن گیا ہے۔</w:t>
      </w:r>
    </w:p>
    <w:p>
      <w:r>
        <w:rPr>
          <w:b/>
        </w:rPr>
        <w:t xml:space="preserve">[01:35] </w:t>
      </w:r>
      <w:r>
        <w:t>Woh unke liye universal message nahi raha hai.</w:t>
      </w:r>
    </w:p>
    <w:p>
      <w:pPr>
        <w:jc w:val="right"/>
      </w:pPr>
      <w:r>
        <w:t>وہ ان کے لیے یونیورسل میسج نہیں رہا ہے۔</w:t>
      </w:r>
    </w:p>
    <w:p>
      <w:r>
        <w:rPr>
          <w:b/>
        </w:rPr>
        <w:t xml:space="preserve">[01:41] </w:t>
      </w:r>
      <w:r>
        <w:t>Isi liye aap dekhiye ke jagah jagah lad jaate hain musalman. Abhi Greece mein hua ke agar koi touch kar de Quran ko to us se ladne ke liye tayyar.</w:t>
      </w:r>
    </w:p>
    <w:p>
      <w:pPr>
        <w:jc w:val="right"/>
      </w:pPr>
      <w:r>
        <w:t>اسی لیے آپ دیکھیے کہ جگہ جگہ لڑ جاتے ہیں مسلمان۔ ابھی گریس میں ہوا کہ اگر کوئی ٹچ کر دے قرآن کو تو اس سے لڑنے کے لیے تیار۔</w:t>
      </w:r>
    </w:p>
    <w:p>
      <w:r>
        <w:rPr>
          <w:b/>
        </w:rPr>
        <w:t xml:space="preserve">[01:52] </w:t>
      </w:r>
      <w:r>
        <w:t>Yeh kya hai? Isi liye hai ke musalmanon ne Quran ko ek national pride, qaumi fakhar bana liya hai.</w:t>
      </w:r>
    </w:p>
    <w:p>
      <w:pPr>
        <w:jc w:val="right"/>
      </w:pPr>
      <w:r>
        <w:t>یہ کیا ہے؟ اسی لیے ہے کہ مسلمانوں نے قرآن کو ایک نیشنل پرائیڈ، قومی فخر بنا لیا ہے۔</w:t>
      </w:r>
    </w:p>
    <w:p>
      <w:r>
        <w:rPr>
          <w:b/>
        </w:rPr>
        <w:t xml:space="preserve">[02:04] </w:t>
      </w:r>
      <w:r>
        <w:t>Is ko universal message ke taur par nahi liya. Dekhiye dono mein farq kya hai?</w:t>
      </w:r>
    </w:p>
    <w:p>
      <w:pPr>
        <w:jc w:val="right"/>
      </w:pPr>
      <w:r>
        <w:t>اس کو یونیورسل میسج کے طور پر نہیں لیا۔ دیکھیے دونوں میں فرق کیا ہے؟</w:t>
      </w:r>
    </w:p>
    <w:p>
      <w:r>
        <w:rPr>
          <w:b/>
        </w:rPr>
        <w:t xml:space="preserve">[02:13] </w:t>
      </w:r>
      <w:r>
        <w:t>National pride jo hai, woh aap ke andar superiority complex lata hai. Doosron ko aap inferior samajhte hain, apne ko superior.</w:t>
      </w:r>
    </w:p>
    <w:p>
      <w:pPr>
        <w:jc w:val="right"/>
      </w:pPr>
      <w:r>
        <w:t>نیشنل پرائیڈ جو ہے، وہ آپ کے اندر سپیریٹی کمپلیکس لاتا ہے۔ دوسروں کو آپ انفیریئر سمجھتے ہیں، اپنے کو سپیریئر۔</w:t>
      </w:r>
    </w:p>
    <w:p>
      <w:r>
        <w:rPr>
          <w:b/>
        </w:rPr>
        <w:t xml:space="preserve">[02:28] </w:t>
      </w:r>
      <w:r>
        <w:t>is se we and they ka concept paida hota hai. doosron ke liye aap ke dil mein lo nahi hota, hate hota hai.</w:t>
      </w:r>
    </w:p>
    <w:p>
      <w:pPr>
        <w:jc w:val="right"/>
      </w:pPr>
      <w:r>
        <w:t>اس سے وی اینڈ دے کا کانسیپٹ پیدا ہوتا ہے۔ دوسروں کے لیے آپ کے دل میں لو نہیں ہوتا، ہیٹ ہوتا ہے۔</w:t>
      </w:r>
    </w:p>
    <w:p>
      <w:r>
        <w:rPr>
          <w:b/>
        </w:rPr>
        <w:t xml:space="preserve">[02:41] </w:t>
      </w:r>
      <w:r>
        <w:t>aap har waqt larnay ke liye tayyar rehte hain.</w:t>
      </w:r>
    </w:p>
    <w:p>
      <w:pPr>
        <w:jc w:val="right"/>
      </w:pPr>
      <w:r>
        <w:t>آپ ہر وقت لڑنے کے لیے تیار رہتے ہیں۔</w:t>
      </w:r>
    </w:p>
    <w:p>
      <w:r>
        <w:rPr>
          <w:b/>
        </w:rPr>
        <w:t xml:space="preserve">[02:47] </w:t>
      </w:r>
      <w:r>
        <w:t>emotional ban jate hain. introspection khatam ho jata hai. where there is pride, there is no introspection, no reassessment, no revision,</w:t>
      </w:r>
    </w:p>
    <w:p>
      <w:pPr>
        <w:jc w:val="right"/>
      </w:pPr>
      <w:r>
        <w:t>ایموشنل بن جاتے ہیں۔ انٹراسپیکشن ختم ہو جاتا ہے۔ ویر دیر از پرائیڈ، دیر از نو انٹراسپیکشن، نو ری اسیسمنٹ، نو ریویژن،</w:t>
      </w:r>
    </w:p>
    <w:p>
      <w:r>
        <w:rPr>
          <w:b/>
        </w:rPr>
        <w:t xml:space="preserve">[03:01] </w:t>
      </w:r>
      <w:r>
        <w:t>no majesty. to sab se jarr bari hai jo sari dunya mein, arab aur non arab dono jagah, quran ko unhon ne bana diya hai qoumi fakhr.</w:t>
      </w:r>
    </w:p>
    <w:p>
      <w:pPr>
        <w:jc w:val="right"/>
      </w:pPr>
      <w:r>
        <w:t>نو ماجسٹی۔ تو سب سے جڑ بڑی ہے جو ساری دنیا میں، عرب اور نان عرب دونوں جگہ، قرآن کو انہوں نے بنا دیا ہے قومی فخر۔</w:t>
      </w:r>
    </w:p>
    <w:p>
      <w:r>
        <w:rPr>
          <w:b/>
        </w:rPr>
        <w:t xml:space="preserve">[03:14] </w:t>
      </w:r>
      <w:r>
        <w:t>sab se afzal kitab, sab se oonchi kitab, sab se zyada mukammal kitab waghera. national pride to aik gunah hai.</w:t>
      </w:r>
    </w:p>
    <w:p>
      <w:pPr>
        <w:jc w:val="right"/>
      </w:pPr>
      <w:r>
        <w:t>سب سے افضل کتاب، سب سے اونچی کتاب، سب سے زیادہ مکمل کتاب وغیرہ۔ نیشنل پرائیڈ تو ایک گناہ ہے۔</w:t>
      </w:r>
    </w:p>
    <w:p>
      <w:r>
        <w:rPr>
          <w:b/>
        </w:rPr>
        <w:t xml:space="preserve">[03:24] </w:t>
      </w:r>
      <w:r>
        <w:t>yeh koi value, islamic value nahi hai. sahi baat yeh hai ke aap quran ko universal message samjhen.</w:t>
      </w:r>
    </w:p>
    <w:p>
      <w:pPr>
        <w:jc w:val="right"/>
      </w:pPr>
      <w:r>
        <w:t>یہ کوئی ویلیو، اسلامک ویلیو نہیں ہے۔ صحیح بات یہ ہے کہ آپ قرآن کو یونیورسل میسج سمجھیں۔</w:t>
      </w:r>
    </w:p>
    <w:p>
      <w:r>
        <w:rPr>
          <w:b/>
        </w:rPr>
        <w:t xml:space="preserve">[03:34] </w:t>
      </w:r>
      <w:r>
        <w:t>universal message. jab aap quran ko universal message samjhen to kya hoga? aap ke dil mein doosron ke liye khair khwahi aaye gi.</w:t>
      </w:r>
    </w:p>
    <w:p>
      <w:pPr>
        <w:jc w:val="right"/>
      </w:pPr>
      <w:r>
        <w:t>یونیورسل میسج۔ جب آپ قرآن کو یونیورسل میسج سمجھیں تو کیا ہوگا؟ آپ کے دل میں دوسروں کے لیے خیر خواہی آئے گی۔</w:t>
      </w:r>
    </w:p>
    <w:p>
      <w:r>
        <w:rPr>
          <w:b/>
        </w:rPr>
        <w:t xml:space="preserve">[03:45] </w:t>
      </w:r>
      <w:r>
        <w:t>kyun ke is ko aap ko doosron ko pahunchana hai. yaani customer friendly behaviour jo business ka hota hai, wahi aaye ga aap ke andar.</w:t>
      </w:r>
    </w:p>
    <w:p>
      <w:pPr>
        <w:jc w:val="right"/>
      </w:pPr>
      <w:r>
        <w:t>کیونکہ اس کو آپ کو دوسروں کو پہنچانا ہے۔ یعنی کسٹمر فرینڈلی بیہیویئر جو بزنس کا ہوتا ہے، وہی آئے گا آپ کے اندر۔</w:t>
      </w:r>
    </w:p>
    <w:p>
      <w:r>
        <w:rPr>
          <w:b/>
        </w:rPr>
        <w:t xml:space="preserve">[03:55] </w:t>
      </w:r>
      <w:r>
        <w:t>yaani insan friendly behaviour aaye ga. jaise aik businessman jo hai, woh apne customer se friendship qaim karta hai.</w:t>
      </w:r>
    </w:p>
    <w:p>
      <w:pPr>
        <w:jc w:val="right"/>
      </w:pPr>
      <w:r>
        <w:t>یعنی انسان فرینڈلی بیہیویئر آئے گا۔ جیسے ایک بزنس مین جو ہے، وہ اپنے کسٹمر سے فرینڈشپ قائم کرتا ہے۔</w:t>
      </w:r>
    </w:p>
    <w:p>
      <w:r>
        <w:rPr>
          <w:b/>
        </w:rPr>
        <w:t xml:space="preserve">[04:07] </w:t>
      </w:r>
      <w:r>
        <w:t>kyun ke use apni baat doosron tak pahunchana hai. apna product doosron ko dena hai. to jab aap ke andar yeh ho ke quran aik universal message hai, aur hamari duty hai ke use hum doosron tak pahunchayen,</w:t>
      </w:r>
    </w:p>
    <w:p>
      <w:pPr>
        <w:jc w:val="right"/>
      </w:pPr>
      <w:r>
        <w:t>کیونکہ اسے اپنی بات دوسروں تک پہنچانا ہے۔ اپنا پروڈکٹ دوسروں کو دینا ہے۔ تو جب آپ کے اندر یہ ہو کہ قرآن ایک یونیورسل میسج ہے، اور ہماری ڈیوٹی ہے کہ اسے ہم دوسروں تک پہنچائیں،</w:t>
      </w:r>
    </w:p>
    <w:p>
      <w:r>
        <w:rPr>
          <w:b/>
        </w:rPr>
        <w:t xml:space="preserve">[04:23] </w:t>
      </w:r>
      <w:r>
        <w:t>to aap ke andar insan friendly behaviour aaye ga, majesty aaye gi, introspection aaye gi. bar bar aap sochen ge ke hum kaise doosron ko convince karen?</w:t>
      </w:r>
    </w:p>
    <w:p>
      <w:pPr>
        <w:jc w:val="right"/>
      </w:pPr>
      <w:r>
        <w:t>تو آپ کے اندر انسان فرینڈلی بیہیویئر آئے گا، ماجسٹی آئے گی، انٹراسپیکشن آئے گا۔ بار بار آپ سوچیں گے کہ ہم کیسے دوسروں کو کنونس کریں؟</w:t>
      </w:r>
    </w:p>
    <w:p>
      <w:r>
        <w:rPr>
          <w:b/>
        </w:rPr>
        <w:t xml:space="preserve">[04:36] </w:t>
      </w:r>
      <w:r>
        <w:t>kis tarah se hum baat kahein ke doosron ka mind address ho? yeh sab aaye ga. jis tarah se aik businessman apne product ko hamesha attractive banata hai, acha banata hai,</w:t>
      </w:r>
    </w:p>
    <w:p>
      <w:pPr>
        <w:jc w:val="right"/>
      </w:pPr>
      <w:r>
        <w:t>کس طرح سے ہم بات کہیں کہ دوسروں کا مائنڈ ایڈریس ہو؟ یہ سب آئے گا۔ جس طرح سے ایک بزنس مین اپنے پروڈکٹ کو ہمیشہ اٹریکٹیو بناتا ہے، اچھا بناتا ہے،</w:t>
      </w:r>
    </w:p>
    <w:p>
      <w:r>
        <w:rPr>
          <w:b/>
        </w:rPr>
        <w:t xml:space="preserve">[04:50] </w:t>
      </w:r>
      <w:r>
        <w:t>taake customer jo hai, us ko le. to mission ka jo concept hai, mission, universal mission.</w:t>
      </w:r>
    </w:p>
    <w:p>
      <w:pPr>
        <w:jc w:val="right"/>
      </w:pPr>
      <w:r>
        <w:t>تاکہ کسٹمر جو ہے، اس کو لے۔ تو مشن کا جو کانسیپٹ ہے، مشن، یونیورسل مشن۔</w:t>
      </w:r>
    </w:p>
    <w:p>
      <w:r>
        <w:rPr>
          <w:b/>
        </w:rPr>
        <w:t xml:space="preserve">[05:00] </w:t>
      </w:r>
      <w:r>
        <w:t>quran aap ko universal mission deta hai. lekin yeh musalman bhool gaye. bas samajh gaye ke hamari yeh pride hai.</w:t>
      </w:r>
    </w:p>
    <w:p>
      <w:pPr>
        <w:jc w:val="right"/>
      </w:pPr>
      <w:r>
        <w:t>قرآن آپ کو یونیورسل مشن دیتا ہے۔ لیکن یہ مسلمان بھول گئے۔ بس سمجھ گئے کہ ہماری یہ پرائیڈ ہے۔</w:t>
      </w:r>
    </w:p>
    <w:p>
      <w:r>
        <w:rPr>
          <w:b/>
        </w:rPr>
        <w:t xml:space="preserve">[05:12] </w:t>
      </w:r>
      <w:r>
        <w:t>to sari negative value paida ho gayi musalmanon ke andar. aur sari positive value nikal gayi musalmanon se.</w:t>
      </w:r>
    </w:p>
    <w:p>
      <w:pPr>
        <w:jc w:val="right"/>
      </w:pPr>
      <w:r>
        <w:t>تو ساری نیگیٹیو ویلیو پیدا ہو گئی مسلمانوں کے اندر۔ اور ساری پازیٹیو ویلیو نکل گئی مسلمانوں سے۔</w:t>
      </w:r>
    </w:p>
    <w:p>
      <w:r>
        <w:rPr>
          <w:b/>
        </w:rPr>
        <w:t xml:space="preserve">[05:21] </w:t>
      </w:r>
      <w:r>
        <w:t>yeh yeh yeh jarr hai, jarr. mission jo hai, woh mission aap ko aafaqi banata hai.</w:t>
      </w:r>
    </w:p>
    <w:p>
      <w:pPr>
        <w:jc w:val="right"/>
      </w:pPr>
      <w:r>
        <w:t>یہ یہ یہ جڑ ہے، جڑ۔ مشن جو ہے، وہ مشن آپ کو آفاقی بناتا ہے۔</w:t>
      </w:r>
    </w:p>
    <w:p>
      <w:r>
        <w:rPr>
          <w:b/>
        </w:rPr>
        <w:t xml:space="preserve">[05:30] </w:t>
      </w:r>
      <w:r>
        <w:t>aap ko to universal outlook banata hai.</w:t>
      </w:r>
    </w:p>
    <w:p>
      <w:pPr>
        <w:jc w:val="right"/>
      </w:pPr>
      <w:r>
        <w:t>آپ کو تو یونیورسل آؤٹ لوک بناتا ہے۔</w:t>
      </w:r>
    </w:p>
    <w:p>
      <w:r>
        <w:rPr>
          <w:b/>
        </w:rPr>
        <w:t xml:space="preserve">[05:37] </w:t>
      </w:r>
      <w:r>
        <w:t>yeh jarr ki baat hai, jarr ki baat hai.</w:t>
      </w:r>
    </w:p>
    <w:p>
      <w:pPr>
        <w:jc w:val="right"/>
      </w:pPr>
      <w:r>
        <w:t>یہ جڑ کی بات ہے، جڑ کی بات ہے۔</w:t>
      </w:r>
    </w:p>
    <w:p>
      <w:r>
        <w:rPr>
          <w:b/>
        </w:rPr>
        <w:t xml:space="preserve">[05:45] </w:t>
      </w:r>
      <w:r>
        <w:t>dekhiye, aap shuru se chaliye. rasool Allah ne sahib, ashaab jo the aap ke, un ko khitab kiya tha hajj ul wida mein.</w:t>
      </w:r>
    </w:p>
    <w:p>
      <w:pPr>
        <w:jc w:val="right"/>
      </w:pPr>
      <w:r>
        <w:t>دیکھیے، آپ شروع سے چلیے۔ رسول اللہ نے صاحب، اصحاب جو تھے آپ کے، ان کو خطاب کیا تھا حج الوداع میں۔</w:t>
      </w:r>
    </w:p>
    <w:p>
      <w:r>
        <w:rPr>
          <w:b/>
        </w:rPr>
        <w:t xml:space="preserve">[05:58] </w:t>
      </w:r>
      <w:r>
        <w:t>yaani apne aakhri zamanay mein. to aap ne kaha tha kya? fal yuballigh al shahid al ghaib.</w:t>
      </w:r>
    </w:p>
    <w:p>
      <w:pPr>
        <w:jc w:val="right"/>
      </w:pPr>
      <w:r>
        <w:t>یعنی اپنے آخری زمانے میں۔ تو آپ نے کہا تھا کیا؟ فَلْيَبَلِّغِ الشَّاهِدُ الْغَائِبَ۔</w:t>
      </w:r>
    </w:p>
    <w:p>
      <w:r>
        <w:rPr>
          <w:b/>
        </w:rPr>
        <w:t xml:space="preserve">[06:10] </w:t>
      </w:r>
      <w:r>
        <w:t>yaani jo aaj yahan maujood hain, woh un ko pahuncha dein jo maujood nahi hain. yeh aik mission diya, mission aap ko diya aap rasool Allah ne.</w:t>
      </w:r>
    </w:p>
    <w:p>
      <w:pPr>
        <w:jc w:val="right"/>
      </w:pPr>
      <w:r>
        <w:t>یعنی جو آج یہاں موجود ہیں، وہ ان کو پہنچا دیں جو موجود نہیں ہیں۔ یہ ایک مشن دیا، مشن آپ کو دیا آپ رسول اللہ نے۔</w:t>
      </w:r>
    </w:p>
    <w:p>
      <w:r>
        <w:rPr>
          <w:b/>
        </w:rPr>
        <w:t xml:space="preserve">[06:24] </w:t>
      </w:r>
      <w:r>
        <w:t>to kya hua? kitabon mein aata hai ke jis ka ghoda jidhar tha, usi taraf woh rawana ho gaya. jo sawari jidhar khari thi, udhar hi chal pada.</w:t>
      </w:r>
    </w:p>
    <w:p>
      <w:pPr>
        <w:jc w:val="right"/>
      </w:pPr>
      <w:r>
        <w:t>تو کیا ہوا؟ کتابوں میں آتا ہے کہ جس کا گھوڑا جدھر تھا، اسی طرف وہ روانہ ہو گیا۔ جو سواری جدھر کھڑی تھی، اُدھر ہی چل پڑا۔</w:t>
      </w:r>
    </w:p>
    <w:p>
      <w:r>
        <w:rPr>
          <w:b/>
        </w:rPr>
        <w:t xml:space="preserve">[06:35] </w:t>
      </w:r>
      <w:r>
        <w:t>to sari dunya mein unhon ne phaila diya Khuda ke paigham ko. Asia aur Africa mein phailaya, Europe tak pahuncha diya.</w:t>
      </w:r>
    </w:p>
    <w:p>
      <w:pPr>
        <w:jc w:val="right"/>
      </w:pPr>
      <w:r>
        <w:t>تو ساری دنیا میں انہوں نے پھیلا دیا خدا کے پیغام کو۔ ایشیا اور افریقہ میں پھیلایا، یورپ تک پہنچا دیا۔</w:t>
      </w:r>
    </w:p>
    <w:p>
      <w:r>
        <w:rPr>
          <w:b/>
        </w:rPr>
        <w:t xml:space="preserve">[06:48] </w:t>
      </w:r>
      <w:r>
        <w:t>yeh thi missionary spirit. yeh thi missionary spirit. to rasool Allah ke zamanay mein, sahaba ke zamanay mein, tabeen ke zamanay mein, logon ke andar daawa spirit thi, daawa.</w:t>
      </w:r>
    </w:p>
    <w:p>
      <w:pPr>
        <w:jc w:val="right"/>
      </w:pPr>
      <w:r>
        <w:t>یہ تھی مشنری اسپرٹ۔ یہ تھی مشنری اسپرٹ۔ تو رسول اللہ کے زمانے میں، صحابہ کے زمانے میں، تابعین کے زمانے میں، لوگوں کے اندر دعویٰ اسپرٹ تھی، دعویٰ۔</w:t>
      </w:r>
    </w:p>
    <w:p>
      <w:r>
        <w:rPr>
          <w:b/>
        </w:rPr>
        <w:t xml:space="preserve">[07:03] </w:t>
      </w:r>
      <w:r>
        <w:t>is ke baad kya hua? hukoomat qaim ho gayi. hukoomat qaim ho gayi to khilafat ka tasawwur ubhra.</w:t>
      </w:r>
    </w:p>
    <w:p>
      <w:pPr>
        <w:jc w:val="right"/>
      </w:pPr>
      <w:r>
        <w:t>اس کے بعد کیا ہوا؟ حکومت قائم ہو گئی۔ حکومت قائم ہو گئی تو خلافت کا تصور ابھرا۔</w:t>
      </w:r>
    </w:p>
    <w:p>
      <w:r>
        <w:rPr>
          <w:b/>
        </w:rPr>
        <w:t xml:space="preserve">[07:12] </w:t>
      </w:r>
      <w:r>
        <w:t>nan khaleefatullah fi al-ard. hum zameen par Khuda ke khaleefa hain. hamein Khuda ke qanoon ko zameen par nafiz karna hai.</w:t>
      </w:r>
    </w:p>
    <w:p>
      <w:pPr>
        <w:jc w:val="right"/>
      </w:pPr>
      <w:r>
        <w:t>نان خلیفۃ اللہ فی الارض۔ ہم زمین پر خدا کے خلیفہ ہیں۔ ہمیں خدا کے قانون کو زمین پر نافذ کرنا ہے۔</w:t>
      </w:r>
    </w:p>
    <w:p>
      <w:r>
        <w:rPr>
          <w:b/>
        </w:rPr>
        <w:t xml:space="preserve">[07:22] </w:t>
      </w:r>
      <w:r>
        <w:t>yeheen se shuru hua ye pride ka concept. khilafat aayi to pride aaya. halankeh ye baseless tha.</w:t>
      </w:r>
    </w:p>
    <w:p>
      <w:pPr>
        <w:jc w:val="right"/>
      </w:pPr>
      <w:r>
        <w:t>یہیں سے شروع ہوا یہ پرائیڈ کا کانسیپٹ۔ خلافت آئی تو پرائیڈ آیا۔ حالانکہ یہ بیسلیس تھا۔</w:t>
      </w:r>
    </w:p>
    <w:p>
      <w:r>
        <w:rPr>
          <w:b/>
        </w:rPr>
        <w:t xml:space="preserve">[07:31] </w:t>
      </w:r>
      <w:r>
        <w:t>yani Imam Ibn Taymiyyah bohat baray scholar hain Islam mein. un ka fatwa hai keh ye kehna keh insan zameen par Khuda ka khaleefa hai, ye haram hai, haram.</w:t>
      </w:r>
    </w:p>
    <w:p>
      <w:pPr>
        <w:jc w:val="right"/>
      </w:pPr>
      <w:r>
        <w:t>یعنییمام ابن تیمیہ بہت بڑے سکالر ہیں اسلام میں۔ ان کا فتویٰ ہے کہ یہ کہنا کہ انسان زمین پر خدا کا خلیفہ ہے، یہ حرام ہے، حرام۔</w:t>
      </w:r>
    </w:p>
    <w:p>
      <w:r>
        <w:rPr>
          <w:b/>
        </w:rPr>
        <w:t xml:space="preserve">[07:43] </w:t>
      </w:r>
      <w:r>
        <w:t>lekin chal pada ye, aaj tak chal raha hai. keh hum zameen par Khuda ke khaleefa hain. achha, chounkeh successor, dekhiye khaleefa ka jo word hai, uska sahih translation hai successor,</w:t>
      </w:r>
    </w:p>
    <w:p>
      <w:pPr>
        <w:jc w:val="right"/>
      </w:pPr>
      <w:r>
        <w:t>لیکن چل پڑا یہ، آج تک چل رہا ہے۔ کہ ہم زمین پر خدا کے خلیفہ ہیں۔ اچھا، چونکہ سکسیسر، دیکھیے خلیفہ کا جو ورڈ ہے، اس کا صحیح ٹرانسلیشن ہے سکسیسر،</w:t>
      </w:r>
    </w:p>
    <w:p>
      <w:r>
        <w:rPr>
          <w:b/>
        </w:rPr>
        <w:t xml:space="preserve">[07:57] </w:t>
      </w:r>
      <w:r>
        <w:t>jansheen. to ye bari ajeeb si baat hai keh hum Khuda ke jansheen hon. jansheen to hota hai jo governor hai. to kya ek naya banaya gaya, vicegerent.</w:t>
      </w:r>
    </w:p>
    <w:p>
      <w:pPr>
        <w:jc w:val="right"/>
      </w:pPr>
      <w:r>
        <w:t>جانشین۔ تو یہ بڑی عجیب سی بات ہے کہ ہم خدا کے جانشین ہوں۔ جانشین تو ہوتا ہے جو گورنر ہے۔ تو کیا ایک نیا بنایا گیا، وائس جیرنٹ۔</w:t>
      </w:r>
    </w:p>
    <w:p>
      <w:r>
        <w:rPr>
          <w:b/>
        </w:rPr>
        <w:t xml:space="preserve">[08:09] </w:t>
      </w:r>
      <w:r>
        <w:t>hum Khuda ke vicegerent hain. halankeh khaleefa ke mani vicegerent ka hain nahin. ye to bid'at hai ye. ya lisani bid'at.</w:t>
      </w:r>
    </w:p>
    <w:p>
      <w:pPr>
        <w:jc w:val="right"/>
      </w:pPr>
      <w:r>
        <w:t>ہم خدا کے وائس جیرنٹ ہیں۔ حالانکہ خلیفہ کے معنی وائس جیرنٹ کا ہیں نہیں۔ یہ تو بدعت ہے یہ۔ یا لسانی بدعت۔</w:t>
      </w:r>
    </w:p>
    <w:p>
      <w:r>
        <w:rPr>
          <w:b/>
        </w:rPr>
        <w:t xml:space="preserve">[08:21] </w:t>
      </w:r>
      <w:r>
        <w:t>ya istilahi bid'at. khaleefa ke mani yaad rakhein successor ke hain. vicegerent ke hargiz nahin hain.</w:t>
      </w:r>
    </w:p>
    <w:p>
      <w:pPr>
        <w:jc w:val="right"/>
      </w:pPr>
      <w:r>
        <w:t>یا اصطلاحی بدعت۔ خلیفہ کے معنی یاد رکھیں سکسیسر کے ہیں۔ وائس جیرنٹ کے ہرگز نہیں ہیں۔</w:t>
      </w:r>
    </w:p>
    <w:p>
      <w:r>
        <w:rPr>
          <w:b/>
        </w:rPr>
        <w:t xml:space="preserve">[08:30] </w:t>
      </w:r>
      <w:r>
        <w:t>to pehle aaya khilafat ka concept. phir aaya mukammal Islam. achha, mukammal Islam ka nazariya jo bana, us zamane mein khaas taur par, printing press ke zamane mein.</w:t>
      </w:r>
    </w:p>
    <w:p>
      <w:pPr>
        <w:jc w:val="right"/>
      </w:pPr>
      <w:r>
        <w:t>تو پہلے آیا خلافت کا کانسیپٹ۔ پھر آیا مکمل اسلام۔ اچھا، مکمل اسلام کا نظریہ جو بنا، اس زمانے میں خاص طور پر، پرنٹنگ پریس کے زمانے میں۔</w:t>
      </w:r>
    </w:p>
    <w:p>
      <w:r>
        <w:rPr>
          <w:b/>
        </w:rPr>
        <w:t xml:space="preserve">[08:45] </w:t>
      </w:r>
      <w:r>
        <w:t>Arab mein bhi aur non-Arab mein bhi. to dekhiye jab aap Islam ko aap ye kahein keh mukammal qanoon hai woh, to aap kya karte hain?</w:t>
      </w:r>
    </w:p>
    <w:p>
      <w:pPr>
        <w:jc w:val="right"/>
      </w:pPr>
      <w:r>
        <w:t>عرب میں بھی اور نان عرب میں بھی۔ تو دیکھیے جب آپ اسلام کو آپ یہ کہیں کہ مکمل قانون ہے وہ، تو آپ کیا کرتے ہیں؟</w:t>
      </w:r>
    </w:p>
    <w:p>
      <w:r>
        <w:rPr>
          <w:b/>
        </w:rPr>
        <w:t xml:space="preserve">[08:57] </w:t>
      </w:r>
      <w:r>
        <w:t>Islam becomes a subject of enforcement. ye bohat hi khatarnak nazariya hai, mukammal Islam, jo kahin Quran o Hadees mein hai hi nahin.</w:t>
      </w:r>
    </w:p>
    <w:p>
      <w:pPr>
        <w:jc w:val="right"/>
      </w:pPr>
      <w:r>
        <w:t>اسلام بیکمز ا سبجیکٹ آف آف انفورسمنٹ۔ یہ بہت ہی خطرناک نظریہ ہے، مکمل اسلام، جو کہیں قرآن و حدیث میں ہے ہی نہیں۔</w:t>
      </w:r>
    </w:p>
    <w:p>
      <w:r>
        <w:rPr>
          <w:b/>
        </w:rPr>
        <w:t xml:space="preserve">[09:12] </w:t>
      </w:r>
      <w:r>
        <w:t>pehlay Sahaba ke zamane mein Islam jo tha, woh follow karne ke liye tha keh follow karo Islam ko, pairvi karo Islam ki.</w:t>
      </w:r>
    </w:p>
    <w:p>
      <w:pPr>
        <w:jc w:val="right"/>
      </w:pPr>
      <w:r>
        <w:t>پہلے صحابہ کے زمانے میں اسلام جو تھا، وہ فالو کرنے کے لیے تھا کہ فالو کرو اسلام کو، پیروی کرو اسلام کی۔</w:t>
      </w:r>
    </w:p>
    <w:p>
      <w:r>
        <w:rPr>
          <w:b/>
        </w:rPr>
        <w:t xml:space="preserve">[09:21] </w:t>
      </w:r>
      <w:r>
        <w:t>Islam par chalo. ab jo banaya unhon ne mukammal Islam, to kya hua? kora maar maar kar Islam ka qanoon implement karo, us ko enforce karo.</w:t>
      </w:r>
    </w:p>
    <w:p>
      <w:pPr>
        <w:jc w:val="right"/>
      </w:pPr>
      <w:r>
        <w:t>اسلام پر چلو۔ اب جو بنایا انہوں نے مکمل اسلام، تو کیا ہوا؟ کوڑا مار مار کر اسلام کا قانون امپلیمنٹ کرو، اس کو انفورس کرو۔</w:t>
      </w:r>
    </w:p>
    <w:p>
      <w:r>
        <w:rPr>
          <w:b/>
        </w:rPr>
        <w:t xml:space="preserve">[09:34] </w:t>
      </w:r>
      <w:r>
        <w:t>ab kya hua? jab ye pehle shuru hua mukammal Islam ka tasawwur, peaceful tareeqe se unhon ne phailana shuru kiya.</w:t>
      </w:r>
    </w:p>
    <w:p>
      <w:pPr>
        <w:jc w:val="right"/>
      </w:pPr>
      <w:r>
        <w:t>اب کیا ہوا؟ جب یہ پہلے شروع ہوا مکمل اسلام کا تصور، پیس فل طریقے سے انہوں نے پھیلانا شروع کیا۔</w:t>
      </w:r>
    </w:p>
    <w:p>
      <w:r>
        <w:rPr>
          <w:b/>
        </w:rPr>
        <w:t xml:space="preserve">[09:45] </w:t>
      </w:r>
      <w:r>
        <w:t>nahin phaila to election mein hissa liya. is se bhi nahin, woh power mein aaye to kya hua?</w:t>
      </w:r>
    </w:p>
    <w:p>
      <w:pPr>
        <w:jc w:val="right"/>
      </w:pPr>
      <w:r>
        <w:t>نہیں پھیلا تو الیکشن میں حصہ لیا۔ اس سے بھی نہیں، وہ پاور میں آئے تو کیا ہوا؟</w:t>
      </w:r>
    </w:p>
    <w:p>
      <w:r>
        <w:rPr>
          <w:b/>
        </w:rPr>
        <w:t xml:space="preserve">[09:54] </w:t>
      </w:r>
      <w:r>
        <w:t>violence shuru ho gaya. violence pe ye kamyab nahin hue to suicide bombing shuru kar di.</w:t>
      </w:r>
    </w:p>
    <w:p>
      <w:pPr>
        <w:jc w:val="right"/>
      </w:pPr>
      <w:r>
        <w:t>وائیلنس شروع ہو گیا۔ وائیلنس پہ یہ کامیاب نہیں ہوئے تو سوسائیڈ بمبنگ شروع کر دی۔</w:t>
      </w:r>
    </w:p>
    <w:p>
      <w:r>
        <w:rPr>
          <w:b/>
        </w:rPr>
        <w:t xml:space="preserve">[10:02] </w:t>
      </w:r>
      <w:r>
        <w:t>yehi aaj aaj dunya ka haal hai. kyunkeh unhon ne Islam ko ek pride ke taur par le liya, national pride. universal mission ke taur par nahin liya.</w:t>
      </w:r>
    </w:p>
    <w:p>
      <w:pPr>
        <w:jc w:val="right"/>
      </w:pPr>
      <w:r>
        <w:t>یہی آج آج دنیا کا حال ہے۔ کیونکہ انہوں نے اسلام کو ایک پرائیڈ کے طور پر لے لیا، نیشنل پرائیڈ۔ یونیورسل مشن کے طور پر نہیں لیا۔</w:t>
      </w:r>
    </w:p>
    <w:p>
      <w:r>
        <w:rPr>
          <w:b/>
        </w:rPr>
        <w:t xml:space="preserve">[10:14] </w:t>
      </w:r>
      <w:r>
        <w:t>aaj hi ek baat meri samajh mein aayi is par sochte hue. dekhein ek hadees hai, is ka matlab aaj hi samajh mein aaya hai, aaj hi.</w:t>
      </w:r>
    </w:p>
    <w:p>
      <w:pPr>
        <w:jc w:val="right"/>
      </w:pPr>
      <w:r>
        <w:t>آج ہی ایک بات میری سمجھ میں آئی اس پر سوچتے ہوئے۔ دیکھیں ایک حدیث ہے، اس کا مطلب آج ہی سمجھ میں آیا ہے، آج ہی۔</w:t>
      </w:r>
    </w:p>
    <w:p>
      <w:r>
        <w:rPr>
          <w:b/>
        </w:rPr>
        <w:t xml:space="preserve">[10:23] </w:t>
      </w:r>
      <w:r>
        <w:t>is par ghor karte hue, is theme par sochte hue. ek hadees, kai hadeesein hain Quran, woh aap Kitab al-Fitn ek bab hota hai, hadees ki kitabon mein.</w:t>
      </w:r>
    </w:p>
    <w:p>
      <w:pPr>
        <w:jc w:val="right"/>
      </w:pPr>
      <w:r>
        <w:t>اس پر غور کرتے ہوئے، اس تھیم پر سوچتے ہوئے۔ ایک حدیث، کئی حدیثیں ہیں قرآن، وہ آپ کتاب الفتن ایک باب ہوتا ہے، حدیث کی کتابوں میں۔</w:t>
      </w:r>
    </w:p>
    <w:p>
      <w:r>
        <w:rPr>
          <w:b/>
        </w:rPr>
        <w:t xml:space="preserve">[10:34] </w:t>
      </w:r>
      <w:r>
        <w:t>Kitab al-Fitn. to is mein Rasool Allah ne bohat ziyada mana kiya khurooj se. khurooj means baghavat.</w:t>
      </w:r>
    </w:p>
    <w:p>
      <w:pPr>
        <w:jc w:val="right"/>
      </w:pPr>
      <w:r>
        <w:t>کتاب الفتن۔ تو اس میں رسول اللہ نے بہت زیادہ منع کیا خروج سے۔ خروج مینز بغاوت۔</w:t>
      </w:r>
    </w:p>
    <w:p>
      <w:r>
        <w:rPr>
          <w:b/>
        </w:rPr>
        <w:t xml:space="preserve">[10:44] </w:t>
      </w:r>
      <w:r>
        <w:t>yani kisi established rule ke khilaaf baghavat. ek established government ke khilaaf. kisi established government ko overthrow karne ki koshish.</w:t>
      </w:r>
    </w:p>
    <w:p>
      <w:pPr>
        <w:jc w:val="right"/>
      </w:pPr>
      <w:r>
        <w:t>یعنی کسی اسٹیبلش رول کے خلاف بغاوت۔ ایک اسٹیبلش گورنمنٹ کے خلاف۔ کسی اسٹیبلش گورنمنٹ کو اوور تھرو کرنے کی کوشش۔</w:t>
      </w:r>
    </w:p>
    <w:p>
      <w:r>
        <w:rPr>
          <w:b/>
        </w:rPr>
        <w:t xml:space="preserve">[10:55] </w:t>
      </w:r>
      <w:r>
        <w:t>us ko haram bataya, Rasool Allah ne haram qarar diya, haram. aur kaha keh kabhi bhi talwar mat uthana tum log. is mein ek baat ye aati hai keh Rasool Allah ne farmaya keh meri ummat mein jab ek baar talwar dakhil ho jaye gi to phir woh kabhi rafa nahin hogi.</w:t>
      </w:r>
    </w:p>
    <w:p>
      <w:pPr>
        <w:jc w:val="right"/>
      </w:pPr>
      <w:r>
        <w:t>اس کو حرام بتایا، رسول اللہ نے حرام قرار دیا، حرام۔ اور کہا کہ کبھی بھی تلوار مت اٹھانا تم لوگ۔ اس میں ایک بات یہ آتی ہے کہ رسول اللہ نے فرمایا کہ میری امت میں جب ایک بار تلوار داخل ہو جائے گی تو پھر وہ کبھی رفع نہیں ہوگی۔</w:t>
      </w:r>
    </w:p>
    <w:p>
      <w:r>
        <w:rPr>
          <w:b/>
        </w:rPr>
        <w:t xml:space="preserve">[11:16] </w:t>
      </w:r>
      <w:r>
        <w:t>kabhi wapas nahin jaye gi. yani chalti hi rahe gi talwar.</w:t>
      </w:r>
    </w:p>
    <w:p>
      <w:pPr>
        <w:jc w:val="right"/>
      </w:pPr>
      <w:r>
        <w:t>کبھی واپس نہیں جائے گی۔ یعنی چلتی ہی رہے گی تلوار۔</w:t>
      </w:r>
    </w:p>
    <w:p>
      <w:r>
        <w:rPr>
          <w:b/>
        </w:rPr>
        <w:t xml:space="preserve">[11:23] </w:t>
      </w:r>
      <w:r>
        <w:t>yani meri ummat mein jab ek baar talwar dakhil ho gayi to phir woh hamesha chalti chalti rahe gi. main samajh nahin pata tha keh is ka matlab kya hai, kyun chalti rahe gi hamesha.</w:t>
      </w:r>
    </w:p>
    <w:p>
      <w:pPr>
        <w:jc w:val="right"/>
      </w:pPr>
      <w:r>
        <w:t>یعنی میری امت میں جب ایک بار تلوار داخل ہو گئی تو پھر وہ ہمیشہ چلتی چلتی رہے گی۔ میں سمجھ نہیں پاتا تھا کہ اس کا مطلب کیا ہے، کیوں چلتی رہے گی ہمیشہ۔</w:t>
      </w:r>
    </w:p>
    <w:p>
      <w:r>
        <w:rPr>
          <w:b/>
        </w:rPr>
        <w:t xml:space="preserve">[11:35] </w:t>
      </w:r>
      <w:r>
        <w:t>aaj hi mujh par ye baat khuli keh dekhiye violence pehle aata hai emotional taur par. aap bhadak gaye, bhadak kar ke aap violence kar diya aap ne.</w:t>
      </w:r>
    </w:p>
    <w:p>
      <w:pPr>
        <w:jc w:val="right"/>
      </w:pPr>
      <w:r>
        <w:t>آج ہی مجھ پر یہ بات کھلی کہ دیکھیے وائیلنس پہلے آتا ہے ایموشنل طور پر۔ آپ بھڑک گئے، بھڑک کر کے آپ وائیلنس کر دیا آپ نے۔</w:t>
      </w:r>
    </w:p>
    <w:p>
      <w:r>
        <w:rPr>
          <w:b/>
        </w:rPr>
        <w:t xml:space="preserve">[11:47] </w:t>
      </w:r>
      <w:r>
        <w:t>phir dheere dheere kya hota hai? justified violence chal parta hai. justified violence. kisi bhi cheez mein agar aap der tak us par rahein to aap ka mind jo hai hamesha justification dhoondh nikalta hai.</w:t>
      </w:r>
    </w:p>
    <w:p>
      <w:pPr>
        <w:jc w:val="right"/>
      </w:pPr>
      <w:r>
        <w:t>پھر دھیرے دھیرے کیا ہوتا ہے؟ جسٹیفائیڈ وائیلنس چل پڑتا ہے۔ جسٹیفائیڈ وائیلنس۔ کسی بھی چیز میں اگر آپ دیر تک اس پر رہیں تو آپ کا مائنڈ جو ہے ہمیشہ جسٹیفیکیشن چھو نکالتا ہے۔</w:t>
      </w:r>
    </w:p>
    <w:p>
      <w:r>
        <w:rPr>
          <w:b/>
        </w:rPr>
        <w:t xml:space="preserve">[12:06] </w:t>
      </w:r>
      <w:r>
        <w:t>mein aap ko aik misaal doon. India mein jo shirk hai, jo idolatry hai, woh aik philosophy par base karti hai. Aik poori philosophy hai India ki idolatry ki.</w:t>
      </w:r>
    </w:p>
    <w:p>
      <w:pPr>
        <w:jc w:val="right"/>
      </w:pPr>
      <w:r>
        <w:t>میں آپ کو ایک مثال دوں۔ انڈیا میں جو شرک ہے، جو آئیڈولٹری ہے، وہ ایک فلاسفی پر بیس کرتی ہے۔ ایک پوری فلاسفی ہے انڈیا کی آئیڈولٹری کی۔</w:t>
      </w:r>
    </w:p>
    <w:p>
      <w:r>
        <w:rPr>
          <w:b/>
        </w:rPr>
        <w:t xml:space="preserve">[12:19] </w:t>
      </w:r>
      <w:r>
        <w:t>yani but parasti ki. To aisa nahi hai ke pehle philosophy aai, phir but parasti aai. Aap history parhein, aap history India ki to pehle idolatry aai thi, yani but parasti pehle aai thi.</w:t>
      </w:r>
    </w:p>
    <w:p>
      <w:pPr>
        <w:jc w:val="right"/>
      </w:pPr>
      <w:r>
        <w:t>یعنی بت پرستی کی۔ تو ایسا نہیں ہے کہ پہلے فلاسفی آئی، پھر بت پرستی آئی۔ آپ ہسٹری پڑھیں، آپ ہسٹری انڈیا کی تو پہلے آئیڈولٹری آئی تھی، یعنی بت پرستی پہلے آئی تھی۔</w:t>
      </w:r>
    </w:p>
    <w:p>
      <w:r>
        <w:rPr>
          <w:b/>
        </w:rPr>
        <w:t xml:space="preserve">[12:35] </w:t>
      </w:r>
      <w:r>
        <w:t>ke suraj ko pooja, chand ko pooja, star ko pooja, samundar ko pooja. Dekhein aik silsila paida hua.</w:t>
      </w:r>
    </w:p>
    <w:p>
      <w:pPr>
        <w:jc w:val="right"/>
      </w:pPr>
      <w:r>
        <w:t>کہ سن کو پوجا، چاند کو پوجا، اسٹار کو پوجا، سمندر کو پوجا۔ دیکھیں ایک سلسلہ پیدا ہوا۔</w:t>
      </w:r>
    </w:p>
    <w:p>
      <w:r>
        <w:rPr>
          <w:b/>
        </w:rPr>
        <w:t xml:space="preserve">[12:45] </w:t>
      </w:r>
      <w:r>
        <w:t>silsila paida hua to log poojne lage is ko. Ab but banane lage is ka. To idolatry pehle aai bator aik riwaj ke.</w:t>
      </w:r>
    </w:p>
    <w:p>
      <w:pPr>
        <w:jc w:val="right"/>
      </w:pPr>
      <w:r>
        <w:t>سلسلہ پیدا ہوا تو لوگ پوجنے لگے اس کو۔ اب بت بنانے لگے اس کا۔ تو آئیڈولٹری پہلے آئی بطور ایک رواج کے۔</w:t>
      </w:r>
    </w:p>
    <w:p>
      <w:r>
        <w:rPr>
          <w:b/>
        </w:rPr>
        <w:t xml:space="preserve">[12:55] </w:t>
      </w:r>
      <w:r>
        <w:t>phir dheere dheere kya hua? Log is ka justification nikalne lage. Yeh har saal mein hua yeh.</w:t>
      </w:r>
    </w:p>
    <w:p>
      <w:pPr>
        <w:jc w:val="right"/>
      </w:pPr>
      <w:r>
        <w:t>پھر دھیرے دھیرے کیا ہوا؟ لوگ اس کا جسٹیفیکیشن نکالنے لگے۔ یہ ہر سال میں ہوا یہ۔</w:t>
      </w:r>
    </w:p>
    <w:p>
      <w:r>
        <w:rPr>
          <w:b/>
        </w:rPr>
        <w:t xml:space="preserve">[13:05] </w:t>
      </w:r>
      <w:r>
        <w:t>aaj jo India mein idolatry hai woh hai justified idolatry. Justified by an ideology. Yeh shuru mein nahi tha.</w:t>
      </w:r>
    </w:p>
    <w:p>
      <w:pPr>
        <w:jc w:val="right"/>
      </w:pPr>
      <w:r>
        <w:t>آج جو انڈیا میں آئیڈولٹری ہے وہ ہے جسٹیفائیڈ آئیڈولٹری۔ جسٹیفائیڈ بائی این آئیڈالوجی۔ یہ شروع میں نہیں تھا۔</w:t>
      </w:r>
    </w:p>
    <w:p>
      <w:r>
        <w:rPr>
          <w:b/>
        </w:rPr>
        <w:t xml:space="preserve">[13:15] </w:t>
      </w:r>
      <w:r>
        <w:t>to jab idolatry, jis Arab mein tha idolatry, wahan philosophy back nahi thi, is ki backing philosophy nahi thi wahan par.</w:t>
      </w:r>
    </w:p>
    <w:p>
      <w:pPr>
        <w:jc w:val="right"/>
      </w:pPr>
      <w:r>
        <w:t>تو جب آئیڈولٹری، جس عرب میں تھا آئیڈولٹری، وہاں فلاسفی بیک نہیں تھی، اس کی بیکنگ فلاسفی نہیں تھی وہاں پر۔</w:t>
      </w:r>
    </w:p>
    <w:p>
      <w:r>
        <w:rPr>
          <w:b/>
        </w:rPr>
        <w:t xml:space="preserve">[13:24] </w:t>
      </w:r>
      <w:r>
        <w:t>upar hi upar hi thi wahan pe idolatry. To sirf 25 saal mein khatam ho gai. Bahut jald khatam ho gai. India ki jo idolatry hai woh justified by an ideology hai.</w:t>
      </w:r>
    </w:p>
    <w:p>
      <w:pPr>
        <w:jc w:val="right"/>
      </w:pPr>
      <w:r>
        <w:t>اوپر ہی اوپر ہی تھی وہاں پہ آئیڈولٹری۔ تو صرف 25 سال میں ختم ہو گئی۔ بہت جلد ختم ہو گئی۔ انڈیا کی جو آئیڈولٹری ہے وہ جسٹیفائیڈ بائی این آئیڈالوجی ہے۔</w:t>
      </w:r>
    </w:p>
    <w:p>
      <w:r>
        <w:rPr>
          <w:b/>
        </w:rPr>
        <w:t xml:space="preserve">[13:38] </w:t>
      </w:r>
      <w:r>
        <w:t>is ke peeche aik bohat bohat falsafa bana rakha hai. To aap is ko khatam nahi kar sakte.</w:t>
      </w:r>
    </w:p>
    <w:p>
      <w:pPr>
        <w:jc w:val="right"/>
      </w:pPr>
      <w:r>
        <w:t>اس کے پیچھے ایک بہت بہت فلسفہ بنا رکھا ہے۔ تو آپ اس کو ختم نہیں کر سکتے۔</w:t>
      </w:r>
    </w:p>
    <w:p>
      <w:r>
        <w:rPr>
          <w:b/>
        </w:rPr>
        <w:t xml:space="preserve">[13:47] </w:t>
      </w:r>
      <w:r>
        <w:t>kyun ke woh philosophy ko kaun khatam kare? Yahi mujh maano mein hua violence ke baray mein. Hakoomat ke khilaf tashaddud, hakoomat ke khilaf musallah jihad, yeh haram tha Islam mein.</w:t>
      </w:r>
    </w:p>
    <w:p>
      <w:pPr>
        <w:jc w:val="right"/>
      </w:pPr>
      <w:r>
        <w:t>کیونکہ وہ فلاسفی کو کون ختم کرے؟ یہی مجھ معنوں میں ہوا وائیلنس کے بارے میں۔ حکومت کے خلاف تشدد، حکومت کے خلاف مسلح جہاد، یہ حرام تھا اسلام میں۔</w:t>
      </w:r>
    </w:p>
    <w:p>
      <w:r>
        <w:rPr>
          <w:b/>
        </w:rPr>
        <w:t xml:space="preserve">[14:01] </w:t>
      </w:r>
      <w:r>
        <w:t>haram tha, baqayda haram.</w:t>
      </w:r>
    </w:p>
    <w:p>
      <w:pPr>
        <w:jc w:val="right"/>
      </w:pPr>
      <w:r>
        <w:t>حرام تھا، باقاعدہ حرام۔</w:t>
      </w:r>
    </w:p>
    <w:p>
      <w:r>
        <w:rPr>
          <w:b/>
        </w:rPr>
        <w:t xml:space="preserve">[14:06] </w:t>
      </w:r>
      <w:r>
        <w:t>yani kitabon mein aata hai Muslim ruler ke baray mein. Lekin extended sense mein mein is ko leta hoon sab hakoomaton ke baray mein. Hakoomaton ke khilaf aap ko kuch baat hai to aap peaceful activities khula hua hai aap ke liye.</w:t>
      </w:r>
    </w:p>
    <w:p>
      <w:pPr>
        <w:jc w:val="right"/>
      </w:pPr>
      <w:r>
        <w:t>یعنی کتابوں میں آتا ہے مسلم رولر کے بارے میں۔ لیکن ایکسٹینڈڈ سینس میں میں اس کو لیتا ہوں سب حکومتوں کے بارے میں۔ حکومتوں کے خلاف آپ کو کچھ بات ہے تو آپ پیس فل ایکٹیوٹیز کھلا ہوا ہے آپ کے لیے۔</w:t>
      </w:r>
    </w:p>
    <w:p>
      <w:r>
        <w:rPr>
          <w:b/>
        </w:rPr>
        <w:t xml:space="preserve">[14:21] </w:t>
      </w:r>
      <w:r>
        <w:t>peaceful activities khula hua hai.</w:t>
      </w:r>
    </w:p>
    <w:p>
      <w:pPr>
        <w:jc w:val="right"/>
      </w:pPr>
      <w:r>
        <w:t>پیس فل ایکٹیوٹیز کھلا ہوا ہے۔</w:t>
      </w:r>
    </w:p>
    <w:p>
      <w:r>
        <w:rPr>
          <w:b/>
        </w:rPr>
        <w:t xml:space="preserve">[14:25] </w:t>
      </w:r>
      <w:r>
        <w:t>hadithon mein dekhiye, bohat ziyada hadithain hain jinhein mana kiya gaya hai khurooj. Khurooj ka matlab hai baghavat. Yani rebellion.</w:t>
      </w:r>
    </w:p>
    <w:p>
      <w:pPr>
        <w:jc w:val="right"/>
      </w:pPr>
      <w:r>
        <w:t>حدیثوں میں دیکھیے، بہت زیادہ حدیثیں ہیں جنہیں منع کیا گیا ہے خروج۔ خروج کا معنی ہے بغاوت۔ یعنی ریبیلین۔</w:t>
      </w:r>
    </w:p>
    <w:p>
      <w:r>
        <w:rPr>
          <w:b/>
        </w:rPr>
        <w:t xml:space="preserve">[14:38] </w:t>
      </w:r>
      <w:r>
        <w:t>to aap jo hai is ki jo sharah hai Muslim ki, Sahih Muslim ki sharah hai, Imam Nawawi ne sharah ki hai jo bohat hi maani jati hai woh.</w:t>
      </w:r>
    </w:p>
    <w:p>
      <w:pPr>
        <w:jc w:val="right"/>
      </w:pPr>
      <w:r>
        <w:t>تو آپ جو ہے اس کی جو شرح ہے مسلم کی، صحیح مسلم کی شرح ہے، امام ناوی نے شرح کی ہے جو بہت ہی مانی جاتی ہے وہ۔</w:t>
      </w:r>
    </w:p>
    <w:p>
      <w:r>
        <w:rPr>
          <w:b/>
        </w:rPr>
        <w:t xml:space="preserve">[14:50] </w:t>
      </w:r>
      <w:r>
        <w:t>to in hadithon ko sharah karte hue likhte hain woh ke agar tum ko ruler se, ruler ki koi baat tum ko theek nahi lagti hai to tum ko kya karna chahiye?</w:t>
      </w:r>
    </w:p>
    <w:p>
      <w:pPr>
        <w:jc w:val="right"/>
      </w:pPr>
      <w:r>
        <w:t>تو ان حدیثوں کو شرح کرتے ہوئے لکھتے ہیں وہ کہ اگر تم کو رولر سے، رولر کی کوئی بات تم کو ٹھیک نہیں لگتی ہے تو تم کو کیا کرنا چاہیے؟</w:t>
      </w:r>
    </w:p>
    <w:p>
      <w:r>
        <w:rPr>
          <w:b/>
        </w:rPr>
        <w:t xml:space="preserve">[15:03] </w:t>
      </w:r>
      <w:r>
        <w:t>fa-ma bayna wa baynahu. Yani person to person baat karo is se. Fa-ma bayna wa baynahu. Is se milo aur person to person baat karo.</w:t>
      </w:r>
    </w:p>
    <w:p>
      <w:pPr>
        <w:jc w:val="right"/>
      </w:pPr>
      <w:r>
        <w:t>ففیما بینک وبینہ۔ یعنی پرسن ٹو پرسن بات کرو اس سے۔ ففیما بینک وبینہ۔ اس سے ملو اور پرسن ٹو پرسن بات کرو۔</w:t>
      </w:r>
    </w:p>
    <w:p>
      <w:r>
        <w:rPr>
          <w:b/>
        </w:rPr>
        <w:t xml:space="preserve">[15:16] </w:t>
      </w:r>
      <w:r>
        <w:t>lekin is ke khilaf is ko is ko overthrow karne ki tareeq chalana, incite karne ki movement chalana, is ke baray mein kehte hain ke mul khurooj alayhim fa-haram bij ba al-muslimeen walaw qalu fisqu walaw qalu zalamin.</w:t>
      </w:r>
    </w:p>
    <w:p>
      <w:pPr>
        <w:jc w:val="right"/>
      </w:pPr>
      <w:r>
        <w:t>لیکن اس کے خلاف اس کو اس کو اوور تھرو کرنے کی طریق چلانا، انسیٹ کرنے کی موومنٹ چلانا، اس کے بارے میں کہتے ہیں کہ ومل خروج علیہم فحرام بیج با المسلمین ولو قالو فسق ولو قالو ظالمین۔</w:t>
      </w:r>
    </w:p>
    <w:p>
      <w:r>
        <w:rPr>
          <w:b/>
        </w:rPr>
        <w:t xml:space="preserve">[15:36] </w:t>
      </w:r>
      <w:r>
        <w:t>aur jahan tak baat hai khurooj ki, yani rebel karna, is ko incite karna, is ko overthrow karna, to woh haram hai Islam mein.</w:t>
      </w:r>
    </w:p>
    <w:p>
      <w:pPr>
        <w:jc w:val="right"/>
      </w:pPr>
      <w:r>
        <w:t>اور جہاں تک بات ہے خروج کی، یعنی ریبل کرنا، اس کو انسیٹ کرنا، اس کو اوور تھرو کرنا، تو وہ حرام ہے اسلام میں۔</w:t>
      </w:r>
    </w:p>
    <w:p>
      <w:r>
        <w:rPr>
          <w:b/>
        </w:rPr>
        <w:t xml:space="preserve">[15:47] </w:t>
      </w:r>
      <w:r>
        <w:t>ijma haram hai. Chahay woh tum ko fasiq dikhai de, chahay woh tum ko zalim dikhai de, tab bhi. Kyun ke yeh lesser evil hai yeh.</w:t>
      </w:r>
    </w:p>
    <w:p>
      <w:pPr>
        <w:jc w:val="right"/>
      </w:pPr>
      <w:r>
        <w:t>اجماع حرام ہے۔ چاہے وہ تم کو فاسق دکھائی دے، چاہے وہ تم کو ظالم دکھائی دے، تب بھی۔ کیونکہ یہ لس ایول ہے یہ۔</w:t>
      </w:r>
    </w:p>
    <w:p>
      <w:r>
        <w:rPr>
          <w:b/>
        </w:rPr>
        <w:t xml:space="preserve">[15:58] </w:t>
      </w:r>
      <w:r>
        <w:t>agar tum in ke khilaf musallah jihad karoge, law and order disturb karoge to woh to separator evil ban jayega.</w:t>
      </w:r>
    </w:p>
    <w:p>
      <w:pPr>
        <w:jc w:val="right"/>
      </w:pPr>
      <w:r>
        <w:t>اگر تم ان کے خلاف مسلح جہاد کرو گے، والٹ ڈسٹرب کرو گے تو وہ تو سپریٹر ایول بن جائے گا۔</w:t>
      </w:r>
    </w:p>
    <w:p>
      <w:r>
        <w:rPr>
          <w:b/>
        </w:rPr>
        <w:t xml:space="preserve">[16:08] </w:t>
      </w:r>
      <w:r>
        <w:t>to Hazrat Usman ke zamane mein musalmanon ne talwar shuru kar di. Hazrat Usman ke zamane mein. Tab se aaj tak talwar jo hai miyan mein nahi gai.</w:t>
      </w:r>
    </w:p>
    <w:p>
      <w:pPr>
        <w:jc w:val="right"/>
      </w:pPr>
      <w:r>
        <w:t>تو حضرت عثمان کے زمانے میں مسلمانوں نے تلوار شروع کر دی۔ حضرت عثمان کے زمانے میں۔ تب سے آج تک تلوار جو ہے میان میں نہیں گئی۔</w:t>
      </w:r>
    </w:p>
    <w:p>
      <w:r>
        <w:rPr>
          <w:b/>
        </w:rPr>
        <w:t xml:space="preserve">[16:18] </w:t>
      </w:r>
      <w:r>
        <w:t>chali ja rahi hai. Kyun? Woh hadith meri samajh mein aai ke jab kuch dair tak kiya logon ne to kya hua? Justification nikalna shuru kiya.</w:t>
      </w:r>
    </w:p>
    <w:p>
      <w:pPr>
        <w:jc w:val="right"/>
      </w:pPr>
      <w:r>
        <w:t>چلی جا رہی ہے۔ کیوں؟ وہ حدیث میری سمجھ میں آئی کہ جب کچھ دیر تک کیا لوگوں نے تو کیا ہوا؟ جسٹیفیکیشن نکالنا شروع کیا۔</w:t>
      </w:r>
    </w:p>
    <w:p>
      <w:r>
        <w:rPr>
          <w:b/>
        </w:rPr>
        <w:t xml:space="preserve">[16:28] </w:t>
      </w:r>
      <w:r>
        <w:t>yani justified violence shuru hua baat ke zamanay. To pehle justify kiya gaya khilafat se. Hum Khuda ki taraf se, Khuda ke numainda hain, hamein dunya mein hakoomat qaim karni hai Allah Ta'ala ki.</w:t>
      </w:r>
    </w:p>
    <w:p>
      <w:pPr>
        <w:jc w:val="right"/>
      </w:pPr>
      <w:r>
        <w:t>یعنی جسٹیفائیڈ وائیلنس شروع ہوا بات کے زمانے۔ تو پہلے جسٹیفائی کیا گیا خلافت سے۔ ہم خدا کی طرف سے، خدا کے نمائندہ ہیں، ہمیں دنیا میں حکومت قائم کرنی ہے اللہ تعالی کی۔</w:t>
      </w:r>
    </w:p>
    <w:p>
      <w:r>
        <w:rPr>
          <w:b/>
        </w:rPr>
        <w:t xml:space="preserve">[16:41] </w:t>
      </w:r>
      <w:r>
        <w:t>to hamein jaiz hai ke hum in ko marein, hum in ko pakrein, pakrein. Ab is zamane mein kya hua? Mukammal Islam. Ke Islam to aik mukammal nizam hai, is mein qanoon bhi hai, is mein yeh hai, to hamein nafiz karna hai, is ko implement karna hai, is ko enforce karna hai, to hamein taqat chahiye.</w:t>
      </w:r>
    </w:p>
    <w:p>
      <w:pPr>
        <w:jc w:val="right"/>
      </w:pPr>
      <w:r>
        <w:t>تو ہمیں جائز ہے کہ ہم ان کو ماریں، ہم ان کو پکڑیں، پکڑیں۔ اب اس زمانے میں کیا ہوا؟ مکمل اسلام۔ کہ اسلام تو ایک مکمل نظام ہے، اس میں قانون بھی ہے، اس میں یہ ہے، تو ہمیں نافذ کرنا ہے، اس کو امپلیمنٹ کرنا ہے، اس کو انفورس کرنا ہے، تو ہمیں طاقت چاہیے۔</w:t>
      </w:r>
    </w:p>
    <w:p>
      <w:r>
        <w:rPr>
          <w:b/>
        </w:rPr>
        <w:t xml:space="preserve">[16:58] </w:t>
      </w:r>
      <w:r>
        <w:t>aap lar rahe hain.</w:t>
      </w:r>
    </w:p>
    <w:p>
      <w:pPr>
        <w:jc w:val="right"/>
      </w:pPr>
      <w:r>
        <w:t>آپ لڑ رہے ہیں۔</w:t>
      </w:r>
    </w:p>
    <w:p>
      <w:r>
        <w:rPr>
          <w:b/>
        </w:rPr>
        <w:t xml:space="preserve">[17:02] </w:t>
      </w:r>
      <w:r>
        <w:t>larne se taqat nahi mili to suicide bombing kar rahe hain. yeh sara karobar bilkul ghair islami. non-Islamic hai. sar ta pa islamic hai.</w:t>
      </w:r>
    </w:p>
    <w:p>
      <w:pPr>
        <w:jc w:val="right"/>
      </w:pPr>
      <w:r>
        <w:t>لڑنے سے طاقت نہیں ملی تو سوسائیڈ بمبنگ کر رہے ہیں۔ یہ سارا کاروبار بالکل غیر اسلامی۔ نان اسلامک ہے۔ سر تا پان اسلامک ہے۔</w:t>
      </w:r>
    </w:p>
    <w:p>
      <w:r>
        <w:rPr>
          <w:b/>
        </w:rPr>
        <w:t xml:space="preserve">[17:15] </w:t>
      </w:r>
      <w:r>
        <w:t>so you have to, you have to reassess the whole thing. is chhoti moti baat se kaam nahi chal sakta hai ke logon ko aap wuzu sahi karna sikha dein, logon ko namaz ke jo tareeqe hain us ko us ko sahi kar dein, is se kuch nahi hone wala hai.</w:t>
      </w:r>
    </w:p>
    <w:p>
      <w:pPr>
        <w:jc w:val="right"/>
      </w:pPr>
      <w:r>
        <w:t>سو یو ہیو ٹو، یو ہیو ٹو ری اسس دا ہول تھنگ۔ اس چھوٹی موٹی بات سے کام نہیں چل سکتا ہے کہ لوگوں کو آپ وضو صحیح کرنا سکھا دیں، لوگوں کو نماز کے جو طریقے ہیں اس کو اس کو صحیح کر دیں، اس سے کچھ نہیں ہونے والا ہے۔</w:t>
      </w:r>
    </w:p>
    <w:p>
      <w:r>
        <w:rPr>
          <w:b/>
        </w:rPr>
        <w:t xml:space="preserve">[17:33] </w:t>
      </w:r>
      <w:r>
        <w:t>overhaul karne ke liye overhaul, overhaul kijiye, pura pura</w:t>
      </w:r>
    </w:p>
    <w:p>
      <w:pPr>
        <w:jc w:val="right"/>
      </w:pPr>
      <w:r>
        <w:t>اوور ہال کرنے کے لیے اوور ہال، اوور ہال کیجئے، پورا پورا</w:t>
      </w:r>
    </w:p>
    <w:p>
      <w:r>
        <w:rPr>
          <w:b/>
        </w:rPr>
        <w:t xml:space="preserve">[17:39] </w:t>
      </w:r>
      <w:r>
        <w:t>pura yahan se hazar saal proper nazar sani karni paregi. hazar saal ke upar aap ko revision karna parega, reassess karna parega.</w:t>
      </w:r>
    </w:p>
    <w:p>
      <w:pPr>
        <w:jc w:val="right"/>
      </w:pPr>
      <w:r>
        <w:t>پورا یہاں سے ہزار سال پراپر نظر ثانی کرنی پڑے گی۔ ہزار سال کے اوپر آپ کو ریویژن کرنا پڑے گا، ری اسس کرنا پڑے گا۔</w:t>
      </w:r>
    </w:p>
    <w:p>
      <w:r>
        <w:rPr>
          <w:b/>
        </w:rPr>
        <w:t xml:space="preserve">[17:49] </w:t>
      </w:r>
      <w:r>
        <w:t>tab aap musalmanon ki islaah kar sakte hain. warna islaah ka koi imkan nahi hai. yeh hota rahega yahan tak ke aafat aa jayegi aur dunya ka khatma ho jayega.</w:t>
      </w:r>
    </w:p>
    <w:p>
      <w:pPr>
        <w:jc w:val="right"/>
      </w:pPr>
      <w:r>
        <w:t>تب آپ مسلمانوں کی اصلاح کر سکتے ہیں۔ ورنہ اصلاح کا کوئی امکان نہیں ہے۔ یہ ہوتا رہے گا یہاں تک کہ آپت آ جائے گی اور دنیا کا خاتمہ ہو جائے گا۔</w:t>
      </w:r>
    </w:p>
    <w:p>
      <w:r>
        <w:rPr>
          <w:b/>
        </w:rPr>
        <w:t xml:space="preserve">[18:01] </w:t>
      </w:r>
      <w:r>
        <w:t>jab justified violence ka zamana aa jaye to aap samajhte hain ke koi payment lagane se kaam chal sakta hai? now we are living in justified violence, the age of justified violence.</w:t>
      </w:r>
    </w:p>
    <w:p>
      <w:pPr>
        <w:jc w:val="right"/>
      </w:pPr>
      <w:r>
        <w:t>جب جسٹیفائیڈ وائیلنس کا زمانہ آ جائے تو آپ سمجھتے ہیں کہ کوئی پیمنٹ لگانے سے کام چل سکتا ہے؟ ناؤ وی آر لیونگ ان جسٹیفائیڈ وائیلنس، دی ایج آف جسٹیفائیڈ وائیلنس۔</w:t>
      </w:r>
    </w:p>
    <w:p>
      <w:r>
        <w:rPr>
          <w:b/>
        </w:rPr>
        <w:t xml:space="preserve">[18:19] </w:t>
      </w:r>
      <w:r>
        <w:t>abbasi daur ke zamane mein khilafat ke naam par is ko justify kiya gaya. is zamane mein mukammal islam, complete system of life of islam, bilkul wahi aa gaya jo communism mein tha.</w:t>
      </w:r>
    </w:p>
    <w:p>
      <w:pPr>
        <w:jc w:val="right"/>
      </w:pPr>
      <w:r>
        <w:t>عباسی دور کے زمانے میں خلافت کے نام پر اس کو جسٹیفائی کیا گیا۔ اس زمانے میں مکمل اسلام، کمپلیٹ سسٹم آف لائف آف اسلام، بالکل وہی آ گیا جو کمیونزم میں تھا۔</w:t>
      </w:r>
    </w:p>
    <w:p>
      <w:r>
        <w:rPr>
          <w:b/>
        </w:rPr>
        <w:t xml:space="preserve">[18:33] </w:t>
      </w:r>
      <w:r>
        <w:t>communism mein, communism mein jo tha ke hamein pure system ko badalna hai. to wahan par, wahan par koi sawal nahi tha peaceful tareeqe se kaam karne ka.</w:t>
      </w:r>
    </w:p>
    <w:p>
      <w:pPr>
        <w:jc w:val="right"/>
      </w:pPr>
      <w:r>
        <w:t>کمیونزم میں، کمیونزم میں جو تھا کہ ہمیں پورے سسٹم کو بدلنا ہے۔ تو وہاں پر، وہاں پر کوئی سوال نہیں تھا پیس فل طریقے سے کام کرنے کا۔</w:t>
      </w:r>
    </w:p>
    <w:p>
      <w:r>
        <w:rPr>
          <w:b/>
        </w:rPr>
        <w:t xml:space="preserve">[18:45] </w:t>
      </w:r>
      <w:r>
        <w:t>yani communist ideology mein peaceful activities kuch nahi hai.</w:t>
      </w:r>
    </w:p>
    <w:p>
      <w:pPr>
        <w:jc w:val="right"/>
      </w:pPr>
      <w:r>
        <w:t>یعنی کمیونسٹ آئیڈیالوجی میں پیس فل ایکٹیوٹیز کچھ نہیں ہے۔</w:t>
      </w:r>
    </w:p>
    <w:p>
      <w:r>
        <w:rPr>
          <w:b/>
        </w:rPr>
        <w:t xml:space="preserve">[18:52] </w:t>
      </w:r>
      <w:r>
        <w:t>communist ideology to hai ke todo system ko, rulers ko khatam karo. chunancha stalin ne 25 billion insanon ko maar dala.</w:t>
      </w:r>
    </w:p>
    <w:p>
      <w:pPr>
        <w:jc w:val="right"/>
      </w:pPr>
      <w:r>
        <w:t>کمیونسٹ آئیڈیالوجی تو ہے کہ توڑو سسٹم کو، رولرز کو ختم کرو۔ چنانچہ اسٹالن نے 25 بلین انسانوں کو مار ڈالا۔</w:t>
      </w:r>
    </w:p>
    <w:p>
      <w:r>
        <w:rPr>
          <w:b/>
        </w:rPr>
        <w:t xml:space="preserve">[19:04] </w:t>
      </w:r>
      <w:r>
        <w:t>kyun ke peaceful tareeqe se nahi ho sakta tha. 1917 se pehle jab communist tehreek chal rahi thi, us zamane mein stalin leader tha, us ne taqreer karte hue kaha tha ke hamein success ke liye teen cheezon ki zaroorat hai.</w:t>
      </w:r>
    </w:p>
    <w:p>
      <w:pPr>
        <w:jc w:val="right"/>
      </w:pPr>
      <w:r>
        <w:t>کیونکہ پیس فل طریقے سے نہیں ہو سکتا تھا۔ 1917 سے پہلے جب کمیونسٹ تحریک چل رہی تھی، اس زمانے میں اسٹالن لیڈر تھا، اس نے تقریر کرتے ہوئے کہا تھا کہ ہمیں سکسیس کے لیے تین چیزوں کی ضرورت ہے۔</w:t>
      </w:r>
    </w:p>
    <w:p>
      <w:r>
        <w:rPr>
          <w:b/>
        </w:rPr>
        <w:t xml:space="preserve">[19:21] </w:t>
      </w:r>
      <w:r>
        <w:t>teen cheezon ki zaroorat hai.</w:t>
      </w:r>
    </w:p>
    <w:p>
      <w:pPr>
        <w:jc w:val="right"/>
      </w:pPr>
      <w:r>
        <w:t>تین چیزوں کی ضرورت ہے۔</w:t>
      </w:r>
    </w:p>
    <w:p>
      <w:r>
        <w:rPr>
          <w:b/>
        </w:rPr>
        <w:t xml:space="preserve">[19:26] </w:t>
      </w:r>
      <w:r>
        <w:t>kya cheez? teen cheezein hain: arm number one, arm number do, arm number teen, arm aakhir mein phir arm. yeh hai communist ideology.</w:t>
      </w:r>
    </w:p>
    <w:p>
      <w:pPr>
        <w:jc w:val="right"/>
      </w:pPr>
      <w:r>
        <w:t>کیا چیز؟ تین چیزیں ہیں: ارم نمبر ون، ارم نمبر دو، ارم نمبر تین، ارم آخر میں پھر ارم۔ یہ ہے کمیونسٹ آئیڈیالوجی۔</w:t>
      </w:r>
    </w:p>
    <w:p>
      <w:r>
        <w:rPr>
          <w:b/>
        </w:rPr>
        <w:t xml:space="preserve">[19:37] </w:t>
      </w:r>
      <w:r>
        <w:t>wohi ideology musalmanon mein aa gayi hai mukammal islam ke naam par. aap dekhein jagah jagah musalman takra rahe hain.</w:t>
      </w:r>
    </w:p>
    <w:p>
      <w:pPr>
        <w:jc w:val="right"/>
      </w:pPr>
      <w:r>
        <w:t>وہی آئیڈیالوجی مسلمانوں میں آ گئی ہے مکمل اسلام کے نام پر۔ آپ دیکھیں جگہ جگہ مسلمان ٹکرا رہے ہیں۔</w:t>
      </w:r>
    </w:p>
    <w:p>
      <w:r>
        <w:rPr>
          <w:b/>
        </w:rPr>
        <w:t xml:space="preserve">[19:48] </w:t>
      </w:r>
      <w:r>
        <w:t>khud apne mulkon ke hukmaran jo hain, woh samajhte hain ke yeh maghrib ke pathu hain, yeh america ke agent hain, aur yeh rukawat hai islam ko nafeez karne mein.</w:t>
      </w:r>
    </w:p>
    <w:p>
      <w:pPr>
        <w:jc w:val="right"/>
      </w:pPr>
      <w:r>
        <w:t>خود اپنے ملکوں کے حکمران جو ہیں، وہ سمجھتے ہیں کہ یہ مغرب کے پٹھو ہیں، یہ امریکہ کے ایجنٹ ہیں، اور یہ رکاوٹ ہے اسلام کو نافذ کرنے میں۔</w:t>
      </w:r>
    </w:p>
    <w:p>
      <w:r>
        <w:rPr>
          <w:b/>
        </w:rPr>
        <w:t xml:space="preserve">[19:57] </w:t>
      </w:r>
      <w:r>
        <w:t>inhein maro.</w:t>
      </w:r>
    </w:p>
    <w:p>
      <w:pPr>
        <w:jc w:val="right"/>
      </w:pPr>
      <w:r>
        <w:t>انہیں مارو۔</w:t>
      </w:r>
    </w:p>
    <w:p>
      <w:r>
        <w:rPr>
          <w:b/>
        </w:rPr>
        <w:t xml:space="preserve">[19:59] </w:t>
      </w:r>
      <w:r>
        <w:t>yeh sara yaqeen kijiye ke islam se is ka koi matlab nahi hai. is ka yeh sab deviation hai. deviation.</w:t>
      </w:r>
    </w:p>
    <w:p>
      <w:pPr>
        <w:jc w:val="right"/>
      </w:pPr>
      <w:r>
        <w:t>یہ سارا یقین کیجئے کہ اسلام سے اس کا کوئی مطلب نہیں ہے۔ اس کا یہ سب ڈیوی ایشن ہے۔ ڈیوی ایشن۔</w:t>
      </w:r>
    </w:p>
    <w:p>
      <w:r>
        <w:rPr>
          <w:b/>
        </w:rPr>
        <w:t xml:space="preserve">[20:09] </w:t>
      </w:r>
      <w:r>
        <w:t>ek daldal mein ummat phansi hui thi. ek daldal mein se nikalna hai aap ko. poori poori ummat ek daldal mein phansi hui hai.</w:t>
      </w:r>
    </w:p>
    <w:p>
      <w:pPr>
        <w:jc w:val="right"/>
      </w:pPr>
      <w:r>
        <w:t>ایک دلدل میں امت پھنسی ہوئی تھی۔ ایک دلدل میں سے نکالنا ہے آپ کو۔ پوری پوری امت ایک دلدل میں پھنسی ہوئی ہے۔</w:t>
      </w:r>
    </w:p>
    <w:p>
      <w:r>
        <w:rPr>
          <w:b/>
        </w:rPr>
        <w:t xml:space="preserve">[20:25] </w:t>
      </w:r>
      <w:r>
        <w:t>ab mein aap ko ek aur baat arz karna chahta hoon. yeh hai ke islam mein, yani hadithon ko aap padhein to do groh maane gaye hain poori tareekh islam mein:</w:t>
      </w:r>
    </w:p>
    <w:p>
      <w:pPr>
        <w:jc w:val="right"/>
      </w:pPr>
      <w:r>
        <w:t>اب میں آپ کو ایک اور بات عرض کرنا چاہتا ہوں۔ یہ ہے کہ اسلام میں، یعنی حدیثوں کو آپ پڑھیں تو دو گروہ مانے گئے ہیں پوری تاریخ اسلام میں:</w:t>
      </w:r>
    </w:p>
    <w:p>
      <w:r>
        <w:rPr>
          <w:b/>
        </w:rPr>
        <w:t xml:space="preserve">[20:39] </w:t>
      </w:r>
      <w:r>
        <w:t>ashab-e-rasool aur ikhwan-e-rasool. ashab-e-rasool woh hain jo rasool Allah ke contemporary the. aap ke sath unhon ne kaam kiya.</w:t>
      </w:r>
    </w:p>
    <w:p>
      <w:pPr>
        <w:jc w:val="right"/>
      </w:pPr>
      <w:r>
        <w:t>اصحاب رسول اور اخوان رسول۔ اصحاب رسول وہ ہیں جو رسول اللہ کے کنٹیمپریری تھے۔ آپ کے ساتھ انہوں نے کام کیا۔</w:t>
      </w:r>
    </w:p>
    <w:p>
      <w:r>
        <w:rPr>
          <w:b/>
        </w:rPr>
        <w:t xml:space="preserve">[20:50] </w:t>
      </w:r>
      <w:r>
        <w:t>ikhwan-e-rasool woh hain jo future mein aayenge. future mein. to aaj log is par baat karne se darte hain.</w:t>
      </w:r>
    </w:p>
    <w:p>
      <w:pPr>
        <w:jc w:val="right"/>
      </w:pPr>
      <w:r>
        <w:t>اخوان رسول وہ ہیں جو فیوچر میں آئیں گے۔ فیوچر میں۔ تو آج لوگ اس پر بات کرنے سے ڈرتے ہیں۔</w:t>
      </w:r>
    </w:p>
    <w:p>
      <w:r>
        <w:rPr>
          <w:b/>
        </w:rPr>
        <w:t xml:space="preserve">[21:02] </w:t>
      </w:r>
      <w:r>
        <w:t>kyun? muqaddas maan liya unhon ne. ikhwan-e-rasool ke muamle ko muqaddas maan liya. mysterious maan liya. mysteri</w:t>
      </w:r>
    </w:p>
    <w:p>
      <w:pPr>
        <w:jc w:val="right"/>
      </w:pPr>
      <w:r>
        <w:t>کیوں؟ مقدس مان لیا انہوں نے۔ اخوان رسول کے معاملے کو مقدس مان لیا۔ مسٹیریس مان لیا۔ مسٹیری</w:t>
      </w:r>
    </w:p>
    <w:p>
      <w:r>
        <w:rPr>
          <w:b/>
        </w:rPr>
        <w:t xml:space="preserve">[21:10] </w:t>
      </w:r>
      <w:r>
        <w:t>ous. jaise ke kahin ghayab se koi niklega, achanak woh ikhwan-e-rasool ban jayega. nahi, woh woh hum ko ek goal diya gaya hai. hazrat umar ne farmaya tha ashab-e-rasool ke bare mein: ashab-e-rasool ko quran mein khair-ul-ummah kaha gaya hai.</w:t>
      </w:r>
    </w:p>
    <w:p>
      <w:pPr>
        <w:jc w:val="right"/>
      </w:pPr>
      <w:r>
        <w:t>س۔ جیسے کہ کہیں غائب سے کوئی نکلے گا، اچانک وہ اخوان رسول بن جائے گا۔ نہیں، وہ وہ ہم کو ایک گول دیا گیا ہے۔ حضرت عمر نے فرمایا تھا اصحاب رسول کے بارے میں: اصحاب رسول کو قرآن میں خیر و امت کہا گیا ہے۔</w:t>
      </w:r>
    </w:p>
    <w:p>
      <w:r>
        <w:rPr>
          <w:b/>
        </w:rPr>
        <w:t xml:space="preserve">[21:29] </w:t>
      </w:r>
      <w:r>
        <w:t>to hazrat umar ne farmaya tha ke mansura yakun mithlahu Allah fiha. matlab jo is group mein shamil hona chahe to us ki</w:t>
      </w:r>
    </w:p>
    <w:p>
      <w:pPr>
        <w:jc w:val="right"/>
      </w:pPr>
      <w:r>
        <w:t>تو حضرت عمر نے فرمایا تھا کہ منصرہ یکون مثلہ اللہ فیہا۔ مطلب جو اس گروپ میں شامل ہونا چاہے تو اس کی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