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Mission of Tajdeed (Revival of Islam) September 15, 2019 Maulana Wahiduddin Khan</w:t>
      </w:r>
    </w:p>
    <w:p>
      <w:r>
        <w:t>https://www.youtube.com/watch?v=jGfoAffJ4-8</w:t>
      </w:r>
    </w:p>
    <w:p>
      <w:r>
        <w:rPr>
          <w:b/>
        </w:rPr>
        <w:t xml:space="preserve">[00:14] </w:t>
      </w:r>
      <w:r>
        <w:t>bismillah rahman rahim, wasallallahu ala nabiyyi karim.</w:t>
      </w:r>
    </w:p>
    <w:p>
      <w:pPr>
        <w:jc w:val="right"/>
      </w:pPr>
      <w:r>
        <w:t>بسم اللہ الرحمن الرحیم، وصلی اللہ علی نبی 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[00:32] </w:t>
      </w:r>
      <w:r>
        <w:t>15 tabar 2019. aaj ki baat cheet ek hadith ko le kar hai.</w:t>
      </w:r>
    </w:p>
    <w:p>
      <w:pPr>
        <w:jc w:val="right"/>
      </w:pPr>
      <w:r>
        <w:t>15 تبر 2019۔ آج کی بات چیت ایک حدیث کو لے کر ہے۔</w:t>
      </w:r>
    </w:p>
    <w:p>
      <w:r>
        <w:rPr>
          <w:b/>
        </w:rPr>
        <w:t xml:space="preserve">[00:42] </w:t>
      </w:r>
      <w:r>
        <w:t>is hadith ko hadith tajdeed kaha jata hai.</w:t>
      </w:r>
    </w:p>
    <w:p>
      <w:pPr>
        <w:jc w:val="right"/>
      </w:pPr>
      <w:r>
        <w:t>اس حدیث کو حدیث تجدید کہا جاتا ہے۔</w:t>
      </w:r>
    </w:p>
    <w:p>
      <w:r>
        <w:rPr>
          <w:b/>
        </w:rPr>
        <w:t xml:space="preserve">[00:49] </w:t>
      </w:r>
      <w:r>
        <w:t>is ke alfaaz kuch is tarah hain: "inna allaha yab'athu 'ala ra'si kulli mi'ati sanatin man yujaddidu li hadhihi al-ummah amraha li dinaha".</w:t>
      </w:r>
    </w:p>
    <w:p>
      <w:pPr>
        <w:jc w:val="right"/>
      </w:pPr>
      <w:r>
        <w:t>اس کے الفاظ کچھ اس طرح ہیں: "إن الله يبعث علی راس کل میت شنت من یجدد دینا"۔</w:t>
      </w:r>
    </w:p>
    <w:p>
      <w:r>
        <w:rPr>
          <w:b/>
        </w:rPr>
        <w:t xml:space="preserve">[01:03] </w:t>
      </w:r>
      <w:r>
        <w:t>ab aap is hadith ka hawale ke sath bataiye aur is ka tarjuma.</w:t>
      </w:r>
    </w:p>
    <w:p>
      <w:pPr>
        <w:jc w:val="right"/>
      </w:pPr>
      <w:r>
        <w:t>اب آپ اس حدیث کا حوالے کے ساتھ بتائیے اور اس کا ترجمہ۔</w:t>
      </w:r>
    </w:p>
    <w:p>
      <w:r>
        <w:rPr>
          <w:b/>
        </w:rPr>
        <w:t xml:space="preserve">[01:12] </w:t>
      </w:r>
      <w:r>
        <w:t>an abi hurairah, rasul allahi sallallahu 'alayhi wa sallam qala: "inna allaha yab'athu li hadhihi al-ummah 'ala ra'si kulli mi'ati sanatin man yujaddidu laha dinahu".</w:t>
      </w:r>
    </w:p>
    <w:p>
      <w:pPr>
        <w:jc w:val="right"/>
      </w:pPr>
      <w:r>
        <w:t>عن ابی ہریرہ، رسول اللہ صلی اللہ علیہ وسلم قال: "إن الله يبعث لهذه الأمة علی رأس كل مات شنت من یجدد لها دینہ"۔</w:t>
      </w:r>
    </w:p>
    <w:p>
      <w:r>
        <w:rPr>
          <w:b/>
        </w:rPr>
        <w:t xml:space="preserve">[01:23] </w:t>
      </w:r>
      <w:r>
        <w:t>sunan abu dawood, hadith number 4291. ab hurairah se riwayat hai ke rasul allahi sallallahu 'alayhi wa sallam ne kaha: "beshak Allah is ummat ke liye mab'oos kare ga har so saal ke siray par ek aadmi jo is ke liye is ke deen ki tajdeed kare ga".</w:t>
      </w:r>
    </w:p>
    <w:p>
      <w:pPr>
        <w:jc w:val="right"/>
      </w:pPr>
      <w:r>
        <w:t>سنن ابو داؤد، حدیث نمبر 4291۔ ابوہریرہ سے روایت ہے کہ رسول اللہ صلی اللہ علیہ وسلم نے کہا: "بے شک اللہ اس امت کے لیے مبعوث کرے گا ہر سو سال کے سرے پر ایک آدمی جو اس کے لیے اس کے دین کی تجدید کرے گا"۔</w:t>
      </w:r>
    </w:p>
    <w:p>
      <w:r>
        <w:rPr>
          <w:b/>
        </w:rPr>
        <w:t xml:space="preserve">[01:46] </w:t>
      </w:r>
      <w:r>
        <w:t>yeh jo hadith rasool hai, is mein ek bohat bari tareekhi</w:t>
      </w:r>
    </w:p>
    <w:p>
      <w:pPr>
        <w:jc w:val="right"/>
      </w:pPr>
      <w:r>
        <w:t>یہ جو حدیث رسول ہے، اس میں ایک بہت بڑی تاریخی</w:t>
      </w:r>
    </w:p>
    <w:p>
      <w:r>
        <w:rPr>
          <w:b/>
        </w:rPr>
        <w:t xml:space="preserve">[01:56] </w:t>
      </w:r>
      <w:r>
        <w:t>haqeeqat ko bataya gaya hai. lekin hamare jo log hain, hamare ulama jo hain, apni mizaj ke mutabiq wo zyada tar afraad ya shakhsiyaton ki taraf jate hain.</w:t>
      </w:r>
    </w:p>
    <w:p>
      <w:pPr>
        <w:jc w:val="right"/>
      </w:pPr>
      <w:r>
        <w:t>حقیقت کو بتایا گیا ہے۔ لیکن ہمارے جو لوگ ہیں، ہمارے علماء جو ہیں، اپنی مزاج کے مطابق وہ زیادہ تر افراد یا شخصیتوں کی طرف جاتے ہیں۔</w:t>
      </w:r>
    </w:p>
    <w:p>
      <w:r>
        <w:rPr>
          <w:b/>
        </w:rPr>
        <w:t xml:space="preserve">[02:20] </w:t>
      </w:r>
      <w:r>
        <w:t>wo scientific mizaj na hone ki wajah se un ko afraad to nazar ate hain lekin haqeeqat nazar nahi ati.</w:t>
      </w:r>
    </w:p>
    <w:p>
      <w:pPr>
        <w:jc w:val="right"/>
      </w:pPr>
      <w:r>
        <w:t>وہ سائنٹیفک مزاج نہ ہونے کی وجہ سے ان کو افراد تو نظر آتے ہیں لیکن حقیقت نظر نہیں آتی۔</w:t>
      </w:r>
    </w:p>
    <w:p>
      <w:r>
        <w:rPr>
          <w:b/>
        </w:rPr>
        <w:t xml:space="preserve">[02:31] </w:t>
      </w:r>
      <w:r>
        <w:t>chunanche is hadith ko le kar shakhsi riwayat bohat si bani hain ke falan shakhs maujooda kamil hai, falan shakhs maujooda yeh hai, maujooda woh hai.</w:t>
      </w:r>
    </w:p>
    <w:p>
      <w:pPr>
        <w:jc w:val="right"/>
      </w:pPr>
      <w:r>
        <w:t>چنانچہ اس حدیث کو لے کر شخصی روایت بہت سی بنی ہیں کہ فلاں شخص موجودہ کامل ہے، فلاں شخص موجودہ یہ ہے، موجودہ وہ ہے۔</w:t>
      </w:r>
    </w:p>
    <w:p>
      <w:r>
        <w:rPr>
          <w:b/>
        </w:rPr>
        <w:t xml:space="preserve">[02:50] </w:t>
      </w:r>
      <w:r>
        <w:t>yahan tak ke falan shakhs</w:t>
      </w:r>
    </w:p>
    <w:p>
      <w:pPr>
        <w:jc w:val="right"/>
      </w:pPr>
      <w:r>
        <w:t>یہاں تک کہ فلاں شخص</w:t>
      </w:r>
    </w:p>
    <w:p>
      <w:r>
        <w:rPr>
          <w:b/>
        </w:rPr>
        <w:t xml:space="preserve">[02:57] </w:t>
      </w:r>
      <w:r>
        <w:t>pure alf alf sani ka mujaddid hai. alf sani yeh kitni absurd baat hai!</w:t>
      </w:r>
    </w:p>
    <w:p>
      <w:pPr>
        <w:jc w:val="right"/>
      </w:pPr>
      <w:r>
        <w:t>پورے الف الف ثانی کا مجدد ہے۔ الف ثانی یہ کتنی ایبسڈ بات ہے!</w:t>
      </w:r>
    </w:p>
    <w:p>
      <w:r>
        <w:rPr>
          <w:b/>
        </w:rPr>
        <w:t xml:space="preserve">[03:07] </w:t>
      </w:r>
      <w:r>
        <w:t>yeh impass bolay ke koi shakhs alf sani ka mujaddid ban jaye to koi kisi ko inhone mujaddid kamil bana rakha hai, kisi ko mujaddid alf sani bana rakha hai, kisi ko mujaddid tasweer bana rakha hai, kisi ko kisi ko.</w:t>
      </w:r>
    </w:p>
    <w:p>
      <w:pPr>
        <w:jc w:val="right"/>
      </w:pPr>
      <w:r>
        <w:t>یہ ایمپاس بولے کہ کوئی شخص الف ثانی کا مجدد بن جائے تو کوئی کسی کو انہوں نے مجدد کامل بنا رکھا ہے، کسی کو مجدد الف ثانی بنا رکھا ہے، کسی کو مجدد تصویر بنا رکھا ہے، کسی کو کسی کو۔</w:t>
      </w:r>
    </w:p>
    <w:p>
      <w:r>
        <w:rPr>
          <w:b/>
        </w:rPr>
        <w:t xml:space="preserve">[03:27] </w:t>
      </w:r>
      <w:r>
        <w:t>dekhiye, yeh hadith jo hai, iska talluq shakhsiyat se nahi hai. daur se hai, daur se hai, daur se hai.</w:t>
      </w:r>
    </w:p>
    <w:p>
      <w:pPr>
        <w:jc w:val="right"/>
      </w:pPr>
      <w:r>
        <w:t>دیکھیے، یہ حدیث جو ہے، اس کا تعلق شخصیت سے نہیں ہے۔ دور سے ہے، دور سے ہے، دور سے ہے۔</w:t>
      </w:r>
    </w:p>
    <w:p>
      <w:r>
        <w:rPr>
          <w:b/>
        </w:rPr>
        <w:t xml:space="preserve">[03:38] </w:t>
      </w:r>
      <w:r>
        <w:t>jab daur mein change aata hai to zaroorat hoti hai ke islam ki taleemat ko</w:t>
      </w:r>
    </w:p>
    <w:p>
      <w:pPr>
        <w:jc w:val="right"/>
      </w:pPr>
      <w:r>
        <w:t>جب دور میں چینج آتا ہے تو ضرورت ہوتی ہے کہ اسلام کی تعلیمات کو</w:t>
      </w:r>
    </w:p>
    <w:p>
      <w:r>
        <w:rPr>
          <w:b/>
        </w:rPr>
        <w:t xml:space="preserve">[03:49] </w:t>
      </w:r>
      <w:r>
        <w:t>phir se explain kiya jaye. bas is mein shakhsiyat focus par nahi hai balkay daur focus par hai.</w:t>
      </w:r>
    </w:p>
    <w:p>
      <w:pPr>
        <w:jc w:val="right"/>
      </w:pPr>
      <w:r>
        <w:t>پھر سے ایکسپلین کیا جائے۔ بس اس میں شخصیت فوکس پر نہیں ہے بلکہ دور فوکس پر ہے۔</w:t>
      </w:r>
    </w:p>
    <w:p>
      <w:r>
        <w:rPr>
          <w:b/>
        </w:rPr>
        <w:t xml:space="preserve">[04:04] </w:t>
      </w:r>
      <w:r>
        <w:t>yeh bohat hi aham baat hai jo logon ko shakhsiyaton mein gum honay ki wajah se dikhai nahi di. aur is se natija yeh hua ke iska jo asal message hai, wohi nahi pa sakay log.</w:t>
      </w:r>
    </w:p>
    <w:p>
      <w:pPr>
        <w:jc w:val="right"/>
      </w:pPr>
      <w:r>
        <w:t>یہ بہت ہی اہم بات ہے جو لوگوں کو شخصیتوں میں گم ہونے کی وجہ سے دکھائی نہیں دی۔ اور اس سے نتیجہ یہ ہوا کہ اس کا جو اصل میسج ہے، وہی نہیں پا سکے لوگ۔</w:t>
      </w:r>
    </w:p>
    <w:p>
      <w:r>
        <w:rPr>
          <w:b/>
        </w:rPr>
        <w:t xml:space="preserve">[04:20] </w:t>
      </w:r>
      <w:r>
        <w:t>bas shakhsiyaton ki fazilat ke khane mein is hadith ko darj karte rahay. dekhiye, hota kya hai?</w:t>
      </w:r>
    </w:p>
    <w:p>
      <w:pPr>
        <w:jc w:val="right"/>
      </w:pPr>
      <w:r>
        <w:t>بس شخصیتوں کی فضیلت کے خانے میں اس حدیث کو درج کرتے رہے۔ دیکھیے، ہوتا کیا ہے؟</w:t>
      </w:r>
    </w:p>
    <w:p>
      <w:r>
        <w:rPr>
          <w:b/>
        </w:rPr>
        <w:t xml:space="preserve">[04:33] </w:t>
      </w:r>
      <w:r>
        <w:t>islam aik da'wati mazhab hai. da'wat yani doosron tak pohanchana. is ki wajah se al islam mein aur doosron mein aik interaction jari hota hai.</w:t>
      </w:r>
    </w:p>
    <w:p>
      <w:pPr>
        <w:jc w:val="right"/>
      </w:pPr>
      <w:r>
        <w:t>اسلام ایک دعوتی مذہب ہے۔ دعوت یعنی دوسروں تک پہنچانا۔ اس کی وجہ سے ال اسلام میں اور دوسروں میں ایک انٹریکشن جاری ہوتا ہے۔</w:t>
      </w:r>
    </w:p>
    <w:p>
      <w:r>
        <w:rPr>
          <w:b/>
        </w:rPr>
        <w:t xml:space="preserve">[04:49] </w:t>
      </w:r>
      <w:r>
        <w:t>interaction,</w:t>
      </w:r>
    </w:p>
    <w:p>
      <w:pPr>
        <w:jc w:val="right"/>
      </w:pPr>
      <w:r>
        <w:t>انٹریکشن،</w:t>
      </w:r>
    </w:p>
    <w:p>
      <w:r>
        <w:rPr>
          <w:b/>
        </w:rPr>
        <w:t xml:space="preserve">[04:53] </w:t>
      </w:r>
      <w:r>
        <w:t>tabadla khayal, discussion. to is ki wajah se doosron ke darmiyan aur al islam ke darmiyan aik mustaqil dialogue jari ho jata hai.</w:t>
      </w:r>
    </w:p>
    <w:p>
      <w:pPr>
        <w:jc w:val="right"/>
      </w:pPr>
      <w:r>
        <w:t>تبادلہ خیال، ڈسکشن۔ تو اس کی وجہ سے دوسروں کے درمیان اور ال اسلام کے درمیان ایک مستقل ڈائیلاگ جاری ہو جاتا ہے۔</w:t>
      </w:r>
    </w:p>
    <w:p>
      <w:r>
        <w:rPr>
          <w:b/>
        </w:rPr>
        <w:t xml:space="preserve">[05:07] </w:t>
      </w:r>
      <w:r>
        <w:t>dialogue. is se kya hota hai ke dono taraf kuch asraat paida hotay hain, yani idhar bhi, idhar bhi.</w:t>
      </w:r>
    </w:p>
    <w:p>
      <w:pPr>
        <w:jc w:val="right"/>
      </w:pPr>
      <w:r>
        <w:t>ڈائیلاگ۔ اس سے کیا ہوتا ہے کہ دونوں طرف کچھ اثرات پیدا ہوتے ہیں، یعنی ادھر بھی، ادھر بھی۔</w:t>
      </w:r>
    </w:p>
    <w:p>
      <w:r>
        <w:rPr>
          <w:b/>
        </w:rPr>
        <w:t xml:space="preserve">[05:21] </w:t>
      </w:r>
      <w:r>
        <w:t>to jab aisa ho aik muddat tak ke</w:t>
      </w:r>
    </w:p>
    <w:p>
      <w:pPr>
        <w:jc w:val="right"/>
      </w:pPr>
      <w:r>
        <w:t>تو جب ایسا ہو ایک مدت تک کہ</w:t>
      </w:r>
    </w:p>
    <w:p>
      <w:r>
        <w:rPr>
          <w:b/>
        </w:rPr>
        <w:t xml:space="preserve">[05:32] </w:t>
      </w:r>
      <w:r>
        <w:t>mawzu ke mukhalifat se, mawzu ke sath ikhtilaf se</w:t>
      </w:r>
    </w:p>
    <w:p>
      <w:pPr>
        <w:jc w:val="right"/>
      </w:pPr>
      <w:r>
        <w:t>موضوع کے مخالفت سے، موضوع کے ساتھ اختلاف سے</w:t>
      </w:r>
    </w:p>
    <w:p>
      <w:r>
        <w:rPr>
          <w:b/>
        </w:rPr>
        <w:t xml:space="preserve">[05:43] </w:t>
      </w:r>
      <w:r>
        <w:t>discussion chalta rahay, interaction hota rahay, to kuch asraat aa jatay hain musalmanon mein is ke. aur islam ki ta'beer mein aik naya pehlu samnay aata hai.</w:t>
      </w:r>
    </w:p>
    <w:p>
      <w:pPr>
        <w:jc w:val="right"/>
      </w:pPr>
      <w:r>
        <w:t>ڈسکشن چلتا رہے، انٹریکشن ہوتا رہے، تو کچھ اثرات آ جاتے ہیں مسلمانوں میں اس کے۔ اور اسلام کی تعبیر میں ایک نیا پہلو سامنے آتا ہے۔</w:t>
      </w:r>
    </w:p>
    <w:p>
      <w:r>
        <w:rPr>
          <w:b/>
        </w:rPr>
        <w:t xml:space="preserve">[05:59] </w:t>
      </w:r>
      <w:r>
        <w:t>is waqt zaroorat yeh hoti hai ke islam ko revive kiya jaye, is islam ko phir se bayan kiya jaye.</w:t>
      </w:r>
    </w:p>
    <w:p>
      <w:pPr>
        <w:jc w:val="right"/>
      </w:pPr>
      <w:r>
        <w:t>اس وقت ضرورت یہ ہوتی ہے کہ اسلام کو ریوائیو کیا جائے، اس اسلام کو پھر سے بیان کیا جائے۔</w:t>
      </w:r>
    </w:p>
    <w:p>
      <w:r>
        <w:rPr>
          <w:b/>
        </w:rPr>
        <w:t xml:space="preserve">[06:09] </w:t>
      </w:r>
      <w:r>
        <w:t>yani is ko yun keh saktay hain ke de-rediment ko khatam kar ke phir pathe pilaye jayen. yani mukhalifat ya discussion ya mawzu ke talluq ki bina par jo de-rediment ho gaya hai,</w:t>
      </w:r>
    </w:p>
    <w:p>
      <w:pPr>
        <w:jc w:val="right"/>
      </w:pPr>
      <w:r>
        <w:t>یعنی اس کو یوں کہہ سکتے ہیں کہ ڈی ریڈمنٹ کو ختم کر کے پھر پٹھے پلائے جائیں۔ یعنی مخالفت یا ڈسکشن یا موضوع کے تعلق کی بنا پر جو ڈی ریڈمنٹ ہو گیا ہے،</w:t>
      </w:r>
    </w:p>
    <w:p>
      <w:r>
        <w:rPr>
          <w:b/>
        </w:rPr>
        <w:t xml:space="preserve">[06:29] </w:t>
      </w:r>
      <w:r>
        <w:t>is ko khatam kiya jaye aur aur gaadi ko dobara pathe pilaya jaye. to main aap ko misaal deta hoon.</w:t>
      </w:r>
    </w:p>
    <w:p>
      <w:pPr>
        <w:jc w:val="right"/>
      </w:pPr>
      <w:r>
        <w:t>اس کو ختم کیا جائے اور اور گاڑی کو دوبارہ پٹھے پلایا جائے۔ تو میں آپ کو مثال دیتا ہوں۔</w:t>
      </w:r>
    </w:p>
    <w:p>
      <w:r>
        <w:rPr>
          <w:b/>
        </w:rPr>
        <w:t xml:space="preserve">[06:38] </w:t>
      </w:r>
      <w:r>
        <w:t>dekhiye, pehla jo daur tha islam ka, woh tribal age tha. tribal age. is zamanay mein sab se bari cheez jang hua karti thi.</w:t>
      </w:r>
    </w:p>
    <w:p>
      <w:pPr>
        <w:jc w:val="right"/>
      </w:pPr>
      <w:r>
        <w:t>دیکھیے، پہلا جو دور تھا اسلام کا، وہ ٹرائبل ایج تھا۔ ٹرائبل ایج۔ اس زمانے میں سب سے بڑی چیز جنگ ہوا کرتی تھی۔</w:t>
      </w:r>
    </w:p>
    <w:p>
      <w:r>
        <w:rPr>
          <w:b/>
        </w:rPr>
        <w:t xml:space="preserve">[06:53] </w:t>
      </w:r>
      <w:r>
        <w:t>al harab, anf al harab. bas har kaam jo kar, har har maqsad jo hasil karna hai, us ko jang se hasil karna, yeh tha tribal age ka culture.</w:t>
      </w:r>
    </w:p>
    <w:p>
      <w:pPr>
        <w:jc w:val="right"/>
      </w:pPr>
      <w:r>
        <w:t>الحرب، انفال الحرب۔ بس ہر کام جو کر، ہر ہر مقصد جو حاصل کرنا ہے، اس کو جنگ سے حاصل کرنا، یہ تھا ٹرائبل ایج کا کلچر۔</w:t>
      </w:r>
    </w:p>
    <w:p>
      <w:r>
        <w:rPr>
          <w:b/>
        </w:rPr>
        <w:t xml:space="preserve">[07:05] </w:t>
      </w:r>
      <w:r>
        <w:t>tribal case, tribal culture jo tha, woh special war culture tha. chunancha aik is zamanay ka aik shair hai ke: "waya wayan nadar bakr nakhina maal muallim illa khana".</w:t>
      </w:r>
    </w:p>
    <w:p>
      <w:pPr>
        <w:jc w:val="right"/>
      </w:pPr>
      <w:r>
        <w:t>ٹرائبل کیس، ٹرائبل کلچر جو تھا، وہ سسپیشل وار کلچر تھا۔ چنانچہ ایک اس زمانے کا ایک شعر ہے کہ: "وایا وایان ندار بکر نخینہ مال معلم الا خانہ"۔</w:t>
      </w:r>
    </w:p>
    <w:p>
      <w:r>
        <w:rPr>
          <w:b/>
        </w:rPr>
        <w:t xml:space="preserve">[07:27] </w:t>
      </w:r>
      <w:r>
        <w:t>yani bahar ka koi larnay ke liye nahi aata tha, hum apnay bhaiyon se lad jatay hain. bas rai, rai, rai.</w:t>
      </w:r>
    </w:p>
    <w:p>
      <w:pPr>
        <w:jc w:val="right"/>
      </w:pPr>
      <w:r>
        <w:t>یعنی باہر کا کوئی لڑنے کے لیے نہیں آتا تھا، ہم اپنے بھائیوں سے لڑ جاتے ہیں۔ بس رائی، رائی، رائی۔</w:t>
      </w:r>
    </w:p>
    <w:p>
      <w:r>
        <w:rPr>
          <w:b/>
        </w:rPr>
        <w:t xml:space="preserve">[07:38] </w:t>
      </w:r>
      <w:r>
        <w:t>to yeh daur mein islam mein bhi aa gaya rai ka culture. matlab musalmanon mein. to musalmanon ne is ko jihad bana diya.</w:t>
      </w:r>
    </w:p>
    <w:p>
      <w:pPr>
        <w:jc w:val="right"/>
      </w:pPr>
      <w:r>
        <w:t>تو یہ دور میں اسلام میں بھی آ گیا رائی کا کلچر۔ مطلب مسلمانوں میں۔ تو مسلمانوں نے اس کو جہاد بنا دیا۔</w:t>
      </w:r>
    </w:p>
    <w:p>
      <w:r>
        <w:rPr>
          <w:b/>
        </w:rPr>
        <w:t xml:space="preserve">[07:50] </w:t>
      </w:r>
      <w:r>
        <w:t>halankay jihad nahi tha yeh. larna phirna koi jihad nahi hai. jihad to da'wat ka naam hai, peaceful da'wat ka naam hai jihad.</w:t>
      </w:r>
    </w:p>
    <w:p>
      <w:pPr>
        <w:jc w:val="right"/>
      </w:pPr>
      <w:r>
        <w:t>حالانکہ جہاد نہیں تھا یہ۔ لڑنا پھرنا کوئی جہاد نہیں ہے۔ جہاد تو دعوت کا نام ہے، پیس فل دعوت کا نام ہے جہاد۔</w:t>
      </w:r>
    </w:p>
    <w:p>
      <w:r>
        <w:rPr>
          <w:b/>
        </w:rPr>
        <w:t xml:space="preserve">[08:00] </w:t>
      </w:r>
      <w:r>
        <w:t>lekin mawzu ke asar se ya contemporary mawzu, contemporary mawzu ke asar se al islam mein yeh kachra aa gaya, larnay phirnay wala.</w:t>
      </w:r>
    </w:p>
    <w:p>
      <w:pPr>
        <w:jc w:val="right"/>
      </w:pPr>
      <w:r>
        <w:t>لیکن موضوع کے اثر سے یا کنٹمپریری موضوع، کنٹمپریری موضوع کے اثر سے ال اسلام میں یہ کچرا آ گیا، لڑنے پھرنے والا۔</w:t>
      </w:r>
    </w:p>
    <w:p>
      <w:r>
        <w:rPr>
          <w:b/>
        </w:rPr>
        <w:t xml:space="preserve">[08:16] </w:t>
      </w:r>
      <w:r>
        <w:t>to wahan par zarurat hoti hai koi madad uthe aur is jo milawat ho gayi, is ko alag kare.</w:t>
      </w:r>
    </w:p>
    <w:p>
      <w:pPr>
        <w:jc w:val="right"/>
      </w:pPr>
      <w:r>
        <w:t>تو وہاں پر ضرورت ہوتی ہے کوئی مدد اٹھے اور اس جو ملاوٹ ہو گئی، اس کو الگ کرے۔</w:t>
      </w:r>
    </w:p>
    <w:p>
      <w:r>
        <w:rPr>
          <w:b/>
        </w:rPr>
        <w:t xml:space="preserve">[08:25] </w:t>
      </w:r>
      <w:r>
        <w:t>islam mein jo de-rediment ho gaya hai, is ko phir se pathe plae, phir se pathe plae.</w:t>
      </w:r>
    </w:p>
    <w:p>
      <w:pPr>
        <w:jc w:val="right"/>
      </w:pPr>
      <w:r>
        <w:t>اسلام میں جو ڈی ریڈمنٹ ہو گیا ہے، اس کو پھر سے پٹھے پلائے، پھر سے پٹھے پلائے۔</w:t>
      </w:r>
    </w:p>
    <w:p>
      <w:r>
        <w:rPr>
          <w:b/>
        </w:rPr>
        <w:t xml:space="preserve">[08:35] </w:t>
      </w:r>
      <w:r>
        <w:t>to is zamane mein jab aisa hua to kuch log uthe, kuch ulama jinhone bohat sahi baat kahi, unhone kaha ke islam mein jang,</w:t>
      </w:r>
    </w:p>
    <w:p>
      <w:pPr>
        <w:jc w:val="right"/>
      </w:pPr>
      <w:r>
        <w:t>تو اس زمانے میں جب ایسا ہوا تو کچھ لوگ اٹھے، کچھ علماء جنہوں نے بہت صحیح بات کہی، انہوں نے کہا کہ اسلام میں جنگ،</w:t>
      </w:r>
    </w:p>
    <w:p>
      <w:r>
        <w:rPr>
          <w:b/>
        </w:rPr>
        <w:t xml:space="preserve">[08:50] </w:t>
      </w:r>
      <w:r>
        <w:t>islam mein jang husn lidhati hi nahi hai. islam mein jang husn li ghairi hai. yeh bohat zyada acha statement tha is zamane mein jo diya gaya ke islam mein jang, yani doosre lafzon mein,</w:t>
      </w:r>
    </w:p>
    <w:p>
      <w:pPr>
        <w:jc w:val="right"/>
      </w:pPr>
      <w:r>
        <w:t>اسلام میں جنگ حسن لذات ہی نہیں ہے۔ اسلام میں جنگ حسن لغیرہی ہے۔ یہ بہت زیادہ اچھا اسٹیٹمنٹ تھا اس زمانے میں جو دیا گیا کہ اسلام میں جنگ، یعنی دوسرے لفظوں میں،</w:t>
      </w:r>
    </w:p>
    <w:p>
      <w:r>
        <w:rPr>
          <w:b/>
        </w:rPr>
        <w:t xml:space="preserve">[09:09] </w:t>
      </w:r>
      <w:r>
        <w:t>wo</w:t>
      </w:r>
    </w:p>
    <w:p>
      <w:pPr>
        <w:jc w:val="right"/>
      </w:pPr>
      <w:r>
        <w:t>وہ</w:t>
      </w:r>
    </w:p>
    <w:p>
      <w:r>
        <w:rPr>
          <w:b/>
        </w:rPr>
        <w:t xml:space="preserve">[09:15] </w:t>
      </w:r>
      <w:r>
        <w:t>jo is qism ka jo nazariya bana tha is zamane mein, wo husn lidhati hi nahi hai, wo husn li ghairi hai.</w:t>
      </w:r>
    </w:p>
    <w:p>
      <w:pPr>
        <w:jc w:val="right"/>
      </w:pPr>
      <w:r>
        <w:t>جو اس قسم کا جو نظریہ بنا تھا اس زمانے میں، وہ حسن لذات ہی نہیں ہے، وہ حسن لغیرہی ہے۔</w:t>
      </w:r>
    </w:p>
    <w:p>
      <w:r>
        <w:rPr>
          <w:b/>
        </w:rPr>
        <w:t xml:space="preserve">[09:25] </w:t>
      </w:r>
      <w:r>
        <w:t>yani zarurat ke tabe hai. zarurat agar pesh ayegi to harf hai, nahi hai to harf bhi nahi hai. yeh tha matlab ke islam mein qital, is ko kahiye ke qital islam mein husn li ghairi nahi hai, husn lidhati hi nahi hai.</w:t>
      </w:r>
    </w:p>
    <w:p>
      <w:pPr>
        <w:jc w:val="right"/>
      </w:pPr>
      <w:r>
        <w:t>یعنی ضرورت کے تابع ہے۔ ضرورت اگر پیش آئے گی تو حرف ہے، نہیں ہے تو حرف بھی نہیں ہے۔ یہ تھا مطلب کہ اسلام میں قتال، اس کو کہیے کہ قتال اسلام میں حسن لغیرہی نہیں ہے، حسن لذات ہی نہیں ہے۔</w:t>
      </w:r>
    </w:p>
    <w:p>
      <w:r>
        <w:rPr>
          <w:b/>
        </w:rPr>
        <w:t xml:space="preserve">[09:49] </w:t>
      </w:r>
      <w:r>
        <w:t>yani jaise namaz hai, haj hai, roza hai, zakat hai, yeh sab husn li ghairi hai. husn li ghairi khud apne hi mein, khud apne aitbar se matloob hai.</w:t>
      </w:r>
    </w:p>
    <w:p>
      <w:pPr>
        <w:jc w:val="right"/>
      </w:pPr>
      <w:r>
        <w:t>یعنی جیسے نماز ہے، حج ہے، روزہ ہے، زکوۃ ہے، یہ سب حسن لغیرہی ہے۔ حسن لغیرہی خود اپنے ہی میں، خود اپنے اعتبار سے مطلوب ہے۔</w:t>
      </w:r>
    </w:p>
    <w:p>
      <w:r>
        <w:rPr>
          <w:b/>
        </w:rPr>
        <w:t xml:space="preserve">[10:06] </w:t>
      </w:r>
      <w:r>
        <w:t>lekin jang is is tarah se matloob nahi hai. agar halaat paida hon ke islam ko difa ki zarurat ho to us waqt ja qital kiya jayega, nahi to qital mauqoof rahega, mauqoof rahega, mauqoof rahega.</w:t>
      </w:r>
    </w:p>
    <w:p>
      <w:pPr>
        <w:jc w:val="right"/>
      </w:pPr>
      <w:r>
        <w:t>لیکن جنگ اس اس طرح سے مطلوب نہیں ہے۔ اگر حالات پیدا ہوں کہ اسلام کو دفاع کی ضرورت ہو تو اس وقت جا قتال کیا جائے گا، نہیں تو قتال موقوف رہے گا، موقوف رہے گا، موقوف رہے گا۔</w:t>
      </w:r>
    </w:p>
    <w:p>
      <w:r>
        <w:rPr>
          <w:b/>
        </w:rPr>
        <w:t xml:space="preserve">[10:24] </w:t>
      </w:r>
      <w:r>
        <w:t>us waqt yeh kaam kiya logon ne, bohat sahi kaam kiya, bohat sahi kaam kiya. phir baat ko us aur aur development pesh aae.</w:t>
      </w:r>
    </w:p>
    <w:p>
      <w:pPr>
        <w:jc w:val="right"/>
      </w:pPr>
      <w:r>
        <w:t>اس وقت یہ کام کیا لوگوں نے، بہت صحیح کام کیا، بہت صحیح کام کیا۔ پھر بات کو اس اور اور ڈی ریڈمنٹ پیش آئے۔</w:t>
      </w:r>
    </w:p>
    <w:p>
      <w:r>
        <w:rPr>
          <w:b/>
        </w:rPr>
        <w:t xml:space="preserve">[10:37] </w:t>
      </w:r>
      <w:r>
        <w:t>misalan dekhiye, Abbasi daur mein jab jab wo hua, yani bohat zyada log Islam mein dakhil hone lage, jisko kehte hain mass conversion.</w:t>
      </w:r>
    </w:p>
    <w:p>
      <w:pPr>
        <w:jc w:val="right"/>
      </w:pPr>
      <w:r>
        <w:t>مثلاً دیکھیے، عباسی دور میں جب جب وہ ہوا، یعنی بہت زیادہ لوگ اسلام میں داخل ہونے لگے، جس کو کہتے ہیں ماس کنورژن۔</w:t>
      </w:r>
    </w:p>
    <w:p>
      <w:r>
        <w:rPr>
          <w:b/>
        </w:rPr>
        <w:t xml:space="preserve">[10:52] </w:t>
      </w:r>
      <w:r>
        <w:t>mass conversion jab hua to log aaye the doosre doosre mazhabon se aur doosre mazhabon mein chhoti chhoti baaton ko masla banaya jata tha,</w:t>
      </w:r>
    </w:p>
    <w:p>
      <w:pPr>
        <w:jc w:val="right"/>
      </w:pPr>
      <w:r>
        <w:t>ماس کنورژن جب ہوا تو لوگ آئے تھے دوسرے دوسرے مذہبوں سے اور دوسرے مذہبوں میں چھوٹی چھوٹی باتوں کو مسئلہ بنایا جاتا تھا،</w:t>
      </w:r>
    </w:p>
    <w:p>
      <w:r>
        <w:rPr>
          <w:b/>
        </w:rPr>
        <w:t xml:space="preserve">[11:08] </w:t>
      </w:r>
      <w:r>
        <w:t>chhoti chhoti baaton ko masla banate the. to wo puchte the ke is ka hukm islam mein kya hai, is ka hukm islam mein kya hai. to hamare ulama ne yeh ghalti ki is waqt ke lage is ko Islamize karne,</w:t>
      </w:r>
    </w:p>
    <w:p>
      <w:pPr>
        <w:jc w:val="right"/>
      </w:pPr>
      <w:r>
        <w:t>چھوٹی چھوٹی باتوں کو مسئلہ بناتے تھے۔ تو وہ پوچھتے تھے کہ اس کا حکم اسلام میں کیا ہے، اس کا حکم اسلام میں کیا ہے۔ تو ہمارے علماء نے یہ غلطی کی اس وقت کہ لگے اس کو اسلامائز کرنے،</w:t>
      </w:r>
    </w:p>
    <w:p>
      <w:r>
        <w:rPr>
          <w:b/>
        </w:rPr>
        <w:t xml:space="preserve">[11:23] </w:t>
      </w:r>
      <w:r>
        <w:t>is ko islamize karne lage. wo kehte hain ke Islam aayi nahi hai, yeh sab yeh sab tumhara tha, yahan hai nahi. to natija kya hua ke ghair zaruri</w:t>
      </w:r>
    </w:p>
    <w:p>
      <w:pPr>
        <w:jc w:val="right"/>
      </w:pPr>
      <w:r>
        <w:t>اس کو اسلامائز کرنے لگے۔ وہ کہتے ہیں کہ اسلام آئی نہیں ہے، یہ سب یہ سب تمہارا تھا، یہاں ہے نہیں۔ تو نتیجہ کیا ہوا کہ غیر ضروری</w:t>
      </w:r>
    </w:p>
    <w:p>
      <w:r>
        <w:rPr>
          <w:b/>
        </w:rPr>
        <w:t xml:space="preserve">[11:37] </w:t>
      </w:r>
      <w:r>
        <w:t>zor chhote chhote masle mein ho gaya. misalan dekhiye, auraton ke bare mein masla bana rakha hai ke ek baal jo hai nikalna nahi chahiye, yeh masla nahi hai, Islam nahi hai.</w:t>
      </w:r>
    </w:p>
    <w:p>
      <w:pPr>
        <w:jc w:val="right"/>
      </w:pPr>
      <w:r>
        <w:t>زور چھوٹے چھوٹے مسئلے میں ہو گیا۔ مثلاً دیکھیے، عورتوں کے بارے میں مسئلہ بنا رکھا ہے کہ ایک بال جو ہے نکلنا نہیں چاہیے، یہ مسئلہ نہیں ہے، اسلام نہیں ہے۔</w:t>
      </w:r>
    </w:p>
    <w:p>
      <w:r>
        <w:rPr>
          <w:b/>
        </w:rPr>
        <w:t xml:space="preserve">[11:51] </w:t>
      </w:r>
      <w:r>
        <w:t>yeh ke baal aisa repeat hi aisa aisa tha ke ek baal bhi dikhai na de, yeh koi islam nahi hai.</w:t>
      </w:r>
    </w:p>
    <w:p>
      <w:pPr>
        <w:jc w:val="right"/>
      </w:pPr>
      <w:r>
        <w:t>یہ کہ بال ایسا ریپیٹ ہی ایسا ایسا تھا کہ ایک بال بھی دکھائی نہ دے، یہ کوئی اسلام نہیں ہے۔</w:t>
      </w:r>
    </w:p>
    <w:p>
      <w:r>
        <w:rPr>
          <w:b/>
        </w:rPr>
        <w:t xml:space="preserve">[12:02] </w:t>
      </w:r>
      <w:r>
        <w:t>yeh doosron ke asar se paida hone wali bidat hai. to is tarah ki cheezein huin ke jo log islam mein dakhil hue, apne pichhle mazhab ke asrat ko lekar sawal karte the hamare ulama se.</w:t>
      </w:r>
    </w:p>
    <w:p>
      <w:pPr>
        <w:jc w:val="right"/>
      </w:pPr>
      <w:r>
        <w:t>یہ دوسروں کے اثر سے پیدا ہونے والی بدعت ہے۔ تو اس طرح کی چیزیں ہوئیں کہ جو لوگ اسلام میں داخل ہوئے، اپنے پچھلے مذہب کے اثرات کو لے کر سوال کرتے تھے ہمارے علماء سے۔</w:t>
      </w:r>
    </w:p>
    <w:p>
      <w:r>
        <w:rPr>
          <w:b/>
        </w:rPr>
        <w:t xml:space="preserve">[12:21] </w:t>
      </w:r>
      <w:r>
        <w:t>to ulama ko kehna chahiye tha ke yeh islam mein yeh sab baatein hain hi nahi, islam mein yeh bhi, wo bhi hai, islam mein yeh bhi theek hai, wo bhi theek hai.</w:t>
      </w:r>
    </w:p>
    <w:p>
      <w:pPr>
        <w:jc w:val="right"/>
      </w:pPr>
      <w:r>
        <w:t>تو علماء کو کہنا چاہیے تھا کہ یہ اسلام میں یہ سب باتیں ہیں ہی نہیں، اسلام میں یہ بھی، وہ بھی ہے، اسلام میں یہ بھی ٹھیک ہے، وہ بھی ٹھیک ہے۔</w:t>
      </w:r>
    </w:p>
    <w:p>
      <w:r>
        <w:rPr>
          <w:b/>
        </w:rPr>
        <w:t xml:space="preserve">[12:34] </w:t>
      </w:r>
      <w:r>
        <w:t>lekin yeh us waqt yeh kaam nahi kiya gaya. is wajah se is par wo ban gaye, fiqhi masalik ban gaye, fiqhi masalik.</w:t>
      </w:r>
    </w:p>
    <w:p>
      <w:pPr>
        <w:jc w:val="right"/>
      </w:pPr>
      <w:r>
        <w:t>لیکن یہ اس وقت یہ کام نہیں کیا گیا۔ اس وجہ سے اس پر وہ بن گئے، فقہی مسالک بن گئے، فقہی مسالک۔</w:t>
      </w:r>
    </w:p>
    <w:p>
      <w:r>
        <w:rPr>
          <w:b/>
        </w:rPr>
        <w:t xml:space="preserve">[12:44] </w:t>
      </w:r>
      <w:r>
        <w:t>yeh fiqhi masail ki cheezein nahi thin. dekhiye, ek hai tohaddud, ek hai taaddud.</w:t>
      </w:r>
    </w:p>
    <w:p>
      <w:pPr>
        <w:jc w:val="right"/>
      </w:pPr>
      <w:r>
        <w:t>یہ فقہی مسائل کی چیزیں نہیں تھیں۔ دیکھیے، ایک ہے توحد، ایک ہے تعدد۔</w:t>
      </w:r>
    </w:p>
    <w:p>
      <w:r>
        <w:rPr>
          <w:b/>
        </w:rPr>
        <w:t xml:space="preserve">[12:56] </w:t>
      </w:r>
      <w:r>
        <w:t>taaddud ke maani hain ke yeh bhi theek, wo bhi theek, yeh bhi theek, wo bhi theek.</w:t>
      </w:r>
    </w:p>
    <w:p>
      <w:pPr>
        <w:jc w:val="right"/>
      </w:pPr>
      <w:r>
        <w:t>تعدد کے معنی ہیں کہ یہ بھی ٹھیک، وہ بھی ٹھیک، یہ بھی ٹھیک، وہ بھی ٹھیک۔</w:t>
      </w:r>
    </w:p>
    <w:p>
      <w:r>
        <w:rPr>
          <w:b/>
        </w:rPr>
        <w:t xml:space="preserve">[13:06] </w:t>
      </w:r>
      <w:r>
        <w:t>to har maamle mein namaz, roza, haj, zakat, aise masle bane ke bas yeh theek hai, wo theek nahi hai. yeh jisse firqe ban gaye, firqe, firqe ban gaye.</w:t>
      </w:r>
    </w:p>
    <w:p>
      <w:pPr>
        <w:jc w:val="right"/>
      </w:pPr>
      <w:r>
        <w:t>تو ہر معاملے میں نماز، روزہ، حج، زکوۃ، ایسے مسئلے بنے کہ بس یہ ٹھیک ہے، وہ ٹھیک نہیں ہے۔ یہ جس سے فرقے بن گئے، فرقے، فرقے بن گئے۔</w:t>
      </w:r>
    </w:p>
    <w:p>
      <w:r>
        <w:rPr>
          <w:b/>
        </w:rPr>
        <w:t xml:space="preserve">[13:18] </w:t>
      </w:r>
      <w:r>
        <w:t>to yahan zarurat thi ke aise log uthein jo is ki, yani is de-rediment ko phir se put the plain, put the plain.</w:t>
      </w:r>
    </w:p>
    <w:p>
      <w:pPr>
        <w:jc w:val="right"/>
      </w:pPr>
      <w:r>
        <w:t>تو یہاں ضرورت تھی کہ ایسے لوگ اٹھیں جو اس کی، یعنی اس ڈی ریڈمنٹ کو پھر سے پٹھے پلائیں، پٹھے پلائیں۔</w:t>
      </w:r>
    </w:p>
    <w:p>
      <w:r>
        <w:rPr>
          <w:b/>
        </w:rPr>
        <w:t xml:space="preserve">[13:32] </w:t>
      </w:r>
      <w:r>
        <w:t>ek bohat bara alam paida hue is zamane mein, un ka naam kya tha? ban fazail, fazail al-ilm, ibn abdul barr, ibn abdul barr, ibn abdul barr,</w:t>
      </w:r>
    </w:p>
    <w:p>
      <w:pPr>
        <w:jc w:val="right"/>
      </w:pPr>
      <w:r>
        <w:t>ایک بہت بڑا عالم پیدا ہوئے اس زمانے میں، ان کا نام کیا تھا؟ بان فضائل، فضائل العلم، ابن عبدالبر، ابن عبدالبر، ابن عبدالبر،</w:t>
      </w:r>
    </w:p>
    <w:p>
      <w:r>
        <w:rPr>
          <w:b/>
        </w:rPr>
        <w:t xml:space="preserve">[13:46] </w:t>
      </w:r>
      <w:r>
        <w:t>bohat bare alam the. ibn abdul barr, unhone us waqt kitab likhi. kitab ka naam kya tha? jami bayan al-ilm wa fadli, jami bayan al-ilm wa fadli.</w:t>
      </w:r>
    </w:p>
    <w:p>
      <w:pPr>
        <w:jc w:val="right"/>
      </w:pPr>
      <w:r>
        <w:t>بہت بڑے عالم تھے۔ ابن عبدالبر، انہوں نے اس وقت کتاب لکھی۔ کتاب کا نام کیا تھا؟ جامع بیان العلم وفضلی، جامع بیان العلم وفضلی۔</w:t>
      </w:r>
    </w:p>
    <w:p>
      <w:r>
        <w:rPr>
          <w:b/>
        </w:rPr>
        <w:t xml:space="preserve">[13:58] </w:t>
      </w:r>
      <w:r>
        <w:t>mein bas mein bataon ke best kitab hai yeh. is mein unhon ne bataya ke yeh tum chote chote le kar ke masle batate ho, yeh sab sahi nahi hai.</w:t>
      </w:r>
    </w:p>
    <w:p>
      <w:pPr>
        <w:jc w:val="right"/>
      </w:pPr>
      <w:r>
        <w:t>میں بس میں بتاؤں کہ بیسٹ کتاب ہے یہ۔ اس میں انہوں نے بتایا کہ یہ تم چھوٹے چھوٹے لے کر کے مسئلے بتاتے ہو، یہ سب صحیح نہیں ہے۔</w:t>
      </w:r>
    </w:p>
    <w:p>
      <w:r>
        <w:rPr>
          <w:b/>
        </w:rPr>
        <w:t xml:space="preserve">[14:08] </w:t>
      </w:r>
      <w:r>
        <w:t>islam mein tawheed nahi hai, taaddud hai. is zamane mein aise ulma paida hue jinhon ne kaha ke al haq al adad,</w:t>
      </w:r>
    </w:p>
    <w:p>
      <w:pPr>
        <w:jc w:val="right"/>
      </w:pPr>
      <w:r>
        <w:t>اسلام میں توحد نہیں ہے، تعدد ہے۔ اس زمانے میں ایسے علماء پیدا ہوئے جنہوں نے کہا کہ الحق العدد،</w:t>
      </w:r>
    </w:p>
    <w:p>
      <w:r>
        <w:rPr>
          <w:b/>
        </w:rPr>
        <w:t xml:space="preserve">[14:22] </w:t>
      </w:r>
      <w:r>
        <w:t>al haq al adad, yeh yeh galat masla tha. haq to bilashuba haq mein taaddud nahi hota, lekin yeh sab haq nahi hai.</w:t>
      </w:r>
    </w:p>
    <w:p>
      <w:pPr>
        <w:jc w:val="right"/>
      </w:pPr>
      <w:r>
        <w:t>الحق العدد، یہ یہ غلط مسئلہ تھا۔ حق تو بلاشبہ حق میں تعدد نہیں ہوتا، لیکن یہ سب حق نہیں ہے۔</w:t>
      </w:r>
    </w:p>
    <w:p>
      <w:r>
        <w:rPr>
          <w:b/>
        </w:rPr>
        <w:t xml:space="preserve">[14:33] </w:t>
      </w:r>
      <w:r>
        <w:t>yeh sab to tafseeli baatein hain. yeh bhi theek, woh bhi theek. mein aise baitha hoon to bhi theek hai, yeh aise baithe hain to woh bhi theek hai.</w:t>
      </w:r>
    </w:p>
    <w:p>
      <w:pPr>
        <w:jc w:val="right"/>
      </w:pPr>
      <w:r>
        <w:t>یہ سب تو تفصیلی باتیں ہیں۔ یہ بھی ٹھیک، وہ بھی ٹھیک۔ میں ایسے بیٹھا ہوں تو بھی ٹھیک ہے، یہ ایسے بیٹھے ہیں تو وہ بھی ٹھیک ہے۔</w:t>
      </w:r>
    </w:p>
    <w:p>
      <w:r>
        <w:rPr>
          <w:b/>
        </w:rPr>
        <w:t xml:space="preserve">[14:44] </w:t>
      </w:r>
      <w:r>
        <w:t>to dekhiye, to yeh yeh ek ek doosra masla tha ke ek derediment tha, derediment ke woh paida hua mass conversion ki wajah se.</w:t>
      </w:r>
    </w:p>
    <w:p>
      <w:pPr>
        <w:jc w:val="right"/>
      </w:pPr>
      <w:r>
        <w:t>تو دیکھیے، تو یہ یہ ایک ایک دوسرا مسئلہ تھا کہ ایک ڈی ریڈمنٹ تھا، ڈی ریڈمنٹ کہ وہ پیدا ہوا ماس کنورژن کی وجہ سے۔</w:t>
      </w:r>
    </w:p>
    <w:p>
      <w:r>
        <w:rPr>
          <w:b/>
        </w:rPr>
        <w:t xml:space="preserve">[14:57] </w:t>
      </w:r>
      <w:r>
        <w:t>mass conversion ki wajah se jo naye log aaye, woh pichle mazhabon ke asraat ko le kar aaye, unhein masle poochhe. ab hamare ulma ne lage masle bayan karne, woh kehte the ke sab kuch nahi islam mein hai.</w:t>
      </w:r>
    </w:p>
    <w:p>
      <w:pPr>
        <w:jc w:val="right"/>
      </w:pPr>
      <w:r>
        <w:t>ماس کنورژن کی وجہ سے جو نئے لوگ آئے، وہ پچھلے مذہبوں کے اثرات کو لے کر آئے، انہیں مسئلے پوچھے۔ اب ہمارے علماء نے لگے مسئلے بیان کرنے، وہ کہتے تھے کہ سب کچھ نہیں اسلام میں ہے۔</w:t>
      </w:r>
    </w:p>
    <w:p>
      <w:r>
        <w:rPr>
          <w:b/>
        </w:rPr>
        <w:t xml:space="preserve">[15:11] </w:t>
      </w:r>
      <w:r>
        <w:t>islam mein yeh bhi theek hai, woh bhi theek hai. yeh masle paida hue to isi is de-rediment ke zamane mein gaadi ko phir se pathe par dalna, yeh hai tajdeed.</w:t>
      </w:r>
    </w:p>
    <w:p>
      <w:pPr>
        <w:jc w:val="right"/>
      </w:pPr>
      <w:r>
        <w:t>اسلام میں یہ بھی ٹھیک ہے، وہ بھی ٹھیک ہے۔ یہ مسئلے پیدا ہوئے تو اسی اس ڈی ریڈمنٹ کے زمانے میں گاڑی کو پھر سے پٹھے پر ڈالنا، یہ ہے تجدید۔</w:t>
      </w:r>
    </w:p>
    <w:p>
      <w:r>
        <w:rPr>
          <w:b/>
        </w:rPr>
        <w:t xml:space="preserve">[15:25] </w:t>
      </w:r>
      <w:r>
        <w:t>yeh falan mujaddid kamil hai, falan mujaddid yeh hai tasweer hai, falan yeh mujaddid hai, falan imam hai.</w:t>
      </w:r>
    </w:p>
    <w:p>
      <w:pPr>
        <w:jc w:val="right"/>
      </w:pPr>
      <w:r>
        <w:t>یہ فلاں مجدد کامل ہے، فلاں مجدد یہ ہے تصویر ہے، فلاں یہ مجدد ہے، فلاں امام ہے۔</w:t>
      </w:r>
    </w:p>
    <w:p>
      <w:r>
        <w:rPr>
          <w:b/>
        </w:rPr>
        <w:t xml:space="preserve">[15:34] </w:t>
      </w:r>
      <w:r>
        <w:t>tajdeed, yeh sab bilkul baseless baatein hain. ab is ab dekhiye ke is zamane mein, hamare aaj ke zamane mein kaun sa de-rediment hua hai?</w:t>
      </w:r>
    </w:p>
    <w:p>
      <w:pPr>
        <w:jc w:val="right"/>
      </w:pPr>
      <w:r>
        <w:t>تجدید، یہ سب بالکل بیسلیس باتیں ہیں۔ اب اس اب دیکھیے کہ اس زمانے میں، ہمارے آج کے زمانے میں کون سا ڈی ریڈمنٹ ہوا ہے؟</w:t>
      </w:r>
    </w:p>
    <w:p>
      <w:r>
        <w:rPr>
          <w:b/>
        </w:rPr>
        <w:t xml:space="preserve">[15:46] </w:t>
      </w:r>
      <w:r>
        <w:t>woh hai nafrat ka de-rediment. hadees mein aata hai ke ek zamana aayega ke duniya mein fitna duaymah paida hoga. yeh fitna duaymah bhi kya hai?</w:t>
      </w:r>
    </w:p>
    <w:p>
      <w:pPr>
        <w:jc w:val="right"/>
      </w:pPr>
      <w:r>
        <w:t>وہ ہے نفرت کا ڈی ریڈمنٹ۔ حدیث میں آتا ہے کہ ایک زمانہ آئے گا کہ دنیا میں فتنہ دوئمہ پیدا ہوگا۔ یہ فتنہ دوئمہ بھی کیا ہے؟</w:t>
      </w:r>
    </w:p>
    <w:p>
      <w:r>
        <w:rPr>
          <w:b/>
        </w:rPr>
        <w:t xml:space="preserve">[15:56] </w:t>
      </w:r>
      <w:r>
        <w:t>yani doosri qaumon se ikhtiraat ke nateejay mein paida hone wali, yani burai, fitna duaymah.</w:t>
      </w:r>
    </w:p>
    <w:p>
      <w:pPr>
        <w:jc w:val="right"/>
      </w:pPr>
      <w:r>
        <w:t>یعنی دوسری قوموں سے اختراعات کے نتیجے میں پیدا ہونے والی، یعنی برائی، فتنہ دوئمہ۔</w:t>
      </w:r>
    </w:p>
    <w:p>
      <w:r>
        <w:rPr>
          <w:b/>
        </w:rPr>
        <w:t xml:space="preserve">[16:07] </w:t>
      </w:r>
      <w:r>
        <w:t>to doosri qaumein is zamane mein zaahir hai ke al maghrib thi. to al maghrib ne chunchke jab uthe, woh jo un ko urooj hua, to un ke zamane mein usmani empire khatam hua, mughal empire khatam hua.</w:t>
      </w:r>
    </w:p>
    <w:p>
      <w:pPr>
        <w:jc w:val="right"/>
      </w:pPr>
      <w:r>
        <w:t>تو دوسری قومیں اس زمانے میں ظاہر ہے کہ ال مغرب تھے۔ تو ال مغرب نے چونکہ جب اٹھے، وہ جو ان کو عروج ہوا، تو ان کے زمانے میں عثمانی ایمپائر ختم ہوا، مغل ایمپائر ختم ہوا۔</w:t>
      </w:r>
    </w:p>
    <w:p>
      <w:r>
        <w:rPr>
          <w:b/>
        </w:rPr>
        <w:t xml:space="preserve">[16:26] </w:t>
      </w:r>
      <w:r>
        <w:t>to logon ne samjha ke yeh dushman islam hain, haalanke harghiz aisa nahi tha ke al maghrib dushman islam the. woh to zamane ke taqaze ke tehat paida hui, yani Allah taala ne un ko lagaya technology ko daryaft karne mein.</w:t>
      </w:r>
    </w:p>
    <w:p>
      <w:pPr>
        <w:jc w:val="right"/>
      </w:pPr>
      <w:r>
        <w:t>تو لوگوں نے سمجھا کہ یہ دشمن اسلام ہیں، حالانکہ ہرگز ایسا نہیں تھا کہ ال مغرب دشمن اسلام تھے۔ وہ تو زمانے کے تقاضے کے تحت پیدا ہوئی، یعنی اللہ تعالی نے ان کو لگایا ٹیکنالوجی کو دریافت کرنے میں۔</w:t>
      </w:r>
    </w:p>
    <w:p>
      <w:r>
        <w:rPr>
          <w:b/>
        </w:rPr>
        <w:t xml:space="preserve">[16:47] </w:t>
      </w:r>
      <w:r>
        <w:t>to woh apni koshishon ko mor diya unhon ne ke nature mein jo technology thi, hidden technology, us ko daryaft karen.</w:t>
      </w:r>
    </w:p>
    <w:p>
      <w:pPr>
        <w:jc w:val="right"/>
      </w:pPr>
      <w:r>
        <w:t>تو وہ اپنی کوششوں کو موڑ دیا انہوں نے کہ نیچر میں جو ٹیکنالوجی تھی، ہڈن ٹیکنالوجی، اس کو دریافت کریں۔</w:t>
      </w:r>
    </w:p>
    <w:p>
      <w:r>
        <w:rPr>
          <w:b/>
        </w:rPr>
        <w:t xml:space="preserve">[16:57] </w:t>
      </w:r>
      <w:r>
        <w:t>chunancha unhon ne rail banai, awaaz banai, computer banaya, yeh sab un ke kaarnamay the. aur yeh yeh nature mein chupi hui technology ko daryaft kiya unhon ne.</w:t>
      </w:r>
    </w:p>
    <w:p>
      <w:pPr>
        <w:jc w:val="right"/>
      </w:pPr>
      <w:r>
        <w:t>چنانچہ انہوں نے ریل بنائی، آواز بنائی، کمپیوٹر بنایا، یہ سب ان کے کارنامے تھے۔ اور یہ یہ نیچر میں چھپی ہوئی ٹیکنالوجی کو دریافت کیا انہوں نے۔</w:t>
      </w:r>
    </w:p>
    <w:p>
      <w:r>
        <w:rPr>
          <w:b/>
        </w:rPr>
        <w:t xml:space="preserve">[17:14] </w:t>
      </w:r>
      <w:r>
        <w:t>to yeh to ek kaam kiya jo unhon ne waqai matloob tha. lekin is zamane mein jo musalman the, jo hamare ulma the, unhon ne samjha ke yeh dushmani hai islam se.</w:t>
      </w:r>
    </w:p>
    <w:p>
      <w:pPr>
        <w:jc w:val="right"/>
      </w:pPr>
      <w:r>
        <w:t>تو یہ تو ایک کام کیا جو انہوں نے واقعی مطلوب تھا۔ لیکن اس زمانے میں جو مسلمان تھے، جو ہمارے علماء تھے، انہوں نے سمجھا کہ یہ دشمنی ہے اسلام سے۔</w:t>
      </w:r>
    </w:p>
    <w:p>
      <w:r>
        <w:rPr>
          <w:b/>
        </w:rPr>
        <w:t xml:space="preserve">[17:25] </w:t>
      </w:r>
      <w:r>
        <w:t>dushmani hai. phir saare ulma Allah ne khade ho gaye. mein samajhta hoon ke ulma mein koi shayad is silsile nahi hai jo ladne rakha hua ho.</w:t>
      </w:r>
    </w:p>
    <w:p>
      <w:pPr>
        <w:jc w:val="right"/>
      </w:pPr>
      <w:r>
        <w:t>دشمنی ہے۔ پھر سارے علماء اللہ نے کھڑے ہو گئے۔ میں سمجھتا ہوں کہ علماء میں کوئی شاید اس سلسلہ نہیں ہے جو لڑنے رکھا ہوا ہو۔</w:t>
      </w:r>
    </w:p>
    <w:p>
      <w:r>
        <w:rPr>
          <w:b/>
        </w:rPr>
        <w:t xml:space="preserve">[17:35] </w:t>
      </w:r>
      <w:r>
        <w:t>is ka naam de diya unhon ne Islamophobia. Islamophobia. ab Islamophobia ka naam de kar ladna, ladna, ladna, ladna, yeh bilkul hi baseless baat thi.</w:t>
      </w:r>
    </w:p>
    <w:p>
      <w:pPr>
        <w:jc w:val="right"/>
      </w:pPr>
      <w:r>
        <w:t>اس کا نام دے دیا انہوں نے اسلاموفوبیا۔ اسلاموفوبیا۔ اب اسلاموفوبیا کا نام دے کر لڑنا، لڑنا، لڑنا، لڑنا، یہ بالکل ہی بیسلیس بات تھی۔</w:t>
      </w:r>
    </w:p>
    <w:p>
      <w:r>
        <w:rPr>
          <w:b/>
        </w:rPr>
        <w:t xml:space="preserve">[17:46] </w:t>
      </w:r>
      <w:r>
        <w:t>yeh woh to khadim e islam the. yeh log jo technology ko daryaft kar rahe the, woh khadim e islam the. woh dushman e islam nahi the.</w:t>
      </w:r>
    </w:p>
    <w:p>
      <w:pPr>
        <w:jc w:val="right"/>
      </w:pPr>
      <w:r>
        <w:t>یہ وہ تو خادم اسلام تھے۔ یہ لوگ جو ٹیکنالوجی کو دریافت کر رہے تھے، وہ خادم اسلام تھے۔ وہ دشمن اسلام نہیں تھے۔</w:t>
      </w:r>
    </w:p>
    <w:p>
      <w:r>
        <w:rPr>
          <w:b/>
        </w:rPr>
        <w:t xml:space="preserve">[17:56] </w:t>
      </w:r>
      <w:r>
        <w:t>woh harghiz jinhon ne rail banai, jinhon ne awaaz banaya, jinhon ne computer banaya, islam ki khidmat ki unhon ne. lekin is ko in ulma ne bekhabari ki bina par, bekhabari, un ko dushman e islam qarar de diya.</w:t>
      </w:r>
    </w:p>
    <w:p>
      <w:pPr>
        <w:jc w:val="right"/>
      </w:pPr>
      <w:r>
        <w:t>وہ ہرگز جنہوں نے ریل بنائی، جنہوں نے آواز بنایا، جنہوں نے کمپیوٹر بنایا، اسلام کی خدمت کی انہوں نے۔ لیکن اس کو ان علماء نے بے خبری کی بنا پر، بے خبری، ان کو دشمن اسلام قرار دے دیا۔</w:t>
      </w:r>
    </w:p>
    <w:p>
      <w:r>
        <w:rPr>
          <w:b/>
        </w:rPr>
        <w:t xml:space="preserve">[18:11] </w:t>
      </w:r>
      <w:r>
        <w:t>ab ladai shuru ho gayi. ladai ho rahi hai. ladai ho rahi hai. Africa mein ladai, Asia mein ladai hai, Hajj mein ladai hai. to us waqt zaroorat thi ke is ko yeh parts hatna tha.</w:t>
      </w:r>
    </w:p>
    <w:p>
      <w:pPr>
        <w:jc w:val="right"/>
      </w:pPr>
      <w:r>
        <w:t>اب لڑائی شروع ہو گئی۔ لڑائی ہو رہی ہے۔ لڑائی ہو رہی ہے۔ افریقہ میں لڑائی، ایشیا میں لڑائی ہے، حج میں لڑائی ہے۔ تو اس وقت ضرورت تھی کہ اس کو یہ پرٹس ہٹنا تھا۔</w:t>
      </w:r>
    </w:p>
    <w:p>
      <w:r>
        <w:rPr>
          <w:b/>
        </w:rPr>
        <w:t xml:space="preserve">[18:25] </w:t>
      </w:r>
      <w:r>
        <w:t>yeh parts hatna tha. is waqt zaroorat thi ke is ko dobara pathe par laya jaye, dobara pathe par laya jaye. to achha, is mein hamara mission jo hai, isi yani Islamophobia ke ko hata kar ke al al islam ko dobara pathe par lana hai,</w:t>
      </w:r>
    </w:p>
    <w:p>
      <w:pPr>
        <w:jc w:val="right"/>
      </w:pPr>
      <w:r>
        <w:t>یہ پرٹس ہٹنا تھا۔ اس وقت ضرورت تھی کہ اس کو دوبارہ پٹھے پلایا جائے، دوبارہ پٹھے پلایا جائے۔ تو اچھا، اس میں ہمارا مشن جو ہے، اسی یعنی اسلاموفوبیا کے کو ہٹا کر کے ال ال اسلام کو دوبارہ پٹھے پر لانا ہے،</w:t>
      </w:r>
    </w:p>
    <w:p>
      <w:r>
        <w:rPr>
          <w:b/>
        </w:rPr>
        <w:t xml:space="preserve">[18:48] </w:t>
      </w:r>
      <w:r>
        <w:t>yani dushmani se hata kar dosti par, ji raaye hata kar. peace peace par negativity negativity se hata kar positivity par yeh hamara mission hai.</w:t>
      </w:r>
    </w:p>
    <w:p>
      <w:pPr>
        <w:jc w:val="right"/>
      </w:pPr>
      <w:r>
        <w:t>یعنی دشمنی سے ہٹا کر دوستی پر، جی رائے ہٹا کر۔ پیس پیس پر نیگیٹیو نیگیٹیوٹی سے ہٹا کر پازیٹیوٹی پر یہ ہمارا مشن ہے۔</w:t>
      </w:r>
    </w:p>
    <w:p>
      <w:r>
        <w:rPr>
          <w:b/>
        </w:rPr>
        <w:t xml:space="preserve">[19:05] </w:t>
      </w:r>
      <w:r>
        <w:t>to sach is mani mein hamara mission ek tajdeedi mission hai. is daur ki tajdeed, is daur ki tajdeed, is daur mein ek naya masla paida hua, woh bhi ikhtilaat se,</w:t>
      </w:r>
    </w:p>
    <w:p>
      <w:pPr>
        <w:jc w:val="right"/>
      </w:pPr>
      <w:r>
        <w:t>تو سچ اس معنی میں ہمارا مشن ایک تجدیدی مشن ہے۔ اس دور کی تجدید، اس دور کی تجدید، اس دور میں ایک نیا مسئلہ پیدا ہوا، وہ بھی اختلاط سے،</w:t>
      </w:r>
    </w:p>
    <w:p>
      <w:r>
        <w:rPr>
          <w:b/>
        </w:rPr>
        <w:t xml:space="preserve">[19:18] </w:t>
      </w:r>
      <w:r>
        <w:t>ikhtilaat yani interaction se. ek naya masla. is se pehle jo masle paida hue the, woh bhi ikhtilaat ke nateejay mein, ikhtilaat yani yani interaction ke nateejay mein paida hue the.</w:t>
      </w:r>
    </w:p>
    <w:p>
      <w:pPr>
        <w:jc w:val="right"/>
      </w:pPr>
      <w:r>
        <w:t>اختلاط یعنی انٹریکشن سے۔ ایک نیا مسئلہ۔ اس سے پہلے جو مسئلے پیدا ہوئے تھے، وہ بھی اختلاط کے نتیجے میں، اختلاط یعنی یعنی انٹریکشن کے نتیجے میں پیدا ہوئے تھے۔</w:t>
      </w:r>
    </w:p>
    <w:p>
      <w:r>
        <w:rPr>
          <w:b/>
        </w:rPr>
        <w:t xml:space="preserve">[19:34] </w:t>
      </w:r>
      <w:r>
        <w:t>ab jo paida hua, woh bhi isi nateejay mein. to ghalati se logon ne samjha ke yeh dushmani Islam hai, yeh Islamophobia hai.</w:t>
      </w:r>
    </w:p>
    <w:p>
      <w:pPr>
        <w:jc w:val="right"/>
      </w:pPr>
      <w:r>
        <w:t>اب جو پیدا ہوا، وہ بھی اسی نتیجے میں۔ تو غلطی سے لوگوں نے سمجھا کہ یہ دشمنی اسلام ہے، یہ اسلاموفوبیا ہے۔</w:t>
      </w:r>
    </w:p>
    <w:p>
      <w:r>
        <w:rPr>
          <w:b/>
        </w:rPr>
        <w:t xml:space="preserve">[19:44] </w:t>
      </w:r>
      <w:r>
        <w:t>kuch nahi, woh khadmaan-e-Islam thay, woh al-Islam ko rail gaadi de rahe thay, awazat de rahe thay, computer de rahe thay, naya daur un ka de rahe thay.</w:t>
      </w:r>
    </w:p>
    <w:p>
      <w:pPr>
        <w:jc w:val="right"/>
      </w:pPr>
      <w:r>
        <w:t>کچھ نہیں، وہ خادمان اسلام تھے، وہ ال اسلام کو ریل گاڑی دے رہے تھے، آوازات دے رہے تھے، کمپیوٹر دے رہے تھے، نیا دور ان کا دے رہے تھے۔</w:t>
      </w:r>
    </w:p>
    <w:p>
      <w:r>
        <w:rPr>
          <w:b/>
        </w:rPr>
        <w:t xml:space="preserve">[19:59] </w:t>
      </w:r>
      <w:r>
        <w:t>nature mein chupi hui jo technology hai, us ko daryaft kar ke unhein de rahe thay. to us ko logon ne samjha. main samajhta hoon ke ek taraf se log is maamle mein ghalati kara li logon ne.</w:t>
      </w:r>
    </w:p>
    <w:p>
      <w:pPr>
        <w:jc w:val="right"/>
      </w:pPr>
      <w:r>
        <w:t>نیچر میں چھپی ہوئی جو ٹیکنالوجی ہے، اس کو دریافت کر کے انہیں دے رہے تھے۔ تو اس کو لوگوں نے سمجھا۔ میں سمجھتا ہوں کہ ایک طرف سے لوگ اس معاملے میں غلطی کرا لی لوگوں نے۔</w:t>
      </w:r>
    </w:p>
    <w:p>
      <w:r>
        <w:rPr>
          <w:b/>
        </w:rPr>
        <w:t xml:space="preserve">[20:12] </w:t>
      </w:r>
      <w:r>
        <w:t>ek taraf se yaani Arab dunya mein mein bhi yeh ghalati hui aur non-Arab dunya mein bhi yeh ghalati hui.</w:t>
      </w:r>
    </w:p>
    <w:p>
      <w:pPr>
        <w:jc w:val="right"/>
      </w:pPr>
      <w:r>
        <w:t>ایک طرف سے یعنی عرب دنیا میں میں بھی یہ غلطی ہوئی اور نان عرب دنیا میں بھی یہ غلطی ہوئی۔</w:t>
      </w:r>
    </w:p>
    <w:p>
      <w:r>
        <w:rPr>
          <w:b/>
        </w:rPr>
        <w:t xml:space="preserve">[20:21] </w:t>
      </w:r>
      <w:r>
        <w:t>to hamara jo mission jo hai, sach poochien to is maamle mein jo de-radicalization tha, us ko rail, us ko dobara patthay pilana hai.</w:t>
      </w:r>
    </w:p>
    <w:p>
      <w:pPr>
        <w:jc w:val="right"/>
      </w:pPr>
      <w:r>
        <w:t>تو ہمارا جو مشن جو ہے، سچ پوچھیں تو اس معاملے میں جو ڈی ریڈمنٹ تھا، اس کو ریل، اس کو دوبارہ پٹھے پلانا ہے۔</w:t>
      </w:r>
    </w:p>
    <w:p>
      <w:r>
        <w:rPr>
          <w:b/>
        </w:rPr>
        <w:t xml:space="preserve">[20:31] </w:t>
      </w:r>
      <w:r>
        <w:t>is aitbaar se yeh tajdeed ka ek mission hai, tajdeed ka ek mission hai. to</w:t>
      </w:r>
    </w:p>
    <w:p>
      <w:pPr>
        <w:jc w:val="right"/>
      </w:pPr>
      <w:r>
        <w:t>اس اعتبار سے یہ تجدید کا ایک مشن ہے، تجدید کا ایک مشن ہے۔ تو</w:t>
      </w:r>
    </w:p>
    <w:p>
      <w:r>
        <w:rPr>
          <w:b/>
        </w:rPr>
        <w:t xml:space="preserve">[20:41] </w:t>
      </w:r>
      <w:r>
        <w:t>hum hum hum hum hamare saathi, hamari jo team hai, Allahu Akbar, jo saari dunya mein kaam kar rahi hai, woh sach poochien to is de-radicalization ko khatm kar rahe hain.</w:t>
      </w:r>
    </w:p>
    <w:p>
      <w:pPr>
        <w:jc w:val="right"/>
      </w:pPr>
      <w:r>
        <w:t>ہم ہم ہم ہم ہمارے ساتھی، ہماری جو ٹیم ہے، اللہ اکبر، جو ساری دنیا میں کام کر رہی ہے، وہ سچ پوچھیں تو اس ڈی ریڈمنٹ کو ختم کر رہے ہیں۔</w:t>
      </w:r>
    </w:p>
    <w:p>
      <w:r>
        <w:rPr>
          <w:b/>
        </w:rPr>
        <w:t xml:space="preserve">[20:54] </w:t>
      </w:r>
      <w:r>
        <w:t>de-radicalization ko khatm kar ke dobara gaadi ko patthay pilana hai,</w:t>
      </w:r>
    </w:p>
    <w:p>
      <w:pPr>
        <w:jc w:val="right"/>
      </w:pPr>
      <w:r>
        <w:t>ڈی ریڈمنٹ کو ختم کر کے دوبارہ گاڑی کو پٹھے پلا رہے ہیں،</w:t>
      </w:r>
    </w:p>
    <w:p>
      <w:r>
        <w:rPr>
          <w:b/>
        </w:rPr>
        <w:t xml:space="preserve">[21:04] </w:t>
      </w:r>
      <w:r>
        <w:t>dobara gaadi ko patthay pilana hai. is is lihaaz se yeh tajdeedi mission hai. aur dekhiye,</w:t>
      </w:r>
    </w:p>
    <w:p>
      <w:pPr>
        <w:jc w:val="right"/>
      </w:pPr>
      <w:r>
        <w:t>دوبارہ گاڑی کو پٹھے پلانا ہے۔ اس اس لحاظ سے یہ تجدیدی مشن ہے۔ اور دیکھیے،</w:t>
      </w:r>
    </w:p>
    <w:p>
      <w:r>
        <w:rPr>
          <w:b/>
        </w:rPr>
        <w:t xml:space="preserve">[21:14] </w:t>
      </w:r>
      <w:r>
        <w:t>is gaadi ko patthay pilanay se tamam is ke jo is ke jo hidden pehlu hain, jo jo chhupe hue pehlu hain, woh sab saamne aayenge.</w:t>
      </w:r>
    </w:p>
    <w:p>
      <w:pPr>
        <w:jc w:val="right"/>
      </w:pPr>
      <w:r>
        <w:t>اس گاڑی کو پٹھے پلانے سے تمام اس کے جو اس کے جو ہڈن پہلو ہیں، جو جو چھپے ہوئے پہلو ہیں، وہ سب سامنے آئیں گے۔</w:t>
      </w:r>
    </w:p>
    <w:p>
      <w:r>
        <w:rPr>
          <w:b/>
        </w:rPr>
        <w:t xml:space="preserve">[21:29] </w:t>
      </w:r>
      <w:r>
        <w:t>Islam mein peace aayega, Islam mein dawat aayegi, Islam mein insaan se dosti aayegi, Islam mein saari cheezein jo de-radicalization ki wajah se jo woh saara nizaam bigad gaya hai, woh sab khatm hoga.</w:t>
      </w:r>
    </w:p>
    <w:p>
      <w:pPr>
        <w:jc w:val="right"/>
      </w:pPr>
      <w:r>
        <w:t>اسلام میں پیس آئے گا، اسلام میں دعوت آئے گی، اسلام میں انسان سے دوستی آئے گی، اسلام میں ساری چیزیں جو ڈی ریڈمنٹ کی وجہ سے جو وہ سارا نظام بگڑ گیا ہے، وہ سب ختم ہوگا۔</w:t>
      </w:r>
    </w:p>
    <w:p>
      <w:r>
        <w:rPr>
          <w:b/>
        </w:rPr>
        <w:t xml:space="preserve">[21:50] </w:t>
      </w:r>
      <w:r>
        <w:t>to yeh bas wajah hai ke hamara mission sirf mehdood maanon mein koi peace ka mission hai, mehdood maanon mein peace ka mission nahi hai.</w:t>
      </w:r>
    </w:p>
    <w:p>
      <w:pPr>
        <w:jc w:val="right"/>
      </w:pPr>
      <w:r>
        <w:t>تو یہ بس وجہ ہے کہ ہمارا مشن صرف محدود معنوں میں کوئی پیس کا مشن ہے، محدود معنوں میں پیس کا مشن نہیں ہے۔</w:t>
      </w:r>
    </w:p>
    <w:p>
      <w:r>
        <w:rPr>
          <w:b/>
        </w:rPr>
        <w:t xml:space="preserve">[21:59] </w:t>
      </w:r>
      <w:r>
        <w:t>yeh jamay maanon mein tajdeed ka mission hai,</w:t>
      </w:r>
    </w:p>
    <w:p>
      <w:pPr>
        <w:jc w:val="right"/>
      </w:pPr>
      <w:r>
        <w:t>یہ جامع معنوں میں تجدید کا مشن ہے،</w:t>
      </w:r>
    </w:p>
    <w:p>
      <w:r>
        <w:rPr>
          <w:b/>
        </w:rPr>
        <w:t xml:space="preserve">[22:03] </w:t>
      </w:r>
      <w:r>
        <w:t>yani al islam ki gaadi jo parts hat gayi hai, al al islam ki gaadi mein jo de</w:t>
      </w:r>
    </w:p>
    <w:p>
      <w:pPr>
        <w:jc w:val="right"/>
      </w:pPr>
      <w:r>
        <w:t>یعنی ال اسلام کی گاڑی جو پرٹس ہٹ گئی ہے، ال ال اسلام کی گاڑی میں جو ڈی</w:t>
      </w:r>
    </w:p>
    <w:p>
      <w:r>
        <w:rPr>
          <w:b/>
        </w:rPr>
        <w:t xml:space="preserve">[22:12] </w:t>
      </w:r>
      <w:r>
        <w:t>ridment ho gaya hai, us ko phir se pathe pilana, phir se pathe pilana, yani un ke andar</w:t>
      </w:r>
    </w:p>
    <w:p>
      <w:pPr>
        <w:jc w:val="right"/>
      </w:pPr>
      <w:r>
        <w:t>ریڈمنٹ ہو گیا ہے، اس کو پھر سے پٹھے پلانا، پھر سے پٹھے پلانا، یعنی ان کے اندر</w:t>
      </w:r>
    </w:p>
    <w:p>
      <w:r>
        <w:rPr>
          <w:b/>
        </w:rPr>
        <w:t xml:space="preserve">[22:20] </w:t>
      </w:r>
      <w:r>
        <w:t>negativity khatam kar ke positive thinking lana, un ke andar</w:t>
      </w:r>
    </w:p>
    <w:p>
      <w:pPr>
        <w:jc w:val="right"/>
      </w:pPr>
      <w:r>
        <w:t>نیگیٹیوٹی ختم کر کے پازیٹیو تھکنگ لانا، ان کے اندر</w:t>
      </w:r>
    </w:p>
    <w:p>
      <w:r>
        <w:rPr>
          <w:b/>
        </w:rPr>
        <w:t xml:space="preserve">[22:26] </w:t>
      </w:r>
      <w:r>
        <w:t>yani jang ka tasawwur khatam ho ke peace ka tasawwur lana, un ke andar</w:t>
      </w:r>
    </w:p>
    <w:p>
      <w:pPr>
        <w:jc w:val="right"/>
      </w:pPr>
      <w:r>
        <w:t>یعنی جنگ کا تصور ختم ہو کے پیس کا تصور لانا، ان کے اندر</w:t>
      </w:r>
    </w:p>
    <w:p>
      <w:r>
        <w:rPr>
          <w:b/>
        </w:rPr>
        <w:t xml:space="preserve">[22:34] </w:t>
      </w:r>
      <w:r>
        <w:t>dushman yani ka tasawwur hata kar ke dawat dawat ka tasawwur lana.</w:t>
      </w:r>
    </w:p>
    <w:p>
      <w:pPr>
        <w:jc w:val="right"/>
      </w:pPr>
      <w:r>
        <w:t>دشمن یعنی کا تصور ہٹا کر کے دعوت دعوت کا تصور لانا۔</w:t>
      </w:r>
    </w:p>
    <w:p>
      <w:r>
        <w:rPr>
          <w:b/>
        </w:rPr>
        <w:t xml:space="preserve">[22:43] </w:t>
      </w:r>
      <w:r>
        <w:t>aur isi ka ek bahut hi bada ek pehlu hai Quran ka har zabaanon tak tarjuma.</w:t>
      </w:r>
    </w:p>
    <w:p>
      <w:pPr>
        <w:jc w:val="right"/>
      </w:pPr>
      <w:r>
        <w:t>اور اسی کا ایک بہت ہی بڑا ایک پہلو ہے قرآن کا ہر زبانوں تک ترجمہ۔</w:t>
      </w:r>
    </w:p>
    <w:p>
      <w:r>
        <w:rPr>
          <w:b/>
        </w:rPr>
        <w:t xml:space="preserve">[22:53] </w:t>
      </w:r>
      <w:r>
        <w:t>ya hamare mission mein yeh hai ke Quran ka understandable tarjuma saari zabaanon ke kar ke phailana, woh isi ka aham juz hai, aham juz hai, aham juz hai.</w:t>
      </w:r>
    </w:p>
    <w:p>
      <w:pPr>
        <w:jc w:val="right"/>
      </w:pPr>
      <w:r>
        <w:t>یا ہمارے مشن میں یہ ہے کہ قرآن کا انڈرسٹینڈیبل ترجمہ ساری زبانوں کے کر کے پھیلانا، وہ اسی کا اہم جز ہے، اہم جز ہے، اہم جز ہے۔</w:t>
      </w:r>
    </w:p>
    <w:p>
      <w:r>
        <w:rPr>
          <w:b/>
        </w:rPr>
        <w:t xml:space="preserve">[23:07] </w:t>
      </w:r>
      <w:r>
        <w:t>kyun ke agar Quran ko log samjhenge to apne aap real de-radicalization khatm ho jayega. Quran ko agar samjhen to de-radicalization apne aap khatm ho jata hai.</w:t>
      </w:r>
    </w:p>
    <w:p>
      <w:pPr>
        <w:jc w:val="right"/>
      </w:pPr>
      <w:r>
        <w:t>کیونکہ اگر قرآن کو لوگ سمجھیں گے تو اپنے آپ ریل ڈی ریڈمنٹ ختم ہو جائے گا۔ قرآن کو اگر سمجھیں تو ڈی ریڈمنٹ اپنے آپ ختم ہو جاتا ہے۔</w:t>
      </w:r>
    </w:p>
    <w:p>
      <w:r>
        <w:rPr>
          <w:b/>
        </w:rPr>
        <w:t xml:space="preserve">[23:21] </w:t>
      </w:r>
      <w:r>
        <w:t>saheeh to is Islam ki jo gaadi hai, woh apne aap patthay aa jati hai. to yeh hai hamare mission ka bahut hi zyada</w:t>
      </w:r>
    </w:p>
    <w:p>
      <w:pPr>
        <w:jc w:val="right"/>
      </w:pPr>
      <w:r>
        <w:t>صحیح تو اس اسلام کی جو گاڑی ہے، وہ اپنے آپ پٹھے آ جاتی ہے۔ تو یہ ہے ہمارے مشن کا بہت ہی زیادہ</w:t>
      </w:r>
    </w:p>
    <w:p>
      <w:r>
        <w:rPr>
          <w:b/>
        </w:rPr>
        <w:t xml:space="preserve">[23:36] </w:t>
      </w:r>
      <w:r>
        <w:t>aham pehlu. to aaj mein isi ki taraf tawajjuh dilanay ke liye yeh baatein arz kar raha hoon aur yeh aap ko samajhna chahiye ke har mission kisi mehdood maanon mein,</w:t>
      </w:r>
    </w:p>
    <w:p>
      <w:pPr>
        <w:jc w:val="right"/>
      </w:pPr>
      <w:r>
        <w:t>اہم پہلو۔ تو آج میں اسی کی طرف توجہ دلانے کے لیے یہ باتیں عرض کر رہا ہوں اور یہ آپ کو سمجھنا چاہیے کہ ہر مشن کسی محدود معنی میں،</w:t>
      </w:r>
    </w:p>
    <w:p>
      <w:r>
        <w:rPr>
          <w:b/>
        </w:rPr>
        <w:t xml:space="preserve">[23:54] </w:t>
      </w:r>
      <w:r>
        <w:t>kisi kisi mehdood maanon mein peace ka mission ya is tarah ka koi mission nahi hai.</w:t>
      </w:r>
    </w:p>
    <w:p>
      <w:pPr>
        <w:jc w:val="right"/>
      </w:pPr>
      <w:r>
        <w:t>کسی کسی محدود معنی میں پیس کا مشن یا اس طرح کا کوئی مشن نہیں ہے۔</w:t>
      </w:r>
    </w:p>
    <w:p>
      <w:r>
        <w:rPr>
          <w:b/>
        </w:rPr>
        <w:t xml:space="preserve">[24:04] </w:t>
      </w:r>
      <w:r>
        <w:t>yeh tajdeed ka mission hai. daur ke aitbaar se jo gaadi patthay phat gayi hai, us ko dobara patthay pilana hai.</w:t>
      </w:r>
    </w:p>
    <w:p>
      <w:pPr>
        <w:jc w:val="right"/>
      </w:pPr>
      <w:r>
        <w:t>یہ تجدید کا مشن ہے۔ دور کے اعتبار سے جو گاڑی پٹھے پھٹ گئی ہے، اس کو دوبارہ پٹھے پلانا ہے۔</w:t>
      </w:r>
    </w:p>
    <w:p>
      <w:r>
        <w:rPr>
          <w:b/>
        </w:rPr>
        <w:t xml:space="preserve">[24:14] </w:t>
      </w:r>
      <w:r>
        <w:t>to yeh hai jis par aap log sochein. aur agar koi aap ke zehen mein koi sawal hai to aap woh sawal kar sakte hain.</w:t>
      </w:r>
    </w:p>
    <w:p>
      <w:pPr>
        <w:jc w:val="right"/>
      </w:pPr>
      <w:r>
        <w:t>تو یہ ہے جس پر آپ لوگ سوچیں۔ اور اگر کوئی آپ کے ذہن میں کوئی سوال ہے تو آپ وہ سوال کر سکتے ہیں۔</w:t>
      </w:r>
    </w:p>
    <w:p>
      <w:r>
        <w:rPr>
          <w:b/>
        </w:rPr>
        <w:t xml:space="preserve">[24:24] </w:t>
      </w:r>
      <w:r>
        <w:t>main inshallah us ko mazeed wazahat karunga.</w:t>
      </w:r>
    </w:p>
    <w:p>
      <w:pPr>
        <w:jc w:val="right"/>
      </w:pPr>
      <w:r>
        <w:t>میں انشاءاللہ اس کو مزید وضاحت کروں گا۔</w:t>
      </w:r>
    </w:p>
    <w:p>
      <w:r>
        <w:rPr>
          <w:b/>
        </w:rPr>
        <w:t xml:space="preserve">[24:31] </w:t>
      </w:r>
      <w:r>
        <w:t>Assalamu Alaikum wa Rahmatullahi wa Barakatuh.</w:t>
      </w:r>
    </w:p>
    <w:p>
      <w:pPr>
        <w:jc w:val="right"/>
      </w:pPr>
      <w:r>
        <w:t>السلام علیکم ورحمۃ اللہ۔</w:t>
      </w:r>
    </w:p>
    <w:p>
      <w:r>
        <w:rPr>
          <w:b/>
        </w:rPr>
        <w:t xml:space="preserve">[24:46] </w:t>
      </w:r>
      <w:r>
        <w:t>Okay, before we start the question answer session, one announcement.</w:t>
      </w:r>
    </w:p>
    <w:p>
      <w:pPr>
        <w:jc w:val="right"/>
      </w:pPr>
      <w:r>
        <w:t>اوکے، بیفور وی سٹارٹ دی کوئسچن انسر سیشن، ون اناؤنسمنٹ۔</w:t>
      </w:r>
    </w:p>
    <w:p>
      <w:r>
        <w:rPr>
          <w:b/>
        </w:rPr>
        <w:t xml:space="preserve">[24:53] </w:t>
      </w:r>
      <w:r>
        <w:t>Ah, since we have been working on the translation of Maulana literature in Hindi language, ah, we would like to inform all of you that another book with the title "Hajj ka Paigham" is now available for distribution.</w:t>
      </w:r>
    </w:p>
    <w:p>
      <w:pPr>
        <w:jc w:val="right"/>
      </w:pPr>
      <w:r>
        <w:t>اہ، سنس وی ہیو بین ورکنگ ان دی ٹرانسلیشن اف مولانا لٹریچر ان ہندی لینگویج، اہ، وی وڈ لائک ٹو انفارم ال اف یو دیٹ انادر بک ود دا ٹائٹل "حج کا پیغام" از ناو اویلیبل فار ڈسٹریبیوشن۔</w:t>
      </w:r>
    </w:p>
    <w:p>
      <w:r>
        <w:rPr>
          <w:b/>
        </w:rPr>
        <w:t xml:space="preserve">[25:10] </w:t>
      </w:r>
      <w:r>
        <w:t>ah, this book has been translated by miss shiba parveen and edited by mr muhammad arif. so, i will request maulana sahib to launch this new hindi book "hajj ka paigham".</w:t>
      </w:r>
    </w:p>
    <w:p>
      <w:pPr>
        <w:jc w:val="right"/>
      </w:pPr>
      <w:r>
        <w:t>اہ، دس بک ہیز بین ٹرانسلیٹڈ بائے مس شیبہ پروین اینڈ ایڈیٹڈ بائے مسٹر محمد عارف۔ سو، ائی ویل ریکویسٹ مولانا صاحب ٹو لانچ دس نیو ہندی بک "حج کا پیغام"۔</w:t>
      </w:r>
    </w:p>
    <w:p>
      <w:r>
        <w:rPr>
          <w:b/>
        </w:rPr>
        <w:t xml:space="preserve">[25:25] </w:t>
      </w:r>
      <w:r>
        <w:t>you can source this book from good word online or from the good word book stores. dekhiye, yeh hajj par kitaab hai aur yeh bazahir bazahir yeh bohat hi yani choti kitaab lagti hai lekin is mein saari zaroori baatein hajj ki aa gayi hain inshallah.</w:t>
      </w:r>
    </w:p>
    <w:p>
      <w:pPr>
        <w:jc w:val="right"/>
      </w:pPr>
      <w:r>
        <w:t>یو کین سورس دس بک فرام گڈ ورڈ ان لائن اور فرام دا گڈ ورڈ بک سٹورز۔ دیکھیے، یہ حج پر کتاب ہے اور یہ بظاہر بظاہر یہ بہت ہی یعنی چھوٹی کتاب لگتی ہے لیکن اس میں ساری ضروری باتیں حج کی آ گئی ہیں انشاءاللہ۔</w:t>
      </w:r>
    </w:p>
    <w:p>
      <w:r>
        <w:rPr>
          <w:b/>
        </w:rPr>
        <w:t xml:space="preserve">[25:50] </w:t>
      </w:r>
      <w:r>
        <w:t>to is ko aap log parhein aur is se faida uthaein.</w:t>
      </w:r>
    </w:p>
    <w:p>
      <w:pPr>
        <w:jc w:val="right"/>
      </w:pPr>
      <w:r>
        <w:t>تو اس کو آپ لوگ پڑھیں اور اس سے فائدہ اٹھائیں۔</w:t>
      </w:r>
    </w:p>
    <w:p>
      <w:r>
        <w:rPr>
          <w:b/>
        </w:rPr>
        <w:t xml:space="preserve">[26:01] </w:t>
      </w:r>
      <w:r>
        <w:t>okay, so i will now talk up the comments first.</w:t>
      </w:r>
    </w:p>
    <w:p>
      <w:pPr>
        <w:jc w:val="right"/>
      </w:pPr>
      <w:r>
        <w:t>اوکے، سو ائی ویل ناو ٹک اپ دی کمنٹس فرسٹ۔</w:t>
      </w:r>
    </w:p>
    <w:p>
      <w:r>
        <w:rPr>
          <w:b/>
        </w:rPr>
        <w:t xml:space="preserve">[26:09] </w:t>
      </w:r>
      <w:r>
        <w:t>maulana, yeh comment dilli se aaya hai, ahmed ali sahib ne bheja hai. unhon ne likha hai: "maulana, tajdeed ka asal matlab maloom hua.</w:t>
      </w:r>
    </w:p>
    <w:p>
      <w:pPr>
        <w:jc w:val="right"/>
      </w:pPr>
      <w:r>
        <w:t>مولانا، یہ کمنٹ دلی سے آیا ہے، احمد علی صاحب نے بھیجا ہے۔ انہوں نے لکھا ہے: "مولانا، تجدید کا اصل مطلب معلوم ہوا۔</w:t>
      </w:r>
    </w:p>
    <w:p>
      <w:r>
        <w:rPr>
          <w:b/>
        </w:rPr>
        <w:t xml:space="preserve">[26:21] </w:t>
      </w:r>
      <w:r>
        <w:t>you very clearly explained and extremely important aspect of islam.</w:t>
      </w:r>
    </w:p>
    <w:p>
      <w:pPr>
        <w:jc w:val="right"/>
      </w:pPr>
      <w:r>
        <w:t>یو ویری کلیئرلی ایکسپلینڈ اینڈ ایکسٹریملی امپورٹنٹ ایسپیکٹ اف اسلام۔</w:t>
      </w:r>
    </w:p>
    <w:p>
      <w:r>
        <w:rPr>
          <w:b/>
        </w:rPr>
        <w:t xml:space="preserve">[26:27] </w:t>
      </w:r>
      <w:r>
        <w:t>l.a. islam ki derailment ko khatam kar ke dobara track par lana tajdeed hai. may allah bless you with good health and terminate the derailment of this ummah.</w:t>
      </w:r>
    </w:p>
    <w:p>
      <w:pPr>
        <w:jc w:val="right"/>
      </w:pPr>
      <w:r>
        <w:t>ایل اے اسلام کی ڈریلمنٹ کو ختم کر کے دوبارہ ٹریک پر لانا تجدید ہے۔ می اللہ بلیس یو ود گڈ ہیلتھ اینڈ ٹرمینیٹ دا ڈریلمنٹ اف دس امہ۔</w:t>
      </w:r>
    </w:p>
    <w:p>
      <w:r>
        <w:rPr>
          <w:b/>
        </w:rPr>
        <w:t xml:space="preserve">[26:40] </w:t>
      </w:r>
      <w:r>
        <w:t>jazak allah." mashallah.</w:t>
      </w:r>
    </w:p>
    <w:p>
      <w:pPr>
        <w:jc w:val="right"/>
      </w:pPr>
      <w:r>
        <w:t>جزاک اللہ۔" ماشاءاللہ۔</w:t>
      </w:r>
    </w:p>
    <w:p>
      <w:r>
        <w:rPr>
          <w:b/>
        </w:rPr>
        <w:t xml:space="preserve">[26:47] </w:t>
      </w:r>
      <w:r>
        <w:t>miss shaistha ramzan sahibah ne pakistan se likha hai: "cps team in pakistan is doing great job</w:t>
      </w:r>
    </w:p>
    <w:p>
      <w:pPr>
        <w:jc w:val="right"/>
      </w:pPr>
      <w:r>
        <w:t>مس شائستہ رمضان صاحبہ نے پاکستان سے لکھا ہے: "سی پی ایس ٹیم ان پاکستان از ڈوئنگ گریٹ جاب</w:t>
      </w:r>
    </w:p>
    <w:p>
      <w:r>
        <w:rPr>
          <w:b/>
        </w:rPr>
        <w:t xml:space="preserve">[26:56] </w:t>
      </w:r>
      <w:r>
        <w:t>. i always find very cooperative response whenever i need maulana sahib books or literature. maulana sahib, please pray for the cps pakistan team.</w:t>
      </w:r>
    </w:p>
    <w:p>
      <w:pPr>
        <w:jc w:val="right"/>
      </w:pPr>
      <w:r>
        <w:t>۔ ائی الویز فائنڈ ویری کوآپریٹیو رسپانس وین ایور ائی نیڈ مولانا صاحب بکس اور لٹریچر۔ مولانا صاحب، پلیز پری فار دا سی پی ایس پاکستان ٹیم۔</w:t>
      </w:r>
    </w:p>
    <w:p>
      <w:r>
        <w:rPr>
          <w:b/>
        </w:rPr>
        <w:t xml:space="preserve">[27:09] </w:t>
      </w:r>
      <w:r>
        <w:t>i am not a member of it, but i can observe that they are honest in their da'wah work." nahin sahib, main aap ko member samajhta hoon aur main dua karta hoon ke aap ki membership se tamam logon ko faida pohanchay.</w:t>
      </w:r>
    </w:p>
    <w:p>
      <w:pPr>
        <w:jc w:val="right"/>
      </w:pPr>
      <w:r>
        <w:t>ائی ایم ناٹ ا ممبر اف اٹ، بٹ ائی کین ابزرو دیٹ دے ار اونسٹ ان دیر دعوی ورک۔" نہیں صاحب، میں آپ کو ممبر سمجھتا ہوں اور میں دعا کرتا ہوں کہ آپ کی ممبرشپ سے تمام لوگوں کو فائدہ پہنچے۔</w:t>
      </w:r>
    </w:p>
    <w:p>
      <w:r>
        <w:rPr>
          <w:b/>
        </w:rPr>
        <w:t xml:space="preserve">[27:28] </w:t>
      </w:r>
      <w:r>
        <w:t>maulana, ek sawal lena chahenge jo bhopal se bheja hai. shahzad sheikh sahib ne, unhon ne likha hai: "maulana, you always emphasize interaction with people of other faiths.</w:t>
      </w:r>
    </w:p>
    <w:p>
      <w:pPr>
        <w:jc w:val="right"/>
      </w:pPr>
      <w:r>
        <w:t>مولانا، ایک سوال لینا چاہیں گے جو بھوپال سے بھیجا ہے۔ شہزاد شیخ صاحب نے، انہوں نے لکھا ہے: "مولانا، یو الویز ایمفسائز انٹریکشن ود پیپل اف ادر فیتھس۔</w:t>
      </w:r>
    </w:p>
    <w:p>
      <w:r>
        <w:rPr>
          <w:b/>
        </w:rPr>
        <w:t xml:space="preserve">[27:45] </w:t>
      </w:r>
      <w:r>
        <w:t>however, many muslim leaders urge muslims not to mix with people of other religions as they say it will deviate them from the islamic path and certain will derail them towards kufr.</w:t>
      </w:r>
    </w:p>
    <w:p>
      <w:pPr>
        <w:jc w:val="right"/>
      </w:pPr>
      <w:r>
        <w:t>ہاؤ ایور، مینی مسلم لیڈرز ارج مسلمز ناٹ ٹو مکس ود پیپل اف ادر ریلیجن ایز دے سے اٹ ویل ڈیویٹ دیم فرام دی اسلامک پاتھ اینڈ سیٹن ویل ڈریل دیم ٹورڈز کفر۔</w:t>
      </w:r>
    </w:p>
    <w:p>
      <w:r>
        <w:rPr>
          <w:b/>
        </w:rPr>
        <w:t xml:space="preserve">[28:02] </w:t>
      </w:r>
      <w:r>
        <w:t>maulana, what is the basis of this close mindedness?</w:t>
      </w:r>
    </w:p>
    <w:p>
      <w:pPr>
        <w:jc w:val="right"/>
      </w:pPr>
      <w:r>
        <w:t>مولانا، واٹ از دا بیسز اف دس کلوز مائنڈڈنس؟</w:t>
      </w:r>
    </w:p>
    <w:p>
      <w:r>
        <w:rPr>
          <w:b/>
        </w:rPr>
        <w:t xml:space="preserve">[28:07] </w:t>
      </w:r>
      <w:r>
        <w:t>and secondly, why according to you, interaction is important for muslims?" dekhiye, aap rasool allah ne jo sunnat chhodi hai,</w:t>
      </w:r>
    </w:p>
    <w:p>
      <w:pPr>
        <w:jc w:val="right"/>
      </w:pPr>
      <w:r>
        <w:t>اینڈ سیکنڈلی، وائی اکارڈنگ ٹو یو، انٹریکشن از امپورٹنٹ فار مسلمز؟" دیکھیے، آپ رسول اللہ نے جو سنت چھوڑی ہے،</w:t>
      </w:r>
    </w:p>
    <w:p>
      <w:r>
        <w:rPr>
          <w:b/>
        </w:rPr>
        <w:t xml:space="preserve">[28:24] </w:t>
      </w:r>
      <w:r>
        <w:t>is ko dekhiye. aap rasool allah hamesha</w:t>
      </w:r>
    </w:p>
    <w:p>
      <w:pPr>
        <w:jc w:val="right"/>
      </w:pPr>
      <w:r>
        <w:t>اس کو دیکھیے۔ آپ رسول اللہ ہمیشہ</w:t>
      </w:r>
    </w:p>
    <w:p>
      <w:r>
        <w:rPr>
          <w:b/>
        </w:rPr>
        <w:t xml:space="preserve">[28:31] </w:t>
      </w:r>
      <w:r>
        <w:t>logon ko bhejte thay jin logon ko aap log to samajhte hain ghazwa, woh ghazwa nahin hota tha, woh hota tha sariya.</w:t>
      </w:r>
    </w:p>
    <w:p>
      <w:pPr>
        <w:jc w:val="right"/>
      </w:pPr>
      <w:r>
        <w:t>لوگوں کو بھیجتے تھے جن لوگوں کو آپ لوگ تو سمجھتے ہیں غزوہ، وہ غزوہ نہیں ہوتا تھا، وہ ہوتا تھا سریہ۔</w:t>
      </w:r>
    </w:p>
    <w:p>
      <w:r>
        <w:rPr>
          <w:b/>
        </w:rPr>
        <w:t xml:space="preserve">[28:42] </w:t>
      </w:r>
      <w:r>
        <w:t>sariya yani logon mein ja kar da'wah dena. aur aap ko maloom hoga ke hajjat ul wida jo hua tha, aakhri us waqt rasool allah ne ailaan kiya tha ke jao qaumon mein, jao qaumon mein, jao aur islam ka ailaan karo.</w:t>
      </w:r>
    </w:p>
    <w:p>
      <w:pPr>
        <w:jc w:val="right"/>
      </w:pPr>
      <w:r>
        <w:t>سریہ یعنی لوگوں میں جا کر دعوت دینا۔ اور آپ کو معلوم ہوگا کہ حجۃ الوداع جو ہوا تھا، آخری اس وقت رسول اللہ نے اعلان کیا تھا کہ جاؤ قوموں میں، جاؤ قوموں میں، جاؤ اور اسلام کا اعلان کرو۔</w:t>
      </w:r>
    </w:p>
    <w:p>
      <w:r>
        <w:rPr>
          <w:b/>
        </w:rPr>
        <w:t xml:space="preserve">[29:02] </w:t>
      </w:r>
      <w:r>
        <w:t>to islam to poore ma'ne mein da'wah ka mazhab hai, interaction ka mazhab hai aur dunya mein phail kar logon mein mil kar ke logon mein interaction kar ke da'wah ko phansane ka mazhab hai.</w:t>
      </w:r>
    </w:p>
    <w:p>
      <w:pPr>
        <w:jc w:val="right"/>
      </w:pPr>
      <w:r>
        <w:t>تو اسلام تو پورے معنی میں دعوت کا مذہب ہے، انٹریکشن کا مذہب ہے اور دنیا میں پھیل کر لوگوں میں مل کر کے لوگوں میں انٹریکشن کر کے دعوت کو پھنسانے کا مذہب ہے۔</w:t>
      </w:r>
    </w:p>
    <w:p>
      <w:r>
        <w:rPr>
          <w:b/>
        </w:rPr>
        <w:t xml:space="preserve">[29:22] </w:t>
      </w:r>
      <w:r>
        <w:t>maulana, agla sawal lucknow se hai, ayaz khan sahib ne bheja hai. unhon ne likha hai: "maulana, i have many non muslim friends and they often ask me a simple question that why there is so much illiteracy and poverty among muslims.</w:t>
      </w:r>
    </w:p>
    <w:p>
      <w:pPr>
        <w:jc w:val="right"/>
      </w:pPr>
      <w:r>
        <w:t>مولانا، اگلا سوال لکھنؤ سے ہے، ایاز خان صاحب نے بھیجا ہے۔ انہوں نے لکھا ہے: "مولانا، ائی ہیو مینی نان مسلم فرینڈز اینڈ دے افن اسک می ا سمپل کوئسچن دیٹ وائی دیر از سو مچ الٹریسی اینڈ پاورٹی امنگ مسلمز۔</w:t>
      </w:r>
    </w:p>
    <w:p>
      <w:r>
        <w:rPr>
          <w:b/>
        </w:rPr>
        <w:t xml:space="preserve">[29:45] </w:t>
      </w:r>
      <w:r>
        <w:t>they attribute it to outdated islamic ideology that is mainly quran and say that if muslims would have been more scientific in their thinking then their state would have been much better.</w:t>
      </w:r>
    </w:p>
    <w:p>
      <w:pPr>
        <w:jc w:val="right"/>
      </w:pPr>
      <w:r>
        <w:t>دے ایٹریبیوٹ اٹ ٹو اؤٹ ڈیٹڈ اسلامک ائیڈیالوجی دیٹ از مینلی قرآن اینڈ سے دیٹ اف مسلمز وڈ ہیو بین مور سائنٹیفک ان دیر تھنکنگ دین دیر سٹیٹ وڈ ہیو بین مچ بیٹر۔</w:t>
      </w:r>
    </w:p>
    <w:p>
      <w:r>
        <w:rPr>
          <w:b/>
        </w:rPr>
        <w:t xml:space="preserve">[30:00] </w:t>
      </w:r>
      <w:r>
        <w:t>but because they follow outdated quran, therefore there is so much of poverty and illiteracy. maulana, how should i address such ques</w:t>
      </w:r>
    </w:p>
    <w:p>
      <w:pPr>
        <w:jc w:val="right"/>
      </w:pPr>
      <w:r>
        <w:t>بٹ بیکاز دے فالو اؤٹ ڈیٹڈ قرآن، دیر فور دیر از سو مچ اف پاورٹی اینڈ الٹریسی۔ مولانا، ہاؤ شوڈ ائی ایڈریس سچ کوئس</w:t>
      </w:r>
    </w:p>
    <w:p>
      <w:r>
        <w:rPr>
          <w:b/>
        </w:rPr>
        <w:t xml:space="preserve">[30:11] </w:t>
      </w:r>
      <w:r>
        <w:t>tions?" dekhiye, yeh galat hai. poverty musalmanon mein poverty nahin hai. aap muslim society mein jaiye, khoob kharch karte hain log, marketing khoob karte hain, shadiyon mein khoob kar karte hain, paisa bhi khoob kama rahe hain.</w:t>
      </w:r>
    </w:p>
    <w:p>
      <w:pPr>
        <w:jc w:val="right"/>
      </w:pPr>
      <w:r>
        <w:t>چن؟" دیکھیے، یہ غلط ہے۔ پاورٹی مسلمانوں میں پاورٹی نہیں ہے۔ آپ مسلم سوسائٹی میں جائیے، خوب خرچ کرتے ہیں لوگ، مارکیٹنگ خوب کرتے ہیں، شادیوں میں خوب کر کرتے ہیں، پیسہ بھی خوب کما رہے ہیں۔</w:t>
      </w:r>
    </w:p>
    <w:p>
      <w:r>
        <w:rPr>
          <w:b/>
        </w:rPr>
        <w:t xml:space="preserve">[30:29] </w:t>
      </w:r>
      <w:r>
        <w:t>yeh bilkul yeh myth hai, myth yeh baat nahin hai. phir se aap survey ke survey kijiye. isi jis colony mein hum hain, yeh jo colony hai,</w:t>
      </w:r>
    </w:p>
    <w:p>
      <w:pPr>
        <w:jc w:val="right"/>
      </w:pPr>
      <w:r>
        <w:t>یہ بالکل یہ متھ ہے، متھ یہ بات نہیں ہے۔ پھر سے آپ سروے کے سروے کیجئے۔ اسی جس کالونی میں ہم ہیں، یہ جو کالونی ہے،</w:t>
      </w:r>
    </w:p>
    <w:p>
      <w:r>
        <w:rPr>
          <w:b/>
        </w:rPr>
        <w:t xml:space="preserve">[30:44] </w:t>
      </w:r>
      <w:r>
        <w:t>yeh hindu logon ki colony samajhati thi. pehle hindu logon ki colony, aaj is mein majority musalman ki hai, khoob paisa kamaya unhon ne aur jo ghar hindu logon ke thay, usay khareed liya.</w:t>
      </w:r>
    </w:p>
    <w:p>
      <w:pPr>
        <w:jc w:val="right"/>
      </w:pPr>
      <w:r>
        <w:t>یہ ہندو لوگوں کی کالونی سمجھاتی تھی۔ پہلے ہندو لوگوں کی کالونی، آج اس میں میجورٹی مسلمان کی ہے، خوب پیسہ کمایا انہوں نے اور جو گھر ہندو لوگوں کے تھے، اسے خرید لیا۔</w:t>
      </w:r>
    </w:p>
    <w:p>
      <w:r>
        <w:rPr>
          <w:b/>
        </w:rPr>
        <w:t xml:space="preserve">[31:00] </w:t>
      </w:r>
      <w:r>
        <w:t>to yeh yeh to ek myth hai, aisa kuch nahi hai. Is mulk mein bohat achi baat yeh hai ke sab ke liye mawaqe khule hue hain, opportunities sab ke liye khuli hui hain.</w:t>
      </w:r>
    </w:p>
    <w:p>
      <w:pPr>
        <w:jc w:val="right"/>
      </w:pPr>
      <w:r>
        <w:t>تو یہ یہ تو ایک متھ ہے، ایسا کچھ نہیں ہے۔ اس ملک میں بہت اچھی بات یہ ہے کہ سب کے لیے مواقع کھلے ہوئے ہیں، اپرچونیٹیز سب کے لیے کھلی ہوئی ہیں۔</w:t>
      </w:r>
    </w:p>
    <w:p>
      <w:r>
        <w:rPr>
          <w:b/>
        </w:rPr>
        <w:t xml:space="preserve">[31:14] </w:t>
      </w:r>
      <w:r>
        <w:t>khoob kamao, khoob khao, khoob business banao, barhao, taraqqi karo, yeh sab ho raha hai India mein. Yeh myth hai ke nahi ho raha hai.</w:t>
      </w:r>
    </w:p>
    <w:p>
      <w:pPr>
        <w:jc w:val="right"/>
      </w:pPr>
      <w:r>
        <w:t>خوب کماؤ، خوب کھاؤ، خوب بزنس بناؤ، بڑھاؤ، ترقی کرو، یہ سب ہو رہا ہے انڈیا میں۔ یہ متھ ہے کہ نہیں ہو رہا ہے۔</w:t>
      </w:r>
    </w:p>
    <w:p>
      <w:r>
        <w:rPr>
          <w:b/>
        </w:rPr>
        <w:t xml:space="preserve">[31:31] </w:t>
      </w:r>
      <w:r>
        <w:t>main ne khud jo ghar hamare sathiyon ne jo building khareedi thi, yeh do building jahan hum hain aur C one, C 29, yeh dono Hindu logon ke paas theen, aaj hamare paas hain.</w:t>
      </w:r>
    </w:p>
    <w:p>
      <w:pPr>
        <w:jc w:val="right"/>
      </w:pPr>
      <w:r>
        <w:t>میں نے خود جو گھر ہمارے ساتھیوں نے جو بلڈنگ خریدی تھی، یہ دو بلڈنگ جہاں ہم ہیں اور سی ون، سی 29، یہ دونوں ہندو لوگوں کے پاس تھیں، آج ہمارے پاس ہیں۔</w:t>
      </w:r>
    </w:p>
    <w:p>
      <w:r>
        <w:rPr>
          <w:b/>
        </w:rPr>
        <w:t xml:space="preserve">[31:46] </w:t>
      </w:r>
      <w:r>
        <w:t>yeh myth hai, bilkul is ka koi talluq Islam se nahi hai, na waqe se hai.</w:t>
      </w:r>
    </w:p>
    <w:p>
      <w:pPr>
        <w:jc w:val="right"/>
      </w:pPr>
      <w:r>
        <w:t>یہ متھ ہے، بالکل اس کا کوئی تعلق اسلام سے نہیں ہے، نہ واقعے سے ہے۔</w:t>
      </w:r>
    </w:p>
    <w:p>
      <w:r>
        <w:rPr>
          <w:b/>
        </w:rPr>
        <w:t xml:space="preserve">[31:58] </w:t>
      </w:r>
      <w:r>
        <w:t>Doctor Naghma Siddiqui ne Delhi se likha hai: "Maulana, I understood clearly today the importance of tajdeed or revival from your example of derailment of Islam due to influences of the time and bringing Islam back in its track.</w:t>
      </w:r>
    </w:p>
    <w:p>
      <w:pPr>
        <w:jc w:val="right"/>
      </w:pPr>
      <w:r>
        <w:t>ڈاکٹر نغمہ صدیقی نے دلی سے لکھا ہے: "مولانا، ائی انڈرسٹڈ کلیئرلی ٹوڈے دی امپورٹنس اف تجدید اور ریوائیول فرام یور ایگزیمپل اف ڈریلمنٹ اف اسلام ڈیو ٹو انفلوئنسز اف دا ٹائم اینڈ برنگنگ اسلام بیک ان اٹس ٹریک۔</w:t>
      </w:r>
    </w:p>
    <w:p>
      <w:r>
        <w:rPr>
          <w:b/>
        </w:rPr>
        <w:t xml:space="preserve">[32:18] </w:t>
      </w:r>
      <w:r>
        <w:t>I reiterate my commitment to this tajdeedi mission for the rest of my life." Sajid Ahmed Khan sahib, mashallah, mashallah.</w:t>
      </w:r>
    </w:p>
    <w:p>
      <w:pPr>
        <w:jc w:val="right"/>
      </w:pPr>
      <w:r>
        <w:t>ائی ری اٹریٹ مائی کمٹمنٹ ٹو دس تجدیدی مشن فار دا ریسٹ اف مائی لائف۔" ساجد احمد خان صاحب، ماشاءاللہ، ماشاءاللہ۔</w:t>
      </w:r>
    </w:p>
    <w:p>
      <w:r>
        <w:rPr>
          <w:b/>
        </w:rPr>
        <w:t xml:space="preserve">[32:28] </w:t>
      </w:r>
      <w:r>
        <w:t>Sajid Ahmed Khan sahib ne Nagpur se likha hai: "The best way to remove the darkness is to spread the brightness</w:t>
      </w:r>
    </w:p>
    <w:p>
      <w:pPr>
        <w:jc w:val="right"/>
      </w:pPr>
      <w:r>
        <w:t>ساجد احمد خان صاحب نے ناکپور سے لکھا ہے: "دا بیسٹ وے ٹو ریموو دا ڈارکنس از ٹو سپریڈ دا برائٹنس</w:t>
      </w:r>
    </w:p>
    <w:p>
      <w:r>
        <w:rPr>
          <w:b/>
        </w:rPr>
        <w:t xml:space="preserve">[32:36] </w:t>
      </w:r>
      <w:r>
        <w:t>. Maulana sahib, you have shown the best way to remove the darkness of hatred and complaints by the light of love and well wishing.</w:t>
      </w:r>
    </w:p>
    <w:p>
      <w:pPr>
        <w:jc w:val="right"/>
      </w:pPr>
      <w:r>
        <w:t>۔ مولانا صاحب، یو ہیو شون دا بیسٹ وے ٹو ریموو دا ڈارکنس اف ہیٹریڈ اینڈ کمپلینٹس بائی دا لائٹ اف لو اینڈ ویل وشنگ۔</w:t>
      </w:r>
    </w:p>
    <w:p>
      <w:r>
        <w:rPr>
          <w:b/>
        </w:rPr>
        <w:t xml:space="preserve">[32:47] </w:t>
      </w:r>
      <w:r>
        <w:t>That's a noble cause. I pray may Allah guide all of us to get the spirit of da'wah and be firm in this path till the last breath." Mashallah.</w:t>
      </w:r>
    </w:p>
    <w:p>
      <w:pPr>
        <w:jc w:val="right"/>
      </w:pPr>
      <w:r>
        <w:t>دیٹس ا نوبل کاز۔ ائی پری می اللہ گائیڈ ال اف اس ٹو گیٹ دا سپرٹ اف دعوی اینڈ بی فرم ان دس پاتھ ٹل دا لاسٹ بریتھ۔" ماشاءاللہ۔</w:t>
      </w:r>
    </w:p>
    <w:p>
      <w:r>
        <w:rPr>
          <w:b/>
        </w:rPr>
        <w:t xml:space="preserve">[33:01] </w:t>
      </w:r>
      <w:r>
        <w:t>Maulana, agla sawal bheja hai Maulana Iqbal Umri sahib ne. Unhon ne apna comment aur question kiya hai.</w:t>
      </w:r>
    </w:p>
    <w:p>
      <w:pPr>
        <w:jc w:val="right"/>
      </w:pPr>
      <w:r>
        <w:t>مولانا، اگلا سوال بھیجا ہے مولانا اقبال عمری صاحب نے۔ انہوں نے اپنا کمنٹ اور کوئسچن کیا ہے۔</w:t>
      </w:r>
    </w:p>
    <w:p>
      <w:r>
        <w:rPr>
          <w:b/>
        </w:rPr>
        <w:t xml:space="preserve">[33:12] </w:t>
      </w:r>
      <w:r>
        <w:t>Unhon ne likha hai: "Tajdeed ka matlab derailment ko jaan kar ummat ki rehnumai karna aur isi tarah daur ke laiq rehnumai karna.</w:t>
      </w:r>
    </w:p>
    <w:p>
      <w:pPr>
        <w:jc w:val="right"/>
      </w:pPr>
      <w:r>
        <w:t>انہوں نے لکھا ہے: "تجدید کا مطلب ڈریلمنٹ کو جان کر امت کی رہنمائی کرنا اور اسی طرح دور کے لائق رہنمائی کرنا۔</w:t>
      </w:r>
    </w:p>
    <w:p>
      <w:r>
        <w:rPr>
          <w:b/>
        </w:rPr>
        <w:t xml:space="preserve">[33:26] </w:t>
      </w:r>
      <w:r>
        <w:t>Maulana, tajdeed ka faida kya hai aur is ko na samjhe to nuqsan kya hoga? Is ke bare mein bataein." Ek faida to main ne arz kar diya ke derailment mein jo Musalmanon ki gaadi parties hat gayi hain, us ko phir lana par rahi hai.</w:t>
      </w:r>
    </w:p>
    <w:p>
      <w:pPr>
        <w:jc w:val="right"/>
      </w:pPr>
      <w:r>
        <w:t>مولانا، تجدید کا فائدہ کیا ہے اور اس کو نہ سمجھے تو نقصان کیا ہوگا؟ اس کے بارے میں بتائیں۔" ایک فائدہ تو میں نے عرض کر دیا کہ ڈیریلمنٹ میں جو مسلمانوں کی گاڑی پارٹیز ہٹ گئی ہیں، اس کو پھر لانا پڑ رہی ہے۔</w:t>
      </w:r>
    </w:p>
    <w:p>
      <w:r>
        <w:rPr>
          <w:b/>
        </w:rPr>
        <w:t xml:space="preserve">[33:47] </w:t>
      </w:r>
      <w:r>
        <w:t>misal ke taur par jang ko Islam samajh liya, us ko lana ke Islam to peacefull da'wah ka naam hai. Ya ahl-e-maghrib ko kaha ke yeh Islamophobia mein mubtala hai, us ko phir se batana ke yeh to khidmat-e-Islam hai.</w:t>
      </w:r>
    </w:p>
    <w:p>
      <w:pPr>
        <w:jc w:val="right"/>
      </w:pPr>
      <w:r>
        <w:t>مثلاً جنگ کو اسلام سمجھ لیا، اس کو لانا کہ اسلام تو پیس فل دعوت کا نام ہے۔ یا اہل مغرب کو کہا کہ یہ اسلامو فوبیا میں مبتلا ہے، اس کو پھر سے بتانا کہ یہ تو خدمت اسلام ہے۔</w:t>
      </w:r>
    </w:p>
    <w:p>
      <w:r>
        <w:rPr>
          <w:b/>
        </w:rPr>
        <w:t xml:space="preserve">[34:07] </w:t>
      </w:r>
      <w:r>
        <w:t>to jo derailment hua hai, us ko khatam karna aur party ko dobara sahi par gaadi ko sahi dobara sahi party par lana, yahi hai tajdeed.</w:t>
      </w:r>
    </w:p>
    <w:p>
      <w:pPr>
        <w:jc w:val="right"/>
      </w:pPr>
      <w:r>
        <w:t>تو جو ڈی ریڈمنٹ ہوا ہے، اس کو ختم کرنا اور پارٹی کو دوبارہ صحیح پر گاڑی کو صحیح دوبارہ صحیح پارٹی پر لانا، یہی ہے تجدید۔</w:t>
      </w:r>
    </w:p>
    <w:p>
      <w:r>
        <w:rPr>
          <w:b/>
        </w:rPr>
        <w:t xml:space="preserve">[34:27] </w:t>
      </w:r>
      <w:r>
        <w:t>Miss Ayesha Sajid Anwar ne Delhi se likha hai: "Maulana, from today's lecture, I finally have the answer to the question that my fellow mates keep asking me:</w:t>
      </w:r>
    </w:p>
    <w:p>
      <w:pPr>
        <w:jc w:val="right"/>
      </w:pPr>
      <w:r>
        <w:t>مس عائشہ ساجد انور نے دلی سے لکھا ہے: "مولانا، فرام ٹوڈے لیکچر، ائی فائنلی ہیو دی انسر ٹو دا کوئسچن دیٹ مائی فیلو میٹس کیپ اسکنگ می:</w:t>
      </w:r>
    </w:p>
    <w:p>
      <w:r>
        <w:rPr>
          <w:b/>
        </w:rPr>
        <w:t xml:space="preserve">[34:42] </w:t>
      </w:r>
      <w:r>
        <w:t>What is wrong with Islam</w:t>
      </w:r>
    </w:p>
    <w:p>
      <w:pPr>
        <w:jc w:val="right"/>
      </w:pPr>
      <w:r>
        <w:t>واٹ از رونگ ود اسلام</w:t>
      </w:r>
    </w:p>
    <w:p>
      <w:r>
        <w:rPr>
          <w:b/>
        </w:rPr>
        <w:t xml:space="preserve">[34:44] </w:t>
      </w:r>
      <w:r>
        <w:t>or what is wrong with people who follow Islam? The phenomenon of derailment answers these questions. I have gained a new dimension for da'wah work." Miss mein mashallah, mashallah.</w:t>
      </w:r>
    </w:p>
    <w:p>
      <w:pPr>
        <w:jc w:val="right"/>
      </w:pPr>
      <w:r>
        <w:t>اور واٹ از رونگ ود پیپل ہو فالو اسلام؟ دا فیناومینا اف ڈریلمنٹ انسرز دیز کوئسچنز۔ ائی ہیو گین ا نیو ڈائمنشن فار دعوی ورک۔" مس میں ماشاءاللہ، ماشاءاللہ۔</w:t>
      </w:r>
    </w:p>
    <w:p>
      <w:r>
        <w:rPr>
          <w:b/>
        </w:rPr>
        <w:t xml:space="preserve">[35:00] </w:t>
      </w:r>
      <w:r>
        <w:t>Miss Meh Jafiaaz ne Delhi se likha hai: "My understanding from today's lecture is that due to unawareness among various Muslim scholars,</w:t>
      </w:r>
    </w:p>
    <w:p>
      <w:pPr>
        <w:jc w:val="right"/>
      </w:pPr>
      <w:r>
        <w:t>مس مہک فیاض نے دلی سے لکھا ہے: "مائی انڈرسٹینڈنگ فرام ٹوڈے لیکچر از دیٹ ڈیو ٹو ان اویرنس امنگ ویریس مسلم سکالرز،</w:t>
      </w:r>
    </w:p>
    <w:p>
      <w:r>
        <w:rPr>
          <w:b/>
        </w:rPr>
        <w:t xml:space="preserve">[35:14] </w:t>
      </w:r>
      <w:r>
        <w:t>Islam couldn't get the right shape. The wrong interpretations defamed Islam</w:t>
      </w:r>
    </w:p>
    <w:p>
      <w:pPr>
        <w:jc w:val="right"/>
      </w:pPr>
      <w:r>
        <w:t>اسلام کڈنٹ گیٹ دا رائٹ شیپ۔ دا رونگ انٹرپریٹیشنز ڈی فیمڈ اسلام</w:t>
      </w:r>
    </w:p>
    <w:p>
      <w:r>
        <w:rPr>
          <w:b/>
        </w:rPr>
        <w:t xml:space="preserve">[35:21] </w:t>
      </w:r>
      <w:r>
        <w:t>. The main aim of a good Muslim should be to rectify these things." Thank you Maulana. Sahi, sahi baat hai. Maulana, agla sawal lete hain.</w:t>
      </w:r>
    </w:p>
    <w:p>
      <w:pPr>
        <w:jc w:val="right"/>
      </w:pPr>
      <w:r>
        <w:t>۔ دا مین ایم اف ا گڈ مسلم شوڈ بی ٹو ریکٹیفائی دیز تھنگز۔" تھینک یو مولانا۔ صحیح، صحیح بات ہے۔ مولانا، اگلا سوال لیتے ہیں۔</w:t>
      </w:r>
    </w:p>
    <w:p>
      <w:r>
        <w:rPr>
          <w:b/>
        </w:rPr>
        <w:t xml:space="preserve">[35:34] </w:t>
      </w:r>
      <w:r>
        <w:t>yeh bheja hai Aamir Mori sahib ne Goa se. Unhon ne likha hai: "Maulana sahib, people generally confine themselves only to Quran distribution when they engage themselves in da'wah work.</w:t>
      </w:r>
    </w:p>
    <w:p>
      <w:pPr>
        <w:jc w:val="right"/>
      </w:pPr>
      <w:r>
        <w:t>یہ بھیجا ہے عامر موری صاحب نے گوا سے۔ انہوں نے لکھا ہے: "مولانا صاحب، پیپل جنرلی کنفائن دیم سیلوز اونلی ٹو قرآن ڈسٹریبیوشن وین دے انگیج دیم سیلوز ان دعوی ورک۔</w:t>
      </w:r>
    </w:p>
    <w:p>
      <w:r>
        <w:rPr>
          <w:b/>
        </w:rPr>
        <w:t xml:space="preserve">[35:53] </w:t>
      </w:r>
      <w:r>
        <w:t>Maulana sahib, my question is that what else comes in da'wah work besides Quran distribution?</w:t>
      </w:r>
    </w:p>
    <w:p>
      <w:pPr>
        <w:jc w:val="right"/>
      </w:pPr>
      <w:r>
        <w:t>مولانا صاحب، مائی کوئسچن از دیٹ واٹ ایلس کمز ان دعوی ورک بیسائیڈز قرآن ڈسٹریبیوشن؟</w:t>
      </w:r>
    </w:p>
    <w:p>
      <w:r>
        <w:rPr>
          <w:b/>
        </w:rPr>
        <w:t xml:space="preserve">[36:00] </w:t>
      </w:r>
      <w:r>
        <w:t>Kindly guide all of us about the larger scope of da'wah work." Bhai, dono kaam ek doosre se interlinked hain.</w:t>
      </w:r>
    </w:p>
    <w:p>
      <w:pPr>
        <w:jc w:val="right"/>
      </w:pPr>
      <w:r>
        <w:t>کائنڈلی گائیڈ ال اف اس اباؤٹ دا لارجر سکوپ اف دعوی ورک۔" بھئی، دونوں کام ایک دوسرے سے انٹرلنکڈ ہیں۔</w:t>
      </w:r>
    </w:p>
    <w:p>
      <w:r>
        <w:rPr>
          <w:b/>
        </w:rPr>
        <w:t xml:space="preserve">[36:10] </w:t>
      </w:r>
      <w:r>
        <w:t>dono ka talluq ek doosre se bohat gehra hai. Aisa nahi ke woh alag hai, woh alag hai. Alag, alag nahi hai.</w:t>
      </w:r>
    </w:p>
    <w:p>
      <w:pPr>
        <w:jc w:val="right"/>
      </w:pPr>
      <w:r>
        <w:t>دونوں کا تعلق ایک دوسرے سے بہت گہرا ہے۔ ایسا نہیں کہ وہ الگ ہے، وہ الگ ہے۔ الگ، الگ نہیں ہے۔</w:t>
      </w:r>
    </w:p>
    <w:p>
      <w:r>
        <w:rPr>
          <w:b/>
        </w:rPr>
        <w:t xml:space="preserve">[36:23] </w:t>
      </w:r>
      <w:r>
        <w:t>dekhiye, jab aap distribute karenge to dialogue shuru ho jayega.</w:t>
      </w:r>
    </w:p>
    <w:p>
      <w:pPr>
        <w:jc w:val="right"/>
      </w:pPr>
      <w:r>
        <w:t>دیکھیے، جب آپ ڈسٹریبیوٹ کریں گے تو ڈائیلاگ شروع ہو جائے گا۔</w:t>
      </w:r>
    </w:p>
    <w:p>
      <w:r>
        <w:rPr>
          <w:b/>
        </w:rPr>
        <w:t xml:space="preserve">[36:30] </w:t>
      </w:r>
      <w:r>
        <w:t>to daawa un ke question ko aap answer karenge to daawa</w:t>
      </w:r>
    </w:p>
    <w:p>
      <w:pPr>
        <w:jc w:val="right"/>
      </w:pPr>
      <w:r>
        <w:t>تو دعوی ان کے کوئسچن کو آپ انسر کریں گے تو دعوی</w:t>
      </w:r>
    </w:p>
    <w:p>
      <w:r>
        <w:rPr>
          <w:b/>
        </w:rPr>
        <w:t xml:space="preserve">[36:40] </w:t>
      </w:r>
      <w:r>
        <w:t>to main dono ko alag alag kar ke nahi dekhta, dono ko ek doosre ka</w:t>
      </w:r>
    </w:p>
    <w:p>
      <w:pPr>
        <w:jc w:val="right"/>
      </w:pPr>
      <w:r>
        <w:t>تو میں دونوں کو الگ الگ کر کے نہیں دیکھتا، دونوں کو ایک دوسرے کا</w:t>
      </w:r>
    </w:p>
    <w:p>
      <w:r>
        <w:rPr>
          <w:b/>
        </w:rPr>
        <w:t xml:space="preserve">[36:46] </w:t>
      </w:r>
      <w:r>
        <w:t>part samajhta hoon.</w:t>
      </w:r>
    </w:p>
    <w:p>
      <w:pPr>
        <w:jc w:val="right"/>
      </w:pPr>
      <w:r>
        <w:t>پارٹ سمجھتا ہوں۔</w:t>
      </w:r>
    </w:p>
    <w:p>
      <w:r>
        <w:rPr>
          <w:b/>
        </w:rPr>
        <w:t xml:space="preserve">[36:56] </w:t>
      </w:r>
      <w:r>
        <w:t>maulana, agla sawal dilli se doctor saima ka hai. doctor saima ansari ka hai. unhon ne likha hai: "i want to clarify the following: if a person offers prayers five times,</w:t>
      </w:r>
    </w:p>
    <w:p>
      <w:pPr>
        <w:jc w:val="right"/>
      </w:pPr>
      <w:r>
        <w:t>مولانا، اگلا سوال دلی سے ڈاکٹر صائمہ کا ہے۔ ڈاکٹر صائمہ انصاری کا ہے۔ انہوں نے لکھا ہے: "ائی وانٹ ٹو کلیریفائی دا فالونگ: اف ا پرسن افرز پریرز فائیو ٹائمز،</w:t>
      </w:r>
    </w:p>
    <w:p>
      <w:r>
        <w:rPr>
          <w:b/>
        </w:rPr>
        <w:t xml:space="preserve">[37:14] </w:t>
      </w:r>
      <w:r>
        <w:t>keeps all rozaas, but is not a good human being, while there is other person who is not a perfect namazi, but is a very good human being, helpful to other,</w:t>
      </w:r>
    </w:p>
    <w:p>
      <w:pPr>
        <w:jc w:val="right"/>
      </w:pPr>
      <w:r>
        <w:t>کیپس ال روزاز، بٹ از ناٹ ا گڈ ہیومن بینگ، وائل دیر از ادر پرسن ہو از ناٹ ا پرفیکٹ نمازی، بٹ از ا ویری گڈ ہیومن بینگ، ہیلپ فل ٹو ادر،</w:t>
      </w:r>
    </w:p>
    <w:p>
      <w:r>
        <w:rPr>
          <w:b/>
        </w:rPr>
        <w:t xml:space="preserve">[37:28] </w:t>
      </w:r>
      <w:r>
        <w:t>kind to poor, and is a perfect human being, who is a better muslim.</w:t>
      </w:r>
    </w:p>
    <w:p>
      <w:pPr>
        <w:jc w:val="right"/>
      </w:pPr>
      <w:r>
        <w:t>کائنڈ ٹو پور، اینڈ از ا پرفیکٹ ہیومن بینگ، ہو از ا بیٹر مسلم۔</w:t>
      </w:r>
    </w:p>
    <w:p>
      <w:r>
        <w:rPr>
          <w:b/>
        </w:rPr>
        <w:t xml:space="preserve">[37:34] </w:t>
      </w:r>
      <w:r>
        <w:t>" main to kehta hoon ke aap ka yeh mushahida sahi nahi hai. yeh jo categorize kiya hai aap ne, yeh main to nahi samajhta ke yeh sahi categorize hai ke aise hain ke yeh yeh aise hain, woh aise hain.</w:t>
      </w:r>
    </w:p>
    <w:p>
      <w:pPr>
        <w:jc w:val="right"/>
      </w:pPr>
      <w:r>
        <w:t>" میں تو کہتا ہوں کہ آپ کا یہ مشاہدہ صحیح نہیں ہے۔ یہ جو کیٹیگرائز کیا ہے آپ نے، یہ میں تو نہیں سمجھتا کہ یہ صحیح کیٹیگرائز ہے کہ ایسے ہیں کہ یہ یہ ایسے ہیں، وہ ایسے ہیں۔</w:t>
      </w:r>
    </w:p>
    <w:p>
      <w:r>
        <w:rPr>
          <w:b/>
        </w:rPr>
        <w:t xml:space="preserve">[37:49] </w:t>
      </w:r>
      <w:r>
        <w:t>main to nahi jaanta ke yeh sahi hai, yeh baat sahi nahi hai. dono mein aise apni wajah se bhi hai. woh aam phenomena hai insani zindagi ka.</w:t>
      </w:r>
    </w:p>
    <w:p>
      <w:pPr>
        <w:jc w:val="right"/>
      </w:pPr>
      <w:r>
        <w:t>میں تو نہیں جانتا کہ یہ صحیح ہے، یہ بات صحیح نہیں ہے۔ دونوں میں ایسے اپنی وجہ سے بھی ہے۔ وہ عام فیناومینا ہے انسانی زندگی کا۔</w:t>
      </w:r>
    </w:p>
    <w:p>
      <w:r>
        <w:rPr>
          <w:b/>
        </w:rPr>
        <w:t xml:space="preserve">[37:59] </w:t>
      </w:r>
      <w:r>
        <w:t>is ka taluq is se nahi ke namaz parhne wala aisa hai, namaz na parhne wala waisa hai. yeh benazeer category, category sahi nahi hai.</w:t>
      </w:r>
    </w:p>
    <w:p>
      <w:pPr>
        <w:jc w:val="right"/>
      </w:pPr>
      <w:r>
        <w:t>اس کا تعلق اس سے نہیں کہ نماز پڑھنے والا ایسا ہے، نماز نہ پڑھنے والا ویسا ہے۔ یہ بے نظیر کیٹیگرائز، کیٹیگرائز صحیح نہیں ہے۔</w:t>
      </w:r>
    </w:p>
    <w:p>
      <w:r>
        <w:rPr>
          <w:b/>
        </w:rPr>
        <w:t xml:space="preserve">[38:15] </w:t>
      </w:r>
      <w:r>
        <w:t>maulana israr khatib sahib ne likha hai chennai se: "maulana, aaj aap ke lecture se yeh maloom hua ke tajdeed kya hai aur aaj is ki zaroorat kya hai.</w:t>
      </w:r>
    </w:p>
    <w:p>
      <w:pPr>
        <w:jc w:val="right"/>
      </w:pPr>
      <w:r>
        <w:t>مولانا اسرار خطیب صاحب نے لکھا ہے چنئی سے: "مولانا، آج آپ کے لیکچر سے یہ معلوم ہوا کہ تجدید کیا ہے اور آج اس کی ضرورت کیا ہے۔</w:t>
      </w:r>
    </w:p>
    <w:p>
      <w:r>
        <w:rPr>
          <w:b/>
        </w:rPr>
        <w:t xml:space="preserve">[38:28] </w:t>
      </w:r>
      <w:r>
        <w:t>is baat ko aur zyada samajhne ke liye aap ki kitab 'tajdeed deen' bohat zyada mufeed hai." inshallah, inshallah.</w:t>
      </w:r>
    </w:p>
    <w:p>
      <w:pPr>
        <w:jc w:val="right"/>
      </w:pPr>
      <w:r>
        <w:t>اس بات کو اور زیادہ سمجھنے کے لیے آپ کی کتاب 'تجدید دین' بہت زیادہ مفید ہے۔" انشاءاللہ، انشاءاللہ۔</w:t>
      </w:r>
    </w:p>
    <w:p>
      <w:r>
        <w:rPr>
          <w:b/>
        </w:rPr>
        <w:t xml:space="preserve">[38:41] </w:t>
      </w:r>
      <w:r>
        <w:t>sahib ali khan sahib ne likha hai bihar se: "muslims are deeply rooted in the misplaced version of derailed islam</w:t>
      </w:r>
    </w:p>
    <w:p>
      <w:pPr>
        <w:jc w:val="right"/>
      </w:pPr>
      <w:r>
        <w:t>صاحب علی خان صاحب نے لکھا ہے بہار سے: "مسلمز ار ڈیپلی روٹڈ ان دا مس پلیسڈ ورژن اف ڈیریلڈ اسلام</w:t>
      </w:r>
    </w:p>
    <w:p>
      <w:r>
        <w:rPr>
          <w:b/>
        </w:rPr>
        <w:t xml:space="preserve">[38:51] </w:t>
      </w:r>
      <w:r>
        <w:t>. thank you so much maulana sahib for the enlightenment. we need to think about it and re read your book 'tajdeed islam'.</w:t>
      </w:r>
    </w:p>
    <w:p>
      <w:pPr>
        <w:jc w:val="right"/>
      </w:pPr>
      <w:r>
        <w:t>۔ تھینک یو سو مچ مولانا صاحب فار دی انلائٹنمنٹ۔ وی نیڈ ٹو تھنک اباؤٹ اٹ اینڈ ری ریڈ یور بک 'تجدید اسلام'۔"</w:t>
      </w:r>
    </w:p>
    <w:p>
      <w:r>
        <w:rPr>
          <w:b/>
        </w:rPr>
        <w:t xml:space="preserve">[39:03] </w:t>
      </w:r>
      <w:r>
        <w:t>miss shabina ali ne kolkata se likha hai: "maulana, it is very clear from today lecture that reading quran in understanding language is very important to save us from derailment and to combat islamophobia.</w:t>
      </w:r>
    </w:p>
    <w:p>
      <w:pPr>
        <w:jc w:val="right"/>
      </w:pPr>
      <w:r>
        <w:t>مس شبینہ علی نے کلکتہ سے لکھا ہے: "مولانا، اٹ از ویری کلیئر فرام ٹوڈے لیکچر دیٹ ریڈنگ قرآن ان انڈرسٹینڈنگ لینگویج از ویری امپورٹنٹ ٹو سیو اس فرام ڈیریلمنٹ اینڈ ٹو کمبیٹ اسلامو فوبیا۔</w:t>
      </w:r>
    </w:p>
    <w:p>
      <w:r>
        <w:rPr>
          <w:b/>
        </w:rPr>
        <w:t xml:space="preserve">[39:22] </w:t>
      </w:r>
      <w:r>
        <w:t>aur mission of our life should be to re engineer our our mind as well as to do utmost da'wah work."</w:t>
      </w:r>
    </w:p>
    <w:p>
      <w:pPr>
        <w:jc w:val="right"/>
      </w:pPr>
      <w:r>
        <w:t>اور مشن اف اور لائف شوڈ بی ٹو ری انجینئر اور اور مائنڈ ایز ویل ایز ٹو ڈو اٹ موسٹ دعوی ورک۔"</w:t>
      </w:r>
    </w:p>
    <w:p>
      <w:r>
        <w:rPr>
          <w:b/>
        </w:rPr>
        <w:t xml:space="preserve">[39:37] </w:t>
      </w:r>
      <w:r>
        <w:t>miss sahar saleem ne dilli se likha hai: "maulana sahib, today talk and my take away from the talk was a complete new learning.</w:t>
      </w:r>
    </w:p>
    <w:p>
      <w:pPr>
        <w:jc w:val="right"/>
      </w:pPr>
      <w:r>
        <w:t>مس سحر سلیم نے دلی سے لکھا ہے: "مولانا صاحب، ٹوڈے ٹاک اینڈ مائی ٹیک اوے فرام دا ٹاک واز ا کمپلیٹ نیو لرننگ۔</w:t>
      </w:r>
    </w:p>
    <w:p>
      <w:r>
        <w:rPr>
          <w:b/>
        </w:rPr>
        <w:t xml:space="preserve">[39:49] </w:t>
      </w:r>
      <w:r>
        <w:t>it gave us the clarity what exactly we need to work on and how tajdeed is the way to spread the right message of islam.</w:t>
      </w:r>
    </w:p>
    <w:p>
      <w:pPr>
        <w:jc w:val="right"/>
      </w:pPr>
      <w:r>
        <w:t>اٹ گیو اس دا کلیرٹی واٹ ایگزیکٹلی وی نیڈ ٹو ورک ان اینڈ ہاؤ تجدید از دا وے ٹو سپریڈ دا رائٹ میسج اف اسلام۔</w:t>
      </w:r>
    </w:p>
    <w:p>
      <w:r>
        <w:rPr>
          <w:b/>
        </w:rPr>
        <w:t xml:space="preserve">[40:00] </w:t>
      </w:r>
      <w:r>
        <w:t>" thank you maulana sahib. masha allah, masha allah, jazakum allah. okay, one more clarification: the book that maulana sahib just launch today is available right now only on cps website.</w:t>
      </w:r>
    </w:p>
    <w:p>
      <w:pPr>
        <w:jc w:val="right"/>
      </w:pPr>
      <w:r>
        <w:t>" تھینک یو مولانا صاحب۔ ماشاءاللہ، ماشاءاللہ، جزاکم اللہ۔ اوکے، ون مور کلیریفیکیشن: دا بک دیٹ مولانا صاحب جسٹ لانچ ٹوڈے از اویلیبل رائٹ ناو اونلی ان سی پی ایس ویب سائٹ۔</w:t>
      </w:r>
    </w:p>
    <w:p>
      <w:r>
        <w:rPr>
          <w:b/>
        </w:rPr>
        <w:t xml:space="preserve">[40:17] </w:t>
      </w:r>
      <w:r>
        <w:t>if you want these books in quantity, then please write to us on info at cps global dot org. maulana, agla sawal bheja hai waseem sahib ne kashmir se.</w:t>
      </w:r>
    </w:p>
    <w:p>
      <w:pPr>
        <w:jc w:val="right"/>
      </w:pPr>
      <w:r>
        <w:t>اف یو وانٹ دیز بکس ان کوانٹٹی، دین پلیز رائٹ ٹو اس ان انفو ایٹ سی پی ایس گلوبل ڈاٹ او آر جی۔ مولانا، اگلا سوال بھیجا ہے وسیم صاحب نے کشمیر سے۔</w:t>
      </w:r>
    </w:p>
    <w:p>
      <w:r>
        <w:rPr>
          <w:b/>
        </w:rPr>
        <w:t xml:space="preserve">[40:33] </w:t>
      </w:r>
      <w:r>
        <w:t>ji, unhon ne likha hai: "maulana sahib, you talk about the islamophobia and its misinterpretation in the past.</w:t>
      </w:r>
    </w:p>
    <w:p>
      <w:pPr>
        <w:jc w:val="right"/>
      </w:pPr>
      <w:r>
        <w:t>جی، انہوں نے لکھا ہے: "مولانا صاحب، یو ٹاک اباؤٹ دا اسلامو فوبیا اینڈ اٹس مس انٹرپریٹیشن ان دی پاسٹ۔</w:t>
      </w:r>
    </w:p>
    <w:p>
      <w:r>
        <w:rPr>
          <w:b/>
        </w:rPr>
        <w:t xml:space="preserve">[40:43] </w:t>
      </w:r>
      <w:r>
        <w:t>i want to know about your views on the conceived notion of islamophobia of present times." is ke bare mein batayen.</w:t>
      </w:r>
    </w:p>
    <w:p>
      <w:pPr>
        <w:jc w:val="right"/>
      </w:pPr>
      <w:r>
        <w:t>ائی وانٹ ٹو نو اباؤٹ یور ویوز ان دا کنسیوڈ نوشن اف اسلامو فوبیا اف پریزنٹ ٹائمز۔" اس کے بارے میں بتائیں۔</w:t>
      </w:r>
    </w:p>
    <w:p>
      <w:r>
        <w:rPr>
          <w:b/>
        </w:rPr>
        <w:t xml:space="preserve">[40:53] </w:t>
      </w:r>
      <w:r>
        <w:t>bhai, islamophobia ka term hi galat hai. koi islamophobia duniya mein nahi hai. sare log islam ke bare mein positive hain, parhte hain, madad karte hain.</w:t>
      </w:r>
    </w:p>
    <w:p>
      <w:pPr>
        <w:jc w:val="right"/>
      </w:pPr>
      <w:r>
        <w:t>بھئی، اسلامو فوبیا کا ٹرم ہی غلط ہے۔ کوئی اسلامو فوبیا دنیا میں نہیں ہے۔ سارے لوگ اسلام کے بارے میں پازیٹیو ہیں، پڑھتے ہیں، مدد کرتے ہیں۔</w:t>
      </w:r>
    </w:p>
    <w:p>
      <w:r>
        <w:rPr>
          <w:b/>
        </w:rPr>
        <w:t xml:space="preserve">[41:08] </w:t>
      </w:r>
      <w:r>
        <w:t>hum ne america ka kam az kam barah bar safar kiya hai, har bar hum ko logon ne cooperation diya. yeh to bilkul be be baseless baat hai, baseless.</w:t>
      </w:r>
    </w:p>
    <w:p>
      <w:pPr>
        <w:jc w:val="right"/>
      </w:pPr>
      <w:r>
        <w:t>ہم نے امریکہ کا کم از کم بارہ بار سفر کیا ہے، ہر بار ہم کو لوگوں نے کوآپریشن دیا۔ یہ تو بالکل بے بے بیسلیس بات ہے، بیسلیس۔</w:t>
      </w:r>
    </w:p>
    <w:p>
      <w:r>
        <w:rPr>
          <w:b/>
        </w:rPr>
        <w:t xml:space="preserve">[41:21] </w:t>
      </w:r>
      <w:r>
        <w:t>is ka koi, is ki koi haqeeqat nahi hai. main aap ko ek qissa batata hoon ke ek waqt, us waqt kya hua ke hum ko america mein bulaya gaya,</w:t>
      </w:r>
    </w:p>
    <w:p>
      <w:pPr>
        <w:jc w:val="right"/>
      </w:pPr>
      <w:r>
        <w:t>اس کا کوئی، اس کی کوئی حقیقت نہیں ہے۔ میں آپ کو ایک قصہ بتاتا ہوں کہ ایک وقت، اس وقت کیا ہوا کہ ہم کو امریکہ میں بلایا گیا،</w:t>
      </w:r>
    </w:p>
    <w:p>
      <w:r>
        <w:rPr>
          <w:b/>
        </w:rPr>
        <w:t xml:space="preserve">[41:38] </w:t>
      </w:r>
      <w:r>
        <w:t>kisi party ne bulaya to hum bohat sare</w:t>
      </w:r>
    </w:p>
    <w:p>
      <w:pPr>
        <w:jc w:val="right"/>
      </w:pPr>
      <w:r>
        <w:t>کسی پارٹی نے بلایا تو ہم بہت سارے</w:t>
      </w:r>
    </w:p>
    <w:p>
      <w:r>
        <w:rPr>
          <w:b/>
        </w:rPr>
        <w:t xml:space="preserve">[41:46] </w:t>
      </w:r>
      <w:r>
        <w:t>bundle kitabon ke le ke gaye. to jab utre airport par to itna sa bundle tha kitabon ka, lekin jo jinhon ne bulaya tha,</w:t>
      </w:r>
    </w:p>
    <w:p>
      <w:pPr>
        <w:jc w:val="right"/>
      </w:pPr>
      <w:r>
        <w:t>بنڈل کتابوں کے لے کے گئے۔ تو جب اترے ایئرپورٹ پر تو اتنا سا بنڈل تھا کتابوں کا، لیکن جو جنہوں نے بلایا تھا،</w:t>
      </w:r>
    </w:p>
    <w:p>
      <w:r>
        <w:rPr>
          <w:b/>
        </w:rPr>
        <w:t xml:space="preserve">[41:59] </w:t>
      </w:r>
      <w:r>
        <w:t>woh woh pahunche nahi the kisi wajah se airport par. ab hum airport par utar kar ke un ko dekh dhoond rahe hain, woh mil mile nahi.</w:t>
      </w:r>
    </w:p>
    <w:p>
      <w:pPr>
        <w:jc w:val="right"/>
      </w:pPr>
      <w:r>
        <w:t>وہ وہ پہنچے نہیں تھے کسی وجہ سے ایئرپورٹ پر۔ اب ہم ایئرپورٹ پر اتر کر کے ان کو دیکھ ڈھونڈ رہے ہیں، وہ مل ملے نہیں۔</w:t>
      </w:r>
    </w:p>
    <w:p>
      <w:r>
        <w:rPr>
          <w:b/>
        </w:rPr>
        <w:t xml:space="preserve">[42:09] </w:t>
      </w:r>
      <w:r>
        <w:t>woh to aakhir mein hum ne kya kiya ke bundalon ko le kar ke hum hotel mein chale gaye. sara bundle hotel mein ja ke dher kar diya.</w:t>
      </w:r>
    </w:p>
    <w:p>
      <w:pPr>
        <w:jc w:val="right"/>
      </w:pPr>
      <w:r>
        <w:t>وہ تو آخر میں ہم نے کیا کیا کہ بنڈلوں کو لے کر کے ہم ہوٹل میں چلے گئے۔ سارا بنڈل ہوٹل میں جا کے ڈھیر کر دیا۔</w:t>
      </w:r>
    </w:p>
    <w:p>
      <w:r>
        <w:rPr>
          <w:b/>
        </w:rPr>
        <w:t xml:space="preserve">[42:19] </w:t>
      </w:r>
      <w:r>
        <w:t>is ke baad kya hua? isi shaam ko ek aadmi apni biwi ke saath aaya, isi shaam ko amreeka ka, woh amreeka hi ka aadmi tha.</w:t>
      </w:r>
    </w:p>
    <w:p>
      <w:pPr>
        <w:jc w:val="right"/>
      </w:pPr>
      <w:r>
        <w:t>اس کے بعد کیا ہوا؟ اسی شام کو ایک آدمی اپنی بیوی کے ساتھ آیا، اسی شام کو امریکہ کا، وہ امریکہ ہی کا آدمی تھا۔</w:t>
      </w:r>
    </w:p>
    <w:p>
      <w:r>
        <w:rPr>
          <w:b/>
        </w:rPr>
        <w:t xml:space="preserve">[42:31] </w:t>
      </w:r>
      <w:r>
        <w:t>to is ko hum ne bataya ke bhai aisa hua hai, hum ne kitaabein laaye the, lekin kisi wajah se woh log aa nahin sake airport par.</w:t>
      </w:r>
    </w:p>
    <w:p>
      <w:pPr>
        <w:jc w:val="right"/>
      </w:pPr>
      <w:r>
        <w:t>تو اس کو ہم نے بتایا کہ بھئی ایسا ہوا ہے، ہم نے کتابیں لائے تھے، لیکن کسی وجہ سے وہ لوگ آ نہیں سکے ایئرپورٹ پر۔</w:t>
      </w:r>
    </w:p>
    <w:p>
      <w:r>
        <w:rPr>
          <w:b/>
        </w:rPr>
        <w:t xml:space="preserve">[42:42] </w:t>
      </w:r>
      <w:r>
        <w:t>ab hum yahan dher kar diya la kar ke. to kya hua? isi din, isi din woh saahab apne khud aur apni biwi aur apni ladki bhi shaayad thi, sab log mil gaye, is ko sab utha le gaye, saari kitaab utha le gaye aur ja kar khud woh kitaabon ko logon ko diya.</w:t>
      </w:r>
    </w:p>
    <w:p>
      <w:pPr>
        <w:jc w:val="right"/>
      </w:pPr>
      <w:r>
        <w:t>اب ہم یہاں ڈھیر کر دیا لا کر کے۔ تو کیا ہوا؟ اسی دن، اسی دن وہ صاحب اپنے خود اور اپنی بیوی اور اپنی لڑکی بھی شاید تھی، سب لوگ مل گئے، اس کو سب اٹھا لے گئے، ساری کتاب اٹھا لے گئے اور جا کر خود وہ کتابوں کو لوگوں کو دیا۔</w:t>
      </w:r>
    </w:p>
    <w:p>
      <w:r>
        <w:rPr>
          <w:b/>
        </w:rPr>
        <w:t xml:space="preserve">[43:03] </w:t>
      </w:r>
      <w:r>
        <w:t>diya kya? balkeh sell kiya, sell kiya, saari kitaabein sell kar ke is ka paisa hum ko de diya. hum ne kaha un ka koi ta'alluq is se nahin tha.</w:t>
      </w:r>
    </w:p>
    <w:p>
      <w:pPr>
        <w:jc w:val="right"/>
      </w:pPr>
      <w:r>
        <w:t>دیا کیا؟ بلکہ سیل کیا، سیل کیا، ساری کتابیں سیل کر کے اس کا پیسہ ہم کو دے دیا۔ ہم نے کہا ان کا کوئی تعلق اس سے نہیں تھا۔</w:t>
      </w:r>
    </w:p>
    <w:p>
      <w:r>
        <w:rPr>
          <w:b/>
        </w:rPr>
        <w:t xml:space="preserve">[43:14] </w:t>
      </w:r>
      <w:r>
        <w:t>to yeh to bohat hi cooperative log hain, bohat zyada cooperative. koi islamophobia nahin hai, yeh bilkul un par ilzaam hai. islamophobia hai hi nahin wahan par.</w:t>
      </w:r>
    </w:p>
    <w:p>
      <w:pPr>
        <w:jc w:val="right"/>
      </w:pPr>
      <w:r>
        <w:t>تو یہ تو بہت ہی کوآپریٹو لوگ ہیں، بہت زیادہ کوآپریٹو۔ کوئی اسلامو فوبیا نہیں ہے، یہ بالکل ان پر الزام ہے۔ اسلامو فوبیا ہے ہی نہیں وہاں پر۔</w:t>
      </w:r>
    </w:p>
    <w:p>
      <w:r>
        <w:rPr>
          <w:b/>
        </w:rPr>
        <w:t xml:space="preserve">[43:26] </w:t>
      </w:r>
      <w:r>
        <w:t>islam se hamdardi hai, islam se cooperation hai, islam ke baare mein positive thinking hai. main samajhta hoon ke amreeka ke log bohat hi zyada achhe log hain.</w:t>
      </w:r>
    </w:p>
    <w:p>
      <w:pPr>
        <w:jc w:val="right"/>
      </w:pPr>
      <w:r>
        <w:t>اسلام سے ہمدردی ہے، اسلام سے کوآپریشن ہے، اسلام کے بارے میں پازیٹیو تھنکنگ ہے۔ میں سمجھتا ہوں کہ امریکہ کے لوگ بہت ہی زیادہ اچھے لوگ ہیں۔</w:t>
      </w:r>
    </w:p>
    <w:p>
      <w:r>
        <w:rPr>
          <w:b/>
        </w:rPr>
        <w:t xml:space="preserve">[43:40] </w:t>
      </w:r>
      <w:r>
        <w:t>khaas baat yeh hai ke woh kabhi jhoot nahin bolte. jo american log hain, woh kabhi jhoot nahin bolte. to yeh to hamare liye bohat achhi baat hai, un se aap trust kar sakte hain.</w:t>
      </w:r>
    </w:p>
    <w:p>
      <w:pPr>
        <w:jc w:val="right"/>
      </w:pPr>
      <w:r>
        <w:t>خاص بات یہ ہے کہ وہ کبھی جھوٹ نہیں بولتے۔ جو امریکن لوگ ہیں، وہ کبھی جھوٹ نہیں بولتے۔ تو یہ تو ہمارے لیے بہت اچھی بات ہے، ان سے آپ ٹرسٹ کر سکتے ہیں۔</w:t>
      </w:r>
    </w:p>
    <w:p>
      <w:r>
        <w:rPr>
          <w:b/>
        </w:rPr>
        <w:t xml:space="preserve">[43:53] </w:t>
      </w:r>
      <w:r>
        <w:t>to mujhe kabhi tajruba nahin hua is ka. misaal ke taur par dekhiye, ek martaba khabar chhapi thi ke india ke ek saahab gaye aur amreeka ke airport par un ke joote utarwaaye gaye.</w:t>
      </w:r>
    </w:p>
    <w:p>
      <w:pPr>
        <w:jc w:val="right"/>
      </w:pPr>
      <w:r>
        <w:t>تو مجھے کبھی تجربہ نہیں ہوا اس کا۔ مثلاً دیکھیے، ایک مرتبہ خبر چھپی تھی کہ انڈیا کے ایک صاحب گئے اور امریکہ کے ایئرپورٹ پر ان کے جوتے اتروائے گئے۔</w:t>
      </w:r>
    </w:p>
    <w:p>
      <w:r>
        <w:rPr>
          <w:b/>
        </w:rPr>
        <w:t xml:space="preserve">[44:09] </w:t>
      </w:r>
      <w:r>
        <w:t>to is ko chhipa india mein bohat hi bure andaaz mein, ke ke is ko taakhir ke andaaz mein. main bhi gaya ittefaq se inhi dinon.</w:t>
      </w:r>
    </w:p>
    <w:p>
      <w:pPr>
        <w:jc w:val="right"/>
      </w:pPr>
      <w:r>
        <w:t>تو اس کو چھپا انڈیا میں بہت ہی برے انداز میں، کہ کہ اس کو تاخیر کے انداز میں۔ میں بھی گیا اتفاق سے انہی دنوں۔</w:t>
      </w:r>
    </w:p>
    <w:p>
      <w:r>
        <w:rPr>
          <w:b/>
        </w:rPr>
        <w:t xml:space="preserve">[44:20] </w:t>
      </w:r>
      <w:r>
        <w:t>to airport par police ka aadmi baitha khada hua tha. to us ne ishaara kiya ke main joota apna utaar doon.</w:t>
      </w:r>
    </w:p>
    <w:p>
      <w:pPr>
        <w:jc w:val="right"/>
      </w:pPr>
      <w:r>
        <w:t>تو ایئرپورٹ پر پولیس کا آدمی بیٹھا کھڑا ہوا تھا۔ تو اس نے اشارہ کیا کہ میں جوتا اپنا اتار دوں۔</w:t>
      </w:r>
    </w:p>
    <w:p>
      <w:r>
        <w:rPr>
          <w:b/>
        </w:rPr>
        <w:t xml:space="preserve">[44:29] </w:t>
      </w:r>
      <w:r>
        <w:t>main ne jaldi se utaar diya. koi bhi is pe woh nahin hua. to us ne ek joote ko check kiya, doosre ko kaha jaa jaa.</w:t>
      </w:r>
    </w:p>
    <w:p>
      <w:pPr>
        <w:jc w:val="right"/>
      </w:pPr>
      <w:r>
        <w:t>میں نے جلدی سے اتار دیا۔ کوئی بھی اس پہ وہ نہیں ہوا۔ تو اس نے ایک جوتے کو چیک کیا، دوسرے کو کہا جائی جائی۔</w:t>
      </w:r>
    </w:p>
    <w:p>
      <w:r>
        <w:rPr>
          <w:b/>
        </w:rPr>
        <w:t xml:space="preserve">[44:42] </w:t>
      </w:r>
      <w:r>
        <w:t>check hi nahin kiya poora. to jhoot mein jeete hain hamare log. aur yeh islamophobia ek ek bilkul baseless ilzaam hai ahle maghrib par.</w:t>
      </w:r>
    </w:p>
    <w:p>
      <w:pPr>
        <w:jc w:val="right"/>
      </w:pPr>
      <w:r>
        <w:t>چیک ہی نہیں کیا پورا۔ تو جھوٹ میں جیتے ہیں ہمارے لوگ۔ اور یہ اسلامو فوبیا ایک ایک بالکل بیسلیس الزام ہے اہل مغرب پر۔</w:t>
      </w:r>
    </w:p>
    <w:p>
      <w:r>
        <w:rPr>
          <w:b/>
        </w:rPr>
        <w:t xml:space="preserve">[44:56] </w:t>
      </w:r>
      <w:r>
        <w:t>wahan koi islamophobia nahin hai.</w:t>
      </w:r>
    </w:p>
    <w:p>
      <w:pPr>
        <w:jc w:val="right"/>
      </w:pPr>
      <w:r>
        <w:t>وہاں کوئی اسلامو فوبیا نہیں ہے۔</w:t>
      </w:r>
    </w:p>
    <w:p>
      <w:r>
        <w:rPr>
          <w:b/>
        </w:rPr>
        <w:t xml:space="preserve">[45:07] </w:t>
      </w:r>
      <w:r>
        <w:t>maulana riyaz bhatt saahab ne bangalore se aap se poocha hai ke unhone apna comment aur question ke is mein bheja hai.</w:t>
      </w:r>
    </w:p>
    <w:p>
      <w:pPr>
        <w:jc w:val="right"/>
      </w:pPr>
      <w:r>
        <w:t>مولانا ریاض بھٹ صاحب نے بینگلور سے آپ سے پوچھا ہے کہ انہوں نے اپنا کمنٹ اور کوئسچن کے اس میں بھیجا ہے۔</w:t>
      </w:r>
    </w:p>
    <w:p>
      <w:r>
        <w:rPr>
          <w:b/>
        </w:rPr>
        <w:t xml:space="preserve">[45:17] </w:t>
      </w:r>
      <w:r>
        <w:t>unhone likha hai: "thanks for clearing the conceptions regarding tajdeed</w:t>
      </w:r>
    </w:p>
    <w:p>
      <w:pPr>
        <w:jc w:val="right"/>
      </w:pPr>
      <w:r>
        <w:t>انہوں نے لکھا ہے: "تھینکس فار کلیئرنگ دی کانسیپشنز ریگارڈنگ تجدید</w:t>
      </w:r>
    </w:p>
    <w:p>
      <w:r>
        <w:rPr>
          <w:b/>
        </w:rPr>
        <w:t xml:space="preserve">[45:22] </w:t>
      </w:r>
      <w:r>
        <w:t>۔ it is regarding tajdeed. tajdeed. it is natural that over a period there may be a derailment of any concept.</w:t>
      </w:r>
    </w:p>
    <w:p>
      <w:pPr>
        <w:jc w:val="right"/>
      </w:pPr>
      <w:r>
        <w:t>۔ اٹ از ریگارڈنگ تجدید۔ تجدید۔ اٹ از نیچرل دیٹ اوور ا پیریڈ دیر می بی ا ڈیریلمنٹ اف اینی کانسیپٹ۔</w:t>
      </w:r>
    </w:p>
    <w:p>
      <w:r>
        <w:rPr>
          <w:b/>
        </w:rPr>
        <w:t xml:space="preserve">[45:31] </w:t>
      </w:r>
      <w:r>
        <w:t>hence god has warned us through prophets regarding the same and made it mandatory for scholars to bring the islam as a concept back on rails from derailment in different ages." Maulana saahab, am i correct?</w:t>
      </w:r>
    </w:p>
    <w:p>
      <w:pPr>
        <w:jc w:val="right"/>
      </w:pPr>
      <w:r>
        <w:t>ہینس گاڈ ہیز وارنڈ اس تھرو پرافٹس ریگارڈنگ دا سیم اینڈ میڈ اٹ مینڈیٹری فار سکالرز ٹو برنگ دی اسلام ایز ا کانسیپٹ بیک ان ریلز فرام ڈیریلمنٹ ان ڈفرنٹ ایجز۔" مولانا صاحب، ایم ائی کریکٹ؟</w:t>
      </w:r>
    </w:p>
    <w:p>
      <w:r>
        <w:rPr>
          <w:b/>
        </w:rPr>
        <w:t xml:space="preserve">[45:52] </w:t>
      </w:r>
      <w:r>
        <w:t>dekhiye, derailment ek natural phenomenon hai aur derailment koi masla nahin hai.</w:t>
      </w:r>
    </w:p>
    <w:p>
      <w:pPr>
        <w:jc w:val="right"/>
      </w:pPr>
      <w:r>
        <w:t>دیکھیے، ڈیریلمنٹ ایک نیچرل فیناومینا ہے اور ڈیریلمنٹ کوئی مسئلہ نہیں ہے۔</w:t>
      </w:r>
    </w:p>
    <w:p>
      <w:r>
        <w:rPr>
          <w:b/>
        </w:rPr>
        <w:t xml:space="preserve">[46:03] </w:t>
      </w:r>
      <w:r>
        <w:t>that yani derailment jab hota hai to aur aur interaction hota hai.</w:t>
      </w:r>
    </w:p>
    <w:p>
      <w:pPr>
        <w:jc w:val="right"/>
      </w:pPr>
      <w:r>
        <w:t>دیٹ یعنی ڈیریلمنٹ جب ہوتا ہے تو اور اور انٹریکشن ہوتا ہے۔</w:t>
      </w:r>
    </w:p>
    <w:p>
      <w:r>
        <w:rPr>
          <w:b/>
        </w:rPr>
        <w:t xml:space="preserve">[46:12] </w:t>
      </w:r>
      <w:r>
        <w:t>log sawaal karte hain, jawaab bhi aata hai. to derailment jo hai, woh to enhancement hai. yani khoob equity badhti hai, sawaal jawaab badhte hain, islam ke study badhti hai.</w:t>
      </w:r>
    </w:p>
    <w:p>
      <w:pPr>
        <w:jc w:val="right"/>
      </w:pPr>
      <w:r>
        <w:t>لوگ سوال کرتے ہیں، جواب بھی آتا ہے۔ تو ڈیریلمنٹ جو ہے، وہ تو انہانسمنٹ ہے۔ یعنی خوب ایکیوٹی بڑھتی ہے، سوال جواب بڑھتے ہیں، اسلام کے اسٹڈی بڑھتی ہے۔</w:t>
      </w:r>
    </w:p>
    <w:p>
      <w:r>
        <w:rPr>
          <w:b/>
        </w:rPr>
        <w:t xml:space="preserve">[46:28] </w:t>
      </w:r>
      <w:r>
        <w:t>koi masla hai hi nahin. woh hamare kuch logon ne khwaah makhwaah is ko masla bana rakha hai.</w:t>
      </w:r>
    </w:p>
    <w:p>
      <w:pPr>
        <w:jc w:val="right"/>
      </w:pPr>
      <w:r>
        <w:t>کوئی مسئلہ ہے ہی نہیں۔ وہ ہمارے کچھ لوگوں نے خواہ مخواہ اس کو مسئلہ بنا رکھا ہے۔</w:t>
      </w:r>
    </w:p>
    <w:p>
      <w:r>
        <w:rPr>
          <w:b/>
        </w:rPr>
        <w:t xml:space="preserve">[46:39] </w:t>
      </w:r>
      <w:r>
        <w:t>maulana yaqoob umri ne dilli se likha hai: "maulana, tajdeed ka ta'alluq shakhsiyat se nahin balkeh daur se hai, magar musalmanon ne is ko laqab baaz laqab baazi ka mozu bana liya.</w:t>
      </w:r>
    </w:p>
    <w:p>
      <w:pPr>
        <w:jc w:val="right"/>
      </w:pPr>
      <w:r>
        <w:t>مولانا یعقوب عمری نے دلی سے لکھا ہے: "مولانا، تجدید کا تعلق شخصیت سے نہیں بلکہ دور سے ہے، مگر مسلمانوں نے اس کو القاب باز القاب بازی کا موضوع بنا لیا۔</w:t>
      </w:r>
    </w:p>
    <w:p>
      <w:r>
        <w:rPr>
          <w:b/>
        </w:rPr>
        <w:t xml:space="preserve">[46:54] </w:t>
      </w:r>
      <w:r>
        <w:t>jazak Allah khair for this clarity." misaal ke taur par dekhiye, main batata hoon aap ko ek baat to amreeka mein hai.</w:t>
      </w:r>
    </w:p>
    <w:p>
      <w:pPr>
        <w:jc w:val="right"/>
      </w:pPr>
      <w:r>
        <w:t>جزاک اللہ خیر فار دس کلیرٹی۔" مثلاً دیکھیے، میں بتاتا ہوں آپ کو ایک بات تو امریکہ میں ہے۔</w:t>
      </w:r>
    </w:p>
    <w:p>
      <w:r>
        <w:rPr>
          <w:b/>
        </w:rPr>
        <w:t xml:space="preserve">[47:04] </w:t>
      </w:r>
      <w:r>
        <w:t>main ne ek is ka ek bade scholar se meri baat cheet hui to main ne poocha is ke baare mein, difference ke baare mein ke islam se aap ko kya ikhtilaaf hai.</w:t>
      </w:r>
    </w:p>
    <w:p>
      <w:pPr>
        <w:jc w:val="right"/>
      </w:pPr>
      <w:r>
        <w:t>میں نے ایک اس کا ایک بڑے سکالر سے میری بات چیت ہوئی تو میں نے پوچھا اس کے بارے میں، ڈیفرنس کے بارے میں کہ اسلام سے آپ کو کیا اختلاف ہے۔</w:t>
      </w:r>
    </w:p>
    <w:p>
      <w:r>
        <w:rPr>
          <w:b/>
        </w:rPr>
        <w:t xml:space="preserve">[47:21] </w:t>
      </w:r>
      <w:r>
        <w:t>to unhone ek bohat badi baat batai ke aap hamara koi difference nahin islam mein. hamara difference ka term hi istemaal nahin hota.</w:t>
      </w:r>
    </w:p>
    <w:p>
      <w:pPr>
        <w:jc w:val="right"/>
      </w:pPr>
      <w:r>
        <w:t>تو انہوں نے ایک بہت بڑی بات بتائی کہ آپ ہمارا کوئی ڈیفرنس نہیں اسلام میں۔ ہمارا ڈیفرنس کا ٹرم ہی استعمال نہیں ہوتا۔</w:t>
      </w:r>
    </w:p>
    <w:p>
      <w:r>
        <w:rPr>
          <w:b/>
        </w:rPr>
        <w:t xml:space="preserve">[47:33] </w:t>
      </w:r>
      <w:r>
        <w:t>hum decent ka lafz istemal karte hain. hamara jo term hai, woh difference nahi hai. decent, d i w s e n t.</w:t>
      </w:r>
    </w:p>
    <w:p>
      <w:pPr>
        <w:jc w:val="right"/>
      </w:pPr>
      <w:r>
        <w:t>ہم ڈیسنٹ کا لفظ استعمال کرتے ہیں۔ ہمارا جو ٹرم ہے، وہ ڈیفرنس نہیں ہے۔ ڈیسنٹ، ڈی آئی ڈبلیو ایس ای این ٹی۔</w:t>
      </w:r>
    </w:p>
    <w:p>
      <w:r>
        <w:rPr>
          <w:b/>
        </w:rPr>
        <w:t xml:space="preserve">[47:44] </w:t>
      </w:r>
      <w:r>
        <w:t>toh aap jante hain ke decent ek neutral term hai. neutral, decent neutral term hai.</w:t>
      </w:r>
    </w:p>
    <w:p>
      <w:pPr>
        <w:jc w:val="right"/>
      </w:pPr>
      <w:r>
        <w:t>تو آپ جانتے ہیں کہ ڈیسنٹ ایک نیوٹرل ٹرم ہے۔ نیوٹرل، ڈیسنٹ نیوٹرل ٹرم ہے۔</w:t>
      </w:r>
    </w:p>
    <w:p>
      <w:r>
        <w:rPr>
          <w:b/>
        </w:rPr>
        <w:t xml:space="preserve">[47:53] </w:t>
      </w:r>
      <w:r>
        <w:t>mujhe ek ajeeb nai baat dariaft hui. toh khwah makhwah log hawa bana lete hain baaton ko.</w:t>
      </w:r>
    </w:p>
    <w:p>
      <w:pPr>
        <w:jc w:val="right"/>
      </w:pPr>
      <w:r>
        <w:t>مجھے ایک عجیب نئی بات دریافت ہوئی۔ تو خواہ مخواہ لوگ ہوا بنا لیتے ہیں باتوں کو۔</w:t>
      </w:r>
    </w:p>
    <w:p>
      <w:r>
        <w:rPr>
          <w:b/>
        </w:rPr>
        <w:t xml:space="preserve">[48:09] </w:t>
      </w:r>
      <w:r>
        <w:t>doctor junaid shaikh ne mumbai se likha hai: "Today's lecture increased my clarity and conviction in mission, and this is what God Almighty wants fr</w:t>
      </w:r>
    </w:p>
    <w:p>
      <w:pPr>
        <w:jc w:val="right"/>
      </w:pPr>
      <w:r>
        <w:t>ڈاکٹر جنید شیخ نے ممبئی سے لکھا ہے: "ٹوڈے لیکچر انکریز مائی کلیرٹی اینڈ کنوکشن ان مشن، اینڈ دس از واٹ گاڈ المائٹی وانٹس فر</w:t>
      </w:r>
    </w:p>
    <w:p>
      <w:r>
        <w:rPr>
          <w:b/>
        </w:rPr>
        <w:t xml:space="preserve">[48:21] </w:t>
      </w:r>
      <w:r>
        <w:t>am us. jazak allah mashallah." molana, agla comment aur sawal mumbai se hai. sajid anwar sahab ne bheja hai.</w:t>
      </w:r>
    </w:p>
    <w:p>
      <w:pPr>
        <w:jc w:val="right"/>
      </w:pPr>
      <w:r>
        <w:t>ام اس۔ جزاک اللہ ماشاءاللہ۔" مولانا، اگلا کمنٹ اور سوال ممبئی سے ہے۔ ساجد انور صاحب نے بھیجا ہے۔</w:t>
      </w:r>
    </w:p>
    <w:p>
      <w:r>
        <w:rPr>
          <w:b/>
        </w:rPr>
        <w:t xml:space="preserve">[48:31] </w:t>
      </w:r>
      <w:r>
        <w:t>unhone likha hai: "molana, from today lecture, i could understand for the first time that what actually tajdeed means.</w:t>
      </w:r>
    </w:p>
    <w:p>
      <w:pPr>
        <w:jc w:val="right"/>
      </w:pPr>
      <w:r>
        <w:t>انہوں نے لکھا ہے: "مولانا، فرام ٹوڈے لیکچر، ائی کڈ انڈرسٹینڈ فار دا فرسٹ ٹائم دیٹ واٹ ایکچولی تجدید مینز۔</w:t>
      </w:r>
    </w:p>
    <w:p>
      <w:r>
        <w:rPr>
          <w:b/>
        </w:rPr>
        <w:t xml:space="preserve">[48:42] </w:t>
      </w:r>
      <w:r>
        <w:t>it is to bring back the vehicle of islam in its original track.</w:t>
      </w:r>
    </w:p>
    <w:p>
      <w:pPr>
        <w:jc w:val="right"/>
      </w:pPr>
      <w:r>
        <w:t>اٹ از ٹو برنگ بیک دا وائیکل اف اسلام ان اٹس اوریجنل ٹریک۔</w:t>
      </w:r>
    </w:p>
    <w:p>
      <w:r>
        <w:rPr>
          <w:b/>
        </w:rPr>
        <w:t xml:space="preserve">[48:49] </w:t>
      </w:r>
      <w:r>
        <w:t>but as you explained, this is the role of ulama. my question is that what is the role of a non alam like me in this tajdeed</w:t>
      </w:r>
    </w:p>
    <w:p>
      <w:pPr>
        <w:jc w:val="right"/>
      </w:pPr>
      <w:r>
        <w:t>بٹ ایز یو ایکسپلینڈ، دس از دا رول اف علماء۔ مائی کوئسچن از دیٹ واٹ از دا رول اف ا نان عالم لائک می ان دس تجدید</w:t>
      </w:r>
    </w:p>
    <w:p>
      <w:r>
        <w:rPr>
          <w:b/>
        </w:rPr>
        <w:t xml:space="preserve">[49:01] </w:t>
      </w:r>
      <w:r>
        <w:t>?" is ke bare mein batayein. yeh dekhiye, ulama aur non ulama koi koi basic difference nahi hai.</w:t>
      </w:r>
    </w:p>
    <w:p>
      <w:pPr>
        <w:jc w:val="right"/>
      </w:pPr>
      <w:r>
        <w:t>؟" اس کے بارے میں بتائیں۔ یہ دیکھیے، علماء اور نان علماء کوئی کوئی بیسک ڈیفرنس نہیں ہے۔</w:t>
      </w:r>
    </w:p>
    <w:p>
      <w:r>
        <w:rPr>
          <w:b/>
        </w:rPr>
        <w:t xml:space="preserve">[49:11] </w:t>
      </w:r>
      <w:r>
        <w:t>islam itna saada mazhab hai ke aap bhi hote jaan sakte hain jitna madrasay ke pehle log jante hain, aur yeh log aap bhi kar sakte hain jo woh kar rahe hain.</w:t>
      </w:r>
    </w:p>
    <w:p>
      <w:pPr>
        <w:jc w:val="right"/>
      </w:pPr>
      <w:r>
        <w:t>اسلام اتنا سادہ مذہب ہے کہ آپ بھی ہوتے جان سکتے ہیں جتنا مدرسے کے پہلے لوگ جانتے ہیں، اور یہ لوگ آپ بھی کر سکتے ہیں جو وہ کر رہے ہیں۔</w:t>
      </w:r>
    </w:p>
    <w:p>
      <w:r>
        <w:rPr>
          <w:b/>
        </w:rPr>
        <w:t xml:space="preserve">[49:22] </w:t>
      </w:r>
      <w:r>
        <w:t>yeh yeh yeh taqseem, yeh jo taqseem takhleeq hai, yeh baais samajhne ke liye is se matlab yeh nahi ke islam mein jo aap ko role dein, apna role poora karna hai, is mein koi farq aata hai.</w:t>
      </w:r>
    </w:p>
    <w:p>
      <w:pPr>
        <w:jc w:val="right"/>
      </w:pPr>
      <w:r>
        <w:t>یہ یہ یہ تقسیم، یہ جو تقسیم تخلیق ہے، یہ باعث سمجھنے کے لیے اس سے مطلب یہ نہیں کہ اسلام میں جو آپ کو رول دیں، اپنا رول پورا کرنا ہے، اس میں کوئی فرق آتا ہے۔</w:t>
      </w:r>
    </w:p>
    <w:p>
      <w:r>
        <w:rPr>
          <w:b/>
        </w:rPr>
        <w:t xml:space="preserve">[49:39] </w:t>
      </w:r>
      <w:r>
        <w:t>kuch bhi, koi farq nahi hota.</w:t>
      </w:r>
    </w:p>
    <w:p>
      <w:pPr>
        <w:jc w:val="right"/>
      </w:pPr>
      <w:r>
        <w:t>کچھ بھی، کوئی فرق نہیں ہوتا۔</w:t>
      </w:r>
    </w:p>
    <w:p>
      <w:r>
        <w:rPr>
          <w:b/>
        </w:rPr>
        <w:t xml:space="preserve">[49:44] </w:t>
      </w:r>
      <w:r>
        <w:t>molana, agla sawal bhi mumbai se hai. mehboob bhai ne kiya hai. unhone aap se poocha hai ke ah derailment ko track pe lane wale is mission mein ek individual ko kya sacrifice dena hoga?</w:t>
      </w:r>
    </w:p>
    <w:p>
      <w:pPr>
        <w:jc w:val="right"/>
      </w:pPr>
      <w:r>
        <w:t>مولانا، اگلا سوال بھی ممبئی سے ہے۔ محبوب بھائی نے کیا ہے۔ انہوں نے آپ سے پوچھا ہے کہ اہ ڈیریلمنٹ کو ٹریک پہ لانے والے اس مشن میں ایک انڈیویجول کو کیا سیکریفائس دینا ہوگا؟</w:t>
      </w:r>
    </w:p>
    <w:p>
      <w:r>
        <w:rPr>
          <w:b/>
        </w:rPr>
        <w:t xml:space="preserve">[50:00] </w:t>
      </w:r>
      <w:r>
        <w:t>is ke bare mein batayein. koi sacrifice ki baat hi nahi hai. role play karne ki baat hai. aap khud padhiye aur khoob logon ko bataiye.</w:t>
      </w:r>
    </w:p>
    <w:p>
      <w:pPr>
        <w:jc w:val="right"/>
      </w:pPr>
      <w:r>
        <w:t>اس کے بارے میں بتائیں۔ کوئی سیکریفائس کی بات ہی نہیں ہے۔ رول پلے کرنے کی بات ہے۔ آپ خود پڑھیے اور خوب لوگوں کو بتائیے۔</w:t>
      </w:r>
    </w:p>
    <w:p>
      <w:r>
        <w:rPr>
          <w:b/>
        </w:rPr>
        <w:t xml:space="preserve">[50:12] </w:t>
      </w:r>
      <w:r>
        <w:t>jo literature hai, us ko khoob phailaiye. bas koi sacrifice ki baat hi nahi hai.</w:t>
      </w:r>
    </w:p>
    <w:p>
      <w:pPr>
        <w:jc w:val="right"/>
      </w:pPr>
      <w:r>
        <w:t>جو لٹریچر ہے، اس کو خوب پھیلائیے۔ بس کوئی سیکریفائس کی بات ہی نہیں ہے۔</w:t>
      </w:r>
    </w:p>
    <w:p>
      <w:r>
        <w:rPr>
          <w:b/>
        </w:rPr>
        <w:t xml:space="preserve">[50:23] </w:t>
      </w:r>
      <w:r>
        <w:t>literature ko phailaiye. bas.</w:t>
      </w:r>
    </w:p>
    <w:p>
      <w:pPr>
        <w:jc w:val="right"/>
      </w:pPr>
      <w:r>
        <w:t>لٹریچر کو پھیلائیے۔ بس۔</w:t>
      </w:r>
    </w:p>
    <w:p>
      <w:r>
        <w:rPr>
          <w:b/>
        </w:rPr>
        <w:t xml:space="preserve">[50:31] </w:t>
      </w:r>
      <w:r>
        <w:t>molana asrar, molana asrar khateeb sahab ne chennai se likha hai: "aap ki kitab 'tajdeed deen' mein aap ne poori tarah wazeh kiya hai ke ummat ne kahan derailment kiya aur is ko kaise patri par la sakte hain.</w:t>
      </w:r>
    </w:p>
    <w:p>
      <w:pPr>
        <w:jc w:val="right"/>
      </w:pPr>
      <w:r>
        <w:t>مولانا اسرار، مولانا اسرار خطیب صاحب نے چنئی سے لکھا ہے: "آپ کی کتاب 'تجدید دین' میں آپ نے پوری طرح واضح کیا ہے کہ امت نے کہاں ڈیریلمنٹ کیا اور اس کو کیسے پٹری پر لا سکتے ہیں۔</w:t>
      </w:r>
    </w:p>
    <w:p>
      <w:r>
        <w:rPr>
          <w:b/>
        </w:rPr>
        <w:t xml:space="preserve">[50:49] </w:t>
      </w:r>
      <w:r>
        <w:t>aur bilkhusoos aap ne is kitab ke introduction mein jo das baatein, das baatein hain, is ko mein bar bar padhta hoon aur apni fikr ki tajdeed karta rehta hoon." mashallah, mashallah.</w:t>
      </w:r>
    </w:p>
    <w:p>
      <w:pPr>
        <w:jc w:val="right"/>
      </w:pPr>
      <w:r>
        <w:t>اور بالخصوص آپ نے اس کتاب کے انٹروڈکشن میں جو دس باتیں، دس باتیں ہیں، اس کو میں بار بار پڑھتا ہوں اور اپنی فکر کی تجدید کرتا رہتا ہوں۔" ماشاءاللہ، ماشاءاللہ۔</w:t>
      </w:r>
    </w:p>
    <w:p>
      <w:r>
        <w:rPr>
          <w:b/>
        </w:rPr>
        <w:t xml:space="preserve">[51:05] </w:t>
      </w:r>
      <w:r>
        <w:t>molana, agla sawal bheja hai ahmedabad se sanaullah sahab ne. unhone aap se poocha hai ke "How can scientific thinking be developed</w:t>
      </w:r>
    </w:p>
    <w:p>
      <w:pPr>
        <w:jc w:val="right"/>
      </w:pPr>
      <w:r>
        <w:t>مولانا، اگلا سوال بھیجا ہے احمد آباد سے ثناء اللہ صاحب نے۔ انہوں نے آپ سے پوچھا ہے کہ "How can scientific thinking be developed</w:t>
      </w:r>
    </w:p>
    <w:p>
      <w:r>
        <w:rPr>
          <w:b/>
        </w:rPr>
        <w:t xml:space="preserve">[51:18] </w:t>
      </w:r>
      <w:r>
        <w:t>? What is the starting point?" bhai, yeh sawal bohat hi zyada aham hai, bohat zyada. lekin ab mein kya karoon?</w:t>
      </w:r>
    </w:p>
    <w:p>
      <w:pPr>
        <w:jc w:val="right"/>
      </w:pPr>
      <w:r>
        <w:t>? What is the starting point?" بھئی، یہ سوال بہت ہی زیادہ اہم ہے، بہت زیادہ۔ لیکن اب میں کیا کروں؟</w:t>
      </w:r>
    </w:p>
    <w:p>
      <w:r>
        <w:rPr>
          <w:b/>
        </w:rPr>
        <w:t xml:space="preserve">[51:27] </w:t>
      </w:r>
      <w:r>
        <w:t>mujhe yeh kehna padega ke is subject par hamare literature ke siwa koi kitab hi nahi likhi gayi. toh mein kya karoon?</w:t>
      </w:r>
    </w:p>
    <w:p>
      <w:pPr>
        <w:jc w:val="right"/>
      </w:pPr>
      <w:r>
        <w:t>مجھے یہ کہنا پڑے گا کہ اس سبجیکٹ پر ہمارے لیٹریچر کے سوا کوئی کتاب ہی نہیں لکھی گئی۔ تو میں کیا کروں؟</w:t>
      </w:r>
    </w:p>
    <w:p>
      <w:r>
        <w:rPr>
          <w:b/>
        </w:rPr>
        <w:t xml:space="preserve">[51:36] </w:t>
      </w:r>
      <w:r>
        <w:t>mein yahi kahunga ke bhai, hamare mission mein jo kitabein chhapi hain, un ko padhiye. kyunke doosron ke haan jo kitabein likhi gayi hain, woh sachi baat hai ke is mauzu par hain hi nahi.</w:t>
      </w:r>
    </w:p>
    <w:p>
      <w:pPr>
        <w:jc w:val="right"/>
      </w:pPr>
      <w:r>
        <w:t>میں یہی کہوں گا کہ بھئی، ہمارے مشن میں جو کتابیں چھپی ہیں، ان کو پڑھیے۔ کیونکہ دوسروں کے ہاں جو کتابیں لکھی گئی ہیں، وہ سچی بات ہے کہ اس موضوع پر ہیں ہی نہیں۔</w:t>
      </w:r>
    </w:p>
    <w:p>
      <w:r>
        <w:rPr>
          <w:b/>
        </w:rPr>
        <w:t xml:space="preserve">[51:48] </w:t>
      </w:r>
      <w:r>
        <w:t>hata ke allama iqbal ki kitabein bhi is mauzu par nahi hain. misaal ke taur par, allama iqbal ka mashhoor sher hai: "in taaza khudaon mein sab se bada watan hai." yeh bilkul ghair scientific statement hai,</w:t>
      </w:r>
    </w:p>
    <w:p>
      <w:pPr>
        <w:jc w:val="right"/>
      </w:pPr>
      <w:r>
        <w:t>حتیٰ کہ علامہ اقبال کی کتابیں بھی اس موضوع پر نہیں ہیں۔ مثلاً، علامہ اقبال کا مشہور شعر ہے: "ان تازہ خداؤں میں سب سے بڑا وطن ہے۔" یہ بالکل غیر سائنٹیفک سٹیٹمنٹ ہے،</w:t>
      </w:r>
    </w:p>
    <w:p>
      <w:r>
        <w:rPr>
          <w:b/>
        </w:rPr>
        <w:t xml:space="preserve">[52:08] </w:t>
      </w:r>
      <w:r>
        <w:t>bilkul ghair scientific statement hai. aisi bohat si baatein hain, shalam ke phool phoonk de, khasa ke ghairullah ko, yeh sab ghair scientific, ghair scientific baatein hain.</w:t>
      </w:r>
    </w:p>
    <w:p>
      <w:pPr>
        <w:jc w:val="right"/>
      </w:pPr>
      <w:r>
        <w:t>بالکل غیر سائنٹیفک سٹیٹمنٹ ہے۔ ایسی بہت سی باتیں ہیں، شعلم کے پھول پھونک دے، خاصہ کے غیر اللہ کو، یہ سب غیر سائنٹیفک، غیر سائنٹیفک باتیں ہیں۔</w:t>
      </w:r>
    </w:p>
    <w:p>
      <w:r>
        <w:rPr>
          <w:b/>
        </w:rPr>
        <w:t xml:space="preserve">[52:24] </w:t>
      </w:r>
      <w:r>
        <w:t>toh jo top ka aadmi hai, aap ka iqbal, woh bhi scientific baat karna jaanta nahi. toh is liye mein kahunga ke aap hamari jo kitabein hain, hamara jo literature hai, literature hai, us ko phailiye, padhiye, aur logon ko padhne ki dijiye.</w:t>
      </w:r>
    </w:p>
    <w:p>
      <w:pPr>
        <w:jc w:val="right"/>
      </w:pPr>
      <w:r>
        <w:t>تو جو ٹاپ کا آدمی ہے، آپ کا اقبال، وہ بھی سائنٹیفک بات کرنا جانتا نہیں۔ تو اس لیے میں کہوں گا کہ آپ ہماری جو کتابیں ہیں، ہمارا جو لٹریچر ہے، لٹریچر ہے، اس کو پھیلیے، پڑھیے، اور لوگوں کو پڑھنے کی دیجیے۔</w:t>
      </w:r>
    </w:p>
    <w:p>
      <w:r>
        <w:rPr>
          <w:b/>
        </w:rPr>
        <w:t xml:space="preserve">[52:41] </w:t>
      </w:r>
      <w:r>
        <w:t>hamare paas koi option nahi hai doosra.</w:t>
      </w:r>
    </w:p>
    <w:p>
      <w:pPr>
        <w:jc w:val="right"/>
      </w:pPr>
      <w:r>
        <w:t>ہمارے پاس کوئی آپشن نہیں ہے دوسرا۔</w:t>
      </w:r>
    </w:p>
    <w:p>
      <w:r>
        <w:rPr>
          <w:b/>
        </w:rPr>
        <w:t xml:space="preserve">[52:48] </w:t>
      </w:r>
      <w:r>
        <w:t>maulana, agla sawal pakistan se miss shabana ansari ne kiya hai. unhon ne likha hai: "maulana, islam ya deen hum se kiya mangta hai aur is talluq se qital kyon husn lazati hai?</w:t>
      </w:r>
    </w:p>
    <w:p>
      <w:pPr>
        <w:jc w:val="right"/>
      </w:pPr>
      <w:r>
        <w:t>مولانا، اگلا سوال پاکستان سے مس شبانہ انصاری نے کیا ہے۔ انہوں نے لکھا ہے: "مولانا، اسلام یا دین ہم سے کیا مانگتا ہے اور اس تعلق سے قتال کیوں حسن لذاتی ہے؟</w:t>
      </w:r>
    </w:p>
    <w:p>
      <w:r>
        <w:rPr>
          <w:b/>
        </w:rPr>
        <w:t xml:space="preserve">[53:07] </w:t>
      </w:r>
      <w:r>
        <w:t>agar aap is ko briefly explain karen." husn lazati hai hi nahi. yeh to hum ne kaha hai ke husn ghairi hai. husn lazati hai hi nahi.</w:t>
      </w:r>
    </w:p>
    <w:p>
      <w:pPr>
        <w:jc w:val="right"/>
      </w:pPr>
      <w:r>
        <w:t>اگر آپ اس کو بریفلی ایکسپلین کریں۔" حسن لذاتی ہے ہی نہیں۔ یہ تو ہم نے کہا ہے کہ حسن لغیری ہے۔ حسن لذاتی ہے ہی نہیں۔</w:t>
      </w:r>
    </w:p>
    <w:p>
      <w:r>
        <w:rPr>
          <w:b/>
        </w:rPr>
        <w:t xml:space="preserve">[53:18] </w:t>
      </w:r>
      <w:r>
        <w:t>husn ghairi hai. yani kisi aur maqsad ke liye. yani mislan dekhiye, difa ke liye. islam ko phailane ke liye nahi hai.</w:t>
      </w:r>
    </w:p>
    <w:p>
      <w:pPr>
        <w:jc w:val="right"/>
      </w:pPr>
      <w:r>
        <w:t>حسن لغیری ہے۔ یعنی کسی اور مقصد کے لیے۔ یعنی مثلاً دیکھیے، دفاع کے لیے۔ اسلام کو پھیلانے کے لیے نہیں ہے۔</w:t>
      </w:r>
    </w:p>
    <w:p>
      <w:r>
        <w:rPr>
          <w:b/>
        </w:rPr>
        <w:t xml:space="preserve">[53:29] </w:t>
      </w:r>
      <w:r>
        <w:t>hargiz hargiz islam ko phailane ke liye nahi hai. difa ke liye. yahi matlab husn lazati hai nahi, husn ghairi hai.</w:t>
      </w:r>
    </w:p>
    <w:p>
      <w:pPr>
        <w:jc w:val="right"/>
      </w:pPr>
      <w:r>
        <w:t>ہرگز ہرگز اسلام کو پھیلانے کے لیے نہیں ہے۔ دفاع کے لیے۔ یہی مطلب حسن لذاتی ہے نہیں، حسن لغیری ہے۔</w:t>
      </w:r>
    </w:p>
    <w:p>
      <w:r>
        <w:rPr>
          <w:b/>
        </w:rPr>
        <w:t xml:space="preserve">[53:40] </w:t>
      </w:r>
      <w:r>
        <w:t>maulana jamshid pur se. jo log yeh samjhen ke islam ko phailane ke liye hai, to bilashuba woh islam ko bilkul nahi jante, kuch bhi nahi jante.</w:t>
      </w:r>
    </w:p>
    <w:p>
      <w:pPr>
        <w:jc w:val="right"/>
      </w:pPr>
      <w:r>
        <w:t>مولانا جمشید پور سے۔ جو لوگ یہ سمجھیں کہ اسلام کو پھیلانے کے لیے ہے، تو بلاشبہ وہ اسلام کو بالکل نہیں جانتے، کچھ بھی نہیں جانتے۔</w:t>
      </w:r>
    </w:p>
    <w:p>
      <w:r>
        <w:rPr>
          <w:b/>
        </w:rPr>
        <w:t xml:space="preserve">[53:56] </w:t>
      </w:r>
      <w:r>
        <w:t>ah, dania, Miss Dania Mustafa ne Karachi se likha hai: "Maulana sahib, with your literature, we easily address the modern mind and people can relate very well</w:t>
      </w:r>
    </w:p>
    <w:p>
      <w:pPr>
        <w:jc w:val="right"/>
      </w:pPr>
      <w:r>
        <w:t>اہ، دانیا، مس دانیا مصطفی نے کراچی سے لکھا ہے: "مولانا صاحب، ود یور لٹریچر، وی ایزیلی ایڈریس دی ماڈرن مائنڈ اینڈ پیپل کین ریلیٹ ویری ویل</w:t>
      </w:r>
    </w:p>
    <w:p>
      <w:r>
        <w:rPr>
          <w:b/>
        </w:rPr>
        <w:t xml:space="preserve">[54:08] </w:t>
      </w:r>
      <w:r>
        <w:t>. thank you, maulana." mashallah. jamshid pur se ayaz ahmed sahib ne likha hai: "aksar log tajdeedi kaam ko kehte hain ke yeh deen ko tod marod kar pesh kiya ja raha hai.</w:t>
      </w:r>
    </w:p>
    <w:p>
      <w:pPr>
        <w:jc w:val="right"/>
      </w:pPr>
      <w:r>
        <w:t>۔ تھینک یو، مولانا۔" ماشاءاللہ۔ جمشید پور سے ایاز احمد صاحب نے لکھا ہے: "اکثر لوگ تجدیدی کام کو کہتے ہیں کہ یہ دین کو توڑ مروڑ کر پیش کیا جا رہا ہے۔</w:t>
      </w:r>
    </w:p>
    <w:p>
      <w:r>
        <w:rPr>
          <w:b/>
        </w:rPr>
        <w:t xml:space="preserve">[54:24] </w:t>
      </w:r>
      <w:r>
        <w:t>kai baar log is ko gumrahi bhi kehte hain. logon ko is galat fehmi se kaise nikala jaye?" bohat saada hai.</w:t>
      </w:r>
    </w:p>
    <w:p>
      <w:pPr>
        <w:jc w:val="right"/>
      </w:pPr>
      <w:r>
        <w:t>کئی بار لوگ اس کو گمراہی بھی کہتے ہیں۔ لوگوں کو اس غلط فہمی سے کیسے نکالا جائے؟" بہت سادہ ہے۔</w:t>
      </w:r>
    </w:p>
    <w:p>
      <w:r>
        <w:rPr>
          <w:b/>
        </w:rPr>
        <w:t xml:space="preserve">[54:32] </w:t>
      </w:r>
      <w:r>
        <w:t>mujhe misaal pejiye. misaal aik bhi nahi denge. woh khali aise kahenge: "mujhe misaal pejiye." aik bhi misaal nahi de sakte.</w:t>
      </w:r>
    </w:p>
    <w:p>
      <w:pPr>
        <w:jc w:val="right"/>
      </w:pPr>
      <w:r>
        <w:t>مجھے مثال پیجیے۔ مثال ایک بھی نہیں دیں گے۔ وہ خالی ایسے کہیں گے: "مجھے مثال پیجیے۔" ایک بھی مثال نہیں دے سکتے۔</w:t>
      </w:r>
    </w:p>
    <w:p>
      <w:r>
        <w:rPr>
          <w:b/>
        </w:rPr>
        <w:t xml:space="preserve">[54:44] </w:t>
      </w:r>
      <w:r>
        <w:t>tod marod kiya? tod marod kiya? tod marod kiya? yeh to aik mere nazdeek gumrah karne ki baaten hain.</w:t>
      </w:r>
    </w:p>
    <w:p>
      <w:pPr>
        <w:jc w:val="right"/>
      </w:pPr>
      <w:r>
        <w:t>توڑ مروڑ کیا؟ توڑ مروڑ کیا؟ توڑ مروڑ کیا؟ یہ تو ایک میرے نزدیک گمراہ کرنے کی باتیں ہیں۔</w:t>
      </w:r>
    </w:p>
    <w:p>
      <w:r>
        <w:rPr>
          <w:b/>
        </w:rPr>
        <w:t xml:space="preserve">[54:52] </w:t>
      </w:r>
      <w:r>
        <w:t>aap misaal dijiye, specific misaal. yahi woh kehte hain ke tod marod kar. yeh to gaali hai. tod marod kehna gaali hai.</w:t>
      </w:r>
    </w:p>
    <w:p>
      <w:pPr>
        <w:jc w:val="right"/>
      </w:pPr>
      <w:r>
        <w:t>آپ مثال دیجیے، سپیسیفک مثال۔ یہی وہ کہتے ہیں کہ توڑ مروڑ کر۔ یہ تو گالی ہے۔ توڑ مروڑ کہنا گالی ہے۔</w:t>
      </w:r>
    </w:p>
    <w:p>
      <w:r>
        <w:rPr>
          <w:b/>
        </w:rPr>
        <w:t xml:space="preserve">[55:03] </w:t>
      </w:r>
      <w:r>
        <w:t>yeh koi baat nahi hai. yeh aap specific misaal dijiye.</w:t>
      </w:r>
    </w:p>
    <w:p>
      <w:pPr>
        <w:jc w:val="right"/>
      </w:pPr>
      <w:r>
        <w:t>یہ کوئی بات نہیں ہے۔ یہ آپ سپیسیفک مثال دیجیے۔</w:t>
      </w:r>
    </w:p>
    <w:p>
      <w:r>
        <w:rPr>
          <w:b/>
        </w:rPr>
        <w:t xml:space="preserve">[55:15] </w:t>
      </w:r>
      <w:r>
        <w:t>ab mein ne mislan ulama ki misaal di ke ulmania likha hai ke islam mein qital jo hai, husn ghairi hai, husn lazati nahi hai.</w:t>
      </w:r>
    </w:p>
    <w:p>
      <w:pPr>
        <w:jc w:val="right"/>
      </w:pPr>
      <w:r>
        <w:t>اب میں نے مثلاً علماء کی مثال دی کہ علمانیہ لکھا ہے کہ اسلام میں قتال جو ہے، حسن لغیری ہے، حسن لذاتی نہیں ہے۔</w:t>
      </w:r>
    </w:p>
    <w:p>
      <w:r>
        <w:rPr>
          <w:b/>
        </w:rPr>
        <w:t xml:space="preserve">[55:27] </w:t>
      </w:r>
      <w:r>
        <w:t>yeh tod marod kiya hai? aap misaal ka mutala kijiye ke misaal kaisi hai, us ko samjhiye. yeh sab gaali ke alfaaz hain.</w:t>
      </w:r>
    </w:p>
    <w:p>
      <w:pPr>
        <w:jc w:val="right"/>
      </w:pPr>
      <w:r>
        <w:t>یہ توڑ مروڑ کیا ہے؟ آپ مثال کو مطالعہ کیجیے کہ مثال کیسی ہے، اس کو سمجھیے۔ یہ سب گالی کے الفاظ ہیں۔</w:t>
      </w:r>
    </w:p>
    <w:p>
      <w:r>
        <w:rPr>
          <w:b/>
        </w:rPr>
        <w:t xml:space="preserve">[55:40] </w:t>
      </w:r>
      <w:r>
        <w:t>tod marod, specific. jab aap is pe specific zaban mein aap baat na karen to gaali hoti hai. abvidment hota hai.</w:t>
      </w:r>
    </w:p>
    <w:p>
      <w:pPr>
        <w:jc w:val="right"/>
      </w:pPr>
      <w:r>
        <w:t>توڑ مروڑ، سپیسیفک۔ جب آپ اس پہ سپیسیفک زبان میں آپ بات نہ کریں تو گالی ہوتی ہے۔ ابیوڈمنٹ ہوتا ہے۔</w:t>
      </w:r>
    </w:p>
    <w:p>
      <w:r>
        <w:rPr>
          <w:b/>
        </w:rPr>
        <w:t xml:space="preserve">[55:58] </w:t>
      </w:r>
      <w:r>
        <w:t>maulana, agla sawal dilli se hai. hamid iqbal sahib ne kiya hai. unhon ne likha hai: "Your explanation of derailment of Islamic religious thought is most appropriate and relevant today.</w:t>
      </w:r>
    </w:p>
    <w:p>
      <w:pPr>
        <w:jc w:val="right"/>
      </w:pPr>
      <w:r>
        <w:t>مولانا، اگلا سوال دلی سے ہے۔ حامد اقبال صاحب نے کیا ہے۔ انہوں نے لکھا ہے: "یور ایکسپلینیشن اف ڈیریلمنٹ اف اسلامک ریلیجیس تھاٹ از موسٹ اپروپریٹ اینڈ ریلیونٹ ٹوڈے۔</w:t>
      </w:r>
    </w:p>
    <w:p>
      <w:r>
        <w:rPr>
          <w:b/>
        </w:rPr>
        <w:t xml:space="preserve">[56:16] </w:t>
      </w:r>
      <w:r>
        <w:t>but since the derailment was caused by the ulama, isnt it important to reform the ulama rather than the people?</w:t>
      </w:r>
    </w:p>
    <w:p>
      <w:pPr>
        <w:jc w:val="right"/>
      </w:pPr>
      <w:r>
        <w:t>بٹ سنس دا ڈیریلمنٹ واز کازڈ بائے دی علماء، ازنٹ اٹ امپورٹنٹ ٹو ریفارم دا علماء رادر دین دا پیپل؟</w:t>
      </w:r>
    </w:p>
    <w:p>
      <w:r>
        <w:rPr>
          <w:b/>
        </w:rPr>
        <w:t xml:space="preserve">[56:27] </w:t>
      </w:r>
      <w:r>
        <w:t>to purify the river, the polluting pipelines need to be plugged. otherwise, no matter how much cleansing is done, the river of current islamic thought will continue to be polluted." dekhiye, mein ne kabhi nahi kaha ke ulama se aata hai.</w:t>
      </w:r>
    </w:p>
    <w:p>
      <w:pPr>
        <w:jc w:val="right"/>
      </w:pPr>
      <w:r>
        <w:t>ٹو پیوریفائی دا ریور، دا پولیوٹنگ پائپ لائنز نیڈ ٹو بی پلگڈ۔ ادروائز، نو میٹر ہاؤ مچ کلینزنگ از ڈن، دا ریور اف کرنٹ اسلامک تھاٹ ول کنٹینیو ٹو بی پولیوٹڈ۔" دیکھیے، میں نے کبھی نہیں کہا کہ علماء سے آتا ہے۔</w:t>
      </w:r>
    </w:p>
    <w:p>
      <w:r>
        <w:rPr>
          <w:b/>
        </w:rPr>
        <w:t xml:space="preserve">[56:45] </w:t>
      </w:r>
      <w:r>
        <w:t>yeh mein ne kabhi nahi kaha ke yeh aata hai interaction se aata hai. mein ne yeh kaha ke yeh aap keh rahe hain, meri taraf mat lagaiye is ko.</w:t>
      </w:r>
    </w:p>
    <w:p>
      <w:pPr>
        <w:jc w:val="right"/>
      </w:pPr>
      <w:r>
        <w:t>یہ میں نے کبھی نہیں کہا کہ یہ آتا ہے انٹریکشن سے آتا ہے۔ میں نے یہ کہا کہ یہ آپ کہہ رہے ہیں، میری طرف مت لگائیے اس کو۔</w:t>
      </w:r>
    </w:p>
    <w:p>
      <w:r>
        <w:rPr>
          <w:b/>
        </w:rPr>
        <w:t xml:space="preserve">[56:56] </w:t>
      </w:r>
      <w:r>
        <w:t>mein ne yeh kabhi nahi kaha ke ulama se aata hai, derailment interaction se aata hai, ikhtilaf se aata hai. woh fitri hai. jab ikhtilaf hoga to kuch na kuch idhar ki baat, udhar idhar ki baat, idhar mil mil jayegi.</w:t>
      </w:r>
    </w:p>
    <w:p>
      <w:pPr>
        <w:jc w:val="right"/>
      </w:pPr>
      <w:r>
        <w:t>میں نے یہ کبھی نہیں کہا کہ علماء سے آتا ہے، ڈیریلمنٹ انٹریکشن سے آتا ہے، اختلاف سے آتا ہے۔ وہ فطری ہے۔ جب اختلاف ہوگا تو کچھ نہ کچھ ادھر کی بات، ادھر ادھر کی بات، ادھر مل مل جائے گی۔</w:t>
      </w:r>
    </w:p>
    <w:p>
      <w:r>
        <w:rPr>
          <w:b/>
        </w:rPr>
        <w:t xml:space="preserve">[57:11] </w:t>
      </w:r>
      <w:r>
        <w:t>to woh phenomena hai ikhtilaf ka, ulama ka phenomena nahi hai. woh</w:t>
      </w:r>
    </w:p>
    <w:p>
      <w:pPr>
        <w:jc w:val="right"/>
      </w:pPr>
      <w:r>
        <w:t>تو وہ فیناومینا ہے اختلاف کا، علماء کا فیناومینا نہیں ہے۔ وہ</w:t>
      </w:r>
    </w:p>
    <w:p>
      <w:r>
        <w:rPr>
          <w:b/>
        </w:rPr>
        <w:t xml:space="preserve">[57:23] </w:t>
      </w:r>
      <w:r>
        <w:t>Maulana, agla comment bheja hai Professor Najma Siddiqui ne Dilli se. Unhon ne likha hai: "Maulana, today talk on tajdid clarified many concepts very meaningfully.</w:t>
      </w:r>
    </w:p>
    <w:p>
      <w:pPr>
        <w:jc w:val="right"/>
      </w:pPr>
      <w:r>
        <w:t>مولانا، اگلا کمنٹ بھیجا ہے پروفیسر نجمہ صدیقی نے دلی سے۔ انہوں نے لکھا ہے: "مولانا، ٹوڈے ٹاک ان تجدید کلیریفائیڈ مینی کانسیپٹس ویری میننگ فلی۔</w:t>
      </w:r>
    </w:p>
    <w:p>
      <w:r>
        <w:rPr>
          <w:b/>
        </w:rPr>
        <w:t xml:space="preserve">[57:38] </w:t>
      </w:r>
      <w:r>
        <w:t>bringing back from the derailment seems a long process. ve all need to work very hard and play our role very sincerely.</w:t>
      </w:r>
    </w:p>
    <w:p>
      <w:pPr>
        <w:jc w:val="right"/>
      </w:pPr>
      <w:r>
        <w:t>برنگنگ بیک فرام دا ڈیریلمنٹ سیمز ا لانگ پروسیس۔ وی آل نیڈ ٹو ورک ویری ہارڈ اینڈ پلے اور رول ویری سنسرلی۔</w:t>
      </w:r>
    </w:p>
    <w:p>
      <w:r>
        <w:rPr>
          <w:b/>
        </w:rPr>
        <w:t xml:space="preserve">[57:50] </w:t>
      </w:r>
      <w:r>
        <w:t>jazak allah for inspiring us</w:t>
      </w:r>
    </w:p>
    <w:p>
      <w:pPr>
        <w:jc w:val="right"/>
      </w:pPr>
      <w:r>
        <w:t>جزاک اللہ فار انسپائرنگ اس</w:t>
      </w:r>
    </w:p>
    <w:p>
      <w:r>
        <w:rPr>
          <w:b/>
        </w:rPr>
        <w:t xml:space="preserve">[57:52] </w:t>
      </w:r>
      <w:r>
        <w:t>." masha'allah. Azhar Mubarak Sahib ne Bhagalpur se likha hai: "Maulana, you are a great positivist which I experience many times by his words.</w:t>
      </w:r>
    </w:p>
    <w:p>
      <w:pPr>
        <w:jc w:val="right"/>
      </w:pPr>
      <w:r>
        <w:t>۔" ماشاءاللہ۔ اظہر مبارک صاحب نے بھاگلپور سے لکھا ہے: "مولانا، از ا گریٹ پوزیٹیوسٹ وچ آئی ایکسپیرینس مینی ٹائمز بائے ہز ورڈز۔</w:t>
      </w:r>
    </w:p>
    <w:p>
      <w:r>
        <w:rPr>
          <w:b/>
        </w:rPr>
        <w:t xml:space="preserve">[58:03] </w:t>
      </w:r>
      <w:r>
        <w:t>many of the complexities he explains with very simple words."</w:t>
      </w:r>
    </w:p>
    <w:p>
      <w:pPr>
        <w:jc w:val="right"/>
      </w:pPr>
      <w:r>
        <w:t>مینی اف دا کمپلیکسٹیز ہی ایکسپلینز ود ویری سمپل ورڈز۔"</w:t>
      </w:r>
    </w:p>
    <w:p>
      <w:r>
        <w:rPr>
          <w:b/>
        </w:rPr>
        <w:t xml:space="preserve">[58:18] </w:t>
      </w:r>
      <w:r>
        <w:t>okay, so we will end the session now. thank you.</w:t>
      </w:r>
    </w:p>
    <w:p>
      <w:pPr>
        <w:jc w:val="right"/>
      </w:pPr>
      <w:r>
        <w:t>اوکے، سو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