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Patience (Sabr) January 8, 2023</w:t>
      </w:r>
    </w:p>
    <w:p>
      <w:r>
        <w:t>https://youtu.be/JaJX3jrl3R8</w:t>
      </w:r>
    </w:p>
    <w:p>
      <w:r>
        <w:rPr>
          <w:b/>
        </w:rPr>
        <w:t xml:space="preserve">[00:11] </w:t>
      </w:r>
      <w:r>
        <w:t>Assalam-o-Alaikum. Aaj hamari baat cheet ka subject "Importance of Sabr" hai. Quran aur Hadees mein sabr ki bahut ahmiyat batai gayi hai.</w:t>
      </w:r>
    </w:p>
    <w:p>
      <w:pPr>
        <w:jc w:val="right"/>
      </w:pPr>
      <w:r>
        <w:t>السلام علیکم۔ آج ہماری بات چیت کا سبجیکٹ "Importance of Sabr" ہے۔ قرآن اور حدیث میں صبر کی بہت اہمیت بتائی گئی ہے۔</w:t>
      </w:r>
    </w:p>
    <w:p>
      <w:r>
        <w:rPr>
          <w:b/>
        </w:rPr>
        <w:t xml:space="preserve">[00:22] </w:t>
      </w:r>
      <w:r>
        <w:t>Quran ke chapter "Az-Zumar" mein aaya hai: "Truly, those who persevere patiently will be requited without measure." Meaning that sabr ka bahut unlimited reward hai.</w:t>
      </w:r>
    </w:p>
    <w:p>
      <w:pPr>
        <w:jc w:val="right"/>
      </w:pPr>
      <w:r>
        <w:t>قرآن کے چیپٹر "الزمر" میں آیا ہے: "Truly, those who persevere patiently will be requited without measure." Meaning that صبر کا بہت unlimited reward ہے۔</w:t>
      </w:r>
    </w:p>
    <w:p>
      <w:r>
        <w:rPr>
          <w:b/>
        </w:rPr>
        <w:t xml:space="preserve">[00:36] </w:t>
      </w:r>
      <w:r>
        <w:t>Toh aaj hum isi subject par baat cheet karenge Professor F</w:t>
      </w:r>
    </w:p>
    <w:p>
      <w:pPr>
        <w:jc w:val="right"/>
      </w:pPr>
      <w:r>
        <w:t>تو آج ہم اسی سبجیکٹ پر بات چیت کریں گے پروفیسر ف</w:t>
      </w:r>
    </w:p>
    <w:p>
      <w:r>
        <w:rPr>
          <w:b/>
        </w:rPr>
        <w:t xml:space="preserve">[00:40] </w:t>
      </w:r>
      <w:r>
        <w:t>areeda Khanam se. Toh aaiye unhi se baat cheet karte hain. Assalam-o-Alaikum Apa, kaisi hain? Wa Alaikum Assalam. Ji sab theek hai, aap bhi theek hain? Ji Alhamdulillah. Apa, yeh subject—aapne pichhle mahine bhi liya tha, "Importance of Sabr"—lekin kyunki yeh itna important subject hai, aur sabr ek aisi cheez hai jo aksar hum dekhte hain logon mein nahi paayi jaati, toh humne socha ke kuch aur naye aspects hum sabr ko lekar aap se sawal ke taur par poochein.</w:t>
      </w:r>
    </w:p>
    <w:p>
      <w:pPr>
        <w:jc w:val="right"/>
      </w:pPr>
      <w:r>
        <w:t>ریدہ خانم سے۔ تو آئیے انہی سے بات چیت کرتے ہیں۔ السلام علیکم آپا، کیسی ہیں؟ وعلیکم السلام۔ جی سب ٹھیک ہے، آپ بھی ٹھیک ہیں؟ جی الحمدللہ۔ آپا، یہ سبجیکٹ—آپ نے پچھلے مہینے بھی لیا تھا، "Importance of Sabr"—لیکن کیونکہ یہ اتنا important سبجیکٹ ہے، اور صبر ایک ایسی چیز ہے جو اکثر ہم دیکھتے ہیں لوگوں میں نہیں پائی جاتی، تو ہم نے سوچا کہ کچھ اور نئے aspects ہم صبر کو لے کر آپ سے سوال کے طور پر پوچھیں۔</w:t>
      </w:r>
    </w:p>
    <w:p>
      <w:r>
        <w:rPr>
          <w:b/>
        </w:rPr>
        <w:t xml:space="preserve">[01:06] </w:t>
      </w:r>
      <w:r>
        <w:t>Toh isi liye aaj ka topic bhi humne wahi rakha hai, "Importance of Sabr". Toh</w:t>
      </w:r>
    </w:p>
    <w:p>
      <w:pPr>
        <w:jc w:val="right"/>
      </w:pPr>
      <w:r>
        <w:t>تو اسی لیے آج کا topic بھی ہم نے وہی رکھا ہے، "Importance of Sabr"۔ تو</w:t>
      </w:r>
    </w:p>
    <w:p>
      <w:r>
        <w:rPr>
          <w:b/>
        </w:rPr>
        <w:t xml:space="preserve">[01:10] </w:t>
      </w:r>
      <w:r>
        <w:t>Apa, sabse pehle toh yahi sawal hai ke "Importance of Sabr" kya hai, iske baare mein hum sab ko bataein. Dekhiye, sabr ke literal maani hain rukna, thaamna, jisko hum kehte hain self-control, self-discipline.</w:t>
      </w:r>
    </w:p>
    <w:p>
      <w:pPr>
        <w:jc w:val="right"/>
      </w:pPr>
      <w:r>
        <w:t>آپا، سب سے پہلے تو یہی سوال ہے کہ "Importance of Sabr" کیا ہے، اس کے بارے میں ہم سب کو بتائیں۔ دیکھیے، صبر کے literal معنی ہیں رکنا، تھامنا، جس کو ہم کہتے ہیں self-control، self-discipline۔</w:t>
      </w:r>
    </w:p>
    <w:p>
      <w:r>
        <w:rPr>
          <w:b/>
        </w:rPr>
        <w:t xml:space="preserve">[01:26] </w:t>
      </w:r>
      <w:r>
        <w:t>Toh asal mein aajkal jo hai na sabse zyada iski zaroorat hai, logon mein bahut zyada be-sabri paayi jaati hai. Toh is liye thoda sa aur aspect hum isko lenge aaj sabr ka.</w:t>
      </w:r>
    </w:p>
    <w:p>
      <w:pPr>
        <w:jc w:val="right"/>
      </w:pPr>
      <w:r>
        <w:t>تو اصل میں آج کل جو ہے نا سب سے زیادہ اس کی ضرورت ہے، لوگوں میں بہت زیادہ بے صبری پائی جاتی ہے۔ تو اس لیے تھوڑا سا اور aspect ہم اس کو لیں گے آج صبر کا۔</w:t>
      </w:r>
    </w:p>
    <w:p>
      <w:r>
        <w:rPr>
          <w:b/>
        </w:rPr>
        <w:t xml:space="preserve">[01:40] </w:t>
      </w:r>
      <w:r>
        <w:t>Toh sabr ki—log kehte hain bhai itni zyada zaroorat kyun hai sabr ki? Asal mein sabr jo hai link hai Allah Taala ke creation plan se.</w:t>
      </w:r>
    </w:p>
    <w:p>
      <w:pPr>
        <w:jc w:val="right"/>
      </w:pPr>
      <w:r>
        <w:t>تو صبر کی—لوگ کہتے ہیں بھئی اتنی زیادہ ضرورت کیوں ہے صبر کی؟ اصل میں صبر جو ہے link ہے اللہ تعالیٰ کے creation plan سے۔</w:t>
      </w:r>
    </w:p>
    <w:p>
      <w:r>
        <w:rPr>
          <w:b/>
        </w:rPr>
        <w:t xml:space="preserve">[01:51] </w:t>
      </w:r>
      <w:r>
        <w:t>Kyunki creation plan ke tehat insaan ko total freedom di gayi hai. Insaan is duniya mein test ke liye aaya hai.</w:t>
      </w:r>
    </w:p>
    <w:p>
      <w:pPr>
        <w:jc w:val="right"/>
      </w:pPr>
      <w:r>
        <w:t>کیونکہ creation plan کے تحت انسان کو total freedom دی گئی ہے۔ انسان اس دنیا میں test کے لیے آیا ہے۔</w:t>
      </w:r>
    </w:p>
    <w:p>
      <w:r>
        <w:rPr>
          <w:b/>
        </w:rPr>
        <w:t xml:space="preserve">[02:00] </w:t>
      </w:r>
      <w:r>
        <w:t>to test ke liye agar freedom na ho to woh test kaise dega? ab jab freedom hai to woh kabhi proper use karega, kabhi misuse karega.</w:t>
      </w:r>
    </w:p>
    <w:p>
      <w:pPr>
        <w:jc w:val="right"/>
      </w:pPr>
      <w:r>
        <w:t>تو test کے لیے اگر freedom نہ ہو تو وہ test کیسے دے گا؟ اب جب freedom ہے تو وہ کبھی proper use کرے گا، کبھی misuse کرے گا۔</w:t>
      </w:r>
    </w:p>
    <w:p>
      <w:r>
        <w:rPr>
          <w:b/>
        </w:rPr>
        <w:t xml:space="preserve">[02:10] </w:t>
      </w:r>
      <w:r>
        <w:t>to is waqt aap ka kya response ho, negative ho, positive ho, isi ko sabr kehte hain. to kabhi aap sabr karenge aur kabhi aap lad jayenge, emotional response denge.</w:t>
      </w:r>
    </w:p>
    <w:p>
      <w:pPr>
        <w:jc w:val="right"/>
      </w:pPr>
      <w:r>
        <w:t>تو اس وقت آپ کا کیا response ہو، negative ہو، positive ہو، اسی کو صبر کہتے ہیں۔ تو کبھی آپ صبر کریں گے اور کبھی آپ لڑ جائیں گے، emotional response دیں گے۔</w:t>
      </w:r>
    </w:p>
    <w:p>
      <w:r>
        <w:rPr>
          <w:b/>
        </w:rPr>
        <w:t xml:space="preserve">[02:25] </w:t>
      </w:r>
      <w:r>
        <w:t>to yeh tay karega ke aap ke andar kitna zyada imani taqat hai, kitna zyada aap Khuda se dar ke kaam kar rahe hain, aur har baat mein sochte hain ke is mein Khuda ki marzi kya hai.</w:t>
      </w:r>
    </w:p>
    <w:p>
      <w:pPr>
        <w:jc w:val="right"/>
      </w:pPr>
      <w:r>
        <w:t>تو یہ طے کرے گا کہ آپ کے اندر کتنا زیادہ ایمانی طاقت ہے، کتنا زیادہ آپ خدا سے ڈر کے کام کر رہے ہیں، اور ہر بات میں سوچتے ہیں کہ اس میں خدا کی مرضی کیا ہے۔</w:t>
      </w:r>
    </w:p>
    <w:p>
      <w:r>
        <w:rPr>
          <w:b/>
        </w:rPr>
        <w:t xml:space="preserve">[02:40] </w:t>
      </w:r>
      <w:r>
        <w:t>to jab aap sochenge Khuda ki marzi kya hai, tab aap sabr karenge. kyunke sabr bhi waqti ek hota hai, aisa nahi hai ke hamesha humein sabri karna hai.</w:t>
      </w:r>
    </w:p>
    <w:p>
      <w:pPr>
        <w:jc w:val="right"/>
      </w:pPr>
      <w:r>
        <w:t>تو جب آپ سوچیں گے خدا کی مرضی کیا ہے، تب آپ صبر کریں گے۔ کیونکہ صبر بھی وقتی ایک ہوتا ہے، ایسا نہیں ہے کہ ہمیشہ ہمیں صبری کرنا ہے۔</w:t>
      </w:r>
    </w:p>
    <w:p>
      <w:r>
        <w:rPr>
          <w:b/>
        </w:rPr>
        <w:t xml:space="preserve">[02:51] </w:t>
      </w:r>
      <w:r>
        <w:t>haalat badalte rehte hain, naye naye mauqe aate rehte hain, in mauqe ko istemal kar ke hum kamyabi hasil kar lete hain. to sabr jo hai aam insano hi ke liye nahi hai, balkeh paighambaron ne bhi bohat zyada sabr</w:t>
      </w:r>
    </w:p>
    <w:p>
      <w:pPr>
        <w:jc w:val="right"/>
      </w:pPr>
      <w:r>
        <w:t>حالات بدلتے رہتے ہیں، نئے نئے مواقع آتے رہتے ہیں، ان مواقع کو استعمال کر کے ہم کامیابی حاصل کر لیتے ہیں۔ تو صبر جو ہے عام انسانوں ہی کے لیے نہیں ہے، بلکہ پیغمبروں نے بھی بہت زیادہ صبر</w:t>
      </w:r>
    </w:p>
    <w:p>
      <w:r>
        <w:rPr>
          <w:b/>
        </w:rPr>
        <w:t xml:space="preserve">[03:08] </w:t>
      </w:r>
      <w:r>
        <w:t>kiya. paighambaron ko sabbar kaha gaya. kyunke paighambaron ka to bohat zyada opposition hui, woh ek naya message Khuda ka le kar aate the, jo logon ki—jo un ka jo tha lifestyle, jo un ki soch, un ke beliefs—to us ke woh khilaf hota tha.</w:t>
      </w:r>
    </w:p>
    <w:p>
      <w:pPr>
        <w:jc w:val="right"/>
      </w:pPr>
      <w:r>
        <w:t>کیا۔ پیغمبروں کو صبار کہا گیا۔ کیونکہ پیغمبروں کا تو بہت زیادہ opposition ہوئی، وہ ایک نیا message خدا کا لے کر آتے تھے، جو لوگوں کی—جو ان کا جو تھا lifestyle، جو ان کی سوچ، ان کے beliefs—تو اس کے وہ خلاف ہوتا تھا۔</w:t>
      </w:r>
    </w:p>
    <w:p>
      <w:r>
        <w:rPr>
          <w:b/>
        </w:rPr>
        <w:t xml:space="preserve">[03:26] </w:t>
      </w:r>
      <w:r>
        <w:t>to is wajah se, is conditioning ki wajah se, woh paighambaron ko bohat zyada sakht un ka unbehavior hota tha paighambaron se</w:t>
      </w:r>
    </w:p>
    <w:p>
      <w:pPr>
        <w:jc w:val="right"/>
      </w:pPr>
      <w:r>
        <w:t>تو اس وجہ سے، اس conditioning کی وجہ سے، وہ پیغمبروں کو بہت زیادہ سخت ان کا unbehavior ہوتا تھا پیغمبروں سے</w:t>
      </w:r>
    </w:p>
    <w:p>
      <w:r>
        <w:rPr>
          <w:b/>
        </w:rPr>
        <w:t xml:space="preserve">[03:36] </w:t>
      </w:r>
      <w:r>
        <w:t>. to woh sabr karte the. kyunke agar sabr na karein to woh koi kaam nahi kar paate. woh ladai ho jati, jang ho jati.</w:t>
      </w:r>
    </w:p>
    <w:p>
      <w:pPr>
        <w:jc w:val="right"/>
      </w:pPr>
      <w:r>
        <w:t>۔ تو وہ صبر کرتے تھے۔ کیونکہ اگر صبر نہ کریں تو وہ کوئی کام نہیں کر پاتے۔ وہ لڑائی ہو جاتی، جنگ ہو جاتی۔</w:t>
      </w:r>
    </w:p>
    <w:p>
      <w:r>
        <w:rPr>
          <w:b/>
        </w:rPr>
        <w:t xml:space="preserve">[03:44] </w:t>
      </w:r>
      <w:r>
        <w:t>is zamane mein to har ek hathiyar le kar chalta tha. woh zamana aisa tha ke wahan par koi security waghera to hoti nahi thi, police ki, fauj ki.</w:t>
      </w:r>
    </w:p>
    <w:p>
      <w:pPr>
        <w:jc w:val="right"/>
      </w:pPr>
      <w:r>
        <w:t>اس زمانے میں تو ہر ایک ہتھیار لے کر چلتا تھا۔ وہ زمانہ ایسا تھا کہ وہاں پر کوئی security وغیرہ تو ہوتی نہیں تھی، پولیس کی، فوج کی۔</w:t>
      </w:r>
    </w:p>
    <w:p>
      <w:r>
        <w:rPr>
          <w:b/>
        </w:rPr>
        <w:t xml:space="preserve">[03:52] </w:t>
      </w:r>
      <w:r>
        <w:t>to har aadmi hathiyar le ke chalta tha. aur agar ab sabr na karein, aap provoke kar dein to woh jang ho jayegi.</w:t>
      </w:r>
    </w:p>
    <w:p>
      <w:pPr>
        <w:jc w:val="right"/>
      </w:pPr>
      <w:r>
        <w:t>تو ہر آدمی ہتھیار لے کے چلتا تھا۔ اور اگر اب صبر نہ کریں، آپ provoke کر دیں تو وہ جنگ ہو جائے گی۔</w:t>
      </w:r>
    </w:p>
    <w:p>
      <w:r>
        <w:rPr>
          <w:b/>
        </w:rPr>
        <w:t xml:space="preserve">[03:59] </w:t>
      </w:r>
      <w:r>
        <w:t>to is wajah se bohat zyada sabr karna padta tha taake kabhi to woh mauqa aaye jab woh apni baat ko normal andaaz se, mo'tedil andaaz se kar sakein.</w:t>
      </w:r>
    </w:p>
    <w:p>
      <w:pPr>
        <w:jc w:val="right"/>
      </w:pPr>
      <w:r>
        <w:t>تو اس وجہ سے بہت زیادہ صبر کرنا پڑتا تھا تاکہ کبھی تو وہ موقع آئے جب وہ اپنی بات کو normal انداز سے، معتدل انداز سے کر سکیں۔</w:t>
      </w:r>
    </w:p>
    <w:p>
      <w:r>
        <w:rPr>
          <w:b/>
        </w:rPr>
        <w:t xml:space="preserve">[04:11] </w:t>
      </w:r>
      <w:r>
        <w:t>to aaj sab se zyada log jo hain is par hain, political power par. sab se zyada un ko shikayat hai ke ek qaum ko political power milta hai to us ke baad woh chahta hai ke woh—woh qaum chahti hai ke hamesha hamare hi paas rahe woh.</w:t>
      </w:r>
    </w:p>
    <w:p>
      <w:pPr>
        <w:jc w:val="right"/>
      </w:pPr>
      <w:r>
        <w:t>تو آج سب سے زیادہ لوگ جو ہیں اس پر ہیں، political power پر۔ سب سے زیادہ ان کو شکایت ہے کہ ایک قوم کو political power ملتا ہے تو اس کے بعد وہ چاہتا ہے کہ وہ—وہ قوم چاہتی ہے کہ ہمیشہ ہمارے ہی پاس رہے وہ۔</w:t>
      </w:r>
    </w:p>
    <w:p>
      <w:r>
        <w:rPr>
          <w:b/>
        </w:rPr>
        <w:t xml:space="preserve">[04:30] </w:t>
      </w:r>
      <w:r>
        <w:t>jab doosre ko power mil jata hai, is mein zaroor kuch jang hoti hai, kuch violence hota hai, kuch</w:t>
      </w:r>
    </w:p>
    <w:p>
      <w:pPr>
        <w:jc w:val="right"/>
      </w:pPr>
      <w:r>
        <w:t>جب دوسرے کو power مل جاتا ہے، اس میں ضرور کچھ جنگ ہوتی ہے، کچھ violence ہوتا ہے، کچھ</w:t>
      </w:r>
    </w:p>
    <w:p>
      <w:r>
        <w:rPr>
          <w:b/>
        </w:rPr>
        <w:t xml:space="preserve">[04:37] </w:t>
      </w:r>
      <w:r>
        <w:t>—to woh samajhte hain ke is ne hamare sath sazish kar ke yeh jang jeeti hai. to woh phir bohat zabardast tareeqe se un ke khilaf ho jate hain.</w:t>
      </w:r>
    </w:p>
    <w:p>
      <w:pPr>
        <w:jc w:val="right"/>
      </w:pPr>
      <w:r>
        <w:t>—تو وہ سمجھتے ہیں کہ اس نے ہمارے ساتھ سازش کر کے یہ جنگ جیتی ہے۔ تو وہ پھر بہت زبردست طریقے سے ان کے خلاف ہو جاتے ہیں۔</w:t>
      </w:r>
    </w:p>
    <w:p>
      <w:r>
        <w:rPr>
          <w:b/>
        </w:rPr>
        <w:t xml:space="preserve">[04:48] </w:t>
      </w:r>
      <w:r>
        <w:t>misal ke taur par pehle Romans ne taqreeban do hazar saal tak hukumat ki aur kafi unhone dunya ko diya, ek bohat bara khitta unhone unite kiya Pax Romana ke tehat.</w:t>
      </w:r>
    </w:p>
    <w:p>
      <w:pPr>
        <w:jc w:val="right"/>
      </w:pPr>
      <w:r>
        <w:t>مثال کے طور پر پہلے Romans نے تقریباً دو ہزار سال تک حکومت کی اور کافی انہوں نے دنیا کو دیا، ایک بہت بڑا خطہ انہوں نے unite کیا Pax Romana کے تحت۔</w:t>
      </w:r>
    </w:p>
    <w:p>
      <w:r>
        <w:rPr>
          <w:b/>
        </w:rPr>
        <w:t xml:space="preserve">[05:02] </w:t>
      </w:r>
      <w:r>
        <w:t>phir do hazar saal ke baad phir asal mein hota kya hai ke ek qaum purani ho jati hai, woh—woh is mein woh energy woh nahi reh jati ke woh mazeed kaam kare.</w:t>
      </w:r>
    </w:p>
    <w:p>
      <w:pPr>
        <w:jc w:val="right"/>
      </w:pPr>
      <w:r>
        <w:t>پھر دو ہزار سال کے بعد پھر اصل میں ہوتا کیا ہے کہ ایک قوم پرانی ہو جاتی ہے، وہ—وہ اس میں وہ energy وہ نہیں رہ جاتی کہ وہ مزید کام کرے۔</w:t>
      </w:r>
    </w:p>
    <w:p>
      <w:r>
        <w:rPr>
          <w:b/>
        </w:rPr>
        <w:t xml:space="preserve">[05:15] </w:t>
      </w:r>
      <w:r>
        <w:t>kyunke is dunya mein bohat zyada Allah taala ne potential rakh diya hai aur is potential ko humein actual banana hota hai. to woh ek had tak ek qaum karti hai, phir us ke baad us ko zawal ho jata hai.</w:t>
      </w:r>
    </w:p>
    <w:p>
      <w:pPr>
        <w:jc w:val="right"/>
      </w:pPr>
      <w:r>
        <w:t>کیونکہ اس دنیا میں بہت زیادہ اللہ تعالیٰ نے potential رکھ دیا ہے اور اس potential کو ہمیں actual بنانا ہوتا ہے۔ تو وہ ایک حد تک ایک قوم کرتی ہے، پھر اس کے بعد اس کو زوال ہو جاتا ہے۔</w:t>
      </w:r>
    </w:p>
    <w:p>
      <w:r>
        <w:rPr>
          <w:b/>
        </w:rPr>
        <w:t xml:space="preserve">[05:27] </w:t>
      </w:r>
      <w:r>
        <w:t>to Allah taala kisi doosri qaum ko khara karte hain.</w:t>
      </w:r>
    </w:p>
    <w:p>
      <w:pPr>
        <w:jc w:val="right"/>
      </w:pPr>
      <w:r>
        <w:t>تو اللہ تعالیٰ کسی دوسری قوم کو کھڑا کرتے ہیں۔</w:t>
      </w:r>
    </w:p>
    <w:p>
      <w:r>
        <w:rPr>
          <w:b/>
        </w:rPr>
        <w:t xml:space="preserve">[05:30] </w:t>
      </w:r>
      <w:r>
        <w:t>to sab se zyada yahan yeh baat samajhni hai ke is dunya ki har cheez test hai, chahe woh kamyabi ho, nakami ho, koi political power ho, political power na ho, har cheez ek test hai.</w:t>
      </w:r>
    </w:p>
    <w:p>
      <w:pPr>
        <w:jc w:val="right"/>
      </w:pPr>
      <w:r>
        <w:t>تو سب سے زیادہ یہاں یہ بات سمجھنی ہے کہ اس دنیا کی ہر چیز test ہے، چاہے وہ کامیابی ہو، ناکامی ہو، کوئی political power ہو، political power نہ ہو، ہر چیز ایک test ہے۔</w:t>
      </w:r>
    </w:p>
    <w:p>
      <w:r>
        <w:rPr>
          <w:b/>
        </w:rPr>
        <w:t xml:space="preserve">[05:43] </w:t>
      </w:r>
      <w:r>
        <w:t>agar yeh dimagh mein hum apne baitha lein to hamare bohat sare masail khud ba khud hal ho jayenge. to isi tareeqe se jab Musalman aaye to unhone ek hazar saal tak taqreeban hukumat ki, unhone dunya ko bohat kuch</w:t>
      </w:r>
    </w:p>
    <w:p>
      <w:pPr>
        <w:jc w:val="right"/>
      </w:pPr>
      <w:r>
        <w:t>اگر یہ دماغ میں ہم اپنے بٹھا لیں تو ہمارے بہت سارے مسائل خود بخود حل ہو جائیں گے۔ تو اسی طریقے سے جب مسلمان آئے تو انہوں نے ایک ہزار سال تک تقریباً حکومت کی، انہوں نے دنیا کو بہت کچھ</w:t>
      </w:r>
    </w:p>
    <w:p>
      <w:r>
        <w:rPr>
          <w:b/>
        </w:rPr>
        <w:t xml:space="preserve">[05:58] </w:t>
      </w:r>
      <w:r>
        <w:t>diya. Maulana ne apni kitab "Islam: The Creator of the Modern Age" mein Urdu is ka hai "Islam dor-e-jadeed ka khaliq", us mein poora is mein detail se bataya hai.</w:t>
      </w:r>
    </w:p>
    <w:p>
      <w:pPr>
        <w:jc w:val="right"/>
      </w:pPr>
      <w:r>
        <w:t>دیا۔ مولانا نے اپنی کتاب "Islam: The Creator of the Modern Age" میں اردو اس کا ہے "اسلام دور جدید کا خالق"، اس میں پورا اس میں detail سے بتایا ہے۔</w:t>
      </w:r>
    </w:p>
    <w:p>
      <w:r>
        <w:rPr>
          <w:b/>
        </w:rPr>
        <w:t xml:space="preserve">[06:09] </w:t>
      </w:r>
      <w:r>
        <w:t>to us ke baad Britishers aaye, phir America ne rule kiya, aur us ke baad ab multinational ka dor hai.</w:t>
      </w:r>
    </w:p>
    <w:p>
      <w:pPr>
        <w:jc w:val="right"/>
      </w:pPr>
      <w:r>
        <w:t>تو اس کے بعد Britishers آئے، پھر امریکہ نے rule کیا، اور اس کے بعد اب multinational کا دور ہے۔</w:t>
      </w:r>
    </w:p>
    <w:p>
      <w:r>
        <w:rPr>
          <w:b/>
        </w:rPr>
        <w:t xml:space="preserve">[06:20] </w:t>
      </w:r>
      <w:r>
        <w:t>to multinational mein kya hai ke har har qaum se, har mulk se zyada jo talented log hote hain, woh mil kar apna company qaim karte hain aur bohat bare bare kaam kar rahe hain woh.</w:t>
      </w:r>
    </w:p>
    <w:p>
      <w:pPr>
        <w:jc w:val="right"/>
      </w:pPr>
      <w:r>
        <w:t>تو multinational میں کیا ہے کہ ہر ہر قوم سے، ہر ملک سے زیادہ جو talented لوگ ہوتے ہیں، وہ مل کر اپنا کمپنی قائم کرتے ہیں اور بہت بڑے بڑے کام کر رہے ہیں وہ۔</w:t>
      </w:r>
    </w:p>
    <w:p>
      <w:r>
        <w:rPr>
          <w:b/>
        </w:rPr>
        <w:t xml:space="preserve">[06:33] </w:t>
      </w:r>
      <w:r>
        <w:t>to is tareeqe se humein har waqt yeh dekhna hai ke kya Khuda ki marzi ke khilaf hai aur kya Khuda ki marzi ke mutabiq hai.</w:t>
      </w:r>
    </w:p>
    <w:p>
      <w:pPr>
        <w:jc w:val="right"/>
      </w:pPr>
      <w:r>
        <w:t>تو اس طریقے سے ہمیں ہر وقت یہ دیکھنا ہے کہ کیا خدا کی مرضی کے خلاف ہے اور کیا خدا کی مرضی کے مطابق ہے۔</w:t>
      </w:r>
    </w:p>
    <w:p>
      <w:r>
        <w:rPr>
          <w:b/>
        </w:rPr>
        <w:t xml:space="preserve">[06:43] </w:t>
      </w:r>
      <w:r>
        <w:t>kyunke ek momin jo hai na us ki ek ba-usool zindagi hona chahiye.</w:t>
      </w:r>
    </w:p>
    <w:p>
      <w:pPr>
        <w:jc w:val="right"/>
      </w:pPr>
      <w:r>
        <w:t>کیونکہ ایک مومن جو ہے نا اس کی ایک باصول زندگی ہونا چاہیے۔</w:t>
      </w:r>
    </w:p>
    <w:p>
      <w:r>
        <w:rPr>
          <w:b/>
        </w:rPr>
        <w:t xml:space="preserve">[06:48] </w:t>
      </w:r>
      <w:r>
        <w:t>to ba-usool zindagi jab bhi ho hogi jab woh sabr karega. kyunke agar baat baat mein woh provoke ho jaye, baat baat mein woh ladne lage to iska jo jo goal hai, jo woh achieve karna chahta hai is duniya mein aur akhirat mein, woh sab bhang ho jayega aur woh kuch nahi kaam kar payega.</w:t>
      </w:r>
    </w:p>
    <w:p>
      <w:pPr>
        <w:jc w:val="right"/>
      </w:pPr>
      <w:r>
        <w:t>تو باصول زندگی جب بھی ہو ہوگی جب وہ صبر کرے گا۔ کیونکہ اگر بات بات میں وہ provoke ہو جائے، بات بات میں وہ لڑنے لگے تو اس کا جو جو goal ہے، جو وہ achieve کرنا چاہتا ہے اس دنیا میں اور آخرت میں، وہ سب بھنگ ہو جائے گا اور وہ کچھ نہیں کام کر پائے گا۔</w:t>
      </w:r>
    </w:p>
    <w:p>
      <w:r>
        <w:rPr>
          <w:b/>
        </w:rPr>
        <w:t xml:space="preserve">[07:07] </w:t>
      </w:r>
      <w:r>
        <w:t>to bohat sare aise individuals hain, bohat sari qomein hain jo sirf jang kar rahi hain aur unko mil kuch bhi nahi raha hai.</w:t>
      </w:r>
    </w:p>
    <w:p>
      <w:pPr>
        <w:jc w:val="right"/>
      </w:pPr>
      <w:r>
        <w:t>تو بہت سارے ایسے individuals ہیں، بہت ساری قومیں ہیں جو صرف جنگ کر رہی ہیں اور ان کو مل کچھ بھی نہیں رہا ہے۔</w:t>
      </w:r>
    </w:p>
    <w:p>
      <w:r>
        <w:rPr>
          <w:b/>
        </w:rPr>
        <w:t xml:space="preserve">[07:15] </w:t>
      </w:r>
      <w:r>
        <w:t>kyunke jang jo hai bilkul jaise rasool Allah salallaho alaihi wasallam ne avoid kiya, to bohat zyada avoid karne ki cheez hai. sirf majboori ki halat mein, bohat hi limited period mein jang rasool Allah salallaho alaihi wasallam ne ki aur wahi hamare liye uswa hai.</w:t>
      </w:r>
    </w:p>
    <w:p>
      <w:pPr>
        <w:jc w:val="right"/>
      </w:pPr>
      <w:r>
        <w:t>کیونکہ جنگ جو ہے بالکل جیسے رسول اللہ صلی اللہ علیہ وسلم نے avoid کیا، تو بہت زیادہ avoid کرنے کی چیز ہے۔ صرف مجبوری کی حالت میں، بہت ہی limited period میں جنگ رسول اللہ صلی اللہ علیہ وسلم نے کی اور وہی ہمارے لیے اسوہ ہے۔</w:t>
      </w:r>
    </w:p>
    <w:p>
      <w:r>
        <w:rPr>
          <w:b/>
        </w:rPr>
        <w:t xml:space="preserve">[07:34] </w:t>
      </w:r>
      <w:r>
        <w:t>to pehle zamane mein jo bohat hi zyada sanjeeda log hote the, to jab unke samne koi masla ata tha to woh poora poora quran padh padh ke dekhte the ke is mein hamare liye kya hidayat hai.</w:t>
      </w:r>
    </w:p>
    <w:p>
      <w:pPr>
        <w:jc w:val="right"/>
      </w:pPr>
      <w:r>
        <w:t>تو پہلے زمانے میں جو بہت ہی زیادہ سنجیدہ لوگ ہوتے تھے، تو جب ان کے سامنے کوئی مسئلہ آتا تھا تو وہ پورا پورا قرآن پڑھ پڑھ کے دیکھتے تھے کہ اس میں ہمارے لیے کیا ہدایت ہے۔</w:t>
      </w:r>
    </w:p>
    <w:p>
      <w:r>
        <w:rPr>
          <w:b/>
        </w:rPr>
        <w:t xml:space="preserve">[07:47] </w:t>
      </w:r>
      <w:r>
        <w:t>to is tarike se unko koi na koi hidayat is mein mil jaya karti thi. to woh hasty response nahi dete the balke unka well considered response hota tha.</w:t>
      </w:r>
    </w:p>
    <w:p>
      <w:pPr>
        <w:jc w:val="right"/>
      </w:pPr>
      <w:r>
        <w:t>تو اس طریقے سے ان کو کوئی نہ کوئی ہدایت اس میں مل جایا کرتی تھی۔ تو وہ hasty response نہیں دیتے تھے بلکہ ان کا well considered response ہوتا تھا۔</w:t>
      </w:r>
    </w:p>
    <w:p>
      <w:r>
        <w:rPr>
          <w:b/>
        </w:rPr>
        <w:t xml:space="preserve">[07:57] </w:t>
      </w:r>
      <w:r>
        <w:t>bohat hi soch samajh kar woh kaam karte the.</w:t>
      </w:r>
    </w:p>
    <w:p>
      <w:pPr>
        <w:jc w:val="right"/>
      </w:pPr>
      <w:r>
        <w:t>بہت ہی سوچ سمجھ کر وہ کام کرتے تھے۔</w:t>
      </w:r>
    </w:p>
    <w:p>
      <w:r>
        <w:rPr>
          <w:b/>
        </w:rPr>
        <w:t xml:space="preserve">[08:01] </w:t>
      </w:r>
      <w:r>
        <w:t>to isi liye musalmanon ne daur-e-awwal mein bohat bade bade kaam kiye, tamam uloom ko unhone tadween kiya aur sari duniya mein Khuda ka paigham pohanchaya.</w:t>
      </w:r>
    </w:p>
    <w:p>
      <w:pPr>
        <w:jc w:val="right"/>
      </w:pPr>
      <w:r>
        <w:t>تو اسی لیے مسلمانوں نے دور اول میں بہت بڑے بڑے کام کیے، تمام علوم کو انہوں نے مدون کیا اور ساری دنیا میں خدا کا پیغام پہنچایا۔</w:t>
      </w:r>
    </w:p>
    <w:p>
      <w:r>
        <w:rPr>
          <w:b/>
        </w:rPr>
        <w:t xml:space="preserve">[08:15] </w:t>
      </w:r>
      <w:r>
        <w:t>to yeh jo hai hamare liye bohat zyada zaroori hai ke hum dekhein quran se, rasool Allah salallaho alaihi wasallam ki zindagi se aur ashab-e-rasool ki zindagi se ke kis tarike se unhone sabr kiya aur badi badi kamyabiyan hasil kien.</w:t>
      </w:r>
    </w:p>
    <w:p>
      <w:pPr>
        <w:jc w:val="right"/>
      </w:pPr>
      <w:r>
        <w:t>تو یہ جو ہے ہمارے لیے بہت زیادہ ضروری ہے کہ ہم دیکھیں قرآن سے، رسول اللہ صلی اللہ علیہ وسلم کی زندگی سے اور اصحاب رسول کی زندگیوں سے کہ کس طریقے سے انہوں نے صبر کیا اور بڑی بڑی کامیابیاں حاصل کیں۔</w:t>
      </w:r>
    </w:p>
    <w:p>
      <w:r>
        <w:rPr>
          <w:b/>
        </w:rPr>
        <w:t xml:space="preserve">[08:32] </w:t>
      </w:r>
      <w:r>
        <w:t>kyunke quran mein aya hai wa'sta'inu bis sabri was salati</w:t>
      </w:r>
    </w:p>
    <w:p>
      <w:pPr>
        <w:jc w:val="right"/>
      </w:pPr>
      <w:r>
        <w:t>کیونکہ قرآن میں آیا ہے وَاسْتَعِينُوا بِالصَّبْرِ وَالصَّلَاةِ</w:t>
      </w:r>
    </w:p>
    <w:p>
      <w:r>
        <w:rPr>
          <w:b/>
        </w:rPr>
        <w:t xml:space="preserve">[08:37] </w:t>
      </w:r>
      <w:r>
        <w:t>tum madad mango sabr ke zariye se, madad hasil karo. aur salat, ab dekhiye ke sabr ko salat se equate kiya gaya hai.</w:t>
      </w:r>
    </w:p>
    <w:p>
      <w:pPr>
        <w:jc w:val="right"/>
      </w:pPr>
      <w:r>
        <w:t>تم مدد مانگو صبر کے ذریعے سے، مدد حاصل کرو۔ اور صلاۃ، اب دیکھیے کہ صبر کو صلاۃ سے equate کیا گیا ہے۔</w:t>
      </w:r>
    </w:p>
    <w:p>
      <w:r>
        <w:rPr>
          <w:b/>
        </w:rPr>
        <w:t xml:space="preserve">[08:47] </w:t>
      </w:r>
      <w:r>
        <w:t>to sabr itni badi ibadat hai kyunke sare hi kaam sabr ke zariye se hote hain. sabr ka matlab hai halaat se oopar uth kar sochna, halaat mein phans kar nahi reh jana.</w:t>
      </w:r>
    </w:p>
    <w:p>
      <w:pPr>
        <w:jc w:val="right"/>
      </w:pPr>
      <w:r>
        <w:t>تو صبر اتنی بڑی عبادت ہے کیونکہ سارے ہی کام صبر کے ذریعے سے ہوتے ہیں۔ صبر کا مطلب ہے حالات سے اوپر اٹھ کر سوچنا، حالات میں پھنس کر نہیں رہ جانا۔</w:t>
      </w:r>
    </w:p>
    <w:p>
      <w:r>
        <w:rPr>
          <w:b/>
        </w:rPr>
        <w:t xml:space="preserve">[09:00] </w:t>
      </w:r>
      <w:r>
        <w:t>jaise Maulana ne ek bar ek misaal di hai big bird thinking ki ke jo big birds hoti hain, woh kafi oopar udti hain, unke wings bohat strong hote hain, kafi oopar uthti hain.</w:t>
      </w:r>
    </w:p>
    <w:p>
      <w:pPr>
        <w:jc w:val="right"/>
      </w:pPr>
      <w:r>
        <w:t>جیسے مولانا نے ایک بار ایک مثال دی ہے بگ برڈ تھنکنگ کی کہ جو بگ برڈز ہوتی ہیں، وہ کافی اوپر اڑتی ہیں، ان کے ونگز بہت سٹرانگ ہوتے ہیں، کافی اوپر اٹھتی ہیں۔</w:t>
      </w:r>
    </w:p>
    <w:p>
      <w:r>
        <w:rPr>
          <w:b/>
        </w:rPr>
        <w:t xml:space="preserve">[09:14] </w:t>
      </w:r>
      <w:r>
        <w:t>to jab toofan ata hai to woh aur oopar chali jati hain aur is tarike se woh apne aap ko bacha leti hain. lekin jo choti chidiyan hoti hain, woh neeche udti hain aur woh toofan ki zad mein aa jati hain.</w:t>
      </w:r>
    </w:p>
    <w:p>
      <w:pPr>
        <w:jc w:val="right"/>
      </w:pPr>
      <w:r>
        <w:t>تو جب وہ طوفان آتا ہے تو وہ اور اوپر چلی جاتی ہیں اور اس طریقے سے وہ اپنے آپ کو بچا لیتی ہیں۔ لیکن جو چھوٹی چڑیاں ہوتی ہیں، وہ نیچے اڑتی ہیں اور وہ طوفان کی زد میں آ جاتی ہیں۔</w:t>
      </w:r>
    </w:p>
    <w:p>
      <w:r>
        <w:rPr>
          <w:b/>
        </w:rPr>
        <w:t xml:space="preserve">[09:28] </w:t>
      </w:r>
      <w:r>
        <w:t>to is tarike se humein bhi big bird thinking ko, ke is tarike ko apnana chahiye aur halaat se oopar uth kar sochna chahiye aur yahi sabr hai.</w:t>
      </w:r>
    </w:p>
    <w:p>
      <w:pPr>
        <w:jc w:val="right"/>
      </w:pPr>
      <w:r>
        <w:t>تو اس طریقے سے ہمیں بھی بگ برڈ تھنکنگ کو، کے اس طریقے کو اپنانا چاہیے اور حالات سے اوپر اٹھ کر سوچنا چاہیے اور یہی صبر ہے۔</w:t>
      </w:r>
    </w:p>
    <w:p>
      <w:r>
        <w:rPr>
          <w:b/>
        </w:rPr>
        <w:t xml:space="preserve">[09:40] </w:t>
      </w:r>
      <w:r>
        <w:t>ji, aur apa, yeh aap ne bohat acha kaha ke matlab ek well considered response hona chahiye aur sabr ka sabr ke wahi ma'ni hain aur sahaba ka yahi tareeq</w:t>
      </w:r>
    </w:p>
    <w:p>
      <w:pPr>
        <w:jc w:val="right"/>
      </w:pPr>
      <w:r>
        <w:t>جی، اور آپا، یہ آپ نے بہت اچھا کہا کہ مطلب ایک well considered response ہونا چاہیے اور صبر کا صبر کے وہی معنی ہیں اور صحابہ کا یہی طریق</w:t>
      </w:r>
    </w:p>
    <w:p>
      <w:r>
        <w:rPr>
          <w:b/>
        </w:rPr>
        <w:t xml:space="preserve">[09:51] </w:t>
      </w:r>
      <w:r>
        <w:t>tha. lekin apa, aksar hum dekhte hain ke khas kar aaj ke daur mein ke log bohat zyada right conscious ho gaye hain aur not duty conscious.</w:t>
      </w:r>
    </w:p>
    <w:p>
      <w:pPr>
        <w:jc w:val="right"/>
      </w:pPr>
      <w:r>
        <w:t>ہ تھا۔ لیکن آپا، اکثر ہم دیکھتے ہیں کہ خاص کر آج کے دور میں کہ لوگ بہت زیادہright conscious ہو گئے ہیں اور not duty conscious۔</w:t>
      </w:r>
    </w:p>
    <w:p>
      <w:r>
        <w:rPr>
          <w:b/>
        </w:rPr>
        <w:t xml:space="preserve">[10:00] </w:t>
      </w:r>
      <w:r>
        <w:t>to woh kehte hain ke need for sabr jo hai, woh woh kis liye? isi pe sawal utha dete hain. to main chahunga ke aap ne abhi bohat ache se importance of sabr to bataya, to need of sabr iske bare mein bhi thoda sa aur batain.</w:t>
      </w:r>
    </w:p>
    <w:p>
      <w:pPr>
        <w:jc w:val="right"/>
      </w:pPr>
      <w:r>
        <w:t>تو وہ کہتے ہیں کہ need for صبر جو ہے، وہ وہ کس لیے؟ اسی پہ سوال اٹھا دیتے ہیں۔ تو میں چاہوں گا کہ آپ نے ابھی بہت اچھے سے importance of صبر تو بتایا، تو need of صبر اس کے بارے میں بھی تھوڑا سا اور بتائیں۔</w:t>
      </w:r>
    </w:p>
    <w:p>
      <w:r>
        <w:rPr>
          <w:b/>
        </w:rPr>
        <w:t xml:space="preserve">[10:14] </w:t>
      </w:r>
      <w:r>
        <w:t>to sabr ki need isi wajah se hai na ke is duniya mein yeh duniya sab ke liye hai,</w:t>
      </w:r>
    </w:p>
    <w:p>
      <w:pPr>
        <w:jc w:val="right"/>
      </w:pPr>
      <w:r>
        <w:t>تو صبر کی need اسی وجہ سے ہے نا کہ اس دنیا میں یہ دنیا سب کے لیے ہے،</w:t>
      </w:r>
    </w:p>
    <w:p>
      <w:r>
        <w:rPr>
          <w:b/>
        </w:rPr>
        <w:t xml:space="preserve">[10:20] </w:t>
      </w:r>
      <w:r>
        <w:t>hamari akele ki duniya nahi hai. jab hum sab ke sath mil kar kaam karenge, sab ke sath mil kar rahenge to bohat sare aise problem aayenge jahan sabr karna padega.</w:t>
      </w:r>
    </w:p>
    <w:p>
      <w:pPr>
        <w:jc w:val="right"/>
      </w:pPr>
      <w:r>
        <w:t>ہماری اکیلے کی دنیا نہیں ہے۔ جب ہم سب کے ساتھ مل کر کام کریں گے، سب کے ساتھ مل کر رہیں گے تو بہت سارے ایسے problem آئیں گے جہاں صبر کرنا پڑے گا۔</w:t>
      </w:r>
    </w:p>
    <w:p>
      <w:r>
        <w:rPr>
          <w:b/>
        </w:rPr>
        <w:t xml:space="preserve">[10:31] </w:t>
      </w:r>
      <w:r>
        <w:t>agar sabr nahi karenge to ladai hogi, halaat kharab ho jayenge. to is wajah se woh jo hamein karna hai, woh hum nahi kar payenge.</w:t>
      </w:r>
    </w:p>
    <w:p>
      <w:pPr>
        <w:jc w:val="right"/>
      </w:pPr>
      <w:r>
        <w:t>اگر صبر نہیں کریں گے تو لڑائی ہوگی، حالات خراب ہو جائیں گے۔ تو اس وجہ سے وہ جو ہمیں کرنا ہے، وہ ہم نہیں کر پائیں گے۔</w:t>
      </w:r>
    </w:p>
    <w:p>
      <w:r>
        <w:rPr>
          <w:b/>
        </w:rPr>
        <w:t xml:space="preserve">[10:41] </w:t>
      </w:r>
      <w:r>
        <w:t>agar hum apna koi constructive kaam karna cha rahe hain to hum isi mein phans kar reh jayenge, jang mein, ladai mein,</w:t>
      </w:r>
    </w:p>
    <w:p>
      <w:pPr>
        <w:jc w:val="right"/>
      </w:pPr>
      <w:r>
        <w:t>اگر ہم اپنا کوئی constructive کام کرنا چاہ رہے ہیں تو ہم اسی میں پھنس کر رہ جائیں گے، جنگ میں، لڑائی میں،</w:t>
      </w:r>
    </w:p>
    <w:p>
      <w:r>
        <w:rPr>
          <w:b/>
        </w:rPr>
        <w:t xml:space="preserve">[10:49] </w:t>
      </w:r>
      <w:r>
        <w:t>aur hum ghusse mein, inteqam mein, hatred mein. agar hamare andar ghussa, inteqam, hatred aa jaye to aap samajh sakte hain ke hum kuch koi bhi positive kaam nahi kar sakte hain.</w:t>
      </w:r>
    </w:p>
    <w:p>
      <w:pPr>
        <w:jc w:val="right"/>
      </w:pPr>
      <w:r>
        <w:t>اور ہم غصے میں، انتقام میں، hatred میں۔ اگر ہمارے اندر غصہ، انتقام، hatred آ جائے تو آپ سمجھ سکتے ہیں کہ ہم کچھ کوئی بھی positive کام نہیں کر سکتے ہیں۔</w:t>
      </w:r>
    </w:p>
    <w:p>
      <w:r>
        <w:rPr>
          <w:b/>
        </w:rPr>
        <w:t xml:space="preserve">[11:01] </w:t>
      </w:r>
      <w:r>
        <w:t>to yeh is liye zaroorat hai aur hum karte hi hain, hum apne ghar mein karte hain. har aadmi ki soch different hoti hai, har aadmi ka interest different hota hai.</w:t>
      </w:r>
    </w:p>
    <w:p>
      <w:pPr>
        <w:jc w:val="right"/>
      </w:pPr>
      <w:r>
        <w:t>تو یہ اس لیے ضرورت ہے اور ہم کرتے ہی ہیں، ہم اپنے گھر میں کرتے ہیں۔ ہر آدمی کی سوچ different ہوتی ہے، ہر آدمی کا interest different ہوتا ہے۔</w:t>
      </w:r>
    </w:p>
    <w:p>
      <w:r>
        <w:rPr>
          <w:b/>
        </w:rPr>
        <w:t xml:space="preserve">[11:13] </w:t>
      </w:r>
      <w:r>
        <w:t>ab woh kuch karna chahta hai, hum k</w:t>
      </w:r>
    </w:p>
    <w:p>
      <w:pPr>
        <w:jc w:val="right"/>
      </w:pPr>
      <w:r>
        <w:t>اب وہ کچھ کرنا چاہتا ہے، ہم ک</w:t>
      </w:r>
    </w:p>
    <w:p>
      <w:r>
        <w:rPr>
          <w:b/>
        </w:rPr>
        <w:t xml:space="preserve">[11:15] </w:t>
      </w:r>
      <w:r>
        <w:t>ch karna chahte hain to hum hum usko sabr karte hain, yani hum usko allow karte hain usko kaam karne ke liye. to isi usool ko hum society mein apply karein.</w:t>
      </w:r>
    </w:p>
    <w:p>
      <w:pPr>
        <w:jc w:val="right"/>
      </w:pPr>
      <w:r>
        <w:t>چھ کرنا چاہتے ہیں تو ہم ہم اس کو صبر کرتے ہیں، یعنی ہم اس کو allow کرتے ہیں اس کو کام کرنے کے لیے۔ تو اسی اصول کو ہم society میں اپلائی کریں۔</w:t>
      </w:r>
    </w:p>
    <w:p>
      <w:r>
        <w:rPr>
          <w:b/>
        </w:rPr>
        <w:t xml:space="preserve">[11:27] </w:t>
      </w:r>
      <w:r>
        <w:t>to sabr jo hai, koi aisi paspai ki baat nahi hai balkay aik aisi cheez hai ke hum sabr aik qism ka management ka aik usool hai ke hum is ko sabr ke sath bohat hi soch samajh kar hum apnay apnay usool ko mutayyan karen.</w:t>
      </w:r>
    </w:p>
    <w:p>
      <w:pPr>
        <w:jc w:val="right"/>
      </w:pPr>
      <w:r>
        <w:t>تو صبر جو ہے، کوئی ایسی پسپائی کی بات نہیں ہے بلکہ ایک ایسی چیز ہے کہ ہم صبر ایک قسم کا management کا ایک اصول ہے کہ ہم اس کو صبر کے ساتھ بہت ہی سوچ سمجھ کر ہم اپنے اپنے اصول کو متعین کریں۔</w:t>
      </w:r>
    </w:p>
    <w:p>
      <w:r>
        <w:rPr>
          <w:b/>
        </w:rPr>
        <w:t xml:space="preserve">[11:46] </w:t>
      </w:r>
      <w:r>
        <w:t>aur isi mein quran ki aah, worth hai.</w:t>
      </w:r>
    </w:p>
    <w:p>
      <w:pPr>
        <w:jc w:val="right"/>
      </w:pPr>
      <w:r>
        <w:t>اور اسی میں قرآن کی آہ، ورث ہے۔</w:t>
      </w:r>
    </w:p>
    <w:p>
      <w:r>
        <w:rPr>
          <w:b/>
        </w:rPr>
        <w:t xml:space="preserve">[11:51] </w:t>
      </w:r>
      <w:r>
        <w:t>quran mein taqreeban so wirth se zyada aaya hai sabr ki ahmiyat ke baray mein. kyunke tamam kamyabiyan jo hain, woh sabr par depend karti hain.</w:t>
      </w:r>
    </w:p>
    <w:p>
      <w:pPr>
        <w:jc w:val="right"/>
      </w:pPr>
      <w:r>
        <w:t>قرآن میں تقریباً سو ورث سے زیادہ آیا ہے صبر کی اہمیت کے بارے میں۔ کیونکہ تمام کامیابیاں جو ہیں، وہ صبر پر depend کرتی ہیں۔</w:t>
      </w:r>
    </w:p>
    <w:p>
      <w:r>
        <w:rPr>
          <w:b/>
        </w:rPr>
        <w:t xml:space="preserve">[12:02] </w:t>
      </w:r>
      <w:r>
        <w:t>aur bohat sari aisi hadith hain. to hum logon ko khas to par yeh karna hai kyunke musalmanon ka yeh hai ke log sazish kar rahay hain un ke khilaf aur is ki wajah se woh taraqqi nahi kar pa rahay hain.</w:t>
      </w:r>
    </w:p>
    <w:p>
      <w:pPr>
        <w:jc w:val="right"/>
      </w:pPr>
      <w:r>
        <w:t>اور بہت ساری ایسی حدیثیں ہیں۔ تو ہم لوگوں کو خاص طور پر یہ کرنا ہے کیونکہ مسلمانوں کا یہ ہے کہ لوگ سازش کر رہے ہیں ان کے خلاف اور اس کی وجہ سے وہ ترقی نہیں کر پا رہے ہیں۔</w:t>
      </w:r>
    </w:p>
    <w:p>
      <w:r>
        <w:rPr>
          <w:b/>
        </w:rPr>
        <w:t xml:space="preserve">[12:15] </w:t>
      </w:r>
      <w:r>
        <w:t>to is ke baray mein khas to par quran mein, kyunke rasool Allah sal Allah alayhi wasallam ke zamanay mein bhi yeh masla paish aaya tha. to quran mein aaya hai ke yeh jo hai, sabr aur taqwa ki kami ki wajah se hota hai, na ke kisi ki sazish ki wajah se.</w:t>
      </w:r>
    </w:p>
    <w:p>
      <w:pPr>
        <w:jc w:val="right"/>
      </w:pPr>
      <w:r>
        <w:t>تو اس کے بارے میں خاص طور پر قرآن میں، کیونکہ رسول اللہ صلی اللہ علیہ وسلم کے زمانے میں بھی یہ مسئلہ پیش آیا تھا۔ تو قرآن میں آیا ہے کہ یہ جو ہے، صبر اور تقویٰ کی کمی کی وجہ سے ہوتا ہے، نہ کہ کسی کی سازش کی وجہ سے۔</w:t>
      </w:r>
    </w:p>
    <w:p>
      <w:r>
        <w:rPr>
          <w:b/>
        </w:rPr>
        <w:t xml:space="preserve">[12:32] </w:t>
      </w:r>
      <w:r>
        <w:t>yani tumharay andar sabr aur taqwa hoga to kisi ki sazish jo hai, woh karagar nahi ho paye gi.</w:t>
      </w:r>
    </w:p>
    <w:p>
      <w:pPr>
        <w:jc w:val="right"/>
      </w:pPr>
      <w:r>
        <w:t>یعنی تمہارے اندر صبر اور تقویٰ ہوگا تو کسی کی سازش جو ہے، وہ کارگر نہیں ہو پائے گی۔</w:t>
      </w:r>
    </w:p>
    <w:p>
      <w:r>
        <w:rPr>
          <w:b/>
        </w:rPr>
        <w:t xml:space="preserve">[12:41] </w:t>
      </w:r>
      <w:r>
        <w:t>to is wajah se jo hamein karna hai, woh yeh ailan nahi karna hai ke log hamaray khilaf sazish kar rahay hain, balkay hamein apnay andar jhankna hai aur apnay andar hamein sabr aur taqwa ki sifat paida karni hai.</w:t>
      </w:r>
    </w:p>
    <w:p>
      <w:pPr>
        <w:jc w:val="right"/>
      </w:pPr>
      <w:r>
        <w:t>تو اس وجہ سے جو ہمیں کرنا ہے، وہ یہ اعلان نہیں کرنا ہے کہ لوگ ہمارے خلاف سازش کر رہے ہیں، بلکہ ہمیں اپنے اندر جھانکنا ہے اور اپنے اندر ہمیں صبر اور تقویٰ کی صفت پیدا کرنی ہے۔</w:t>
      </w:r>
    </w:p>
    <w:p>
      <w:r>
        <w:rPr>
          <w:b/>
        </w:rPr>
        <w:t xml:space="preserve">[12:57] </w:t>
      </w:r>
      <w:r>
        <w:t>kyunke jo dunya ka jo nizam hai, woh to badlay ga nahi. to is liye hamein apnay hi aap ko badalna hai.</w:t>
      </w:r>
    </w:p>
    <w:p>
      <w:pPr>
        <w:jc w:val="right"/>
      </w:pPr>
      <w:r>
        <w:t>کیونکہ جو دنیا کا جو نظام ہے، وہ تو بدلے گا نہیں۔ تو اس لیے ہمیں اپنے ہی آپ کو بدلنا ہے۔</w:t>
      </w:r>
    </w:p>
    <w:p>
      <w:r>
        <w:rPr>
          <w:b/>
        </w:rPr>
        <w:t xml:space="preserve">[13:04] </w:t>
      </w:r>
      <w:r>
        <w:t>ji, apnay hi aap ko hamein change karna hai. aur yeh dimagh mein bitha lena hai ke is dunya mein har cheez jo hai, ibtila ke liye hai.</w:t>
      </w:r>
    </w:p>
    <w:p>
      <w:pPr>
        <w:jc w:val="right"/>
      </w:pPr>
      <w:r>
        <w:t>جی، اپنے ہی آپ کو ہمیں change کرنا ہے۔ اور یہ دماغ میں بٹھا لینا ہے کہ اس دنیا میں ہر چیز جو ہے، ابتلا کے لیے ہے۔</w:t>
      </w:r>
    </w:p>
    <w:p>
      <w:r>
        <w:rPr>
          <w:b/>
        </w:rPr>
        <w:t xml:space="preserve">[13:13] </w:t>
      </w:r>
      <w:r>
        <w:t>allazi khalaq al maut wal hayat li yablakum ayukum ahsan amal. yeh surah mulk mein hai. to har cheez ibtila hai. hamaray achay halaat bhi ibtila hain aur buray halaat bhi ibtila hain.</w:t>
      </w:r>
    </w:p>
    <w:p>
      <w:pPr>
        <w:jc w:val="right"/>
      </w:pPr>
      <w:r>
        <w:t>الذی خلق الموت والحیات لیبلکم ایکم احسن ومال یہ سورہ ملک میں ہے۔ تو ہر چیز ابتلا ہے۔ ہمارے اچھے حالات بھی ابتلا ہیں اور برے حالات بھی ابتلا ہیں۔</w:t>
      </w:r>
    </w:p>
    <w:p>
      <w:r>
        <w:rPr>
          <w:b/>
        </w:rPr>
        <w:t xml:space="preserve">[13:25] </w:t>
      </w:r>
      <w:r>
        <w:t>to buray halaat mein hum sabr karen, achay halaat mein Khuda ka shukar ada karen. to har halat mein hamaray liye ibadat hi ibadat ka moqa hai.</w:t>
      </w:r>
    </w:p>
    <w:p>
      <w:pPr>
        <w:jc w:val="right"/>
      </w:pPr>
      <w:r>
        <w:t>تو برے حالات میں ہم صبر کریں، اچھے حالات میں خدا کا شکر ادا کریں۔ تو ہر حالت میں ہمارے لیے عبادت ہی عبادت کا موقع ہے۔</w:t>
      </w:r>
    </w:p>
    <w:p>
      <w:r>
        <w:rPr>
          <w:b/>
        </w:rPr>
        <w:t xml:space="preserve">[13:35] </w:t>
      </w:r>
      <w:r>
        <w:t>to jo hai, hum kisi bhi tarah se unwanted situation se bach nahi saktay.</w:t>
      </w:r>
    </w:p>
    <w:p>
      <w:pPr>
        <w:jc w:val="right"/>
      </w:pPr>
      <w:r>
        <w:t>تو جو ہے، ہم کسی بھی طریقے سے unwanted situation سے بچ نہیں سکتے۔</w:t>
      </w:r>
    </w:p>
    <w:p>
      <w:r>
        <w:rPr>
          <w:b/>
        </w:rPr>
        <w:t xml:space="preserve">[13:42] </w:t>
      </w:r>
      <w:r>
        <w:t>sirf hum yeh kar saktay hain ke sabr karen aur sabr waqti tor par hota hai. phir is ke baad hum sochtay hain. aur jab hum positive mind ke sath jab sochtay hain to hum ko zyada superior solution hamein samajh mein ayega.</w:t>
      </w:r>
    </w:p>
    <w:p>
      <w:pPr>
        <w:jc w:val="right"/>
      </w:pPr>
      <w:r>
        <w:t>صرف ہم یہ کر سکتے ہیں کہ صبر کریں اور صبر وقتی طور پر ہوتا ہے۔ پھر اس کے بعد ہم سوچتے ہیں۔ اور جب ہم positive mind کے ساتھ جب سوچیں گے تو ہم کو زیادہ superior solution ہمیں سمجھ میں آئے گا۔</w:t>
      </w:r>
    </w:p>
    <w:p>
      <w:r>
        <w:rPr>
          <w:b/>
        </w:rPr>
        <w:t xml:space="preserve">[13:58] </w:t>
      </w:r>
      <w:r>
        <w:t>kyunke jab aadmi ghusay mein hota hai na, to us ko koi baat samajh mein nahi aati. to ghusa nahi karen, intiqam ke jazbay se nahi sochtay, balkay cool mindedly sochtay</w:t>
      </w:r>
    </w:p>
    <w:p>
      <w:pPr>
        <w:jc w:val="right"/>
      </w:pPr>
      <w:r>
        <w:t>کیونکہ جب آدمی غصے میں ہوتا ہے نا، تو اس کو کوئی بات سمجھ میں نہیں آتی۔ تو غصہ نہیں کریں، انتقام کے جذبے سے نہیں سوچیں، بلکہ cool mindedly سوچ</w:t>
      </w:r>
    </w:p>
    <w:p>
      <w:r>
        <w:rPr>
          <w:b/>
        </w:rPr>
        <w:t xml:space="preserve">[14:10] </w:t>
      </w:r>
      <w:r>
        <w:t>hain. sabr ka matlab yeh nahi hai ke hum bas baith jayen, hum kuch kaam na karen. balkay cool mindedly sochne ke baad apna qadam jo hai, kya lena hai agay, woh mutayyan karen.</w:t>
      </w:r>
    </w:p>
    <w:p>
      <w:pPr>
        <w:jc w:val="right"/>
      </w:pPr>
      <w:r>
        <w:t>یں۔ صبر کا مطلب یہ نہیں ہے کہ ہم بس بیٹھ جائیں، ہم کچھ کام نہ کریں۔ بلکہ cool mindedly سوچنے کے بعد اپنا قدم جو ہے، کیا لینا ہے آگے، وہ متعین کریں۔</w:t>
      </w:r>
    </w:p>
    <w:p>
      <w:r>
        <w:rPr>
          <w:b/>
        </w:rPr>
        <w:t xml:space="preserve">[14:23] </w:t>
      </w:r>
      <w:r>
        <w:t>to saray peghamabaron ne bhi yahi kiya. quran mein bar bar aaya hai to peghamabar ki zuban se ke jo takleef tum hamein do ge, hum tumhein hum is par sabr hi karen gay.</w:t>
      </w:r>
    </w:p>
    <w:p>
      <w:pPr>
        <w:jc w:val="right"/>
      </w:pPr>
      <w:r>
        <w:t>تو سارے پیغمبروں نے بھی یہی کیا۔ قرآن میں بار بار آیا ہے تو پیغمبر کی زبان سے کہ جو تکلیف تم ہمیں دو گے، ہم تمہیں ہم اس پر صبر ہی کریں گے۔</w:t>
      </w:r>
    </w:p>
    <w:p>
      <w:r>
        <w:rPr>
          <w:b/>
        </w:rPr>
        <w:t xml:space="preserve">[14:36] </w:t>
      </w:r>
      <w:r>
        <w:t>yeh chapter 14 mein aaya hai.</w:t>
      </w:r>
    </w:p>
    <w:p>
      <w:pPr>
        <w:jc w:val="right"/>
      </w:pPr>
      <w:r>
        <w:t>یہ چیپٹر 14 میں آیا ہے۔</w:t>
      </w:r>
    </w:p>
    <w:p>
      <w:r>
        <w:rPr>
          <w:b/>
        </w:rPr>
        <w:t xml:space="preserve">[14:38] </w:t>
      </w:r>
      <w:r>
        <w:t>kyunke agar woh sabr na karte to jo halaat ka normalization, mo'tadil halaat zaroori hain Khuda ka paigham pohanchane ke liye, to woh halaat hi kharab ho jatay.</w:t>
      </w:r>
    </w:p>
    <w:p>
      <w:pPr>
        <w:jc w:val="right"/>
      </w:pPr>
      <w:r>
        <w:t>کیونکہ اگر وہ صبر نہ کرتے تو جو حالات کا نارملائزیشن، معتدل حالات ضروری ہیں خدا کا پیغام پہنچانے کے لیے، تو وہ حالات ہی خراب ہو جاتے۔</w:t>
      </w:r>
    </w:p>
    <w:p>
      <w:r>
        <w:rPr>
          <w:b/>
        </w:rPr>
        <w:t xml:space="preserve">[14:51] </w:t>
      </w:r>
      <w:r>
        <w:t>agar halaat normal nahi hon gay to hamari koi baat doosray ko achi nahi lagay gi.</w:t>
      </w:r>
    </w:p>
    <w:p>
      <w:pPr>
        <w:jc w:val="right"/>
      </w:pPr>
      <w:r>
        <w:t>اگر حالات نارمل نہیں ہوں گے تو ہماری کوئی بات دوسرے کو اچھی نہیں لگے گی۔</w:t>
      </w:r>
    </w:p>
    <w:p>
      <w:r>
        <w:rPr>
          <w:b/>
        </w:rPr>
        <w:t xml:space="preserve">[14:58] </w:t>
      </w:r>
      <w:r>
        <w:t>to woh halaat normal karne ke liye hamein sabr karna parta hai. aur sabr jo hai, woh is mein aik qism ka Maulana ne likha hai ke woh lesser evil hai.</w:t>
      </w:r>
    </w:p>
    <w:p>
      <w:pPr>
        <w:jc w:val="right"/>
      </w:pPr>
      <w:r>
        <w:t>تو وہ حالات نارمل کرنے کے لیے ہمیں صبر کرنا پڑتا ہے۔ اور صبر جو ہے، وہ اس میں ایک قسم کا مولانا نے لکھا ہے کہ وہ lesser evil ہے۔</w:t>
      </w:r>
    </w:p>
    <w:p>
      <w:r>
        <w:rPr>
          <w:b/>
        </w:rPr>
        <w:t xml:space="preserve">[15:09] </w:t>
      </w:r>
      <w:r>
        <w:t>aur jo hai, woh matlab sabr jo hai, hamein lesser evil tak hi mehdood ho rehta hai.</w:t>
      </w:r>
    </w:p>
    <w:p>
      <w:pPr>
        <w:jc w:val="right"/>
      </w:pPr>
      <w:r>
        <w:t>اور جو ہے، وہ مطلب صبر جو ہے، ہمیں lesser evil تک ہی محدود ہو رہتا ہے۔</w:t>
      </w:r>
    </w:p>
    <w:p>
      <w:r>
        <w:rPr>
          <w:b/>
        </w:rPr>
        <w:t xml:space="preserve">[15:18] </w:t>
      </w:r>
      <w:r>
        <w:t>koi bhi nuqsan agar hum sabr na karen to hum greater evil tak pohnchay gay.</w:t>
      </w:r>
    </w:p>
    <w:p>
      <w:pPr>
        <w:jc w:val="right"/>
      </w:pPr>
      <w:r>
        <w:t>کوئی بھی نقصان اگر ہم صبر نہ کریں تو ہم greater evil تک پہنچیں گے۔</w:t>
      </w:r>
    </w:p>
    <w:p>
      <w:r>
        <w:rPr>
          <w:b/>
        </w:rPr>
        <w:t xml:space="preserve">[15:23] </w:t>
      </w:r>
      <w:r>
        <w:t>is ki bohat sari aisi misalain hain ke log jo hain sabr nahi karte. aur phir aik aik meray hi ilm mein aik aik misal hai ke rastay mein kai kuch takkar ho gayi do two wheelers mein.</w:t>
      </w:r>
    </w:p>
    <w:p>
      <w:pPr>
        <w:jc w:val="right"/>
      </w:pPr>
      <w:r>
        <w:t>اس کی بہت ساری ایسی مثالیں ہیں کہ لوگ جو ہیں صبر نہیں کرتے۔ اور پھر ایک ایک میرے ہی علم میں ایک ایک مثال ہے کہ راستے میں کئی کچھ ٹکر ہو گئی دو ٹو ویلرز میں۔</w:t>
      </w:r>
    </w:p>
    <w:p>
      <w:r>
        <w:rPr>
          <w:b/>
        </w:rPr>
        <w:t xml:space="preserve">[15:38] </w:t>
      </w:r>
      <w:r>
        <w:t>to unhon ne larai shuru kar di. woh zyada itni takkar bhi nahi hui thi ke koi nuqsan bhi koi khas nahi hua tha. scratch par gaya tha. larai shuru ho gayi.</w:t>
      </w:r>
    </w:p>
    <w:p>
      <w:pPr>
        <w:jc w:val="right"/>
      </w:pPr>
      <w:r>
        <w:t>تو انہوں نے لڑائی شروع کر دی۔ وہ زیادہ اتنی ٹکر بھی نہیں ہوئی تھی کہ کوئی نقصان بھی کوئی خاص نہیں ہوا تھا۔ سکریچ پڑ گیا تھا۔ لڑائی شروع ہو گئی۔</w:t>
      </w:r>
    </w:p>
    <w:p>
      <w:r>
        <w:rPr>
          <w:b/>
        </w:rPr>
        <w:t xml:space="preserve">[15:47] </w:t>
      </w:r>
      <w:r>
        <w:t>larai ho rahi thi. phir us ko maar peet shuru ho gayi.</w:t>
      </w:r>
    </w:p>
    <w:p>
      <w:pPr>
        <w:jc w:val="right"/>
      </w:pPr>
      <w:r>
        <w:t>لڑائی ہو رہی تھی۔ پھر اس کو مار پیٹ شروع ہو گئی۔</w:t>
      </w:r>
    </w:p>
    <w:p>
      <w:r>
        <w:rPr>
          <w:b/>
        </w:rPr>
        <w:t xml:space="preserve">[15:50] </w:t>
      </w:r>
      <w:r>
        <w:t>phir koi wahan par rastay mein koi lohay ka tukra mil gaya, us say maarne lagay. ab is ka jo hai na, hath paon toot gaya. phir woh case ban gaya.</w:t>
      </w:r>
    </w:p>
    <w:p>
      <w:pPr>
        <w:jc w:val="right"/>
      </w:pPr>
      <w:r>
        <w:t>پھر کوئی وہاں پر راستے میں کوئی لوہے کا ٹکڑا مل گیا، اس سے مارنے لگے۔ اب اس کا جو ہے نا، ہاتھ پاؤں ٹوٹ گیا۔ پھر وہ کیس بن گیا۔</w:t>
      </w:r>
    </w:p>
    <w:p>
      <w:r>
        <w:rPr>
          <w:b/>
        </w:rPr>
        <w:t xml:space="preserve">[16:01] </w:t>
      </w:r>
      <w:r>
        <w:t>phir bari mushkil say kai lakh rupiya day kar kay woh kisi tarah say woh case khatam hua. to yeh yeh isi ko kehtay hain greater evil.</w:t>
      </w:r>
    </w:p>
    <w:p>
      <w:pPr>
        <w:jc w:val="right"/>
      </w:pPr>
      <w:r>
        <w:t>پھر بڑی مشکل سے کئی لاکھ روپیہ دے کر کے وہ کسی طریقے سے وہ کیس ختم ہوا۔ تو یہ یہ اسی کو کہتے ہیں greater evil۔</w:t>
      </w:r>
    </w:p>
    <w:p>
      <w:r>
        <w:rPr>
          <w:b/>
        </w:rPr>
        <w:t xml:space="preserve">[16:10] </w:t>
      </w:r>
      <w:r>
        <w:t>agar sabr kar letay, jawab na detay to woh baat wahin ka wahin khatam ho jaat</w:t>
      </w:r>
    </w:p>
    <w:p>
      <w:pPr>
        <w:jc w:val="right"/>
      </w:pPr>
      <w:r>
        <w:t>اگر صبر کر لیتے، جواب نہ دیتے تو وہ بات وہیں کا وہیں ختم ہو جات</w:t>
      </w:r>
    </w:p>
    <w:p>
      <w:r>
        <w:rPr>
          <w:b/>
        </w:rPr>
        <w:t xml:space="preserve">[16:16] </w:t>
      </w:r>
      <w:r>
        <w:t>i. chand sirf scratch para tha, is mein kya hai, chand so rupay mein woh theek ho jata. to yeh jo hai, bohat ziyada zaroori hai sabr is dunya mein rehne kay liye.</w:t>
      </w:r>
    </w:p>
    <w:p>
      <w:pPr>
        <w:jc w:val="right"/>
      </w:pPr>
      <w:r>
        <w:t>ی۔ چند صرف سکریچ پڑا تھا، اس میں کیا ہے، چند سو روپے میں وہ ٹھیک ہو جاتا۔ تو یہ جو ہے، بہت زیادہ ضروری ہے صبر اس دنیا میں رہنے کے لیے۔</w:t>
      </w:r>
    </w:p>
    <w:p>
      <w:r>
        <w:rPr>
          <w:b/>
        </w:rPr>
        <w:t xml:space="preserve">[16:27] </w:t>
      </w:r>
      <w:r>
        <w:t>yeh dunya jo Allah taala nay banai hai, to Allah taala nay aik nizam kay tehat banai hai. isi nizam kay tehat hi hum apna kaam kar saktay hain.</w:t>
      </w:r>
    </w:p>
    <w:p>
      <w:pPr>
        <w:jc w:val="right"/>
      </w:pPr>
      <w:r>
        <w:t>یہ دنیا جو اللہ تعالی نے بنائی ہے، تو اللہ تعالی نے ایک نظام کے تحت بنائی ہے۔ اسی نظام کے تحت ہی ہم اپنا کام کر سکتے ہیں۔</w:t>
      </w:r>
    </w:p>
    <w:p>
      <w:r>
        <w:rPr>
          <w:b/>
        </w:rPr>
        <w:t xml:space="preserve">[16:37] </w:t>
      </w:r>
      <w:r>
        <w:t>agar is kay khilaf kaam karengay to hum na to is dunya mein kamyabi hasil kar paengay aur na akhirat mein.</w:t>
      </w:r>
    </w:p>
    <w:p>
      <w:pPr>
        <w:jc w:val="right"/>
      </w:pPr>
      <w:r>
        <w:t>اگر اس کے خلاف کام کریں گے تو ہم نہ تو اس دنیا میں کامیابی حاصل کر پائیں گے اور نہ آخرت میں۔</w:t>
      </w:r>
    </w:p>
    <w:p>
      <w:r>
        <w:rPr>
          <w:b/>
        </w:rPr>
        <w:t xml:space="preserve">[16:46] </w:t>
      </w:r>
      <w:r>
        <w:t>to is ko Maulana keh detay hain save yourself kyun kay agar koi kuch kehta hai aur hum ghussa ho jatay hain, hamaray andar hatred ho jati hai to hum apnay hi aap ko waste kar rahay hain.</w:t>
      </w:r>
    </w:p>
    <w:p>
      <w:pPr>
        <w:jc w:val="right"/>
      </w:pPr>
      <w:r>
        <w:t>تو اس کو مولانا کہہ دیتے ہیں save yourself کیونکہ اگر کوئی کچھ کہتا ہے اور ہم غصہ ہو جاتے ہیں، ہمارے اندر hatred ہو جاتی ہے تو ہم اپنے ہی آپ کو waste کر رہے ہیں۔</w:t>
      </w:r>
    </w:p>
    <w:p>
      <w:r>
        <w:rPr>
          <w:b/>
        </w:rPr>
        <w:t xml:space="preserve">[16:56] </w:t>
      </w:r>
      <w:r>
        <w:t>hamaray andar jo bhi salahiyaten hain, woh potential kay roop mein hain. to potential ko humain actual banana hai. to agar hum ghussa ho jayengay to hum hum apni salahiyaton ko broo-e-kar nahi la paengay.</w:t>
      </w:r>
    </w:p>
    <w:p>
      <w:pPr>
        <w:jc w:val="right"/>
      </w:pPr>
      <w:r>
        <w:t>ہمارے اندر جو بھی صلاحیتیں ہیں، وہ potential کے روپ میں ہیں۔ تو potential کو ہمیں actual بنانا ہے۔ تو اگر ہم غصہ ہو جائیں گے تو ہم ہم اپنی صلاحیتوں کو بروئے کار نہیں لا پائیں گے۔</w:t>
      </w:r>
    </w:p>
    <w:p>
      <w:r>
        <w:rPr>
          <w:b/>
        </w:rPr>
        <w:t xml:space="preserve">[17:12] </w:t>
      </w:r>
      <w:r>
        <w:t>to hum kuch nahi kar paengay is dunya mein.</w:t>
      </w:r>
    </w:p>
    <w:p>
      <w:pPr>
        <w:jc w:val="right"/>
      </w:pPr>
      <w:r>
        <w:t>تو ہم کچھ نہیں کر پائیں گے اس دنیا میں۔</w:t>
      </w:r>
    </w:p>
    <w:p>
      <w:r>
        <w:rPr>
          <w:b/>
        </w:rPr>
        <w:t xml:space="preserve">[17:16] </w:t>
      </w:r>
      <w:r>
        <w:t>to yeh is liye yeh bohat ziyada zaroori hai kay hum woh karein, sabr karein. aur sabr isi liye Allah taala nay aik bohat bari ibadat bataya hai.</w:t>
      </w:r>
    </w:p>
    <w:p>
      <w:pPr>
        <w:jc w:val="right"/>
      </w:pPr>
      <w:r>
        <w:t>تو یہ اس لیے یہ بہت زیادہ ضروری ہے کہ ہم وہ کریں، صبر کریں۔ اور صبر اسی لیے اللہ تعالی نے ایک بہت بڑی عبادت بتایا ہے۔</w:t>
      </w:r>
    </w:p>
    <w:p>
      <w:r>
        <w:rPr>
          <w:b/>
        </w:rPr>
        <w:t xml:space="preserve">[17:27] </w:t>
      </w:r>
      <w:r>
        <w:t>to is liye sabr jo hai, woh zaroori hai agar hum koi bhi kamyabi is dunya mein aur akhirat mein chahtay hain. ji ji, apa bilkul bohat achhay say aap nay is ko wazeh kiya.</w:t>
      </w:r>
    </w:p>
    <w:p>
      <w:pPr>
        <w:jc w:val="right"/>
      </w:pPr>
      <w:r>
        <w:t>تو اس لیے صبر جو ہے، وہ ضروری ہے اگر ہم کوئی بھی کامیابی اس دنیا میں اور آخرت میں چاہتے ہیں۔ جی جی، آپا بالکل بہت اچھے سے آپ نے اس کو واضح کیا۔</w:t>
      </w:r>
    </w:p>
    <w:p>
      <w:r>
        <w:rPr>
          <w:b/>
        </w:rPr>
        <w:t xml:space="preserve">[17:37] </w:t>
      </w:r>
      <w:r>
        <w:t>In fact, aik sab say bari teaching sabr ki yahi samajh aai apa aap kay jawab say kay we have to learn the art of problem management</w:t>
      </w:r>
    </w:p>
    <w:p>
      <w:pPr>
        <w:jc w:val="right"/>
      </w:pPr>
      <w:r>
        <w:t>In fact, ایک سب سے بڑی teaching صبر کی یہی سمجھ آئی آپا آپ کے جواب سے کہ we have to learn the art of problem management</w:t>
      </w:r>
    </w:p>
    <w:p>
      <w:r>
        <w:rPr>
          <w:b/>
        </w:rPr>
        <w:t xml:space="preserve">[17:46] </w:t>
      </w:r>
      <w:r>
        <w:t>aur Quran mein to chapter 67 mein jaisay aap nay bhi bataya, yeh saaf aaya hai kay God created death and life to find out which one of you is best in conduct to ab woh situations pay hi pata chalay ga kay insan ka kya response woh deta hai jab woh difficult situation, negative situations ko face karta hai.</w:t>
      </w:r>
    </w:p>
    <w:p>
      <w:pPr>
        <w:jc w:val="right"/>
      </w:pPr>
      <w:r>
        <w:t>اور قرآن میں تو چیپٹر 67 میں جیسے آپ نے بھی بتایا، یہ صاف آیا ہے کہ God created death and life to find out which one of you is best in conduct تو اب وہ situations پہ ہی پتہ چلے گا کہ انسان کا کیا response وہ دیتا ہے جب وہ difficult situation, negative situations کو face کرتا ہے۔</w:t>
      </w:r>
    </w:p>
    <w:p>
      <w:r>
        <w:rPr>
          <w:b/>
        </w:rPr>
        <w:t xml:space="preserve">[18:06] </w:t>
      </w:r>
      <w:r>
        <w:t>aur yahi phir bataye ga kay insan test pay poora utra ya nahi</w:t>
      </w:r>
    </w:p>
    <w:p>
      <w:pPr>
        <w:jc w:val="right"/>
      </w:pPr>
      <w:r>
        <w:t>اور یہی پھر بتائے گا کہ انسان ٹیسٹ پہ پورا اترا یا نہیں</w:t>
      </w:r>
    </w:p>
    <w:p>
      <w:r>
        <w:rPr>
          <w:b/>
        </w:rPr>
        <w:t xml:space="preserve">[18:11] </w:t>
      </w:r>
      <w:r>
        <w:t>utra. to negative situation mein apa insan ko nahi parna chahiye. lekin hum dekhtay hain kay log aksar negativity mein par jatay hain.</w:t>
      </w:r>
    </w:p>
    <w:p>
      <w:pPr>
        <w:jc w:val="right"/>
      </w:pPr>
      <w:r>
        <w:t>اترا۔ تو negative situation میں آپا انسان کو نہیں پڑنا چاہیے۔ لیکن ہم دیکھتے ہیں کہ لوگ اکثر negativity میں پڑ جاتے ہیں۔</w:t>
      </w:r>
    </w:p>
    <w:p>
      <w:r>
        <w:rPr>
          <w:b/>
        </w:rPr>
        <w:t xml:space="preserve">[18:20] </w:t>
      </w:r>
      <w:r>
        <w:t>aur negative insan jo hai, woh kabhi bhi Khuda ki inspiration ko nahi pa sake ga. In fact, even for his worldly achievements, negativity will not help him to get success.</w:t>
      </w:r>
    </w:p>
    <w:p>
      <w:pPr>
        <w:jc w:val="right"/>
      </w:pPr>
      <w:r>
        <w:t>اور negative انسان جو ہے، وہ کبھی بھی خدا کی inspiration کو نہیں پا سکے گا۔ In fact, even for his worldly achievements, negativity will not help him to get success۔</w:t>
      </w:r>
    </w:p>
    <w:p>
      <w:r>
        <w:rPr>
          <w:b/>
        </w:rPr>
        <w:t xml:space="preserve">[18:33] </w:t>
      </w:r>
      <w:r>
        <w:t>to negativity is liye itna bara apa yeh aik evil hai. to is kay baray mein bhi aap kuch batayein.</w:t>
      </w:r>
    </w:p>
    <w:p>
      <w:pPr>
        <w:jc w:val="right"/>
      </w:pPr>
      <w:r>
        <w:t>تو negativity اس لیے اتنا بڑا آپا یہ ایک evil ہے۔ تو اس کے بارے میں بھی آپ کچھ بتائیں۔</w:t>
      </w:r>
    </w:p>
    <w:p>
      <w:r>
        <w:rPr>
          <w:b/>
        </w:rPr>
        <w:t xml:space="preserve">[18:41] </w:t>
      </w:r>
      <w:r>
        <w:t>sab say bara nuqsan to negativity ka yahi hai kay aisay shakhs ko Khuda ka inspiration nahi milay ga. kyun kay Khuda ka naam hi aik hai: As-Salam, peace.</w:t>
      </w:r>
    </w:p>
    <w:p>
      <w:pPr>
        <w:jc w:val="right"/>
      </w:pPr>
      <w:r>
        <w:t>سب سے بڑا نقصان تو negativity کا یہی ہے کہ ایسے شخص کو خدا کا inspiration نہیں ملے گا۔ کیونکہ خدا کا نام ہی ایک ہے: السلام، peace۔</w:t>
      </w:r>
    </w:p>
    <w:p>
      <w:r>
        <w:rPr>
          <w:b/>
        </w:rPr>
        <w:t xml:space="preserve">[18:54] </w:t>
      </w:r>
      <w:r>
        <w:t>jannat ka naam hai: Dar-us-Salam. to yeh sab akhirat mein, jannat mein peace hi peace hoga. ab wahan hum yahan say hum intiqam, hatred, jo ghussa lay kar jayengay to wahan hum jagah kahan milay gi hum</w:t>
      </w:r>
    </w:p>
    <w:p>
      <w:pPr>
        <w:jc w:val="right"/>
      </w:pPr>
      <w:r>
        <w:t>جنت کا نام ہے: دارالسلام۔ تو یہ سب آخرت میں، جنت میں peace ہی peace ہوگا۔ اب وہاں ہم یہاں سے ہم انتقام، hatred، جو غصہ لے کر جائیں گے تو وہاں ہم جگہ کہاں ملے گی ہم</w:t>
      </w:r>
    </w:p>
    <w:p>
      <w:r>
        <w:rPr>
          <w:b/>
        </w:rPr>
        <w:t xml:space="preserve">[19:09] </w:t>
      </w:r>
      <w:r>
        <w:t>ein? aur is dunya mein jo kuch bhi hamaray paas hai, woh potential kay roop mein hai. jab humain Khuda ka inspiration milta hai, tab hum is potential ko actual kar patay</w:t>
      </w:r>
    </w:p>
    <w:p>
      <w:pPr>
        <w:jc w:val="right"/>
      </w:pPr>
      <w:r>
        <w:t>یں؟ اور اس دنیا میں جو کچھ بھی ہمارے پاس ہے، وہ potential کے روپ میں ہے۔ جب ہمیں خدا کا inspiration ملتا ہے، تب ہم اس potential کو actual کر پاتے</w:t>
      </w:r>
    </w:p>
    <w:p>
      <w:r>
        <w:rPr>
          <w:b/>
        </w:rPr>
        <w:t xml:space="preserve">[19:20] </w:t>
      </w:r>
      <w:r>
        <w:t>hain. to humain har waqt positive rehna hai ta kay humain farishton kay zariye say Khuda ka inspiration humain milta milta rahay.</w:t>
      </w:r>
    </w:p>
    <w:p>
      <w:pPr>
        <w:jc w:val="right"/>
      </w:pPr>
      <w:r>
        <w:t>ہیں۔ تو ہمیں ہر وقت positive رہنا ہے تاکہ ہمیں فرشتوں کے ذریعے سے خدا کا inspiration ہمیں ملتا ملتا رہے۔</w:t>
      </w:r>
    </w:p>
    <w:p>
      <w:r>
        <w:rPr>
          <w:b/>
        </w:rPr>
        <w:t xml:space="preserve">[19:30] </w:t>
      </w:r>
      <w:r>
        <w:t>aur yeh to bilkul clear hai, Quran say hi hai kay sabr ka jo hai, ajr jo hai, baghair hisab. jabkay koi roza, namaz, kisi kaam kay liye yeh yeh wirth is tarah say nahi aai hai kay baghair hisab ajr hai.</w:t>
      </w:r>
    </w:p>
    <w:p>
      <w:pPr>
        <w:jc w:val="right"/>
      </w:pPr>
      <w:r>
        <w:t>اور یہ تو بالکل clear ہے، قرآن سے ہی ہے کہ صبر کا جو ہے، اجر جو ہے، بغیر حساب۔ جبکہ کوئی روزہ، نماز، کسی کام کے لیے یہ یہ ورث اس طرح سے نہیں آئی ہے کہ بغیر حساب اجر ہے۔</w:t>
      </w:r>
    </w:p>
    <w:p>
      <w:r>
        <w:rPr>
          <w:b/>
        </w:rPr>
        <w:t xml:space="preserve">[19:46] </w:t>
      </w:r>
      <w:r>
        <w:t>kyun kay har cheez, hamari ibadat kay liye bhi sabr chahiye.</w:t>
      </w:r>
    </w:p>
    <w:p>
      <w:pPr>
        <w:jc w:val="right"/>
      </w:pPr>
      <w:r>
        <w:t>کیونکہ ہر چیز، ہماری عبادت کے لیے بھی صبر چاہیے۔</w:t>
      </w:r>
    </w:p>
    <w:p>
      <w:r>
        <w:rPr>
          <w:b/>
        </w:rPr>
        <w:t xml:space="preserve">[19:50] </w:t>
      </w:r>
      <w:r>
        <w:t>har cheez kay liye sabr chahiye. to agar sabr hum nahi karengay to hum koi kaam nahi kar saktay. ab hum jab Hajj karnay jatay hain, tarah tarah kay unpleasant experiences humain hotay hain.</w:t>
      </w:r>
    </w:p>
    <w:p>
      <w:pPr>
        <w:jc w:val="right"/>
      </w:pPr>
      <w:r>
        <w:t>ہر چیز کے لیے صبر چاہیے۔ تو اگر صبر ہم نہیں کریں گے تو ہم کوئی کام نہیں کر سکتے۔ اب ہم جب حج کرنے جاتے ہیں، طرح طرح کے unpleasant experiences ہمیں ہوتے ہیں۔</w:t>
      </w:r>
    </w:p>
    <w:p>
      <w:r>
        <w:rPr>
          <w:b/>
        </w:rPr>
        <w:t xml:space="preserve">[20:01] </w:t>
      </w:r>
      <w:r>
        <w:t>to agar hum sabr nahi karengay to hamara Hajj hi kharab ho jaye ga. to har kaam kay liye humain sabr chahiye.</w:t>
      </w:r>
    </w:p>
    <w:p>
      <w:pPr>
        <w:jc w:val="right"/>
      </w:pPr>
      <w:r>
        <w:t>تو اگر ہم صبر نہیں کریں گے تو ہمارا حج ہی خراب ہو جائے گا۔ تو ہر کام کے لیے ہمیں صبر چاہیے۔</w:t>
      </w:r>
    </w:p>
    <w:p>
      <w:r>
        <w:rPr>
          <w:b/>
        </w:rPr>
        <w:t xml:space="preserve">[20:09] </w:t>
      </w:r>
      <w:r>
        <w:t>to yeh is liye be hisab ajr bataya gaya hai kyunke self-discipline jo hai, yeh bohat mushkil kaam hai. aur yeh mushkil kaam hum Khuda ke liye karte hain.</w:t>
      </w:r>
    </w:p>
    <w:p>
      <w:pPr>
        <w:jc w:val="right"/>
      </w:pPr>
      <w:r>
        <w:t>تو یہ اس لیے بے حساب اجر بتایا گیا ہے کیونکہ self-discipline جو ہے، یہ بہت مشکل کام ہے۔ اور یہ مشکل کام ہم خدا کے لیے کرتے ہیں۔</w:t>
      </w:r>
    </w:p>
    <w:p>
      <w:r>
        <w:rPr>
          <w:b/>
        </w:rPr>
        <w:t xml:space="preserve">[20:21] </w:t>
      </w:r>
      <w:r>
        <w:t>to is liye yeh hamein bataya gaya hai ke is mein be hisab ajr hai.</w:t>
      </w:r>
    </w:p>
    <w:p>
      <w:pPr>
        <w:jc w:val="right"/>
      </w:pPr>
      <w:r>
        <w:t>تو اس لیے یہ ہمیں بتایا گیا ہے کہ اس میں بے حساب اجر ہے۔</w:t>
      </w:r>
    </w:p>
    <w:p>
      <w:r>
        <w:rPr>
          <w:b/>
        </w:rPr>
        <w:t xml:space="preserve">[20:26] </w:t>
      </w:r>
      <w:r>
        <w:t>koi bhi kaam jab hum Khuda ke liye karte hain to is mein is ka bohat bara ajr hota hai. lekin chunke yeh mushkil kaam hai, is liye is ka bohat ziyada ajr hai.</w:t>
      </w:r>
    </w:p>
    <w:p>
      <w:pPr>
        <w:jc w:val="right"/>
      </w:pPr>
      <w:r>
        <w:t>کوئی بھی کام جب ہم خدا کے لیے کرتے ہیں تو اس میں اس کا بہت بڑا اجر ہوتا ہے۔ لیکن چونکہ یہ مشکل کام ہے، اس لیے اس کا بہت زیادہ اجر ہے۔</w:t>
      </w:r>
    </w:p>
    <w:p>
      <w:r>
        <w:rPr>
          <w:b/>
        </w:rPr>
        <w:t xml:space="preserve">[20:37] </w:t>
      </w:r>
      <w:r>
        <w:t>aur chunke hum Khuda ke nizaam se mutabiqat karte hain ke Khuda ne aise hi nizaam banaya hai. ab koi aisi dunya hoti jahan hum akele hote to sabr karne ki zaroorat hi na parti.</w:t>
      </w:r>
    </w:p>
    <w:p>
      <w:pPr>
        <w:jc w:val="right"/>
      </w:pPr>
      <w:r>
        <w:t>اور چونکہ ہم خدا کے نظام سے مطابقت کرتے ہیں کہ خدا نے ایسے ہی نظام بنایا ہے۔ اب کوئی ایسی دنیا ہوتی جہاں ہم اکیلے ہوتے تو صبر کرنے کی ضرورت ہی نہ پڑتی۔</w:t>
      </w:r>
    </w:p>
    <w:p>
      <w:r>
        <w:rPr>
          <w:b/>
        </w:rPr>
        <w:t xml:space="preserve">[20:48] </w:t>
      </w:r>
      <w:r>
        <w:t>lekin ek aisi dunya jahan hazaron hazaron log hamare sath hain, to un ko un ki riayat karni parti hai.</w:t>
      </w:r>
    </w:p>
    <w:p>
      <w:pPr>
        <w:jc w:val="right"/>
      </w:pPr>
      <w:r>
        <w:t>لیکن ایک ایسی دنیا جہاں ہزاروں ہزاروں لوگ ہمارے ساتھ ہیں، تو ان کو ان کی رعایت کرنی پڑتی ہے۔</w:t>
      </w:r>
    </w:p>
    <w:p>
      <w:r>
        <w:rPr>
          <w:b/>
        </w:rPr>
        <w:t xml:space="preserve">[20:55] </w:t>
      </w:r>
      <w:r>
        <w:t>un ke liye concession dena parta hai. to wahan par hamein har waqt sabr ki zaroorat hai. aur jab tak hum sabr nahi karenge, halaat normal nahi hote.</w:t>
      </w:r>
    </w:p>
    <w:p>
      <w:pPr>
        <w:jc w:val="right"/>
      </w:pPr>
      <w:r>
        <w:t>ان کے لیے concession دینا پڑتا ہے۔ تو وہاں پر ہمیں ہر وقت صبر کی ضرورت ہے۔ اور جب تک ہم صبر نہیں کریں گے، حالات نارمل نہیں ہوتے۔</w:t>
      </w:r>
    </w:p>
    <w:p>
      <w:r>
        <w:rPr>
          <w:b/>
        </w:rPr>
        <w:t xml:space="preserve">[21:04] </w:t>
      </w:r>
      <w:r>
        <w:t>ab ek momin ki sab se bara kaam yeh hai ke hum hamare paas jo bhi Khuda ki baatein hain, woh hum doosron tak pohanchate rahein. to agar hum sabr nahi karenge aur hamara halaat normal nahi rahega, to hum doosron tak baat pohancha nahi payenge.</w:t>
      </w:r>
    </w:p>
    <w:p>
      <w:pPr>
        <w:jc w:val="right"/>
      </w:pPr>
      <w:r>
        <w:t>اب ایک مومن کی سب سے بڑا کام یہ ہے کہ ہم ہمارے پاس جو بھی خدا کی باتیں ہیں، وہ ہم دوسروں تک پہنچاتے رہیں۔ تو اگر ہم صبر نہیں کریں گے اور ہمارا حالات نارمل نہیں رہے گا، تو ہم دوسروں تک بات پہنچا نہیں پائیں گے۔</w:t>
      </w:r>
    </w:p>
    <w:p>
      <w:r>
        <w:rPr>
          <w:b/>
        </w:rPr>
        <w:t xml:space="preserve">[21:22] </w:t>
      </w:r>
      <w:r>
        <w:t>to is mein jo sabr aur shukr bhi ek hi sath link kiya gaya hai. kyunke agar hum sabr nahi karenge to hamare andar shukr bhi nahi paida hoga.</w:t>
      </w:r>
    </w:p>
    <w:p>
      <w:pPr>
        <w:jc w:val="right"/>
      </w:pPr>
      <w:r>
        <w:t>تو اس میں جو صبر اور شکر بھی ایک ہی ساتھ لنک کیا گیا ہے۔ کیونکہ اگر ہم صبر نہیں کریں گے تو ہمارے اندر شکر بھی نہیں پیدا ہوگا۔</w:t>
      </w:r>
    </w:p>
    <w:p>
      <w:r>
        <w:rPr>
          <w:b/>
        </w:rPr>
        <w:t xml:space="preserve">[21:34] </w:t>
      </w:r>
      <w:r>
        <w:t>kyunke agar hum har waqt complaint, hamara complaint wali mentality mein har waqt hum rahenge, to hum shukr kiya kar payenge?</w:t>
      </w:r>
    </w:p>
    <w:p>
      <w:pPr>
        <w:jc w:val="right"/>
      </w:pPr>
      <w:r>
        <w:t>کیونکہ اگر ہم ہر وقت کمپلینٹ، ہمارا کمپلینٹ والی مینٹیلیٹی میں ہر وقت ہم رہیں گے، تو ہم شکر کیا کر پائیں گے؟</w:t>
      </w:r>
    </w:p>
    <w:p>
      <w:r>
        <w:rPr>
          <w:b/>
        </w:rPr>
        <w:t xml:space="preserve">[21:43] </w:t>
      </w:r>
      <w:r>
        <w:t>shukr to isi par hota hai na ke Allah taala ki jo sari blessings hamein mili hui hain, us ke liye hum shukr ada kari</w:t>
      </w:r>
    </w:p>
    <w:p>
      <w:pPr>
        <w:jc w:val="right"/>
      </w:pPr>
      <w:r>
        <w:t>شکر تو اسی پر ہوتا ہے نا کہ اللہ تعالی کی جو ساری بلیسنگز ہمیں ملی ہوئی ہیں، اس کے لیے ہم شکر ادا کری</w:t>
      </w:r>
    </w:p>
    <w:p>
      <w:r>
        <w:rPr>
          <w:b/>
        </w:rPr>
        <w:t xml:space="preserve">[21:51] </w:t>
      </w:r>
      <w:r>
        <w:t>n. ab kabhi aisa hota hai ke bohat sari blessings hamein mili hui hain, ek adh cheez nahi mili hui hoti hai. to hum hum isi par focus kar dete hain.</w:t>
      </w:r>
    </w:p>
    <w:p>
      <w:pPr>
        <w:jc w:val="right"/>
      </w:pPr>
      <w:r>
        <w:t>ں۔ اب کبھی ایسا ہوتا ہے کہ بہت ساری بلیسنگز ہمیں ملی ہوئی ہیں، ایک ادھ چیز نہیں ملی ہوئی ہوتی ہے۔ تو ہم ہم اسی پر فوکس کر دیتے ہیں۔</w:t>
      </w:r>
    </w:p>
    <w:p>
      <w:r>
        <w:rPr>
          <w:b/>
        </w:rPr>
        <w:t xml:space="preserve">[22:01] </w:t>
      </w:r>
      <w:r>
        <w:t>to is tareeqe se phir hamare andar phir complaint aa jata hai. to hamein bohat ziyada soch samajh kar zindagi guzarni hai ke har halat mein hamein Khuda ka shakir banda ban kar rehna hai.</w:t>
      </w:r>
    </w:p>
    <w:p>
      <w:pPr>
        <w:jc w:val="right"/>
      </w:pPr>
      <w:r>
        <w:t>تو اس طریقے سے پھر ہمارے اندر پھر کمپلینٹ آ جاتا ہے۔ تو ہمیں بہت زیادہ سوچ سمجھ کر زندگی گزارنی ہے کہ ہر حالت میں ہمیں خدا کا شاکر بندہ بن کر رہنا ہے۔</w:t>
      </w:r>
    </w:p>
    <w:p>
      <w:r>
        <w:rPr>
          <w:b/>
        </w:rPr>
        <w:t xml:space="preserve">[22:14] </w:t>
      </w:r>
      <w:r>
        <w:t>kyunke shakir bande hi ke liye jannat hai.</w:t>
      </w:r>
    </w:p>
    <w:p>
      <w:pPr>
        <w:jc w:val="right"/>
      </w:pPr>
      <w:r>
        <w:t>کیونکہ شاکر بندے ہی کے لیے جنت ہے۔</w:t>
      </w:r>
    </w:p>
    <w:p>
      <w:r>
        <w:rPr>
          <w:b/>
        </w:rPr>
        <w:t xml:space="preserve">[22:17] </w:t>
      </w:r>
      <w:r>
        <w:t>to hamein jab tak Khuda ka shukr nahi ada karenge, hamein hum ko matlab itna bara risk hum le rahe hain ke hum woh jannat se mehroom ho jayen.</w:t>
      </w:r>
    </w:p>
    <w:p>
      <w:pPr>
        <w:jc w:val="right"/>
      </w:pPr>
      <w:r>
        <w:t>تو ہمیں جب تک خدا کا شکر نہیں ادا کریں گے، ہمیں ہم کو مطلب اتنا بڑا رسک ہم لے رہے ہیں کہ ہم وہ جنت سے محروم ہو جائیں۔</w:t>
      </w:r>
    </w:p>
    <w:p>
      <w:r>
        <w:rPr>
          <w:b/>
        </w:rPr>
        <w:t xml:space="preserve">[22:28] </w:t>
      </w:r>
      <w:r>
        <w:t>to isi ko qalb saleem kaha gaya hai Quran mein ke jo log aakhirat mein qalb saleem ke sath, yani positive heart ke sath ayenge, un ko wahan jannat mein jagah milegi.</w:t>
      </w:r>
    </w:p>
    <w:p>
      <w:pPr>
        <w:jc w:val="right"/>
      </w:pPr>
      <w:r>
        <w:t>تو اسی کو قلب سلیم کہا گیا ہے قرآن میں کہ جو لوگ آخرت میں قلب سلیم کے ساتھ، یعنی positive heart کے ساتھ آئیں گے، ان کو وہاں جنت میں جگہ ملے گی۔</w:t>
      </w:r>
    </w:p>
    <w:p>
      <w:r>
        <w:rPr>
          <w:b/>
        </w:rPr>
        <w:t xml:space="preserve">[22:40] </w:t>
      </w:r>
      <w:r>
        <w:t>to ab is se bara aur nuqsan kya ho sakta hai? ji,</w:t>
      </w:r>
    </w:p>
    <w:p>
      <w:pPr>
        <w:jc w:val="right"/>
      </w:pPr>
      <w:r>
        <w:t>تو اب اس سے بڑا اور نقصان کیا ہو سکتا ہے؟ جی،</w:t>
      </w:r>
    </w:p>
    <w:p>
      <w:r>
        <w:rPr>
          <w:b/>
        </w:rPr>
        <w:t xml:space="preserve">[22:45] </w:t>
      </w:r>
      <w:r>
        <w:t>apa agla sawal lene se pehle kuch comments parhna chahunga. yeh comment bheja hai Miss Reshma Parvez ne Kochi se. unhon ne likha hai: "Sabr isn't easy.</w:t>
      </w:r>
    </w:p>
    <w:p>
      <w:pPr>
        <w:jc w:val="right"/>
      </w:pPr>
      <w:r>
        <w:t>آپا اگلا سوال لینے سے پہلے کچھ کمنٹس پڑھنا چاہوں گا۔ یہ کمنٹ بھیجا ہے مس ریشما پرویز نے کوچی سے۔ انہوں نے لکھا ہے: "Sabr isn't easy.</w:t>
      </w:r>
    </w:p>
    <w:p>
      <w:r>
        <w:rPr>
          <w:b/>
        </w:rPr>
        <w:t xml:space="preserve">[22:54] </w:t>
      </w:r>
      <w:r>
        <w:t>Sabr is tears. Sabr is feeling alone. Sabr is swallowing insults. It is covering tears.</w:t>
      </w:r>
    </w:p>
    <w:p>
      <w:pPr>
        <w:jc w:val="right"/>
      </w:pPr>
      <w:r>
        <w:t>Sabr is tears. Sabr is feeling alone. Sabr is swallowing insults. It is covering tears.</w:t>
      </w:r>
    </w:p>
    <w:p>
      <w:r>
        <w:rPr>
          <w:b/>
        </w:rPr>
        <w:t xml:space="preserve">[23:03] </w:t>
      </w:r>
      <w:r>
        <w:t>Sabr is crying for the response of Allah." Shahid Hussain sahib ne Srinagar se likha hai: "Sabr waiting for Almighty's God's design.</w:t>
      </w:r>
    </w:p>
    <w:p>
      <w:pPr>
        <w:jc w:val="right"/>
      </w:pPr>
      <w:r>
        <w:t>Sabr is crying for the response of Allah." شاہد حسین صاحب نے سری نگر سے لکھا ہے: "Sabr waiting for Almighty's God's design.</w:t>
      </w:r>
    </w:p>
    <w:p>
      <w:r>
        <w:rPr>
          <w:b/>
        </w:rPr>
        <w:t xml:space="preserve">[23:12] </w:t>
      </w:r>
      <w:r>
        <w:t>Jazak Allah."</w:t>
      </w:r>
    </w:p>
    <w:p>
      <w:pPr>
        <w:jc w:val="right"/>
      </w:pPr>
      <w:r>
        <w:t>جزاک اللہ."</w:t>
      </w:r>
    </w:p>
    <w:p>
      <w:r>
        <w:rPr>
          <w:b/>
        </w:rPr>
        <w:t xml:space="preserve">[23:14] </w:t>
      </w:r>
      <w:r>
        <w:t>Syed Haseeb Shah Naqvi sahib ne Pakistan se likha hai: "In Maulana's book 'Awraq-e-Tarikh' the events have been mentioned in a very good manner and also in the creator of modern Islam." Miss Fareeda Kamran ne Islamabad Pakistan se likha hai: "We can achieve good results through patience." Dr. Aslam sahib ne Saharanpur se likha hai: "Quran says that no matter what the situation we are facing, we should be faithful and patient.</w:t>
      </w:r>
    </w:p>
    <w:p>
      <w:pPr>
        <w:jc w:val="right"/>
      </w:pPr>
      <w:r>
        <w:t>سید حسیب شاہ نقوی صاحب نے پاکستان سے لکھا ہے: "In مولانا's book 'اوراق تاریخ' the events have been mentioned in a very good manner and also in the creator of modern Islam." مس فریدہ کامران نے اسلام آباد پاکستان سے لکھا ہے: "We can achieve good results through patience." ڈاکٹر اسلم صاحب نے سارن پور سے لکھا ہے: "Quran says that no matter what the situation we are facing, we should be faithful and patient.</w:t>
      </w:r>
    </w:p>
    <w:p>
      <w:r>
        <w:rPr>
          <w:b/>
        </w:rPr>
        <w:t xml:space="preserve">[23:43] </w:t>
      </w:r>
      <w:r>
        <w:t>As Allah is with us, He will never leave us alone." Muhammad Asif sahib ne Kanpur se likha hai: "Apa ne sabr ki jo detailing ki hai, woh sabr ki sahi samajh deti hai.</w:t>
      </w:r>
    </w:p>
    <w:p>
      <w:pPr>
        <w:jc w:val="right"/>
      </w:pPr>
      <w:r>
        <w:t>As Allah is with us, He will never leave us alone." محمد آصف صاحب نے کانپور سے لکھا ہے: "آپا نے صبر کی جو detailing کی ہے، وہ صبر کی صحیح سمجھ دیتی ہے۔</w:t>
      </w:r>
    </w:p>
    <w:p>
      <w:r>
        <w:rPr>
          <w:b/>
        </w:rPr>
        <w:t xml:space="preserve">[23:56] </w:t>
      </w:r>
      <w:r>
        <w:t>aur sabr hamare liye kyun behad zaroori hai, hamein yahan se yeh taleem milti hai." Jazak Allah. Khair, CPS team ko teh dil se shukriya.</w:t>
      </w:r>
    </w:p>
    <w:p>
      <w:pPr>
        <w:jc w:val="right"/>
      </w:pPr>
      <w:r>
        <w:t>اور صبر ہمارے لیے کیوں بے حد ضروری ہے، ہمیں یہاں سے یہ تعلیم ملتی ہے۔" جزاک اللہ۔ خیر، سی پی ایس ٹیم کو تہہ دل سے شکریہ۔</w:t>
      </w:r>
    </w:p>
    <w:p>
      <w:r>
        <w:rPr>
          <w:b/>
        </w:rPr>
        <w:t xml:space="preserve">[24:07] </w:t>
      </w:r>
      <w:r>
        <w:t>Apa ek ek hadees hai ke sabr se behtar aur sabr se bara koi gift kisi insaan ko nahi diya gaya hai.</w:t>
      </w:r>
    </w:p>
    <w:p>
      <w:pPr>
        <w:jc w:val="right"/>
      </w:pPr>
      <w:r>
        <w:t>آپا ایک ایک حدیث ہے کہ صبر سے بہتر اور صبر سے بڑا کوئی gift کسی انسان کو نہیں دیا گیا ہے۔</w:t>
      </w:r>
    </w:p>
    <w:p>
      <w:r>
        <w:rPr>
          <w:b/>
        </w:rPr>
        <w:t xml:space="preserve">[24:16] </w:t>
      </w:r>
      <w:r>
        <w:t>to is is hadees ko aap wazeh karen. hmm, ek hadees hai ke sabr se behtar aur sab se bara koi atiya insaan ko nahi diya gaya.</w:t>
      </w:r>
    </w:p>
    <w:p>
      <w:pPr>
        <w:jc w:val="right"/>
      </w:pPr>
      <w:r>
        <w:t>تو اس اس حدیث کو آپ واضح کریں۔ ہمم، ایک حدیث ہے کہ صبر سے بہتر اور سب سے بڑا کوئی عطیہ انسان کو نہیں دیا گیا۔</w:t>
      </w:r>
    </w:p>
    <w:p>
      <w:r>
        <w:rPr>
          <w:b/>
        </w:rPr>
        <w:t xml:space="preserve">[24:29] </w:t>
      </w:r>
      <w:r>
        <w:t>halankeh bohat saare log sabr ko cowardice samajhte hain, paspai samajh</w:t>
      </w:r>
    </w:p>
    <w:p>
      <w:pPr>
        <w:jc w:val="right"/>
      </w:pPr>
      <w:r>
        <w:t>حالانکہ بہت سارے لوگ صبر کو cowardice سمجھتے ہیں، پسپائی سمجھ</w:t>
      </w:r>
    </w:p>
    <w:p>
      <w:r>
        <w:rPr>
          <w:b/>
        </w:rPr>
        <w:t xml:space="preserve">[24:34] </w:t>
      </w:r>
      <w:r>
        <w:t>te hain. yeh cowardice paspai nahin hai, balkeh yeh wise approach ka doosra naam jo hai, woh sabr hai. toh sabr hi se har qism ki nekiyon ka inka source hai, samajh lijiye, har qism ki nekiyan.</w:t>
      </w:r>
    </w:p>
    <w:p>
      <w:pPr>
        <w:jc w:val="right"/>
      </w:pPr>
      <w:r>
        <w:t>تے ہیں۔ یہ cowardice پسپائی نہیں ہے، بلکہ یہ wise approach کا دوسرا نام جو ہے، وہ صبر ہے۔ تو صبر ہی سے ہر قسم کی نیکیوں کا ان کا source ہے، سمجھ لیجیے، ہر قسم کی نیکیاں۔</w:t>
      </w:r>
    </w:p>
    <w:p>
      <w:r>
        <w:rPr>
          <w:b/>
        </w:rPr>
        <w:t xml:space="preserve">[24:47] </w:t>
      </w:r>
      <w:r>
        <w:t>agar hum be sabri karenge toh har qism ki buraiyan jo hain, woh humare hisse mein aayengi.</w:t>
      </w:r>
    </w:p>
    <w:p>
      <w:pPr>
        <w:jc w:val="right"/>
      </w:pPr>
      <w:r>
        <w:t>اگر ہم بے صبری کریں گے تو ہر قسم کی برائیاں جو ہیں، وہ ہمارے حصے میں آئیں گی۔</w:t>
      </w:r>
    </w:p>
    <w:p>
      <w:r>
        <w:rPr>
          <w:b/>
        </w:rPr>
        <w:t xml:space="preserve">[24:54] </w:t>
      </w:r>
      <w:r>
        <w:t>toh yahan tak kaha gaya hai ke jahannum ko lazzaton se dhank diya gaya hai aur jannat ko nakhushgawariyon se. toh jitni bhi hum desires ko follow karen, jo humari marzi ho, woh hum karen.</w:t>
      </w:r>
    </w:p>
    <w:p>
      <w:pPr>
        <w:jc w:val="right"/>
      </w:pPr>
      <w:r>
        <w:t>تو یہاں تک کہا گیا ہے کہ جہنم کو لذتوں سے ڈھانک دیا گیا ہے اور جنت کو ناخوشگواریوں سے۔ تو جتنی بھی ہم desires کو follow کریں، جو ہماری مرضی ہو، وہ ہم کریں۔</w:t>
      </w:r>
    </w:p>
    <w:p>
      <w:r>
        <w:rPr>
          <w:b/>
        </w:rPr>
        <w:t xml:space="preserve">[25:07] </w:t>
      </w:r>
      <w:r>
        <w:t>toh kehte hain ke aisa aadmi jo hai, seedhe jahannum ke raaste par chalta hai. toh humein is duniya mein yahi humara test hai ke hum Khuda ki marzi ke mutabiq is duniya mein rehte hain ya apni marzi ke mutabiq rehte hain.</w:t>
      </w:r>
    </w:p>
    <w:p>
      <w:pPr>
        <w:jc w:val="right"/>
      </w:pPr>
      <w:r>
        <w:t>تو کہتے ہیں کہ ایسا آدمی جو ہے، سیدھے جہنم کے راستے پر چلتا ہے۔ تو ہمیں اس دنیا میں یہی ہمارا ٹیسٹ ہے کہ ہم خدا کی مرضی کے مطابق اس دنیا میں رہتے ہیں یا اپنی مرضی کے مطابق رہتے ہیں۔</w:t>
      </w:r>
    </w:p>
    <w:p>
      <w:r>
        <w:rPr>
          <w:b/>
        </w:rPr>
        <w:t xml:space="preserve">[25:23] </w:t>
      </w:r>
      <w:r>
        <w:t>toh yahi toh Hazrat Adam ka bhi test hua tha. toh Hazrat Adam ne baad mein apne gunahon ki maafi mangi, Allah taala ne unko maaf kiya aur unko pehla paighambar bhi banaya.</w:t>
      </w:r>
    </w:p>
    <w:p>
      <w:pPr>
        <w:jc w:val="right"/>
      </w:pPr>
      <w:r>
        <w:t>تو یہی تو حضرت آدم کا بھی ٹیسٹ ہوا تھا۔ تو حضرت آدم نے بعد میں اپنے گناہوں کی معافی مانگی، اللہ تعالی نے ان کو معاف کیا اور ان کو پہلا پیغمبر بھی بنایا۔</w:t>
      </w:r>
    </w:p>
    <w:p>
      <w:r>
        <w:rPr>
          <w:b/>
        </w:rPr>
        <w:t xml:space="preserve">[25:34] </w:t>
      </w:r>
      <w:r>
        <w:t>toh hum log jo hain, hum log bhi agar ghalati ho jaati hai toh uske liye hum maafi mangen Khuda se. yeh nahin ke ek dum hi bilkul be dehani mein chalte rahen, chalte rahen aur humein khabar bhi na ho ke hum kitni badi ghalati kar rahe hain.</w:t>
      </w:r>
    </w:p>
    <w:p>
      <w:pPr>
        <w:jc w:val="right"/>
      </w:pPr>
      <w:r>
        <w:t>تو ہم لوگ جو ہیں، ہم لوگ بھی اگر غلطی ہو جاتی ہے تو اس کے لیے ہم معافی مانگیں خدا سے۔ یہ نہیں کہ ایک دم ہی بالکل بے دھیانی میں چلتے رہیں، چلتے رہیں اور ہمیں خبر بھی نہ ہو کہ ہم کتنی بڑی غلطی کر رہے ہیں۔</w:t>
      </w:r>
    </w:p>
    <w:p>
      <w:r>
        <w:rPr>
          <w:b/>
        </w:rPr>
        <w:t xml:space="preserve">[25:51] </w:t>
      </w:r>
      <w:r>
        <w:t>toh Maulana ne likha hai ke jannat sabr ke is paar hai, agarcheh log apni nadani se be sabri ke is paar samajh lete hain.</w:t>
      </w:r>
    </w:p>
    <w:p>
      <w:pPr>
        <w:jc w:val="right"/>
      </w:pPr>
      <w:r>
        <w:t>تو مولانا نے لکھا ہے کہ جنت صبر کے اس پار ہے، اگرچہ لوگ اپنی نادانی سے بے صبری کے اس پار سمجھ لیتے ہیں۔</w:t>
      </w:r>
    </w:p>
    <w:p>
      <w:r>
        <w:rPr>
          <w:b/>
        </w:rPr>
        <w:t xml:space="preserve">[26:01] </w:t>
      </w:r>
      <w:r>
        <w:t>toh yeh jo hai, bohat badi baat hai ke humein sabr ka kitna bada incentive hai sabr karne ka.</w:t>
      </w:r>
    </w:p>
    <w:p>
      <w:pPr>
        <w:jc w:val="right"/>
      </w:pPr>
      <w:r>
        <w:t>تو یہ جو ہے، بہت بڑی بات ہے کہ ہمیں صبر کا کتنا بڑا incentive ہے صبر کرنے کا۔</w:t>
      </w:r>
    </w:p>
    <w:p>
      <w:r>
        <w:rPr>
          <w:b/>
        </w:rPr>
        <w:t xml:space="preserve">[26:10] </w:t>
      </w:r>
      <w:r>
        <w:t>toh humein apne khilaaf mizaj baaton ko bardasht karna hai, apni ghalati manna hai, doosron ka etiraf karna hai aur ab apne huqooq se zyada humein jo hai, dehan humara apni zimmedariyon par rahe.</w:t>
      </w:r>
    </w:p>
    <w:p>
      <w:pPr>
        <w:jc w:val="right"/>
      </w:pPr>
      <w:r>
        <w:t>تو ہمیں اپنے خلاف مزاج باتوں کو برداشت کرنا ہے، اپنی غلطی ماننا ہے، دوسروں کا اعتراف کرنا ہے اور اب اپنے حقوق سے زیادہ ہمیں جو ہے، دھیان ہمارا اپنی ذمہ داریوں پر رہے۔</w:t>
      </w:r>
    </w:p>
    <w:p>
      <w:r>
        <w:rPr>
          <w:b/>
        </w:rPr>
        <w:t xml:space="preserve">[26:26] </w:t>
      </w:r>
      <w:r>
        <w:t>toh apne huqooq toh aakhirat mein milenge, is duniya mein humari zimmedariyan hi zimmedariyan hain. Maulana ne kahin likha hai ke momin ki is duniya mein sirf zimmedariyan hi zimmedariyan hain.</w:t>
      </w:r>
    </w:p>
    <w:p>
      <w:pPr>
        <w:jc w:val="right"/>
      </w:pPr>
      <w:r>
        <w:t>تو اپنے حقوق تو آخرت میں ملیں گے، اس دنیا میں ہماری ذمہ داریاں ہی ذمہ داریاں ہیں۔ مولانا نے کہیں لکھا ہے کہ مومن کی اس دنیا میں صرف ذمہ داریاں ہی ذمہ داریاں ہیں۔</w:t>
      </w:r>
    </w:p>
    <w:p>
      <w:r>
        <w:rPr>
          <w:b/>
        </w:rPr>
        <w:t xml:space="preserve">[26:38] </w:t>
      </w:r>
      <w:r>
        <w:t>ji, huqooq toh aakhirat mein milenge.</w:t>
      </w:r>
    </w:p>
    <w:p>
      <w:pPr>
        <w:jc w:val="right"/>
      </w:pPr>
      <w:r>
        <w:t>جی، حقوق تو آخرت میں ملیں گے۔</w:t>
      </w:r>
    </w:p>
    <w:p>
      <w:r>
        <w:rPr>
          <w:b/>
        </w:rPr>
        <w:t xml:space="preserve">[26:40] </w:t>
      </w:r>
      <w:r>
        <w:t>toh yeh agar humare dimagh mein yeh sab baaten agar baith jayen toh sabr humein achha lagne lagega. humein lagega ke yahi yahi tareeqa hi hai is duniya mein rehne ka.</w:t>
      </w:r>
    </w:p>
    <w:p>
      <w:pPr>
        <w:jc w:val="right"/>
      </w:pPr>
      <w:r>
        <w:t>تو یہ اگر ہمارے دماغ میں یہ سب باتیں اگر بیٹھ جائیں تو صبر ہمیں اچھا لگنے لگے گا۔ ہمیں لگے گا کہ یہی یہی طریقہ ہی ہے اس دنیا میں رہنے کا۔</w:t>
      </w:r>
    </w:p>
    <w:p>
      <w:r>
        <w:rPr>
          <w:b/>
        </w:rPr>
        <w:t xml:space="preserve">[26:51] </w:t>
      </w:r>
      <w:r>
        <w:t>toh doosre jo bohat bada iska faida hai ke sabr wale jab halaat hote hain na, toh usse humara intellectual development hota hai.</w:t>
      </w:r>
    </w:p>
    <w:p>
      <w:pPr>
        <w:jc w:val="right"/>
      </w:pPr>
      <w:r>
        <w:t>تو دوسرے جو بہت بڑا اس کا فائدہ ہے کہ صبر والے جب حالات ہوتے ہیں نا، تو اس سے ہمارا intellectual development ہوتا ہے۔</w:t>
      </w:r>
    </w:p>
    <w:p>
      <w:r>
        <w:rPr>
          <w:b/>
        </w:rPr>
        <w:t xml:space="preserve">[27:00] </w:t>
      </w:r>
      <w:r>
        <w:t>kyunke jab koi shocking experience hota hai, tab humara jo hai potential jo hai, woh realize hota hai. aur jo log aaram aaram se rehte hain, unko koi aisi takleef nahin hoti, koi pareshani nahin hoti.</w:t>
      </w:r>
    </w:p>
    <w:p>
      <w:pPr>
        <w:jc w:val="right"/>
      </w:pPr>
      <w:r>
        <w:t>کیونکہ جب کوئی shocking experience ہوتا ہے، تب ہمارا جو ہے potential جو ہے، وہ realize ہوتا ہے۔ اور جو لوگ آرام آرام سے رہتے ہیں، ان کو کوئی ایسی تکلیف نہیں ہوتی، کوئی پریشانی نہیں ہوتی۔</w:t>
      </w:r>
    </w:p>
    <w:p>
      <w:r>
        <w:rPr>
          <w:b/>
        </w:rPr>
        <w:t xml:space="preserve">[27:13] </w:t>
      </w:r>
      <w:r>
        <w:t>sabr ka koi mauqa nahin unke liye hota, toh woh unke jo potentials realize nahin hote hain. toh sabr karna jo hai, woh bohat zaroori hai agar hum apna personality development chahte hain.</w:t>
      </w:r>
    </w:p>
    <w:p>
      <w:pPr>
        <w:jc w:val="right"/>
      </w:pPr>
      <w:r>
        <w:t>صبر کا کوئی موقع نہیں ان کے لیے ہوتا، تو وہ ان کے جو potentials realize نہیں ہوتے ہیں۔ تو صبر کرنا جو ہے، وہ بہت ضروری ہے اگر ہم اپنا personality development چاہتے ہیں۔</w:t>
      </w:r>
    </w:p>
    <w:p>
      <w:r>
        <w:rPr>
          <w:b/>
        </w:rPr>
        <w:t xml:space="preserve">[27:26] </w:t>
      </w:r>
      <w:r>
        <w:t>toh</w:t>
      </w:r>
    </w:p>
    <w:p>
      <w:pPr>
        <w:jc w:val="right"/>
      </w:pPr>
      <w:r>
        <w:t>تو</w:t>
      </w:r>
    </w:p>
    <w:p>
      <w:r>
        <w:rPr>
          <w:b/>
        </w:rPr>
        <w:t xml:space="preserve">[27:28] </w:t>
      </w:r>
      <w:r>
        <w:t>toh bohat sare log aise hote hain ke agar kisi ne koi tanqeed ki toh bohat tez naraz ho jaate hain. toh uski wajah se kya hota hai ke doosra jo hai, woh sochta hai ke ab tanqeed kar denge toh yeh aadmi naraz ho jayega.</w:t>
      </w:r>
    </w:p>
    <w:p>
      <w:pPr>
        <w:jc w:val="right"/>
      </w:pPr>
      <w:r>
        <w:t>تو بہت سارے لوگ ایسے ہوتے ہیں کہ اگر کسی نے کوئی تنقید کی تو بہت تیز ناراض ہو جاتے ہیں۔ تو اس کی وجہ سے کیا ہوتا ہے کہ دوسرا جو ہے، وہ سوچتا ہے کہ اب تنقید کر دیں گے تو یہ آدمی ناراض ہو جائے گا۔</w:t>
      </w:r>
    </w:p>
    <w:p>
      <w:r>
        <w:rPr>
          <w:b/>
        </w:rPr>
        <w:t xml:space="preserve">[27:42] </w:t>
      </w:r>
      <w:r>
        <w:t>toh woh tanqeed karta hi nahin hai. toh usse bhi bachna hai. toh doosre log humein tanqeed karen kyunke hum bohat baar aisa hota hai ke hum apni ghaltiyon ko nahin samajh paate hain.</w:t>
      </w:r>
    </w:p>
    <w:p>
      <w:pPr>
        <w:jc w:val="right"/>
      </w:pPr>
      <w:r>
        <w:t>تو وہ تنقید کرتا ہی نہیں ہے۔ تو اس سے بھی بچنا ہے۔ تو دوسرے لوگ ہمیں تنقید کریں کیونکہ ہم بہت بار ایسا ہوتا ہے کہ ہم اپنی غلطیوں کو نہیں سمجھ پاتے ہیں۔</w:t>
      </w:r>
    </w:p>
    <w:p>
      <w:r>
        <w:rPr>
          <w:b/>
        </w:rPr>
        <w:t xml:space="preserve">[27:54] </w:t>
      </w:r>
      <w:r>
        <w:t>toh</w:t>
      </w:r>
    </w:p>
    <w:p>
      <w:pPr>
        <w:jc w:val="right"/>
      </w:pPr>
      <w:r>
        <w:t>تو</w:t>
      </w:r>
    </w:p>
    <w:p>
      <w:r>
        <w:rPr>
          <w:b/>
        </w:rPr>
        <w:t xml:space="preserve">[27:55] </w:t>
      </w:r>
      <w:r>
        <w:t>doosre log agar tanqeed karte hain toh usko humein welcome karna chahiye. jaise Hazrat Umar ne kaha tha ke "God bless the man who sends me the gift of my own shortcoming." ke jo mujhe mere aib ka tohfa bheje, usko Allah taala ki blessing.</w:t>
      </w:r>
    </w:p>
    <w:p>
      <w:pPr>
        <w:jc w:val="right"/>
      </w:pPr>
      <w:r>
        <w:t>دوسرے لوگ اگر تنقید کرتے ہیں تو اس کو ہمیں welcome کرنا چاہیے۔ جیسے حضرت عمر نے کہا تھا کہ "God bless the man who sends me the gift of my own shortcoming." کہ جو مجھے میرے عیب کا تحفہ بھیجے، اس کو اللہ تعالی کی blessing۔</w:t>
      </w:r>
    </w:p>
    <w:p>
      <w:r>
        <w:rPr>
          <w:b/>
        </w:rPr>
        <w:t xml:space="preserve">[28:14] </w:t>
      </w:r>
      <w:r>
        <w:t>toh</w:t>
      </w:r>
    </w:p>
    <w:p>
      <w:pPr>
        <w:jc w:val="right"/>
      </w:pPr>
      <w:r>
        <w:t>تو</w:t>
      </w:r>
    </w:p>
    <w:p>
      <w:r>
        <w:rPr>
          <w:b/>
        </w:rPr>
        <w:t xml:space="preserve">[28:15] </w:t>
      </w:r>
      <w:r>
        <w:t>yahi aib ka tohfa bhejane ka matlab agar humare andar koi kami hai toh woh hum door kar payenge. toh yeh bohat zyada important hai apni personality development karne ke liye.</w:t>
      </w:r>
    </w:p>
    <w:p>
      <w:pPr>
        <w:jc w:val="right"/>
      </w:pPr>
      <w:r>
        <w:t>یہی عیب کا تحفہ بھیجنے کا مطلب اگر ہمارے اندر کوئی کمی ہے تو وہ ہم دور کر پائیں گے۔ تو یہ بہت زیادہ important ہے اپنی personality development کرنے کے لیے۔</w:t>
      </w:r>
    </w:p>
    <w:p>
      <w:r>
        <w:rPr>
          <w:b/>
        </w:rPr>
        <w:t xml:space="preserve">[28:27] </w:t>
      </w:r>
      <w:r>
        <w:t>toh sabr ko ek usool hai aur be sabri jo hai, woh ek manfi radd-e-amal hai. toh koi bhi be sabri kar sakta hai. bas kuch bhi kisi ne kaha, foran react kar diya.</w:t>
      </w:r>
    </w:p>
    <w:p>
      <w:pPr>
        <w:jc w:val="right"/>
      </w:pPr>
      <w:r>
        <w:t>تو صبر کو ایک اصول ہے اور بے صبری جو ہے، وہ ایک منفی ردعمل ہے۔ تو کوئی بھی بے صبری کر سکتا ہے۔ بس کچھ بھی کسی نے کہا، فوراً react کر دیا۔</w:t>
      </w:r>
    </w:p>
    <w:p>
      <w:r>
        <w:rPr>
          <w:b/>
        </w:rPr>
        <w:t xml:space="preserve">[28:38] </w:t>
      </w:r>
      <w:r>
        <w:t>toh foran react karna woh be sabri hai aur soch samajh kar apni planning karna woh sabr hai. toh sabr ko log yeh samajhte honge ke yeh toh bilkul kuch mazhabi baat hai.</w:t>
      </w:r>
    </w:p>
    <w:p>
      <w:pPr>
        <w:jc w:val="right"/>
      </w:pPr>
      <w:r>
        <w:t>تو فوراً react کرنا وہ بے صبری ہے اور سوچ سمجھ کر اپنی planning کرنا وہ صبر ہے۔ تو صبر کو لوگ یہ سمجھتے ہوں گے کہ یہ تو بالکل کچھ مذہبی بات ہے۔</w:t>
      </w:r>
    </w:p>
    <w:p>
      <w:r>
        <w:rPr>
          <w:b/>
        </w:rPr>
        <w:t xml:space="preserve">[28:51] </w:t>
      </w:r>
      <w:r>
        <w:t>yeh sirf mazhabi baat nahi hai, balkeh yeh hikmat-e-amli hai, yeh wisdom ki baat hai. Kyunke isi se hum apni dunya ko behtar bana sakte hain aur akhirat ko bhi.</w:t>
      </w:r>
    </w:p>
    <w:p>
      <w:pPr>
        <w:jc w:val="right"/>
      </w:pPr>
      <w:r>
        <w:t>یہ صرف مذہبی بات نہیں ہے، بلکہ یہ حکمت عملی ہے، یہ wisdom کی بات ہے۔ کیونکہ اسی سے ہم اپنی دنیا کو بہتر بنا سکتے ہیں اور آخرت کو بھی۔</w:t>
      </w:r>
    </w:p>
    <w:p>
      <w:r>
        <w:rPr>
          <w:b/>
        </w:rPr>
        <w:t xml:space="preserve">[29:04] </w:t>
      </w:r>
      <w:r>
        <w:t>To waqti taur par ek baar ek wakeel ne Maulana se bataya tha ke wakeel ne kaha ke koi bhi criminal is ko aisa nahi mila jis ne jis ko shadeed regret na hua ho apne amal ka.</w:t>
      </w:r>
    </w:p>
    <w:p>
      <w:pPr>
        <w:jc w:val="right"/>
      </w:pPr>
      <w:r>
        <w:t>تو وقتی طور پر ایک بار ایک وکیل نے مولانا سے بتایا تھا کہ وکیل نے کہا کہ کوئی بھی criminal اس کو ایسا نہیں ملا جس نے جس کو شدید regret نہ ہوا ہو اپنے عمل کا۔</w:t>
      </w:r>
    </w:p>
    <w:p>
      <w:r>
        <w:rPr>
          <w:b/>
        </w:rPr>
        <w:t xml:space="preserve">[29:15] </w:t>
      </w:r>
      <w:r>
        <w:t>Kyunke woh waqti taur par bhark kar ghusse mein woh kar dalta hai jo bhi crime karna hota hai us ko aur phir zindagi bhar pachhtata hai.</w:t>
      </w:r>
    </w:p>
    <w:p>
      <w:pPr>
        <w:jc w:val="right"/>
      </w:pPr>
      <w:r>
        <w:t>کیونکہ وہ وقتی طور پر بھڑک کر غصے میں وہ کر ڈالتا ہے جو بھی crime کرنا ہوتا ہے اس کو اور پھر زندگی بھر پچھتاتا ہے۔</w:t>
      </w:r>
    </w:p>
    <w:p>
      <w:r>
        <w:rPr>
          <w:b/>
        </w:rPr>
        <w:t xml:space="preserve">[29:25] </w:t>
      </w:r>
      <w:r>
        <w:t>To sabr hum ko zindagi bhar ke pachhtane se humein bachata hai.</w:t>
      </w:r>
    </w:p>
    <w:p>
      <w:pPr>
        <w:jc w:val="right"/>
      </w:pPr>
      <w:r>
        <w:t>تو صبر ہم کو زندگی بھر کے پچھتانے سے ہمیں بچاتا ہے۔</w:t>
      </w:r>
    </w:p>
    <w:p>
      <w:r>
        <w:rPr>
          <w:b/>
        </w:rPr>
        <w:t xml:space="preserve">[29:30] </w:t>
      </w:r>
      <w:r>
        <w:t>To yeh nafrat hai, ghussa hai, ishtia'al mein mushtael ho jana hai, manfi soch hai. Yeh sab jo hain hamare goal se humein distract karti hain.</w:t>
      </w:r>
    </w:p>
    <w:p>
      <w:pPr>
        <w:jc w:val="right"/>
      </w:pPr>
      <w:r>
        <w:t>تو یہ نفرت ہے، غصہ ہے، اشتعال میں مشتعل ہو جانا ہے، منفی سوچ ہے۔ یہ سب جو ہیں ہمارے goal سے ہمیں distract کرتی ہیں۔</w:t>
      </w:r>
    </w:p>
    <w:p>
      <w:r>
        <w:rPr>
          <w:b/>
        </w:rPr>
        <w:t xml:space="preserve">[29:39] </w:t>
      </w:r>
      <w:r>
        <w:t>Hamara goal jo hai, woh hai tazkiya. Apni personality ka ka tazkiya karna. Apne andar jo bhi manfi baatein hain, us ko nikalna.</w:t>
      </w:r>
    </w:p>
    <w:p>
      <w:pPr>
        <w:jc w:val="right"/>
      </w:pPr>
      <w:r>
        <w:t>ہمارا goal جو ہے، وہ ہے تزکیہ۔ اپنی personality کا کا تزکیہ کرنا۔ اپنے اندر جو بھی منفی باتیں ہیں، اس کو نکالنا۔</w:t>
      </w:r>
    </w:p>
    <w:p>
      <w:r>
        <w:rPr>
          <w:b/>
        </w:rPr>
        <w:t xml:space="preserve">[29:49] </w:t>
      </w:r>
      <w:r>
        <w:t>Jo bhi aisi baat hai jo Khuda ki marzi ke khilaf hamare andar hai, to us ko khatam karna. To hamara ek zindagi ka ek maqsad hai aur hamare paas bohat thoda sa time hai.</w:t>
      </w:r>
    </w:p>
    <w:p>
      <w:pPr>
        <w:jc w:val="right"/>
      </w:pPr>
      <w:r>
        <w:t>جو بھی ایسی بات ہے جو خدا کی مرضی کے خلاف ہمارے اندر ہے، تو اس کو ختم کرنا۔ تو ہمارا ایک زندگی کا ایک مقصد ہے اور ہمارے پاس بہت تھوڑا سا ٹائم ہے۔</w:t>
      </w:r>
    </w:p>
    <w:p>
      <w:r>
        <w:rPr>
          <w:b/>
        </w:rPr>
        <w:t xml:space="preserve">[30:00] </w:t>
      </w:r>
      <w:r>
        <w:t>To humein is time ko zyada se zyada apna tazkiya karne mein, apna personality development karne mein to is is ko lagana hai.</w:t>
      </w:r>
    </w:p>
    <w:p>
      <w:pPr>
        <w:jc w:val="right"/>
      </w:pPr>
      <w:r>
        <w:t>تو ہمیں اس ٹائم کو زیادہ سے زیادہ اپنا تزکیہ کرنے میں، اپنا personality development کرنے میں تو اس اس کو لگانا ہے۔</w:t>
      </w:r>
    </w:p>
    <w:p>
      <w:r>
        <w:rPr>
          <w:b/>
        </w:rPr>
        <w:t xml:space="preserve">[30:11] </w:t>
      </w:r>
      <w:r>
        <w:t>Aur tabhi hum apne aap ko is qabil bana payenge ke hum jannat mein dakhle ke</w:t>
      </w:r>
    </w:p>
    <w:p>
      <w:pPr>
        <w:jc w:val="right"/>
      </w:pPr>
      <w:r>
        <w:t>اور تبھی ہم اپنے آپ کو اس قابل بنا پائیں گے کہ ہم جنت میں داخلے کے</w:t>
      </w:r>
    </w:p>
    <w:p>
      <w:r>
        <w:rPr>
          <w:b/>
        </w:rPr>
        <w:t xml:space="preserve">[30:20] </w:t>
      </w:r>
      <w:r>
        <w:t>mustahiq thehrein. Ji, aur apa aap ne bohat hi achhi baat batayi ke jannat sabr ke is paar hai jo Maulana sahib ne likha hai.</w:t>
      </w:r>
    </w:p>
    <w:p>
      <w:pPr>
        <w:jc w:val="right"/>
      </w:pPr>
      <w:r>
        <w:t>مستحق ٹھہریں۔ جی، اور آپا آپ نے بہت ہی اچھی بات بتائی کہ جنت صبر کے اس پار ہے جو مولانا صاحب نے لکھا ہے۔</w:t>
      </w:r>
    </w:p>
    <w:p>
      <w:r>
        <w:rPr>
          <w:b/>
        </w:rPr>
        <w:t xml:space="preserve">[30:29] </w:t>
      </w:r>
      <w:r>
        <w:t>Aur apa yeh yahan pe jannat ko samajhna bhi itna zyada important hai.</w:t>
      </w:r>
    </w:p>
    <w:p>
      <w:pPr>
        <w:jc w:val="right"/>
      </w:pPr>
      <w:r>
        <w:t>اور آپا یہ یہاں پہ جنت کو سمجھنا بھی اتنا زیادہ important ہے۔</w:t>
      </w:r>
    </w:p>
    <w:p>
      <w:r>
        <w:rPr>
          <w:b/>
        </w:rPr>
        <w:t xml:space="preserve">[30:35] </w:t>
      </w:r>
      <w:r>
        <w:t>Yeh hum is hadith se bhi andaza laga sakte hain ke Rasool Allah ne ek martaba farmaya ke "There are hundred levels in paradise, and the distance between each level and the next is like the distance between the earth and the heaven.</w:t>
      </w:r>
    </w:p>
    <w:p>
      <w:pPr>
        <w:jc w:val="right"/>
      </w:pPr>
      <w:r>
        <w:t>یہ ہم اس حدیث سے بھی اندازہ لگا سکتے ہیں کہ رسول اللہ نے ایک مرتبہ فرمایا کہ "There are hundred levels in paradise, and the distance between each level and the next is like the distance between the earth and the heaven.</w:t>
      </w:r>
    </w:p>
    <w:p>
      <w:r>
        <w:rPr>
          <w:b/>
        </w:rPr>
        <w:t xml:space="preserve">[30:50] </w:t>
      </w:r>
      <w:r>
        <w:t>And fardos is the highest level of paradise from where the four rivers of paradise will flow." To sabr hi is ka ek price</w:t>
      </w:r>
    </w:p>
    <w:p>
      <w:pPr>
        <w:jc w:val="right"/>
      </w:pPr>
      <w:r>
        <w:t>And fardos is the highest level of paradise from where the four rivers of paradise will flow." تو صبر ہی اس کا ایک price</w:t>
      </w:r>
    </w:p>
    <w:p>
      <w:r>
        <w:rPr>
          <w:b/>
        </w:rPr>
        <w:t xml:space="preserve">[30:59] </w:t>
      </w:r>
      <w:r>
        <w:t>hai. Itne zyada levels hain paradise mein. To agar ek insan is ko samajh le to woh har lamha, har situation mein woh sabr karne ke liye tayyar ho jayega.</w:t>
      </w:r>
    </w:p>
    <w:p>
      <w:pPr>
        <w:jc w:val="right"/>
      </w:pPr>
      <w:r>
        <w:t>ہے۔ اتنے زیادہ levels ہیں paradise میں۔ تو اگر ایک انسان اس کو سمجھ لے تو وہ ہر لمحہ، ہر situation میں وہ صبر کرنے کے لیے تیار ہو جائے گا۔</w:t>
      </w:r>
    </w:p>
    <w:p>
      <w:r>
        <w:rPr>
          <w:b/>
        </w:rPr>
        <w:t xml:space="preserve">[31:07] </w:t>
      </w:r>
      <w:r>
        <w:t>To sabr karne mein hi hikmat hai. Apa to sabr ko yeh bhi kaha jata hai ke yeh wisdom ka doosra naam hai. To is ke bare mein bhi apa hum sab ko batayein. Jo aap ne bataya to akhirat mein ek aadmi hoga jis ko dunya mein bohat zyada takleef pahunchi hogi.</w:t>
      </w:r>
    </w:p>
    <w:p>
      <w:pPr>
        <w:jc w:val="right"/>
      </w:pPr>
      <w:r>
        <w:t>تو صبر کرنے میں ہی حکمت ہے۔ آپا تو صبر کو یہ بھی کہا جاتا ہے کہ یہ wisdom کا دوسرا نام ہے۔ تو اس کے بارے میں بھی آپا ہم سب کو بتائیں۔ جو آپ نے بتایا تو آخرت میں ایک آدمی ہوگا جس کو دنیا میں بہت زیادہ تکلیف پہنچی ہوگی۔</w:t>
      </w:r>
    </w:p>
    <w:p>
      <w:r>
        <w:rPr>
          <w:b/>
        </w:rPr>
        <w:t xml:space="preserve">[31:27] </w:t>
      </w:r>
      <w:r>
        <w:t>To us ko us ka itna bara badla, itna bara badla jannat ki shakal mein milega. To woh dekh ke kahega ke maine to samjha nahi tha ke mere amal ka itna bara badla hai.</w:t>
      </w:r>
    </w:p>
    <w:p>
      <w:pPr>
        <w:jc w:val="right"/>
      </w:pPr>
      <w:r>
        <w:t>تو اس کو اس کا اتنا بڑا بدلہ، اتنا بڑا بدلہ جنت کی شکل میں ملے گا۔ تو وہ دیکھ کے کہے گا کہ میں نے تو سمجھا نہیں تھا کہ میرے عمل کا اتنا بڑا بدلہ ہے۔</w:t>
      </w:r>
    </w:p>
    <w:p>
      <w:r>
        <w:rPr>
          <w:b/>
        </w:rPr>
        <w:t xml:space="preserve">[31:39] </w:t>
      </w:r>
      <w:r>
        <w:t>To mujhe to phir dunya mein jana hota aur main phir woh sari jo unpleasant situations woh jheel kar main aata aur phir aur mujhe is ka badla</w:t>
      </w:r>
    </w:p>
    <w:p>
      <w:pPr>
        <w:jc w:val="right"/>
      </w:pPr>
      <w:r>
        <w:t>تو مجھے تو پھر دنیا میں جانا ہوتا اور میں پھر وہ ساری جو unpleasant situations وہ جھیل کر میں آتا اور پھر اور مجھے اس کا بدلہ</w:t>
      </w:r>
    </w:p>
    <w:p>
      <w:r>
        <w:rPr>
          <w:b/>
        </w:rPr>
        <w:t xml:space="preserve">[31:49] </w:t>
      </w:r>
      <w:r>
        <w:t>milta. To is dunya mein hum asal mein samajh nahi rahe hain ke hamari jo yeh sabr wali jo hamara jo sabr, sabr karne ki jo salahiyat hai, hum jis sabr karte hain is ka kitna bara badla hamein akhirat mein milega.</w:t>
      </w:r>
    </w:p>
    <w:p>
      <w:pPr>
        <w:jc w:val="right"/>
      </w:pPr>
      <w:r>
        <w:t>ملتا۔ تو اس دنیا میں ہم اصل میں سمجھ نہیں رہے ہیں کہ ہماری جو یہ صبر والی جو ہمارا جو صبر، صبر کرنے کی جو صلاحیت ہے، ہم جس صبر کرتے ہیں اس کا کتنا بڑا بدلہ ہمیں آخرت میں ملے گا۔</w:t>
      </w:r>
    </w:p>
    <w:p>
      <w:r>
        <w:rPr>
          <w:b/>
        </w:rPr>
        <w:t xml:space="preserve">[32:04] </w:t>
      </w:r>
      <w:r>
        <w:t>To yeh sab soch soch kar hum apne aap ko, hum apne andar yeh inculcate karein taake hamare jo amal mein woh is ka reflection ho.</w:t>
      </w:r>
    </w:p>
    <w:p>
      <w:pPr>
        <w:jc w:val="right"/>
      </w:pPr>
      <w:r>
        <w:t>تو یہ سب سوچ سوچ کر ہم اپنے آپ کو، ہم اپنے اندر یہ inculcate کریں تاکہ ہمارے جو عمل میں وہ اس کا reflection ہو۔</w:t>
      </w:r>
    </w:p>
    <w:p>
      <w:r>
        <w:rPr>
          <w:b/>
        </w:rPr>
        <w:t xml:space="preserve">[32:18] </w:t>
      </w:r>
      <w:r>
        <w:t>To sabr jo hai woh wisdom ki baat hai. Asal mein log kai baar aisa samajhte hain na ke yeh to koi mazhabi baat hai. Ab jo log hum educated log hote hain woh samajhte hain ke is is yeh yeh hamare liye nahi hai.</w:t>
      </w:r>
    </w:p>
    <w:p>
      <w:pPr>
        <w:jc w:val="right"/>
      </w:pPr>
      <w:r>
        <w:t>تو صبر جو ہے وہ wisdom کی بات ہے۔ اصل میں لوگ کئی بار ایسا سمجھتے ہیں نا کہ یہ تو کوئی مذہبی بات ہے۔ اب جو لوگ ہم educated لوگ ہوتے ہیں وہ سمجھتے ہیں کہ اس اس یہ یہ ہمارے لیے نہیں ہے۔</w:t>
      </w:r>
    </w:p>
    <w:p>
      <w:r>
        <w:rPr>
          <w:b/>
        </w:rPr>
        <w:t xml:space="preserve">[32:33] </w:t>
      </w:r>
      <w:r>
        <w:t>Lekin sabr jo hai woh wisdom ki baat hai. Jis ko kehte hain Maulana ne bohat likha hai "Ignore the problem, feed the opportunities</w:t>
      </w:r>
    </w:p>
    <w:p>
      <w:pPr>
        <w:jc w:val="right"/>
      </w:pPr>
      <w:r>
        <w:t>لیکن صبر جو ہے وہ wisdom کی بات ہے۔ جس کو کہتے ہیں مولانا نے بہت لکھا ہے "Ignore the problem, feed the opportunities</w:t>
      </w:r>
    </w:p>
    <w:p>
      <w:r>
        <w:rPr>
          <w:b/>
        </w:rPr>
        <w:t xml:space="preserve">[32:42] </w:t>
      </w:r>
      <w:r>
        <w:t>". To problem ko ignore karna yahi sabr hai. Aur problem jo hai woh bohat kam hote hain zindagi mein.</w:t>
      </w:r>
    </w:p>
    <w:p>
      <w:pPr>
        <w:jc w:val="right"/>
      </w:pPr>
      <w:r>
        <w:t>." تو problem کو ignore کرنا یہی صبر ہے۔ اور problem جو ہے وہ بہت کم ہوتے ہیں زندگی میں۔</w:t>
      </w:r>
    </w:p>
    <w:p>
      <w:r>
        <w:rPr>
          <w:b/>
        </w:rPr>
        <w:t xml:space="preserve">[32:51] </w:t>
      </w:r>
      <w:r>
        <w:t>Opportunities bohat zyada hoti hain. To hum jo hain thoda sa agar hum wait karenge, sabr karenge to hamare liye bohat sare doosre mawaqe aa jayenge aur hum is mawaqe ko istemal kar ke apni ek nayi zindagi bana payenge.</w:t>
      </w:r>
    </w:p>
    <w:p>
      <w:pPr>
        <w:jc w:val="right"/>
      </w:pPr>
      <w:r>
        <w:t>Opportunities بہت زیادہ ہوتی ہیں۔ تو ہم جو ہیں تھوڑا سا اگر ہم wait کریں گے، صبر کریں گے تو ہمارے لیے بہت سارے دوسرے مواقع آ جائیں گے اور ہم اس مواقع کو استعمال کر کے اپنی ایک نئی زندگی بنا پائیں گے۔</w:t>
      </w:r>
    </w:p>
    <w:p>
      <w:r>
        <w:rPr>
          <w:b/>
        </w:rPr>
        <w:t xml:space="preserve">[33:09] </w:t>
      </w:r>
      <w:r>
        <w:t>To woh thoda sa sabr ki zaroorat hoti hai.</w:t>
      </w:r>
    </w:p>
    <w:p>
      <w:pPr>
        <w:jc w:val="right"/>
      </w:pPr>
      <w:r>
        <w:t>تو وہ تھوڑا سا صبر کی ضرورت ہوتی ہے۔</w:t>
      </w:r>
    </w:p>
    <w:p>
      <w:r>
        <w:rPr>
          <w:b/>
        </w:rPr>
        <w:t xml:space="preserve">[33:12] </w:t>
      </w:r>
      <w:r>
        <w:t>To aur baqi jo hai sab kaam Khuda ki taraf se ho jata hai. To yahi hakimana tadbeer hai jis ko sabr aur a'iraz waghera kaha jata hai.</w:t>
      </w:r>
    </w:p>
    <w:p>
      <w:pPr>
        <w:jc w:val="right"/>
      </w:pPr>
      <w:r>
        <w:t>تو اور باقی جو ہے سب کام خدا کی طرف سے ہو جاتا ہے۔ تو یہی حکیمانہ تدبیر ہے جس کو صبر اور اعراض وغیرہ کہا جاتا ہے۔</w:t>
      </w:r>
    </w:p>
    <w:p>
      <w:r>
        <w:rPr>
          <w:b/>
        </w:rPr>
        <w:t xml:space="preserve">[33:25] </w:t>
      </w:r>
      <w:r>
        <w:t>aik sahabi hain umair ibn habib. to unhon ne kaha ke jo shakhs nadan ki taraf se paish aane wale chote shar par razi na hoga, us ko nadan ke bare shar par razi hona par</w:t>
      </w:r>
    </w:p>
    <w:p>
      <w:pPr>
        <w:jc w:val="right"/>
      </w:pPr>
      <w:r>
        <w:t>ایک صحابی ہیں عمیر ابن حبیب۔ تو انہوں نے کہا کہ جو شخص نادان کی طرف سے پیش آنے والے چھوٹے شر پر راضی نہ ہوگا، اس کو نادان کے بڑے شر پر راضی ہونا پڑ</w:t>
      </w:r>
    </w:p>
    <w:p>
      <w:r>
        <w:rPr>
          <w:b/>
        </w:rPr>
        <w:t xml:space="preserve">[33:39] </w:t>
      </w:r>
      <w:r>
        <w:t>ega. to isi ko Maulana ne lesser evil aur greater evil kaha ke shuru mein, ibtida mein to chota sa shar hota hai. kisi ne koi gali de di, koi galat baat keh di to aadmi ghusa ho jata hai.</w:t>
      </w:r>
    </w:p>
    <w:p>
      <w:pPr>
        <w:jc w:val="right"/>
      </w:pPr>
      <w:r>
        <w:t>ے گا۔ تو اسی کو مولانا نے lesser evil اور greater evil کہا کہ شروع میں، ابتداء میں تو چھوٹا سا شر ہوتا ہے۔ کسی نے کوئی گالی دے دی، کوئی غلط بات کہہ دی تو آدمی غصہ ہو جاتا ہے۔</w:t>
      </w:r>
    </w:p>
    <w:p>
      <w:r>
        <w:rPr>
          <w:b/>
        </w:rPr>
        <w:t xml:space="preserve">[33:51] </w:t>
      </w:r>
      <w:r>
        <w:t>ghusa ho ke woh react karta hai. woh aur apne ghuse ke mutabiq woh react karega. phir woh doosra react karega to baat barhte barhte bohat bari baat ho jati hai.</w:t>
      </w:r>
    </w:p>
    <w:p>
      <w:pPr>
        <w:jc w:val="right"/>
      </w:pPr>
      <w:r>
        <w:t>غصہ ہو کے وہ react کرتا ہے۔ وہ اور اپنے غصے کے مطابق وہ react کرے گا۔ پھر وہ دوسرا react کرے گا تو بات بڑھتے بڑھتے بہت بڑی بات ہو جاتی ہے۔</w:t>
      </w:r>
    </w:p>
    <w:p>
      <w:r>
        <w:rPr>
          <w:b/>
        </w:rPr>
        <w:t xml:space="preserve">[34:02] </w:t>
      </w:r>
      <w:r>
        <w:t>gaon gaon mein to log qatal hi kar dalte hain.</w:t>
      </w:r>
    </w:p>
    <w:p>
      <w:pPr>
        <w:jc w:val="right"/>
      </w:pPr>
      <w:r>
        <w:t>گاؤں گاؤں میں تو لوگ قتل ہی کر ڈالتے ہیں۔</w:t>
      </w:r>
    </w:p>
    <w:p>
      <w:r>
        <w:rPr>
          <w:b/>
        </w:rPr>
        <w:t xml:space="preserve">[34:04] </w:t>
      </w:r>
      <w:r>
        <w:t>to is tarah se baat barhti chali jati hai. to woh jo lesser evil hai, wahin par insan ruk jaye na, sabr kar le to woh woh khatam ho jayega.</w:t>
      </w:r>
    </w:p>
    <w:p>
      <w:pPr>
        <w:jc w:val="right"/>
      </w:pPr>
      <w:r>
        <w:t>تو اس طریقے سے بات بڑھتی چلی جاتی ہے۔ تو وہ جو lesser evil ہے، وہیں پر انسان رک جائے نا، صبر کر لے تو وہ وہ ختم ہو جائے گا۔</w:t>
      </w:r>
    </w:p>
    <w:p>
      <w:r>
        <w:rPr>
          <w:b/>
        </w:rPr>
        <w:t xml:space="preserve">[34:15] </w:t>
      </w:r>
      <w:r>
        <w:t>baat wahin ke wahin khatam ho jayegi aur woh jo chain reaction hota hai, woh nahi hoga. aur sab se bari baat yeh hai ke hum apna time jo hamara waste ho raha hai intiqam lene mein, woh time jo hai hum waste nahi karenge aur is time ko apne maqsad hasil karne mein lagayen g</w:t>
      </w:r>
    </w:p>
    <w:p>
      <w:pPr>
        <w:jc w:val="right"/>
      </w:pPr>
      <w:r>
        <w:t>بات وہیں کے وہیں ختم ہو جائے گی اور وہ جو chain reaction ہوتا ہے، وہ نہیں ہوگا۔ اور سب سے بڑی بات یہ ہے کہ ہم اپنا ٹائم جو ہمارا waste ہو رہا ہے انتقام لینے میں، وہ ٹائم جو ہے ہم waste نہیں کریں گے اور اس ٹائم کو اپنے مقصد حاصل کرنے میں لگائیں گ</w:t>
      </w:r>
    </w:p>
    <w:p>
      <w:r>
        <w:rPr>
          <w:b/>
        </w:rPr>
        <w:t xml:space="preserve">[34:33] </w:t>
      </w:r>
      <w:r>
        <w:t>e. to mukhalifat mein to sirf time barbad hota hai. aur na sirf individuals ke sath aisa balkeh poori poori qom doosre qom ki mukhalifat karti rehti hai.</w:t>
      </w:r>
    </w:p>
    <w:p>
      <w:pPr>
        <w:jc w:val="right"/>
      </w:pPr>
      <w:r>
        <w:t>ے۔ تو مخالفت میں تو صرف ٹائم برباد ہوتا ہے۔ اور نہ صرف individuals کے ساتھ ایسا بلکہ پوری پوری قوم دوسرے قوم کی مخالفت کرتی رہتی ہے۔</w:t>
      </w:r>
    </w:p>
    <w:p>
      <w:r>
        <w:rPr>
          <w:b/>
        </w:rPr>
        <w:t xml:space="preserve">[34:44] </w:t>
      </w:r>
      <w:r>
        <w:t>jin logon ne mukhalifat nahi ki, apne kaam mein lage jaise germany, japan aur bohat zyada taraqqi kar gaye. aur jo mukhalifat kar rahe hain, woh ab woh un ke pas jo apne resources the, us ko bhi barbad kar rahe hain.</w:t>
      </w:r>
    </w:p>
    <w:p>
      <w:pPr>
        <w:jc w:val="right"/>
      </w:pPr>
      <w:r>
        <w:t>جن لوگوں نے مخالفت نہیں کی، اپنے کام میں لگے جیسے جرمنی، جاپان اور بہت زیادہ ترقی کر گئے۔ اور جو مخالفت کر رہے ہیں، وہ اب وہ ان کے پاس جو اپنے resources تھے، اس کو بھی برباد کر رہے ہیں۔</w:t>
      </w:r>
    </w:p>
    <w:p>
      <w:r>
        <w:rPr>
          <w:b/>
        </w:rPr>
        <w:t xml:space="preserve">[34:58] </w:t>
      </w:r>
      <w:r>
        <w:t>to mawaqe Allah taala ki duniya mein bohat zyada hain. Pro</w:t>
      </w:r>
    </w:p>
    <w:p>
      <w:pPr>
        <w:jc w:val="right"/>
      </w:pPr>
      <w:r>
        <w:t>تو مواقع اللہ تعالی کی دنیا میں بہت زیادہ ہیں۔ Pro</w:t>
      </w:r>
    </w:p>
    <w:p>
      <w:r>
        <w:rPr>
          <w:b/>
        </w:rPr>
        <w:t xml:space="preserve">[35:03] </w:t>
      </w:r>
      <w:r>
        <w:t>blem jaise in mal usr yusr, in mal usr yusr to jo hai usr kam hai aur yusr zyada hai. to is tarah se yeh duniya jo hai mawaqe se bhari hui hai.</w:t>
      </w:r>
    </w:p>
    <w:p>
      <w:pPr>
        <w:jc w:val="right"/>
      </w:pPr>
      <w:r>
        <w:t>blem جیسے إن مال عسر يسر، إن مال عسر يسر تو جو ہے عسر کم ہے اور یسر زیادہ ہے۔ تو اس طریقے سے یہ دنیا جو ہے مواقع سے بھری ہوئی ہے۔</w:t>
      </w:r>
    </w:p>
    <w:p>
      <w:r>
        <w:rPr>
          <w:b/>
        </w:rPr>
        <w:t xml:space="preserve">[35:13] </w:t>
      </w:r>
      <w:r>
        <w:t>to hamein chahiye ke hum mawaqe ko talash karen aur us ko istemal karen. to yahi sabr hi hai jo hamein naye naye mawaqe ko istemal karne ke laiq banata hai.</w:t>
      </w:r>
    </w:p>
    <w:p>
      <w:pPr>
        <w:jc w:val="right"/>
      </w:pPr>
      <w:r>
        <w:t>تو ہمیں چاہیے کہ ہم مواقع کو تلاش کریں اور اس کو استعمال کریں۔ تو یہی صبر ہی ہے جو ہمیں نئے نئے مواقع کو استعمال کرنے کے لائق بناتا ہے۔</w:t>
      </w:r>
    </w:p>
    <w:p>
      <w:r>
        <w:rPr>
          <w:b/>
        </w:rPr>
        <w:t xml:space="preserve">[35:26] </w:t>
      </w:r>
      <w:r>
        <w:t>to is duniya mein chance ki koi kami nahi hai.</w:t>
      </w:r>
    </w:p>
    <w:p>
      <w:pPr>
        <w:jc w:val="right"/>
      </w:pPr>
      <w:r>
        <w:t>تو اس دنیا میں chance کی کوئی کمی نہیں ہے۔</w:t>
      </w:r>
    </w:p>
    <w:p>
      <w:r>
        <w:rPr>
          <w:b/>
        </w:rPr>
        <w:t xml:space="preserve">[35:29] </w:t>
      </w:r>
      <w:r>
        <w:t>to chance jo hai woh hamare liye ek chance jata hai to doosra aa jata hai. ek chance jata hai to doosra aa jata hai. to is liye bas ek thoda sa interim period jis ko kehte hain, thoda sa period hota hai jab hamein samajh mein nahi ata ke hum kya karen.</w:t>
      </w:r>
    </w:p>
    <w:p>
      <w:pPr>
        <w:jc w:val="right"/>
      </w:pPr>
      <w:r>
        <w:t>تو chance جو ہے وہ ہمارے لیے ایک chance جاتا ہے تو دوسرا آ جاتا ہے۔ ایک chance جاتا ہے تو دوسرا آ جاتا ہے۔ تو اس لیے بس ایک تھوڑا سا interim period جس کو کہتے ہیں، تھوڑا سا period ہوتا ہے جب ہمیں سمجھ میں نہیں آتا کہ ہم کیا کریں۔</w:t>
      </w:r>
    </w:p>
    <w:p>
      <w:r>
        <w:rPr>
          <w:b/>
        </w:rPr>
        <w:t xml:space="preserve">[35:44] </w:t>
      </w:r>
      <w:r>
        <w:t>lekin bohat jald halat badal jate hain aur yeh taqreeban sabhi ke sath hota hai. bohat jald halat badal jate hain aur naye naye mawaqe ko istemal kar ke hum kamyabi tak pohnch pohnch jate hain.</w:t>
      </w:r>
    </w:p>
    <w:p>
      <w:pPr>
        <w:jc w:val="right"/>
      </w:pPr>
      <w:r>
        <w:t>لیکن بہت جلد حالات بدل جاتے ہیں اور یہ تقریباً سبھی کے ساتھ ہوتا ہے۔ بہت جلد حالات بدل جاتے ہیں اور نئے نئے مواقع کو استعمال کر کے ہم کامیابی تک پہنچ پہنچ جاتے ہیں۔</w:t>
      </w:r>
    </w:p>
    <w:p>
      <w:r>
        <w:rPr>
          <w:b/>
        </w:rPr>
        <w:t xml:space="preserve">[35:57] </w:t>
      </w:r>
      <w:r>
        <w:t>to</w:t>
      </w:r>
    </w:p>
    <w:p>
      <w:pPr>
        <w:jc w:val="right"/>
      </w:pPr>
      <w:r>
        <w:t>تو</w:t>
      </w:r>
    </w:p>
    <w:p>
      <w:r>
        <w:rPr>
          <w:b/>
        </w:rPr>
        <w:t xml:space="preserve">[35:58] </w:t>
      </w:r>
      <w:r>
        <w:t>yeh sab baatein jo hain na sochne ki hain aur Maulana sahib ki kitabon mein jagah jagah sabr par aya hai. kafi unhon ne sabr par likha hai.</w:t>
      </w:r>
    </w:p>
    <w:p>
      <w:pPr>
        <w:jc w:val="right"/>
      </w:pPr>
      <w:r>
        <w:t>یہ سب باتیں جو ہیں نا سوچنے کی ہیں اور مولانا صاحب کی کتابوں میں جگہ جگہ صبر پر آیا ہے۔ کافی انہوں نے صبر پر لکھا ہے۔</w:t>
      </w:r>
    </w:p>
    <w:p>
      <w:r>
        <w:rPr>
          <w:b/>
        </w:rPr>
        <w:t xml:space="preserve">[36:06] </w:t>
      </w:r>
      <w:r>
        <w:t>to us ko parhen aur sochen. to in sab baaton ko apne dimagh mein us ko</w:t>
      </w:r>
    </w:p>
    <w:p>
      <w:pPr>
        <w:jc w:val="right"/>
      </w:pPr>
      <w:r>
        <w:t>تو اس کو پڑھیں اور سوچیں۔ تو ان سب باتوں کو اپنے دماغ میں اس کو</w:t>
      </w:r>
    </w:p>
    <w:p>
      <w:r>
        <w:rPr>
          <w:b/>
        </w:rPr>
        <w:t xml:space="preserve">[36:13] </w:t>
      </w:r>
      <w:r>
        <w:t>bithayen. ji, apa in fact aik bara acha unhon ne likha hai Maulana sahib ne ke "A wise man is one who deliberately forgets the bitter memories of the past, and he does not let his mind become a jungle of bitter thoughts." to yeh mind ke level pe manage karna bohat hi zyada zaroori hai.</w:t>
      </w:r>
    </w:p>
    <w:p>
      <w:pPr>
        <w:jc w:val="right"/>
      </w:pPr>
      <w:r>
        <w:t>بٹھائیں۔ جی، آپا in fact ایک بڑا اچھا انہوں نے لکھا ہے مولانا صاحب نے کہ "A wise man is one who deliberately forgets the bitter memories of the past, and he does not let his mind become a jungle of bitter thoughts." تو یہ mind کے level پہ manage کرنا بہت ہی زیادہ ضروری ہے۔</w:t>
      </w:r>
    </w:p>
    <w:p>
      <w:r>
        <w:rPr>
          <w:b/>
        </w:rPr>
        <w:t xml:space="preserve">[36:32] </w:t>
      </w:r>
      <w:r>
        <w:t>apa kuch comments parhna chahunga agla sawal lene se pehle. yeh comment bheja hai Sajid Ahmed Khan sahib ne, Nagpur se unhon ne</w:t>
      </w:r>
    </w:p>
    <w:p>
      <w:pPr>
        <w:jc w:val="right"/>
      </w:pPr>
      <w:r>
        <w:t>آپا کچھ comments پڑھنا چاہوں گا اگلا سوال لینے سے پہلے۔ یہ comment بھیجا ہے ساجد احمد خان صاحب نے، ناگپور سے انہوں نے</w:t>
      </w:r>
    </w:p>
    <w:p>
      <w:r>
        <w:rPr>
          <w:b/>
        </w:rPr>
        <w:t xml:space="preserve">[36:40] </w:t>
      </w:r>
      <w:r>
        <w:t>likha hai: "hum is duniya mein akele nahi hain balkeh doosre insanon ke beech mein rehte hain. yeh duniya hamari nahi hai, darasal yeh Khuda ki duniya hai.</w:t>
      </w:r>
    </w:p>
    <w:p>
      <w:pPr>
        <w:jc w:val="right"/>
      </w:pPr>
      <w:r>
        <w:t>لکھا ہے: "ہم اس دنیا میں اکیلے نہیں ہیں بلکہ دوسرے انسانوں کے بیچ میں رہتے ہیں۔ یہ دنیا ہماری نہیں ہے، دراصل یہ خدا کی دنیا ہے۔</w:t>
      </w:r>
    </w:p>
    <w:p>
      <w:r>
        <w:rPr>
          <w:b/>
        </w:rPr>
        <w:t xml:space="preserve">[36:48] </w:t>
      </w:r>
      <w:r>
        <w:t>is liye sabr hi sab se behtar usool hai. sabr karna lesser evil ko accept karna hai aur greater evil se khud ko bachana hai." yeh unhon ne take away liya hai aaj aap ke jawab se.</w:t>
      </w:r>
    </w:p>
    <w:p>
      <w:pPr>
        <w:jc w:val="right"/>
      </w:pPr>
      <w:r>
        <w:t>اس لیے صبر ہی سب سے بہتر اصول ہے۔ صبر کرنا lesser evil کو accept کرنا ہے اور greater evil سے خود کو بچانا ہے۔" یہ انہوں نے take away لیا ہے آج آپ کے جواب سے۔</w:t>
      </w:r>
    </w:p>
    <w:p>
      <w:r>
        <w:rPr>
          <w:b/>
        </w:rPr>
        <w:t xml:space="preserve">[37:01] </w:t>
      </w:r>
      <w:r>
        <w:t>jazak Allah apa, unhon ne</w:t>
      </w:r>
    </w:p>
    <w:p>
      <w:pPr>
        <w:jc w:val="right"/>
      </w:pPr>
      <w:r>
        <w:t>جزاک اللہ آپا، انہوں نے</w:t>
      </w:r>
    </w:p>
    <w:p>
      <w:r>
        <w:rPr>
          <w:b/>
        </w:rPr>
        <w:t xml:space="preserve">[37:03] </w:t>
      </w:r>
      <w:r>
        <w:t>likha hai. Dr Safeena Tabassum ne Saharanpur se likha hai: "Making ourselves a positive personality is the goal of man.</w:t>
      </w:r>
    </w:p>
    <w:p>
      <w:pPr>
        <w:jc w:val="right"/>
      </w:pPr>
      <w:r>
        <w:t>لکھا ہے۔ ڈاکٹر صفینہ تبسم نے سارن پور سے لکھا ہے: "Making ourselves a positive personality is the goal of man.</w:t>
      </w:r>
    </w:p>
    <w:p>
      <w:r>
        <w:rPr>
          <w:b/>
        </w:rPr>
        <w:t xml:space="preserve">[37:11] </w:t>
      </w:r>
      <w:r>
        <w:t>This is the gist of all the teachings of Maulana sahib, and this is what Islam wants for us." jazak Allah for reminding.</w:t>
      </w:r>
    </w:p>
    <w:p>
      <w:pPr>
        <w:jc w:val="right"/>
      </w:pPr>
      <w:r>
        <w:t>This is the gist of all the teachings of مولانا صاحب, and this is what Islam wants for us." جزاک اللہ for reminding.</w:t>
      </w:r>
    </w:p>
    <w:p>
      <w:r>
        <w:rPr>
          <w:b/>
        </w:rPr>
        <w:t xml:space="preserve">[37:20] </w:t>
      </w:r>
      <w:r>
        <w:t>Miss Qurutulain ne lamba jawab likha hai, lamba comment likha hai. main us ko short mein parhna chah</w:t>
      </w:r>
    </w:p>
    <w:p>
      <w:pPr>
        <w:jc w:val="right"/>
      </w:pPr>
      <w:r>
        <w:t>مس قروت العین نے لمبا جواب لکھا ہے، لمبا comment لکھا ہے۔ میں اس کو short میں پڑھنا چاہ</w:t>
      </w:r>
    </w:p>
    <w:p>
      <w:r>
        <w:rPr>
          <w:b/>
        </w:rPr>
        <w:t xml:space="preserve">[37:26] </w:t>
      </w:r>
      <w:r>
        <w:t>unga: "The entire life of Prophet Muhammad is replete with the fact that the credit of success of his great mission goes to the credit of immense focus on sabr."</w:t>
      </w:r>
    </w:p>
    <w:p>
      <w:pPr>
        <w:jc w:val="right"/>
      </w:pPr>
      <w:r>
        <w:t>وں گا: "The entire life of Prophet Muhammad is replete with the fact that the credit of success of his great mission goes to the credit of immense focus on صبر.</w:t>
      </w:r>
    </w:p>
    <w:p>
      <w:r>
        <w:rPr>
          <w:b/>
        </w:rPr>
        <w:t xml:space="preserve">[37:37] </w:t>
      </w:r>
      <w:r>
        <w:t>Maulana would always say that sabr is not a weakness; it is in fact a test of the power of controlling negativity, which leads to a disastrous consequence." Brilliant explanation of sabr by Fareeda Ji.</w:t>
      </w:r>
    </w:p>
    <w:p>
      <w:pPr>
        <w:jc w:val="right"/>
      </w:pPr>
      <w:r>
        <w:t>مولانا would always say that صبر is not a weakness; it is in fact a test of the power of controlling negativity, which leads to a disastrous consequence." Brilliant explanation of صبر by فریدہ جی۔</w:t>
      </w:r>
    </w:p>
    <w:p>
      <w:r>
        <w:rPr>
          <w:b/>
        </w:rPr>
        <w:t xml:space="preserve">[37:51] </w:t>
      </w:r>
      <w:r>
        <w:t>Aapa yeh comment aur sawal Muhammad Gul Sahab ne bheja hai Dubai se. Unhon</w:t>
      </w:r>
    </w:p>
    <w:p>
      <w:pPr>
        <w:jc w:val="right"/>
      </w:pPr>
      <w:r>
        <w:t>آپا یہ comment اور سوال محمد گل صاحب نے بھیجا ہے دبئی سے۔ انہوں</w:t>
      </w:r>
    </w:p>
    <w:p>
      <w:r>
        <w:rPr>
          <w:b/>
        </w:rPr>
        <w:t xml:space="preserve">[37:55] </w:t>
      </w:r>
      <w:r>
        <w:t>ne likha hai ke "This program is amazing, and it charges me for the whole week." Unka sawal yeh hai ke "What are some practical tips for maintaining strong patience in daily life, especially in the face of challenging or difficult situations?" To is ke bare mein bataein.</w:t>
      </w:r>
    </w:p>
    <w:p>
      <w:pPr>
        <w:jc w:val="right"/>
      </w:pPr>
      <w:r>
        <w:t>نے لکھا ہے کہ "This program is amazing, and it charges me for the whole week." ان کا سوال یہ ہے کہ "What are some practical tips for maintaining strong patience in daily life, especially in the face of challenging or difficult situations?" تو اس کے بارے میں بتائیں۔</w:t>
      </w:r>
    </w:p>
    <w:p>
      <w:r>
        <w:rPr>
          <w:b/>
        </w:rPr>
        <w:t xml:space="preserve">[38:18] </w:t>
      </w:r>
      <w:r>
        <w:t>Practical yahi hai ke waqti tor par ghussa aata hai.</w:t>
      </w:r>
    </w:p>
    <w:p>
      <w:pPr>
        <w:jc w:val="right"/>
      </w:pPr>
      <w:r>
        <w:t>Practical یہی ہے کہ وقتی طور پر غصہ آتا ہے۔</w:t>
      </w:r>
    </w:p>
    <w:p>
      <w:r>
        <w:rPr>
          <w:b/>
        </w:rPr>
        <w:t xml:space="preserve">[38:23] </w:t>
      </w:r>
      <w:r>
        <w:t>Jaise BP shoot kar jaata hai to ghussa aa jaata hai. Waqti tor par aata hai to bas khamosh ho jaen. Maulana jo hain wo bilkul khamosh ho jaate thay aur apni jagah ko badal dein.</w:t>
      </w:r>
    </w:p>
    <w:p>
      <w:pPr>
        <w:jc w:val="right"/>
      </w:pPr>
      <w:r>
        <w:t>جیسے بی پی shoot کر جاتا ہے تو غصہ آ جاتا ہے۔ وقتی طور پر آتا ہے تو بس خاموش ہو جائیں۔ مولانا جو ہیں وہ بالکل خاموش ہو جاتے تھے اور اپنی جگہ کو بدل دیں۔</w:t>
      </w:r>
    </w:p>
    <w:p>
      <w:r>
        <w:rPr>
          <w:b/>
        </w:rPr>
        <w:t xml:space="preserve">[38:35] </w:t>
      </w:r>
      <w:r>
        <w:t>Jaise hum baithe hain to walk karne lagen aur is is ek ek kamre mein baithe hain to doosre kamre mein chale jaen.</w:t>
      </w:r>
    </w:p>
    <w:p>
      <w:pPr>
        <w:jc w:val="right"/>
      </w:pPr>
      <w:r>
        <w:t>جیسے ہم بیٹھے ہیں تو walk کرنے لگیں اور اس اس ایک ایک کمرے میں بیٹھے ہیں تو دوسرے کمرے میں چلے جائیں۔</w:t>
      </w:r>
    </w:p>
    <w:p>
      <w:r>
        <w:rPr>
          <w:b/>
        </w:rPr>
        <w:t xml:space="preserve">[38:44] </w:t>
      </w:r>
      <w:r>
        <w:t>To is se farq padta hai. Agar wahin baithe rahen aur wahi sochte rahen to ghussa badhta chala jaata</w:t>
      </w:r>
    </w:p>
    <w:p>
      <w:pPr>
        <w:jc w:val="right"/>
      </w:pPr>
      <w:r>
        <w:t>تو اس سے فرق پڑتا ہے۔ اگر وہیں بیٹھے رہیں اور وہی سوچتے رہیں تو غصہ بڑھتا چلا جاتا</w:t>
      </w:r>
    </w:p>
    <w:p>
      <w:r>
        <w:rPr>
          <w:b/>
        </w:rPr>
        <w:t xml:space="preserve">[38:49] </w:t>
      </w:r>
      <w:r>
        <w:t>hai. To apni is ko thoda sa posture ko badal lein aur thoda sa walk karna shuru kar dein. To thoda sa apne aap ko thodi der ke liye ghussa aata hai.</w:t>
      </w:r>
    </w:p>
    <w:p>
      <w:pPr>
        <w:jc w:val="right"/>
      </w:pPr>
      <w:r>
        <w:t>ہے۔ تو اپنی اس کو تھوڑا سا posture کو بدل لیں اور تھوڑا سا walk کرنا شروع کر دیں۔ تو تھوڑا سا اپنے آپ کو تھوڑی دیر کے لیے غصہ آتا ہے۔</w:t>
      </w:r>
    </w:p>
    <w:p>
      <w:r>
        <w:rPr>
          <w:b/>
        </w:rPr>
        <w:t xml:space="preserve">[39:01] </w:t>
      </w:r>
      <w:r>
        <w:t>To thodi der ke baad phir aadmi sochna shuru kar deta hai ke is ka is ka result kya hai. Foran yeh sochein ke is ka result kya hai.</w:t>
      </w:r>
    </w:p>
    <w:p>
      <w:pPr>
        <w:jc w:val="right"/>
      </w:pPr>
      <w:r>
        <w:t>تو تھوڑی دیر کے بعد پھر آدمی سوچنا شروع کر دیتا ہے کہ اس کا اس کا result کیا ہے۔ فوراً یہ سوچیں کہ اس کا result کیا ہے۔</w:t>
      </w:r>
    </w:p>
    <w:p>
      <w:r>
        <w:rPr>
          <w:b/>
        </w:rPr>
        <w:t xml:space="preserve">[39:11] </w:t>
      </w:r>
      <w:r>
        <w:t>Ghussa karna to bada acha lagta hai lekin wahi pachtawa, wo jaise criminals hote hain, pachtawa zindagi bhar ka hota hai.</w:t>
      </w:r>
    </w:p>
    <w:p>
      <w:pPr>
        <w:jc w:val="right"/>
      </w:pPr>
      <w:r>
        <w:t>غصہ کرنا تو بڑا اچھا لگتا ہے لیکن وہی پچھتاوا، وہ جیسے criminals ہوتے ہیں، پچھتاوا زندگی بھر کا ہوتا ہے۔</w:t>
      </w:r>
    </w:p>
    <w:p>
      <w:r>
        <w:rPr>
          <w:b/>
        </w:rPr>
        <w:t xml:space="preserve">[39:19] </w:t>
      </w:r>
      <w:r>
        <w:t>To result sochein aur apni jagah ko badal dein. To is se thodi der mein wo ghussa utar jaata hai. Ji, aur log ek aur tareeqa log karte hain ke thanda pani.</w:t>
      </w:r>
    </w:p>
    <w:p>
      <w:pPr>
        <w:jc w:val="right"/>
      </w:pPr>
      <w:r>
        <w:t>تو result سوچیں اور اپنی جگہ کو بدل دیں۔ تو اس سے تھوڑی دیر میں وہ غصہ اتر جاتا ہے۔ جی، اور لوگ ایک اور طریقہ لوگ کرتے ہیں کہ ٹھنڈا پانی۔</w:t>
      </w:r>
    </w:p>
    <w:p>
      <w:r>
        <w:rPr>
          <w:b/>
        </w:rPr>
        <w:t xml:space="preserve">[39:31] </w:t>
      </w:r>
      <w:r>
        <w:t>Hamare ek colleague hain to un ko jab ghussa aata hai, Pathan hain wo, to ghussa aata hai to un ki biwi jo hain un ko thanda pani la ke deti hain.</w:t>
      </w:r>
    </w:p>
    <w:p>
      <w:pPr>
        <w:jc w:val="right"/>
      </w:pPr>
      <w:r>
        <w:t>ہمارے ایک colleague ہیں تو ان کو جب غصہ آتا ہے، پٹھان ہیں وہ، تو غصہ آتا ہے تو ان کی بیوی جو ہیں ان کو ٹھنڈا پانی لا کے دیتی ہیں۔</w:t>
      </w:r>
    </w:p>
    <w:p>
      <w:r>
        <w:rPr>
          <w:b/>
        </w:rPr>
        <w:t xml:space="preserve">[39:41] </w:t>
      </w:r>
      <w:r>
        <w:t>Ji, to wo kehte hain pani peete peete ghussa utar jaata hai. To is tareeqe ki kai cheezein hain jo aadmi is ko kar sakta hai apne hisab se.</w:t>
      </w:r>
    </w:p>
    <w:p>
      <w:pPr>
        <w:jc w:val="right"/>
      </w:pPr>
      <w:r>
        <w:t>جی، تو وہ کہتے ہیں پانی پیتے پیتے غصہ اتر جاتا ہے۔ تو اس طریقے کی کئی چیزیں ہیں جو آدمی اس کو کر سکتا ہے اپنے حساب سے۔</w:t>
      </w:r>
    </w:p>
    <w:p>
      <w:r>
        <w:rPr>
          <w:b/>
        </w:rPr>
        <w:t xml:space="preserve">[39:51] </w:t>
      </w:r>
      <w:r>
        <w:t>Acha Aapa ek aur sawal isi se jodna chahunga</w:t>
      </w:r>
    </w:p>
    <w:p>
      <w:pPr>
        <w:jc w:val="right"/>
      </w:pPr>
      <w:r>
        <w:t>اچھا آپا ایک اور سوال اسی سے جوڑنا چاہوں گا</w:t>
      </w:r>
    </w:p>
    <w:p>
      <w:r>
        <w:rPr>
          <w:b/>
        </w:rPr>
        <w:t xml:space="preserve">[39:54] </w:t>
      </w:r>
      <w:r>
        <w:t>ke sabr wala amal jo hai wo result oriented hota hai hamesha. To is ko thoda sa aap wazeh karein. To sabr jo hai wahi be sabri jo hai uska koi result nahin.</w:t>
      </w:r>
    </w:p>
    <w:p>
      <w:pPr>
        <w:jc w:val="right"/>
      </w:pPr>
      <w:r>
        <w:t>کہ صبر والا عمل جو ہے وہ result oriented ہوتا ہے ہمیشہ۔ تو اس کو تھوڑا سا آپ واضح کریں۔ تو صبر جو ہے وہی بے صبری جو ہے اس کا کوئی result نہیں۔</w:t>
      </w:r>
    </w:p>
    <w:p>
      <w:r>
        <w:rPr>
          <w:b/>
        </w:rPr>
        <w:t xml:space="preserve">[40:08] </w:t>
      </w:r>
      <w:r>
        <w:t>Is ka result to destruction hai. Aur sabr ka jo hai wo saare hi achhe result jo hain wo sabr se hi hain.</w:t>
      </w:r>
    </w:p>
    <w:p>
      <w:pPr>
        <w:jc w:val="right"/>
      </w:pPr>
      <w:r>
        <w:t>اس کا result تو destruction ہے۔ اور صبر کا جو ہے وہ سارے ہی اچھے result جو ہیں وہ صبر سے ہی ہیں۔</w:t>
      </w:r>
    </w:p>
    <w:p>
      <w:r>
        <w:rPr>
          <w:b/>
        </w:rPr>
        <w:t xml:space="preserve">[40:17] </w:t>
      </w:r>
      <w:r>
        <w:t>Kyunke agar Rasool Allah Sal Allahu Alaihi Wasallam ne aap sochiye ke sabr na kiya hota to kya hota? Makka hi mein sab khatam ho gaye hote. Makka mein jang ho jaati aur itne kam tadad mein log thay, resources thay nahin, wahin ke wahin khatam ho jaate.</w:t>
      </w:r>
    </w:p>
    <w:p>
      <w:pPr>
        <w:jc w:val="right"/>
      </w:pPr>
      <w:r>
        <w:t>کیونکہ اگر رسول اللہ صلی اللہ علیہ وسلم نے آپ سوچیے کہ صبر نہ کیا ہوتا تو کیا ہوتا؟ مکہ ہی میں سب ختم ہو گئے ہوتے۔ مکہ میں جنگ ہو جاتی اور اتنے کم تعداد میں لوگ تھے، resources تھے نہیں، وہیں کے وہیں ختم ہو جاتے۔</w:t>
      </w:r>
    </w:p>
    <w:p>
      <w:r>
        <w:rPr>
          <w:b/>
        </w:rPr>
        <w:t xml:space="preserve">[40:32] </w:t>
      </w:r>
      <w:r>
        <w:t>Lekin poori zindagi aap ki sabr ki hai. Ab sabr karne se kya hua ke wo jo Michael Hart ne kitaab likhi hai "H</w:t>
      </w:r>
    </w:p>
    <w:p>
      <w:pPr>
        <w:jc w:val="right"/>
      </w:pPr>
      <w:r>
        <w:t>لیکن پوری زندگی آپ کی صبر کی ہے۔ اب صبر کرنے سے کیا ہوا کہ وہ جو مائیکل ہارٹ نے کتاب لکھی ہے "H</w:t>
      </w:r>
    </w:p>
    <w:p>
      <w:r>
        <w:rPr>
          <w:b/>
        </w:rPr>
        <w:t xml:space="preserve">[40:41] </w:t>
      </w:r>
      <w:r>
        <w:t>undred Men" par to aap ko sab se zyada poori duniya ka sab se zyada kamyab insaan bataya hai. To wo sabr ki wajah se hai. Har mauqe par aap ne sabr kiya aur yeh sochne lage ke is is ko kaise counter karein.</w:t>
      </w:r>
    </w:p>
    <w:p>
      <w:pPr>
        <w:jc w:val="right"/>
      </w:pPr>
      <w:r>
        <w:t>undred Men" پر تو آپ کو سب سے زیادہ پوری دنیا کا سب سے زیادہ کامیاب انسان بتایا ہے۔ تو وہ صبر کی وجہ سے ہے۔ ہر موقع پر آپ نے صبر کیا اور یہ سوچنے لگے کہ اس اس کو کیسے counter کریں۔</w:t>
      </w:r>
    </w:p>
    <w:p>
      <w:r>
        <w:rPr>
          <w:b/>
        </w:rPr>
        <w:t xml:space="preserve">[40:57] </w:t>
      </w:r>
      <w:r>
        <w:t>Counter strategy kya hai? Agar enemy kuch kar raha hai to us ko hum kaise defeat karein enemy ko jang ke baghair.</w:t>
      </w:r>
    </w:p>
    <w:p>
      <w:pPr>
        <w:jc w:val="right"/>
      </w:pPr>
      <w:r>
        <w:t>Counter strategy کیا ہے؟ اگر enemy کچھ کر رہا ہے تو اس کو ہم کیسے defeat کریں enemy کو جنگ کے بغیر۔</w:t>
      </w:r>
    </w:p>
    <w:p>
      <w:r>
        <w:rPr>
          <w:b/>
        </w:rPr>
        <w:t xml:space="preserve">[41:04] </w:t>
      </w:r>
      <w:r>
        <w:t>To is tareeqe se yahi result oriented hai ke hum sochein. Sab se badi cheez jo Allah Ta'ala ne diya hai wo insaan ko dimaag diya hai.</w:t>
      </w:r>
    </w:p>
    <w:p>
      <w:pPr>
        <w:jc w:val="right"/>
      </w:pPr>
      <w:r>
        <w:t>تو اس طریقے سے یہی result oriented ہے کہ ہم سوچیں۔ سب سے بڑی چیز جو اللہ تعالی نے دیا ہے وہ انسان کو دماغ دیا ہے۔</w:t>
      </w:r>
    </w:p>
    <w:p>
      <w:r>
        <w:rPr>
          <w:b/>
        </w:rPr>
        <w:t xml:space="preserve">[41:14] </w:t>
      </w:r>
      <w:r>
        <w:t>To wo foran dimaag jo hai wo sochna shuru kar deta hai ke ab yeh halaat aise hue hain, ab kya karein? Phir us hamare sab se us ke baad jo hai wo aap hidayat lijiye Quran se, Hadees se, Rasool Allah Sal Allahu Alaihi Wasallam ki zindagi se.</w:t>
      </w:r>
    </w:p>
    <w:p>
      <w:pPr>
        <w:jc w:val="right"/>
      </w:pPr>
      <w:r>
        <w:t>تو وہ فوراً دماغ جو ہے وہ سوچنا شروع کر دیتا ہے کہ اب یہ حالات ایسے ہوئے ہیں، اب کیا کریں؟ پھر اس ہمارے سب سے اس کے بعد جو ہے وہ آپ ہدایت لیجئے قرآن سے، حدیث سے، رسول اللہ صلی اللہ علیہ وسلم کی زندگی سے۔</w:t>
      </w:r>
    </w:p>
    <w:p>
      <w:r>
        <w:rPr>
          <w:b/>
        </w:rPr>
        <w:t xml:space="preserve">[41:29] </w:t>
      </w:r>
      <w:r>
        <w:t>Aur aap yeh sab cheezon ko baar baar padhte rahi</w:t>
      </w:r>
    </w:p>
    <w:p>
      <w:pPr>
        <w:jc w:val="right"/>
      </w:pPr>
      <w:r>
        <w:t>اور آپ یہ سب چیزوں کو بار بار پڑھتے رہی</w:t>
      </w:r>
    </w:p>
    <w:p>
      <w:r>
        <w:rPr>
          <w:b/>
        </w:rPr>
        <w:t xml:space="preserve">[41:32] </w:t>
      </w:r>
      <w:r>
        <w:t>e, apni zindagi mein apply karte rahiye. To is se aap ko yaad rehna chahiye. Jaise Maulana Sahab ko sab yaad rehta tha.</w:t>
      </w:r>
    </w:p>
    <w:p>
      <w:pPr>
        <w:jc w:val="right"/>
      </w:pPr>
      <w:r>
        <w:t>ے، اپنی زندگی میں اپلائی کرتے رہیے۔ تو اس سے آپ کو یاد رہنا چاہیے۔ جیسے مولانا صاحب کو سب یاد رہتا تھا۔</w:t>
      </w:r>
    </w:p>
    <w:p>
      <w:r>
        <w:rPr>
          <w:b/>
        </w:rPr>
        <w:t xml:space="preserve">[41:40] </w:t>
      </w:r>
      <w:r>
        <w:t>jaise koi moqa aata tha, un ko foran woh verse yaad aa jati thi: wasta'inu bis sabri was salati yeh second chapter mein hai ke tum sabr se aur salat se khuda se madad mango.</w:t>
      </w:r>
    </w:p>
    <w:p>
      <w:pPr>
        <w:jc w:val="right"/>
      </w:pPr>
      <w:r>
        <w:t>جیسے کوئی موقع آتا تھا، ان کو فوراً وہ verse یاد آ جاتی تھی: وَاسْتَعِينُوا بِالصَّبْرِ وَالصَّلَاةِ یہ سیکنڈ چیپٹر میں ہے کہ تم صبر سے اور صلاۃ سے خدا سے مدد مانگو۔</w:t>
      </w:r>
    </w:p>
    <w:p>
      <w:r>
        <w:rPr>
          <w:b/>
        </w:rPr>
        <w:t xml:space="preserve">[41:53] </w:t>
      </w:r>
      <w:r>
        <w:t>to jab aap ko yeh yaad aa jaye ga na, phir aap is par sochne lagen ge. aap ja ke tafseer parhein ge, thora aur detail hasil karein ge is ki. to</w:t>
      </w:r>
    </w:p>
    <w:p>
      <w:pPr>
        <w:jc w:val="right"/>
      </w:pPr>
      <w:r>
        <w:t>تو جب آپ کو یہ یاد آ جائے گا نا، پھر آپ اس پر سوچنے لگیں گے۔ آپ جا کے تفسیر پڑھیں گے، تھوڑا اور detail حاصل کریں گے اس کی۔ تو</w:t>
      </w:r>
    </w:p>
    <w:p>
      <w:r>
        <w:rPr>
          <w:b/>
        </w:rPr>
        <w:t xml:space="preserve">[42:01] </w:t>
      </w:r>
      <w:r>
        <w:t>lekin sabr ko yak tarfa hona chahiye. kyunke agar enemy aap ka strong hai, aap ka jo opponent hai woh strong hai to woh kabhi bhi sabr karne ke liye tayyar nahi ho ga.</w:t>
      </w:r>
    </w:p>
    <w:p>
      <w:pPr>
        <w:jc w:val="right"/>
      </w:pPr>
      <w:r>
        <w:t>لیکن صبر کو یکطرفہ ہونا چاہیے۔ کیونکہ اگر enemy آپ کا strong ہے، آپ کا جو opponent ہے وہ strong ہے تو وہ کبھی بھی صبر کرنے کے لیے تیار نہیں ہوگا۔</w:t>
      </w:r>
    </w:p>
    <w:p>
      <w:r>
        <w:rPr>
          <w:b/>
        </w:rPr>
        <w:t xml:space="preserve">[42:14] </w:t>
      </w:r>
      <w:r>
        <w:t>to sabr aap hi ko karna pare ga. to yeh yak tarfa hona chahiye. aur is aur rasool Allah sal Allah alaihi wasallam ne hamesha yak tarfa tor par sabr kiya hai.</w:t>
      </w:r>
    </w:p>
    <w:p>
      <w:pPr>
        <w:jc w:val="right"/>
      </w:pPr>
      <w:r>
        <w:t>تو صبر آپ ہی کو کرنا پڑے گا۔ تو یہ یکطرفہ ہونا چاہیے۔ اور اس اور رسول اللہ صلی اللہ علیہ وسلم نے ہمیشہ یکطرفہ طور پر صبر کیا ہے۔</w:t>
      </w:r>
    </w:p>
    <w:p>
      <w:r>
        <w:rPr>
          <w:b/>
        </w:rPr>
        <w:t xml:space="preserve">[42:24] </w:t>
      </w:r>
      <w:r>
        <w:t>to aur doosre yeh ke Allah taala ne insan ko qabar mein paida hi kiya gaya hai. aur yeh dunya jo hai woh darul imtihan hai.</w:t>
      </w:r>
    </w:p>
    <w:p>
      <w:pPr>
        <w:jc w:val="right"/>
      </w:pPr>
      <w:r>
        <w:t>تو اور دوسرے یہ کہ اللہ تعالی نے انسان کو قبر میں پیدا ہی کیا گیا ہے۔ اور یہ دنیا جو ہے وہ دارالامتحان ہے۔</w:t>
      </w:r>
    </w:p>
    <w:p>
      <w:r>
        <w:rPr>
          <w:b/>
        </w:rPr>
        <w:t xml:space="preserve">[42:33] </w:t>
      </w:r>
      <w:r>
        <w:t>to is dunya mein is se chhutti hi nahi hai ke hum sabr karein. agar matlab agar hum ko kamyabi hasil karni hai to hamein sabr karna hai.</w:t>
      </w:r>
    </w:p>
    <w:p>
      <w:pPr>
        <w:jc w:val="right"/>
      </w:pPr>
      <w:r>
        <w:t>تو اس دنیا میں اس سے چھٹی ہی نہیں ہے کہ ہم صبر کریں۔ اگر مطلب اگر ہم کو کامیابی حاصل کرنی ہے تو ہمیں صبر کرنا ہے۔</w:t>
      </w:r>
    </w:p>
    <w:p>
      <w:r>
        <w:rPr>
          <w:b/>
        </w:rPr>
        <w:t xml:space="preserve">[42:43] </w:t>
      </w:r>
      <w:r>
        <w:t>agar hum ko apne ko destroy karna hai to hum ko sabr ki koi zaroorat nahi hai.</w:t>
      </w:r>
    </w:p>
    <w:p>
      <w:pPr>
        <w:jc w:val="right"/>
      </w:pPr>
      <w:r>
        <w:t>اگر ہم کو اپنے کو destroy کرنا ہے تو ہم کو صبر کی کوئی ضرورت نہیں ہے۔</w:t>
      </w:r>
    </w:p>
    <w:p>
      <w:r>
        <w:rPr>
          <w:b/>
        </w:rPr>
        <w:t xml:space="preserve">[42:49] </w:t>
      </w:r>
      <w:r>
        <w:t>ek hadith hai: inna an nasra ma as sabri to sabr hi ke sath kamyabi hai. to is liye yeh hamare liye bilkul clear hai ke hum ko agar kamyabi hasil karni hai to hamein sabr karna hai.</w:t>
      </w:r>
    </w:p>
    <w:p>
      <w:pPr>
        <w:jc w:val="right"/>
      </w:pPr>
      <w:r>
        <w:t>ایک حدیث ہے: إِنَّ النَّصْرَ مَعَ الصَّبْرِ تو صبر ہی کے ساتھ کامیابی ہے۔ تو اس لیے یہ ہمارے لیے بالکل clear ہے کہ ہم کو اگر کامیابی حاصل کرنی ہے تو ہمیں صبر کرنا ہے۔</w:t>
      </w:r>
    </w:p>
    <w:p>
      <w:r>
        <w:rPr>
          <w:b/>
        </w:rPr>
        <w:t xml:space="preserve">[43:04] </w:t>
      </w:r>
      <w:r>
        <w:t>to bar bar ayatein bhi hain aur bar bar rasool Allah sal Allah alaihi wasallam ne apne ashaab se fermaya. kyunke ashaab ko bhi tamam quraish ke log pareshan karte the.</w:t>
      </w:r>
    </w:p>
    <w:p>
      <w:pPr>
        <w:jc w:val="right"/>
      </w:pPr>
      <w:r>
        <w:t>تو بار بار آیتیں بھی ہیں اور بار بار رسول اللہ صلی اللہ علیہ وسلم نے اپنے اصحاب سے فرمایا۔ کیونکہ اصحاب کو بھی تمام قریش کے لوگ پریشان کرتے تھے۔</w:t>
      </w:r>
    </w:p>
    <w:p>
      <w:r>
        <w:rPr>
          <w:b/>
        </w:rPr>
        <w:t xml:space="preserve">[43:15] </w:t>
      </w:r>
      <w:r>
        <w:t>to aap un ko kehte the: sabr karo, sabr karo.</w:t>
      </w:r>
    </w:p>
    <w:p>
      <w:pPr>
        <w:jc w:val="right"/>
      </w:pPr>
      <w:r>
        <w:t>تو آپ ان کو کہتے تھے: صبر کرو، صبر کرو۔</w:t>
      </w:r>
    </w:p>
    <w:p>
      <w:r>
        <w:rPr>
          <w:b/>
        </w:rPr>
        <w:t xml:space="preserve">[43:20] </w:t>
      </w:r>
      <w:r>
        <w:t>quran ki ek ayat hai chapter al imran mein ke: aey logon! sabr karo ta ke tum falah pao. to aap dekh rahe hain ke besabri ka jo amal hai woh counter productive hai.</w:t>
      </w:r>
    </w:p>
    <w:p>
      <w:pPr>
        <w:jc w:val="right"/>
      </w:pPr>
      <w:r>
        <w:t>قرآن کی ایک آیت ہے چیپٹر آل عمران میں کہ: اے لوگوں! صبر کرو تاکہ تم فلاح پاؤ۔ تو آپ دیکھ رہے ہیں کہ بے صبری کا جو عمل ہے وہ counter productive ہے۔</w:t>
      </w:r>
    </w:p>
    <w:p>
      <w:r>
        <w:rPr>
          <w:b/>
        </w:rPr>
        <w:t xml:space="preserve">[43:33] </w:t>
      </w:r>
      <w:r>
        <w:t>is se kuch nateeja nahi nikalne wala hai. aur sabr wale amal se jo bhi nateeja aap nikalna chahte hain woh nikal sakta hai.</w:t>
      </w:r>
    </w:p>
    <w:p>
      <w:pPr>
        <w:jc w:val="right"/>
      </w:pPr>
      <w:r>
        <w:t>اس سے کچھ نتیجہ نہیں نکلنے والا ہے۔ اور صبر والے عمل سے جو بھی نتیجہ آپ نکالنا چاہتے ہیں وہ نکل سکتا ہے۔</w:t>
      </w:r>
    </w:p>
    <w:p>
      <w:r>
        <w:rPr>
          <w:b/>
        </w:rPr>
        <w:t xml:space="preserve">[43:41] </w:t>
      </w:r>
      <w:r>
        <w:t>kyunke Allah taala ne yahi nizam hi rakha hai ke sabr ke wala jo amal hai usi mein Allah ki madad madad mile gi.</w:t>
      </w:r>
    </w:p>
    <w:p>
      <w:pPr>
        <w:jc w:val="right"/>
      </w:pPr>
      <w:r>
        <w:t>کیونکہ اللہ تعالی نے یہی نظام ہی رکھا ہے کہ صبر کے والا جو عمل ہے اسی میں اللہ کی مدد مدد ملے گی۔</w:t>
      </w:r>
    </w:p>
    <w:p>
      <w:r>
        <w:rPr>
          <w:b/>
        </w:rPr>
        <w:t xml:space="preserve">[43:50] </w:t>
      </w:r>
      <w:r>
        <w:t>to hamein yeh sab baatein apni zindagi mein apply karna chahiye. soch samajh kar apni zindagi ko ko har kaam karna chahiye.</w:t>
      </w:r>
    </w:p>
    <w:p>
      <w:pPr>
        <w:jc w:val="right"/>
      </w:pPr>
      <w:r>
        <w:t>تو ہمیں یہ سب باتیں اپنی زندگی میں اپلائی کرنا چاہیے۔ سوچ سمجھ کر اپنی زندگی کو کو کا ہر کام کرنا چاہیے۔</w:t>
      </w:r>
    </w:p>
    <w:p>
      <w:r>
        <w:rPr>
          <w:b/>
        </w:rPr>
        <w:t xml:space="preserve">[44:00] </w:t>
      </w:r>
      <w:r>
        <w:t>acha apa agar quran mein dekhein to ek ayat mein aya hai ke: "Those who believe, forgive when they are angry." lekin aksar hum dekhte hain ke log confrontation mein aa jate hain.</w:t>
      </w:r>
    </w:p>
    <w:p>
      <w:pPr>
        <w:jc w:val="right"/>
      </w:pPr>
      <w:r>
        <w:t>اچھا آپا اگر قرآن میں دیکھیں تو ایک آیت میں آیا ہے کہ: "Those who believe, forgive when they are angry." لیکن اکثر ہم دیکھتے ہیں کہ لوگ confrontation میں آ جاتے ہیں۔</w:t>
      </w:r>
    </w:p>
    <w:p>
      <w:r>
        <w:rPr>
          <w:b/>
        </w:rPr>
        <w:t xml:space="preserve">[44:12] </w:t>
      </w:r>
      <w:r>
        <w:t>woh i'raaz yaani avoidance ke principle ko nahi jante.</w:t>
      </w:r>
    </w:p>
    <w:p>
      <w:pPr>
        <w:jc w:val="right"/>
      </w:pPr>
      <w:r>
        <w:t>وہ اعراض یعنی avoidance کے principle کو نہیں جانتے۔</w:t>
      </w:r>
    </w:p>
    <w:p>
      <w:r>
        <w:rPr>
          <w:b/>
        </w:rPr>
        <w:t xml:space="preserve">[44:17] </w:t>
      </w:r>
      <w:r>
        <w:t>jabke agar hum dekhein ke quran mein sau dafa se ziyada i'raaz aur sabr ke baray mein zikr kiya gaya hai. to dono mein kya taluq hai sabr aur i'raaz mein?</w:t>
      </w:r>
    </w:p>
    <w:p>
      <w:pPr>
        <w:jc w:val="right"/>
      </w:pPr>
      <w:r>
        <w:t>جبکہ اگر ہم دیکھیں کہ قرآن میں سو دفعہ سے زیادہ اعراض اور صبر کے بارے میں ذکر کیا گیا ہے۔ تو دونوں میں کیا تعلق ہے صبر اور اعراض میں؟</w:t>
      </w:r>
    </w:p>
    <w:p>
      <w:r>
        <w:rPr>
          <w:b/>
        </w:rPr>
        <w:t xml:space="preserve">[44:29] </w:t>
      </w:r>
      <w:r>
        <w:t>is ke baray mein bataein. dono related hi hain. Avoidance aur sabr dono ek hi coin ke jaise do aspect hote hain na.</w:t>
      </w:r>
    </w:p>
    <w:p>
      <w:pPr>
        <w:jc w:val="right"/>
      </w:pPr>
      <w:r>
        <w:t>اس کے بارے میں بتائیں۔ دونوں related ہی ہیں۔ Avoidance اور صبر دونوں ایک ہی coin کے جیسے دو aspect ہوتے ہیں نا۔</w:t>
      </w:r>
    </w:p>
    <w:p>
      <w:r>
        <w:rPr>
          <w:b/>
        </w:rPr>
        <w:t xml:space="preserve">[44:41] </w:t>
      </w:r>
      <w:r>
        <w:t>ji to isi tarah se hai. avoid karte hain.</w:t>
      </w:r>
    </w:p>
    <w:p>
      <w:pPr>
        <w:jc w:val="right"/>
      </w:pPr>
      <w:r>
        <w:t>جی تو اسی طریقے سے ہے۔ Avoid کرتے ہیں۔</w:t>
      </w:r>
    </w:p>
    <w:p>
      <w:r>
        <w:rPr>
          <w:b/>
        </w:rPr>
        <w:t xml:space="preserve">[44:47] </w:t>
      </w:r>
      <w:r>
        <w:t>avoid karne ka matlab bhi sabri karna hai aur sabr karne ka matlab bhi avoid hi karna hai. dono mein bohat ziyada farq nahi hai. to bohat sare alfaaz hote hain na ek hi haqeeqat ko batane ke liye.</w:t>
      </w:r>
    </w:p>
    <w:p>
      <w:pPr>
        <w:jc w:val="right"/>
      </w:pPr>
      <w:r>
        <w:t>Avoid کرنے کا مطلب بھی صبری کرنا ہے اور صبر کرنے کا مطلب بھی avoid ہی کرنا ہے۔ دونوں میں بہت زیادہ فرق نہیں ہے۔ تو بہت سارے الفاظ ہوتے ہیں نا ایک ہی حقیقت کو بتانے کے لیے۔</w:t>
      </w:r>
    </w:p>
    <w:p>
      <w:r>
        <w:rPr>
          <w:b/>
        </w:rPr>
        <w:t xml:space="preserve">[45:00] </w:t>
      </w:r>
      <w:r>
        <w:t>to quran mein aya hai: "wa'riz anil jahileen" i'raaz karo. to i'raaz karo yaani jo jahil logon ka matlab hai ke jo baaton ko nahi samajhte.</w:t>
      </w:r>
    </w:p>
    <w:p>
      <w:pPr>
        <w:jc w:val="right"/>
      </w:pPr>
      <w:r>
        <w:t>تو قرآن میں آیا ہے: "وَاعِرِظْ عَنِ الْجَاهِلِينَ" اعراض کرو۔ تو اعراض کرو یعنی جو جاہل لوگوں کا مطلب ہے کہ جو باتوں کو نہیں سمجھتے۔</w:t>
      </w:r>
    </w:p>
    <w:p>
      <w:r>
        <w:rPr>
          <w:b/>
        </w:rPr>
        <w:t xml:space="preserve">[45:10] </w:t>
      </w:r>
      <w:r>
        <w:t>to baaton ko samajh nahi rahe hain is wajah se woh mukhalifat kar rah</w:t>
      </w:r>
    </w:p>
    <w:p>
      <w:pPr>
        <w:jc w:val="right"/>
      </w:pPr>
      <w:r>
        <w:t>تو باتوں کو سمجھ نہیں رہے ہیں اس وجہ سے وہ مخالفت کر رہ</w:t>
      </w:r>
    </w:p>
    <w:p>
      <w:r>
        <w:rPr>
          <w:b/>
        </w:rPr>
        <w:t xml:space="preserve">[45:13] </w:t>
      </w:r>
      <w:r>
        <w:t>e hain. to un ko thora sa time lage ga baaton ko samajhne mein. to is liye un ko time dena chahiye. aur yeh bilkul psychology ke mutabiq hai insan ki.</w:t>
      </w:r>
    </w:p>
    <w:p>
      <w:pPr>
        <w:jc w:val="right"/>
      </w:pPr>
      <w:r>
        <w:t>ے ہیں۔ تو ان کو تھوڑا سا ٹائم لگے گا باتوں کو سمجھنے میں۔ تو اس لیے ان کو ٹائم دینا چاہیے۔ اور یہ بالکل psychology کے مطابق ہے انسان کی۔</w:t>
      </w:r>
    </w:p>
    <w:p>
      <w:r>
        <w:rPr>
          <w:b/>
        </w:rPr>
        <w:t xml:space="preserve">[45:23] </w:t>
      </w:r>
      <w:r>
        <w:t>ke insan ko baaton ko samajhne mein time lagta hai. jab woh ek conditioned mind hota hai, mature ho chuka hota hai to us ko samajhne mein baat ko time lagta hai.</w:t>
      </w:r>
    </w:p>
    <w:p>
      <w:pPr>
        <w:jc w:val="right"/>
      </w:pPr>
      <w:r>
        <w:t>کہ انسان کو باتوں کو سمجھنے میں ٹائم لگتا ہے۔ جب وہ ایک conditioned mind ہوتا ہے، mature ہو چکا ہوتا ہے تو اس کو سمجھنے میں بات کو ٹائم لگتا ہے۔</w:t>
      </w:r>
    </w:p>
    <w:p>
      <w:r>
        <w:rPr>
          <w:b/>
        </w:rPr>
        <w:t xml:space="preserve">[45:34] </w:t>
      </w:r>
      <w:r>
        <w:t>to hamein is is is haqeeqat se ab adjust karna hai. ke logon ko time dena hai, un ko tarah tarah se samjhane ki koshish karna hai.</w:t>
      </w:r>
    </w:p>
    <w:p>
      <w:pPr>
        <w:jc w:val="right"/>
      </w:pPr>
      <w:r>
        <w:t>تو ہمیں اس اس اس حقیقت سے اب adjust کرنا ہے۔ کہ لوگوں کو ٹائم دینا ہے، ان کو طرح طرح سے سمجھانے کی کوشش کرنا ہے۔</w:t>
      </w:r>
    </w:p>
    <w:p>
      <w:r>
        <w:rPr>
          <w:b/>
        </w:rPr>
        <w:t xml:space="preserve">[45:44] </w:t>
      </w:r>
      <w:r>
        <w:t>aur isi tareeqe se woh ek din aisa hoga. aur tamam paighambaron ko dekhiye shuru mein logon ne mukhalifat ki. lekin baad mein unhon ne inhi logon ne samajh.</w:t>
      </w:r>
    </w:p>
    <w:p>
      <w:pPr>
        <w:jc w:val="right"/>
      </w:pPr>
      <w:r>
        <w:t>اور اسی طریقے سے وہ ایک دن ایسا ہوگا۔ اور تمام پیغمبروں کو دیکھیے شروع میں لوگوں نے مخالفت کی۔ لیکن بعد میں انہوں نے انہی لوگوں نے سمجھا۔</w:t>
      </w:r>
    </w:p>
    <w:p>
      <w:r>
        <w:rPr>
          <w:b/>
        </w:rPr>
        <w:t xml:space="preserve">[45:54] </w:t>
      </w:r>
      <w:r>
        <w:t>aur khaas taur par rasool Allah sal Allah alaihi wasallam. to is ko jab time un ko mila to dheere dheere un ko baat samajh mein aane lagi.</w:t>
      </w:r>
    </w:p>
    <w:p>
      <w:pPr>
        <w:jc w:val="right"/>
      </w:pPr>
      <w:r>
        <w:t>اور خاص طور پر رسول اللہ صلی اللہ علیہ وسلم۔ تو اس کو جب ٹائم ان کو ملا تو دھیرے دھیرے ان کو بات سمجھ میں آنے لگی۔</w:t>
      </w:r>
    </w:p>
    <w:p>
      <w:r>
        <w:rPr>
          <w:b/>
        </w:rPr>
        <w:t xml:space="preserve">[46:04] </w:t>
      </w:r>
      <w:r>
        <w:t>aur is mein khaas taur par hazrat yoon</w:t>
      </w:r>
    </w:p>
    <w:p>
      <w:pPr>
        <w:jc w:val="right"/>
      </w:pPr>
      <w:r>
        <w:t>اور اس میں خاص طور پر حضرت یون</w:t>
      </w:r>
    </w:p>
    <w:p>
      <w:r>
        <w:rPr>
          <w:b/>
        </w:rPr>
        <w:t xml:space="preserve">[46:07] </w:t>
      </w:r>
      <w:r>
        <w:t>s dekhiye. hazrat yunus ne bohat dinon tak apne logon ko Khuda ka paigham pohanchaya. aur woh baaton ko samajh nahi rahe the. phir woh chhod kar chale gaye.</w:t>
      </w:r>
    </w:p>
    <w:p>
      <w:pPr>
        <w:jc w:val="right"/>
      </w:pPr>
      <w:r>
        <w:t>س دیکھیے۔ حضرت یونس نے بہت دنوں تک اپنے لوگوں کو خدا کا پیغام پہنچایا۔ اور وہ باتوں کو سمجھ نہیں رہے تھے۔ پھر وہ چھوڑ کر چلے گئے۔</w:t>
      </w:r>
    </w:p>
    <w:p>
      <w:r>
        <w:rPr>
          <w:b/>
        </w:rPr>
        <w:t xml:space="preserve">[46:16] </w:t>
      </w:r>
      <w:r>
        <w:t>phir unhon ne is ne machhli ne un ko nigal liya. phir un ko ehsas hua ke unhon ne ghalati ki hai. phir woh dobara gaye.</w:t>
      </w:r>
    </w:p>
    <w:p>
      <w:pPr>
        <w:jc w:val="right"/>
      </w:pPr>
      <w:r>
        <w:t>پھر انہوں نے اس نے مچھلی نے ان کو نگل لیا۔ پھر ان کو احساس ہوا کہ انہوں نے غلطی کی ہے۔ پھر وہ دوبارہ گئے۔</w:t>
      </w:r>
    </w:p>
    <w:p>
      <w:r>
        <w:rPr>
          <w:b/>
        </w:rPr>
        <w:t xml:space="preserve">[46:25] </w:t>
      </w:r>
      <w:r>
        <w:t>phir inhi logon ne saare ke saare logon ne un ki baat ko maan liya. un ke follower ban gaye. to yeh hai. dekhiye dunya mein adjustment to har halat mein karna hi padta hai.</w:t>
      </w:r>
    </w:p>
    <w:p>
      <w:pPr>
        <w:jc w:val="right"/>
      </w:pPr>
      <w:r>
        <w:t>پھر انہی لوگوں نے سارے کے سارے لوگوں نے ان کی بات کو مان لیا۔ ان کے follower بن گئے۔ تو یہ ہے۔ دیکھیے دنیا میں adjustment تو ہر حالت میں کرنا ہی پڑتا ہے۔</w:t>
      </w:r>
    </w:p>
    <w:p>
      <w:r>
        <w:rPr>
          <w:b/>
        </w:rPr>
        <w:t xml:space="preserve">[46:37] </w:t>
      </w:r>
      <w:r>
        <w:t>to adjustment agar hum apne interest ke liye karein to bas is ka faida dunya mein hi milega. aur agar hum adjustment akhirat ke liye karein, adjustment Khuda ka paigham pohanchane ke liye karein to is se hamein bohat bara faida milega.</w:t>
      </w:r>
    </w:p>
    <w:p>
      <w:pPr>
        <w:jc w:val="right"/>
      </w:pPr>
      <w:r>
        <w:t>تو adjustment اگر ہم اپنے interest کے لیے کریں تو بس اس کا فائدہ دنیا میں ہی ملے گا۔ اور اگر ہم adjustment آخرت کے لیے کریں، adjustment خدا کا پیغام پہنچانے کے لیے کریں تو اس سے ہمیں بہت بڑا فائدہ ملے گا۔</w:t>
      </w:r>
    </w:p>
    <w:p>
      <w:r>
        <w:rPr>
          <w:b/>
        </w:rPr>
        <w:t xml:space="preserve">[46:54] </w:t>
      </w:r>
      <w:r>
        <w:t>Allah taala ki madad milegi aur Allah ki blessings milengi. aur jo hai mahol normal ho j</w:t>
      </w:r>
    </w:p>
    <w:p>
      <w:pPr>
        <w:jc w:val="right"/>
      </w:pPr>
      <w:r>
        <w:t>اللہ تعالی کی مدد ملے گی اور اللہ کی blessings ملیں گی۔ اور جو ہے ماحول نارمل ہو ج</w:t>
      </w:r>
    </w:p>
    <w:p>
      <w:r>
        <w:rPr>
          <w:b/>
        </w:rPr>
        <w:t xml:space="preserve">[47:01] </w:t>
      </w:r>
      <w:r>
        <w:t>aye ga. mahol normal ho jayega to bohat aasani se hum Khuda ki baaton ko doosron tak pohancha sakte hain. jo ke hamari zimmedari hai.</w:t>
      </w:r>
    </w:p>
    <w:p>
      <w:pPr>
        <w:jc w:val="right"/>
      </w:pPr>
      <w:r>
        <w:t>ائے گا۔ ماحول نارمل ہو جائے گا تو بہت آسانی سے ہم خدا کی باتوں کو دوسروں تک پہنچا سکتے ہیں۔ جو کہ ہماری ذمہ داری ہے۔</w:t>
      </w:r>
    </w:p>
    <w:p>
      <w:r>
        <w:rPr>
          <w:b/>
        </w:rPr>
        <w:t xml:space="preserve">[47:11] </w:t>
      </w:r>
      <w:r>
        <w:t>ek misaal aap ko deti hoon. bohat sari misalein hain. jab rasool Allah sal Allah alaihi wasallam ke zamane mein jab ek badu masjid mein aa gaya tha, us ne masjid gandi kar di thi.</w:t>
      </w:r>
    </w:p>
    <w:p>
      <w:pPr>
        <w:jc w:val="right"/>
      </w:pPr>
      <w:r>
        <w:t>ایک مثال آپ کو دیتی ہوں۔ بہت ساری مثالیں ہیں۔ جب رسول اللہ صلی اللہ علیہ وسلم کے زمانے میں جب ایک بدو مسجد میں آ گیا تھا، اس نے مسجد گندی کر دی تھی۔</w:t>
      </w:r>
    </w:p>
    <w:p>
      <w:r>
        <w:rPr>
          <w:b/>
        </w:rPr>
        <w:t xml:space="preserve">[47:23] </w:t>
      </w:r>
      <w:r>
        <w:t>to sahaba daude is ke is ko marne ke liye</w:t>
      </w:r>
    </w:p>
    <w:p>
      <w:pPr>
        <w:jc w:val="right"/>
      </w:pPr>
      <w:r>
        <w:t>تو صحابہ دوڑے اس کے اس کو مارنے کے لی</w:t>
      </w:r>
    </w:p>
    <w:p>
      <w:r>
        <w:rPr>
          <w:b/>
        </w:rPr>
        <w:t xml:space="preserve">[47:26] </w:t>
      </w:r>
      <w:r>
        <w:t>e. to rasool Allah sal Allah alaihi wasallam ne kaha ke woh jagah saaf kar do pani se, ek dol ke pani se. aur is ko koi kuch nahi kaha.</w:t>
      </w:r>
    </w:p>
    <w:p>
      <w:pPr>
        <w:jc w:val="right"/>
      </w:pPr>
      <w:r>
        <w:t>ے۔ تو رسول اللہ صلی اللہ علیہ وسلم نے کہا کہ وہ جگہ صاف کر دو پانی سے، ایک ڈول کے پانی سے۔ اور اس کو کوئی کچھ نہیں کہا۔</w:t>
      </w:r>
    </w:p>
    <w:p>
      <w:r>
        <w:rPr>
          <w:b/>
        </w:rPr>
        <w:t xml:space="preserve">[47:35] </w:t>
      </w:r>
      <w:r>
        <w:t>ab woh isi par itna mutasir ho gaya. apne qabile mein ja ke sab se kehta hai ke dekho maine un ki masjid ko, un ki ibadat gah ko ganda kar diya tha.</w:t>
      </w:r>
    </w:p>
    <w:p>
      <w:pPr>
        <w:jc w:val="right"/>
      </w:pPr>
      <w:r>
        <w:t>اب وہ اسی پر اتنا متاثر ہو گیا۔ اپنے قبیلے میں جا کے سب سے کہتا ہے کہ دیکھو میں نے ان کی مسجد کو، ان کی عبادت گاہ کو گندا کر دیا تھا۔</w:t>
      </w:r>
    </w:p>
    <w:p>
      <w:r>
        <w:rPr>
          <w:b/>
        </w:rPr>
        <w:t xml:space="preserve">[47:44] </w:t>
      </w:r>
      <w:r>
        <w:t>unhon ne mujhe kuch nahi kaha, mujhe jharaka nahi aur mujhe is tareeqe se jaane diya baghair kuch kahe hue.</w:t>
      </w:r>
    </w:p>
    <w:p>
      <w:pPr>
        <w:jc w:val="right"/>
      </w:pPr>
      <w:r>
        <w:t>انہوں نے مجھے کچھ نہیں کہا، مجھے جھڑکا نہیں اور مجھے اس طریقے سے جانے دیا بغیر کچھ کہے ہوئے۔</w:t>
      </w:r>
    </w:p>
    <w:p>
      <w:r>
        <w:rPr>
          <w:b/>
        </w:rPr>
        <w:t xml:space="preserve">[47:51] </w:t>
      </w:r>
      <w:r>
        <w:t>to woh sab se kehta hai ke Muhammad itne achhe aadmi hain. phir yahan tak ke poora poora qabila rasool Allah sal Allah alaihi wasallam ka follower ban gaya.</w:t>
      </w:r>
    </w:p>
    <w:p>
      <w:pPr>
        <w:jc w:val="right"/>
      </w:pPr>
      <w:r>
        <w:t>تو وہ سب سے کہتا ہے کہ محمد اتنے اچھے آدمی ہیں۔ پھر یہاں تک کہ پورا پورا قبیلہ رسول اللہ صلی اللہ علیہ وسلم کا follower بن گیا۔</w:t>
      </w:r>
    </w:p>
    <w:p>
      <w:r>
        <w:rPr>
          <w:b/>
        </w:rPr>
        <w:t xml:space="preserve">[48:00] </w:t>
      </w:r>
      <w:r>
        <w:t>to yeh jo hai hamare tamam masail jo hai hal karta hai. adjust</w:t>
      </w:r>
    </w:p>
    <w:p>
      <w:pPr>
        <w:jc w:val="right"/>
      </w:pPr>
      <w:r>
        <w:t>تو یہ جو ہے ہمارے تمام مسائل جو ہے حل کرتا ہے۔ adjust</w:t>
      </w:r>
    </w:p>
    <w:p>
      <w:r>
        <w:rPr>
          <w:b/>
        </w:rPr>
        <w:t xml:space="preserve">[48:06] </w:t>
      </w:r>
      <w:r>
        <w:t>ment dunya ke bhi aur akhirat ke bhi. agar hum Khuda ke liye karenge, koi bhi kaam jab hum Khuda ke liye karte hain to is mein bohat zyada is ka ajar milta hai hamein.</w:t>
      </w:r>
    </w:p>
    <w:p>
      <w:pPr>
        <w:jc w:val="right"/>
      </w:pPr>
      <w:r>
        <w:t>ment دنیا کے بھی اور آخرت کے بھی۔ اگر ہم خدا کے لیے کریں گے، کوئی بھی کام جب ہم خدا کے لیے کرتے ہیں تو اس میں بہت زیادہ اس کا اجر ملتا ہے ہمیں۔</w:t>
      </w:r>
    </w:p>
    <w:p>
      <w:r>
        <w:rPr>
          <w:b/>
        </w:rPr>
        <w:t xml:space="preserve">[48:17] </w:t>
      </w:r>
      <w:r>
        <w:t>aur dunya mein karte hain to dunya ki kamyabi is mein milti hai. to khaas taur par hum chuki hamara mission jo hai is ke hisab se hamein Khuda ka paigham logon tak pohanchana hai.</w:t>
      </w:r>
    </w:p>
    <w:p>
      <w:pPr>
        <w:jc w:val="right"/>
      </w:pPr>
      <w:r>
        <w:t>اور دنیا میں کرتے ہیں تو دنیا کی کامیابی اس میں ملتی ہے۔ تو خاص طور پر ہم چونکہ ہمارا mission جو ہے اس کے حساب سے ہمیں خدا کا پیغام لوگوں تک پہنچانا ہے۔</w:t>
      </w:r>
    </w:p>
    <w:p>
      <w:r>
        <w:rPr>
          <w:b/>
        </w:rPr>
        <w:t xml:space="preserve">[48:28] </w:t>
      </w:r>
      <w:r>
        <w:t>to hamein is baat ka khaas khayal rakhna hai ke hamein har hal mein adjust karna hai.</w:t>
      </w:r>
    </w:p>
    <w:p>
      <w:pPr>
        <w:jc w:val="right"/>
      </w:pPr>
      <w:r>
        <w:t>تو ہمیں اس بات کا خاص خیال رکھنا ہے کہ ہمیں ہر حال میں adjust کرنا ہے۔</w:t>
      </w:r>
    </w:p>
    <w:p>
      <w:r>
        <w:rPr>
          <w:b/>
        </w:rPr>
        <w:t xml:space="preserve">[48:35] </w:t>
      </w:r>
      <w:r>
        <w:t>dawati maslehat ki wajah se. log to adjust kar hi rahe hain lekin woh un ke andar jo log bahar rehte hain to dawati maslehat un ko woh nahi samajhte.</w:t>
      </w:r>
    </w:p>
    <w:p>
      <w:pPr>
        <w:jc w:val="right"/>
      </w:pPr>
      <w:r>
        <w:t>دعوتی مصلحت کی وجہ سے۔ لوگ تو adjust کر ہی رہے ہیں لیکن وہ ان کے اندر جو لوگ باہر رہتے ہیں تو دعوتی مصلحت ان کو وہ نہیں سمجھتے۔</w:t>
      </w:r>
    </w:p>
    <w:p>
      <w:r>
        <w:rPr>
          <w:b/>
        </w:rPr>
        <w:t xml:space="preserve">[48:46] </w:t>
      </w:r>
      <w:r>
        <w:t>apne apne mafaadat ki wajah se woh adjust karte hain. to is se is mein koi un ko is ka ajar nahi milega. to yeh hai.</w:t>
      </w:r>
    </w:p>
    <w:p>
      <w:pPr>
        <w:jc w:val="right"/>
      </w:pPr>
      <w:r>
        <w:t>اپنے اپنے مفادات کی وجہ سے وہ adjust کرتے ہیں۔ تو اس سے اس میں کوئی ان کو اس کا اجر نہیں ملے گا۔ تو یہ ہے۔</w:t>
      </w:r>
    </w:p>
    <w:p>
      <w:r>
        <w:rPr>
          <w:b/>
        </w:rPr>
        <w:t xml:space="preserve">[48:55] </w:t>
      </w:r>
      <w:r>
        <w:t>adjustment jo hai na bohat zyada zaroori hai. ji jazak Allah aap ka. apa aakhri sawal poochne se pehle yeh teen comments padhna chahoon ga</w:t>
      </w:r>
    </w:p>
    <w:p>
      <w:pPr>
        <w:jc w:val="right"/>
      </w:pPr>
      <w:r>
        <w:t>adjustment جو ہے نا بہت زیادہ ضروری ہے۔ جی جزاک اللہ آپا۔ آپا آخری سوال پوچھنے سے پہلے یہ تین کمنٹس پڑھنا چاہوں گ</w:t>
      </w:r>
    </w:p>
    <w:p>
      <w:r>
        <w:rPr>
          <w:b/>
        </w:rPr>
        <w:t xml:space="preserve">[49:03] </w:t>
      </w:r>
      <w:r>
        <w:t>a. kafi comments aa rahe hain lekin ab waqt bhi ho gaya hai. yeh comment bheja hai Imran Ahmed sahab ne dilli se. unhon ne likha hai: "Mashallah Apa, sabr usool ke tehat apni zindagi mein shamil karna bohat aham baat hai.</w:t>
      </w:r>
    </w:p>
    <w:p>
      <w:pPr>
        <w:jc w:val="right"/>
      </w:pPr>
      <w:r>
        <w:t>ا۔ کافی کمنٹس آ رہے ہیں لیکن اب وقت بھی ہو گیا ہے۔ یہ کمنٹ بھیجا ہے عمران احمد صاحب نے دلی سے۔ انہوں نے لکھا ہے: "ماشاءاللہ آپا، صبر اصول کے تحت اپنی زندگی میں شامل کرنا بہت اہم بات ہے۔</w:t>
      </w:r>
    </w:p>
    <w:p>
      <w:r>
        <w:rPr>
          <w:b/>
        </w:rPr>
        <w:t xml:space="preserve">[49:18] </w:t>
      </w:r>
      <w:r>
        <w:t>majboori ke tehat to log sabr karte hi hain lekin ideal yeh hai ke hum apne usool banayein ke hum taqat rakhte hue bhi sabr karein." Jazak Allah Apa.</w:t>
      </w:r>
    </w:p>
    <w:p>
      <w:pPr>
        <w:jc w:val="right"/>
      </w:pPr>
      <w:r>
        <w:t>مجبوری کے تحت تو لوگ صبر کرتے ہی ہیں لیکن ideal یہ ہے کہ ہم اپنے اصول بنائیں کہ ہم طاقت رکھتے ہوئے بھی صبر کریں۔" جزاک اللہ آپا۔</w:t>
      </w:r>
    </w:p>
    <w:p>
      <w:r>
        <w:rPr>
          <w:b/>
        </w:rPr>
        <w:t xml:space="preserve">[49:30] </w:t>
      </w:r>
      <w:r>
        <w:t>Muhammad Yaqoob Umri sahab ne likha hai: "Jazak Allah Apa for the valuable lecture on sabr. sabr means supporting the creation plan of God.</w:t>
      </w:r>
    </w:p>
    <w:p>
      <w:pPr>
        <w:jc w:val="right"/>
      </w:pPr>
      <w:r>
        <w:t>محمد یعقوب عمری صاحب نے لکھا ہے: "Jazak Allah Apa for the valuable lecture on صبر. صبر means supporting the creation plan of God.</w:t>
      </w:r>
    </w:p>
    <w:p>
      <w:r>
        <w:rPr>
          <w:b/>
        </w:rPr>
        <w:t xml:space="preserve">[49:40] </w:t>
      </w:r>
      <w:r>
        <w:t>This is an important point about sabr." Khalid Ansari sahib ne Dilli se likha hai: "Practicing sabr gives enough time to take corrective decisions.</w:t>
      </w:r>
    </w:p>
    <w:p>
      <w:pPr>
        <w:jc w:val="right"/>
      </w:pPr>
      <w:r>
        <w:t>This is an important point about صبر." خالد انصاری صاحب نے دلی سے لکھا ہے: "Practicing صبر gives enough time to take corrective decisions.</w:t>
      </w:r>
    </w:p>
    <w:p>
      <w:r>
        <w:rPr>
          <w:b/>
        </w:rPr>
        <w:t xml:space="preserve">[49:49] </w:t>
      </w:r>
      <w:r>
        <w:t>Time is a big healer and practicing sabr saves one from hectic decisions."</w:t>
      </w:r>
    </w:p>
    <w:p>
      <w:pPr>
        <w:jc w:val="right"/>
      </w:pPr>
      <w:r>
        <w:t>Time is a big healer and practicing صبر saves one from hectic decisions."</w:t>
      </w:r>
    </w:p>
    <w:p>
      <w:r>
        <w:rPr>
          <w:b/>
        </w:rPr>
        <w:t xml:space="preserve">[49:55] </w:t>
      </w:r>
      <w:r>
        <w:t>Aapa aakhri sawal mera yeh hai ke Maulana Wahiduddin Khan sahib ne to bohat zyada emphasize kiya hai sabr par. Unhon ne articles bhi likhe hain.</w:t>
      </w:r>
    </w:p>
    <w:p>
      <w:pPr>
        <w:jc w:val="right"/>
      </w:pPr>
      <w:r>
        <w:t>آپا آخری سوال میرا یہ ہے کہ مولانا وحید الدین خان صاحب نے تو بہت زیادہ emphasize کیا ہے صبر پر۔ انہوں نے articles بھی لکھے ہیں۔</w:t>
      </w:r>
    </w:p>
    <w:p>
      <w:r>
        <w:rPr>
          <w:b/>
        </w:rPr>
        <w:t xml:space="preserve">[50:03] </w:t>
      </w:r>
      <w:r>
        <w:t>To unhon ne yeh bhi kaha tha ek dafa ke social life mein jo sabr kare, logon ke yani logon ke darmiyan rehte hue, to uska sawab kai zyada hai.</w:t>
      </w:r>
    </w:p>
    <w:p>
      <w:pPr>
        <w:jc w:val="right"/>
      </w:pPr>
      <w:r>
        <w:t>تو انہوں نے یہ بھی کہا تھا ایک دفعہ کہ social life میں جو صبر کرے، لوگوں کے یعنی لوگوں کے درمیان رہتے ہوئے، تو اس کا ثواب کئی زیادہ ہے۔</w:t>
      </w:r>
    </w:p>
    <w:p>
      <w:r>
        <w:rPr>
          <w:b/>
        </w:rPr>
        <w:t xml:space="preserve">[50:15] </w:t>
      </w:r>
      <w:r>
        <w:t>To aisa kyun kaha unhon ne? Ya iske bare mein thoda sa bataein hum sab ko.</w:t>
      </w:r>
    </w:p>
    <w:p>
      <w:pPr>
        <w:jc w:val="right"/>
      </w:pPr>
      <w:r>
        <w:t>تو ایسا کیوں کہا انہوں نے؟ یا اس کے بارے میں تھوڑا سا بتائیں ہم سب کو۔</w:t>
      </w:r>
    </w:p>
    <w:p>
      <w:r>
        <w:rPr>
          <w:b/>
        </w:rPr>
        <w:t xml:space="preserve">[50:20] </w:t>
      </w:r>
      <w:r>
        <w:t>Asal mein aadmi jab apne ghar mein rehta hai to itna zyada usko sabr karne ki zaroorat hi nahi parti hai. Uski marzi ke mutabiq sab kaam hota rehta hai.</w:t>
      </w:r>
    </w:p>
    <w:p>
      <w:pPr>
        <w:jc w:val="right"/>
      </w:pPr>
      <w:r>
        <w:t>اصل میں آدمی جب اپنے گھر میں رہتا ہے تو اتنا زیادہ اس کو صبر کرنے کی ضرورت ہی نہیں پڑتی ہے۔ اس کی مرضی کے مطابق سب کام ہوتا رہتا ہے۔</w:t>
      </w:r>
    </w:p>
    <w:p>
      <w:r>
        <w:rPr>
          <w:b/>
        </w:rPr>
        <w:t xml:space="preserve">[50:31] </w:t>
      </w:r>
      <w:r>
        <w:t>Lekin jab ijtimaiyat jo hoti hai, jab sab logon ke sath mil kar kaam karna hota hai, jaise hamara mission hai, mil kar kaam karna hota hai, to wahan par sabr ki zyada zaroorat hoti hai.</w:t>
      </w:r>
    </w:p>
    <w:p>
      <w:pPr>
        <w:jc w:val="right"/>
      </w:pPr>
      <w:r>
        <w:t>لیکن جب اجتماعیت جو ہوتی ہے، جب سب لوگوں کے ساتھ مل کر کام کرنا ہوتا ہے، جیسے ہمارا mission ہے، مل کر کام کرنا ہوتا ہے، تو وہاں پر صبر کی زیادہ ضرورت ہوتی ہے۔</w:t>
      </w:r>
    </w:p>
    <w:p>
      <w:r>
        <w:rPr>
          <w:b/>
        </w:rPr>
        <w:t xml:space="preserve">[50:43] </w:t>
      </w:r>
      <w:r>
        <w:t>To tarah tarah se isko aisa lagta hai ke uska appreciation nahi ho raha hai, usko ignore kiya ja raha hai,</w:t>
      </w:r>
    </w:p>
    <w:p>
      <w:pPr>
        <w:jc w:val="right"/>
      </w:pPr>
      <w:r>
        <w:t>تو طرح طرح سے اس کو ایسا لگتا ہے کہ اس کا appreciation نہیں ہو رہا ہے، اس کو ignore کیا جا رہا ہے،</w:t>
      </w:r>
    </w:p>
    <w:p>
      <w:r>
        <w:rPr>
          <w:b/>
        </w:rPr>
        <w:t xml:space="preserve">[50:50] </w:t>
      </w:r>
      <w:r>
        <w:t>usko ahmiyat nahi di ja rahi hai. Koi baat se woh offend ho jata hai. To har aadmi itna soch samajh ke baat nahi karta. Kuch baat keh diya to woh offend ho gaya.</w:t>
      </w:r>
    </w:p>
    <w:p>
      <w:pPr>
        <w:jc w:val="right"/>
      </w:pPr>
      <w:r>
        <w:t>اس کو اہمیت نہیں دی جا رہی ہے۔ کوئی بات سے وہ offend ہو جاتا ہے۔ تو ہر آدمی اتنا سوچ سمجھ کے بات نہیں کرتا۔ کچھ بات کہہ دیا تو وہ offend ہو گیا۔</w:t>
      </w:r>
    </w:p>
    <w:p>
      <w:r>
        <w:rPr>
          <w:b/>
        </w:rPr>
        <w:t xml:space="preserve">[50:59] </w:t>
      </w:r>
      <w:r>
        <w:t>To yeh sari cheezein jo hain bar bar woh bar bar usko tajurba hota rehta hai. To us waqt agar woh Allah ki khatir sabr kare to yeh bohat bari baat hai.</w:t>
      </w:r>
    </w:p>
    <w:p>
      <w:pPr>
        <w:jc w:val="right"/>
      </w:pPr>
      <w:r>
        <w:t>تو یہ ساری چیزیں جو ہیں بار بار وہ بار بار اس کو تجربہ ہوتا رہتا ہے۔ تو اس وقت اگر وہ اللہ کی خاطر صبر کرے تو یہ بہت بڑی بات ہے۔</w:t>
      </w:r>
    </w:p>
    <w:p>
      <w:r>
        <w:rPr>
          <w:b/>
        </w:rPr>
        <w:t xml:space="preserve">[51:11] </w:t>
      </w:r>
      <w:r>
        <w:t>Kyunke agar woh family mein apni sabr karega to woh to apni family ko unite rakhne ke liye, family ke interest ke liye sabr kare</w:t>
      </w:r>
    </w:p>
    <w:p>
      <w:pPr>
        <w:jc w:val="right"/>
      </w:pPr>
      <w:r>
        <w:t>کیونکہ اگر وہ family میں اپنی صبر کرے گا تو وہ تو اپنی family کو unite رکھنے کے لیے، family کے interest کے لیے صبر کرے</w:t>
      </w:r>
    </w:p>
    <w:p>
      <w:r>
        <w:rPr>
          <w:b/>
        </w:rPr>
        <w:t xml:space="preserve">[51:19] </w:t>
      </w:r>
      <w:r>
        <w:t>ga na. Lekin agar bahar sabr kar raha hai aur kuch jo ijtimaiyat hoti hai, jahan koi social life hoti hai ya hakoomat hoti hai, us mein bhi bohat kuch sabr karna parta hai.</w:t>
      </w:r>
    </w:p>
    <w:p>
      <w:pPr>
        <w:jc w:val="right"/>
      </w:pPr>
      <w:r>
        <w:t>گا نا۔ لیکن اگر باہر صبر کر رہا ہے اور کچھ جو اجتماعیت ہوتی ہے، جہاں کوئی social life ہوتی ہے یا حکومت ہوتی ہے، اس میں بھی بہت کچھ صبر کرنا پڑتا ہے۔</w:t>
      </w:r>
    </w:p>
    <w:p>
      <w:r>
        <w:rPr>
          <w:b/>
        </w:rPr>
        <w:t xml:space="preserve">[51:32] </w:t>
      </w:r>
      <w:r>
        <w:t>Mission chal rahe hote hain, us mein sabr karna parta hai. Aur woh phir woh Allah ki khatir sabr kare to woh jo hai woh bohat zyada important hota hai.</w:t>
      </w:r>
    </w:p>
    <w:p>
      <w:pPr>
        <w:jc w:val="right"/>
      </w:pPr>
      <w:r>
        <w:t>Mission چل رہے ہوتے ہیں، اس میں صبر کرنا پڑتا ہے۔ اور وہ پھر وہ اللہ کی خاطر صبر کرے تو وہ جو ہے وہ بہت زیادہ important ہوتا ہے۔</w:t>
      </w:r>
    </w:p>
    <w:p>
      <w:r>
        <w:rPr>
          <w:b/>
        </w:rPr>
        <w:t xml:space="preserve">[51:41] </w:t>
      </w:r>
      <w:r>
        <w:t>To jitna zyada usko is mein takleef hoti hai to utna hi zyada us us ko is mein sabr milta hai.</w:t>
      </w:r>
    </w:p>
    <w:p>
      <w:pPr>
        <w:jc w:val="right"/>
      </w:pPr>
      <w:r>
        <w:t>تو جتنا زیادہ اس کو اس میں تکلیف ہوتی ہے تو اتنا ہی زیادہ اس اس کو اس میں صبر ملتا ہے۔</w:t>
      </w:r>
    </w:p>
    <w:p>
      <w:r>
        <w:rPr>
          <w:b/>
        </w:rPr>
        <w:t xml:space="preserve">[51:48] </w:t>
      </w:r>
      <w:r>
        <w:t>To yeh khaas baat hai Islam ki ke agar hamein koi bhi takleef pohanchti hai, kehte hain ke ek kaanta bhi chubhta hai to phir hamein uska ajr milta hai, uska sawab Allah taala dete hain.</w:t>
      </w:r>
    </w:p>
    <w:p>
      <w:pPr>
        <w:jc w:val="right"/>
      </w:pPr>
      <w:r>
        <w:t>تو یہ خاص بات ہے اسلام کی کہ اگر ہمیں کوئی بھی تکلیف پہنچتی ہے، کہتے ہیں کہ ایک کانٹا بھی چبھتا ہے تو پھر ہمیں اس کا اجر ملتا ہے، اس کا ثواب اللہ تعالی دیتے ہیں۔</w:t>
      </w:r>
    </w:p>
    <w:p>
      <w:r>
        <w:rPr>
          <w:b/>
        </w:rPr>
        <w:t xml:space="preserve">[52:00] </w:t>
      </w:r>
      <w:r>
        <w:t>To hamein har waqt bas Khuda ko yaad rakhna hai aur Khuda ki marzi ke mutabiq apna har kaam karna hai. To uska sawab hamein har amal ka sawab milega.</w:t>
      </w:r>
    </w:p>
    <w:p>
      <w:pPr>
        <w:jc w:val="right"/>
      </w:pPr>
      <w:r>
        <w:t>تو ہمیں ہر وقت بس خدا کو یاد رکھنا ہے اور خدا کی مرضی کے مطابق اپنا ہر کام کرنا ہے۔ تو اس کا ثواب ہمیں ہر عمل کا ثواب ملے گا۔</w:t>
      </w:r>
    </w:p>
    <w:p>
      <w:r>
        <w:rPr>
          <w:b/>
        </w:rPr>
        <w:t xml:space="preserve">[52:10] </w:t>
      </w:r>
      <w:r>
        <w:t>Sirf aisa nahi hai ke sirf namazi roze ka sawab milega.</w:t>
      </w:r>
    </w:p>
    <w:p>
      <w:pPr>
        <w:jc w:val="right"/>
      </w:pPr>
      <w:r>
        <w:t>صرف ایسا نہیں ہے کہ صرف نمازی روزے کا ثواب ملے گا۔</w:t>
      </w:r>
    </w:p>
    <w:p>
      <w:r>
        <w:rPr>
          <w:b/>
        </w:rPr>
        <w:t xml:space="preserve">[52:16] </w:t>
      </w:r>
      <w:r>
        <w:t>To apne apne imaan ki hifazat ke liye insaan ko chahiye ke woh be masla, be shikayat insaan ban jaye. Jisko Maulana kehte the "no problem person." To no problem person ban jana yeh hamare apne liye acha hai.</w:t>
      </w:r>
    </w:p>
    <w:p>
      <w:pPr>
        <w:jc w:val="right"/>
      </w:pPr>
      <w:r>
        <w:t>تو اپنے اپنے ایمان کی حفاظت کے لیے انسان کو چاہیے کہ وہ بے مسئلہ، بے شکایت انسان بن جائے۔ جس کو مولانا کہتے تھے "no problem person." تو no problem person بن جانا یہ ہمارے اپنے لیے اچھا ہے۔</w:t>
      </w:r>
    </w:p>
    <w:p>
      <w:r>
        <w:rPr>
          <w:b/>
        </w:rPr>
        <w:t xml:space="preserve">[52:30] </w:t>
      </w:r>
      <w:r>
        <w:t>Kyunke hum hamara ek goal hona chahiye aur us goal mein koi distraction nahi hona chahiye. To yeh sari cheezein distract karti hain. Ab maine kai bar dekha hai ke jo jahil log hote hain, jahil aurtein hot</w:t>
      </w:r>
    </w:p>
    <w:p>
      <w:pPr>
        <w:jc w:val="right"/>
      </w:pPr>
      <w:r>
        <w:t>کیونکہ ہم ہمارا ایک goal ہونا چاہیے اور اس goal میں کوئی distraction نہیں ہونا چاہیے۔ تو یہ ساری چیزیں distract کرتی ہیں۔ اب میں نے کئی بار دیکھا ہے کہ جو جاہل لوگ ہوتے ہیں، جاہل عورتیں ہوت</w:t>
      </w:r>
    </w:p>
    <w:p>
      <w:r>
        <w:rPr>
          <w:b/>
        </w:rPr>
        <w:t xml:space="preserve">[52:43] </w:t>
      </w:r>
      <w:r>
        <w:t>hain, ab woh har waqt unki shikayat, unki shikayat baith ke karti rehti hain. To woh uski wajah se kya hai ke woh improve apne aap ko nahi karti.</w:t>
      </w:r>
    </w:p>
    <w:p>
      <w:pPr>
        <w:jc w:val="right"/>
      </w:pPr>
      <w:r>
        <w:t>ی ہیں، اب وہ ہر وقت ان کی شکایت، ان کی شکایت بیٹھ کے کرتی رہتی ہیں۔ تو وہ اس کی وجہ سے کیا ہے کہ وہ improve اپنے آپ کو نہیں کرتیں۔</w:t>
      </w:r>
    </w:p>
    <w:p>
      <w:r>
        <w:rPr>
          <w:b/>
        </w:rPr>
        <w:t xml:space="preserve">[52:53] </w:t>
      </w:r>
      <w:r>
        <w:t>Bas jo unko jitna aata hai kaam, bas utna hi aata hai. Kyunke woh har waqt doosron ki shikayaton mein lagi rah</w:t>
      </w:r>
    </w:p>
    <w:p>
      <w:pPr>
        <w:jc w:val="right"/>
      </w:pPr>
      <w:r>
        <w:t>بس جو ان کو جتنا آتا ہے کام، بس اتنا ہی آتا ہے۔ کیونکہ وہ ہر وقت دوسروں کی شکایتوں میں لگی رہ</w:t>
      </w:r>
    </w:p>
    <w:p>
      <w:r>
        <w:rPr>
          <w:b/>
        </w:rPr>
        <w:t xml:space="preserve">[52:59] </w:t>
      </w:r>
      <w:r>
        <w:t>ti hain. To agar hum bhi educated log bhi yahi karein ke har waqt doosron ki shikayat mein lage rahein, doosre ke khilaf plan karte rahein, to hum apne potentials ko awaken nahi kar sakein ge, apne potential ko realize nahi kar sakein ge, actualize nahi kar sakein ge.</w:t>
      </w:r>
    </w:p>
    <w:p>
      <w:pPr>
        <w:jc w:val="right"/>
      </w:pPr>
      <w:r>
        <w:t>تی ہیں۔ تو اگر ہم بھی educated لوگ بھی یہی کریں کہ ہر وقت دوسروں کی شکایت میں لگے رہیں، دوسرے کے خلاف plan کرتے رہیں، تو ہم اپنے potentials کو awaken نہیں کر سکیں گے، اپنے potential کو realize نہیں کر سکیں گے، actualize نہیں کر سکیں گے۔</w:t>
      </w:r>
    </w:p>
    <w:p>
      <w:r>
        <w:rPr>
          <w:b/>
        </w:rPr>
        <w:t xml:space="preserve">[53:17] </w:t>
      </w:r>
      <w:r>
        <w:t>To is liye bohat zyada zaroori hai ke hum apne aap ko bachayein. "Save yourself." Jo Maulana kehte the, yeh bohat zyada zaroori hai.</w:t>
      </w:r>
    </w:p>
    <w:p>
      <w:pPr>
        <w:jc w:val="right"/>
      </w:pPr>
      <w:r>
        <w:t>تو اس لیے بہت زیادہ ضروری ہے کہ ہم اپنے آپ کو بچائیں۔ "Save yourself." جو مولانا کہتے تھے، یہ بہت زیادہ ضروری ہے۔</w:t>
      </w:r>
    </w:p>
    <w:p>
      <w:r>
        <w:rPr>
          <w:b/>
        </w:rPr>
        <w:t xml:space="preserve">[53:26] </w:t>
      </w:r>
      <w:r>
        <w:t>To is ke liye hamein apni negativity to dekhiye aaye gi. Insaan aam taur par bohat sensitive hota hai. Zara zara si baat mein usko takleef pohanch jati hai.</w:t>
      </w:r>
    </w:p>
    <w:p>
      <w:pPr>
        <w:jc w:val="right"/>
      </w:pPr>
      <w:r>
        <w:t>تو اس کے لیے ہمیں اپنی negativity تو دیکھیے آئے گی۔ انسان عام طور پر بہت sensitive ہوتا ہے۔ ذرا ذرا سی بات میں اس کو تکلیف پہنچ جاتی ہے۔</w:t>
      </w:r>
    </w:p>
    <w:p>
      <w:r>
        <w:rPr>
          <w:b/>
        </w:rPr>
        <w:t xml:space="preserve">[53:36] </w:t>
      </w:r>
      <w:r>
        <w:t>To woh jo negativity hai, us ko hamein positivity mein convert karna hai. Tarah tarah se us ko reason out kar ke convert karna hai taake woh jo hai woh negativity ko khatam kar d</w:t>
      </w:r>
    </w:p>
    <w:p>
      <w:pPr>
        <w:jc w:val="right"/>
      </w:pPr>
      <w:r>
        <w:t>تو وہ جو negativity ہے، اس کو ہمیں positivity میں convert کرنا ہے۔ طرح طرح سے اس کو reason out کر کے convert کرنا ہے تاکہ وہ جو ہے وہ negativity کو ختم کر د</w:t>
      </w:r>
    </w:p>
    <w:p>
      <w:r>
        <w:rPr>
          <w:b/>
        </w:rPr>
        <w:t xml:space="preserve">[53:49] </w:t>
      </w:r>
      <w:r>
        <w:t>ev. Maulana ka to bohat hi oonchi darja tha, woh to woh negative negative baat ko suntay hi nahi thay. Hum log to suntay hain, to hum suntay hain to phir hum us ko chahiye kay hum us ko reason out kar kay negativity ko convert karain positivity mein.</w:t>
      </w:r>
    </w:p>
    <w:p>
      <w:pPr>
        <w:jc w:val="right"/>
      </w:pPr>
      <w:r>
        <w:t>ے۔ مولانا کا تو بہت ہی اونچی درجہ تھا، وہ تو وہ negative negative بات کو سنتے ہی نہیں تھے۔ ہم لوگ تو سنتے ہیں، تو ہم سنتے ہیں تو پھر ہم اس کو چاہیے کہ ہم اس کو reason out کر کے negativity کو convert کریں positivity میں۔</w:t>
      </w:r>
    </w:p>
    <w:p>
      <w:r>
        <w:rPr>
          <w:b/>
        </w:rPr>
        <w:t xml:space="preserve">[54:06] </w:t>
      </w:r>
      <w:r>
        <w:t>Misal kay tor par agar kisi say aik takleef ho gayi hai humein to us ki bohat sari achi baatein hongi, woh hum us ko yaad karain kay us nay humaray sath itna sari achay kaam kiye hain.</w:t>
      </w:r>
    </w:p>
    <w:p>
      <w:pPr>
        <w:jc w:val="right"/>
      </w:pPr>
      <w:r>
        <w:t>مثال کے طور پر اگر کسی سے ایک تکلیف ہو گئی ہے ہمیں تو اس کی بہت ساری اچھی باتیں ہوں گی، وہ ہم اس کو یاد کریں کہ اس نے ہمارے ساتھ اتنا سارے اچھے کام کیے ہیں۔</w:t>
      </w:r>
    </w:p>
    <w:p>
      <w:r>
        <w:rPr>
          <w:b/>
        </w:rPr>
        <w:t xml:space="preserve">[54:16] </w:t>
      </w:r>
      <w:r>
        <w:t>To bohat tareeqay say hum us ko reason out kar saktay hain.</w:t>
      </w:r>
    </w:p>
    <w:p>
      <w:pPr>
        <w:jc w:val="right"/>
      </w:pPr>
      <w:r>
        <w:t>تو بہت طریقے سے ہم اس کو reason out کر سکتے ہیں۔</w:t>
      </w:r>
    </w:p>
    <w:p>
      <w:r>
        <w:rPr>
          <w:b/>
        </w:rPr>
        <w:t xml:space="preserve">[54:19] </w:t>
      </w:r>
      <w:r>
        <w:t>Yahi karain kay agar hum negative ho jayain gay to hamari personality apni, apna hamara nuqsan hoga. To yeh hai kay us ko har cheez ko hum Allah kay khane mein dalain.</w:t>
      </w:r>
    </w:p>
    <w:p>
      <w:pPr>
        <w:jc w:val="right"/>
      </w:pPr>
      <w:r>
        <w:t>یہی کریں کہ اگر ہم negative ہو جائیں گے تو ہماری personality اپنی، اپنا ہمارا نقصان ہوگا۔ تو یہ ہے کہ اس کو ہر چیز کو ہم اللہ کے خانے میں ڈالیں۔</w:t>
      </w:r>
    </w:p>
    <w:p>
      <w:r>
        <w:rPr>
          <w:b/>
        </w:rPr>
        <w:t xml:space="preserve">[54:30] </w:t>
      </w:r>
      <w:r>
        <w:t>Hum yeh sochay kay Allah nay yahi dunya banai hai, yahi to Allah ki marzi kay mutabiq hi humay is dunya mein rehna hai. Jab Allah keh raha hai kay tum positive insan bano, apna tazkiya karo, to hum humay yahi karna hai.</w:t>
      </w:r>
    </w:p>
    <w:p>
      <w:pPr>
        <w:jc w:val="right"/>
      </w:pPr>
      <w:r>
        <w:t>ہم یہ سوچیں کہ اللہ نے یہی دنیا بنائی ہے، یہی تو اللہ کی مرضی کے مطابق ہی ہمیں اس دنیا میں رہنا ہے۔ جب اللہ کہہ رہا ہے کہ تم positive انسان بنو، اپنا تزکیہ کرو، تو ہم ہمیں یہی کرنا ہے۔</w:t>
      </w:r>
    </w:p>
    <w:p>
      <w:r>
        <w:rPr>
          <w:b/>
        </w:rPr>
        <w:t xml:space="preserve">[54:42] </w:t>
      </w:r>
      <w:r>
        <w:t>To is tareeqay say hum apnay aap ko, apni negativity ko apna hum khatam kar saktay hain aur aik dam complaint free insan ban saktay hain. To yahan phir mein wahi yaad dilaoongi aik qissa kay aik bar Rasool Allah Sal Allah o Alaihe Wasallam nay kisi insan, koi sahabi ja rahay thay rastay mein, kaha kay yeh jannati insan hai jabkay jannati to bataya nahi jata tha kay kon jannati hai, kon jannati nahi hai.</w:t>
      </w:r>
    </w:p>
    <w:p>
      <w:pPr>
        <w:jc w:val="right"/>
      </w:pPr>
      <w:r>
        <w:t>تو اس طریقے سے ہم اپنے آپ کو، اپنی negativity کو اپنا ہم ختم کر سکتے ہیں اور ایک دم complaint free انسان بن سکتے ہیں۔ تو یہاں پھر میں وہی یاد دلاؤں گی ایک قصہ کہ ایک بار رسول اللہ صلی اللہ علیہ وسلم نے کسی انسان، کوئی صحابی جا رہے تھے راستے میں، کہا کہ یہ جنتی انسان ہے جبکہ جنتی تو بتایا نہیں جاتا تھا کہ کون جنتی ہے، کون جنتی نہیں ہے۔</w:t>
      </w:r>
    </w:p>
    <w:p>
      <w:r>
        <w:rPr>
          <w:b/>
        </w:rPr>
        <w:t xml:space="preserve">[55:08] </w:t>
      </w:r>
      <w:r>
        <w:t>To ab logon ko bari curiosity hui kay kyun is is kay baray mein aap nay kaha kay woh jannati hai. Log gay wahan par maloom karnay kay liye to teen din us kay pas rahay.</w:t>
      </w:r>
    </w:p>
    <w:p>
      <w:pPr>
        <w:jc w:val="right"/>
      </w:pPr>
      <w:r>
        <w:t>تو اب لوگوں کو بڑی curiosity ہوئی کہ کیوں اس اس کے بارے میں آپ نے کہا کہ وہ جنتی ہے۔ لوگ گئے وہاں پر معلوم کرنے کے لیے تو تین دن اس کے پاس رہے۔</w:t>
      </w:r>
    </w:p>
    <w:p>
      <w:r>
        <w:rPr>
          <w:b/>
        </w:rPr>
        <w:t xml:space="preserve">[55:20] </w:t>
      </w:r>
      <w:r>
        <w:t>Kyunkay pehlay zamanay mein teen din koi bhi kisi kay ghar bhi mehman reh sakta tha. Woh us say poocha nahi, poochay gay to pata nahi us ki samajh mein ayega kiya bataye, kiya na bataye.</w:t>
      </w:r>
    </w:p>
    <w:p>
      <w:pPr>
        <w:jc w:val="right"/>
      </w:pPr>
      <w:r>
        <w:t>کیونکہ پہلے زمانے میں تین دن کوئی بھی کسی کے گھر بھی مہمان رہ سکتا تھا۔ وہ اس سے پوچھا نہیں، پوچھیں گے تو پتہ نہیں اس کی سمجھ میں آئے گا کیا بتائے، کیا نہ بتائے۔</w:t>
      </w:r>
    </w:p>
    <w:p>
      <w:r>
        <w:rPr>
          <w:b/>
        </w:rPr>
        <w:t xml:space="preserve">[55:30] </w:t>
      </w:r>
      <w:r>
        <w:t>Us ko dekhnay gay kay aakhir woh aisa kon sa amal karta hai kay us ki wajah say us ko jannati bataya gaya hai.</w:t>
      </w:r>
    </w:p>
    <w:p>
      <w:pPr>
        <w:jc w:val="right"/>
      </w:pPr>
      <w:r>
        <w:t>اس کو دیکھنے گئے کہ آخر وہ ایسا کون سا عمل کرتا ہے کہ اس کی وجہ سے اس کو جنتی بتایا گیا ہے۔</w:t>
      </w:r>
    </w:p>
    <w:p>
      <w:r>
        <w:rPr>
          <w:b/>
        </w:rPr>
        <w:t xml:space="preserve">[55:37] </w:t>
      </w:r>
      <w:r>
        <w:t>To dekha kay wahi namaz roza jo sab kartay thay, wahi woh bhi karta tha. To jab teen din ho gaya to us nay poocha kay aakhir aap aaye thay to koi maqsad raha hoga aap kay aanay ka?</w:t>
      </w:r>
    </w:p>
    <w:p>
      <w:pPr>
        <w:jc w:val="right"/>
      </w:pPr>
      <w:r>
        <w:t>تو دیکھا کہ وہی نماز روزہ جو سب کرتے تھے، وہی وہ بھی کرتا تھا۔ تو جب تین دن ہو گیا تو اس نے پوچھا کہ آخر آپ آئے تھے تو کوئی مقصد رہا ہوگا آپ کے آنے کا؟</w:t>
      </w:r>
    </w:p>
    <w:p>
      <w:r>
        <w:rPr>
          <w:b/>
        </w:rPr>
        <w:t xml:space="preserve">[55:49] </w:t>
      </w:r>
      <w:r>
        <w:t>To to ab unhonay bataya kay mein nay aisa peghambar say suna tha, to wahi mein dekhnay aaya tha. To yahan to mein nay kuch khaas extraordinary cheez pai nahi.</w:t>
      </w:r>
    </w:p>
    <w:p>
      <w:pPr>
        <w:jc w:val="right"/>
      </w:pPr>
      <w:r>
        <w:t>تو تو اب انہوں نے بتایا کہ میں نے ایسا پیغمبر سے سنا تھا، تو وہی میں دیکھنے آیا تھا۔ تو یہاں تو میں نے کچھ خاص extraordinary چیز پائی نہیں۔</w:t>
      </w:r>
    </w:p>
    <w:p>
      <w:r>
        <w:rPr>
          <w:b/>
        </w:rPr>
        <w:t xml:space="preserve">[55:59] </w:t>
      </w:r>
      <w:r>
        <w:t>To us nay yeh kaha kay mein apnay andar, us nay kaha mein amal to wahi hai, namaz roza wahi sab sab kartay hain,</w:t>
      </w:r>
    </w:p>
    <w:p>
      <w:pPr>
        <w:jc w:val="right"/>
      </w:pPr>
      <w:r>
        <w:t>تو اس نے یہ کہا کہ میں اپنے اندر، اس نے کہا میں عمل تو وہی ہے، نماز روزہ وہی سب سب کرتے ہیں،</w:t>
      </w:r>
    </w:p>
    <w:p>
      <w:r>
        <w:rPr>
          <w:b/>
        </w:rPr>
        <w:t xml:space="preserve">[56:06] </w:t>
      </w:r>
      <w:r>
        <w:t>Wahi mein bhi karta hoon, lekin mein apnay andar kisi kay liye koi ghil, jis ko hum malice keh saktay hain, koi ghil nahi pata.</w:t>
      </w:r>
    </w:p>
    <w:p>
      <w:pPr>
        <w:jc w:val="right"/>
      </w:pPr>
      <w:r>
        <w:t>وہی میں بھی کرتا ہوں، لیکن میں اپنے اندر کسی کے لیے کوئی غش، جس کو ہم میلش کہہ سکتے ہیں، کوئی غش نہیں پاتا۔</w:t>
      </w:r>
    </w:p>
    <w:p>
      <w:r>
        <w:rPr>
          <w:b/>
        </w:rPr>
        <w:t xml:space="preserve">[56:15] </w:t>
      </w:r>
      <w:r>
        <w:t>To humay apnay andar say malice ko jo kisi bhi wajah say par jaye, to woh usay woh nikal nikal kay, kharch kharch kay, us ko phenk dena hai.</w:t>
      </w:r>
    </w:p>
    <w:p>
      <w:pPr>
        <w:jc w:val="right"/>
      </w:pPr>
      <w:r>
        <w:t>تو ہمیں اپنے اندر سے میلش کو جو کسی بھی وجہ سے پڑ جائے، تو وہ اسے وہ نکال نکال کے، کھرچ کھرچ کے، اس کو پھینک دینا ہے۔</w:t>
      </w:r>
    </w:p>
    <w:p>
      <w:r>
        <w:rPr>
          <w:b/>
        </w:rPr>
        <w:t xml:space="preserve">[56:24] </w:t>
      </w:r>
      <w:r>
        <w:t>To is tareeqay say hum apna mukammal tazkiya kar payain gay. Aur tazkiya jo hai, bohat ziyada zaroori hai.</w:t>
      </w:r>
    </w:p>
    <w:p>
      <w:pPr>
        <w:jc w:val="right"/>
      </w:pPr>
      <w:r>
        <w:t>تو اس طریقے سے ہم اپنا مکمل تزکیہ کر پائیں گے۔ اور تزکیہ جو ہے بہت زیادہ ضروری ہے۔</w:t>
      </w:r>
    </w:p>
    <w:p>
      <w:r>
        <w:rPr>
          <w:b/>
        </w:rPr>
        <w:t xml:space="preserve">[56:32] </w:t>
      </w:r>
      <w:r>
        <w:t>Tazkiya kay baray mein Maulana nay likha hai kay purified personality jo hai, woh akhirat mein us kay liye jannat kay darwazay apnay aap khultay chalay jayain gay.</w:t>
      </w:r>
    </w:p>
    <w:p>
      <w:pPr>
        <w:jc w:val="right"/>
      </w:pPr>
      <w:r>
        <w:t>تزکیہ کے بارے میں مولانا نے لکھا ہے کہ پیوریفائیڈ پرسنیلٹی جو ہے، وہ آخرت میں اس کے لیے جنت کے دروازے اپنے آپ کھلتے چلے جائیں گے۔</w:t>
      </w:r>
    </w:p>
    <w:p>
      <w:r>
        <w:rPr>
          <w:b/>
        </w:rPr>
        <w:t xml:space="preserve">[56:44] </w:t>
      </w:r>
      <w:r>
        <w:t>Jaisay remote control system hota hai na, aaj kal bari bari buildingon mein darwazay khultay chalay jatay hain, to aisay hi us kay liye jannat kay darwazay khultay chalay jayain gay.</w:t>
      </w:r>
    </w:p>
    <w:p>
      <w:pPr>
        <w:jc w:val="right"/>
      </w:pPr>
      <w:r>
        <w:t>جیسے ریموٹ کنٹرول سسٹم ہوتا ہے نا، آج کل بڑی بڑی بلڈنگوں میں دروازے کھلتے چلے جاتے ہیں، تو ایسے ہی اس کے لیے جنت کے دروازے کھلتے چلے جائیں گے۔</w:t>
      </w:r>
    </w:p>
    <w:p>
      <w:r>
        <w:rPr>
          <w:b/>
        </w:rPr>
        <w:t xml:space="preserve">[56:53] </w:t>
      </w:r>
      <w:r>
        <w:t>To tazkiya aap samajh saktay hain kay kitna ziyada zaroori hai</w:t>
      </w:r>
    </w:p>
    <w:p>
      <w:pPr>
        <w:jc w:val="right"/>
      </w:pPr>
      <w:r>
        <w:t>تو تزکیہ آپ سمجھ سکتے ہیں کہ کتنا زیادہ ضروری ہے</w:t>
      </w:r>
    </w:p>
    <w:p>
      <w:r>
        <w:rPr>
          <w:b/>
        </w:rPr>
        <w:t xml:space="preserve">[56:58] </w:t>
      </w:r>
      <w:r>
        <w:t>Humay apna tazkiya karna. Aur tazkiya jo hai, us kay liye sabar zaroori hai. To ijtamai zindagi mein dekhiye, aik to mil jul kar kaam karna jo hai bohat ziyada zaroori hai.</w:t>
      </w:r>
    </w:p>
    <w:p>
      <w:pPr>
        <w:jc w:val="right"/>
      </w:pPr>
      <w:r>
        <w:t>ہمیں اپنا تزکیہ کرنا۔ اور تزکیہ جو ہے، اس کے لیے صبر ضروری ہے۔ تو اجتماعی زندگی میں دیکھیے، ایک تو مل جل کر کام کرنا جو ہے بہت زیادہ ضروری ہے۔</w:t>
      </w:r>
    </w:p>
    <w:p>
      <w:r>
        <w:rPr>
          <w:b/>
        </w:rPr>
        <w:t xml:space="preserve">[57:11] </w:t>
      </w:r>
      <w:r>
        <w:t>Kyunkay agar aik mission chal raha hai to yeh zimmedari hoti hai kay sab log us ko support karain.</w:t>
      </w:r>
    </w:p>
    <w:p>
      <w:pPr>
        <w:jc w:val="right"/>
      </w:pPr>
      <w:r>
        <w:t>کیونکہ اگر ایک مشن چل رہا ہے تو یہ ذمہ داری ہوتی ہے کہ سب لوگ اس کو سپورٹ کریں۔</w:t>
      </w:r>
    </w:p>
    <w:p>
      <w:r>
        <w:rPr>
          <w:b/>
        </w:rPr>
        <w:t xml:space="preserve">[57:18] </w:t>
      </w:r>
      <w:r>
        <w:t>To us mein mein aik misal doongi Saad Ibn Ubadah ki kay jab Rasool Allah Sal Allah o Alaihe Wasallam Madina gay aur wahan logon nay aap ko sardar bana liya to yeh jo hain qabailay kay sardar thay, yeh</w:t>
      </w:r>
    </w:p>
    <w:p>
      <w:pPr>
        <w:jc w:val="right"/>
      </w:pPr>
      <w:r>
        <w:t>تو اس میں میں ایک مثال دوں گی سعد ابن عبادہ کی کہ جب رسول اللہ صلی اللہ علیہ وسلم مدینہ گئے اور وہاں لوگوں نے آپ کو سردار بنا لیا تو یہ جو ہیں قبیلے کے سردار تھے، یہ</w:t>
      </w:r>
    </w:p>
    <w:p>
      <w:r>
        <w:rPr>
          <w:b/>
        </w:rPr>
        <w:t xml:space="preserve">[57:32] </w:t>
      </w:r>
      <w:r>
        <w:t>To un logon ko aasani say un logon nay accept nahi kiya. Lekin us waqt to chounkay ab Rasool Allah thay to maan liya.</w:t>
      </w:r>
    </w:p>
    <w:p>
      <w:pPr>
        <w:jc w:val="right"/>
      </w:pPr>
      <w:r>
        <w:t>تو ان لوگوں کو آسانی سے ان لوگوں نے ایکسیپٹ نہیں کیا۔ لیکن اس وقت تو چونکہ اب رسول اللہ تھے تو مان لیا۔</w:t>
      </w:r>
    </w:p>
    <w:p>
      <w:r>
        <w:rPr>
          <w:b/>
        </w:rPr>
        <w:t xml:space="preserve">[57:41] </w:t>
      </w:r>
      <w:r>
        <w:t>Lekin baad mein jab Hazrat Abu Bakr khaleefa huay, tab Hazrat Abu Bakr aur Hazrat Umar khaleefa huay to un ko yeh baat jo hai bohat ziyada shock lagi ho kay yeh woh to leader thay qabailay kay aur bohat hi un ka bara qabaila tha.</w:t>
      </w:r>
    </w:p>
    <w:p>
      <w:pPr>
        <w:jc w:val="right"/>
      </w:pPr>
      <w:r>
        <w:t>لیکن بعد میں جب حضرت ابوبکر خلیفہ ہوئے، تب حضرت ابوبکر اور حضرت عمر خلیفہ ہوئے تو ان کو یہ بات جو ہے بہت زیادہ شاک لگی ہو کہ یہ وہ تو لیڈر تھے قبیلے کے اور بہت ہی ان کا بڑا قبیلہ تھا۔</w:t>
      </w:r>
    </w:p>
    <w:p>
      <w:r>
        <w:rPr>
          <w:b/>
        </w:rPr>
        <w:t xml:space="preserve">[57:59] </w:t>
      </w:r>
      <w:r>
        <w:t>To woh sham chalay</w:t>
      </w:r>
    </w:p>
    <w:p>
      <w:pPr>
        <w:jc w:val="right"/>
      </w:pPr>
      <w:r>
        <w:t>تو وہ شام چلے</w:t>
      </w:r>
    </w:p>
    <w:p>
      <w:r>
        <w:rPr>
          <w:b/>
        </w:rPr>
        <w:t xml:space="preserve">[58:01] </w:t>
      </w:r>
      <w:r>
        <w:t>Gay. Unhonay support karnay kay bajaye Hazrat Abu Bakr ka zamanay, Hazrat Umar ka zamanay jo tha, us mein Hazrat Abu Bakr kay zamanay mein to khaas tor par bohat ziyada halaat kharab thay.</w:t>
      </w:r>
    </w:p>
    <w:p>
      <w:pPr>
        <w:jc w:val="right"/>
      </w:pPr>
      <w:r>
        <w:t>گئے۔ انہوں نے سپورٹ کرنے کے بجائے حضرت ابوبکر کا زمانہ، حضرت عمر کا زمانہ جو تھا، اس میں حضرت ابوبکر کے زمانے میں تو خاص طور پر بہت زیادہ حالات خراب تھے۔</w:t>
      </w:r>
    </w:p>
    <w:p>
      <w:r>
        <w:rPr>
          <w:b/>
        </w:rPr>
        <w:t xml:space="preserve">[58:12] </w:t>
      </w:r>
      <w:r>
        <w:t>to un ko support karne ke bajaye unhon ne woh sham chale gaye. to woh yeh cheez jo hai bilkul hi acceptable nahi hai.</w:t>
      </w:r>
    </w:p>
    <w:p>
      <w:pPr>
        <w:jc w:val="right"/>
      </w:pPr>
      <w:r>
        <w:t>تو ان کو سپورٹ کرنے کے بجائے انہوں نے وہ شام چلے گئے۔ تو وہ یہ چیز جو ہے بالکل ہی ایکسیپٹیبل نہیں ہے۔</w:t>
      </w:r>
    </w:p>
    <w:p>
      <w:r>
        <w:rPr>
          <w:b/>
        </w:rPr>
        <w:t xml:space="preserve">[58:21] </w:t>
      </w:r>
      <w:r>
        <w:t>ek divine mission jab chal raha ho to to kehte hain ke un ke jab intaqal hua to logon ne yeh awaz suni:</w:t>
      </w:r>
    </w:p>
    <w:p>
      <w:pPr>
        <w:jc w:val="right"/>
      </w:pPr>
      <w:r>
        <w:t>ایک ڈیوائن مشن جب چل رہا ہو تو تو کہتے ہیں کہ ان کے جب انتقال ہوا تو لوگوں نے یہ آواز سنی:</w:t>
      </w:r>
    </w:p>
    <w:p>
      <w:r>
        <w:rPr>
          <w:b/>
        </w:rPr>
        <w:t xml:space="preserve">[58:29] </w:t>
      </w:r>
      <w:r>
        <w:t>"hum ne khazraj ke sardar sa'd ibn ibada ko qatl kiya hai." to ab yeh awaz suni to Maulana ne kahin likha hai ke shayad jinnu ki awaz thi yeh.</w:t>
      </w:r>
    </w:p>
    <w:p>
      <w:pPr>
        <w:jc w:val="right"/>
      </w:pPr>
      <w:r>
        <w:t>"ہم نے خزرج کے سردار سعد ابن عبادہ کو قتل کیا ہے۔" تو اب یہ آواز سنی تو مولانا نے کہیں لکھا ہے کہ شاید جنوں کی آواز تھی یہ۔</w:t>
      </w:r>
    </w:p>
    <w:p>
      <w:r>
        <w:rPr>
          <w:b/>
        </w:rPr>
        <w:t xml:space="preserve">[58:41] </w:t>
      </w:r>
      <w:r>
        <w:t>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p>
    <w:p>
      <w:pPr>
        <w:jc w:val="right"/>
      </w:pPr>
      <w:r>
        <w:t>تو یہ بہت زیادہ غلط بات ہے کہ اگر ہم ایک ڈیوائن مشن چل رہا ہے تو اس کو کوئی نہ کوئی پریٹیکسٹ پر کہ کسی نے ہمیں یہ کہہ دیا، کسی نے ہمیں وہ کہہ دیا، یا ہمیں جو ہے اگنور کیا جا رہا ہے، ہمیں ایپریسی ایشن نہیں مل رہا ہے، یہ کہہ کے الگ ہونا ہی جو ہے بہت بہت بڑا رسک لوگ لے رہے ہیں۔</w:t>
      </w:r>
    </w:p>
    <w:p>
      <w:r>
        <w:rPr>
          <w:b/>
        </w:rPr>
        <w:t xml:space="preserve">[59:05] </w:t>
      </w:r>
      <w:r>
        <w:t>kisi halat mein bhi koi mission is tarah ka chal raha ho, dawah mission to us ko us mein jo laga hua hai, us ko alag nahi hona chahiye balkeh bardasht karna chahiye.</w:t>
      </w:r>
    </w:p>
    <w:p>
      <w:pPr>
        <w:jc w:val="right"/>
      </w:pPr>
      <w:r>
        <w:t>کسی حالت میں بھی کوئی مشن اس طرح کا چل رہا ہو، دعویٰ مشن تو اس کو اس میں جو لگا ہوا ہے، اس کو الگ نہیں ہونا چاہیے بلکہ برداشت کرنا چاہیے۔</w:t>
      </w:r>
    </w:p>
    <w:p>
      <w:r>
        <w:rPr>
          <w:b/>
        </w:rPr>
        <w:t xml:space="preserve">[59:16] </w:t>
      </w:r>
      <w:r>
        <w:t>aur jo sabr bardasht ka jo ajr hai, us par nazar honi chahiye ke dunya mein bhi woh us ko ajr milega aur akhirat mein us ke badle mein jannat milegi.</w:t>
      </w:r>
    </w:p>
    <w:p>
      <w:pPr>
        <w:jc w:val="right"/>
      </w:pPr>
      <w:r>
        <w:t>اور جو صبر برداشت کا جو اجر ہے، اس پر نظر ہونی چاہیے کہ دنیا میں بھی وہ اس کو اجر ملے گا اور آخرت میں اس کے بدلے میں جنت ملے گی۔</w:t>
      </w:r>
    </w:p>
    <w:p>
      <w:r>
        <w:rPr>
          <w:b/>
        </w:rPr>
        <w:t xml:space="preserve">[59:28] </w:t>
      </w:r>
      <w:r>
        <w:t>jazak Allah apa, thank you for doing this important session today.</w:t>
      </w:r>
    </w:p>
    <w:p>
      <w:pPr>
        <w:jc w:val="right"/>
      </w:pPr>
      <w:r>
        <w:t>جزاک اللہ آپا، تھینک یو فار ڈوئنگ دس امپورٹنٹ سیشن ٹوڈے۔</w:t>
      </w:r>
    </w:p>
    <w:p>
      <w:r>
        <w:rPr>
          <w:b/>
        </w:rPr>
        <w:t xml:space="preserve">[59:32] </w:t>
      </w:r>
      <w:r>
        <w:t>so, we we'll end today session and we'll be back next Sunday 10:30 am. thank you.</w:t>
      </w:r>
    </w:p>
    <w:p>
      <w:pPr>
        <w:jc w:val="right"/>
      </w:pPr>
      <w:r>
        <w:t>سو، وی ویل اینڈ ٹوڈے سیشن اینڈ ویل بی بیک نیکسٹ سنڈے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