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Realization of God September 15, 2013 Maulana Wahiduddin Khan</w:t>
      </w:r>
    </w:p>
    <w:p>
      <w:r>
        <w:t>https://www.youtube.com/watch?v=PdOWz4v2Vv4</w:t>
      </w:r>
    </w:p>
    <w:p>
      <w:r>
        <w:rPr>
          <w:b/>
        </w:rPr>
        <w:t xml:space="preserve">[00:13]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[00:19] </w:t>
      </w:r>
      <w:r>
        <w:t>wahlu al-uqdatan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[00:23]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[00:28]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[00:31] </w:t>
      </w:r>
      <w:r>
        <w:t>ma'rifat, ya'ni realization of God,</w:t>
      </w:r>
    </w:p>
    <w:p>
      <w:pPr>
        <w:jc w:val="right"/>
      </w:pPr>
      <w:r>
        <w:t>معرفت، یعنی ریلائزیشن آف گاڈ،</w:t>
      </w:r>
    </w:p>
    <w:p>
      <w:r>
        <w:rPr>
          <w:b/>
        </w:rPr>
        <w:t xml:space="preserve">[00:38] </w:t>
      </w:r>
      <w:r>
        <w:t>Allah ki daryaft.</w:t>
      </w:r>
    </w:p>
    <w:p>
      <w:pPr>
        <w:jc w:val="right"/>
      </w:pPr>
      <w:r>
        <w:t>اللہ کی دریافت۔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