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Other side of Illness 14 Sept, 2019 - Maulana Wahiduddin Khan</w:t>
      </w:r>
    </w:p>
    <w:p>
      <w:r>
        <w:t>https://www.youtube.com/watch?v=cXrC211fBm8</w:t>
      </w:r>
    </w:p>
    <w:p>
      <w:r>
        <w:rPr>
          <w:b/>
        </w:rPr>
        <w:t xml:space="preserve">[00:13] </w:t>
      </w:r>
      <w:r>
        <w:t>bismillah hir rahman nir rahim, wa salla Allahu 'ala an-nabiyyi al-karim.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[00:39] </w:t>
      </w:r>
      <w:r>
        <w:t>14 september</w:t>
      </w:r>
    </w:p>
    <w:p>
      <w:pPr>
        <w:jc w:val="right"/>
      </w:pPr>
      <w:r>
        <w:t>14 ستمبر</w:t>
      </w:r>
    </w:p>
    <w:p>
      <w:r>
        <w:rPr>
          <w:b/>
        </w:rPr>
        <w:t xml:space="preserve">[00:43] </w:t>
      </w:r>
      <w:r>
        <w:t>2019. aap ko maloom hoga ke main hospitalize ho gaya tha, phir wahan se discharge ho kar aaya.</w:t>
      </w:r>
    </w:p>
    <w:p>
      <w:pPr>
        <w:jc w:val="right"/>
      </w:pPr>
      <w:r>
        <w:t>2019۔ آپ کو معلوم ہوگا کہ میں ہاسپٹلائز ہو گیا تھا، پھر وہاں سے ڈسچارج ہو کر آیا۔</w:t>
      </w:r>
    </w:p>
    <w:p>
      <w:r>
        <w:rPr>
          <w:b/>
        </w:rPr>
        <w:t xml:space="preserve">[01:02] </w:t>
      </w:r>
      <w:r>
        <w:t>to mujhe is tajrube mein bimari ke bare mein sochne ka mauqa mila.</w:t>
      </w:r>
    </w:p>
    <w:p>
      <w:pPr>
        <w:jc w:val="right"/>
      </w:pPr>
      <w:r>
        <w:t>تو مجھے اس تجربے میں بیماری کے بارے میں سوچنے کا موقع ملا۔</w:t>
      </w:r>
    </w:p>
    <w:p>
      <w:r>
        <w:rPr>
          <w:b/>
        </w:rPr>
        <w:t xml:space="preserve">[01:12] </w:t>
      </w:r>
      <w:r>
        <w:t>what is illness? to is muddat mein main ek hadith par sochta raha.</w:t>
      </w:r>
    </w:p>
    <w:p>
      <w:pPr>
        <w:jc w:val="right"/>
      </w:pPr>
      <w:r>
        <w:t>واٹ از النس؟ تو اس مدت میں میں ایک حدیث پر سوچتا رہا۔</w:t>
      </w:r>
    </w:p>
    <w:p>
      <w:r>
        <w:rPr>
          <w:b/>
        </w:rPr>
        <w:t xml:space="preserve">[01:22] </w:t>
      </w:r>
      <w:r>
        <w:t>ek hadith hai, woh hadith aap parh dijiye aur tarjuma parh dijiye.</w:t>
      </w:r>
    </w:p>
    <w:p>
      <w:pPr>
        <w:jc w:val="right"/>
      </w:pPr>
      <w:r>
        <w:t>ایک حدیث ہے، وہ حدیث آپ پڑھ دیجیے اور ترجمہ پڑھ دیجیے۔</w:t>
      </w:r>
    </w:p>
    <w:p>
      <w:r>
        <w:rPr>
          <w:b/>
        </w:rPr>
        <w:t xml:space="preserve">[01:27] </w:t>
      </w:r>
      <w:r>
        <w:t>ani ibn Abbas r.a. an Nabi s.a.w. dakhala ala a'rabi yau'duhu, qala: "wa kan</w:t>
      </w:r>
    </w:p>
    <w:p>
      <w:pPr>
        <w:jc w:val="right"/>
      </w:pPr>
      <w:r>
        <w:t>انی ابن عباس رضی اللہ عنہما، ان النبی صلی اللہ علیہ وسلم دخل علی اعرابین یعودہ، قال: "وكان</w:t>
      </w:r>
    </w:p>
    <w:p>
      <w:r>
        <w:rPr>
          <w:b/>
        </w:rPr>
        <w:t xml:space="preserve">[01:35] </w:t>
      </w:r>
      <w:r>
        <w:t>an Nabi s.a.w. ila dakhala ala mareez yau'duhu, qala: la ba's tuhoor in sha Allah."</w:t>
      </w:r>
    </w:p>
    <w:p>
      <w:pPr>
        <w:jc w:val="right"/>
      </w:pPr>
      <w:r>
        <w:t>النبی صلی اللہ علیہ وسلم اذا دخل علی مریض یعودہ، قال: لا باس طہور انشاءاللہ۔"</w:t>
      </w:r>
    </w:p>
    <w:p>
      <w:r>
        <w:rPr>
          <w:b/>
        </w:rPr>
        <w:t xml:space="preserve">[01:43] </w:t>
      </w:r>
      <w:r>
        <w:t>ibn Abbas se riwayat hai ke Nabi s.a.w. ek a'rabi ke paas ayadat ke liye</w:t>
      </w:r>
    </w:p>
    <w:p>
      <w:pPr>
        <w:jc w:val="right"/>
      </w:pPr>
      <w:r>
        <w:t>ابن عباس سے روایت ہے کہ نبی صلی اللہ علیہ وسلم ایک اعرابی کے پاس عیادت کے لیے</w:t>
      </w:r>
    </w:p>
    <w:p>
      <w:r>
        <w:rPr>
          <w:b/>
        </w:rPr>
        <w:t xml:space="preserve">[01:49] </w:t>
      </w:r>
      <w:r>
        <w:t>gaye, aur aap jab kisi mareez ke paas jate ayadat ke liye to aap kehte: "koi harj nahi,</w:t>
      </w:r>
    </w:p>
    <w:p>
      <w:pPr>
        <w:jc w:val="right"/>
      </w:pPr>
      <w:r>
        <w:t>گئے، اور آپ جب کسی مریض کے پاس جاتے عیادت کے لیے تو آپ کہتے: "کوئی حرج نہیں،</w:t>
      </w:r>
    </w:p>
    <w:p>
      <w:r>
        <w:rPr>
          <w:b/>
        </w:rPr>
        <w:t xml:space="preserve">[01:56] </w:t>
      </w:r>
      <w:r>
        <w:t>pakizgi hai in sha Allah."</w:t>
      </w:r>
    </w:p>
    <w:p>
      <w:pPr>
        <w:jc w:val="right"/>
      </w:pPr>
      <w:r>
        <w:t>پاکیزگی ہے انشاءاللہ۔"</w:t>
      </w:r>
    </w:p>
    <w:p>
      <w:r>
        <w:rPr>
          <w:b/>
        </w:rPr>
        <w:t xml:space="preserve">[01:59] </w:t>
      </w:r>
      <w:r>
        <w:t>sahih al bukhari hadith number 3616.</w:t>
      </w:r>
    </w:p>
    <w:p>
      <w:pPr>
        <w:jc w:val="right"/>
      </w:pPr>
      <w:r>
        <w:t>صحیح البخاری حدیث نمبر 3616۔</w:t>
      </w:r>
    </w:p>
    <w:p>
      <w:r>
        <w:rPr>
          <w:b/>
        </w:rPr>
        <w:t xml:space="preserve">[02:05] </w:t>
      </w:r>
      <w:r>
        <w:t>dekhen, is is hadith mein bataya gaya hai ke ayadat ke liye mariz ko dekhne ke liye jab rasool allah jate the to aksar yeh kehte the:</w:t>
      </w:r>
    </w:p>
    <w:p>
      <w:pPr>
        <w:jc w:val="right"/>
      </w:pPr>
      <w:r>
        <w:t>دیکھیں، اس اس حدیث میں بتایا گیا ہے کہ عیادت کے لیے مریض کو دیکھنے کے لیے جب رسول اللہ جاتے تھے تو اکثر یہ کہتے تھے:</w:t>
      </w:r>
    </w:p>
    <w:p>
      <w:r>
        <w:rPr>
          <w:b/>
        </w:rPr>
        <w:t xml:space="preserve">[02:19] </w:t>
      </w:r>
      <w:r>
        <w:t>"la ba'sa tuhoorun insha allah." ke "it is okay". la ba'sa ka matlab aap ki zuban mein kahin "it is okay".</w:t>
      </w:r>
    </w:p>
    <w:p>
      <w:pPr>
        <w:jc w:val="right"/>
      </w:pPr>
      <w:r>
        <w:t>"لا باس طہور انشاءاللہ۔" کہ "اٹ از اوکے"۔ لاباس کا مطلب آپ کی زبان میں کہیں "اٹ از اوکے"۔</w:t>
      </w:r>
    </w:p>
    <w:p>
      <w:r>
        <w:rPr>
          <w:b/>
        </w:rPr>
        <w:t xml:space="preserve">[02:33] </w:t>
      </w:r>
      <w:r>
        <w:t>is pe aap farmate the ke yeh yeh pakizgi hai, yani yeh purification hai.</w:t>
      </w:r>
    </w:p>
    <w:p>
      <w:pPr>
        <w:jc w:val="right"/>
      </w:pPr>
      <w:r>
        <w:t>اس پہ آپ فرماتے تھے کہ یہ یہ پاکیزگی ہے، یعنی یہ پیوریفیکیشن ہے۔</w:t>
      </w:r>
    </w:p>
    <w:p>
      <w:r>
        <w:rPr>
          <w:b/>
        </w:rPr>
        <w:t xml:space="preserve">[02:47] </w:t>
      </w:r>
      <w:r>
        <w:t>to main soch raha tha ke jis aadmi ke paas koi koi buzurg jaye ayadat ke liye bimari ki, mariz ko dekhne ke liye,</w:t>
      </w:r>
    </w:p>
    <w:p>
      <w:pPr>
        <w:jc w:val="right"/>
      </w:pPr>
      <w:r>
        <w:t>تو میں سوچ رہا تھا کہ جس آدمی کے پاس کوئی کوئی بزرگ جائے عیادت کے لیے بیماری کی، بیمار کو دیکھنے کے لیے،</w:t>
      </w:r>
    </w:p>
    <w:p>
      <w:r>
        <w:rPr>
          <w:b/>
        </w:rPr>
        <w:t xml:space="preserve">[03:03] </w:t>
      </w:r>
      <w:r>
        <w:t>to mariz insha allah chahega ke buzurg mere liye dua karen, meri health ke liye, meri tandurusti ke liye.</w:t>
      </w:r>
    </w:p>
    <w:p>
      <w:pPr>
        <w:jc w:val="right"/>
      </w:pPr>
      <w:r>
        <w:t>تو بیمار انشاءاللہ چاہے گا کہ بزرگ میرے لیے دعا کریں، میری ہیلتھ کے لیے، میری تندرستی کے لیے۔</w:t>
      </w:r>
    </w:p>
    <w:p>
      <w:r>
        <w:rPr>
          <w:b/>
        </w:rPr>
        <w:t xml:space="preserve">[03:14] </w:t>
      </w:r>
      <w:r>
        <w:t>yani yeh unusual hai ke woh gaye hain to mariz to yeh sunna chahta hai ke woh us ki health ke liye, physical tandurusti ke liye dua karen.</w:t>
      </w:r>
    </w:p>
    <w:p>
      <w:pPr>
        <w:jc w:val="right"/>
      </w:pPr>
      <w:r>
        <w:t>یعنی یہ ان یوزل ہے کہ وہ گئے ہیں تو بیمار تو یہ سننا چاہتا ہے کہ وہ اس کی ہیلتھ کے لیے، فزیکل تندرستی کے لیے دعا کریں۔</w:t>
      </w:r>
    </w:p>
    <w:p>
      <w:r>
        <w:rPr>
          <w:b/>
        </w:rPr>
        <w:t xml:space="preserve">[03:28] </w:t>
      </w:r>
      <w:r>
        <w:t>aap yeh keh rahe hain ke koi harj nahi, yeh to pakizgi hai. to koi ghusal ghusal to hai nahi, bimari bimari to ek problem hai.</w:t>
      </w:r>
    </w:p>
    <w:p>
      <w:pPr>
        <w:jc w:val="right"/>
      </w:pPr>
      <w:r>
        <w:t>آپ یہ کہہ رہے ہیں کہ کوئی حرج نہیں، یہ تو پاکیزگی ہے۔ تو کوئی غسل غسل تو ہے نہیں، بیماری بیماری تو ایک پرابلم ہے۔</w:t>
      </w:r>
    </w:p>
    <w:p>
      <w:r>
        <w:rPr>
          <w:b/>
        </w:rPr>
        <w:t xml:space="preserve">[03:44] </w:t>
      </w:r>
      <w:r>
        <w:t>to rasool allah aisa kyun kehte the? aam jo riwaj hai is ke khilaf.</w:t>
      </w:r>
    </w:p>
    <w:p>
      <w:pPr>
        <w:jc w:val="right"/>
      </w:pPr>
      <w:r>
        <w:t>تو رسول اللہ ایسا کیوں کہتے تھے؟ عام جو رواج ہے اس کے خلاف۔</w:t>
      </w:r>
    </w:p>
    <w:p>
      <w:r>
        <w:rPr>
          <w:b/>
        </w:rPr>
        <w:t xml:space="preserve">[03:53] </w:t>
      </w:r>
      <w:r>
        <w:t>riwaj to yeh hai ke koi buzurg aadmi kisi ko dekhenge to us ke sar par hath rakhenge, kahenge: "allah to koi shifa ata farmaye." us ke baraks aap ne yeh kaha ke koi harj nahi, yeh to pakizgi hai,</w:t>
      </w:r>
    </w:p>
    <w:p>
      <w:pPr>
        <w:jc w:val="right"/>
      </w:pPr>
      <w:r>
        <w:t>رواج تو یہ ہے کہ کوئی بزرگ آدمی کسی کو دیکھیں گے تو اس کے سر پر ہاتھ رکھیں گے، کہیں گے: "اللہ تو کوئی شفا عطا فرمائے۔" اس کے برعکس آپ نے یہ کہا کہ کوئی حرج نہیں، یہ تو پاکیزگی ہے،</w:t>
      </w:r>
    </w:p>
    <w:p>
      <w:r>
        <w:rPr>
          <w:b/>
        </w:rPr>
        <w:t xml:space="preserve">[04:11] </w:t>
      </w:r>
      <w:r>
        <w:t>yeh to purification hai.</w:t>
      </w:r>
    </w:p>
    <w:p>
      <w:pPr>
        <w:jc w:val="right"/>
      </w:pPr>
      <w:r>
        <w:t>یہ تو پیوریفیکیشن ہے۔</w:t>
      </w:r>
    </w:p>
    <w:p>
      <w:r>
        <w:rPr>
          <w:b/>
        </w:rPr>
        <w:t xml:space="preserve">[04:16] </w:t>
      </w:r>
      <w:r>
        <w:t>ke sahib aap samjhe kya kaam hai? nahi samjhe?</w:t>
      </w:r>
    </w:p>
    <w:p>
      <w:pPr>
        <w:jc w:val="right"/>
      </w:pPr>
      <w:r>
        <w:t>کہ صاحب آپ سمجھے کیا کام ہے؟ نہیں سمجھے؟</w:t>
      </w:r>
    </w:p>
    <w:p>
      <w:r>
        <w:rPr>
          <w:b/>
        </w:rPr>
        <w:t xml:space="preserve">[04:24] </w:t>
      </w:r>
      <w:r>
        <w:t>maulana, aap yeh keh rahe hain ke aam taur se mariz ke paas jaya jata hai to mariz ko yeh ummeed hoti hai ke aane wala us ke liye dua kare ke us ki sehat theek ho jaye.</w:t>
      </w:r>
    </w:p>
    <w:p>
      <w:pPr>
        <w:jc w:val="right"/>
      </w:pPr>
      <w:r>
        <w:t>مولانا، آپ یہ کہہ رہے ہیں کہ عام طور سے مریض کے پاس جایا جاتا ہے تو مریض کو یہ امید ہوتی ہے کہ آنے والا اس کے لیے دعا کرے کہ اس کی صحت ٹھیک ہو جائے۔</w:t>
      </w:r>
    </w:p>
    <w:p>
      <w:r>
        <w:rPr>
          <w:b/>
        </w:rPr>
        <w:t xml:space="preserve">[04:36] </w:t>
      </w:r>
      <w:r>
        <w:t>lekin rasool allah gaye to aap ne us ke bimari ke aitbar se us ko dua nahi di, balke kaha: "bimari ke bare mein koi harj ki baat nahi hai, yeh sab theek hai." asal cheez yeh hai ke aap ke liye yeh purification ka zariya hai.</w:t>
      </w:r>
    </w:p>
    <w:p>
      <w:pPr>
        <w:jc w:val="right"/>
      </w:pPr>
      <w:r>
        <w:t>لیکن رسول اللہ گئے تو آپ نے اس کے بیماری کے اعتبار سے اس کو دعا نہیں دی، بلکہ کہا: "بیماری کے بارے میں کوئی حرج کی بات نہیں ہے، یہ سب ٹھیک ہے۔" اصل چیز یہ ہے کہ آپ کے لیے یہ پیوریفیکیشن کا ذریعہ ہے۔</w:t>
      </w:r>
    </w:p>
    <w:p>
      <w:r>
        <w:rPr>
          <w:b/>
        </w:rPr>
        <w:t xml:space="preserve">[04:50] </w:t>
      </w:r>
      <w:r>
        <w:t>to mariz aadmi kisi doosri cheez ki zarurat mand hota hai, aur rasool allah ne ek doosri cheez ke bare mein us ko bataya. kidhar</w:t>
      </w:r>
    </w:p>
    <w:p>
      <w:pPr>
        <w:jc w:val="right"/>
      </w:pPr>
      <w:r>
        <w:t>تو بیمار آدمی کسی دوسری چیز کی ضرورت مند ہوتا ہے، اور رسول اللہ نے ایک دوسری چیز کے بارے میں اس کو بتایا۔ کدھر</w:t>
      </w:r>
    </w:p>
    <w:p>
      <w:r>
        <w:rPr>
          <w:b/>
        </w:rPr>
        <w:t xml:space="preserve">[05:01] </w:t>
      </w:r>
      <w:r>
        <w:t>kidhar mein kahan jata? ji maulana, bilkul sahi hai. ji to dekhiye, yeh ek nature hai insan ka, nature ke koi bhi baat ho, koi bhi experience ho to woh insan ke andar kya karta hai?</w:t>
      </w:r>
    </w:p>
    <w:p>
      <w:pPr>
        <w:jc w:val="right"/>
      </w:pPr>
      <w:r>
        <w:t>کدھر میں کہاں جاتا؟ جی مولانا، بالکل صحیح ہے۔ جی تو دیکھیے، یہ ایک نیچر ہے انسان کا، نیچر کہ کوئی بھی بات ہو، کوئی بھی ایکسپیرینس ہو تو وہ انسان کے اندر کیا کرتا ہے؟</w:t>
      </w:r>
    </w:p>
    <w:p>
      <w:r>
        <w:rPr>
          <w:b/>
        </w:rPr>
        <w:t xml:space="preserve">[05:25] </w:t>
      </w:r>
      <w:r>
        <w:t>insan ke mind ko trigger karta hai.</w:t>
      </w:r>
    </w:p>
    <w:p>
      <w:pPr>
        <w:jc w:val="right"/>
      </w:pPr>
      <w:r>
        <w:t>انسان کے مائنڈ کو ٹریگر کرتا ہے۔</w:t>
      </w:r>
    </w:p>
    <w:p>
      <w:r>
        <w:rPr>
          <w:b/>
        </w:rPr>
        <w:t xml:space="preserve">[05:31] </w:t>
      </w:r>
      <w:r>
        <w:t>trigger ek term hai ke jab aap gun lete hain, gun to gun mein ek ek hoti hai, us ko kehte hain</w:t>
      </w:r>
    </w:p>
    <w:p>
      <w:pPr>
        <w:jc w:val="right"/>
      </w:pPr>
      <w:r>
        <w:t>ٹریگر ایک ٹرم ہے کہ جب آپ گن لیتے ہیں، گن تو گن میں ایک ایک ہوتی ہے، اس کو کہتے ہیں</w:t>
      </w:r>
    </w:p>
    <w:p>
      <w:r>
        <w:rPr>
          <w:b/>
        </w:rPr>
        <w:t xml:space="preserve">[05:43] </w:t>
      </w:r>
      <w:r>
        <w:t>lallabi. aap pe kehte hain to us ko aap dabate hain to fire aata hai. us ko kehte hain trigger hona hona.</w:t>
      </w:r>
    </w:p>
    <w:p>
      <w:pPr>
        <w:jc w:val="right"/>
      </w:pPr>
      <w:r>
        <w:t>لبلبی۔ آپ پہ کہتے ہیں تو اس کو آپ دباتے ہیں تو فائر آتا ہے۔ اس کو کہتے ہیں ٹریگر ہونا ہونا۔</w:t>
      </w:r>
    </w:p>
    <w:p>
      <w:r>
        <w:rPr>
          <w:b/>
        </w:rPr>
        <w:t xml:space="preserve">[05:54] </w:t>
      </w:r>
      <w:r>
        <w:t>yani aap ka koi bhi baat ho to aap ka mind fire ho jata hai. hain, trigger ho jata hai.</w:t>
      </w:r>
    </w:p>
    <w:p>
      <w:pPr>
        <w:jc w:val="right"/>
      </w:pPr>
      <w:r>
        <w:t>یعنی آپ کا کوئی بھی بات ہو تو آپ کا مائنڈ فار ہو جاتا ہے۔ ہیں، ٹریگر ہو جاتا ہے۔</w:t>
      </w:r>
    </w:p>
    <w:p>
      <w:r>
        <w:rPr>
          <w:b/>
        </w:rPr>
        <w:t xml:space="preserve">[06:04] </w:t>
      </w:r>
      <w:r>
        <w:t>yani band mind khol raha hai, koi band mind khul jata hai. jo mind</w:t>
      </w:r>
    </w:p>
    <w:p>
      <w:pPr>
        <w:jc w:val="right"/>
      </w:pPr>
      <w:r>
        <w:t>یعنی بند مائنڈ کھول رہا ہے، کوئی بند مائنڈ کھل جاتا ہے۔ جو مائنڈ</w:t>
      </w:r>
    </w:p>
    <w:p>
      <w:r>
        <w:rPr>
          <w:b/>
        </w:rPr>
        <w:t xml:space="preserve">[06:15] </w:t>
      </w:r>
      <w:r>
        <w:t>yani process mein nahi tha, woh process mein aa jata hai. yeh tha ke woh thinking process nahi tha, uska to think process aa jata hai.</w:t>
      </w:r>
    </w:p>
    <w:p>
      <w:pPr>
        <w:jc w:val="right"/>
      </w:pPr>
      <w:r>
        <w:t>یعنی پراسیس میں نہیں تھا، وہ پراسیس میں آ جاتا ہے۔ یہ تھا کہ وہ تھکنگ پراسیس نہیں تھا، اس کا تو تھک پراسیس آ جاتا ہے۔</w:t>
      </w:r>
    </w:p>
    <w:p>
      <w:r>
        <w:rPr>
          <w:b/>
        </w:rPr>
        <w:t xml:space="preserve">[06:28] </w:t>
      </w:r>
      <w:r>
        <w:t>clear hua? kabhi</w:t>
      </w:r>
    </w:p>
    <w:p>
      <w:pPr>
        <w:jc w:val="right"/>
      </w:pPr>
      <w:r>
        <w:t>کلیئر ہوا؟ کبھی</w:t>
      </w:r>
    </w:p>
    <w:p>
      <w:r>
        <w:rPr>
          <w:b/>
        </w:rPr>
        <w:t xml:space="preserve">[06:29] </w:t>
      </w:r>
      <w:r>
        <w:t>clear nahi hua? bilkul clear hai. hain, bilkul clear hai. achha to main jab hospitalized hua to apni chahat se nahi hua tha,</w:t>
      </w:r>
    </w:p>
    <w:p>
      <w:pPr>
        <w:jc w:val="right"/>
      </w:pPr>
      <w:r>
        <w:t>کلیئر نہیں ہوا؟ بالکل کلیئر ہے۔ ہیں، بالکل کلیئر ہے۔ اچھا تو میں جب ہاسپٹلائز ہوا تو اپنی چاہت سے نہیں ہوا تھا،</w:t>
      </w:r>
    </w:p>
    <w:p>
      <w:r>
        <w:rPr>
          <w:b/>
        </w:rPr>
        <w:t xml:space="preserve">[06:43] </w:t>
      </w:r>
      <w:r>
        <w:t>logon ki insist karne par hua tha. kyunke main idhar kai mahine se aisa chal raha tha ke lagta tha ke main ab end ko pahunch chuka tha.</w:t>
      </w:r>
    </w:p>
    <w:p>
      <w:pPr>
        <w:jc w:val="right"/>
      </w:pPr>
      <w:r>
        <w:t>لوگوں کی انسسٹ کرنے پر ہوا تھا۔ کیونکہ میں ادھر کئی مہینے سے ایسا چل رہا تھا کہ لگتا تھا کہ میں اب اینڈ کو پہنچ چکا ہوں۔</w:t>
      </w:r>
    </w:p>
    <w:p>
      <w:r>
        <w:rPr>
          <w:b/>
        </w:rPr>
        <w:t xml:space="preserve">[06:59] </w:t>
      </w:r>
      <w:r>
        <w:t>end ko. yaani</w:t>
      </w:r>
    </w:p>
    <w:p>
      <w:pPr>
        <w:jc w:val="right"/>
      </w:pPr>
      <w:r>
        <w:t>اینڈ کو۔ یعنی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