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al-Fitr August 09, 2013 Maulana Wahiduddin Khan</w:t>
      </w:r>
    </w:p>
    <w:p>
      <w:r>
        <w:t>https://www.youtube.com/watch?v=0gjvnyE3Clk</w:t>
      </w:r>
    </w:p>
    <w:p>
      <w:r>
        <w:rPr>
          <w:b/>
        </w:rPr>
        <w:t xml:space="preserve">[00:14] </w:t>
      </w:r>
      <w:r>
        <w:t>bismillah-hir-rehman-nir-reheem.</w:t>
      </w:r>
    </w:p>
    <w:p>
      <w:pPr>
        <w:jc w:val="right"/>
      </w:pPr>
      <w:r>
        <w:t>بسم اللہ الرحمن الرحیم۔</w:t>
      </w:r>
    </w:p>
    <w:p>
      <w:r>
        <w:rPr>
          <w:b/>
        </w:rPr>
        <w:t xml:space="preserve">[00:19] </w:t>
      </w:r>
      <w:r>
        <w:t>wa salla-llahu 'ala-n-nabiyyi-l-kareem. rab-bish-rah-li sadri, wa yassir-li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[00:37] </w:t>
      </w:r>
      <w:r>
        <w:t>yeh 9 agast 2013 hai,</w:t>
      </w:r>
    </w:p>
    <w:p>
      <w:pPr>
        <w:jc w:val="right"/>
      </w:pPr>
      <w:r>
        <w:t>یہ 9 اگست 2013 ہے،</w:t>
      </w:r>
    </w:p>
    <w:p>
      <w:r>
        <w:rPr>
          <w:b/>
        </w:rPr>
        <w:t xml:space="preserve">[00:45] </w:t>
      </w:r>
      <w:r>
        <w:t>aur hijri calendar ke aitbar se yakam shawwal 1434 hijri hai. aap jante hain ke aaj eid-ul-fitr ka din hai.</w:t>
      </w:r>
    </w:p>
    <w:p>
      <w:pPr>
        <w:jc w:val="right"/>
      </w:pPr>
      <w:r>
        <w:t>اور ہجری کیلنڈر کے اعتبار سے یکم شوال 1434 ہجری ہے۔ آپ جانتے ہیں کہ آج عید الفطر کا دن ہے۔</w:t>
      </w:r>
    </w:p>
    <w:p>
      <w:r>
        <w:rPr>
          <w:b/>
        </w:rPr>
        <w:t xml:space="preserve">[01:01] </w:t>
      </w:r>
      <w:r>
        <w:t>aaj ke din ke bare mein hadith mein ek bohat lambi riwayat aayi hai, jis mein is din ko laylat-ul-jaiza kaha gaya hai.</w:t>
      </w:r>
    </w:p>
    <w:p>
      <w:pPr>
        <w:jc w:val="right"/>
      </w:pPr>
      <w:r>
        <w:t>آج کے دن کے بارے میں حدیث میں ایک بہت لمبی روایت آئی ہے، جس میں اس دن کو لیلۃ الجائزہ کہا گیا ہے۔</w:t>
      </w:r>
    </w:p>
    <w:p>
      <w:r>
        <w:rPr>
          <w:b/>
        </w:rPr>
        <w:t xml:space="preserve">[01:11] </w:t>
      </w:r>
      <w:r>
        <w:t>arabi zaban mein layla raat aur din dono ke liye istemal hota hai. to yeh jo din hai, shawwal ka chand nikalne se le kar shawwal ki sham tak rehta hai.</w:t>
      </w:r>
    </w:p>
    <w:p>
      <w:pPr>
        <w:jc w:val="right"/>
      </w:pPr>
      <w:r>
        <w:t>عربی زبان میں لیلہ رات اور دن دونوں کے لیے استعمال ہوتا ہے۔ تو یہ جو دن ہے، شوال کا چاند نکلنے سے لے کر شوال کی شام تک رہتا ہے۔</w:t>
      </w:r>
    </w:p>
    <w:p>
      <w:r>
        <w:rPr>
          <w:b/>
        </w:rPr>
        <w:t xml:space="preserve">[01:30] </w:t>
      </w:r>
      <w:r>
        <w:t>to yeh hai laylat-ul-jaiza, yaani inaam ka din. Allah ta'ala ki taraf se aaj is ke sachche bondon ke liye inaam ka faisla kiya jata hai.</w:t>
      </w:r>
    </w:p>
    <w:p>
      <w:pPr>
        <w:jc w:val="right"/>
      </w:pPr>
      <w:r>
        <w:t>تو یہ ہے لیلۃ الجائزہ، یعنی انعام کا دن۔ اللہ تعالیٰ کی طرف سے آج اس کے سچے بندوں کے لیے انعام کا فیصلہ کیا جاتا ہے۔</w:t>
      </w:r>
    </w:p>
    <w:p>
      <w:r>
        <w:rPr>
          <w:b/>
        </w:rPr>
        <w:t xml:space="preserve">[01:46] </w:t>
      </w:r>
      <w:r>
        <w:t>to aaj hum sab log bhi Allah ki taraf se isi unwan ke, isi inaam ko ummeedwar hain.</w:t>
      </w:r>
    </w:p>
    <w:p>
      <w:pPr>
        <w:jc w:val="right"/>
      </w:pPr>
      <w:r>
        <w:t>تو آج ہم سب لوگ بھی اللہ کی طرف سے اسی عنوان کے، اسی انعام کو امیدوار ہیں۔</w:t>
      </w:r>
    </w:p>
    <w:p>
      <w:r>
        <w:rPr>
          <w:b/>
        </w:rPr>
        <w:t xml:space="preserve">[01:57] </w:t>
      </w:r>
      <w:r>
        <w:t>aur hamein umeed hai ke Allah ta'ala kya hamari darkhwast qabool hogi.</w:t>
      </w:r>
    </w:p>
    <w:p>
      <w:pPr>
        <w:jc w:val="right"/>
      </w:pPr>
      <w:r>
        <w:t>اور ہمیں امید ہے کہ اللہ تعالیٰ کیا ہماری درخواست قبول ہوگی۔</w:t>
      </w:r>
    </w:p>
    <w:p>
      <w:r>
        <w:rPr>
          <w:b/>
        </w:rPr>
        <w:t xml:space="preserve">[02:05] </w:t>
      </w:r>
      <w:r>
        <w:t>is waqt main</w:t>
      </w:r>
    </w:p>
    <w:p>
      <w:pPr>
        <w:jc w:val="right"/>
      </w:pPr>
      <w:r>
        <w:t>اس وقت میں</w:t>
      </w:r>
    </w:p>
    <w:p>
      <w:r>
        <w:rPr>
          <w:b/>
        </w:rPr>
        <w:t xml:space="preserve">[02:09] </w:t>
      </w:r>
      <w:r>
        <w:t>ji Nizamuddin west mein hoon, doctor Sani Hussain ke makan par. yahan ek bare kamre mein</w:t>
      </w:r>
    </w:p>
    <w:p>
      <w:pPr>
        <w:jc w:val="right"/>
      </w:pPr>
      <w:r>
        <w:t>جی ٹن نظام الدین ویسٹ میں ہوں، ڈاکٹر ثانی حسین کے مکان پر۔ یہاں ایک بڑے کمرے میں</w:t>
      </w:r>
    </w:p>
    <w:p>
      <w:r>
        <w:rPr>
          <w:b/>
        </w:rPr>
        <w:t xml:space="preserve">[02:21] </w:t>
      </w:r>
      <w:r>
        <w:t>CPS ki dilli team ikhatta hai, aur un se main baat kar raha hoon. mujhe aisa mehsoos hota hai ke yahan jitne log hain,</w:t>
      </w:r>
    </w:p>
    <w:p>
      <w:pPr>
        <w:jc w:val="right"/>
      </w:pPr>
      <w:r>
        <w:t>سی پی ایس کی دلی ٹیم اکٹھا ہے، اور ان سے میں بات کر رہا ہوں۔ مجھے ایسا محسوس ہوتا ہے کہ یہاں جتنے لوگ ہیں،</w:t>
      </w:r>
    </w:p>
    <w:p>
      <w:r>
        <w:rPr>
          <w:b/>
        </w:rPr>
        <w:t xml:space="preserve">[02:36] </w:t>
      </w:r>
      <w:r>
        <w:t>un se bohat zyada yahan Allah ke farishte maujood hain. to main aap ko aur tamam farishton ko apni taraf se salam pesh karta hoon, aur farishton se yeh bhi darkhwast karta hoon ke woh hum sab ki, hum sab ka salam Allah rab-ul-'alameen tak pahuncha dein,</w:t>
      </w:r>
    </w:p>
    <w:p>
      <w:pPr>
        <w:jc w:val="right"/>
      </w:pPr>
      <w:r>
        <w:t>ان سے بہت زیادہ یہاں اللہ کے فرشتے موجود ہیں۔ تو میں آپ کو اور تمام فرشتوں کو اپنی طرف سے سلام پیش کرتا ہوں، اور فرشتوں سے یہ بھی درخواست کرتا ہوں کہ وہ ہم سب کی، ہم سب کا سلام اللہ رب العالمین تک پہنچا دیں،</w:t>
      </w:r>
    </w:p>
    <w:p>
      <w:r>
        <w:rPr>
          <w:b/>
        </w:rPr>
        <w:t xml:space="preserve">[02:59] </w:t>
      </w:r>
      <w:r>
        <w:t>halanke woh zyada janta hai aur zyada sunta hai. mujhe umeed hai ke aaj ke din jo inaam ka din hai,</w:t>
      </w:r>
    </w:p>
    <w:p>
      <w:pPr>
        <w:jc w:val="right"/>
      </w:pPr>
      <w:r>
        <w:t>حالانکہ وہ زیادہ جانتا ہے اور زیادہ سنتا ہے۔ مجھے امید ہے کہ آج کے دن جو انعام کا دن ہے،</w:t>
      </w:r>
    </w:p>
    <w:p>
      <w:r>
        <w:rPr>
          <w:b/>
        </w:rPr>
        <w:t xml:space="preserve">[03:13] </w:t>
      </w:r>
      <w:r>
        <w:t>to hum sab ko Allah ta'ala apne inaam se sarfaraz farmayenge.</w:t>
      </w:r>
    </w:p>
    <w:p>
      <w:pPr>
        <w:jc w:val="right"/>
      </w:pPr>
      <w:r>
        <w:t>تو ہم سب کو اللہ تعالیٰ اپنے انعام سے سرفراز فرمائیں گے۔</w:t>
      </w:r>
    </w:p>
    <w:p>
      <w:r>
        <w:rPr>
          <w:b/>
        </w:rPr>
        <w:t xml:space="preserve">[03:21] </w:t>
      </w:r>
      <w:r>
        <w:t>ameen. ab main apni baat ek tajrube se shuru karta hoon. ab main apne ghar ke samne jo balcony hai, us par khada hua tha.</w:t>
      </w:r>
    </w:p>
    <w:p>
      <w:pPr>
        <w:jc w:val="right"/>
      </w:pPr>
      <w:r>
        <w:t>آمین۔ اب میں اپنی بات ایک تجربے سے شروع کرتا ہوں۔ اب میں اپنے گھر کے سامنے جو بالکنی ہے، اس پر کھڑا ہوا تھا۔</w:t>
      </w:r>
    </w:p>
    <w:p>
      <w:r>
        <w:rPr>
          <w:b/>
        </w:rPr>
        <w:t xml:space="preserve">[03:38] </w:t>
      </w:r>
      <w:r>
        <w:t>main ne dekha ke log road par aa rahe hain aur ja rahe hain, paidal, bicycle par, car par.</w:t>
      </w:r>
    </w:p>
    <w:p>
      <w:pPr>
        <w:jc w:val="right"/>
      </w:pPr>
      <w:r>
        <w:t>میں نے دیکھا کہ لوگ روڈ پر آ رہے ہیں اور جا رہے ہیں، پیدل، بائیسکل پر، کار پر۔</w:t>
      </w:r>
    </w:p>
    <w:p>
      <w:r>
        <w:rPr>
          <w:b/>
        </w:rPr>
        <w:t xml:space="preserve">[03:48] </w:t>
      </w:r>
      <w:r>
        <w:t>ek bhag daud lagi hui hai. to main ne socha ke agar in logon ko mujhe koi paigham dena ho Allah ki taraf se, Quran ki taraf se, to woh kya hoga?</w:t>
      </w:r>
    </w:p>
    <w:p>
      <w:pPr>
        <w:jc w:val="right"/>
      </w:pPr>
      <w:r>
        <w:t>ایک بھاگ دوڑ لگی ہوئی ہے۔ تو میں نے سوچا کہ اگر ان لوگوں کو مجھے کوئی پیغام دینا ہو اللہ کی طرف سے، قرآن کی طرف سے، تو وہ کیا ہوگا؟</w:t>
      </w:r>
    </w:p>
    <w:p>
      <w:r>
        <w:rPr>
          <w:b/>
        </w:rPr>
        <w:t xml:space="preserve">[04:02] </w:t>
      </w:r>
      <w:r>
        <w:t>to mujhe Quran ki ek ayat yaad aayi, jo Surah Aal-e-Imran mein hai:</w:t>
      </w:r>
    </w:p>
    <w:p>
      <w:pPr>
        <w:jc w:val="right"/>
      </w:pPr>
      <w:r>
        <w:t>تو مجھے قرآن کی ایک آیت یاد آئی، جو سورہ آل عمران میں ہے:</w:t>
      </w:r>
    </w:p>
    <w:p>
      <w:r>
        <w:rPr>
          <w:b/>
        </w:rPr>
        <w:t xml:space="preserve">[04:09] </w:t>
      </w:r>
      <w:r>
        <w:t>"sa'ru ila maghfiratin mir rabbikum wa jannatin 'arduha as-samawatu wal-ard".</w:t>
      </w:r>
    </w:p>
    <w:p>
      <w:pPr>
        <w:jc w:val="right"/>
      </w:pPr>
      <w:r>
        <w:t>"سارعو الی مغفرت بربکم وجنت ارض السماوات والارض"۔ اے</w:t>
      </w:r>
    </w:p>
    <w:p>
      <w:r>
        <w:rPr>
          <w:b/>
        </w:rPr>
        <w:t xml:space="preserve">[04:18] </w:t>
      </w:r>
      <w:r>
        <w:t>logon! daudo Allah ki bakhshish ki taraf aur Allah ki jannat ki taraf, jis ki wus'at tamam zameen o asman ke barabar hai.</w:t>
      </w:r>
    </w:p>
    <w:p>
      <w:pPr>
        <w:jc w:val="right"/>
      </w:pPr>
      <w:r>
        <w:t>لوگوں! دوڑو اللہ کی بخشش کی طرف اور اللہ کی جنت کی طرف، جس کی وسعت تمام زمین و آسمان کے برابر ہے۔</w:t>
      </w:r>
    </w:p>
    <w:p>
      <w:r>
        <w:rPr>
          <w:b/>
        </w:rPr>
        <w:t xml:space="preserve">[04:37] </w:t>
      </w:r>
      <w:r>
        <w:t>to yeh hai woh cheez jo hamara goal hona chahiye, jo hamari tamanna hona chahiye. yaani yeh ke hum Allah ta'ala ki maghfirat mile</w:t>
      </w:r>
    </w:p>
    <w:p>
      <w:pPr>
        <w:jc w:val="right"/>
      </w:pPr>
      <w:r>
        <w:t>تو یہ ہے وہ چیز جو ہمارا گول ہونا چاہیے، جو ہماری تمنا ہونا چاہیے۔ یعنی یہ کہ ہم اللہ تعالیٰ کی مغفرت ملے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