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Search of Man July 7, 2013 Maulana Wahiduddin Khan</w:t>
      </w:r>
    </w:p>
    <w:p>
      <w:r>
        <w:t>https://www.youtube.com/watch?v=yfdg8zIZu-k</w:t>
      </w:r>
    </w:p>
    <w:p>
      <w:r>
        <w:rPr>
          <w:b/>
        </w:rPr>
        <w:t xml:space="preserve">[00:14] </w:t>
      </w:r>
      <w:r>
        <w:t>bismillah rahman rahim, wa sali allahu ala nabiy al karim. rab 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 hl al uqdatan min lisani, yafqahu qawli. aaj ka topic hai</w:t>
      </w:r>
    </w:p>
    <w:p>
      <w:pPr>
        <w:jc w:val="right"/>
      </w:pPr>
      <w:r>
        <w:t>واحل العقدۃ من لسانی، یفقہ قولی۔ آج کا ٹاپک ہے</w:t>
      </w:r>
    </w:p>
    <w:p>
      <w:r>
        <w:rPr>
          <w:b/>
        </w:rPr>
        <w:t xml:space="preserve">[00:40] </w:t>
      </w:r>
      <w:r>
        <w:t>"the search of man".</w:t>
      </w:r>
    </w:p>
    <w:p>
      <w:pPr>
        <w:jc w:val="right"/>
      </w:pPr>
      <w:r>
        <w:t>"دی سرچ آف مین"۔</w:t>
      </w:r>
    </w:p>
    <w:p>
      <w:r>
        <w:rPr>
          <w:b/>
        </w:rPr>
        <w:t xml:space="preserve">[00:46] </w:t>
      </w:r>
      <w:r>
        <w:t>mein shayad bachpan se is sawal ka jawab dhoondh raha hoon.</w:t>
      </w:r>
    </w:p>
    <w:p>
      <w:pPr>
        <w:jc w:val="right"/>
      </w:pPr>
      <w:r>
        <w:t>میں شاید بچپن سے اس سوال کا جواب ڈھونڈ رہا ہوں۔</w:t>
      </w:r>
    </w:p>
    <w:p>
      <w:r>
        <w:rPr>
          <w:b/>
        </w:rPr>
        <w:t xml:space="preserve">[00:57] </w:t>
      </w:r>
      <w:r>
        <w:t>mere sawal ka sab se zyada important part yeh hai ke maine padha quran majeed mein iblis ka aur adam ka qissa.</w:t>
      </w:r>
    </w:p>
    <w:p>
      <w:pPr>
        <w:jc w:val="right"/>
      </w:pPr>
      <w:r>
        <w:t>میرے سوال کا سب سے زیادہ امپورٹنٹ پارٹ یہ ہے کہ میں نے پڑھا قرآن مجید میں ابلیس کا اور آدم کا قصہ۔</w:t>
      </w:r>
    </w:p>
    <w:p>
      <w:r>
        <w:rPr>
          <w:b/>
        </w:rPr>
        <w:t xml:space="preserve">[01:14] </w:t>
      </w:r>
      <w:r>
        <w:t>to aap ne bhi is ko padha hoga. to iblis ne allah taala ko challenge diya.</w:t>
      </w:r>
    </w:p>
    <w:p>
      <w:pPr>
        <w:jc w:val="right"/>
      </w:pPr>
      <w:r>
        <w:t>تو آپ نے بھی اس کو پڑھا ہوگا۔ تو ابلیس نے اللہ تعالیٰ کو چیلنج دیا۔</w:t>
      </w:r>
    </w:p>
    <w:p>
      <w:r>
        <w:rPr>
          <w:b/>
        </w:rPr>
        <w:t xml:space="preserve">[01:25] </w:t>
      </w:r>
      <w:r>
        <w:t>us ne kaha ke "la tuqannu zarurat illa qalila". mein insanon ki majority ko mein behka doonga.</w:t>
      </w:r>
    </w:p>
    <w:p>
      <w:pPr>
        <w:jc w:val="right"/>
      </w:pPr>
      <w:r>
        <w:t>اس نے کہا کہ "لا تلقن ضرورت الا قلیلا"۔ میں انسانوں کی میجورٹی کو میں بہکا دوں گا۔</w:t>
      </w:r>
    </w:p>
    <w:p>
      <w:r>
        <w:rPr>
          <w:b/>
        </w:rPr>
        <w:t xml:space="preserve">[01:36] </w:t>
      </w:r>
      <w:r>
        <w:t>yeh challenge quran mein maujood hai.</w:t>
      </w:r>
    </w:p>
    <w:p>
      <w:pPr>
        <w:jc w:val="right"/>
      </w:pPr>
      <w:r>
        <w:t>یہ چیلنج قرآن میں موجود ہے۔</w:t>
      </w:r>
    </w:p>
    <w:p>
      <w:r>
        <w:rPr>
          <w:b/>
        </w:rPr>
        <w:t xml:space="preserve">[01:41] </w:t>
      </w:r>
      <w:r>
        <w:t>quran mein hai ke "la tajid akthar shakirina". yani allah se us ne kaha ke insanon mein beshtar log shukr ke rastay se hat jayenge.</w:t>
      </w:r>
    </w:p>
    <w:p>
      <w:pPr>
        <w:jc w:val="right"/>
      </w:pPr>
      <w:r>
        <w:t>قرآن میں ہے کہ "لا تجد اکثر شاکرین"۔ یعنی اللہ سے اس نے کہا کہ انسانوں میں بیشتر لوگ شکر کے راستے سے ہٹ جائیں گے۔</w:t>
      </w:r>
    </w:p>
    <w:p>
      <w:r>
        <w:rPr>
          <w:b/>
        </w:rPr>
        <w:t xml:space="preserve">[01:59] </w:t>
      </w:r>
      <w:r>
        <w:t>achha, ab dekhiye ke yeh cheez waqea ban gayi. yeh bohat ajeeb baat hai ke iblis ne jo challenge diya, wo waqea kese ban gaya?</w:t>
      </w:r>
    </w:p>
    <w:p>
      <w:pPr>
        <w:jc w:val="right"/>
      </w:pPr>
      <w:r>
        <w:t>اچھا، اب دیکھیے کہ یہ چیز واقعہ بن گئی۔ یہ بہت عجیب بات ہے کہ ابلیس نے جو چیلنج دیا، وہ واقعہ کیسے بن گیا؟</w:t>
      </w:r>
    </w:p>
    <w:p>
      <w:r>
        <w:rPr>
          <w:b/>
        </w:rPr>
        <w:t xml:space="preserve">[02:14] </w:t>
      </w:r>
      <w:r>
        <w:t>yeh masla hai. yeh bohat zyada sochne ki baat hai ke iblis ne kaha ke mein is insanon ko behka doonga, aur wo behkane mein kamyab raha, aur majority ko us ne behka diya.</w:t>
      </w:r>
    </w:p>
    <w:p>
      <w:pPr>
        <w:jc w:val="right"/>
      </w:pPr>
      <w:r>
        <w:t>یہ مسئلہ ہے۔ یہ بہت زیادہ سوچنے کی بات ہے کہ ابلیس نے کہا کہ میں اس انسانوں کو بہکا دوں گا، اور وہ بہکانے میں کامیاب رہا، اور میجورٹی کو اس نے بہکا دیا۔</w:t>
      </w:r>
    </w:p>
    <w:p>
      <w:r>
        <w:rPr>
          <w:b/>
        </w:rPr>
        <w:t xml:space="preserve">[02:32] </w:t>
      </w:r>
      <w:r>
        <w:t>right path se hata diya. Allah ke raste se hata diya. Christian purana afgar ke raste se hata diya. to itna bada waqea kaise hua?</w:t>
      </w:r>
    </w:p>
    <w:p>
      <w:pPr>
        <w:jc w:val="right"/>
      </w:pPr>
      <w:r>
        <w:t>رائٹ پاس سے ہٹا دیا۔ اللہ کے راستے سے ہٹا دیا۔ کرشن پرانا افگار کے راستے سے ہٹا دیا۔ تو اتنا بڑا واقعہ کیسے ہوا؟</w:t>
      </w:r>
    </w:p>
    <w:p>
      <w:r>
        <w:rPr>
          <w:b/>
        </w:rPr>
        <w:t xml:space="preserve">[02:46] </w:t>
      </w:r>
      <w:r>
        <w:t>main shayad sari zindagi is pe sochta raha hoon. to kal aisa hua ke jo maine kehta hoon na ke ab mind trigger ho jata hai.</w:t>
      </w:r>
    </w:p>
    <w:p>
      <w:pPr>
        <w:jc w:val="right"/>
      </w:pPr>
      <w:r>
        <w:t>میں شاید ساری زندگی اس پہ سوچتا رہا ہوں۔ تو کل ایسا ہوا کہ جو میں نے کہتا ہوں نا کہ اب مائنڈ ٹریگر ہو جاتا ہے۔</w:t>
      </w:r>
    </w:p>
    <w:p>
      <w:r>
        <w:rPr>
          <w:b/>
        </w:rPr>
        <w:t xml:space="preserve">[02:56] </w:t>
      </w:r>
      <w:r>
        <w:t>trigger. kal main radio sun raha tha to do waqea maine sune. is se mera mind trigger ho gaya.</w:t>
      </w:r>
    </w:p>
    <w:p>
      <w:pPr>
        <w:jc w:val="right"/>
      </w:pPr>
      <w:r>
        <w:t>ٹریگر۔ کل میں ریڈیو سن رہا تھا تو دو واقعے میں نے سنے۔ اس سے میرا مائنڈ ٹریگر ہو گیا۔</w:t>
      </w:r>
    </w:p>
    <w:p>
      <w:r>
        <w:rPr>
          <w:b/>
        </w:rPr>
        <w:t xml:space="preserve">[03:08] </w:t>
      </w:r>
      <w:r>
        <w:t>ek waqea tha south India ke ek scientist ka. us ne pehle India mein education hasil ki.</w:t>
      </w:r>
    </w:p>
    <w:p>
      <w:pPr>
        <w:jc w:val="right"/>
      </w:pPr>
      <w:r>
        <w:t>ایک واقعہ تھا ساؤتھ انڈیا کے ایک سائنٹسٹ کا۔ اس نے پہلے انڈیا میں ایجوکیشن حاصل کی۔</w:t>
      </w:r>
    </w:p>
    <w:p>
      <w:r>
        <w:rPr>
          <w:b/>
        </w:rPr>
        <w:t xml:space="preserve">[03:17] </w:t>
      </w:r>
      <w:r>
        <w:t>phir woh gaya US a. wahan par us ne education apni poori ki. phir India mein aa kar ke south India mein woh ek scientific university bana raha tha.</w:t>
      </w:r>
    </w:p>
    <w:p>
      <w:pPr>
        <w:jc w:val="right"/>
      </w:pPr>
      <w:r>
        <w:t>پھر وہ گیا یو ایس اے۔ وہاں پر اس نے ایجوکیشن اپنی پوری کی۔ پھر انڈیا میں آ کر کے ساؤتھ انڈیا میں وہ ایک سائنٹیفک یونیورسٹی بنا رہا تھا۔</w:t>
      </w:r>
    </w:p>
    <w:p>
      <w:r>
        <w:rPr>
          <w:b/>
        </w:rPr>
        <w:t xml:space="preserve">[03:29] </w:t>
      </w:r>
      <w:r>
        <w:t>bahut hi ambitious aadmi tha. bahut josh tha us ke andar. lekin sirf 35 years mein mar gaya hua.</w:t>
      </w:r>
    </w:p>
    <w:p>
      <w:pPr>
        <w:jc w:val="right"/>
      </w:pPr>
      <w:r>
        <w:t>بہت ہی ایمبیشیس آدمی تھا۔ بہت جوش تھا اس کے اندر۔ لیکن صرف 35 ایئرز میں مر گیا ہوا۔</w:t>
      </w:r>
    </w:p>
    <w:p>
      <w:r>
        <w:rPr>
          <w:b/>
        </w:rPr>
        <w:t xml:space="preserve">[03:40] </w:t>
      </w:r>
      <w:r>
        <w:t>less than 35 years mein mar gaya hua. to main sochne laga ke koi individual shayad poori tareekh mein koi bhi individual apne khwab ko poora nahi kar pata.</w:t>
      </w:r>
    </w:p>
    <w:p>
      <w:pPr>
        <w:jc w:val="right"/>
      </w:pPr>
      <w:r>
        <w:t>لیس دین 35 ایئرز میں مر گیا ہوا۔ تو میں سوچنے لگا کہ کوئی انڈیویجول شاید پوری تاریخ میں کوئی بھی انڈیویجول اپنے خواب کو پورا نہیں کر پاتا۔</w:t>
      </w:r>
    </w:p>
    <w:p>
      <w:r>
        <w:rPr>
          <w:b/>
        </w:rPr>
        <w:t xml:space="preserve">[03:54] </w:t>
      </w:r>
      <w:r>
        <w:t>koi bhi individual, chahe badshah ho, chahe koi waldi man ho, chahe scholar ho, koi bhi ho.</w:t>
      </w:r>
    </w:p>
    <w:p>
      <w:pPr>
        <w:jc w:val="right"/>
      </w:pPr>
      <w:r>
        <w:t>کوئی بھی انڈیویجول، چاہے بادشاہ ہو، چاہے کوئی ولدی مین ہو، چاہے سکالر ہو، کوئی بھی ہو۔</w:t>
      </w:r>
    </w:p>
    <w:p>
      <w:r>
        <w:rPr>
          <w:b/>
        </w:rPr>
        <w:t xml:space="preserve">[04:06] </w:t>
      </w:r>
      <w:r>
        <w:t>isi tarah maine radio par suna ke Egypt ke halaat, yani Misr ke halaat. to Egypt ke halaat mein maine dekha ke woh pichhle sau, pichhle yani pichhle 60 baras se wahan par mar kaat ho rahi hai.</w:t>
      </w:r>
    </w:p>
    <w:p>
      <w:pPr>
        <w:jc w:val="right"/>
      </w:pPr>
      <w:r>
        <w:t>اسی طرح میں نے ریڈیو پر سنا کہ ایجپٹ کے حالات، یعنی مصر کے حالات۔ تو ایجپٹ کے حالات میں میں نے دیکھا کہ وہ پچھلے سو، پچھلے یعنی پچھلے 60 برس سے وہاں پر مر کاٹ ہو رہی ہے۔</w:t>
      </w:r>
    </w:p>
    <w:p>
      <w:r>
        <w:rPr>
          <w:b/>
        </w:rPr>
        <w:t xml:space="preserve">[04:29] </w:t>
      </w:r>
      <w:r>
        <w:t>aur abhi maine internet pe dekha to pichhle ek saal ke andar, yani Hosni Mubarak ke regime mein aur Dr. Morsi sahab ke regime mein, ek hazar,</w:t>
      </w:r>
    </w:p>
    <w:p>
      <w:pPr>
        <w:jc w:val="right"/>
      </w:pPr>
      <w:r>
        <w:t>اور ابھی میں نے انٹرنیٹ پہ دیکھا تو پچھلے ایک سال کے اندر، یعنی حسنی مبارک کے ریجیم میں اور ڈاکٹر مرسی صاحب کے ریجیم میں، ایک ہزار،</w:t>
      </w:r>
    </w:p>
    <w:p>
      <w:r>
        <w:rPr>
          <w:b/>
        </w:rPr>
        <w:t xml:space="preserve">[04:44] </w:t>
      </w:r>
      <w:r>
        <w:t>taqreeban ek hazar aadmi mare gaye. kaisi ajeeb baat hai?</w:t>
      </w:r>
    </w:p>
    <w:p>
      <w:pPr>
        <w:jc w:val="right"/>
      </w:pPr>
      <w:r>
        <w:t>تقریباً ایک ہزار آدمی مارے گئے۔ کیسی عجیب بات ہے؟</w:t>
      </w:r>
    </w:p>
    <w:p>
      <w:r>
        <w:rPr>
          <w:b/>
        </w:rPr>
        <w:t xml:space="preserve">[04:52] </w:t>
      </w:r>
      <w:r>
        <w:t>Misr mein Ikhwan ul Muslimeen 60 saal se kaam kar rahe hain. un ke leader the.</w:t>
      </w:r>
    </w:p>
    <w:p>
      <w:pPr>
        <w:jc w:val="right"/>
      </w:pPr>
      <w:r>
        <w:t>مصر میں اخوان مسلمون 60 سال سے کام کر رہے ہیں۔ ان کے لیڈر تھے۔</w:t>
      </w:r>
    </w:p>
    <w:p>
      <w:r>
        <w:rPr>
          <w:b/>
        </w:rPr>
        <w:t xml:space="preserve">[05:06] </w:t>
      </w:r>
      <w:r>
        <w:t>un ke leader, leader the Syed Qutb. unhone ek kitab likhi hai "Al Adalat Al Ijtimaia Fil Islam", yani "Social Justice in Islam".</w:t>
      </w:r>
    </w:p>
    <w:p>
      <w:pPr>
        <w:jc w:val="right"/>
      </w:pPr>
      <w:r>
        <w:t>ان کے لیڈر، لیڈر تھے سید قطب۔ انہوں نے ایک کتاب لکھی ہے "العدالت الاجتماعیہ فی الاسلام"، یعنی "سوشل جسٹس ان اسلام"۔</w:t>
      </w:r>
    </w:p>
    <w:p>
      <w:r>
        <w:rPr>
          <w:b/>
        </w:rPr>
        <w:t xml:space="preserve">[05:22] </w:t>
      </w:r>
      <w:r>
        <w:t>to un ki party ne social justice qaim karne ko apna goal banaya hai. to 60 baras mein social justice qaim nahi hua.</w:t>
      </w:r>
    </w:p>
    <w:p>
      <w:pPr>
        <w:jc w:val="right"/>
      </w:pPr>
      <w:r>
        <w:t>تو ان کی پارٹی نے سوشل جسٹس قائم کرنے کو اپنا گول بنایا ہے۔ تو 60 برس میں سوشل جسٹس قائم نہیں ہوا۔</w:t>
      </w:r>
    </w:p>
    <w:p>
      <w:r>
        <w:rPr>
          <w:b/>
        </w:rPr>
        <w:t xml:space="preserve">[05:33] </w:t>
      </w:r>
      <w:r>
        <w:t>sirf mar kaat ho rahi hai. 1952 mein</w:t>
      </w:r>
    </w:p>
    <w:p>
      <w:pPr>
        <w:jc w:val="right"/>
      </w:pPr>
      <w:r>
        <w:t>صرف مار کاٹ ہو رہی ہے۔ 1952 میں</w:t>
      </w:r>
    </w:p>
    <w:p>
      <w:r>
        <w:rPr>
          <w:b/>
        </w:rPr>
        <w:t xml:space="preserve">[05:42] </w:t>
      </w:r>
      <w:r>
        <w:t>King Farouk ke khilaf revolt hua. us waqt mare gaye. phir General Najeeb ke khilaf hua.</w:t>
      </w:r>
    </w:p>
    <w:p>
      <w:pPr>
        <w:jc w:val="right"/>
      </w:pPr>
      <w:r>
        <w:t>کنگ فاروق کے خلاف ریولٹ ہوا۔ اس وقت مارے گئے۔ پھر جنرل نجیب کے خلاف ہوا۔</w:t>
      </w:r>
    </w:p>
    <w:p>
      <w:r>
        <w:rPr>
          <w:b/>
        </w:rPr>
        <w:t xml:space="preserve">[05:53] </w:t>
      </w:r>
      <w:r>
        <w:t>phir Gamal Abdel Nasser ke khilaf hua. phir Anwar Sadat ke khilaf hua. phir Hosni Mubarak ke khilaf hua.</w:t>
      </w:r>
    </w:p>
    <w:p>
      <w:pPr>
        <w:jc w:val="right"/>
      </w:pPr>
      <w:r>
        <w:t>پھر جمال عبدالناصر کے خلاف ہوا۔ پھر عمر سادات کے خلاف ہوا۔ پھر حسن مبارک کے خلاف ہوا۔</w:t>
      </w:r>
    </w:p>
    <w:p>
      <w:r>
        <w:rPr>
          <w:b/>
        </w:rPr>
        <w:t xml:space="preserve">[06:01] </w:t>
      </w:r>
      <w:r>
        <w:t>ab aap jante hain ke Dr. Mohamed Morsi ke khilaf hua aur woh depose kar diye gaye. to where is that social justice in Islam?</w:t>
      </w:r>
    </w:p>
    <w:p>
      <w:pPr>
        <w:jc w:val="right"/>
      </w:pPr>
      <w:r>
        <w:t>اب آپ جانتے ہیں کہ ڈاکٹر محمد مرسی کے خلاف ہوا اور وہ ڈی پوسٹ کر دیے گئے۔ تو ویر از دیٹ سوشل جسٹس ان اسلام؟</w:t>
      </w:r>
    </w:p>
    <w:p>
      <w:r>
        <w:rPr>
          <w:b/>
        </w:rPr>
        <w:t xml:space="preserve">[06:16] </w:t>
      </w:r>
      <w:r>
        <w:t>kahan hai? woh qaim kyun nahi hua?</w:t>
      </w:r>
    </w:p>
    <w:p>
      <w:pPr>
        <w:jc w:val="right"/>
      </w:pPr>
      <w:r>
        <w:t>کہاں ہے؟ وہ قائم کیوں نہیں ہوا؟</w:t>
      </w:r>
    </w:p>
    <w:p>
      <w:r>
        <w:rPr>
          <w:b/>
        </w:rPr>
        <w:t xml:space="preserve">[06:25] </w:t>
      </w:r>
      <w:r>
        <w:t>yeh koi do waqea ki baat nahi hai. aap apne aas paas dekhiye. khud apne bare mein dekhiye. koi bhi apna dream poora nahi kar pata.</w:t>
      </w:r>
    </w:p>
    <w:p>
      <w:pPr>
        <w:jc w:val="right"/>
      </w:pPr>
      <w:r>
        <w:t>یہ کوئی دو واقعے کی بات نہیں ہے۔ آپ اپنے اس پاس دیکھیے۔ خود اپنے بارے میں دیکھیے۔ کوئی بھی اپنا ڈریم پورا نہیں کر پاتا۔</w:t>
      </w:r>
    </w:p>
    <w:p>
      <w:r>
        <w:rPr>
          <w:b/>
        </w:rPr>
        <w:t xml:space="preserve">[06:37] </w:t>
      </w:r>
      <w:r>
        <w:t>mar jata hai.</w:t>
      </w:r>
    </w:p>
    <w:p>
      <w:pPr>
        <w:jc w:val="right"/>
      </w:pPr>
      <w:r>
        <w:t>مر جاتا ہے۔</w:t>
      </w:r>
    </w:p>
    <w:p>
      <w:r>
        <w:rPr>
          <w:b/>
        </w:rPr>
        <w:t xml:space="preserve">[06:41] </w:t>
      </w:r>
      <w:r>
        <w:t>yani jo individuals hain, woh apne individual level par chahte hain, nahi kar paate.</w:t>
      </w:r>
    </w:p>
    <w:p>
      <w:pPr>
        <w:jc w:val="right"/>
      </w:pPr>
      <w:r>
        <w:t>یعنی جو انڈیویجولز ہیں، وہ اپنے انڈیویجول لیول پر چاہتے ہیں، نہیں کر پاتے۔</w:t>
      </w:r>
    </w:p>
    <w:p>
      <w:r>
        <w:rPr>
          <w:b/>
        </w:rPr>
        <w:t xml:space="preserve">[06:52] </w:t>
      </w:r>
      <w:r>
        <w:t>jo bade bade leader hain, jo partiyan hain, woh socio political level par chahte hain, kuch kar nahi paate.</w:t>
      </w:r>
    </w:p>
    <w:p>
      <w:pPr>
        <w:jc w:val="right"/>
      </w:pPr>
      <w:r>
        <w:t>جو بڑے بڑے لیڈر ہیں، جو پارٹیاں ہیں، وہ سوشیو پولیٹیکل لیول پر چاہتے ہیں، کچھ کر نہیں پاتے۔</w:t>
      </w:r>
    </w:p>
    <w:p>
      <w:r>
        <w:rPr>
          <w:b/>
        </w:rPr>
        <w:t xml:space="preserve">[07:01] </w:t>
      </w:r>
      <w:r>
        <w:t>akhar pachhar kar ke mar jate hain. to mere zehen mein, main chuki bahut zyada sochta hoon, yeh sawal tha ke insaan kaise nakaam hai sari tareekh mein?</w:t>
      </w:r>
    </w:p>
    <w:p>
      <w:pPr>
        <w:jc w:val="right"/>
      </w:pPr>
      <w:r>
        <w:t>اکھڑ پچھاڑ کر کے مر جاتے ہیں۔ تو میرے ذہن میں، میں چونکہ بہت زیادہ سوچتا ہوں، یہ سوال تھا کہ انسان کیسے ناکام ہے ساری تاریخ میں؟</w:t>
      </w:r>
    </w:p>
    <w:p>
      <w:r>
        <w:rPr>
          <w:b/>
        </w:rPr>
        <w:t xml:space="preserve">[07:18] </w:t>
      </w:r>
      <w:r>
        <w:t>phir aaj subah baitha hua tha apni kursi par to maine socha apna hath, apna paon, apna dimagh, apni aankh, apni kaan. to ek ajeeb cheez ka ehsas hua.</w:t>
      </w:r>
    </w:p>
    <w:p>
      <w:pPr>
        <w:jc w:val="right"/>
      </w:pPr>
      <w:r>
        <w:t>پھر آج صبح بیٹھا ہوا تھا اپنی کرسی پر تو میں نے سوچا اپنا ہاتھ، اپنا پاؤں، اپنا دماغ، اپنی آنکھ، اپنی کان۔ تو ایک عجیب چیز کا احساس ہوا۔</w:t>
      </w:r>
    </w:p>
    <w:p>
      <w:r>
        <w:rPr>
          <w:b/>
        </w:rPr>
        <w:t xml:space="preserve">[07:30] </w:t>
      </w:r>
      <w:r>
        <w:t>mein ne kaha ke insaan</w:t>
      </w:r>
    </w:p>
    <w:p>
      <w:pPr>
        <w:jc w:val="right"/>
      </w:pPr>
      <w:r>
        <w:t>میں نے کہا کہ انسان</w:t>
      </w:r>
    </w:p>
    <w:p>
      <w:r>
        <w:rPr>
          <w:b/>
        </w:rPr>
        <w:t xml:space="preserve">[07:34] </w:t>
      </w:r>
      <w:r>
        <w:t>ki design jo ki gayi hai, design woh ki gayi hai paradise ke liye. aap sochiye, jo kuch hum desire hamari hai, dunya poori nahi hoti.</w:t>
      </w:r>
    </w:p>
    <w:p>
      <w:pPr>
        <w:jc w:val="right"/>
      </w:pPr>
      <w:r>
        <w:t>کی ڈیزائن جو کی گئی ہے، ڈیزائن وہ کی گئی ہے پیراڈائز کے لیے۔ آپ سوچیے، جو کچھ ہم ڈیزائر ہماری ہے، دنیا پوری نہیں ہوتی۔</w:t>
      </w:r>
    </w:p>
    <w:p>
      <w:r>
        <w:rPr>
          <w:b/>
        </w:rPr>
        <w:t xml:space="preserve">[07:48] </w:t>
      </w:r>
      <w:r>
        <w:t>jis tarah ke hum saathi chahte hain, woh saath dunya milte nahi hum ko. yaani har aitbaar se hum chahte hain apni desire ko poori karna, magar desire ka jo test hai hamare andar, is test ki satah par hamari koi desire poori nahi hoti.</w:t>
      </w:r>
    </w:p>
    <w:p>
      <w:pPr>
        <w:jc w:val="right"/>
      </w:pPr>
      <w:r>
        <w:t>جس طرح کے ہم ساتھی چاہتے ہیں، وہ ساتھ دنیا ملتے نہیں ہم کو۔ یعنی ہر اعتبار سے ہم چاہتے ہیں اپنی ڈیزائر کو پوری کرنا، مگر ڈیزائر کا جو ٹیسٹ ہے ہمارے اندر، اس ٹیسٹ کی سطح پر ہماری کوئی ڈیزائر پوری نہیں ہوتی۔</w:t>
      </w:r>
    </w:p>
    <w:p>
      <w:r>
        <w:rPr>
          <w:b/>
        </w:rPr>
        <w:t xml:space="preserve">[08:08] </w:t>
      </w:r>
      <w:r>
        <w:t>hum mar jaate hain. to isi ko maine socha ke yaani</w:t>
      </w:r>
    </w:p>
    <w:p>
      <w:pPr>
        <w:jc w:val="right"/>
      </w:pPr>
      <w:r>
        <w:t>ہم مر جاتے ہیں۔ تو اسی کو میں نے سوچا کہ یعنی</w:t>
      </w:r>
    </w:p>
    <w:p>
      <w:r>
        <w:rPr>
          <w:b/>
        </w:rPr>
        <w:t xml:space="preserve">[08:20] </w:t>
      </w:r>
      <w:r>
        <w:t>man ki, man ki design jo ki gayi hai, woh jannat ke liye aur woh ghair jannat se pada hua hai.</w:t>
      </w:r>
    </w:p>
    <w:p>
      <w:pPr>
        <w:jc w:val="right"/>
      </w:pPr>
      <w:r>
        <w:t>مین کی، مین کی ڈیزائن جو کی گئی ہے، وہ جنت کے لیے اور وہ غیر جنت سے پڑا ہوا ہے۔</w:t>
      </w:r>
    </w:p>
    <w:p>
      <w:r>
        <w:rPr>
          <w:b/>
        </w:rPr>
        <w:t xml:space="preserve">[08:29] </w:t>
      </w:r>
      <w:r>
        <w:t>yaani mere paaon is liye design kiye gaye hain ke woh behtareen zameen par chalein, lekin woh behtareen zameen mujh ko nahi milti.</w:t>
      </w:r>
    </w:p>
    <w:p>
      <w:pPr>
        <w:jc w:val="right"/>
      </w:pPr>
      <w:r>
        <w:t>یعنی میرے پاؤں اس لیے ڈیزائن کیے گئے ہیں کہ وہ بہترین زمین پر چلیں، لیکن وہ بہترین زمین مجھ کو نہیں ملتی۔</w:t>
      </w:r>
    </w:p>
    <w:p>
      <w:r>
        <w:rPr>
          <w:b/>
        </w:rPr>
        <w:t xml:space="preserve">[08:39] </w:t>
      </w:r>
      <w:r>
        <w:t>mere haath banaye gaye hain ke behtareen cheez ko pakadein, magar woh behtareen cheez mujhe nahi milti. meri aankh banayi gayi hai ke main behtareen manazir ko dekhoon, behtareen scene ko, magar woh scene mujhe nahi milta dekhne ke liye.</w:t>
      </w:r>
    </w:p>
    <w:p>
      <w:pPr>
        <w:jc w:val="right"/>
      </w:pPr>
      <w:r>
        <w:t>میرے ہاتھ بنائے گئے ہیں کہ بہترین چیز کو پکڑیں، مگر وہ بہترین چیز مجھے نہیں ملتی۔ میری آنکھ بنائی گئی ہے کہ میں بہترین مناظر کو دیکھوں، بہترین سین کو، مگر وہ سین مجھے نہیں ملتا دیکھنے کے لیے۔</w:t>
      </w:r>
    </w:p>
    <w:p>
      <w:r>
        <w:rPr>
          <w:b/>
        </w:rPr>
        <w:t xml:space="preserve">[08:55] </w:t>
      </w:r>
      <w:r>
        <w:t>mere kaan banaye gaye hain behtareen aawazon ko sunne ke liye, magar woh aawazein mujhe nahi milti sunne ke liye.</w:t>
      </w:r>
    </w:p>
    <w:p>
      <w:pPr>
        <w:jc w:val="right"/>
      </w:pPr>
      <w:r>
        <w:t>میرے کان بنائے گئے ہیں بہترین آوازوں کو سننے کے لیے، مگر وہ آوازیں مجھے نہیں ملتی سننے کے لیے۔</w:t>
      </w:r>
    </w:p>
    <w:p>
      <w:r>
        <w:rPr>
          <w:b/>
        </w:rPr>
        <w:t xml:space="preserve">[09:06] </w:t>
      </w:r>
      <w:r>
        <w:t>yaani mind was designed according to the paradise, magar woh apni chahta hai, aap kahan chah pata hai apne aap ko?</w:t>
      </w:r>
    </w:p>
    <w:p>
      <w:pPr>
        <w:jc w:val="right"/>
      </w:pPr>
      <w:r>
        <w:t>یعنی مائنڈ واز ڈیزائنڈ اکارڈنگ ٹو دا پیراڈائز، مگر وہ اپنی چاہتا ہے، آپ کہاں چاہ پاتا ہے اپنے آپ کو؟</w:t>
      </w:r>
    </w:p>
    <w:p>
      <w:r>
        <w:rPr>
          <w:b/>
        </w:rPr>
        <w:t xml:space="preserve">[09:20] </w:t>
      </w:r>
      <w:r>
        <w:t>ek aur dunya mein jahan us ki koi bhi desire poori nahi hoti. to maine socha ke insaan ka jo habitat hai, habitat woh toh hai paradise.</w:t>
      </w:r>
    </w:p>
    <w:p>
      <w:pPr>
        <w:jc w:val="right"/>
      </w:pPr>
      <w:r>
        <w:t>ایک اور دنیا میں جہاں اس کی کوئی بھی ڈیزائر پوری نہیں ہوتی۔ تو میں نے سوچا کہ انسان کا جو ہیبیٹیٹ ہے، ہیبیٹیٹ وہ تو ہے پیراڈائز۔</w:t>
      </w:r>
    </w:p>
    <w:p>
      <w:r>
        <w:rPr>
          <w:b/>
        </w:rPr>
        <w:t xml:space="preserve">[09:34] </w:t>
      </w:r>
      <w:r>
        <w:t>insaan ka jo habitat hai, woh paradise hai, lekin insaan ko us ke habitat se door phenk diya gaya hai.</w:t>
      </w:r>
    </w:p>
    <w:p>
      <w:pPr>
        <w:jc w:val="right"/>
      </w:pPr>
      <w:r>
        <w:t>انسان کا جو ہیبیٹیٹ ہے، وہ پیراڈائز ہے، لیکن انسان کو اس کے ہیبیٹیٹ سے دور پھینک دیا گیا ہے۔</w:t>
      </w:r>
    </w:p>
    <w:p>
      <w:r>
        <w:rPr>
          <w:b/>
        </w:rPr>
        <w:t xml:space="preserve">[09:44] </w:t>
      </w:r>
      <w:r>
        <w:t>just like fish. kabhi aap ne dekha hoga machhli ko paani se bahar tadapte hue? to kyun tadapti hai?</w:t>
      </w:r>
    </w:p>
    <w:p>
      <w:pPr>
        <w:jc w:val="right"/>
      </w:pPr>
      <w:r>
        <w:t>جسٹ لائک فش۔ کبھی آپ نے دیکھا ہوگا مچھلی کو پانی سے باہر تڑپتے ہوئے؟ تو کیوں تڑپتی ہے؟</w:t>
      </w:r>
    </w:p>
    <w:p>
      <w:r>
        <w:rPr>
          <w:b/>
        </w:rPr>
        <w:t xml:space="preserve">[09:54] </w:t>
      </w:r>
      <w:r>
        <w:t>us ko us ke habitat se bahar daal diya gaya hai. yeh insaan ka haal hai. insaan ko Allah taala ne paida kiya aur us ke habitat se bahar daal diya.</w:t>
      </w:r>
    </w:p>
    <w:p>
      <w:pPr>
        <w:jc w:val="right"/>
      </w:pPr>
      <w:r>
        <w:t>اس کو اس کے ہیبیٹیٹ سے باہر ڈال دیا گیا ہے۔ یہ انسان کا حال ہے۔ انسان کو اللہ تعالیٰ نے پیدا کیا اور اس کے ہیبیٹیٹ سے باہر ڈال دیا۔</w:t>
      </w:r>
    </w:p>
    <w:p>
      <w:r>
        <w:rPr>
          <w:b/>
        </w:rPr>
        <w:t xml:space="preserve">[10:09] </w:t>
      </w:r>
      <w:r>
        <w:t>yeh matlab hai is surah ka: "watteen wazaitoon wa toor-e-seeneen wa hadhal balad-il-ameen. laqad khalqnal insana fi kabad. ayahsabbu an lan yaqdira alayhi ahadun".</w:t>
      </w:r>
    </w:p>
    <w:p>
      <w:pPr>
        <w:jc w:val="right"/>
      </w:pPr>
      <w:r>
        <w:t>یہ مطلب ہے اس سورہ کا: "وتین وزیتون وطور سینین وحد البلد الامین لقد خلقنا الانسان فی یس تقیم اللہ ان الذین آمنوا والصلاۃ پرہم اجر غیر ممنون"۔</w:t>
      </w:r>
    </w:p>
    <w:p>
      <w:r>
        <w:rPr>
          <w:b/>
        </w:rPr>
        <w:t xml:space="preserve">[10:29] </w:t>
      </w:r>
      <w:r>
        <w:t>iska matlab kya hai? iska matlab yahi hai ke insaan ko paida kiya,</w:t>
      </w:r>
    </w:p>
    <w:p>
      <w:pPr>
        <w:jc w:val="right"/>
      </w:pPr>
      <w:r>
        <w:t>اس کا مطلب کیا ہے؟ اس کا مطلب یہی ہے کہ انسان کو پیدا کیا،</w:t>
      </w:r>
    </w:p>
    <w:p>
      <w:r>
        <w:rPr>
          <w:b/>
        </w:rPr>
        <w:t xml:space="preserve">[10:36] </w:t>
      </w:r>
      <w:r>
        <w:t>uski jo design ki gayi hai, woh jannat ko le kar ki gayi hai.</w:t>
      </w:r>
    </w:p>
    <w:p>
      <w:pPr>
        <w:jc w:val="right"/>
      </w:pPr>
      <w:r>
        <w:t>اس کی جو ڈیزائن کی گئی ہے، وہ جنت کو لے کر کی گئی ہے۔</w:t>
      </w:r>
    </w:p>
    <w:p>
      <w:r>
        <w:rPr>
          <w:b/>
        </w:rPr>
        <w:t xml:space="preserve">[10:44] </w:t>
      </w:r>
      <w:r>
        <w:t>jannat insaan ka haqeeqi jo habitat hai, woh jannat hai. lekin apne aap ko har lamha pata hai jannat apne habitat se bahar.</w:t>
      </w:r>
    </w:p>
    <w:p>
      <w:pPr>
        <w:jc w:val="right"/>
      </w:pPr>
      <w:r>
        <w:t>جنت انسان کا حقیقی جو ہیبیٹیٹ ہے، وہ جنت ہے۔ لیکن اپنے آپ کو ہر لمحہ پاتا ہے جنت اپنے ہیبیٹیٹ سے باہر۔</w:t>
      </w:r>
    </w:p>
    <w:p>
      <w:r>
        <w:rPr>
          <w:b/>
        </w:rPr>
        <w:t xml:space="preserve">[10:55] </w:t>
      </w:r>
      <w:r>
        <w:t>har insaan apne habitat ke liye tadapta rehta hai, jaise machhli tadapti rehti hai, aur is ke baad mar jaata hai.</w:t>
      </w:r>
    </w:p>
    <w:p>
      <w:pPr>
        <w:jc w:val="right"/>
      </w:pPr>
      <w:r>
        <w:t>ہر انسان اپنے ہیبیٹیٹ کے لیے تڑپتا رہتا ہے، جیسے مچھلی تڑپتی رہتی ہے، اور اس کے بعد مر جاتا ہے۔</w:t>
      </w:r>
    </w:p>
    <w:p>
      <w:r>
        <w:rPr>
          <w:b/>
        </w:rPr>
        <w:t xml:space="preserve">[11:05] </w:t>
      </w:r>
      <w:r>
        <w:t>yeh sab sochte hue phir mujhe yaad aaya ke shaitan ka harba kya hai? us ki tadbeer kya hai? to quran mein shaitan ne kaha hai ke uska harba hai tazeen, tazeen, beautification.</w:t>
      </w:r>
    </w:p>
    <w:p>
      <w:pPr>
        <w:jc w:val="right"/>
      </w:pPr>
      <w:r>
        <w:t>یہ سب سوچتے ہوئے پھر مجھے یاد آیا کہ شیطان کا حربہ کیا ہے؟ اس کی تدبیر کیا ہے؟ تو قرآن میں شیطان نے کہا ہے کہ اس کا حربہ ہے تزین، تزین، بیوٹیفیکیشن۔</w:t>
      </w:r>
    </w:p>
    <w:p>
      <w:r>
        <w:rPr>
          <w:b/>
        </w:rPr>
        <w:t xml:space="preserve">[11:25] </w:t>
      </w:r>
      <w:r>
        <w:t>la'anallaha la'anallaha yaani</w:t>
      </w:r>
    </w:p>
    <w:p>
      <w:pPr>
        <w:jc w:val="right"/>
      </w:pPr>
      <w:r>
        <w:t>لعذن لعذن یعنی</w:t>
      </w:r>
    </w:p>
    <w:p>
      <w:r>
        <w:rPr>
          <w:b/>
        </w:rPr>
        <w:t xml:space="preserve">[11:35] </w:t>
      </w:r>
      <w:r>
        <w:t>cheezon ko beautify karna aur achhi achhi tabeerana ghulana is ko. to yeh kya cheez hai? yeh yeh tazeen kya hai?</w:t>
      </w:r>
    </w:p>
    <w:p>
      <w:pPr>
        <w:jc w:val="right"/>
      </w:pPr>
      <w:r>
        <w:t>چیزوں کو بیوٹیفائی کرنا اور اچھی اچھی تبرنام گھلانا اس کو۔ تو یہ کیا چیز ہے؟ یہ یہ تزین کیا ہے؟</w:t>
      </w:r>
    </w:p>
    <w:p>
      <w:r>
        <w:rPr>
          <w:b/>
        </w:rPr>
        <w:t xml:space="preserve">[11:48] </w:t>
      </w:r>
      <w:r>
        <w:t>yeh tazeen kya hai? tafseeron mein yeh cheez lagti hai bohat hi ambiguous, clear nahi hai, clear nahi hai.</w:t>
      </w:r>
    </w:p>
    <w:p>
      <w:pPr>
        <w:jc w:val="right"/>
      </w:pPr>
      <w:r>
        <w:t>یہ تزین کیا ہے؟ تفسیروں میں یہ چیز لگتی ہے بہت ہی ایمبیگوسٹ، کلیئر نہیں ہے، کلیئر نہیں ہے۔</w:t>
      </w:r>
    </w:p>
    <w:p>
      <w:r>
        <w:rPr>
          <w:b/>
        </w:rPr>
        <w:t xml:space="preserve">[11:59] </w:t>
      </w:r>
      <w:r>
        <w:t>dekhiye, yeh tazeen jo hai, is par maine bohat socha. tazeen se murad hai ideals.</w:t>
      </w:r>
    </w:p>
    <w:p>
      <w:pPr>
        <w:jc w:val="right"/>
      </w:pPr>
      <w:r>
        <w:t>دیکھیے، یہ تزین جو ہے، اس پر میں نے بہت سوچا۔ تزین سے مراد ہے آئیڈیلز۔</w:t>
      </w:r>
    </w:p>
    <w:p>
      <w:r>
        <w:rPr>
          <w:b/>
        </w:rPr>
        <w:t xml:space="preserve">[12:08] </w:t>
      </w:r>
      <w:r>
        <w:t>insaan ke andar jo ideals hain, us ki talash mein daudna. ideal ki talash.</w:t>
      </w:r>
    </w:p>
    <w:p>
      <w:pPr>
        <w:jc w:val="right"/>
      </w:pPr>
      <w:r>
        <w:t>انسان کے اندر جو آئیڈیلز ہیں، اس کی تلاش میں دوڑنا۔ آئیڈیل کی تلاش۔</w:t>
      </w:r>
    </w:p>
    <w:p>
      <w:r>
        <w:rPr>
          <w:b/>
        </w:rPr>
        <w:t xml:space="preserve">[12:17] </w:t>
      </w:r>
      <w:r>
        <w:t>har aadmi ko shaitan ne ideal ki talash mein laga rakha hai. yahi hai tazeen. achha, yeh ideal dunya mein milne wala nahi, kyunke dunya insaan ki habitat nahi hai.</w:t>
      </w:r>
    </w:p>
    <w:p>
      <w:pPr>
        <w:jc w:val="right"/>
      </w:pPr>
      <w:r>
        <w:t>ہر آدمی کو شیطان نے آئیڈیل کی تلاش میں لگا رکھا ہے۔ یہی ہے تزین۔ اچھا، یہ آئیڈیل دنیا میں ملنے والا نہیں، کیونکہ دنیا انسان کی ہیبیٹیٹ نہیں ہے۔</w:t>
      </w:r>
    </w:p>
    <w:p>
      <w:r>
        <w:rPr>
          <w:b/>
        </w:rPr>
        <w:t xml:space="preserve">[12:33] </w:t>
      </w:r>
      <w:r>
        <w:t>yeh dunya insan ki habitat nahi hai.</w:t>
      </w:r>
    </w:p>
    <w:p>
      <w:pPr>
        <w:jc w:val="right"/>
      </w:pPr>
      <w:r>
        <w:t>یہ دنیا انسان کی ہیبیٹیٹ نہیں ہے۔</w:t>
      </w:r>
    </w:p>
    <w:p>
      <w:r>
        <w:rPr>
          <w:b/>
        </w:rPr>
        <w:t xml:space="preserve">[12:38] </w:t>
      </w:r>
      <w:r>
        <w:t>to na to fard ko milta, na kisi leader ko ya kisi movement ko milta.</w:t>
      </w:r>
    </w:p>
    <w:p>
      <w:pPr>
        <w:jc w:val="right"/>
      </w:pPr>
      <w:r>
        <w:t>تو نہ تو فرد کو ملتا، نہ کسی لیڈر کو یا کسی موومنٹ کو ملتا۔</w:t>
      </w:r>
    </w:p>
    <w:p>
      <w:r>
        <w:rPr>
          <w:b/>
        </w:rPr>
        <w:t xml:space="preserve">[12:48] </w:t>
      </w:r>
      <w:r>
        <w:t>sab ek aise ideal ki talash mein hain jo ke dunya mein sary se achievable nahi,</w:t>
      </w:r>
    </w:p>
    <w:p>
      <w:pPr>
        <w:jc w:val="right"/>
      </w:pPr>
      <w:r>
        <w:t>سب ایک ایسے آئیڈیل کی تلاش میں ہیں جو کہ دنیا میں سرے سے اچیوبلی نہیں،</w:t>
      </w:r>
    </w:p>
    <w:p>
      <w:r>
        <w:rPr>
          <w:b/>
        </w:rPr>
        <w:t xml:space="preserve">[12:58] </w:t>
      </w:r>
      <w:r>
        <w:t>achievable nahi hai. ab aap dekhiye, har individual ke liye insan ke andar, yani man kaha jata hai ke man is an ideal seeking animal,</w:t>
      </w:r>
    </w:p>
    <w:p>
      <w:pPr>
        <w:jc w:val="right"/>
      </w:pPr>
      <w:r>
        <w:t>اچیوبلی نہیں ہے۔ اب آپ دیکھیے، ہر انڈیویجول کے لیے انسان کے اندر، یعنی مین کہا جاتا ہے کہ مین از این آئیڈیل سیکنگ اینیمل،</w:t>
      </w:r>
    </w:p>
    <w:p>
      <w:r>
        <w:rPr>
          <w:b/>
        </w:rPr>
        <w:t xml:space="preserve">[13:18] </w:t>
      </w:r>
      <w:r>
        <w:t>perfection seeking animal. to by nature, man jo hai, us ke mind mein bhara hua hai ek ideal, ek perfect world.</w:t>
      </w:r>
    </w:p>
    <w:p>
      <w:pPr>
        <w:jc w:val="right"/>
      </w:pPr>
      <w:r>
        <w:t>پرفیکشن سیکنگ اینیمل۔ تو بائی نیچر، مین جو ہے، اس کے مائنڈ میں بھرا ہوا ہے ایک آئیڈیل، ایک پرفیکٹ ورلڈ۔</w:t>
      </w:r>
    </w:p>
    <w:p>
      <w:r>
        <w:rPr>
          <w:b/>
        </w:rPr>
        <w:t xml:space="preserve">[13:28] </w:t>
      </w:r>
      <w:r>
        <w:t>isi ki talash mein hai woh. magar woh to is dunya mein hai nahi, woh to jannat mein hai jo is ka habitat hai. to bohat hi ajeeb baat hai ke insan ko jis habitat ke liye paida kiya gaya hai, woh habitat hi is dunya mein hasil nahi kar pata insan.</w:t>
      </w:r>
    </w:p>
    <w:p>
      <w:pPr>
        <w:jc w:val="right"/>
      </w:pPr>
      <w:r>
        <w:t>اسی کی تلاش میں ہے وہ۔ مگر وہ تو اس دنیا میں ہے نہیں، وہ تو جنت میں ہے جو اس کا ہیبیٹیٹ ہے۔ تو بہت ہی عجیب بات ہے کہ انسان کو جس ہیبیٹیٹ کے لیے پیدا کیا گیا ہے، وہ ہیبیٹیٹ ہی اس دنیا میں حاصل نہیں کر پاتا انسان۔</w:t>
      </w:r>
    </w:p>
    <w:p>
      <w:r>
        <w:rPr>
          <w:b/>
        </w:rPr>
        <w:t xml:space="preserve">[13:48] </w:t>
      </w:r>
      <w:r>
        <w:t>yeh aisi baat hai jaise machhli ko paida kiya Allah ne, is ka habitat banaya pani, aur us ko pani se maroof kar diya jaye.</w:t>
      </w:r>
    </w:p>
    <w:p>
      <w:pPr>
        <w:jc w:val="right"/>
      </w:pPr>
      <w:r>
        <w:t>یہ ایسی بات ہے جیسے مچھلی کو پیدا کیا اللہ نے، اس کا ہیبیٹیٹ بنایا پانی، اور اس کو پانی سے معروف کر دیا جائے۔</w:t>
      </w:r>
    </w:p>
    <w:p>
      <w:r>
        <w:rPr>
          <w:b/>
        </w:rPr>
        <w:t xml:space="preserve">[13:59] </w:t>
      </w:r>
      <w:r>
        <w:t>yani machhli jo hai, wohi pani ka habitat hai, isi se maroof kar diya jaye. to to kya hoga insan ka haal?</w:t>
      </w:r>
    </w:p>
    <w:p>
      <w:pPr>
        <w:jc w:val="right"/>
      </w:pPr>
      <w:r>
        <w:t>یعنی مچھلی جو ہے، وہی پانی کا ہیبیٹیٹ ہے، اسی سے معروف کر دیا جائے۔ تو تو کیا ہوگا انسان کا حال؟</w:t>
      </w:r>
    </w:p>
    <w:p>
      <w:r>
        <w:rPr>
          <w:b/>
        </w:rPr>
        <w:t xml:space="preserve">[14:09] </w:t>
      </w:r>
      <w:r>
        <w:t>to insan ka jo habitat hai, woh yeh dunya hai nahi. isi liye hadith mein aata hai ke yeh dunya dar-ul-amal hai, dar-ul-jaza nahi hai.</w:t>
      </w:r>
    </w:p>
    <w:p>
      <w:pPr>
        <w:jc w:val="right"/>
      </w:pPr>
      <w:r>
        <w:t>تو انسان کا جو ہیبیٹیٹ ہے، وہ یہ دنیا ہے نہیں۔ اسی لیے حدیث میں آتا ہے کہ یہ دنیا دارالعلم عمل ہے، دارالجزا نہیں ہے۔</w:t>
      </w:r>
    </w:p>
    <w:p>
      <w:r>
        <w:rPr>
          <w:b/>
        </w:rPr>
        <w:t xml:space="preserve">[14:21] </w:t>
      </w:r>
      <w:r>
        <w:t>yani is ka matlab kya hai? yeh dunya mein tum ko is liye rakha gaya hai ke tum, yani apne ko, apne ko qualify karo.</w:t>
      </w:r>
    </w:p>
    <w:p>
      <w:pPr>
        <w:jc w:val="right"/>
      </w:pPr>
      <w:r>
        <w:t>یعنی اس کا مطلب کیا ہے؟ یہ دنیا میں تم کو اس لیے رکھا گیا ہے کہ تم، یعنی اپنے کو، اپنے کو کوالیفائی کرو۔</w:t>
      </w:r>
    </w:p>
    <w:p>
      <w:r>
        <w:rPr>
          <w:b/>
        </w:rPr>
        <w:t xml:space="preserve">[14:33] </w:t>
      </w:r>
      <w:r>
        <w:t>apne ko, yani mukhtalif qism ke test ke douran, mukhtalif qism ke tajrubon ke douran, yeh sabit karo ke tum jannat ke liye ek deserving candidate ho,</w:t>
      </w:r>
    </w:p>
    <w:p>
      <w:pPr>
        <w:jc w:val="right"/>
      </w:pPr>
      <w:r>
        <w:t>اپنے کو، یعنی مختلف قسم کے ٹیسٹ کے دوران، مختلف قسم کے تجربوں کے دوران، یہ ثابت کرو کہ تم جنت کے لیے ایک ڈیزرونگ کینڈیڈیٹ ہو،</w:t>
      </w:r>
    </w:p>
    <w:p>
      <w:r>
        <w:rPr>
          <w:b/>
        </w:rPr>
        <w:t xml:space="preserve">[14:48] </w:t>
      </w:r>
      <w:r>
        <w:t>ek deserving candidate ho. to habitat dobara yahan nahi hai, habitat to akhirat mein hai, lekin is habitat mein jagah paane ke liye yeh testing period yahin yahin hai.</w:t>
      </w:r>
    </w:p>
    <w:p>
      <w:pPr>
        <w:jc w:val="right"/>
      </w:pPr>
      <w:r>
        <w:t>ایک ڈیزرونگ کینڈیڈیٹ ہو۔ تو ہیبیٹیٹ دوبارہ یہاں نہیں ہے، ہیبیٹیٹ تو آخرت میں ہے، لیکن اس ہیبیٹیٹ میں جگہ پانے کے لیے یہ ٹیسٹنگ پیریڈ یہیں یہیں ہے۔</w:t>
      </w:r>
    </w:p>
    <w:p>
      <w:r>
        <w:rPr>
          <w:b/>
        </w:rPr>
        <w:t xml:space="preserve">[15:03] </w:t>
      </w:r>
      <w:r>
        <w:t>ab is is baat ki kisi ko pata nahi. poori poori tareekh mein insan is baat se khali hai, is shaoor se ke dunya mera habitat nahi hai.</w:t>
      </w:r>
    </w:p>
    <w:p>
      <w:pPr>
        <w:jc w:val="right"/>
      </w:pPr>
      <w:r>
        <w:t>اب اس اس بات کی کسی کو پتہ نہیں۔ پوری پوری تاریخ میں انسان اس بات سے خالی ہے، اس شعور سے کہ دنیا میرا ہیبیٹیٹ نہیں ہے۔</w:t>
      </w:r>
    </w:p>
    <w:p>
      <w:r>
        <w:rPr>
          <w:b/>
        </w:rPr>
        <w:t xml:space="preserve">[15:14] </w:t>
      </w:r>
      <w:r>
        <w:t>yeh dunya mein to mein sirf apne aap ko qualify kar raha hoon, apne aap ko prepare kar raha hoon taake maut ke baad mujhe, mein jo asal habitat hai, woh mujhe jagah milay.</w:t>
      </w:r>
    </w:p>
    <w:p>
      <w:pPr>
        <w:jc w:val="right"/>
      </w:pPr>
      <w:r>
        <w:t>یہ دنیا میں تو میں صرف اپنے آپ کو کوالیفائی کر رہا ہوں، اپنے آپ کو پریپیئر کر رہا ہوں تاکہ موت کے بعد مجھے، میں جو اصل ہیبیٹیٹ ہے، وہ مجھے جگہ ملے۔</w:t>
      </w:r>
    </w:p>
    <w:p>
      <w:r>
        <w:rPr>
          <w:b/>
        </w:rPr>
        <w:t xml:space="preserve">[15:35] </w:t>
      </w:r>
      <w:r>
        <w:t>to sare insan ek aisi cheez ki talash mein hain jo ke is dunya sary se achievable nahi hai.</w:t>
      </w:r>
    </w:p>
    <w:p>
      <w:pPr>
        <w:jc w:val="right"/>
      </w:pPr>
      <w:r>
        <w:t>تو سارے انسان ایک ایسی چیز کی تلاش میں ہیں جو کہ اس دنیا مصرے سے اچیوبلی نہیں ہے۔</w:t>
      </w:r>
    </w:p>
    <w:p>
      <w:r>
        <w:rPr>
          <w:b/>
        </w:rPr>
        <w:t xml:space="preserve">[15:46] </w:t>
      </w:r>
      <w:r>
        <w:t>aap bataiye, koi ek naam bata di tareekh mein, koi king, koi baldi aadmi, koi scholar, koi bhi</w:t>
      </w:r>
    </w:p>
    <w:p>
      <w:pPr>
        <w:jc w:val="right"/>
      </w:pPr>
      <w:r>
        <w:t>آپ بتائیے، کوئی ایک نام بتا دی تاریخ میں، کوئی کنگ، کوئی بلدی آدمی، کوئی سکالر، کوئی بھی</w:t>
      </w:r>
    </w:p>
    <w:p>
      <w:r>
        <w:rPr>
          <w:b/>
        </w:rPr>
        <w:t xml:space="preserve">[15:58] </w:t>
      </w:r>
      <w:r>
        <w:t>jis ne apne desire ko fulfill paaya ho, woh sab fresh bhartay hain. aap ke aas paas bhi misalen milen gi, aap kitabon pe misalen pa sakte hain.</w:t>
      </w:r>
    </w:p>
    <w:p>
      <w:pPr>
        <w:jc w:val="right"/>
      </w:pPr>
      <w:r>
        <w:t>جس نے اپنے ڈیزائر کو فلفل کر پایا ہو، وہ سب فریش بھرتے ہیں۔ آپ کے اس پاس بھی مثالیں ملیں گی، آپ کتابوں پہ مثالیں پا سکتے ہیں۔</w:t>
      </w:r>
    </w:p>
    <w:p>
      <w:r>
        <w:rPr>
          <w:b/>
        </w:rPr>
        <w:t xml:space="preserve">[16:12] </w:t>
      </w:r>
      <w:r>
        <w:t>to kyun yeh dunya insan ka habitat hi nahi hai? habitat to akhirat mein hai. jaise machhli ko aap sab kuch de dein, ek mahal mein rakh dein us ko, tab bhi mahal is ka habitat nahi hai.</w:t>
      </w:r>
    </w:p>
    <w:p>
      <w:pPr>
        <w:jc w:val="right"/>
      </w:pPr>
      <w:r>
        <w:t>تو کیوں یہ دنیا انسان کا ہیبیٹیٹ ہی نہیں ہے؟ ہیبیٹیٹ تو آخرت میں ہے۔ جیسے مچھلی کو آپ سب کچھ دے دیں، ایک محل میں رکھ دیں اس کو، تب بھی محل اس کا ہیبیٹیٹ نہیں ہے۔</w:t>
      </w:r>
    </w:p>
    <w:p>
      <w:r>
        <w:rPr>
          <w:b/>
        </w:rPr>
        <w:t xml:space="preserve">[16:25] </w:t>
      </w:r>
      <w:r>
        <w:t>is ka habitat to pani hai, tab bhi tarpay gi woh. yani sone ke maal mein ho to tab bhi tarpay gi, kyunke is ka habitat nahi hai.</w:t>
      </w:r>
    </w:p>
    <w:p>
      <w:pPr>
        <w:jc w:val="right"/>
      </w:pPr>
      <w:r>
        <w:t>اس کا ہیبیٹیٹ تو پانی ہے، تب بھی تڑپے گی وہ۔ یعنی سونے کے مال میں ہو تو تب بھی تڑپے گی، کیونکہ اس کا ہیبیٹیٹ نہیں ہے۔</w:t>
      </w:r>
    </w:p>
    <w:p>
      <w:r>
        <w:rPr>
          <w:b/>
        </w:rPr>
        <w:t xml:space="preserve">[16:35] </w:t>
      </w:r>
      <w:r>
        <w:t>to insan ko jo perfect world chahiye, jo ideal world chahiye, jo is ke test ke mutabiq jo jo dunya chahiye, jo naghma sunne ke liye is ke kaan banaye gaye hain,</w:t>
      </w:r>
    </w:p>
    <w:p>
      <w:pPr>
        <w:jc w:val="right"/>
      </w:pPr>
      <w:r>
        <w:t>تو انسان کو جو پرفیکٹ ورلڈ چاہیے، جو آئیڈیل ورلڈ چاہیے، جو اس کے ٹیسٹ کے مطابق جو جو دنیا چاہیے، جو نغمہ سننے کے لیے اس کے کان بنائے گئے ہیں،</w:t>
      </w:r>
    </w:p>
    <w:p>
      <w:r>
        <w:rPr>
          <w:b/>
        </w:rPr>
        <w:t xml:space="preserve">[16:53] </w:t>
      </w:r>
      <w:r>
        <w:t>jo seen dekhne ke liye is ki aankhen banai gayi hain waghera, woh dunya mein available nahi hai. to yeh nuqta poori tareekh mein logon ne nahi jana ke yeh dunya insan ka habitat nahi hai.</w:t>
      </w:r>
    </w:p>
    <w:p>
      <w:pPr>
        <w:jc w:val="right"/>
      </w:pPr>
      <w:r>
        <w:t>جو سین دیکھنے کے لیے اس کی آنکھیں بنائی گئی ہیں وغیرہ، وہ دنیا میں اویلیبل نہیں ہے۔ تو یہ نقطہ پوری تاریخ میں لوگوں نے نہیں جانا کہ یہ دنیا انسان کا ہیبیٹیٹ نہیں ہے۔</w:t>
      </w:r>
    </w:p>
    <w:p>
      <w:r>
        <w:rPr>
          <w:b/>
        </w:rPr>
        <w:t xml:space="preserve">[17:09] </w:t>
      </w:r>
      <w:r>
        <w:t>habitat akhirat mein hai. yahan hum pa nahi sakte apne habitat ko. yahan to sirf apne aap ko deserving candidate bana sakte hain.</w:t>
      </w:r>
    </w:p>
    <w:p>
      <w:pPr>
        <w:jc w:val="right"/>
      </w:pPr>
      <w:r>
        <w:t>ہیبیٹیٹ آخرت میں ہے۔ یہاں ہم پا نہیں سکتے اپنے ہیبیٹیٹ کو۔ یہاں تو صرف اپنے آپ کو ڈیزرونگ کینڈیڈیٹ بنا سکتے ہیں۔</w:t>
      </w:r>
    </w:p>
    <w:p>
      <w:r>
        <w:rPr>
          <w:b/>
        </w:rPr>
        <w:t xml:space="preserve">[17:20] </w:t>
      </w:r>
      <w:r>
        <w:t>bas is se ziyada aage nahi kuch. to ek baat yeh hai, ab aap dekhiye, yani socio-political mamlat ko dekhiye.</w:t>
      </w:r>
    </w:p>
    <w:p>
      <w:pPr>
        <w:jc w:val="right"/>
      </w:pPr>
      <w:r>
        <w:t>بس اس سے زیادہ آگے نہیں کچھ۔ تو ایک بات یہ ہے، اب آپ دیکھیے، یعنی سوشیو پولیٹیکل معاملات کو دیکھیے۔</w:t>
      </w:r>
    </w:p>
    <w:p>
      <w:r>
        <w:rPr>
          <w:b/>
        </w:rPr>
        <w:t xml:space="preserve">[17:34] </w:t>
      </w:r>
      <w:r>
        <w:t>poori tareekh mein beshumar log uthe hain ideal system banane ke liye. yani i started apparatus le kar aaj tak koi ek shakhs bhi nahi bata sakte aap poori history mein jis ne</w:t>
      </w:r>
    </w:p>
    <w:p>
      <w:pPr>
        <w:jc w:val="right"/>
      </w:pPr>
      <w:r>
        <w:t>پوری تاریخ میں بے شمار لوگ اٹھے ہیں آئیڈیل سسٹم بنانے کے لیے۔ یعنی آئی سٹارٹڈ اپریٹس لے کر آج تک کوئی ایک شخص بھی نہیں بتا سکتے آپ پوری ہسٹری میں جس نے</w:t>
      </w:r>
    </w:p>
    <w:p>
      <w:r>
        <w:rPr>
          <w:b/>
        </w:rPr>
        <w:t xml:space="preserve">[17:51] </w:t>
      </w:r>
      <w:r>
        <w:t>ideal system banaya ho. ideal society, ideal political system, koi bhi nahi hai. sab koshish karte rahe, koshish karte rahe yahan tak ke first mar gaya.</w:t>
      </w:r>
    </w:p>
    <w:p>
      <w:pPr>
        <w:jc w:val="right"/>
      </w:pPr>
      <w:r>
        <w:t>آئیڈیل سسٹم بنایا ہو۔ آئیڈیل سوسائٹی، آئیڈیل پولیٹیکل سسٹم، کوئی بھی نہیں ہے۔ سب کوشش کرتے رہے، کوشش کرتے رہے یہاں تک کہ فرسٹ مر گیا۔</w:t>
      </w:r>
    </w:p>
    <w:p>
      <w:r>
        <w:rPr>
          <w:b/>
        </w:rPr>
        <w:t xml:space="preserve">[18:09] </w:t>
      </w:r>
      <w:r>
        <w:t>yani present history mein bhi is ki misalein aap jaan sakte hain aur past history mein bhi hai. mujhe naam lene ki zaroorat nahi hai. yeh bohat hi well known baat hai.</w:t>
      </w:r>
    </w:p>
    <w:p>
      <w:pPr>
        <w:jc w:val="right"/>
      </w:pPr>
      <w:r>
        <w:t>یعنی پریزنٹ ہسٹری میں بھی اس کی مثالیں آپ جان سکتے ہیں اور پاسٹ ہسٹری میں بھی ہے۔ مجھے نام لینے کی ضرورت نہیں ہے۔ یہ بہت ہی ویل نون بات ہے۔</w:t>
      </w:r>
    </w:p>
    <w:p>
      <w:r>
        <w:rPr>
          <w:b/>
        </w:rPr>
        <w:t xml:space="preserve">[18:20] </w:t>
      </w:r>
      <w:r>
        <w:t>to aisa kyun hai? aisa kyun hai? is ki aik, is ki aik misaal. ai ai pe Muslim aur non Muslim koi farq nahi hai.</w:t>
      </w:r>
    </w:p>
    <w:p>
      <w:pPr>
        <w:jc w:val="right"/>
      </w:pPr>
      <w:r>
        <w:t>تو ایسا کیوں ہے؟ ایسا کیوں ہے؟ اس کی ایک، اس کی ایک مثال۔ ائی ائی پہ مسلم اور نان مسلم کوئی فرق نہیں ہے۔</w:t>
      </w:r>
    </w:p>
    <w:p>
      <w:r>
        <w:rPr>
          <w:b/>
        </w:rPr>
        <w:t xml:space="preserve">[18:30] </w:t>
      </w:r>
      <w:r>
        <w:t>maine aap ko misaal di Al Ikhwan Al Muslimoon ki, jis ko kaha jata hai Muslim Brotherhood. saare Arab world ki sab se bari, sab se taqatwar jamaat woh mani jati hai.</w:t>
      </w:r>
    </w:p>
    <w:p>
      <w:pPr>
        <w:jc w:val="right"/>
      </w:pPr>
      <w:r>
        <w:t>میں نے آپ کو مثال دی ال اخوان المسلمون کی، جس کو کہا جاتا ہے مسلم برادرہڈ۔ سارے عرب ورلڈ کی سب سے بڑی، سب سے طاقتور جماعت وہ مانی جاتی ہے۔</w:t>
      </w:r>
    </w:p>
    <w:p>
      <w:r>
        <w:rPr>
          <w:b/>
        </w:rPr>
        <w:t xml:space="preserve">[18:41] </w:t>
      </w:r>
      <w:r>
        <w:t>lekin fail, fail, fail,</w:t>
      </w:r>
    </w:p>
    <w:p>
      <w:pPr>
        <w:jc w:val="right"/>
      </w:pPr>
      <w:r>
        <w:t>لیکن فیل، فیل، فیل،</w:t>
      </w:r>
    </w:p>
    <w:p>
      <w:r>
        <w:rPr>
          <w:b/>
        </w:rPr>
        <w:t xml:space="preserve">[18:45] </w:t>
      </w:r>
      <w:r>
        <w:t>fail. yani 60 baras guzar gaye, kitne log mar gaye, kitni energy, kitna paisa barbad hua, abhi tak zero ke maqam par hain.</w:t>
      </w:r>
    </w:p>
    <w:p>
      <w:pPr>
        <w:jc w:val="right"/>
      </w:pPr>
      <w:r>
        <w:t>فیل۔ یعنی 60 برس گزر گئے، کتنے لوگ مر گئے، کتنی انرجی، کتنا پیسہ برباد ہوا، ابھی تک زیرو کے مقام پر ہیں۔</w:t>
      </w:r>
    </w:p>
    <w:p>
      <w:r>
        <w:rPr>
          <w:b/>
        </w:rPr>
        <w:t xml:space="preserve">[19:00] </w:t>
      </w:r>
      <w:r>
        <w:t>kisi cheez ko aap nahi keh sakte ke unhon ne kuch paya ho. kyun? un ka, un ka kya nishana hai? ideal society. aap ko is mein shakk ho to un ki kitab parh lijiye.</w:t>
      </w:r>
    </w:p>
    <w:p>
      <w:pPr>
        <w:jc w:val="right"/>
      </w:pPr>
      <w:r>
        <w:t>کسی چیز کو آپ نہیں کہہ سکتے کہ انہوں نے کچھ پایا ہو۔ کیوں؟ ان کا، ان کا کیا نشانہ ہے؟ آئیڈیل سوسائٹی۔ آپ کو اس میں شک ہو تو ان کی کتاب پڑھ لیجئے۔</w:t>
      </w:r>
    </w:p>
    <w:p>
      <w:r>
        <w:rPr>
          <w:b/>
        </w:rPr>
        <w:t xml:space="preserve">[19:11] </w:t>
      </w:r>
      <w:r>
        <w:t>wo Arab, Angrezi mein bhi tarjuma is ka hua hai. Ideal Justice in Islam. is ka tarjuma English mein bhi ho chuka hai. Ideal Justice in Islam.</w:t>
      </w:r>
    </w:p>
    <w:p>
      <w:pPr>
        <w:jc w:val="right"/>
      </w:pPr>
      <w:r>
        <w:t>وہ عرب، انگریزی میں بھی ترجمہ اس کا ہوا ہے۔ آئیڈیل جسٹس ان اسلام۔ اس کا ترجمہ انگلش میں بھی ہو چکا ہے۔ آئیڈیل جسٹس ان اسلام۔</w:t>
      </w:r>
    </w:p>
    <w:p>
      <w:r>
        <w:rPr>
          <w:b/>
        </w:rPr>
        <w:t xml:space="preserve">[19:22] </w:t>
      </w:r>
      <w:r>
        <w:t>to aik ideal society, ideal system ka aik khwab un ke mind mein hai. is ke liye woh kaam kar rahe hain 60 saal se.</w:t>
      </w:r>
    </w:p>
    <w:p>
      <w:pPr>
        <w:jc w:val="right"/>
      </w:pPr>
      <w:r>
        <w:t>تو ایک آئیڈیل سوسائٹی، آئیڈیل سسٹم کا ایک خواب ان کے مائنڈ میں ہے۔ اس کے لیے وہ کام کر رہے ہیں 60 سال سے۔</w:t>
      </w:r>
    </w:p>
    <w:p>
      <w:r>
        <w:rPr>
          <w:b/>
        </w:rPr>
        <w:t xml:space="preserve">[19:33] </w:t>
      </w:r>
      <w:r>
        <w:t>aur poora Arab un ka aman, un ka saathi ban gaya. unhon ne paisa bhi diya, unhon ne yani man power bhi diya, sab kuch diya.</w:t>
      </w:r>
    </w:p>
    <w:p>
      <w:pPr>
        <w:jc w:val="right"/>
      </w:pPr>
      <w:r>
        <w:t>اور پورا عرب ان کا امن، ان کا ساتھی بن گیا۔ انہوں نے پیسہ بھی دیا، انہوں نے یعنی مین پاور بھی دیا، سب کچھ دیا۔</w:t>
      </w:r>
    </w:p>
    <w:p>
      <w:r>
        <w:rPr>
          <w:b/>
        </w:rPr>
        <w:t xml:space="preserve">[19:43] </w:t>
      </w:r>
      <w:r>
        <w:t>lekin kya hai? nakaam. aur is mein se recent example yeh hai ke Huzoor Mubarak ko hataya gaya. is ke baad inhi ke, inhi ke apne leader, leader aaye, Dr. Morsi, un ko hataya gaya.</w:t>
      </w:r>
    </w:p>
    <w:p>
      <w:pPr>
        <w:jc w:val="right"/>
      </w:pPr>
      <w:r>
        <w:t>لیکن کیا ہے؟ ناکام۔ اور اس میں سے ریسنٹ ایگزامپل یہ ہے کہ حضور مبارک کو ہٹایا گیا۔ اس کے بعد انہی کے، انہی کے اپنے لیڈر، لیڈر آئے، ڈاکٹر مرسی، ان کو ہٹایا گیا۔</w:t>
      </w:r>
    </w:p>
    <w:p>
      <w:r>
        <w:rPr>
          <w:b/>
        </w:rPr>
        <w:t xml:space="preserve">[19:56] </w:t>
      </w:r>
      <w:r>
        <w:t>is hatane ke kaam mein aik hazar aadmi mar gaya. ab ghor kijiye, aik hazar aadmi kitne qeemti hain. Quran mein hai ke man qatal nafs bighair nafs fasad fakama qatal nas jamee.</w:t>
      </w:r>
    </w:p>
    <w:p>
      <w:pPr>
        <w:jc w:val="right"/>
      </w:pPr>
      <w:r>
        <w:t>اس ہٹانے کے کام میں ایک ہزار آدمی مر گیا۔ اب غور کیجئے، ایک ہزار آدمی کتنے قیمتی ہیں۔ قرآن میں ہے کہ من قتل نفس بغیر نفس فساد فکما قتل ناس جمیع۔</w:t>
      </w:r>
    </w:p>
    <w:p>
      <w:r>
        <w:rPr>
          <w:b/>
        </w:rPr>
        <w:t xml:space="preserve">[20:13] </w:t>
      </w:r>
      <w:r>
        <w:t>yani aik insaan bhi agar mara tum ne,</w:t>
      </w:r>
    </w:p>
    <w:p>
      <w:pPr>
        <w:jc w:val="right"/>
      </w:pPr>
      <w:r>
        <w:t>یعنی ایک انسان بھی اگر مارا تم نے،</w:t>
      </w:r>
    </w:p>
    <w:p>
      <w:r>
        <w:rPr>
          <w:b/>
        </w:rPr>
        <w:t xml:space="preserve">[20:20] </w:t>
      </w:r>
      <w:r>
        <w:t>aik insaan hi mara nahq, to saare to goya ke tum ne saare insanon ko maar dala. is ka matlab kya hua?</w:t>
      </w:r>
    </w:p>
    <w:p>
      <w:pPr>
        <w:jc w:val="right"/>
      </w:pPr>
      <w:r>
        <w:t>ایک انسان ہی مارا ناحق، تو سارے تو گویا کہ تم نے سارے انسانوں کو مار ڈالا۔ اس کا مطلب کیا ہوا؟</w:t>
      </w:r>
    </w:p>
    <w:p>
      <w:r>
        <w:rPr>
          <w:b/>
        </w:rPr>
        <w:t xml:space="preserve">[20:30] </w:t>
      </w:r>
      <w:r>
        <w:t>in logon ne saare insanon ko aik hazar bar marra. aik saare dunya ke insaan, maa, aap ne maar dala un ko.</w:t>
      </w:r>
    </w:p>
    <w:p>
      <w:pPr>
        <w:jc w:val="right"/>
      </w:pPr>
      <w:r>
        <w:t>ان لوگوں نے سارے انسانوں کو ایک ہزار بار مارا۔ ایک سارے دنیا کے انسان، ماں، آپ نے مار ڈالا ان کو۔</w:t>
      </w:r>
    </w:p>
    <w:p>
      <w:r>
        <w:rPr>
          <w:b/>
        </w:rPr>
        <w:t xml:space="preserve">[20:39] </w:t>
      </w:r>
      <w:r>
        <w:t>phir paida hua, phir maar dala, phir paida hua, phir maar dala. to saare dunya ke insanon ko jin ki tadad 107 billion hai, un ko maar dala aap ne.</w:t>
      </w:r>
    </w:p>
    <w:p>
      <w:pPr>
        <w:jc w:val="right"/>
      </w:pPr>
      <w:r>
        <w:t>پھر پیدا ہوا، پھر مار ڈالا، پھر پیدا ہوا، پھر مار ڈالا۔ تو سارے دنیا کے انسانوں کو جن کی تعداد 107 بلین ہے، ان کو مار ڈالا آپ نے۔</w:t>
      </w:r>
    </w:p>
    <w:p>
      <w:r>
        <w:rPr>
          <w:b/>
        </w:rPr>
        <w:t xml:space="preserve">[20:49] </w:t>
      </w:r>
      <w:r>
        <w:t>yani hazar bar maar dala. mila kya? kuch bhi nahi. kaisi ajeeb baat hai? to kyun aisa hai?</w:t>
      </w:r>
    </w:p>
    <w:p>
      <w:pPr>
        <w:jc w:val="right"/>
      </w:pPr>
      <w:r>
        <w:t>یعنی ہزار بار مار ڈالا۔ ملا کیا؟ کچھ بھی نہیں۔ کیسی عجیب بات ہے؟ تو کیوں ایسا ہے؟</w:t>
      </w:r>
    </w:p>
    <w:p>
      <w:r>
        <w:rPr>
          <w:b/>
        </w:rPr>
        <w:t xml:space="preserve">[20:59] </w:t>
      </w:r>
      <w:r>
        <w:t>is ka sabab sirf aik hai. yani yeh sab log non achievable goal ki taraf daud rahe hain. non achievable goal daudte rahenge qayamat tak to kabhi ideal system nahi bana payenge.</w:t>
      </w:r>
    </w:p>
    <w:p>
      <w:pPr>
        <w:jc w:val="right"/>
      </w:pPr>
      <w:r>
        <w:t>اس کا سبب صرف ایک ہے۔ یعنی یہ سب لوگ نان اچیوبل گول کی طرف دوڑ رہے ہیں۔ نان اچیوبل گول دوڑتے رہیں گے قیامت تک تو کبھی آئیڈیل سسٹم نہیں بنا پائیں گے۔</w:t>
      </w:r>
    </w:p>
    <w:p>
      <w:r>
        <w:rPr>
          <w:b/>
        </w:rPr>
        <w:t xml:space="preserve">[21:14] </w:t>
      </w:r>
      <w:r>
        <w:t>woh kabhi bhi nahi. impossible hai. aap sochiye ke non achievable goal kyun hai? woh Allah taala ne insaan ko dunya mein rakha hai azadi de kar.</w:t>
      </w:r>
    </w:p>
    <w:p>
      <w:pPr>
        <w:jc w:val="right"/>
      </w:pPr>
      <w:r>
        <w:t>وہ کبھی بھی نہیں۔ امپاسیبل ہے۔ آپ سوچیے کہ نان اچیوبل گول کیوں ہے؟ وہ اللہ تعالیٰ نے انسان کو دنیا میں رکھا ہے آزادی دے کر۔</w:t>
      </w:r>
    </w:p>
    <w:p>
      <w:r>
        <w:rPr>
          <w:b/>
        </w:rPr>
        <w:t xml:space="preserve">[21:26] </w:t>
      </w:r>
      <w:r>
        <w:t>azadi</w:t>
      </w:r>
    </w:p>
    <w:p>
      <w:pPr>
        <w:jc w:val="right"/>
      </w:pPr>
      <w:r>
        <w:t>آزادی</w:t>
      </w:r>
    </w:p>
    <w:p>
      <w:r>
        <w:rPr>
          <w:b/>
        </w:rPr>
        <w:t xml:space="preserve">[21:27] </w:t>
      </w:r>
      <w:r>
        <w:t>! har aadmi ko azadi! har aadmi ko azadi! to azadi jab di hai Allah taala ne to logon ke hath to bandhne diye, hath to khule hue hain.</w:t>
      </w:r>
    </w:p>
    <w:p>
      <w:pPr>
        <w:jc w:val="right"/>
      </w:pPr>
      <w:r>
        <w:t>! ہر آدمی کو آزادی! ہر آدمی کو آزادی! تو آزادی جب دی ہے اللہ تعالیٰ نے تو لوگوں کے ہاتھ تو باندھنے دیے، ہاتھ تو کھلے ہوئے ہیں۔</w:t>
      </w:r>
    </w:p>
    <w:p>
      <w:r>
        <w:rPr>
          <w:b/>
        </w:rPr>
        <w:t xml:space="preserve">[21:36] </w:t>
      </w:r>
      <w:r>
        <w:t>hath khulne ko aise koi Hazrat Yahya ko maar dalta hai jo peghambar the, jo Hazrat Umar ko maar dalta hai jo ke Khalifa the, koi Gandhi ko maar dalta hai jo bohat bare leader the.</w:t>
      </w:r>
    </w:p>
    <w:p>
      <w:pPr>
        <w:jc w:val="right"/>
      </w:pPr>
      <w:r>
        <w:t>ہاتھ کھلونے کو ایسے کوئی حضرت یحییٰ کو مار ڈالتا ہے جو پیغمبر تھے، جو حضرت عمر کو مار ڈالتا ہے جو کہ خلیفہ تھے، کوئی گاندھی کو مار ڈالتا ہے جو بہت بڑے لیڈر تھے۔</w:t>
      </w:r>
    </w:p>
    <w:p>
      <w:r>
        <w:rPr>
          <w:b/>
        </w:rPr>
        <w:t xml:space="preserve">[21:48] </w:t>
      </w:r>
      <w:r>
        <w:t>saari tareekh mein yeh ho raha hai. to azadi ki bina par insaan saare mamle ko jeopardize karta rehta hai. saare mamle ko aap saari koshishein karte hain, saare tareeqe ikhatta karte hain.</w:t>
      </w:r>
    </w:p>
    <w:p>
      <w:pPr>
        <w:jc w:val="right"/>
      </w:pPr>
      <w:r>
        <w:t>ساری تاریخ میں یہ ہو رہا ہے۔ تو آزادی کی بنا پر انسان سارے معاملے کو جیپرٹائز کرتا رہتا ہے۔ سارے معاملے کو آپ ساری کوششیں کرتے ہیں، سارے طریقے اکٹھا کرتے ہیں۔</w:t>
      </w:r>
    </w:p>
    <w:p>
      <w:r>
        <w:rPr>
          <w:b/>
        </w:rPr>
        <w:t xml:space="preserve">[22:03] </w:t>
      </w:r>
      <w:r>
        <w:t>aik aadmi thokar marta hai, sab tareeqe hawa mein urr jaate hain. aur woh aisa karega, woh kyunke woh Allah ne us ko azadi di hai.</w:t>
      </w:r>
    </w:p>
    <w:p>
      <w:pPr>
        <w:jc w:val="right"/>
      </w:pPr>
      <w:r>
        <w:t>ایک آدمی ٹھوکر مارتا ہے، سب طریقے ہوا میں اڑ جاتے ہیں۔ اور وہ ایسا کرے گا، وہ کیونکہ وہ اللہ نے اس کو آزادی دی ہے۔</w:t>
      </w:r>
    </w:p>
    <w:p>
      <w:r>
        <w:rPr>
          <w:b/>
        </w:rPr>
        <w:t xml:space="preserve">[22:14] </w:t>
      </w:r>
      <w:r>
        <w:t>azadi!</w:t>
      </w:r>
    </w:p>
    <w:p>
      <w:pPr>
        <w:jc w:val="right"/>
      </w:pPr>
      <w:r>
        <w:t>آزادی!</w:t>
      </w:r>
    </w:p>
    <w:p>
      <w:r>
        <w:rPr>
          <w:b/>
        </w:rPr>
        <w:t xml:space="preserve">[22:20] </w:t>
      </w:r>
      <w:r>
        <w:t>you cannot abolish his freedom. jab aap us ke freedom ko abolish nahi kar sakte to woh to karta rahega.</w:t>
      </w:r>
    </w:p>
    <w:p>
      <w:pPr>
        <w:jc w:val="right"/>
      </w:pPr>
      <w:r>
        <w:t>یو کین ناٹ ابولش ہز فریڈم۔ جب آپ اس کے فریڈم کو ابولش نہیں کر سکتے تو وہ تو کرتا رہے گا۔</w:t>
      </w:r>
    </w:p>
    <w:p>
      <w:r>
        <w:rPr>
          <w:b/>
        </w:rPr>
        <w:t xml:space="preserve">[22:29] </w:t>
      </w:r>
      <w:r>
        <w:t>kabhi ek aadmi ko, kabhi doosre aadmi ko, kabhi teesre aadmi ko. is ka mani kya hua hai? is duniya mein ideal society, ideal samaj, ideal system ban hi nahin sakta.</w:t>
      </w:r>
    </w:p>
    <w:p>
      <w:pPr>
        <w:jc w:val="right"/>
      </w:pPr>
      <w:r>
        <w:t>کبھی ایک آدمی کو، کبھی دوسرے آدمی کو، کبھی تیسرے آدمی کو۔ اس کا معنی کیا ہوا ہے؟ اس دنیا میں آئیڈیل سوسائٹی، آئیڈیل سماج، آئیڈیل سسٹم بن ہی نہیں سکتا۔</w:t>
      </w:r>
    </w:p>
    <w:p>
      <w:r>
        <w:rPr>
          <w:b/>
        </w:rPr>
        <w:t xml:space="preserve">[22:42] </w:t>
      </w:r>
      <w:r>
        <w:t>impossible hai. agar yeh duniya robot ki duniya hoti, robot ki duniya hoti to aap un ki chabi bhar detey.</w:t>
      </w:r>
    </w:p>
    <w:p>
      <w:pPr>
        <w:jc w:val="right"/>
      </w:pPr>
      <w:r>
        <w:t>امپاسیبل ہے۔ اگر یہ دنیا روبوٹ کی دنیا ہوتی، روبوٹ کی دنیا ہوتی تو آپ ان کی چابی بھر دیتے۔</w:t>
      </w:r>
    </w:p>
    <w:p>
      <w:r>
        <w:rPr>
          <w:b/>
        </w:rPr>
        <w:t xml:space="preserve">[22:52] </w:t>
      </w:r>
      <w:r>
        <w:t>har robot isi tarah kaam karta jis tarah aap ne chabi bhar di hai. kyunke robot ki duniya to hai nahin. yeh to aise insanon ki duniya hai jo in mein har ek free will rakhta hai, azaadi rakhta hai,</w:t>
      </w:r>
    </w:p>
    <w:p>
      <w:pPr>
        <w:jc w:val="right"/>
      </w:pPr>
      <w:r>
        <w:t>ہر روبوٹ اسی طرح کام کرتا جس طرح آپ نے چابی بھر دی ہے۔ کیونکہ روبوٹ کی دنیا تو ہے نہیں۔ یہ تو ایسے انسانوں کی دنیا ہے جو ان میں ہر ایک فری ول رکھتا ہے، آزادی رکھتا ہے،</w:t>
      </w:r>
    </w:p>
    <w:p>
      <w:r>
        <w:rPr>
          <w:b/>
        </w:rPr>
        <w:t xml:space="preserve">[23:06] </w:t>
      </w:r>
      <w:r>
        <w:t>jo chahe kar sak rahey hain ke is ko mauqa hai. to aap kya karein ge? kuch bhi, kuch nahin kar sakte aap. is ka mani kya hua hai?</w:t>
      </w:r>
    </w:p>
    <w:p>
      <w:pPr>
        <w:jc w:val="right"/>
      </w:pPr>
      <w:r>
        <w:t>جو چاہے کر سک رہے ہیں کہ اس کو موقع ہے۔ تو آپ کیا کریں گے؟ کچھ بھی، کچھ نہیں کر سکتے آپ۔ اس کا معنی کیا ہوا ہے؟</w:t>
      </w:r>
    </w:p>
    <w:p>
      <w:r>
        <w:rPr>
          <w:b/>
        </w:rPr>
        <w:t xml:space="preserve">[23:18] </w:t>
      </w:r>
      <w:r>
        <w:t>ke is duniya mein yeh impossible hai ke ideal system banaya jaye. impossible hai.</w:t>
      </w:r>
    </w:p>
    <w:p>
      <w:pPr>
        <w:jc w:val="right"/>
      </w:pPr>
      <w:r>
        <w:t>کہ اس دنیا میں یہ امپاسیبل ہے کہ آئیڈیل سسٹم بنایا جائے۔ امپاسیبل ہے۔</w:t>
      </w:r>
    </w:p>
    <w:p>
      <w:r>
        <w:rPr>
          <w:b/>
        </w:rPr>
        <w:t xml:space="preserve">[23:31] </w:t>
      </w:r>
      <w:r>
        <w:t>isi liye ke logon ko mili hui azaadi hai. azaadi hai Allah taala ne. to koi in ko hawale se kar nahin sakta. jab aap hawale se kar sakte hain to woh azaadi apne azaadi ko istemal karega.</w:t>
      </w:r>
    </w:p>
    <w:p>
      <w:pPr>
        <w:jc w:val="right"/>
      </w:pPr>
      <w:r>
        <w:t>اسی لیے کہ لوگوں کو ملی ہوئی آزادی ہے۔ آزادی ہے اللہ تعالیٰ نے۔ تو کوئی ان کو حوالے سے کر نہیں سکتا۔ جب آپ حوالے سے کر سکتے ہیں تو وہ آزادی اپنے آزادی کو استعمال کرے گا۔</w:t>
      </w:r>
    </w:p>
    <w:p>
      <w:r>
        <w:rPr>
          <w:b/>
        </w:rPr>
        <w:t xml:space="preserve">[23:43] </w:t>
      </w:r>
      <w:r>
        <w:t>woh</w:t>
      </w:r>
    </w:p>
    <w:p>
      <w:pPr>
        <w:jc w:val="right"/>
      </w:pPr>
      <w:r>
        <w:t>وہ</w:t>
      </w:r>
    </w:p>
    <w:p>
      <w:r>
        <w:rPr>
          <w:b/>
        </w:rPr>
        <w:t xml:space="preserve">[23:46] </w:t>
      </w:r>
      <w:r>
        <w:t>ab dekhiye ke yeh jo do, yaani do problem hain insaan ke liye, individual level par is ki desire poori nahin hoti, frustration barhta hai, woh social level par woh ideal samaj nahin bana pata, wahi marta hai, nakaam.</w:t>
      </w:r>
    </w:p>
    <w:p>
      <w:pPr>
        <w:jc w:val="right"/>
      </w:pPr>
      <w:r>
        <w:t>اب دیکھیے کہ یہ جو دو، یعنی دو پرابلم ہیں انسان کے لیے، انڈیویجول لیول پر اس کی ڈیزائر پوری نہیں ہوتی، فرسٹریشن بڑھتا ہے، وہ سوشل لیول پر وہ آئیڈیل سماج نہیں بنا پاتا، وہی مرتا ہے، ناکام۔</w:t>
      </w:r>
    </w:p>
    <w:p>
      <w:r>
        <w:rPr>
          <w:b/>
        </w:rPr>
        <w:t xml:space="preserve">[24:05] </w:t>
      </w:r>
      <w:r>
        <w:t>ab sawal kya hai? ke hal kya hai? is ka hal Quran mein bataya gaya hai. magar badkismati se musalman bhi is par amal nahin karte.</w:t>
      </w:r>
    </w:p>
    <w:p>
      <w:pPr>
        <w:jc w:val="right"/>
      </w:pPr>
      <w:r>
        <w:t>اب سوال کیا ہے؟ کہ حل کیا ہے؟ اس کا حل قرآن میں بتایا گیا ہے۔ مگر بدقسمتی سے مسلمان بھی اس پر عمل نہیں کرتے۔</w:t>
      </w:r>
    </w:p>
    <w:p>
      <w:r>
        <w:rPr>
          <w:b/>
        </w:rPr>
        <w:t xml:space="preserve">[24:18] </w:t>
      </w:r>
      <w:r>
        <w:t>Quran mein kya hai? fard ke liye yeh hai ke woh apni khwahishon ko need based banaye.</w:t>
      </w:r>
    </w:p>
    <w:p>
      <w:pPr>
        <w:jc w:val="right"/>
      </w:pPr>
      <w:r>
        <w:t>قرآن میں کیا ہے؟ فرد کے لیے یہ ہے کہ وہ اپنی خواہشوں کو نیڈ بیسڈ بنائے۔</w:t>
      </w:r>
    </w:p>
    <w:p>
      <w:r>
        <w:rPr>
          <w:b/>
        </w:rPr>
        <w:t xml:space="preserve">[24:31] </w:t>
      </w:r>
      <w:r>
        <w:t>aap apni khwahishon ko need based, yaani jo cheezein hain, is ki lijiye, zaroorat ki haisiyat rakhti hain.</w:t>
      </w:r>
    </w:p>
    <w:p>
      <w:pPr>
        <w:jc w:val="right"/>
      </w:pPr>
      <w:r>
        <w:t>آپ اپنی خواہشوں کو نیڈ بیسڈ، یعنی جو چیزیں ہیں، اس کی لیجئے، ضرورت کی حیثیت رکھتی ہیں۔</w:t>
      </w:r>
    </w:p>
    <w:p>
      <w:r>
        <w:rPr>
          <w:b/>
        </w:rPr>
        <w:t xml:space="preserve">[24:44] </w:t>
      </w:r>
      <w:r>
        <w:t>aur Quran Hadees mein zaroorat ki cheezon ke bataya gaya hai. ek Hadees hai ke rehne ke liye ek ghar ho, do waqt ke khane ke liye roti ho, pani peene ke liye ho, aur ek khadim ho.</w:t>
      </w:r>
    </w:p>
    <w:p>
      <w:pPr>
        <w:jc w:val="right"/>
      </w:pPr>
      <w:r>
        <w:t>اور قرآن حدیث میں ضرورت کی چیزوں کے بتایا گیا ہے۔ ایک حدیث ہے کہ رہنے کے لیے ایک گھر ہو، دو وقت کے کھانے کے لیے روٹی ہو، پانی پینے کے لیے ہو، اور ایک خادم ہو۔</w:t>
      </w:r>
    </w:p>
    <w:p>
      <w:r>
        <w:rPr>
          <w:b/>
        </w:rPr>
        <w:t xml:space="preserve">[25:01] </w:t>
      </w:r>
      <w:r>
        <w:t>to bas is ko is ki need based life mil gayi. is ko man kanalah bait yaskunah, woh khadim, khadim yakhtam,</w:t>
      </w:r>
    </w:p>
    <w:p>
      <w:pPr>
        <w:jc w:val="right"/>
      </w:pPr>
      <w:r>
        <w:t>تو بس اس کو اس کی نیڈ بیسڈ لائف مل گئی۔ اس کو من کانلہ بیت یسکنہ، وہ خادم، خادم یختم،</w:t>
      </w:r>
    </w:p>
    <w:p>
      <w:r>
        <w:rPr>
          <w:b/>
        </w:rPr>
        <w:t xml:space="preserve">[25:14] </w:t>
      </w:r>
      <w:r>
        <w:t>wajulf al-khadam wal-ma'u, fakama hu 'izatun lahul dunya. bas yahi need based zindagi hai yeh ke ek rehne ke liye ek ghar, subah shaam khane ke liye roti aur pani, aur ek khadim jo is ka kaam kar de.</w:t>
      </w:r>
    </w:p>
    <w:p>
      <w:pPr>
        <w:jc w:val="right"/>
      </w:pPr>
      <w:r>
        <w:t>وجلف الخد والمایو، فکما ہو عزت لہ دنیا۔ بس یہی نیڈ بیسڈ زندگی ہے یہ کہ ایک رہنے کے لیے ایک گھر، صبح شام کھانے کے لیے روٹی اور پانی، اور ایک خادم جو اس کا کام کر دے۔</w:t>
      </w:r>
    </w:p>
    <w:p>
      <w:r>
        <w:rPr>
          <w:b/>
        </w:rPr>
        <w:t xml:space="preserve">[25:34] </w:t>
      </w:r>
      <w:r>
        <w:t>bas. lekin aadmi mor aur mor ke tadap daudta hai. isi ki wajah se woh nakaam hota hai. kyunke Islam ki jo individual ke liye jo taleem hai, woh hai content based, yaani qana'at par mabni.</w:t>
      </w:r>
    </w:p>
    <w:p>
      <w:pPr>
        <w:jc w:val="right"/>
      </w:pPr>
      <w:r>
        <w:t>بس۔ لیکن آدمی مور اور مور کے تڑپ دوڑتا ہے۔ اسی کی وجہ سے وہ ناکام ہوتا ہے۔ کیونکہ اسلام کی جو انڈیویجول کے لیے جو تعلیم ہے، وہ ہے کنٹینٹ بیسڈ، یعنی قناعت پر مبنی۔</w:t>
      </w:r>
    </w:p>
    <w:p>
      <w:r>
        <w:rPr>
          <w:b/>
        </w:rPr>
        <w:t xml:space="preserve">[25:51] </w:t>
      </w:r>
      <w:r>
        <w:t>qana'at, contentment. to yeh hai fard ke liye. agar fard is par raazi ho jaye ke need based life par woh zindagi guzarega, to phir woh kaamyaab hai.</w:t>
      </w:r>
    </w:p>
    <w:p>
      <w:pPr>
        <w:jc w:val="right"/>
      </w:pPr>
      <w:r>
        <w:t>قناعت، کنٹینٹمنٹ۔ تو یہ ہے فرد کے لیے۔ اگر فرد اس پر راضی ہو جائے کہ نیڈ بیسڈ لائف پر وہ زندگی گزارے گا، تو پھر وہ کامیاب ہے۔</w:t>
      </w:r>
    </w:p>
    <w:p>
      <w:r>
        <w:rPr>
          <w:b/>
        </w:rPr>
        <w:t xml:space="preserve">[26:09] </w:t>
      </w:r>
      <w:r>
        <w:t>phir is ke liye tension nahin, frustration nahin, stress nahin, kuch bhi nahin. need based life par agar aap raazi ho jayein to koi aap ko pareshani nahin hai.</w:t>
      </w:r>
    </w:p>
    <w:p>
      <w:pPr>
        <w:jc w:val="right"/>
      </w:pPr>
      <w:r>
        <w:t>پھر اس کے لیے ٹینشن نہیں، فرسٹریشن نہیں، اسٹریس نہیں، کچھ بھی نہیں۔ نیڈ بیسڈ لائف پر اگر آپ راضی ہو جائیں تو کوئی آپ کو پریشانی نہیں ہے۔</w:t>
      </w:r>
    </w:p>
    <w:p>
      <w:r>
        <w:rPr>
          <w:b/>
        </w:rPr>
        <w:t xml:space="preserve">[26:21] </w:t>
      </w:r>
      <w:r>
        <w:t>to yeh fard ke liye hai. fard ke liye. ab dekhiye society, yaani socio-political system ke liye kya Islam ki taleem hai?</w:t>
      </w:r>
    </w:p>
    <w:p>
      <w:pPr>
        <w:jc w:val="right"/>
      </w:pPr>
      <w:r>
        <w:t>تو یہ فرد کے لیے ہے۔ فرد کے لیے۔ اب دیکھیے سوسائٹی، یعنی سوشیو پولیٹیکل سسٹم کے لیے کیا اسلام کی تعلیم ہے؟</w:t>
      </w:r>
    </w:p>
    <w:p>
      <w:r>
        <w:rPr>
          <w:b/>
        </w:rPr>
        <w:t xml:space="preserve">[26:32] </w:t>
      </w:r>
      <w:r>
        <w:t>woh hai is ayat mein ke falata'un ka fil-abrar wa rabuk.</w:t>
      </w:r>
    </w:p>
    <w:p>
      <w:pPr>
        <w:jc w:val="right"/>
      </w:pPr>
      <w:r>
        <w:t>وہ ہے اس آیت میں کہ فلازون کا فی الابر ود ربک۔</w:t>
      </w:r>
    </w:p>
    <w:p>
      <w:r>
        <w:rPr>
          <w:b/>
        </w:rPr>
        <w:t xml:space="preserve">[26:47] </w:t>
      </w:r>
      <w:r>
        <w:t>yaani is ka matlab kya hai? ek dayra woh hai jahan aap ko doosron se ladna padta hai, takrao karna padta hai.</w:t>
      </w:r>
    </w:p>
    <w:p>
      <w:pPr>
        <w:jc w:val="right"/>
      </w:pPr>
      <w:r>
        <w:t>یعنی اس کا مطلب کیا ہے؟ ایک دائرہ وہ ہے جہاں آپ کو دوسروں سے لڑنا پڑتا ہے، ٹکراؤ کرنا پڑتا ہے۔</w:t>
      </w:r>
    </w:p>
    <w:p>
      <w:r>
        <w:rPr>
          <w:b/>
        </w:rPr>
        <w:t xml:space="preserve">[26:56] </w:t>
      </w:r>
      <w:r>
        <w:t>misal ke taur par aap hukoomat cheenna chahein to takrao karna padega. to wahan kya hai? wahan aap ka maslak kya hona chahiye?</w:t>
      </w:r>
    </w:p>
    <w:p>
      <w:pPr>
        <w:jc w:val="right"/>
      </w:pPr>
      <w:r>
        <w:t>مثلاً آپ حکومت چھیننا چاہیں تو ٹکراؤ کرنا پڑے گا۔ تو وہاں کیا ہے؟ وہاں آپ کا مسلک کیا ہونا چاہیے؟</w:t>
      </w:r>
    </w:p>
    <w:p>
      <w:r>
        <w:rPr>
          <w:b/>
        </w:rPr>
        <w:t xml:space="preserve">[27:06] </w:t>
      </w:r>
      <w:r>
        <w:t>wahan ka maslak hona chahiye. yaani</w:t>
      </w:r>
    </w:p>
    <w:p>
      <w:pPr>
        <w:jc w:val="right"/>
      </w:pPr>
      <w:r>
        <w:t>وہاں کا مسلک ہونا چاہیے۔ یعنی</w:t>
      </w:r>
    </w:p>
    <w:p>
      <w:r>
        <w:rPr>
          <w:b/>
        </w:rPr>
        <w:t xml:space="preserve">[27:12] </w:t>
      </w:r>
      <w:r>
        <w:t>woh status quo.</w:t>
      </w:r>
    </w:p>
    <w:p>
      <w:pPr>
        <w:jc w:val="right"/>
      </w:pPr>
      <w:r>
        <w:t>وہ اسٹیٹس کوئی۔</w:t>
      </w:r>
    </w:p>
    <w:p>
      <w:r>
        <w:rPr>
          <w:b/>
        </w:rPr>
        <w:t xml:space="preserve">[27:18] </w:t>
      </w:r>
      <w:r>
        <w:t>jaise aap dekhiye, hum India mein hain, hamare kisi koi ladai nahin, na humein, hum ne kisi ko marte, na koi hum ko marta, marne aata, kyunke hum dawat ke liye, education ke liye kaam kar rahe hain.</w:t>
      </w:r>
    </w:p>
    <w:p>
      <w:pPr>
        <w:jc w:val="right"/>
      </w:pPr>
      <w:r>
        <w:t>جیسے آپ دیکھیے، ہم انڈیا میں ہیں، ہمارے کسی کوئی لڑائی نہیں، نہ ہمیں، ہم نے کسی کو مارتے، نہ کوئی ہم کو مارتا، مارنے آتا، کیونکہ ہم دعوت کے لیے، ایجوکیشن کے لیے کام کر رہے ہیں۔</w:t>
      </w:r>
    </w:p>
    <w:p>
      <w:r>
        <w:rPr>
          <w:b/>
        </w:rPr>
        <w:t xml:space="preserve">[27:36] </w:t>
      </w:r>
      <w:r>
        <w:t>to koi takrao nahin hamara. aaj tak aisa nahin hua ke koi aadmi humein marne aa jaye ya hum kisi ko marein. is ke baraks aap dekhiye, Pakistan mein dekhiye, Misr mein dekhiye, wahan mustaqil log maar rahe hain ek doosre ko.</w:t>
      </w:r>
    </w:p>
    <w:p>
      <w:pPr>
        <w:jc w:val="right"/>
      </w:pPr>
      <w:r>
        <w:t>تو کوئی ٹکراؤ نہیں ہمارا۔ آج تک ایسا نہیں ہوا کہ کوئی آدمی ہمیں مارنے آ جائے یا ہم کسی کو ماریں۔ اس کے برعکس آپ دیکھیے، پاکستان میں دیکھیے، مصر میں دیکھیے، وہاں مستقل لوگ مار رہے ہیں ایک دوسرے کو۔</w:t>
      </w:r>
    </w:p>
    <w:p>
      <w:r>
        <w:rPr>
          <w:b/>
        </w:rPr>
        <w:t xml:space="preserve">[27:52] </w:t>
      </w:r>
      <w:r>
        <w:t>kyun? yeh yeh formula nahin pakra inhone ke jo controversial issues hain, controversial issues mein yeh tareeqa ikhtiyar karein jis ko main keh raha hoon,</w:t>
      </w:r>
    </w:p>
    <w:p>
      <w:pPr>
        <w:jc w:val="right"/>
      </w:pPr>
      <w:r>
        <w:t>کیوں؟ یہ یہ فارمولا نہیں پکڑا انہوں نے کہ جو کنٹروورشل ایشوز ہیں، کنٹروورشل ایشوز میں یہ طریقہ اختیار کریں جس کو میں کہہ رہا ہوں،</w:t>
      </w:r>
    </w:p>
    <w:p>
      <w:r>
        <w:rPr>
          <w:b/>
        </w:rPr>
        <w:t xml:space="preserve">[28:06] </w:t>
      </w:r>
      <w:r>
        <w:t>yani status quo jo hai us par razi, jo hai us par razi. to samajhi ek formula kya hai?</w:t>
      </w:r>
    </w:p>
    <w:p>
      <w:pPr>
        <w:jc w:val="right"/>
      </w:pPr>
      <w:r>
        <w:t>یعنی اسٹیٹس کوئی جو ہے اس پر راضی، جو ہے اس پر راضی۔ تو سماجی ایک فارمولا کیا ہے؟</w:t>
      </w:r>
    </w:p>
    <w:p>
      <w:r>
        <w:rPr>
          <w:b/>
        </w:rPr>
        <w:t xml:space="preserve">[28:18] </w:t>
      </w:r>
      <w:r>
        <w:t>ke woh yeh hai mukhtasar lafzon mein ke</w:t>
      </w:r>
    </w:p>
    <w:p>
      <w:pPr>
        <w:jc w:val="right"/>
      </w:pPr>
      <w:r>
        <w:t>کہ وہ یہ ہے مختصر لفظوں میں کہ</w:t>
      </w:r>
    </w:p>
    <w:p>
      <w:r>
        <w:rPr>
          <w:b/>
        </w:rPr>
        <w:t xml:space="preserve">[28:25] </w:t>
      </w:r>
      <w:r>
        <w:t>in politics status quo, in dawah activism, yani jo jis maidan mein kuch kaam karne ke liye, aage barhne ke liye aap ka takrao ho jaye kisi se, us maidan ko avoid kijiye, us mein na jaiye, us mein.</w:t>
      </w:r>
    </w:p>
    <w:p>
      <w:pPr>
        <w:jc w:val="right"/>
      </w:pPr>
      <w:r>
        <w:t>ان پولیٹکس اسٹیٹس کوئی، ان دعویٰ ایکٹیوزم، یعنی جو جس میدان میں کچھ کام کرنے کے لیے، آگے بڑھنے کے لیے آپ کا ٹکراؤ ہو جائے کسی سے، اس میدان کو اوائڈ کیجئے، اس میں نہ جائیے، اس میں۔</w:t>
      </w:r>
    </w:p>
    <w:p>
      <w:r>
        <w:rPr>
          <w:b/>
        </w:rPr>
        <w:t xml:space="preserve">[28:44] </w:t>
      </w:r>
      <w:r>
        <w:t>aur jis maidan mein baghair takrao ke aap kaam kar sakte hain, mislan dawat ka field aur taleem ka field, yeh kisi takrai ki zaroorat nahin hai.</w:t>
      </w:r>
    </w:p>
    <w:p>
      <w:pPr>
        <w:jc w:val="right"/>
      </w:pPr>
      <w:r>
        <w:t>اور جس میدان میں بغیر ٹکراؤ کے آپ کام کر سکتے ہیں، مثلاً دعوت کا فیلڈ اور تعلیم کا فیلڈ، یہ کسی ٹکرائی کی ضرورت نہیں ہے۔</w:t>
      </w:r>
    </w:p>
    <w:p>
      <w:r>
        <w:rPr>
          <w:b/>
        </w:rPr>
        <w:t xml:space="preserve">[28:58] </w:t>
      </w:r>
      <w:r>
        <w:t>aap jitna chahe kijiye ga. to socio political life mein yeh formula hai ke jo</w:t>
      </w:r>
    </w:p>
    <w:p>
      <w:pPr>
        <w:jc w:val="right"/>
      </w:pPr>
      <w:r>
        <w:t>آپ جتنا چاہے کیجئے گا۔ تو سوشیو پولیٹیکل لائف میں یہ فارمولا ہے کہ جو</w:t>
      </w:r>
    </w:p>
    <w:p>
      <w:r>
        <w:rPr>
          <w:b/>
        </w:rPr>
        <w:t xml:space="preserve">[29:14] </w:t>
      </w:r>
      <w:r>
        <w:t>wo field jahan aap controversy paida hoti hai, jahan takrao paida hota hai, wahan par aap status quo maan lein, jo bhi status quo, kuch bhi ho, koi bhi xyz, koi bhi rule kar raha hai, us ko maan lijie.</w:t>
      </w:r>
    </w:p>
    <w:p>
      <w:pPr>
        <w:jc w:val="right"/>
      </w:pPr>
      <w:r>
        <w:t>وہ فیلڈ جہاں آپ کنٹروورسی پیدا ہوتی ہے، جہاں ٹکراؤ پیدا ہوتا ہے، وہاں پر آپ اسٹیٹس کو کوئی مان لیں، جو بھی اسٹیٹس کو، کچھ بھی ہو، کوئی بھی ایکس وائی زیڈ، کوئی بھی رول کر رہا ہے، اس کو مان لیجئے۔</w:t>
      </w:r>
    </w:p>
    <w:p>
      <w:r>
        <w:rPr>
          <w:b/>
        </w:rPr>
        <w:t xml:space="preserve">[29:32] </w:t>
      </w:r>
      <w:r>
        <w:t>aur jis field mein maidan khula hua hai, jahan amal karne ke liye aap ko takrao nahin karna hai, to wahan aap amal kijiye.</w:t>
      </w:r>
    </w:p>
    <w:p>
      <w:pPr>
        <w:jc w:val="right"/>
      </w:pPr>
      <w:r>
        <w:t>اور جس فیلڈ میں میدان کھلا ہوا ہے، جہاں عمل کرنے کے لیے آپ کو ٹکراؤ نہیں کرنا ہے، تو وہاں آپ عمل کیجئے۔</w:t>
      </w:r>
    </w:p>
    <w:p>
      <w:r>
        <w:rPr>
          <w:b/>
        </w:rPr>
        <w:t xml:space="preserve">[29:44] </w:t>
      </w:r>
      <w:r>
        <w:t>yeh hai,</w:t>
      </w:r>
    </w:p>
    <w:p>
      <w:pPr>
        <w:jc w:val="right"/>
      </w:pPr>
      <w:r>
        <w:t>یہ ہے،</w:t>
      </w:r>
    </w:p>
    <w:p>
      <w:r>
        <w:rPr>
          <w:b/>
        </w:rPr>
        <w:t xml:space="preserve">[29:48] </w:t>
      </w:r>
      <w:r>
        <w:t>yeh Islam ka formula hai.</w:t>
      </w:r>
    </w:p>
    <w:p>
      <w:pPr>
        <w:jc w:val="right"/>
      </w:pPr>
      <w:r>
        <w:t>یہ اسلام کا فارمولا ہے۔</w:t>
      </w:r>
    </w:p>
    <w:p>
      <w:r>
        <w:rPr>
          <w:b/>
        </w:rPr>
        <w:t xml:space="preserve">[29:52] </w:t>
      </w:r>
      <w:r>
        <w:t>maine aap ko hawale diye dono formulay ke.</w:t>
      </w:r>
    </w:p>
    <w:p>
      <w:pPr>
        <w:jc w:val="right"/>
      </w:pPr>
      <w:r>
        <w:t>میں نے آپ کو حوالے دیے دونوں فارمولے کے۔</w:t>
      </w:r>
    </w:p>
    <w:p>
      <w:r>
        <w:rPr>
          <w:b/>
        </w:rPr>
        <w:t xml:space="preserve">[30:04] </w:t>
      </w:r>
      <w:r>
        <w:t>dono formulay Quran mein bhi hain, hadith mein bhi hain.</w:t>
      </w:r>
    </w:p>
    <w:p>
      <w:pPr>
        <w:jc w:val="right"/>
      </w:pPr>
      <w:r>
        <w:t>دونوں فارمولے قرآن میں بھی ہیں، حدیث میں بھی ہیں۔</w:t>
      </w:r>
    </w:p>
    <w:p>
      <w:r>
        <w:rPr>
          <w:b/>
        </w:rPr>
        <w:t xml:space="preserve">[30:11] </w:t>
      </w:r>
      <w:r>
        <w:t>ke aap yeh jo individual life hai, aap ki family life hai, aap ke bachon ka jo masla hai, us mein aap need based zindagi ikhtiyar kar lijie.</w:t>
      </w:r>
    </w:p>
    <w:p>
      <w:pPr>
        <w:jc w:val="right"/>
      </w:pPr>
      <w:r>
        <w:t>کہ آپ یہ جو انڈیویجول لائف ہے، آپ کی فیملی لائف ہے، آپ کے بچوں کا جو مسئلہ ہے، اس میں آپ نیڈ بیسڈ زندگی اختیار کر لیجئے۔</w:t>
      </w:r>
    </w:p>
    <w:p>
      <w:r>
        <w:rPr>
          <w:b/>
        </w:rPr>
        <w:t xml:space="preserve">[30:24] </w:t>
      </w:r>
      <w:r>
        <w:t>bas need based zindagi, yani bagdar zaroorat hasil karna.</w:t>
      </w:r>
    </w:p>
    <w:p>
      <w:pPr>
        <w:jc w:val="right"/>
      </w:pPr>
      <w:r>
        <w:t>بس نیڈ بیسڈ زندگی، یعنی بقدر ضرورت حاصل کرنا۔</w:t>
      </w:r>
    </w:p>
    <w:p>
      <w:r>
        <w:rPr>
          <w:b/>
        </w:rPr>
        <w:t xml:space="preserve">[30:34] </w:t>
      </w:r>
      <w:r>
        <w:t>yeh kuch bhi mushkil nahin, kisi ke liye bhi mushkil nahin. agar aap yeh maan lein ke meri family, mere bachay, aur main bagdar zaroorat pe iktefa karein ge, bagdar zaroorat pe qanaat karein ge, koi masla hi nahin hai, kuch bhi masla nahin hai.</w:t>
      </w:r>
    </w:p>
    <w:p>
      <w:pPr>
        <w:jc w:val="right"/>
      </w:pPr>
      <w:r>
        <w:t>یہ کچھ بھی مشکل نہیں، کسی کے لیے بھی مشکل نہیں۔ اگر آپ یہ مان لیں کہ میری فیملی، میرے بچے، اور میں بقدر ضرورت پہ اکتفا کریں گے، بقدر ضرورت پہ قناعت کریں گے، کوئی مسئلہ ہی نہیں ہے، کچھ بھی مسئلہ نہیں ہے۔</w:t>
      </w:r>
    </w:p>
    <w:p>
      <w:r>
        <w:rPr>
          <w:b/>
        </w:rPr>
        <w:t xml:space="preserve">[30:53] </w:t>
      </w:r>
      <w:r>
        <w:t>aur doosri taraf agar yeh maan lein ke socio political life mein main sirf us dayre mein kaam karunga jahan koi takrao nahin hai, aur jahan tak takrao wale maidan hain, us waqt mein status quo ko maan lunga.</w:t>
      </w:r>
    </w:p>
    <w:p>
      <w:pPr>
        <w:jc w:val="right"/>
      </w:pPr>
      <w:r>
        <w:t>اور دوسری طرف اگر یہ مان لیں کہ سوشیو پولیٹیکل لائف میں میں صرف اس دائرے میں کام کروں گا جہاں کوئی ٹکراؤ نہیں ہے، اور جہاں تک ٹکراؤ والے میدان ہیں، اس وقت میں اسٹیٹس کو کو مان لوں گا۔</w:t>
      </w:r>
    </w:p>
    <w:p>
      <w:r>
        <w:rPr>
          <w:b/>
        </w:rPr>
        <w:t xml:space="preserve">[31:10] </w:t>
      </w:r>
      <w:r>
        <w:t>status quo ka matlab hota hai cheezon ko as it is maan lena. to kahan yahan takrao hai, wahan takrao.</w:t>
      </w:r>
    </w:p>
    <w:p>
      <w:pPr>
        <w:jc w:val="right"/>
      </w:pPr>
      <w:r>
        <w:t>اسٹیٹس کو کا مطلب ہوتا ہے چیزوں کو ایز اٹ از مان لینا۔ تو کہاں یہاں ٹکراؤ ہے، وہاں ٹکراؤ۔</w:t>
      </w:r>
    </w:p>
    <w:p>
      <w:r>
        <w:rPr>
          <w:b/>
        </w:rPr>
        <w:t xml:space="preserve">[31:22] </w:t>
      </w:r>
      <w:r>
        <w:t>to poori tareekh mein jo aap dekh rahe hain ke poori tareekh jo hai, tragedy, tragedy ki tareekh tasweer bani hui hai.</w:t>
      </w:r>
    </w:p>
    <w:p>
      <w:pPr>
        <w:jc w:val="right"/>
      </w:pPr>
      <w:r>
        <w:t>تو پوری تاریخ میں جو آپ دیکھ رہے ہیں کہ پوری تاریخ جو ہے، ٹریجی، ٹریجی کی تاریخ تصویر بنی ہوئی ہے۔</w:t>
      </w:r>
    </w:p>
    <w:p>
      <w:r>
        <w:rPr>
          <w:b/>
        </w:rPr>
        <w:t xml:space="preserve">[31:33] </w:t>
      </w:r>
      <w:r>
        <w:t>poori tareekh is ki wajah yahi hai. yeh jo maine arz kiya, do formulay, yeh yeh creation plan of God ka hissa hai. to log creation plan of God ko maan kar apni zindagi ki tashweel aur taameer nahin karte.</w:t>
      </w:r>
    </w:p>
    <w:p>
      <w:pPr>
        <w:jc w:val="right"/>
      </w:pPr>
      <w:r>
        <w:t>پوری تاریخ اس کی وجہ یہی ہے۔ یہ جو میں نے عرض کیا، دو فارمولے، یہ یہ کریشن پلان آف گاڈ کا حصہ ہے۔ تو لوگ کریشن پلان آف گاڈ کو مان کر اپنی زندگی کی تشویل اور تعمیر نہیں کرتے۔</w:t>
      </w:r>
    </w:p>
    <w:p>
      <w:r>
        <w:rPr>
          <w:b/>
        </w:rPr>
        <w:t xml:space="preserve">[31:53] </w:t>
      </w:r>
      <w:r>
        <w:t>to is ki, is ki bhugte hain. to chalaate hain ke zulm bura, zulm bura, zulm bura. zulm kuch nahin, koi kisi ko zulm nahin karta. you are paying the problem, you are paying the price of your status quo policies.</w:t>
      </w:r>
    </w:p>
    <w:p>
      <w:pPr>
        <w:jc w:val="right"/>
      </w:pPr>
      <w:r>
        <w:t>تو اس کی، اس کی پرائی بھگتتے ہیں۔ تو چلاتے ہیں کہ ظلم برا، ظلم برا، ظلم برا۔ ظلم کچھ نہیں، کوئی کسی کو ظلم نہیں کرتا۔ یو آر پینگ دا پرابلم، یو آر پینگ دا پرائس آف یور اسٹیوٹ پالیسیز۔</w:t>
      </w:r>
    </w:p>
    <w:p>
      <w:r>
        <w:rPr>
          <w:b/>
        </w:rPr>
        <w:t xml:space="preserve">[32:08] </w:t>
      </w:r>
      <w:r>
        <w:t>there is no zalim.</w:t>
      </w:r>
    </w:p>
    <w:p>
      <w:pPr>
        <w:jc w:val="right"/>
      </w:pPr>
      <w:r>
        <w:t>دیر از نو ظالم۔</w:t>
      </w:r>
    </w:p>
    <w:p>
      <w:r>
        <w:rPr>
          <w:b/>
        </w:rPr>
        <w:t xml:space="preserve">[32:12] </w:t>
      </w:r>
      <w:r>
        <w:t>jitni bhi sooraten hain jin mein aap zulm, zulm, zulm karte hain, koi bhi soorat mujhe bataiye to main aap ko bataunga ke woh har soorat mein, har soorat mein, har soorat mein you are paying the price of of your own status quo policies.</w:t>
      </w:r>
    </w:p>
    <w:p>
      <w:pPr>
        <w:jc w:val="right"/>
      </w:pPr>
      <w:r>
        <w:t>جتنی بھی صورتیں ہیں جن میں آپ ظلم، ظلم، ظلم کرتے ہیں، کوئی بھی صورت مجھے بتائیے تو میں آپ کو بتاؤں گا کہ وہ ہر صورت میں، ہر صورت میں، ہر صورت میں یو آر پینگ دا پرائس آف آف یور اون اسٹیوٹ پالیسیز۔</w:t>
      </w:r>
    </w:p>
    <w:p>
      <w:r>
        <w:rPr>
          <w:b/>
        </w:rPr>
        <w:t xml:space="preserve">[32:30] </w:t>
      </w:r>
      <w:r>
        <w:t>yahan koi zalim nahin hai, yani koi mazloom nahin hai. yahan, yahan kya hai? yahan par log apne dayre se bahar nikal padte hain.</w:t>
      </w:r>
    </w:p>
    <w:p>
      <w:pPr>
        <w:jc w:val="right"/>
      </w:pPr>
      <w:r>
        <w:t>یہاں کوئی ظالم نہیں ہے، یعنی کوئی مظلوم نہیں ہے۔ یہاں، یہاں کیا ہے؟ یہاں پر لوگ اپنے دائرے سے باہر نکل پڑتے ہیں۔</w:t>
      </w:r>
    </w:p>
    <w:p>
      <w:r>
        <w:rPr>
          <w:b/>
        </w:rPr>
        <w:t xml:space="preserve">[32:45] </w:t>
      </w:r>
      <w:r>
        <w:t>apne is bahar, is ki wajah se saare maslay paida hote hain. apne dayre mein rahiye to koi masla hi nahin hai.</w:t>
      </w:r>
    </w:p>
    <w:p>
      <w:pPr>
        <w:jc w:val="right"/>
      </w:pPr>
      <w:r>
        <w:t>اپنے اس باہر، اس کی وجہ سے سارے مسئلے پیدا ہوتے ہیں۔ اپنے دائرے میں رہیے تو کوئی مسئلہ ہی نہیں ہے۔</w:t>
      </w:r>
    </w:p>
    <w:p>
      <w:r>
        <w:rPr>
          <w:b/>
        </w:rPr>
        <w:t xml:space="preserve">[32:55] </w:t>
      </w:r>
      <w:r>
        <w:t>apne dayre mein rahiye to koi masla nahin hai. chahe individual life ho, tab bhi dayre mein rahiye. chahe social aur political life ho, tab bhi dayre mein rahiye.</w:t>
      </w:r>
    </w:p>
    <w:p>
      <w:pPr>
        <w:jc w:val="right"/>
      </w:pPr>
      <w:r>
        <w:t>اپنے دائرے میں رہیے تو کوئی مسئلہ نہیں ہے۔ چاہے انڈیویجول لائف ہو، تب بھی دائرے میں رہیے۔ چاہے سوشل اور پولیٹیکل لائف ہو، تب بھی دائرے میں رہیے۔</w:t>
      </w:r>
    </w:p>
    <w:p>
      <w:r>
        <w:rPr>
          <w:b/>
        </w:rPr>
        <w:t xml:space="preserve">[33:08] </w:t>
      </w:r>
      <w:r>
        <w:t>misalan dekhiye, kashmir mein pichhle 60 saal mein hazaron log mare gaye. kyon? is liye ke unhon ne daira e aitbaar khatm kar diya.</w:t>
      </w:r>
    </w:p>
    <w:p>
      <w:pPr>
        <w:jc w:val="right"/>
      </w:pPr>
      <w:r>
        <w:t>مثلاً دیکھیے، کشمیر میں پچھلے 60 سال میں ہزاروں لوگ مارے گئے۔ کیوں؟ اس لیے کہ انہوں نے دائرہ اعتبار ختم کر دیا۔</w:t>
      </w:r>
    </w:p>
    <w:p>
      <w:r>
        <w:rPr>
          <w:b/>
        </w:rPr>
        <w:t xml:space="preserve">[33:19] </w:t>
      </w:r>
      <w:r>
        <w:t>yani 47 mein jo status quo ban gaya tha, 47 mein jo status quo ban gaya tha kashmir ka, is pe raazi ho jaate hain.</w:t>
      </w:r>
    </w:p>
    <w:p>
      <w:pPr>
        <w:jc w:val="right"/>
      </w:pPr>
      <w:r>
        <w:t>یعنی 47 میں جو اسٹیٹس کو کو بن گیا تھا، 47 میں جو اسٹیٹس کو بن گیا تھا کشمیر کا، اس پہ راضی ہو جاتے ہیں۔</w:t>
      </w:r>
    </w:p>
    <w:p>
      <w:r>
        <w:rPr>
          <w:b/>
        </w:rPr>
        <w:t xml:space="preserve">[33:29] </w:t>
      </w:r>
      <w:r>
        <w:t>woh toh kuch bhi nahin, koi problem nahin, koi problem nahin, koi nuqsan nahin. aise hi falasteen ke maamle mein 1948 mein jo status quo ban gaya tha, is pe arab log raazi ho jaate hain.</w:t>
      </w:r>
    </w:p>
    <w:p>
      <w:pPr>
        <w:jc w:val="right"/>
      </w:pPr>
      <w:r>
        <w:t>وہ تو کچھ بھی نہیں، کوئی پرابلم نہیں، کوئی پرابلم نہیں، کوئی نقصان نہیں۔ ایسے ہی فلسطین کے معاملے میں 1948 میں جو اسٹیٹس کو بن گیا تھا، اس پہ عرب لوگ راضی ہو جاتے ہیں۔</w:t>
      </w:r>
    </w:p>
    <w:p>
      <w:r>
        <w:rPr>
          <w:b/>
        </w:rPr>
        <w:t xml:space="preserve">[33:49] </w:t>
      </w:r>
      <w:r>
        <w:t>toh wahan koi masla hi nahin tha. yeh beshumar jo paisa barbaad hua, jaanen barbaad huin, zillat hui, woh sab kuch bhi, kuch bhi na hota.</w:t>
      </w:r>
    </w:p>
    <w:p>
      <w:pPr>
        <w:jc w:val="right"/>
      </w:pPr>
      <w:r>
        <w:t>تو وہاں کوئی مسئلہ ہی تھا۔ یہ بے شمار جو پیسہ برباد ہوا، جانیں برباد ہوئیں، ذلت ہوئی، وہ سب کچھ بھی، کچھ بھی نہ ہوتا۔</w:t>
      </w:r>
    </w:p>
    <w:p>
      <w:r>
        <w:rPr>
          <w:b/>
        </w:rPr>
        <w:t xml:space="preserve">[34:03] </w:t>
      </w:r>
      <w:r>
        <w:t>toh saara woh jo log protest karte hain, complaint karte hain, woh sab apni hi state policies ki, ki, ki price de rahe hain aur kuch nahin.</w:t>
      </w:r>
    </w:p>
    <w:p>
      <w:pPr>
        <w:jc w:val="right"/>
      </w:pPr>
      <w:r>
        <w:t>تو سارا وہ جو لوگ پروٹیسٹ کرتے ہیں، کمپلینٹ کرتے ہیں، وہ سب اپنی ہی اسٹیوٹ پالیسیز کی، کی، کی پرائز دے رہے ہیں اور کچھ نہیں۔</w:t>
      </w:r>
    </w:p>
    <w:p>
      <w:r>
        <w:rPr>
          <w:b/>
        </w:rPr>
        <w:t xml:space="preserve">[34:23] </w:t>
      </w:r>
      <w:r>
        <w:t>dekhiye, quran mein hai: "wa in tasbiroo wa tattaqoo la yadhurrakum qayduhum shai'an". agar tum sabr karo aur taqwa ikhtiyar karo toh logon ki conspiracy tum ko koi nuqsan nahin pahunchayegi.</w:t>
      </w:r>
    </w:p>
    <w:p>
      <w:pPr>
        <w:jc w:val="right"/>
      </w:pPr>
      <w:r>
        <w:t>دیکھیے، قرآن میں ہے: "وَإِنْ تَصْبِرُوا وَتَتَّقُوا لَا يَضُرُّكُمْ قَيْدُهُمْ شَيْئًا"۔ اگر تم صبر کرو اور تقویٰ اختیار کرو تو لوگوں کی کانسپریسی تم کو کوئی نقصان نہیں پہنچائے گی۔</w:t>
      </w:r>
    </w:p>
    <w:p>
      <w:r>
        <w:rPr>
          <w:b/>
        </w:rPr>
        <w:t xml:space="preserve">[34:43] </w:t>
      </w:r>
      <w:r>
        <w:t>kyon ke tum logon ki conspiracy zad mein nahin aaoge. jab zad mein nahin aaoge toh pareshani kya hai? saare logon ka haal yeh hai ke woh foran ghalat iqdaam kar ke logon ki conspiracy ke zad mein aa jaate hain.</w:t>
      </w:r>
    </w:p>
    <w:p>
      <w:pPr>
        <w:jc w:val="right"/>
      </w:pPr>
      <w:r>
        <w:t>کیونکہ تم لوگوں کی کانسپریسی زد میں نہیں آؤ گے۔ جب زد میں نہیں آؤ گے تو پریشانی کیا ہے؟ سارے لوگوں کا حال یہ ہے کہ وہ فوراً غلط اقدام کر کے لوگوں کی کانسپریسی کے زد میں آ جاتے ہیں۔</w:t>
      </w:r>
    </w:p>
    <w:p>
      <w:r>
        <w:rPr>
          <w:b/>
        </w:rPr>
        <w:t xml:space="preserve">[34:58] </w:t>
      </w:r>
      <w:r>
        <w:t>aap ghalat iqdaam nahin kijiye, logon ki conspiracy ke zad mein na aaiye toh kuch bhi nahin hone wala hai.</w:t>
      </w:r>
    </w:p>
    <w:p>
      <w:pPr>
        <w:jc w:val="right"/>
      </w:pPr>
      <w:r>
        <w:t>آپ غلط اقدام نہیں کیجئے، لوگوں کی کانسپریسی کے زد میں نہ آئیے تو کچھ بھی نہیں ہونے والا ہے۔</w:t>
      </w:r>
    </w:p>
    <w:p>
      <w:r>
        <w:rPr>
          <w:b/>
        </w:rPr>
        <w:t xml:space="preserve">[35:10] </w:t>
      </w:r>
      <w:r>
        <w:t>toh itni badi tabahi ho rahi hai misr mein. yeh sab kis liye ho rahi hai? apni khud hi state policies ki price de rahe hain woh</w:t>
      </w:r>
    </w:p>
    <w:p>
      <w:pPr>
        <w:jc w:val="right"/>
      </w:pPr>
      <w:r>
        <w:t>تو اتنی بڑی تباہی ہو رہی ہے مصر میں۔ یہ سب کس لیے ہو رہی ہے؟ اپنی خود ہی اسٹیوٹ پالیسیز کی پرائز دے رہے ہیں وہ</w:t>
      </w:r>
    </w:p>
    <w:p>
      <w:r>
        <w:rPr>
          <w:b/>
        </w:rPr>
        <w:t xml:space="preserve">[35:23] </w:t>
      </w:r>
      <w:r>
        <w:t>aur kuch nahin.</w:t>
      </w:r>
    </w:p>
    <w:p>
      <w:pPr>
        <w:jc w:val="right"/>
      </w:pPr>
      <w:r>
        <w:t>اور کچھ نہیں۔</w:t>
      </w:r>
    </w:p>
    <w:p>
      <w:r>
        <w:rPr>
          <w:b/>
        </w:rPr>
        <w:t xml:space="preserve">[35:27] </w:t>
      </w:r>
      <w:r>
        <w:t>they are paying the price of their own state policies.</w:t>
      </w:r>
    </w:p>
    <w:p>
      <w:pPr>
        <w:jc w:val="right"/>
      </w:pPr>
      <w:r>
        <w:t>دے آر پینگ دا پرائس آف دیر اون اسٹیوٹ پالیسیز۔</w:t>
      </w:r>
    </w:p>
    <w:p>
      <w:r>
        <w:rPr>
          <w:b/>
        </w:rPr>
        <w:t xml:space="preserve">[35:35] </w:t>
      </w:r>
      <w:r>
        <w:t>dekhein, politics mein kaha jata hai ke "politics is the art of the possible". party, politics jo hai, mumkin ka khel hai.</w:t>
      </w:r>
    </w:p>
    <w:p>
      <w:pPr>
        <w:jc w:val="right"/>
      </w:pPr>
      <w:r>
        <w:t>دیکھیں، پولیٹکس میں کہا جاتا ہے کہ "پولیٹکس از دا آرٹ آف دا پوسیبل"۔ پارٹی، پولیٹکس جو ہے، ممکن کا کھیل ہے۔</w:t>
      </w:r>
    </w:p>
    <w:p>
      <w:r>
        <w:rPr>
          <w:b/>
        </w:rPr>
        <w:t xml:space="preserve">[35:47] </w:t>
      </w:r>
      <w:r>
        <w:t>yani jo mumkin hai, us ko achieve karne ke liye plan banaiye. jo mumkin nahin hai, us ko achieve karne ke liye plan mat banaiye. kehta hai simple formula hai.</w:t>
      </w:r>
    </w:p>
    <w:p>
      <w:pPr>
        <w:jc w:val="right"/>
      </w:pPr>
      <w:r>
        <w:t>یعنی جو ممکن ہے، اس کو اچیو کرنے کے لیے پلان بنائیے۔ جو ممکن نہیں ہے، اس کو اچیو کرنے کے لیے پلان مت بنائیے۔ کہتا ہے سمپل فارمولا ہے۔</w:t>
      </w:r>
    </w:p>
    <w:p>
      <w:r>
        <w:rPr>
          <w:b/>
        </w:rPr>
        <w:t xml:space="preserve">[35:58] </w:t>
      </w:r>
      <w:r>
        <w:t>toh arbon ne 1948 mein balfour verdict ke baad aisa plan banaya jo achievable hi nahin tha.</w:t>
      </w:r>
    </w:p>
    <w:p>
      <w:pPr>
        <w:jc w:val="right"/>
      </w:pPr>
      <w:r>
        <w:t>تو عربوں نے 1948 میں بالفور ورڈکٹ کے بعد ایسا پلان بنایا جو اچیو ایبل ہی نہیں تھا۔</w:t>
      </w:r>
    </w:p>
    <w:p>
      <w:r>
        <w:rPr>
          <w:b/>
        </w:rPr>
        <w:t xml:space="preserve">[36:07] </w:t>
      </w:r>
      <w:r>
        <w:t>saray se</w:t>
      </w:r>
    </w:p>
    <w:p>
      <w:pPr>
        <w:jc w:val="right"/>
      </w:pPr>
      <w:r>
        <w:t>سرے سے</w:t>
      </w:r>
    </w:p>
    <w:p>
      <w:r>
        <w:rPr>
          <w:b/>
        </w:rPr>
        <w:t xml:space="preserve">[36:11] </w:t>
      </w:r>
      <w:r>
        <w:t>phir unhon ne suez canal ko nationalize kiya. woh bhi us ko afford nahin kar sakte thay, us iqdaam ko.</w:t>
      </w:r>
    </w:p>
    <w:p>
      <w:pPr>
        <w:jc w:val="right"/>
      </w:pPr>
      <w:r>
        <w:t>پھر انہوں نے سوئز کینال کو نیشنلائز کیا۔ وہ بھی اس کو افورڈ نہیں کر سکتے تھے، اس اقدام کو۔</w:t>
      </w:r>
    </w:p>
    <w:p>
      <w:r>
        <w:rPr>
          <w:b/>
        </w:rPr>
        <w:t xml:space="preserve">[36:20] </w:t>
      </w:r>
      <w:r>
        <w:t>toh isi ki price paayi unhon ne.</w:t>
      </w:r>
    </w:p>
    <w:p>
      <w:pPr>
        <w:jc w:val="right"/>
      </w:pPr>
      <w:r>
        <w:t>تو اسی کی پرائس پائی انہوں نے۔</w:t>
      </w:r>
    </w:p>
    <w:p>
      <w:r>
        <w:rPr>
          <w:b/>
        </w:rPr>
        <w:t xml:space="preserve">[36:27] </w:t>
      </w:r>
      <w:r>
        <w:t>dekhiye, is mein ek aham baat yeh hai ke dunya mein Allah taala ne aap ko is liye nahin bheja hai ke aap ladte phirte rahen, shikayaten karte rahen, protest karte rahen.</w:t>
      </w:r>
    </w:p>
    <w:p>
      <w:pPr>
        <w:jc w:val="right"/>
      </w:pPr>
      <w:r>
        <w:t>دیکھیے، اس میں ایک اہم بات یہ ہے کہ دنیا میں اللہ تعالی نے آپ کو اس لیے نہیں بھیجا ہے کہ آپ لڑتے پھرتے رہیں، شکایتیں کرتے رہیں، پروٹیسٹ کرتے رہیں۔</w:t>
      </w:r>
    </w:p>
    <w:p>
      <w:r>
        <w:rPr>
          <w:b/>
        </w:rPr>
        <w:t xml:space="preserve">[36:38] </w:t>
      </w:r>
      <w:r>
        <w:t>is liye nahin bheja hai. yahan aap ko kuch positive gain ke liye bheja hai. woh gain kya hai? apni shakhsiyat ki taameer, apni personality ki taameer.</w:t>
      </w:r>
    </w:p>
    <w:p>
      <w:pPr>
        <w:jc w:val="right"/>
      </w:pPr>
      <w:r>
        <w:t>اس لیے نہیں بھیجا ہے۔ یہاں آپ کو کچھ پوزیٹیو گین کے لیے بھیجا ہے۔ وہ گین کیا ہے؟ اپنی شخصیت کی تعمیر، اپنی پرسنیلٹی کی تعمیر۔</w:t>
      </w:r>
    </w:p>
    <w:p>
      <w:r>
        <w:rPr>
          <w:b/>
        </w:rPr>
        <w:t xml:space="preserve">[36:52] </w:t>
      </w:r>
      <w:r>
        <w:t>kis liye? taake aap jannat mein dakhle ke liye, aap ko jannat mein dakhle ke liye deserving candidate banen.</w:t>
      </w:r>
    </w:p>
    <w:p>
      <w:pPr>
        <w:jc w:val="right"/>
      </w:pPr>
      <w:r>
        <w:t>کس لیے؟ تاکہ آپ جنت میں داخلے کے لیے، آپ کو جنت میں داخلے کے لیے ڈیزروونگ کینڈیڈیٹ بنیں۔</w:t>
      </w:r>
    </w:p>
    <w:p>
      <w:r>
        <w:rPr>
          <w:b/>
        </w:rPr>
        <w:t xml:space="preserve">[37:04] </w:t>
      </w:r>
      <w:r>
        <w:t>yani aap is dunya mein is liye aaye hain ke apne andar, apni personality ke andar woh shakhsiyat banayen, woh positive shakhsiyat, woh divine shakhsiyat jo agli dunya mein, aakhirat mein,</w:t>
      </w:r>
    </w:p>
    <w:p>
      <w:pPr>
        <w:jc w:val="right"/>
      </w:pPr>
      <w:r>
        <w:t>یعنی آپ اس دنیا میں اس لیے آئے ہیں کہ اپنے اندر، اپنی پرسنیلٹی کے اندر وہ شخصیت بنائیں، وہ پوزیٹیو شخصیت، وہ ڈیوائن شخصیت جو اگلی دنیا میں، آخرت میں،</w:t>
      </w:r>
    </w:p>
    <w:p>
      <w:r>
        <w:rPr>
          <w:b/>
        </w:rPr>
        <w:t xml:space="preserve">[37:19] </w:t>
      </w:r>
      <w:r>
        <w:t>jannat mein dakhle qabil samjhi jaye. toh yeh hai asal goal. yeh hai asal goal.</w:t>
      </w:r>
    </w:p>
    <w:p>
      <w:pPr>
        <w:jc w:val="right"/>
      </w:pPr>
      <w:r>
        <w:t>جنت میں داخلے قابل سمجھی جائے۔ تو یہ ہے اصل گول۔ یہ ہے اصل گول۔</w:t>
      </w:r>
    </w:p>
    <w:p>
      <w:r>
        <w:rPr>
          <w:b/>
        </w:rPr>
        <w:t xml:space="preserve">[37:29] </w:t>
      </w:r>
      <w:r>
        <w:t>lekin log kya kar rahe hain? ladai burai mein asal goal par kuch kar hi nahin paate.</w:t>
      </w:r>
    </w:p>
    <w:p>
      <w:pPr>
        <w:jc w:val="right"/>
      </w:pPr>
      <w:r>
        <w:t>لیکن لوگ کیا کر رہے ہیں؟ لڑائی برائی میں اصل گول پر کچھ کر ہی نہیں پاتے۔</w:t>
      </w:r>
    </w:p>
    <w:p>
      <w:r>
        <w:rPr>
          <w:b/>
        </w:rPr>
        <w:t xml:space="preserve">[37:37] </w:t>
      </w:r>
      <w:r>
        <w:t>koi more and more ki nafsiyat mein mubtala rehta hai toh more and more mein phansa rehta hai. woh kar nahin paata kuch.</w:t>
      </w:r>
    </w:p>
    <w:p>
      <w:pPr>
        <w:jc w:val="right"/>
      </w:pPr>
      <w:r>
        <w:t>کوئی مور اینڈ مور کے نفسیات میں مبتلا رہتا ہے تو مور اینڈ مور میں پھنسا رہتا ہے۔ وہ کر نہیں پاتا کچھ۔</w:t>
      </w:r>
    </w:p>
    <w:p>
      <w:r>
        <w:rPr>
          <w:b/>
        </w:rPr>
        <w:t xml:space="preserve">[37:47] </w:t>
      </w:r>
      <w:r>
        <w:t>kuch log jo hain, yeh karte hain ke woh ek idealism mind mein le liya unhon ne, us ke liye lad phir rahe hain.</w:t>
      </w:r>
    </w:p>
    <w:p>
      <w:pPr>
        <w:jc w:val="right"/>
      </w:pPr>
      <w:r>
        <w:t>کچھ لوگ جو ہیں، یہ کرتے ہیں کہ وہ ایک آئیڈیلزم مائنڈ میں لے لیا انہوں نے، اس کے لیے لڑ پھر رہے ہیں۔</w:t>
      </w:r>
    </w:p>
    <w:p>
      <w:r>
        <w:rPr>
          <w:b/>
        </w:rPr>
        <w:t xml:space="preserve">[37:58] </w:t>
      </w:r>
      <w:r>
        <w:t>inhein bhi kuch moqa nahi milta ke apni shakhsiyat ki taameer karein. kaisi ajeeb mehroomi hai!</w:t>
      </w:r>
    </w:p>
    <w:p>
      <w:pPr>
        <w:jc w:val="right"/>
      </w:pPr>
      <w:r>
        <w:t>انہیں بھی کچھ موقع نہیں ملتا کہ اپنی شخصیت کی تعمیر کریں۔ کیسی عجیب محرومی ہے!</w:t>
      </w:r>
    </w:p>
    <w:p>
      <w:r>
        <w:rPr>
          <w:b/>
        </w:rPr>
        <w:t xml:space="preserve">[38:05] </w:t>
      </w:r>
      <w:r>
        <w:t>aap sochiye, kaisi ajeeb mehroomi hai!</w:t>
      </w:r>
    </w:p>
    <w:p>
      <w:pPr>
        <w:jc w:val="right"/>
      </w:pPr>
      <w:r>
        <w:t>آپ سوچیے، کیسی عجیب محرومی ہے!</w:t>
      </w:r>
    </w:p>
    <w:p>
      <w:r>
        <w:rPr>
          <w:b/>
        </w:rPr>
        <w:t xml:space="preserve">[38:12] </w:t>
      </w:r>
      <w:r>
        <w:t>jaisa ke main ne arz kiya, yeh insaan, yeh jo aap ka wajood hai, yeh is ki, is ki design ki gayi hai bohat hi, bohat hi, yani khaas plant ke tehat.</w:t>
      </w:r>
    </w:p>
    <w:p>
      <w:pPr>
        <w:jc w:val="right"/>
      </w:pPr>
      <w:r>
        <w:t>جیسا کہ میں نے عرض کیا، یہ انسان، یہ جو آپ کا وجود ہے، یہ اس کی، اس کی ڈیزائن کی گئی ہے بہت ہی، بہت ہی، یعنی خاص پلانٹ کے تحت۔</w:t>
      </w:r>
    </w:p>
    <w:p>
      <w:r>
        <w:rPr>
          <w:b/>
        </w:rPr>
        <w:t xml:space="preserve">[38:30] </w:t>
      </w:r>
      <w:r>
        <w:t>woh kya hai? ke aap apne is wajood ko, is ke, is ka jo habitat hai, wahan pohncha sakein, yani paradise mein pohncha sakein.</w:t>
      </w:r>
    </w:p>
    <w:p>
      <w:pPr>
        <w:jc w:val="right"/>
      </w:pPr>
      <w:r>
        <w:t>وہ کیا ہے؟ کہ آپ اپنے اس وجود کو، اس کے، اس کا جو ہیبیٹیٹ ہے، وہاں پہنچا سکیں، یعنی پیرائیز میں پہنچا سکیں۔</w:t>
      </w:r>
    </w:p>
    <w:p>
      <w:r>
        <w:rPr>
          <w:b/>
        </w:rPr>
        <w:t xml:space="preserve">[38:39] </w:t>
      </w:r>
      <w:r>
        <w:t>to sara concern aap ka yeh hona chahiye. aap ka concern yeh hona chahiye. baqi jo cheezein hain, woh aap ka concern nahi hain.</w:t>
      </w:r>
    </w:p>
    <w:p>
      <w:pPr>
        <w:jc w:val="right"/>
      </w:pPr>
      <w:r>
        <w:t>تو سارا کنسرن آپ کا یہ ہونا چاہیے۔ آپ کا کنسرن یہ ہونا چاہیے۔ باقی جو چیزیں ہیں، وہ آپ کا کنسرن نہیں ہیں۔</w:t>
      </w:r>
    </w:p>
    <w:p>
      <w:r>
        <w:rPr>
          <w:b/>
        </w:rPr>
        <w:t xml:space="preserve">[38:51] </w:t>
      </w:r>
      <w:r>
        <w:t>lekin insaan kya karta hai? ke isi cheez ko apna concern nahi banata jis ke liye is dunya mein ise rakha gaya tha.</w:t>
      </w:r>
    </w:p>
    <w:p>
      <w:pPr>
        <w:jc w:val="right"/>
      </w:pPr>
      <w:r>
        <w:t>لیکن انسان کیا کرتا ہے؟ کہ اسی چیز کو اپنا کنسرن نہیں بناتا جس کے لیے اس دنیا میں اسے رکھا گیا تھا۔</w:t>
      </w:r>
    </w:p>
    <w:p>
      <w:r>
        <w:rPr>
          <w:b/>
        </w:rPr>
        <w:t xml:space="preserve">[39:05] </w:t>
      </w:r>
      <w:r>
        <w:t>zalik jaza wa mutrakah, yani apne aap ko yahan par dunya mein mazkah shakhsiyat ke roop mein develop karna hai.</w:t>
      </w:r>
    </w:p>
    <w:p>
      <w:pPr>
        <w:jc w:val="right"/>
      </w:pPr>
      <w:r>
        <w:t>ذالک جزا و مترکہ، یعنی اپنے آپ کو یہاں پر دنیا میں مذکہ شخصیت کے روپ میں ڈیولپ کرنا ہے۔</w:t>
      </w:r>
    </w:p>
    <w:p>
      <w:r>
        <w:rPr>
          <w:b/>
        </w:rPr>
        <w:t xml:space="preserve">[39:18] </w:t>
      </w:r>
      <w:r>
        <w:t>mazkah shakhsiyat ke roop mein develop karna hai taake aap jannat mein entry pa sakein. isi se bekhabar hai.</w:t>
      </w:r>
    </w:p>
    <w:p>
      <w:pPr>
        <w:jc w:val="right"/>
      </w:pPr>
      <w:r>
        <w:t>مذکہ شخصیت کے روپ میں ڈیولپ کرنا ہے تاکہ آپ جنت میں انٹری پا سکیں۔ اسی سے بے خبر ہے۔</w:t>
      </w:r>
    </w:p>
    <w:p>
      <w:r>
        <w:rPr>
          <w:b/>
        </w:rPr>
        <w:t xml:space="preserve">[39:26] </w:t>
      </w:r>
      <w:r>
        <w:t>aadmi doosre doosri cheezon ko is ne apna concern bana liya, apna goal bana liya.</w:t>
      </w:r>
    </w:p>
    <w:p>
      <w:pPr>
        <w:jc w:val="right"/>
      </w:pPr>
      <w:r>
        <w:t>آدمی دوسرے دوسری چیزوں کو اس نے اپنا کنسرن بنا لیا، اپنا گول بنا لیا۔</w:t>
      </w:r>
    </w:p>
    <w:p>
      <w:r>
        <w:rPr>
          <w:b/>
        </w:rPr>
        <w:t xml:space="preserve">[39:35] </w:t>
      </w:r>
      <w:r>
        <w:t>neeche kaisi ajeeb tragedy hai ke aadmi aik aise khatme ki taraf ja raha hai, yani maut ki taraf. aap ghor kijiye, jis din aadmi marta hai, beshumar log mar chuke.</w:t>
      </w:r>
    </w:p>
    <w:p>
      <w:pPr>
        <w:jc w:val="right"/>
      </w:pPr>
      <w:r>
        <w:t>نیچے کیسی عجیب ٹریجیڈی ہے کہ آدمی ایک ایسے خاتمے کی طرف جا رہا ہے، یعنی موت کی طرف۔ آپ غور کیجئے، جس دن آدمی مرتا ہے، بے شمار لوگ مر چکے۔</w:t>
      </w:r>
    </w:p>
    <w:p>
      <w:r>
        <w:rPr>
          <w:b/>
        </w:rPr>
        <w:t xml:space="preserve">[39:50] </w:t>
      </w:r>
      <w:r>
        <w:t>main sochta rehta hoon aksar ke marne ke baad jab unhon ne dekha hoga akhirat ka manzar to kaisa ajeeb dhakka laga hoga un ko.</w:t>
      </w:r>
    </w:p>
    <w:p>
      <w:pPr>
        <w:jc w:val="right"/>
      </w:pPr>
      <w:r>
        <w:t>میں سوچتا رہتا ہوں اکثر کہ مرنے کے بعد جب انہوں نے دیکھا ہوگا آخرت کا منظر تو کیسا عجیب دھکا لگا ہوگا ان کو۔</w:t>
      </w:r>
    </w:p>
    <w:p>
      <w:r>
        <w:rPr>
          <w:b/>
        </w:rPr>
        <w:t xml:space="preserve">[40:03] </w:t>
      </w:r>
      <w:r>
        <w:t>ajeeb dhakka!</w:t>
      </w:r>
    </w:p>
    <w:p>
      <w:pPr>
        <w:jc w:val="right"/>
      </w:pPr>
      <w:r>
        <w:t>عجیب دھکا!</w:t>
      </w:r>
    </w:p>
    <w:p>
      <w:r>
        <w:rPr>
          <w:b/>
        </w:rPr>
        <w:t xml:space="preserve">[40:08] </w:t>
      </w:r>
      <w:r>
        <w:t>ashar ko kahein ke kathi baat kya? aur hum ne samjha tha kya? kathi baat kya? hum ne samjha tha kya?</w:t>
      </w:r>
    </w:p>
    <w:p>
      <w:pPr>
        <w:jc w:val="right"/>
      </w:pPr>
      <w:r>
        <w:t>عشائر کو کہیں کہ کتھی بات کیا؟ اور ہم نے سمجھا تھا کیا؟ کتھی بات کیا؟ ہم نے سمجھا تھا کیا؟</w:t>
      </w:r>
    </w:p>
    <w:p>
      <w:r>
        <w:rPr>
          <w:b/>
        </w:rPr>
        <w:t xml:space="preserve">[40:19] </w:t>
      </w:r>
      <w:r>
        <w:t>aap bataiye, kaisi ajeeb hasrat hogi insaan ke oopar, kaisi ajeeb mehroomi hogi? isi ko kaha gaya hai ke log ke chehre kaale ho jayenge.</w:t>
      </w:r>
    </w:p>
    <w:p>
      <w:pPr>
        <w:jc w:val="right"/>
      </w:pPr>
      <w:r>
        <w:t>آپ بتائیے، کیسی عجیب حسرت ہوگی انسان کے اوپر، کیسی عجیب محرومی ہوگی؟ اسی کو کہا گیا ہے کہ لوگ کے چہرے کالے ہو جائیں گے۔</w:t>
      </w:r>
    </w:p>
    <w:p>
      <w:r>
        <w:rPr>
          <w:b/>
        </w:rPr>
        <w:t xml:space="preserve">[40:33] </w:t>
      </w:r>
      <w:r>
        <w:t>kaale kya hain? kaale ka matlab hai ke kaale ki position nahi. kaale</w:t>
      </w:r>
    </w:p>
    <w:p>
      <w:pPr>
        <w:jc w:val="right"/>
      </w:pPr>
      <w:r>
        <w:t>کالے کیا ہیں؟ کالے کا مطلب ہے کہ کالے کی پوزیشن نہیں۔ کال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