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 of Islam A Role Model 16 Jan, 2011 - Maulana Wahiduddin Khan</w:t>
      </w:r>
    </w:p>
    <w:p>
      <w:r>
        <w:t>https://www.youtube.com/watch?v=ya0bvV77BLc</w:t>
      </w:r>
    </w:p>
    <w:p>
      <w:r>
        <w:rPr>
          <w:b/>
        </w:rPr>
        <w:t xml:space="preserve">[00:13] </w:t>
      </w:r>
      <w:r>
        <w:t>bismillah rahman rahim, wa salallahu ala nabiyil karim. rab ishrah li sadri, wa yassir li amri,</w:t>
      </w:r>
    </w:p>
    <w:p>
      <w:pPr>
        <w:jc w:val="right"/>
      </w:pPr>
      <w:r>
        <w:t>بسم اللہ الرحمن الرحیم، وصلی اللہ علی 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[00:35] </w:t>
      </w:r>
      <w:r>
        <w:t>aaj ka topic hai:</w:t>
      </w:r>
    </w:p>
    <w:p>
      <w:pPr>
        <w:jc w:val="right"/>
      </w:pPr>
      <w:r>
        <w:t>آج کا ٹاپک ہے:</w:t>
      </w:r>
    </w:p>
    <w:p>
      <w:r>
        <w:rPr>
          <w:b/>
        </w:rPr>
        <w:t xml:space="preserve">[00:40] </w:t>
      </w:r>
      <w:r>
        <w:t>profit of Islam, a role model. yani, paighambar Islam aik namoona, aik uswa.</w:t>
      </w:r>
    </w:p>
    <w:p>
      <w:pPr>
        <w:jc w:val="right"/>
      </w:pPr>
      <w:r>
        <w:t>پرافٹ آف اسلام، ا رول ماڈل۔ یعنی، پیغمبر اسلام ایک نمونہ، ایک اسوہ۔</w:t>
      </w:r>
    </w:p>
    <w:p>
      <w:r>
        <w:rPr>
          <w:b/>
        </w:rPr>
        <w:t xml:space="preserve">[00:57] </w:t>
      </w:r>
      <w:r>
        <w:t>yeh topic quran ki aik ayat par base karta hai. woh ayat yeh hai: laqad kana lakum fi rasoolillahi uswatun hasanah.</w:t>
      </w:r>
    </w:p>
    <w:p>
      <w:pPr>
        <w:jc w:val="right"/>
      </w:pPr>
      <w:r>
        <w:t>یہ ٹاپک قرآن کی ایک آیت پر بیس کرتا ہے۔ وہ آیت یہ ہے: لقد کان لکم فی رسول اللہ اسوۃ حسنہ۔</w:t>
      </w:r>
    </w:p>
    <w:p>
      <w:r>
        <w:rPr>
          <w:b/>
        </w:rPr>
        <w:t xml:space="preserve">[01:12] </w:t>
      </w:r>
      <w:r>
        <w:t>tumhare liye Allah ke rasool mein behtareen namoona hai.</w:t>
      </w:r>
    </w:p>
    <w:p>
      <w:pPr>
        <w:jc w:val="right"/>
      </w:pPr>
      <w:r>
        <w:t>تمہارے لیے اللہ کے رسول میں بہترین نمونہ ہے۔</w:t>
      </w:r>
    </w:p>
    <w:p>
      <w:r>
        <w:rPr>
          <w:b/>
        </w:rPr>
        <w:t xml:space="preserve">[01:19] </w:t>
      </w:r>
      <w:r>
        <w:t>is ayat ka jo khitab hai, ya jo address kar rahi hai, saare insaanon ko.</w:t>
      </w:r>
    </w:p>
    <w:p>
      <w:pPr>
        <w:jc w:val="right"/>
      </w:pPr>
      <w:r>
        <w:t>اس آیت کا جو خطاب ہے، یا جو ایڈریس کر رہی ہے، سارے انسانوں کو۔</w:t>
      </w:r>
    </w:p>
    <w:p>
      <w:r>
        <w:rPr>
          <w:b/>
        </w:rPr>
        <w:t xml:space="preserve">[01:28] </w:t>
      </w:r>
      <w:r>
        <w:t>poore poore insaanon ke liye quran utra hai. to insaanon ka khaliq is ayat mein saare insaanon ko address kar raha hai ke tumhare liye khatam un nabiyyin mein behtareen namoona hai.</w:t>
      </w:r>
    </w:p>
    <w:p>
      <w:pPr>
        <w:jc w:val="right"/>
      </w:pPr>
      <w:r>
        <w:t>پورے پورے انسانوں کے لیے قرآن اترا ہے۔ تو انسانوں کا خالق اس آیت میں سارے انسانوں کو ایڈریس کر رہا ہے کہ تمہارے لیے خاتم النبیین میں بہترین نمونہ ہے۔</w:t>
      </w:r>
    </w:p>
    <w:p>
      <w:r>
        <w:rPr>
          <w:b/>
        </w:rPr>
        <w:t xml:space="preserve">[01:47] </w:t>
      </w:r>
      <w:r>
        <w:t>lekin namoona kisi limited maani mein nahi ho sakta. poori zindagi ke maani mein hona chahiye.</w:t>
      </w:r>
    </w:p>
    <w:p>
      <w:pPr>
        <w:jc w:val="right"/>
      </w:pPr>
      <w:r>
        <w:t>لیکن نمونہ کسی لمیٹڈ معنی میں نہیں ہو سکتا۔ پوری زندگی کے معنی میں ہونا چاہیے۔</w:t>
      </w:r>
    </w:p>
    <w:p>
      <w:r>
        <w:rPr>
          <w:b/>
        </w:rPr>
        <w:t xml:space="preserve">[01:58] </w:t>
      </w:r>
      <w:r>
        <w:t>aam taur par uswa ka lafz jab bola jata hai, uswa rasool ka, to kuch mehdood cheezon ko le lete hain. jaise daadhi, kapda,</w:t>
      </w:r>
    </w:p>
    <w:p>
      <w:pPr>
        <w:jc w:val="right"/>
      </w:pPr>
      <w:r>
        <w:t>عام طور پر اسوہ کا لفظ جب بولا جاتا ہے، اسوہ رسول کا، تو کچھ محدود چیزوں کو لے لیتے ہیں۔ جیسے داڑھی، کپڑا،</w:t>
      </w:r>
    </w:p>
    <w:p>
      <w:r>
        <w:rPr>
          <w:b/>
        </w:rPr>
        <w:t xml:space="preserve">[02:11] </w:t>
      </w:r>
      <w:r>
        <w:t>waghaira. aisa nahi hai. yeh sari cheezein hain, is mein shamil hain.</w:t>
      </w:r>
    </w:p>
    <w:p>
      <w:pPr>
        <w:jc w:val="right"/>
      </w:pPr>
      <w:r>
        <w:t>وغیرہ۔ ایسا نہیں ہے۔ یہ ساری چیزیں ہیں، اس میں شامل ہیں۔</w:t>
      </w:r>
    </w:p>
    <w:p>
      <w:r>
        <w:rPr>
          <w:b/>
        </w:rPr>
        <w:t xml:space="preserve">[02:20] </w:t>
      </w:r>
      <w:r>
        <w:t>jaise namaz ke bare mein aata hai ke: salu kama rawayatmani asli. yani mujh ko namoona bana kar namaz parho.</w:t>
      </w:r>
    </w:p>
    <w:p>
      <w:pPr>
        <w:jc w:val="right"/>
      </w:pPr>
      <w:r>
        <w:t>جیسے نماز کے بارے میں آتا ہے کہ: صلو کما روایتمنی اصلی۔ یعنی مجھ کو نمونہ بنا کر نماز پڑھو۔</w:t>
      </w:r>
    </w:p>
    <w:p>
      <w:r>
        <w:rPr>
          <w:b/>
        </w:rPr>
        <w:t xml:space="preserve">[02:35] </w:t>
      </w:r>
      <w:r>
        <w:t>mujh ko dekho ke main kaise namaz parta hoon. yani Allah ki ibadat waisi karo jaise ke main karta hoon. aise hi haj ke bare mein hai: khudu anni manasikakum.</w:t>
      </w:r>
    </w:p>
    <w:p>
      <w:pPr>
        <w:jc w:val="right"/>
      </w:pPr>
      <w:r>
        <w:t>مجھ کو دیکھو کہ میں کیسے نماز پڑھتا ہوں۔ یعنی اللہ کی عبادت ویسی کرو جیسے کہ میں کرتا ہوں۔ ایسے ہی حج کے بارے میں ہے: خذو عنی مناسککم۔</w:t>
      </w:r>
    </w:p>
    <w:p>
      <w:r>
        <w:rPr>
          <w:b/>
        </w:rPr>
        <w:t xml:space="preserve">[02:51] </w:t>
      </w:r>
      <w:r>
        <w:t>mujh se haj ke manasik seekho. wahan bhi yahi baat hai ke dekho. rasool Allah ne haj jab kiya tha, hajja al wida, to aap oont par baith kar aap ne haj kiya tha.</w:t>
      </w:r>
    </w:p>
    <w:p>
      <w:pPr>
        <w:jc w:val="right"/>
      </w:pPr>
      <w:r>
        <w:t>مجھ سے حج کے مناسک سیکھو۔ وہاں بھی یہی بات ہے کہ دیکھو۔ رسول اللہ نے حج جب کیا تھا، حجۃ الوداع، تو آپ اونٹ پر بیٹھ کر آپ نے حج کیا تھا۔</w:t>
      </w:r>
    </w:p>
    <w:p>
      <w:r>
        <w:rPr>
          <w:b/>
        </w:rPr>
        <w:t xml:space="preserve">[03:05] </w:t>
      </w:r>
      <w:r>
        <w:t>yeh isi liye tha ke log dekhein. agar aap sab ke barabar mein hote to aap logon ko dikhai na detey.</w:t>
      </w:r>
    </w:p>
    <w:p>
      <w:pPr>
        <w:jc w:val="right"/>
      </w:pPr>
      <w:r>
        <w:t>یہ اسی لیے تھا کہ لوگ دیکھیں۔ اگر آپ سب کے برابر میں ہوتے تو آپ لوگوں کو دکھائی نہ دیتے۔</w:t>
      </w:r>
    </w:p>
    <w:p>
      <w:r>
        <w:rPr>
          <w:b/>
        </w:rPr>
        <w:t xml:space="preserve">[03:15] </w:t>
      </w:r>
      <w:r>
        <w:t>to kuch baaton mein yeh bata diya gaya ke yeh hai namoona. bohat si baaton mein bataya nahi gaya. lekin wahan hamein apni aql se kaam le kar yeh janna hai ke woh bhi namoona hai.</w:t>
      </w:r>
    </w:p>
    <w:p>
      <w:pPr>
        <w:jc w:val="right"/>
      </w:pPr>
      <w:r>
        <w:t>تو کچھ باتوں میں یہ بتا دیا گیا کہ یہ ہے نمونہ۔ بہت سی باتوں میں بتایا نہیں گیا۔ لیکن وہاں ہمیں اپنی عقل سے کام لے کر یہ جاننا ہے کہ وہ بھی نمونہ ہے۔</w:t>
      </w:r>
    </w:p>
    <w:p>
      <w:r>
        <w:rPr>
          <w:b/>
        </w:rPr>
        <w:t xml:space="preserve">[03:30] </w:t>
      </w:r>
      <w:r>
        <w:t>yani chahe woh na bola gaya ho ke yeh namoona hai, tab bhi is ko aap ko bator namoone ke lena hai.</w:t>
      </w:r>
    </w:p>
    <w:p>
      <w:pPr>
        <w:jc w:val="right"/>
      </w:pPr>
      <w:r>
        <w:t>یعنی چاہے وہ نہ بولا گیا ہو کہ یہ نمونہ ہے، تب بھی اس کو آپ کو بطور نمونے کے لینا ہے۔</w:t>
      </w:r>
    </w:p>
    <w:p>
      <w:r>
        <w:rPr>
          <w:b/>
        </w:rPr>
        <w:t xml:space="preserve">[03:42] </w:t>
      </w:r>
      <w:r>
        <w:t>ab dekhiye,</w:t>
      </w:r>
    </w:p>
    <w:p>
      <w:pPr>
        <w:jc w:val="right"/>
      </w:pPr>
      <w:r>
        <w:t>اب دیکھیے،</w:t>
      </w:r>
    </w:p>
    <w:p>
      <w:r>
        <w:rPr>
          <w:b/>
        </w:rPr>
        <w:t xml:space="preserve">[03:47] </w:t>
      </w:r>
      <w:r>
        <w:t>rasool Allah sal Allah alaihi wasallam ko jab 610 isvi mein ghar hira mein pehli wahi utri: iqra bisrabik alladhi khalaq.</w:t>
      </w:r>
    </w:p>
    <w:p>
      <w:pPr>
        <w:jc w:val="right"/>
      </w:pPr>
      <w:r>
        <w:t>رسول اللہ صلی اللہ علیہ وسلم کو جب 610 عیسوی میں غار حرا میں پہلی وحی اتری: یقربس بربک الذی خلق۔</w:t>
      </w:r>
    </w:p>
    <w:p>
      <w:r>
        <w:rPr>
          <w:b/>
        </w:rPr>
        <w:t xml:space="preserve">[04:01] </w:t>
      </w:r>
      <w:r>
        <w:t>to riwayat mein aata hai ke aap ghar wapas aaye, yani ghar hira se wahan aaye jahan Hazrat Khadija ka ghar tha, kyunke unhi ke paas aap rehte thay shadi ke baad.</w:t>
      </w:r>
    </w:p>
    <w:p>
      <w:pPr>
        <w:jc w:val="right"/>
      </w:pPr>
      <w:r>
        <w:t>تو روایات میں آتا ہے کہ آپ گھر واپس آئے، یعنی غار حرا سے وہاں آئے جہاں حضرت خدیجہ کا گھر تھا، کیونکہ انہی کے پاس آپ رہتے تھے شادی کے بعد۔</w:t>
      </w:r>
    </w:p>
    <w:p>
      <w:r>
        <w:rPr>
          <w:b/>
        </w:rPr>
        <w:t xml:space="preserve">[04:18] </w:t>
      </w:r>
      <w:r>
        <w:t>to aap par kuch ghabrahat taari thi. kyunke pehla tajurba tha yeh, farishte ka aana.</w:t>
      </w:r>
    </w:p>
    <w:p>
      <w:pPr>
        <w:jc w:val="right"/>
      </w:pPr>
      <w:r>
        <w:t>تو آپ پر کچھ گھبراہٹ طاری تھی۔ کیونکہ پہلا تجربہ تھا یہ، فرشتے کا آنا۔</w:t>
      </w:r>
    </w:p>
    <w:p>
      <w:r>
        <w:rPr>
          <w:b/>
        </w:rPr>
        <w:t xml:space="preserve">[04:30] </w:t>
      </w:r>
      <w:r>
        <w:t>to unhon ne Hazrat Khadija se apna tajurba bayan kiya. to unhon ne yeh mashwara diya ke makka mein aik aik christian scholar hain,</w:t>
      </w:r>
    </w:p>
    <w:p>
      <w:pPr>
        <w:jc w:val="right"/>
      </w:pPr>
      <w:r>
        <w:t>تو انہوں نے حضرت خدیجہ سے اپنا تجربہ بیان کیا۔ تو انہوں نے یہ مشورہ دیا کہ مکہ میں ایک ایک کرسچن اسکالر ہیں،</w:t>
      </w:r>
    </w:p>
    <w:p>
      <w:r>
        <w:rPr>
          <w:b/>
        </w:rPr>
        <w:t xml:space="preserve">[04:44] </w:t>
      </w:r>
      <w:r>
        <w:t>isai aalim, un ke paas chalen. un ka naam tha Warqa bin Naufal. woh taqreeban 90 saal ke ho chuke thay.</w:t>
      </w:r>
    </w:p>
    <w:p>
      <w:pPr>
        <w:jc w:val="right"/>
      </w:pPr>
      <w:r>
        <w:t>عیسائی عالم، ان کے پاس چلیں۔ ان کا نام تھا ورقہ بن نوفل۔ وہ تقریباً 90 سال کے ہو چکے تھے۔</w:t>
      </w:r>
    </w:p>
    <w:p>
      <w:r>
        <w:rPr>
          <w:b/>
        </w:rPr>
        <w:t xml:space="preserve">[04:55] </w:t>
      </w:r>
      <w:r>
        <w:t>dekhiye, is par aap un ke sath gaye wahan par. yeh bhi aik namoona hai. aap kehte hain ke un ke paas kyun jaon main?</w:t>
      </w:r>
    </w:p>
    <w:p>
      <w:pPr>
        <w:jc w:val="right"/>
      </w:pPr>
      <w:r>
        <w:t>دیکھیے، اس پر آپ ان کے ساتھ گئے وہاں پر۔ یہ بھی ایک نمونہ ہے۔ آپ کہتے ہیں کہ ان کے پاس کیوں جاؤں میں؟</w:t>
      </w:r>
    </w:p>
    <w:p>
      <w:r>
        <w:rPr>
          <w:b/>
        </w:rPr>
        <w:t xml:space="preserve">[05:05] </w:t>
      </w:r>
      <w:r>
        <w:t>woh to aik ghair muslim hain. woh aik isai hain. main aik muslim hoon, main momin hoon.</w:t>
      </w:r>
    </w:p>
    <w:p>
      <w:pPr>
        <w:jc w:val="right"/>
      </w:pPr>
      <w:r>
        <w:t>وہ تو ایک غیر مسلم ہیں۔ وہ ایک عیسائی ہیں۔ میں ایک مسلم ہوں، میں مومن ہوں۔</w:t>
      </w:r>
    </w:p>
    <w:p>
      <w:r>
        <w:rPr>
          <w:b/>
        </w:rPr>
        <w:t xml:space="preserve">[05:14] </w:t>
      </w:r>
      <w:r>
        <w:t>main isai ke paas kyun jaon? aap ne aisa nahi kiya.</w:t>
      </w:r>
    </w:p>
    <w:p>
      <w:pPr>
        <w:jc w:val="right"/>
      </w:pPr>
      <w:r>
        <w:t>میں عیسائی کے پاس کیوں جاؤں؟ آپ نے ایسا نہیں کیا۔</w:t>
      </w:r>
    </w:p>
    <w:p>
      <w:r>
        <w:rPr>
          <w:b/>
        </w:rPr>
        <w:t xml:space="preserve">[05:21] </w:t>
      </w:r>
      <w:r>
        <w:t>to is mein bohat bara sabak hai.</w:t>
      </w:r>
    </w:p>
    <w:p>
      <w:pPr>
        <w:jc w:val="right"/>
      </w:pPr>
      <w:r>
        <w:t>تو اس میں بہت بڑا سبق ہے۔</w:t>
      </w:r>
    </w:p>
    <w:p>
      <w:r>
        <w:rPr>
          <w:b/>
        </w:rPr>
        <w:t xml:space="preserve">[05:27] </w:t>
      </w:r>
      <w:r>
        <w:t>is par maine ghor kiya to mere samajh mein aaya ke rasool Allah woh insan thay jinhon ne Allah ko daryaft kiya tha.</w:t>
      </w:r>
    </w:p>
    <w:p>
      <w:pPr>
        <w:jc w:val="right"/>
      </w:pPr>
      <w:r>
        <w:t>اس پر میں نے غور کیا تو میرے سمجھ میں آیا کہ رسول اللہ وہ انسان تھے جنہوں نے اللہ کو دریافت کیا تھا۔</w:t>
      </w:r>
    </w:p>
    <w:p>
      <w:r>
        <w:rPr>
          <w:b/>
        </w:rPr>
        <w:t xml:space="preserve">[05:37] </w:t>
      </w:r>
      <w:r>
        <w:t>aap Allah mein jeene wale ban gaye thay.</w:t>
      </w:r>
    </w:p>
    <w:p>
      <w:pPr>
        <w:jc w:val="right"/>
      </w:pPr>
      <w:r>
        <w:t>آپ اللہ میں جینے والے بن گئے تھے۔</w:t>
      </w:r>
    </w:p>
    <w:p>
      <w:r>
        <w:rPr>
          <w:b/>
        </w:rPr>
        <w:t xml:space="preserve">[05:42] </w:t>
      </w:r>
      <w:r>
        <w:t>jo aadmi Allah mein jeene wala ban jaye to har doosri cheez us ke liye secondary ban jati hai. sab cheez secondary.</w:t>
      </w:r>
    </w:p>
    <w:p>
      <w:pPr>
        <w:jc w:val="right"/>
      </w:pPr>
      <w:r>
        <w:t>جو آدمی اللہ میں جینے والا بن جائے تو ہر دوسری چیز اس کے لیے سیکنڈری بن جاتی ہے۔ سب چیز سیکنڈری۔</w:t>
      </w:r>
    </w:p>
    <w:p>
      <w:r>
        <w:rPr>
          <w:b/>
        </w:rPr>
        <w:t xml:space="preserve">[05:55] </w:t>
      </w:r>
      <w:r>
        <w:t>yeh muslim hai, yeh ghair muslim hai. is ne meri izzat ki, is ne meri be izzati kar di. is ne mujhe yeh nuqsan pohanchaya, is ne mujhe faida pohanchaya.</w:t>
      </w:r>
    </w:p>
    <w:p>
      <w:pPr>
        <w:jc w:val="right"/>
      </w:pPr>
      <w:r>
        <w:t>یہ مسلم ہے، یہ غیر مسلم ہے۔ اس نے میری عزت کی، اس نے میری بے عزتی کر دی۔ اس نے مجھے یہ نقصان پہنچایا، اس نے مجھے فائدہ پہنچایا۔</w:t>
      </w:r>
    </w:p>
    <w:p>
      <w:r>
        <w:rPr>
          <w:b/>
        </w:rPr>
        <w:t xml:space="preserve">[06:04] </w:t>
      </w:r>
      <w:r>
        <w:t>yeh sari cheezein secondary ban jati hain.</w:t>
      </w:r>
    </w:p>
    <w:p>
      <w:pPr>
        <w:jc w:val="right"/>
      </w:pPr>
      <w:r>
        <w:t>یہ ساری چیزیں سیکنڈری بن جاتی ہیں۔</w:t>
      </w:r>
    </w:p>
    <w:p>
      <w:r>
        <w:rPr>
          <w:b/>
        </w:rPr>
        <w:t xml:space="preserve">[06:09] </w:t>
      </w:r>
      <w:r>
        <w:t>Allah us ke liye supreme concern ban jata hai. to un ko aage theek hai, chalo. woh isai aalim hain to is se kya hua? un ke paas bhi chaltay hain.</w:t>
      </w:r>
    </w:p>
    <w:p>
      <w:pPr>
        <w:jc w:val="right"/>
      </w:pPr>
      <w:r>
        <w:t>اللہ اس کے لیے سپریم کنسن بن جاتا ہے۔ تو ان کو آگے ٹھیک ہے، چلو۔ وہ عیسائی عالم ہیں تو اس سے کیا ہوا؟ ان کے پاس بھی چلتے ہیں۔</w:t>
      </w:r>
    </w:p>
    <w:p>
      <w:r>
        <w:rPr>
          <w:b/>
        </w:rPr>
        <w:t xml:space="preserve">[06:18] </w:t>
      </w:r>
      <w:r>
        <w:t>un se interaction hoga, un se experience hoga. yeh bohat bari misaal hai is baat ki ke jo aadmi Allah ko pa le, Allah ko discover kar le,</w:t>
      </w:r>
    </w:p>
    <w:p>
      <w:pPr>
        <w:jc w:val="right"/>
      </w:pPr>
      <w:r>
        <w:t>ان سے انٹریکشن ہوگا، ان سے ایکسپیرینس ہوگا۔ یہ بہت بڑی مثال ہے اس بات کی کہ جو آدمی اللہ کو پا لے، اللہ کو ڈسکور کر لے،</w:t>
      </w:r>
    </w:p>
    <w:p>
      <w:r>
        <w:rPr>
          <w:b/>
        </w:rPr>
        <w:t xml:space="preserve">[06:33] </w:t>
      </w:r>
      <w:r>
        <w:t>Allah mein jeene wala ban jaye, to us ke liye us ka haal kya hota hai? woh aik complex free soul ban jata hai.</w:t>
      </w:r>
    </w:p>
    <w:p>
      <w:pPr>
        <w:jc w:val="right"/>
      </w:pPr>
      <w:r>
        <w:t>اللہ میں جینے والا بن جائے، تو اس کے لیے اس کا حال کیا ہوتا ہے؟ وہ ایک کمپلیکس فری سول بن جاتا ہے۔</w:t>
      </w:r>
    </w:p>
    <w:p>
      <w:r>
        <w:rPr>
          <w:b/>
        </w:rPr>
        <w:t xml:space="preserve">[06:44] </w:t>
      </w:r>
      <w:r>
        <w:t>yeh jo soch hai logon ki, yeh apna hai, woh ghair hai. yeh muslim hai, woh non muslim hai. yeh dushman hai, woh dost hai.</w:t>
      </w:r>
    </w:p>
    <w:p>
      <w:pPr>
        <w:jc w:val="right"/>
      </w:pPr>
      <w:r>
        <w:t>یہ جو سوچ ہے لوگوں کی، یہ اپنا ہے، وہ غیر ہے۔ یہ مسلم ہے، وہ نان مسلم ہے۔ یہ دشمن ہے، وہ دوست ہے۔</w:t>
      </w:r>
    </w:p>
    <w:p>
      <w:r>
        <w:rPr>
          <w:b/>
        </w:rPr>
        <w:t xml:space="preserve">[06:55] </w:t>
      </w:r>
      <w:r>
        <w:t>yeh sab jo sochen hain, yeh sochen sab khatm ho jati hain. yani chunancha aap dekhen ke pehli surah hi mein yeh baat thi: iqra bismi rabbik allazi khalaq, khalaq al-insana min alaq, iqra wa rabbuk al-akram.</w:t>
      </w:r>
    </w:p>
    <w:p>
      <w:pPr>
        <w:jc w:val="right"/>
      </w:pPr>
      <w:r>
        <w:t>یہ سب جو سوچیں ہیں، یہ سوچیں سب ختم ہو جاتی ہیں۔ یعنی چنانچہ آپ دیکھیں کہ پہلی سورہ ہی میں یہ بات تھی: یقرا بسم ربک الذی خلق، خلق الانسان من علق، یقرا وربک الاکرم۔</w:t>
      </w:r>
    </w:p>
    <w:p>
      <w:r>
        <w:rPr>
          <w:b/>
        </w:rPr>
        <w:t xml:space="preserve">[07:15] </w:t>
      </w:r>
      <w:r>
        <w:t>tera rabb akram hai. jo doosri surah utri, al-muddathir, us mein bhi yahi baat thi: ya ayyuhal muddathir, qum fa anzir wa rabbaka fakabbir.</w:t>
      </w:r>
    </w:p>
    <w:p>
      <w:pPr>
        <w:jc w:val="right"/>
      </w:pPr>
      <w:r>
        <w:t>تیرا رب اکرم ہے۔ جو دوسری سورہ اتری، المدثر، اس میں بھی یہی بات تھی: یا ایہا المدثر، قم فانظر وربک فکبر۔</w:t>
      </w:r>
    </w:p>
    <w:p>
      <w:r>
        <w:rPr>
          <w:b/>
        </w:rPr>
        <w:t xml:space="preserve">[07:28] </w:t>
      </w:r>
      <w:r>
        <w:t>apne rabb ko akbar banao. to Khuda ko akbar banana, Khuda ko akram banana, Khuda ko sab se bara darja dena, yeh pehla sabaq tha aap ko.</w:t>
      </w:r>
    </w:p>
    <w:p>
      <w:pPr>
        <w:jc w:val="right"/>
      </w:pPr>
      <w:r>
        <w:t>اپنے رب کو اکبر بناؤ۔ تو خدا کو اکبر بنانا، خدا کو اکرم بنانا، خدا کو سب سے بڑا درجہ دینا، یہ پہلا سبق تھا آپ کو۔</w:t>
      </w:r>
    </w:p>
    <w:p>
      <w:r>
        <w:rPr>
          <w:b/>
        </w:rPr>
        <w:t xml:space="preserve">[07:43] </w:t>
      </w:r>
      <w:r>
        <w:t>jab aap ne Khuda ko sab se bara darja de diya to is ka matlab kya hua? sab barabar, doosre sab barabar hain. bara sirf aik hai.</w:t>
      </w:r>
    </w:p>
    <w:p>
      <w:pPr>
        <w:jc w:val="right"/>
      </w:pPr>
      <w:r>
        <w:t>جب آپ نے خدا کو سب سے بڑا درجہ دے دیا تو اس کا مطلب کیا ہوا؟ سب برابر، دوسرے سب برابر ہیں۔ بڑا صرف ایک ہے۔</w:t>
      </w:r>
    </w:p>
    <w:p>
      <w:r>
        <w:rPr>
          <w:b/>
        </w:rPr>
        <w:t xml:space="preserve">[07:56] </w:t>
      </w:r>
      <w:r>
        <w:t>yani everything other is equal. sab log equal hain, har cheez barabar hai.</w:t>
      </w:r>
    </w:p>
    <w:p>
      <w:pPr>
        <w:jc w:val="right"/>
      </w:pPr>
      <w:r>
        <w:t>یعنی ایوری تھنگ ادر از ایکول۔ سب لوگ ایکول ہیں، ہر چیز برابر ہے۔</w:t>
      </w:r>
    </w:p>
    <w:p>
      <w:r>
        <w:rPr>
          <w:b/>
        </w:rPr>
        <w:t xml:space="preserve">[08:05] </w:t>
      </w:r>
      <w:r>
        <w:t>kitna bara yeh pehla sabaq milta hai Rasool Allah ki zindagi se.</w:t>
      </w:r>
    </w:p>
    <w:p>
      <w:pPr>
        <w:jc w:val="right"/>
      </w:pPr>
      <w:r>
        <w:t>کتنا بڑا یہ پہلا سبق ملتا ہے رسول اللہ کی زندگی سے۔</w:t>
      </w:r>
    </w:p>
    <w:p>
      <w:r>
        <w:rPr>
          <w:b/>
        </w:rPr>
        <w:t xml:space="preserve">[08:14] </w:t>
      </w:r>
      <w:r>
        <w:t>kisi bhi cheez ko aap us ke baad bilkul objectively dekhne lage, as it is dekhne lage.</w:t>
      </w:r>
    </w:p>
    <w:p>
      <w:pPr>
        <w:jc w:val="right"/>
      </w:pPr>
      <w:r>
        <w:t>کسی بھی چیز کو آپ اس کے بعد بالکل ابجیکٹولی دیکھنے لگے، ایز اٹ از دیکھنے لگے۔</w:t>
      </w:r>
    </w:p>
    <w:p>
      <w:r>
        <w:rPr>
          <w:b/>
        </w:rPr>
        <w:t xml:space="preserve">[08:24] </w:t>
      </w:r>
      <w:r>
        <w:t>kisi complex ke baghair dekhne lage, kisi bias ke baghair dekhne lage. warna aap dekhiye ke aik aik aik shakhs jis ko Khuda ne peghambar banaya hai, jis ko Islam ka founder banna hai,</w:t>
      </w:r>
    </w:p>
    <w:p>
      <w:pPr>
        <w:jc w:val="right"/>
      </w:pPr>
      <w:r>
        <w:t>کسی کمپلیکس کے بغیر دیکھنے لگے، کسی بائس کے بغیر دیکھنے لگے۔ ورنہ آپ دیکھیے کہ ایک ایک ایک شخص جس کو خدا نے پیغمبر بنایا ہے، جس کو اسلام کا فاؤنڈر بننا ہے،</w:t>
      </w:r>
    </w:p>
    <w:p>
      <w:r>
        <w:rPr>
          <w:b/>
        </w:rPr>
        <w:t xml:space="preserve">[08:40] </w:t>
      </w:r>
      <w:r>
        <w:t>woh jata hai sab se pehle kis ke paas? aik Christian aalim ke paas. aur bilkul normal tareeqe se baat karta hai wahan.</w:t>
      </w:r>
    </w:p>
    <w:p>
      <w:pPr>
        <w:jc w:val="right"/>
      </w:pPr>
      <w:r>
        <w:t>وہ جاتا ہے سب سے پہلے کس کے پاس؟ ایک کرسچن عالم کے پاس۔ اور بالکل نارمل طریقے سے بات کرتا ہے وہاں۔</w:t>
      </w:r>
    </w:p>
    <w:p>
      <w:r>
        <w:rPr>
          <w:b/>
        </w:rPr>
        <w:t xml:space="preserve">[08:51] </w:t>
      </w:r>
      <w:r>
        <w:t>to yeh yeh jo cheez hai, is ko main kahoon ke high thinking. yeh high thinking hai.</w:t>
      </w:r>
    </w:p>
    <w:p>
      <w:pPr>
        <w:jc w:val="right"/>
      </w:pPr>
      <w:r>
        <w:t>تو یہ یہ جو چیز ہے، اس کو میں کہوں کہ ہائی تھنکنگ۔ یہ ہائی تھنکنگ ہے۔</w:t>
      </w:r>
    </w:p>
    <w:p>
      <w:r>
        <w:rPr>
          <w:b/>
        </w:rPr>
        <w:t xml:space="preserve">[09:00] </w:t>
      </w:r>
      <w:r>
        <w:t>yeh khalq riyazi jis ko Quran mein kaha gaya hai, kya high thinking? har cheez se oopar uth kar sochna. nafrat, mohabbat, muslim, ghair muslim, friend, enemy,</w:t>
      </w:r>
    </w:p>
    <w:p>
      <w:pPr>
        <w:jc w:val="right"/>
      </w:pPr>
      <w:r>
        <w:t>یہ خلق ریاضی جس کو قرآن میں کہا گیا ہے، کیا ہائی تھنکنگ؟ ہر چیز سے اوپر اٹھ کر سوچنا۔ نفرت، محبت، مسلم، غیر مسلم، فرینڈ، اینیمی،</w:t>
      </w:r>
    </w:p>
    <w:p>
      <w:r>
        <w:rPr>
          <w:b/>
        </w:rPr>
        <w:t xml:space="preserve">[09:17] </w:t>
      </w:r>
      <w:r>
        <w:t>apna, ghair, yeh sari cheezon se oopar uth kar sochna. yeh hai pehla aap ki zindagi se sabaq.</w:t>
      </w:r>
    </w:p>
    <w:p>
      <w:pPr>
        <w:jc w:val="right"/>
      </w:pPr>
      <w:r>
        <w:t>اپنا، غیر، یہ ساری چیزوں سے اوپر اٹھ کر سوچنا۔ یہ ہے پہلا آپ کی زندگی سے سبق۔</w:t>
      </w:r>
    </w:p>
    <w:p>
      <w:r>
        <w:rPr>
          <w:b/>
        </w:rPr>
        <w:t xml:space="preserve">[09:29] </w:t>
      </w:r>
      <w:r>
        <w:t>bohat hi bara waqea yeh hai ke aik shakhs jis ko ke Khuda ne peghambar banaya hai, jo Islam ka founder hai, sab se pehle jata hai kis ke paas?</w:t>
      </w:r>
    </w:p>
    <w:p>
      <w:pPr>
        <w:jc w:val="right"/>
      </w:pPr>
      <w:r>
        <w:t>بہت ہی بڑا واقعہ یہ ہے کہ ایک شخص جس کو کہ خدا نے پیغمبر بنایا ہے، جو اسلام کا فاؤنڈر ہے، سب سے پہلے جاتا ہے کس کے پاس؟</w:t>
      </w:r>
    </w:p>
    <w:p>
      <w:r>
        <w:rPr>
          <w:b/>
        </w:rPr>
        <w:t xml:space="preserve">[09:39] </w:t>
      </w:r>
      <w:r>
        <w:t>aik Christian aalim ke paas jata hai. woh bhi tablegh ke liye nahi, apne tajrube ko share karne ke liye. yeh kitni bari baat hai.</w:t>
      </w:r>
    </w:p>
    <w:p>
      <w:pPr>
        <w:jc w:val="right"/>
      </w:pPr>
      <w:r>
        <w:t>ایک کرسچن عالم کے پاس جاتا ہے۔ وہ بھی تبلیغ کے لیے نہیں، اپنے تجربے کو شیئر کرنے کے لیے۔ یہ کتنی بڑی بات ہے۔</w:t>
      </w:r>
    </w:p>
    <w:p>
      <w:r>
        <w:rPr>
          <w:b/>
        </w:rPr>
        <w:t xml:space="preserve">[09:51] </w:t>
      </w:r>
      <w:r>
        <w:t>yeh nahi tha aap ka is zamane, is waqt plan ke chalo sab se pehle tablegh karte hain Warqa par. aisa nahi hai.</w:t>
      </w:r>
    </w:p>
    <w:p>
      <w:pPr>
        <w:jc w:val="right"/>
      </w:pPr>
      <w:r>
        <w:t>یہ نہیں تھا آپ کا اس زمانے، اس وقت پلان کہ چلو سب سے پہلے تبلیغ کرتے ہیں ورقہ پر۔ ایسا نہیں ہے۔</w:t>
      </w:r>
    </w:p>
    <w:p>
      <w:r>
        <w:rPr>
          <w:b/>
        </w:rPr>
        <w:t xml:space="preserve">[10:02] </w:t>
      </w:r>
      <w:r>
        <w:t>apne tajrube ko share karne ke liye, un se interact karne ke liye, un se koi learning karne ke liye, yahan tak mein kahunga.</w:t>
      </w:r>
    </w:p>
    <w:p>
      <w:pPr>
        <w:jc w:val="right"/>
      </w:pPr>
      <w:r>
        <w:t>اپنے تجربے کو شیئر کرنے کے لیے، ان سے انٹریکٹ کرنے کے لیے، ان سے کوئی لرننگ کرنے کے لیے، یہاں تک میں کہوں گا۔</w:t>
      </w:r>
    </w:p>
    <w:p>
      <w:r>
        <w:rPr>
          <w:b/>
        </w:rPr>
        <w:t xml:space="preserve">[10:14] </w:t>
      </w:r>
      <w:r>
        <w:t>yeh kitni bari baat hai jo Rasool Allah ki zindagi mein hamein milti hai. is ke nateeje mein kya hua ke dekhiye aap aik unbiased person ban gaye.</w:t>
      </w:r>
    </w:p>
    <w:p>
      <w:pPr>
        <w:jc w:val="right"/>
      </w:pPr>
      <w:r>
        <w:t>یہ کتنی بڑی بات ہے جو رسول اللہ کی زندگی میں ہمیں ملتی ہے۔ اس کے نتیجے میں کیا ہوا کہ دیکھیے آپ ایک ان بائسڈ پرسن بن گئے۔</w:t>
      </w:r>
    </w:p>
    <w:p>
      <w:r>
        <w:rPr>
          <w:b/>
        </w:rPr>
        <w:t xml:space="preserve">[10:28] </w:t>
      </w:r>
      <w:r>
        <w:t>kisi se nafrat hai, na dushmani hai. kisi se na negative thought hai, na kisi ke bare mein kuch hai. yani aaj kal jis cheez ko kehte hain bharkna, provoke hona, yeh bilkul khatm ho gaya.</w:t>
      </w:r>
    </w:p>
    <w:p>
      <w:pPr>
        <w:jc w:val="right"/>
      </w:pPr>
      <w:r>
        <w:t>کسی سے نفرت ہے، نہ دشمنی ہے۔ کسی سے نہ نیگیٹیو تھاٹ ہے، نہ کسی کے بارے میں کچھ ہے۔ یعنی آج کل جس چیز کو کہتے ہیں بھڑکنا، پرووک ہونا، یہ بالکل ختم ہو گیا۔</w:t>
      </w:r>
    </w:p>
    <w:p>
      <w:r>
        <w:rPr>
          <w:b/>
        </w:rPr>
        <w:t xml:space="preserve">[10:45] </w:t>
      </w:r>
      <w:r>
        <w:t>aur is ne aap ko hamare liye bohat zyada bari taqat de di. ke cheezon ko aap unbiased way mein dekhne lage.</w:t>
      </w:r>
    </w:p>
    <w:p>
      <w:pPr>
        <w:jc w:val="right"/>
      </w:pPr>
      <w:r>
        <w:t>اور اس نے آپ کو ہمارے لیے بہت زیادہ بڑی طاقت دے دی۔ کہ چیزوں کو آپ ان بائسڈ وے میں دیکھنے لگے۔</w:t>
      </w:r>
    </w:p>
    <w:p>
      <w:r>
        <w:rPr>
          <w:b/>
        </w:rPr>
        <w:t xml:space="preserve">[10:57] </w:t>
      </w:r>
      <w:r>
        <w:t>ab dekhiye is ke baad kitna bara namuna hai. ke aap ko peghambar banaya gaya tha kis baat ke liye?</w:t>
      </w:r>
    </w:p>
    <w:p>
      <w:pPr>
        <w:jc w:val="right"/>
      </w:pPr>
      <w:r>
        <w:t>اب دیکھیے اس کے بعد کتنا بڑا نمونہ ہے۔ کہ آپ کو پیغمبر بنایا گیا تھا کس بات کے لیے؟</w:t>
      </w:r>
    </w:p>
    <w:p>
      <w:r>
        <w:rPr>
          <w:b/>
        </w:rPr>
        <w:t xml:space="preserve">[11:07] </w:t>
      </w:r>
      <w:r>
        <w:t>tauheed ke liye.</w:t>
      </w:r>
    </w:p>
    <w:p>
      <w:pPr>
        <w:jc w:val="right"/>
      </w:pPr>
      <w:r>
        <w:t>توحید کے لیے۔</w:t>
      </w:r>
    </w:p>
    <w:p>
      <w:r>
        <w:rPr>
          <w:b/>
        </w:rPr>
        <w:t xml:space="preserve">[11:12] </w:t>
      </w:r>
      <w:r>
        <w:t>oneness of God ke liye. la ilaha illallah ke liye. yeh to aap ka tha mission.</w:t>
      </w:r>
    </w:p>
    <w:p>
      <w:pPr>
        <w:jc w:val="right"/>
      </w:pPr>
      <w:r>
        <w:t>وننس آف گاڈ کے لیے۔ لا الہ الا اللہ کے لیے۔ یہ تو آپ کا تھا مشن۔</w:t>
      </w:r>
    </w:p>
    <w:p>
      <w:r>
        <w:rPr>
          <w:b/>
        </w:rPr>
        <w:t xml:space="preserve">[11:20] </w:t>
      </w:r>
      <w:r>
        <w:t>aap logon se kehte the ke qoolu la ilaha illallah tuflehu. yani Khuda ko aik mano. aik Khuda ko barhai ka darja do.</w:t>
      </w:r>
    </w:p>
    <w:p>
      <w:pPr>
        <w:jc w:val="right"/>
      </w:pPr>
      <w:r>
        <w:t>آپ لوگوں سے کہتے تھے کہ قولو لا الہ الا اللہ تفلحو۔ یعنی خدا کو ایک مانو۔ ایک خدا کو بڑائی کا درجہ دو۔</w:t>
      </w:r>
    </w:p>
    <w:p>
      <w:r>
        <w:rPr>
          <w:b/>
        </w:rPr>
        <w:t xml:space="preserve">[11:30] </w:t>
      </w:r>
      <w:r>
        <w:t>aik Khuda ki ibadat karo. yeh to mission tha aap ka. us waqt kya tha? Makkah mein jo sab se zyada muqaddas jagah thi woh tha Kaba.</w:t>
      </w:r>
    </w:p>
    <w:p>
      <w:pPr>
        <w:jc w:val="right"/>
      </w:pPr>
      <w:r>
        <w:t>ایک خدا کی عبادت کرو۔ یہ تو مشن تھا آپ کا۔ اس وقت کیا تھا؟ مکہ میں جو سب سے زیادہ مقدس جگہ تھی وہ تھا کعبہ۔</w:t>
      </w:r>
    </w:p>
    <w:p>
      <w:r>
        <w:rPr>
          <w:b/>
        </w:rPr>
        <w:t xml:space="preserve">[11:45] </w:t>
      </w:r>
      <w:r>
        <w:t>kaba. woh banaya tha hazrat ibrahim ne ab se char hazar saal pehle masjid ke taur par.</w:t>
      </w:r>
    </w:p>
    <w:p>
      <w:pPr>
        <w:jc w:val="right"/>
      </w:pPr>
      <w:r>
        <w:t>کعبہ۔ وہ بنایا تھا حضرت ابراہیم نے اب سے چار ہزار سال پہلے مسجد کے طور پر۔</w:t>
      </w:r>
    </w:p>
    <w:p>
      <w:r>
        <w:rPr>
          <w:b/>
        </w:rPr>
        <w:t xml:space="preserve">[11:53] </w:t>
      </w:r>
      <w:r>
        <w:t>masjid. yani tauheed ki ibadat ke liye. lekin baad ko wahan par kya hua? ke mushrik log makka mein ho gaye.</w:t>
      </w:r>
    </w:p>
    <w:p>
      <w:pPr>
        <w:jc w:val="right"/>
      </w:pPr>
      <w:r>
        <w:t>مسجد۔ یعنی توحید کی عبادت کے لیے۔ لیکن بعد کو وہاں پر کیا ہوا؟ کہ مشرک لوگ مکہ میں ہو گئے۔</w:t>
      </w:r>
    </w:p>
    <w:p>
      <w:r>
        <w:rPr>
          <w:b/>
        </w:rPr>
        <w:t xml:space="preserve">[12:03] </w:t>
      </w:r>
      <w:r>
        <w:t>un ko is par qabza mil gaya. unhon ne sankron but is par daal diye. yani practical taur par is ko butkhana bana diya.</w:t>
      </w:r>
    </w:p>
    <w:p>
      <w:pPr>
        <w:jc w:val="right"/>
      </w:pPr>
      <w:r>
        <w:t>ان کو اس پر قبضہ مل گیا۔ انہوں نے سینکڑوں بت اس پر ڈال دیے۔ یعنی پریکٹیکل طور پر اس کو بت خانہ بنا دیا۔</w:t>
      </w:r>
    </w:p>
    <w:p>
      <w:r>
        <w:rPr>
          <w:b/>
        </w:rPr>
        <w:t xml:space="preserve">[12:17] </w:t>
      </w:r>
      <w:r>
        <w:t>practical taur par is ko butkhana bana diya. kaba ko, jo sari masjidon se zyada bari hasiyat is ko hasil hai. magar aap bharke nahin.</w:t>
      </w:r>
    </w:p>
    <w:p>
      <w:pPr>
        <w:jc w:val="right"/>
      </w:pPr>
      <w:r>
        <w:t>پریکٹیکل طور پر اس کو بت خانہ بنا دیا۔ کعبہ کو، جو ساری مسجدوں سے زیادہ بڑی حیثیت اس کو حاصل ہے۔ مگر آپ بھڑکے نہیں۔</w:t>
      </w:r>
    </w:p>
    <w:p>
      <w:r>
        <w:rPr>
          <w:b/>
        </w:rPr>
        <w:t xml:space="preserve">[12:29] </w:t>
      </w:r>
      <w:r>
        <w:t>ke chalo bulton ko todna hai. itne sare but jo rakhe hue hain is ko nikalna hai is mein se.</w:t>
      </w:r>
    </w:p>
    <w:p>
      <w:pPr>
        <w:jc w:val="right"/>
      </w:pPr>
      <w:r>
        <w:t>کہ چلو بتوں کو توڑنا ہے۔ اتنے سارے بت جو رکھے ہوئے ہیں اس کو نکالنا ہے اس میں سے۔</w:t>
      </w:r>
    </w:p>
    <w:p>
      <w:r>
        <w:rPr>
          <w:b/>
        </w:rPr>
        <w:t xml:space="preserve">[12:40] </w:t>
      </w:r>
      <w:r>
        <w:t>aaj kal ka tareeqa aap jante hain protest. bohat zyada chala hua hai. koi baat ho to protest. jalsa, jaloos, naara, jhanda, protest.</w:t>
      </w:r>
    </w:p>
    <w:p>
      <w:pPr>
        <w:jc w:val="right"/>
      </w:pPr>
      <w:r>
        <w:t>آج کل کا طریقہ آپ جانتے ہیں پروٹیسٹ۔ بہت زیادہ چلا ہوا ہے۔ کوئی بات ہو تو پروٹیسٹ۔ جلسہ، جلوس، نعرہ، جھنڈا، پروٹیسٹ۔</w:t>
      </w:r>
    </w:p>
    <w:p>
      <w:r>
        <w:rPr>
          <w:b/>
        </w:rPr>
        <w:t xml:space="preserve">[12:49] </w:t>
      </w:r>
      <w:r>
        <w:t>kehte hain ke hum hum to peaceful protest kar rahe hain. parman mazahira kar rahe hain. to rasool Allah ne to parman bhi nahin kiya.</w:t>
      </w:r>
    </w:p>
    <w:p>
      <w:pPr>
        <w:jc w:val="right"/>
      </w:pPr>
      <w:r>
        <w:t>کہتے ہیں کہ ہم ہم تو پیس فل پروٹیسٹ کر رہے ہیں۔ پرامن مظاہرہ کر رہے ہیں۔ تو رسول اللہ نے تو پرامن بھی نہیں کیا۔</w:t>
      </w:r>
    </w:p>
    <w:p>
      <w:r>
        <w:rPr>
          <w:b/>
        </w:rPr>
        <w:t xml:space="preserve">[12:59] </w:t>
      </w:r>
      <w:r>
        <w:t>yani aap ne sary se protest ka tareeqa hi ikhtiyar nahin kiya. woh parman ho ya ghair parman ho, har haal mein woh ghair islami hai. yani yeh keh kar ke parman mazahira,</w:t>
      </w:r>
    </w:p>
    <w:p>
      <w:pPr>
        <w:jc w:val="right"/>
      </w:pPr>
      <w:r>
        <w:t>یعنی آپ نے سرے سے پروٹیسٹ کا طریقہ ہی اختیار نہیں کیا۔ وہ پرامن ہو یا غیر پرامن ہو، ہر حال میں وہ غیر اسلامی ہے۔ یعنی یہ کہہ کر کہ پرامن مظاہرہ،</w:t>
      </w:r>
    </w:p>
    <w:p>
      <w:r>
        <w:rPr>
          <w:b/>
        </w:rPr>
        <w:t xml:space="preserve">[13:13] </w:t>
      </w:r>
      <w:r>
        <w:t>aise jaise ke koi kahe ke hum bismillah bismillah parh kar sharab peete hain, to kya bismillah parhne se sharab jaiz ho jayegi?</w:t>
      </w:r>
    </w:p>
    <w:p>
      <w:pPr>
        <w:jc w:val="right"/>
      </w:pPr>
      <w:r>
        <w:t>ایسے جیسے کہ کوئی کہے کہ ہم بسم اللہ بسم اللہ پڑھ کر شراب پیتے ہیں، تو کیا بسم اللہ پڑھنے سے شراب جائز ہو جائے گی؟</w:t>
      </w:r>
    </w:p>
    <w:p>
      <w:r>
        <w:rPr>
          <w:b/>
        </w:rPr>
        <w:t xml:space="preserve">[13:24] </w:t>
      </w:r>
      <w:r>
        <w:t>yaqeen kijiye ke parman mazahira itna hi be-mani hai jitna ke bismillah kar ke sharab peena. kyun? rasool Allah ne kabhi bhi mazahira ka tareeqa ikhtiyar nahin kiya.</w:t>
      </w:r>
    </w:p>
    <w:p>
      <w:pPr>
        <w:jc w:val="right"/>
      </w:pPr>
      <w:r>
        <w:t>یقین کیجیے کہ پرامن مظاہرہ اتنا ہی بے معنی ہے جتنا کہ بسم اللہ کر کے شراب پینا۔ کیوں؟ رسول اللہ نے کبھی بھی مظاہرے کا طریقہ اختیار نہیں کیا۔</w:t>
      </w:r>
    </w:p>
    <w:p>
      <w:r>
        <w:rPr>
          <w:b/>
        </w:rPr>
        <w:t xml:space="preserve">[13:36] </w:t>
      </w:r>
      <w:r>
        <w:t>demonstration ka tareeqa ikhtiyar nahin kiya. protest ka tareeqa ikhtiyar nahin kiya. to yeh rasool Allah ke model ke khilaf hai. rasool Allah ke namune ke khilaf hai.</w:t>
      </w:r>
    </w:p>
    <w:p>
      <w:pPr>
        <w:jc w:val="right"/>
      </w:pPr>
      <w:r>
        <w:t>ڈیمونسٹریشن کا طریقہ اختیار نہیں کیا۔ پروٹیسٹ کا طریقہ اختیار نہیں کیا۔ تو یہ رسول اللہ کے ماڈل کے خلاف ہے۔ رسول اللہ کے نمونے کے خلاف ہے۔</w:t>
      </w:r>
    </w:p>
    <w:p>
      <w:r>
        <w:rPr>
          <w:b/>
        </w:rPr>
        <w:t xml:space="preserve">[13:47] </w:t>
      </w:r>
      <w:r>
        <w:t>kitni bari baat hai. yani makka mein jo waqea tha ke kaba mein sankron but, amalan butkhana bana diya is ko, to aaj kal ka jo mizaj hai logon ka, is ko dekha jaye to aap protest karte hain?</w:t>
      </w:r>
    </w:p>
    <w:p>
      <w:pPr>
        <w:jc w:val="right"/>
      </w:pPr>
      <w:r>
        <w:t>کتنی بڑی بات ہے۔ یعنی مکہ میں جو واقعہ تھا کہ کعبہ میں سینکڑوں بت، عملاً بت خانہ بنا دیا اس کو، تو آج کل کا جو مزاج ہے لوگوں کا، اس کو دیکھا جائے تو آپ پروٹیسٹ کرتے ہیں؟</w:t>
      </w:r>
    </w:p>
    <w:p>
      <w:r>
        <w:rPr>
          <w:b/>
        </w:rPr>
        <w:t xml:space="preserve">[14:07] </w:t>
      </w:r>
      <w:r>
        <w:t>to koi bhi riwayat ya koi bhi hadith aisi nahin hai jis se sabit ho ke aap ne protest kiya. peaceful demonstration kiya, aisa kuch bhi nahin.</w:t>
      </w:r>
    </w:p>
    <w:p>
      <w:pPr>
        <w:jc w:val="right"/>
      </w:pPr>
      <w:r>
        <w:t>تو کوئی بھی روایت یا کوئی بھی حدیث ایسی نہیں ہے جس سے ثابت ہو کہ آپ نے پروٹیسٹ کیا۔ پیس فل ڈیمونسٹریشن کیا، ایسا کچھ بھی نہیں۔</w:t>
      </w:r>
    </w:p>
    <w:p>
      <w:r>
        <w:rPr>
          <w:b/>
        </w:rPr>
        <w:t xml:space="preserve">[14:19] </w:t>
      </w:r>
      <w:r>
        <w:t>to is ka matlab kya hua? protest apne aap mein ghalat hai. parman hai tab bhi ghalat hai woh. peaceful hai tab bhi ghalat hai woh.</w:t>
      </w:r>
    </w:p>
    <w:p>
      <w:pPr>
        <w:jc w:val="right"/>
      </w:pPr>
      <w:r>
        <w:t>تو اس کا مطلب کیا ہوا؟ پروٹیسٹ اپنے آپ میں غلط ہے۔ پرامن ہے تب بھی غلط ہے وہ۔ پیس فل ہے تب بھی غلط ہے وہ۔</w:t>
      </w:r>
    </w:p>
    <w:p>
      <w:r>
        <w:rPr>
          <w:b/>
        </w:rPr>
        <w:t xml:space="preserve">[14:30] </w:t>
      </w:r>
      <w:r>
        <w:t>kyun? dekhiye is ka bohat bara raaz hai. protest ka, protest aik aik negative cheez hai.</w:t>
      </w:r>
    </w:p>
    <w:p>
      <w:pPr>
        <w:jc w:val="right"/>
      </w:pPr>
      <w:r>
        <w:t>کیوں؟ دیکھیے اس کا بہت بڑا راز ہے۔ پروٹیسٹ کا، پروٹیسٹ ایک ایک نیگیٹیو چیز ہے۔</w:t>
      </w:r>
    </w:p>
    <w:p>
      <w:r>
        <w:rPr>
          <w:b/>
        </w:rPr>
        <w:t xml:space="preserve">[14:39] </w:t>
      </w:r>
      <w:r>
        <w:t>hamesha protest se negative mahol banta hai. protest hota hai kisi ke khilaf. protest jo hai kisi ke khilaf hota hai.</w:t>
      </w:r>
    </w:p>
    <w:p>
      <w:pPr>
        <w:jc w:val="right"/>
      </w:pPr>
      <w:r>
        <w:t>ہمیشہ پروٹیسٹ سے نیگیٹیو ماحول بنتا ہے۔ پروٹیسٹ ہوتا ہے کسی کے خلاف۔ پروٹیسٹ جو ہے کسی کے خلاف ہوتا ہے۔</w:t>
      </w:r>
    </w:p>
    <w:p>
      <w:r>
        <w:rPr>
          <w:b/>
        </w:rPr>
        <w:t xml:space="preserve">[14:51] </w:t>
      </w:r>
      <w:r>
        <w:t>jab aap kisi se, jab aap namaz parhein to khud ki namaz hoti hai woh. protest kisi aur ke khilaf hota hai. to jis ke khilaf protest karein ge aap, to zahir hai ke wahan par negative mahol banega.</w:t>
      </w:r>
    </w:p>
    <w:p>
      <w:pPr>
        <w:jc w:val="right"/>
      </w:pPr>
      <w:r>
        <w:t>جب آپ کسی سے، جب آپ نماز پڑھیں تو خود کی نماز ہوتی ہے وہ۔ پروٹیسٹ کسی اور کے خلاف ہوتا ہے۔ تو جس کے خلاف پروٹیسٹ کریں گے آپ، تو ظاہر ہے کہ وہاں پر نیگیٹیو ماحول بنے گا۔</w:t>
      </w:r>
    </w:p>
    <w:p>
      <w:r>
        <w:rPr>
          <w:b/>
        </w:rPr>
        <w:t xml:space="preserve">[15:07] </w:t>
      </w:r>
      <w:r>
        <w:t>normality toote gi. ghair muaddal mahol paida hoga. we and they concept ubhrega.</w:t>
      </w:r>
    </w:p>
    <w:p>
      <w:pPr>
        <w:jc w:val="right"/>
      </w:pPr>
      <w:r>
        <w:t>نارملٹی ٹوٹے گی۔ غیر معدل ماحول پیدا ہوگا۔ وی اینڈ دے کانسیپٹ ابھرے گا۔</w:t>
      </w:r>
    </w:p>
    <w:p>
      <w:r>
        <w:rPr>
          <w:b/>
        </w:rPr>
        <w:t xml:space="preserve">[15:17] </w:t>
      </w:r>
      <w:r>
        <w:t>nafratein jaagein gi. shikayatein paida hongi. is ka matlab kya hai? dawat ka mahol khatam ho jayega.</w:t>
      </w:r>
    </w:p>
    <w:p>
      <w:pPr>
        <w:jc w:val="right"/>
      </w:pPr>
      <w:r>
        <w:t>نفرتیں جاگیں گی۔ شکایتیں پیدا ہوں گی۔ اس کا مطلب کیا ہے؟ دعوت کا ماحول ختم ہو جائے گا۔</w:t>
      </w:r>
    </w:p>
    <w:p>
      <w:r>
        <w:rPr>
          <w:b/>
        </w:rPr>
        <w:t xml:space="preserve">[15:30] </w:t>
      </w:r>
      <w:r>
        <w:t>to rasool Allah sallallahu alaihi wasallam to daai the. daeen ila Allah bidini wa siraj munira. to aap jante the ke protest apne aap mein dawat ke liye killer hai.</w:t>
      </w:r>
    </w:p>
    <w:p>
      <w:pPr>
        <w:jc w:val="right"/>
      </w:pPr>
      <w:r>
        <w:t>تو رسول اللہ صلی اللہ علیہ وسلم تو داعی تھے۔ داعین الا اللہ بیدنی وسراج منیرا۔ تو آپ جانتے تھے کہ پروٹیسٹ اپنے آپ میں دعوت کے لیے کلر ہے۔</w:t>
      </w:r>
    </w:p>
    <w:p>
      <w:r>
        <w:rPr>
          <w:b/>
        </w:rPr>
        <w:t xml:space="preserve">[15:45] </w:t>
      </w:r>
      <w:r>
        <w:t>to aap ne kabhi aisa nahin kiya. aur kaba mein bulton ke presence ko as it is rehne diya.</w:t>
      </w:r>
    </w:p>
    <w:p>
      <w:pPr>
        <w:jc w:val="right"/>
      </w:pPr>
      <w:r>
        <w:t>تو آپ نے کبھی ایسا نہیں کیا۔ اور کعبہ میں بتوں کے پریزنس کو ایز اٹ از رہنے دیا۔</w:t>
      </w:r>
    </w:p>
    <w:p>
      <w:r>
        <w:rPr>
          <w:b/>
        </w:rPr>
        <w:t xml:space="preserve">[15:55] </w:t>
      </w:r>
      <w:r>
        <w:t>yani aap is mamle mein yeh status quo ban gaye. aap is mamle mein status quo ban gaye. kyun?</w:t>
      </w:r>
    </w:p>
    <w:p>
      <w:pPr>
        <w:jc w:val="right"/>
      </w:pPr>
      <w:r>
        <w:t>یعنی آپ اس معاملے میں یہ سٹیٹس کوئسٹ بن گئے۔ آپ اس معاملے میں سٹیٹس کوئسٹ بن گئے۔ کیوں؟</w:t>
      </w:r>
    </w:p>
    <w:p>
      <w:r>
        <w:rPr>
          <w:b/>
        </w:rPr>
        <w:t xml:space="preserve">[16:06] </w:t>
      </w:r>
      <w:r>
        <w:t>taake aap ko daawti mission jo aap ka tha, us ko jari rakhne ke liye normal wahan par muaddal mahol hasil rahe.</w:t>
      </w:r>
    </w:p>
    <w:p>
      <w:pPr>
        <w:jc w:val="right"/>
      </w:pPr>
      <w:r>
        <w:t>تاکہ آپ کو دعوتی مشن جو آپ کا تھا، اس کو جاری رکھنے کے لیے نارمل وہاں پر معدل ماحول حاصل رہے۔</w:t>
      </w:r>
    </w:p>
    <w:p>
      <w:r>
        <w:rPr>
          <w:b/>
        </w:rPr>
        <w:t xml:space="preserve">[16:21] </w:t>
      </w:r>
      <w:r>
        <w:t>log normal zehan ke sath aap ki baat ko sunein, us par sochein. agar aap protest karte to sab kuch jeopardized ho jata.</w:t>
      </w:r>
    </w:p>
    <w:p>
      <w:pPr>
        <w:jc w:val="right"/>
      </w:pPr>
      <w:r>
        <w:t>لوگ نارمل ذہن کے ساتھ آپ کی بات کو سنیں، اس پر سوچیں۔ اگر آپ پروٹیسٹ کرتے تو سب کچھ جبرائڈائز ہو جاتا۔</w:t>
      </w:r>
    </w:p>
    <w:p>
      <w:r>
        <w:rPr>
          <w:b/>
        </w:rPr>
        <w:t xml:space="preserve">[16:35] </w:t>
      </w:r>
      <w:r>
        <w:t>phir nafratein badhtin. shikayatein badhtin. we and they concept ubharta. ho sakta hai ke violence ki naubat aa jati.</w:t>
      </w:r>
    </w:p>
    <w:p>
      <w:pPr>
        <w:jc w:val="right"/>
      </w:pPr>
      <w:r>
        <w:t>پھر نفرتیں بڑھتیں۔ شکایتیں بڑھتیں۔ وی اینڈ دے کانسیپٹ ابھرتا۔ ہو سکتا ہے کہ وائیلنس کی نوبت آ جاتی۔</w:t>
      </w:r>
    </w:p>
    <w:p>
      <w:r>
        <w:rPr>
          <w:b/>
        </w:rPr>
        <w:t xml:space="preserve">[16:46] </w:t>
      </w:r>
      <w:r>
        <w:t>to dawat kahan chalti? dawat to khatam.</w:t>
      </w:r>
    </w:p>
    <w:p>
      <w:pPr>
        <w:jc w:val="right"/>
      </w:pPr>
      <w:r>
        <w:t>تو دعوت کہاں چلتی؟ دعوت تو ختم۔</w:t>
      </w:r>
    </w:p>
    <w:p>
      <w:r>
        <w:rPr>
          <w:b/>
        </w:rPr>
        <w:t xml:space="preserve">[16:52] </w:t>
      </w:r>
      <w:r>
        <w:t>yeh hai rasool Allah sal Allah aleh wasalam ka role model. yeh hai un ka namoona.</w:t>
      </w:r>
    </w:p>
    <w:p>
      <w:pPr>
        <w:jc w:val="right"/>
      </w:pPr>
      <w:r>
        <w:t>یہ ہے رسول اللہ صلی اللہ علیہ وسلم کا رول ماڈل۔ یہ ہے ان کا نمونہ۔</w:t>
      </w:r>
    </w:p>
    <w:p>
      <w:r>
        <w:rPr>
          <w:b/>
        </w:rPr>
        <w:t xml:space="preserve">[17:00] </w:t>
      </w:r>
      <w:r>
        <w:t>is mizaj ki wajah se kya hua dekhiye ke makkah mein aap ko yeh moqa mila ke sare behtareen log jo hain woh aap chun lein wahan se.</w:t>
      </w:r>
    </w:p>
    <w:p>
      <w:pPr>
        <w:jc w:val="right"/>
      </w:pPr>
      <w:r>
        <w:t>اس مزاج کی وجہ سے کیا ہوا دیکھیے کہ مکہ میں آپ کو یہ موقع ملا کہ سارے بہترین لوگ جو ہیں وہ آپ چن لیں وہاں سے۔</w:t>
      </w:r>
    </w:p>
    <w:p>
      <w:r>
        <w:rPr>
          <w:b/>
        </w:rPr>
        <w:t xml:space="preserve">[17:13] </w:t>
      </w:r>
      <w:r>
        <w:t>makkah mein jo behtareen log thay, jo seeker thay, jo senseer log thay, jo baaton mein gehrai ke sath sochte thay, woh sab aap ke saathi ban gaye.</w:t>
      </w:r>
    </w:p>
    <w:p>
      <w:pPr>
        <w:jc w:val="right"/>
      </w:pPr>
      <w:r>
        <w:t>مکہ میں جو بہترین لوگ تھے، جو سیکر تھے، جو سنسر لوگ تھے، جو باتوں میں گہرائی کے ساتھ سوچتے تھے، وہ سب آپ کے ساتھی بن گئے۔</w:t>
      </w:r>
    </w:p>
    <w:p>
      <w:r>
        <w:rPr>
          <w:b/>
        </w:rPr>
        <w:t xml:space="preserve">[17:26] </w:t>
      </w:r>
      <w:r>
        <w:t>aap dekhiye sare behtareen jo sahaba hain jin ko hum kehte hain ajal sahaba, woh sab makkah hi ke to thay.</w:t>
      </w:r>
    </w:p>
    <w:p>
      <w:pPr>
        <w:jc w:val="right"/>
      </w:pPr>
      <w:r>
        <w:t>آپ دیکھیے سارے بہترین جو صحابہ ہیں جن کو ہم کہتے ہیں اجل صحابہ، وہ سب مکہ ہی کے تو تھے۔</w:t>
      </w:r>
    </w:p>
    <w:p>
      <w:r>
        <w:rPr>
          <w:b/>
        </w:rPr>
        <w:t xml:space="preserve">[17:36] </w:t>
      </w:r>
      <w:r>
        <w:t>inhin terah saal ke douran. yaani hazrat abubakar, hazrat umar, hazrat usman, hazrat ali, yeh sare wahin to milay.</w:t>
      </w:r>
    </w:p>
    <w:p>
      <w:pPr>
        <w:jc w:val="right"/>
      </w:pPr>
      <w:r>
        <w:t>انہی تیرہ سالوں کے دوران۔ یعنی حضرت ابوبکر، حضرت عمر، حضرت عثمان، حضرت علی، یہ سارے وہیں تو ملے۔</w:t>
      </w:r>
    </w:p>
    <w:p>
      <w:r>
        <w:rPr>
          <w:b/>
        </w:rPr>
        <w:t xml:space="preserve">[17:47] </w:t>
      </w:r>
      <w:r>
        <w:t>to agar aap protest karte to protest ke mani kya hotay? larai hoti, takrao hota, mahaul bigarta. phir koi nahi milta.</w:t>
      </w:r>
    </w:p>
    <w:p>
      <w:pPr>
        <w:jc w:val="right"/>
      </w:pPr>
      <w:r>
        <w:t>تو اگر آپ پروٹیسٹ کرتے تو پروٹیسٹ کے معنی کیا ہوتے؟ لڑائی ہوتی، ٹکراؤ ہوتا، ماحول بگڑتا۔ پھر کوئی نہیں ملتا۔</w:t>
      </w:r>
    </w:p>
    <w:p>
      <w:r>
        <w:rPr>
          <w:b/>
        </w:rPr>
        <w:t xml:space="preserve">[17:58] </w:t>
      </w:r>
      <w:r>
        <w:t>dawti muhri khatam ho jata wahin ke wahin. aur yeh ek ek ekxtraist in mein se pahaad tha. hazrat abubakar ek pahaad thay, hazrat umar ek pahaad thay.</w:t>
      </w:r>
    </w:p>
    <w:p>
      <w:pPr>
        <w:jc w:val="right"/>
      </w:pPr>
      <w:r>
        <w:t>دعوتی مشہری ختم ہو جاتا وہیں کے وہیں۔ اور یہ ایک ایک ایکسٹراسٹ ان میں سے پہاڑ تھا۔ حضرت ابوبکر ایک پہاڑ تھے، حضرت عمر ایک پہاڑ تھے۔</w:t>
      </w:r>
    </w:p>
    <w:p>
      <w:r>
        <w:rPr>
          <w:b/>
        </w:rPr>
        <w:t xml:space="preserve">[18:07] </w:t>
      </w:r>
      <w:r>
        <w:t>to kaise milta woh? ek waqea aata hai ke</w:t>
      </w:r>
    </w:p>
    <w:p>
      <w:pPr>
        <w:jc w:val="right"/>
      </w:pPr>
      <w:r>
        <w:t>تو کیسے ملتا وہ؟ ایک واقعہ آتا ہے کہ</w:t>
      </w:r>
    </w:p>
    <w:p>
      <w:r>
        <w:rPr>
          <w:b/>
        </w:rPr>
        <w:t xml:space="preserve">[18:15] </w:t>
      </w:r>
      <w:r>
        <w:t>hijrat ke foran baad hazrat khalid Islam mein dakhil hue thay. to woh makkah mein paida hue thay.</w:t>
      </w:r>
    </w:p>
    <w:p>
      <w:pPr>
        <w:jc w:val="right"/>
      </w:pPr>
      <w:r>
        <w:t>ہجرت کے فوراً بعد حضرت خالد اسلام میں داخل ہوئے تھے۔ تو وہ مکہ میں پیدا ہوئے تھے۔</w:t>
      </w:r>
    </w:p>
    <w:p>
      <w:r>
        <w:rPr>
          <w:b/>
        </w:rPr>
        <w:t xml:space="preserve">[18:26] </w:t>
      </w:r>
      <w:r>
        <w:t>makkah se rasool Allah ja chukay thay madinah. to jab woh madinah ke qareeb pohanchay to ek aur sahib milay.</w:t>
      </w:r>
    </w:p>
    <w:p>
      <w:pPr>
        <w:jc w:val="right"/>
      </w:pPr>
      <w:r>
        <w:t>مکہ سے رسول اللہ جا چکے تھے مدینہ۔ تو جب وہ مدینہ کے قریب پہنچے تو ایک اور صاحب ملے۔</w:t>
      </w:r>
    </w:p>
    <w:p>
      <w:r>
        <w:rPr>
          <w:b/>
        </w:rPr>
        <w:t xml:space="preserve">[18:35] </w:t>
      </w:r>
      <w:r>
        <w:t>un ka naam tha umar bin al-aas. unhon ne kaha kahan ja rahe ho? unhon ne kaha ke madinah ja rahe hain. kis liye? muhammad ka islaah mazhab qabool karne ke liye.</w:t>
      </w:r>
    </w:p>
    <w:p>
      <w:pPr>
        <w:jc w:val="right"/>
      </w:pPr>
      <w:r>
        <w:t>ان کا نام تھا عمر بن العاص۔ انہوں نے کہا کہاں جا رہے ہو؟ انہوں نے کہا کہ مدینہ جا رہے ہیں۔ کس لیے؟ محمد کا اصلاح مذہب قبول کرنے کے لیے۔</w:t>
      </w:r>
    </w:p>
    <w:p>
      <w:r>
        <w:rPr>
          <w:b/>
        </w:rPr>
        <w:t xml:space="preserve">[18:48] </w:t>
      </w:r>
      <w:r>
        <w:t>is waqt jab baat cheet hui is mein ek ek ek ek sentence yeh bolay thay hazrat khalid. khalid bin waleed. dakhala al-naas fi al-islam falam yakum ahadun bihi ta'amun.</w:t>
      </w:r>
    </w:p>
    <w:p>
      <w:pPr>
        <w:jc w:val="right"/>
      </w:pPr>
      <w:r>
        <w:t>اس وقت جب بات چیت ہوئی اس میں ایک ایک ایک ایک سینٹنس یہ بولے تھے حضرت خالد۔ خالد ابن الولید۔ دخل الناص فی الاسلام فلم یکم احد بہی طعما۔</w:t>
      </w:r>
    </w:p>
    <w:p>
      <w:r>
        <w:rPr>
          <w:b/>
        </w:rPr>
        <w:t xml:space="preserve">[19:08] </w:t>
      </w:r>
      <w:r>
        <w:t>is ka matlab yeh hai ke hamara jo makkah ka samaaj tha, jo makkah ki society thi, us mein sare jo people of taste thay, woh sab to chale gaye muhammad ke sath.</w:t>
      </w:r>
    </w:p>
    <w:p>
      <w:pPr>
        <w:jc w:val="right"/>
      </w:pPr>
      <w:r>
        <w:t>اس کا مطلب یہ ہے کہ ہمارا جو مکہ کا سماج تھا، جو مکہ کی سوسائٹی تھی، اس میں سارے جو پیپل آف ٹیسٹ تھے، وہ سب تو چلے گئے محمد کے ساتھ۔</w:t>
      </w:r>
    </w:p>
    <w:p>
      <w:r>
        <w:rPr>
          <w:b/>
        </w:rPr>
        <w:t xml:space="preserve">[19:20] </w:t>
      </w:r>
      <w:r>
        <w:t>ab koi raha nahi. rajulun bihi ta'amun. rajulun dhu ta'amun kehte hain man of taste.</w:t>
      </w:r>
    </w:p>
    <w:p>
      <w:pPr>
        <w:jc w:val="right"/>
      </w:pPr>
      <w:r>
        <w:t>اب کوئی رہا نہیں۔ رجل بہی طعما۔ رجل ذو طعما کہتے ہیں مین آف ٹیسٹ۔</w:t>
      </w:r>
    </w:p>
    <w:p>
      <w:r>
        <w:rPr>
          <w:b/>
        </w:rPr>
        <w:t xml:space="preserve">[19:31] </w:t>
      </w:r>
      <w:r>
        <w:t>rajulun dhu ta'amun ka matlab hota hai man of taste. ab makkah mein koi man of taste nahi raha. yaani senseer aadmi, wise aadmi, jis se baat ki jaye, jis ke paas baitha jaye, aisa koi aadmi makkah mein raha nahi.</w:t>
      </w:r>
    </w:p>
    <w:p>
      <w:pPr>
        <w:jc w:val="right"/>
      </w:pPr>
      <w:r>
        <w:t>رجل ذو طعما کا مطلب ہوتا ہے مین آف ٹیسٹ۔ اب مکہ میں کوئی مین آف ٹیسٹ نہیں رہا۔ یعنی سینسر آدمی، وائز آدمی، جس سے بات کی جائے، جس کے پاس بیٹھا جائے، ایسا کوئی آدمی مکہ میں رہا نہیں۔</w:t>
      </w:r>
    </w:p>
    <w:p>
      <w:r>
        <w:rPr>
          <w:b/>
        </w:rPr>
        <w:t xml:space="preserve">[19:47] </w:t>
      </w:r>
      <w:r>
        <w:t>yaani sara butter ab nikal gaya, sirf chhaach reh gaya. yeh kaise hua? isi liye hua ke aap ne</w:t>
      </w:r>
    </w:p>
    <w:p>
      <w:pPr>
        <w:jc w:val="right"/>
      </w:pPr>
      <w:r>
        <w:t>یعنی سارا بٹر اب نکل گیا، صرف چھاش رہ گیا۔ یہ کیسے ہوا؟ اسی لیے ہوا کہ آپ نے</w:t>
      </w:r>
    </w:p>
    <w:p>
      <w:r>
        <w:rPr>
          <w:b/>
        </w:rPr>
        <w:t xml:space="preserve">[20:00] </w:t>
      </w:r>
      <w:r>
        <w:t>yeh yaani protest ka tareeqa chhod diya, takrao ka tareeqa chhod diya. normal halaat ko barqarar rakhne ke liye aap ne sab kuch bardasht kiya.</w:t>
      </w:r>
    </w:p>
    <w:p>
      <w:pPr>
        <w:jc w:val="right"/>
      </w:pPr>
      <w:r>
        <w:t>یہ یعنی پروٹیسٹ کا طریقہ چھوڑ دیا، ٹکراؤ کا طریقہ چھوڑ دیا۔ نارمل حالات کو برقرار رکھنے کے لیے آپ نے سب کچھ برداشت کیا۔</w:t>
      </w:r>
    </w:p>
    <w:p>
      <w:r>
        <w:rPr>
          <w:b/>
        </w:rPr>
        <w:t xml:space="preserve">[20:11] </w:t>
      </w:r>
      <w:r>
        <w:t>yahan tak ke aap jante hain ke wahan par zulm hua. aap ka boycott kiya gaya. museebatein daali gayeen aap par, ashaab-e-rasool par.</w:t>
      </w:r>
    </w:p>
    <w:p>
      <w:pPr>
        <w:jc w:val="right"/>
      </w:pPr>
      <w:r>
        <w:t>یہاں تک کہ آپ جانتے ہیں کہ وہاں پر ظلم ہوا۔ آپ کا بائیکاٹ کیا گیا۔ مصیبتیں ڈالی گئیں آپ پر، اصحاب رسول پر۔</w:t>
      </w:r>
    </w:p>
    <w:p>
      <w:r>
        <w:rPr>
          <w:b/>
        </w:rPr>
        <w:t xml:space="preserve">[20:22] </w:t>
      </w:r>
      <w:r>
        <w:t>tab bhi aap ne protest nahi kiya. tab bhi aap ne takrao nahi kiya. tab bhi aap ne larai nahi ki. kyun? is liye ke normal halaat baqi rahen.</w:t>
      </w:r>
    </w:p>
    <w:p>
      <w:pPr>
        <w:jc w:val="right"/>
      </w:pPr>
      <w:r>
        <w:t>تب بھی آپ نے پروٹیسٹ نہیں کیا۔ تب بھی آپ نے ٹکراؤ نہیں کیا۔ تب بھی آپ نے لڑائی نہیں کی۔ کیوں؟ اس لیے کہ نارمل حالات باقی رہیں۔</w:t>
      </w:r>
    </w:p>
    <w:p>
      <w:r>
        <w:rPr>
          <w:b/>
        </w:rPr>
        <w:t xml:space="preserve">[20:36] </w:t>
      </w:r>
      <w:r>
        <w:t>to maintain the normalcy.</w:t>
      </w:r>
    </w:p>
    <w:p>
      <w:pPr>
        <w:jc w:val="right"/>
      </w:pPr>
      <w:r>
        <w:t>ٹو مینٹین دا نارملسی۔</w:t>
      </w:r>
    </w:p>
    <w:p>
      <w:r>
        <w:rPr>
          <w:b/>
        </w:rPr>
        <w:t xml:space="preserve">[20:42] </w:t>
      </w:r>
      <w:r>
        <w:t>without normalcy there is no dawah. there is no mission. to kitni bari aap ka jo jis ko hum kehte hain role model, kitna bara sabak is ke andar hai.</w:t>
      </w:r>
    </w:p>
    <w:p>
      <w:pPr>
        <w:jc w:val="right"/>
      </w:pPr>
      <w:r>
        <w:t>ودا آؤٹ نارملسی دیر از نو دعویٰ۔ دیر از نو مشن۔ تو کتنی بڑی آپ کا جو جس کو ہم کہتے ہیں رول ماڈل، کتنا بڑا سبق اس کے اندر ہے۔</w:t>
      </w:r>
    </w:p>
    <w:p>
      <w:r>
        <w:rPr>
          <w:b/>
        </w:rPr>
        <w:t xml:space="preserve">[20:57] </w:t>
      </w:r>
      <w:r>
        <w:t>ke yak-tarfa taur par, yaani lateral taur par bardasht karo. status quo ko badalne ki koshish mat karo.</w:t>
      </w:r>
    </w:p>
    <w:p>
      <w:pPr>
        <w:jc w:val="right"/>
      </w:pPr>
      <w:r>
        <w:t>کہ یکطرفہ طور پر، یعنی لیٹرل طور پر برداشت کرو۔ اسٹیٹس کو کو بدلنے کی کوشش مت کرو۔</w:t>
      </w:r>
    </w:p>
    <w:p>
      <w:r>
        <w:rPr>
          <w:b/>
        </w:rPr>
        <w:t xml:space="preserve">[21:10] </w:t>
      </w:r>
      <w:r>
        <w:t>apna mission jaari karo, apni baat kaho. to phir kya hoga? sare achhe log tumhare paas aa jayenge. achhe log aa jayenge to tum hi taqatwar ban jaoge.</w:t>
      </w:r>
    </w:p>
    <w:p>
      <w:pPr>
        <w:jc w:val="right"/>
      </w:pPr>
      <w:r>
        <w:t>اپنا مشن جاری کرو، اپنی بات کہو۔ تو پھر کیا ہوگا؟ سارے اچھے لوگ تمہارے پاس آ جائیں گے۔ اچھے لوگ آ جائیں گے تو تم ہی طاقتور بن جاؤ گے۔</w:t>
      </w:r>
    </w:p>
    <w:p>
      <w:r>
        <w:rPr>
          <w:b/>
        </w:rPr>
        <w:t xml:space="preserve">[21:22] </w:t>
      </w:r>
      <w:r>
        <w:t>taqat to unhi se hoti hai. to kitni ajeeb baat hai, aap is par ghhor kijiye. hai to khalid ka yeh qaul ke dakhala al-naas fi al-islam falam yakum ahadun bihi ta'amun.</w:t>
      </w:r>
    </w:p>
    <w:p>
      <w:pPr>
        <w:jc w:val="right"/>
      </w:pPr>
      <w:r>
        <w:t>طاقت تو انہی سے ہوتی ہے۔ تو کتنی عجیب بات ہے، آپ اس پر غور کیجیے۔ ہے تو خالد کا یہ قول کہ دخل الناص فی الاسلام فلم یکم احد بہی طعما۔</w:t>
      </w:r>
    </w:p>
    <w:p>
      <w:r>
        <w:rPr>
          <w:b/>
        </w:rPr>
        <w:t xml:space="preserve">[21:37] </w:t>
      </w:r>
      <w:r>
        <w:t>koi rajal zu ta'ma nahi raha hamare paas. man of test koi idhar nahi reh gaya makka mein. sab idhar chale gaye. to ab hum bhi idhar idhar hi jayenge.</w:t>
      </w:r>
    </w:p>
    <w:p>
      <w:pPr>
        <w:jc w:val="right"/>
      </w:pPr>
      <w:r>
        <w:t>کوئی رجل ذو طعما نہیں رہا ہمارے پاس۔ مین آف ٹیسٹ کوئی ادھر نہیں رہ گیا مکہ میں۔ سب ادھر چلے گئے۔ تو اب ہم بھی ادھر ادھر ہی جائیں گے۔</w:t>
      </w:r>
    </w:p>
    <w:p>
      <w:r>
        <w:rPr>
          <w:b/>
        </w:rPr>
        <w:t xml:space="preserve">[21:49] </w:t>
      </w:r>
      <w:r>
        <w:t>to yeh sab. lekin yeh yeh jo azm hai, yeh jo yeh jo hausla hai, yeh jo high thinking hai, kab aati hai?</w:t>
      </w:r>
    </w:p>
    <w:p>
      <w:pPr>
        <w:jc w:val="right"/>
      </w:pPr>
      <w:r>
        <w:t>تو یہ سب۔ لیکن یہ یہ جو عزم ہے، یہ جو یہ جو حوصلہ ہے، یہ جو ہائی تھنکنگ ہے، کب آتی ہے؟</w:t>
      </w:r>
    </w:p>
    <w:p>
      <w:r>
        <w:rPr>
          <w:b/>
        </w:rPr>
        <w:t xml:space="preserve">[22:00] </w:t>
      </w:r>
      <w:r>
        <w:t>jab allah ko aap sab se barhe ke hesiyat se daryaft karein.</w:t>
      </w:r>
    </w:p>
    <w:p>
      <w:pPr>
        <w:jc w:val="right"/>
      </w:pPr>
      <w:r>
        <w:t>جب اللہ کو آپ سب سے بڑے کے حیثیت سے دریافت کریں۔</w:t>
      </w:r>
    </w:p>
    <w:p>
      <w:r>
        <w:rPr>
          <w:b/>
        </w:rPr>
        <w:t xml:space="preserve">[22:07] </w:t>
      </w:r>
      <w:r>
        <w:t>yeh jo shuru mein aap ko bataya gaya. warabbuka al-akram. ek dum pehli surah hai, isi mein tha warabbuka al-akram.</w:t>
      </w:r>
    </w:p>
    <w:p>
      <w:pPr>
        <w:jc w:val="right"/>
      </w:pPr>
      <w:r>
        <w:t>یہ جو شروع میں آپ کو بتایا گیا۔ وربک الاکرم۔ ایک دم پہلی سورہ ہے، اسی میں تھا وربک الاکرم۔</w:t>
      </w:r>
    </w:p>
    <w:p>
      <w:r>
        <w:rPr>
          <w:b/>
        </w:rPr>
        <w:t xml:space="preserve">[22:17] </w:t>
      </w:r>
      <w:r>
        <w:t>is ke baad jo is ke baad jo surah utri, us mein hai warabbuka fakabbir. to yeh super formula hai.</w:t>
      </w:r>
    </w:p>
    <w:p>
      <w:pPr>
        <w:jc w:val="right"/>
      </w:pPr>
      <w:r>
        <w:t>اس کے بعد جو اس کے بعد جو سورہ اتری، اس میں ہے وربک فکبر۔ تو یہ سپر فارمولا ہے۔</w:t>
      </w:r>
    </w:p>
    <w:p>
      <w:r>
        <w:rPr>
          <w:b/>
        </w:rPr>
        <w:t xml:space="preserve">[22:31] </w:t>
      </w:r>
      <w:r>
        <w:t>yeh tauheed hai, tauheed super formula hai. tauheed super formula hai. jise aap hawai jahaz mein udate hain, paintis hazar foot ki bulandi par, to har cheez disappear ho jati hai.</w:t>
      </w:r>
    </w:p>
    <w:p>
      <w:pPr>
        <w:jc w:val="right"/>
      </w:pPr>
      <w:r>
        <w:t>یہ توحید ہے، توحید سپر فارمولا ہے۔ توحید سپر فارمولا ہے۔ جسے آپ ہوائی جہاز میں اڑتے ہیں، پینتیس ہزار فٹ کی بلندی پر، تو ہر چیز ڈس اپیئر ہو جاتی ہے۔</w:t>
      </w:r>
    </w:p>
    <w:p>
      <w:r>
        <w:rPr>
          <w:b/>
        </w:rPr>
        <w:t xml:space="preserve">[22:46] </w:t>
      </w:r>
      <w:r>
        <w:t>neeche dekhein to neeche kuch bhi nahi hoga. na city honge, na pahad honge, na daryaein hongi, na sadkein hongi, kuch bhi nahi. sab disappear ho gaya, sab minimize ho gaya.</w:t>
      </w:r>
    </w:p>
    <w:p>
      <w:pPr>
        <w:jc w:val="right"/>
      </w:pPr>
      <w:r>
        <w:t>نیچے دیکھیں تو نیچے کچھ بھی نہیں ہوگا۔ نہ سٹی ہوں گے، نہ پہاڑ ہوں گے، نہ دریائیں ہوں گی، نہ سڑکیں ہوں گی، کچھ بھی نہیں۔ سب ڈس اپیئر ہو گیا، سب منیمائز ہو گیا۔</w:t>
      </w:r>
    </w:p>
    <w:p>
      <w:r>
        <w:rPr>
          <w:b/>
        </w:rPr>
        <w:t xml:space="preserve">[22:59] </w:t>
      </w:r>
      <w:r>
        <w:t>to yeh hai high thinking. to sab se barhi high thinking kab aati hai? jab aap khaliq ko daryaft karein, khuda ko daryaft karein.</w:t>
      </w:r>
    </w:p>
    <w:p>
      <w:pPr>
        <w:jc w:val="right"/>
      </w:pPr>
      <w:r>
        <w:t>تو یہ ہے ہائی تھنکنگ۔ تو سب سے بڑی ہائی تھنکنگ کب آتی ہے؟ جب آپ خالق کو دریافت کریں، خدا کو دریافت کریں۔</w:t>
      </w:r>
    </w:p>
    <w:p>
      <w:r>
        <w:rPr>
          <w:b/>
        </w:rPr>
        <w:t xml:space="preserve">[23:13] </w:t>
      </w:r>
      <w:r>
        <w:t>to aap superman ho jate hain. aap ke paas super formula aa jata hai. dekhiye zindagi mein sab se barhi cheez yeh hai ke aap kisi bhi situation aap ko disturb na kare.</w:t>
      </w:r>
    </w:p>
    <w:p>
      <w:pPr>
        <w:jc w:val="right"/>
      </w:pPr>
      <w:r>
        <w:t>تو آپ سپر مین ہو جاتے ہیں۔ آپ کے پاس سپر فارمولا آ جاتا ہے۔ دیکھیے زندگی میں سب سے بڑی چیز یہ ہے کہ آپ کسی بھی سچویشن آپ کو ڈسٹرب نہ کرے۔</w:t>
      </w:r>
    </w:p>
    <w:p>
      <w:r>
        <w:rPr>
          <w:b/>
        </w:rPr>
        <w:t xml:space="preserve">[23:31] </w:t>
      </w:r>
      <w:r>
        <w:t>kyun ke zindagi mein hamesha aise halaat rahenge jo aap ko pasand na aayen. kyun? allah ta'ala ne azadi di hai.</w:t>
      </w:r>
    </w:p>
    <w:p>
      <w:pPr>
        <w:jc w:val="right"/>
      </w:pPr>
      <w:r>
        <w:t>کیونکہ زندگی میں ہمیشہ ایسے حالات رہیں گے جو آپ کو پسند نہ آئیں۔ کیوں؟ اللہ تعالیٰ نے آزادی دی ہے۔</w:t>
      </w:r>
    </w:p>
    <w:p>
      <w:r>
        <w:rPr>
          <w:b/>
        </w:rPr>
        <w:t xml:space="preserve">[23:44] </w:t>
      </w:r>
      <w:r>
        <w:t>azadi di hai to log azadi aap se pooch ke thori istemal karenge?</w:t>
      </w:r>
    </w:p>
    <w:p>
      <w:pPr>
        <w:jc w:val="right"/>
      </w:pPr>
      <w:r>
        <w:t>آزادی دی ہے تو لوگ آزادی آپ سے پوچھ کے تھوڑی استعمال کریں گے۔</w:t>
      </w:r>
    </w:p>
    <w:p>
      <w:r>
        <w:rPr>
          <w:b/>
        </w:rPr>
        <w:t xml:space="preserve">[23:51] </w:t>
      </w:r>
      <w:r>
        <w:t>azadi di hai to woh misuse bhi kar sakte hain. azadi hai to misuse of freedom ki bhi azadi hai. to hamesha aise halaat rahenge jo aap ko theek na lagen.</w:t>
      </w:r>
    </w:p>
    <w:p>
      <w:pPr>
        <w:jc w:val="right"/>
      </w:pPr>
      <w:r>
        <w:t>آزادی دی ہے تو وہ مس یوز بھی کر سکتے ہیں۔ آزادی ہے تو مس یوز آف فریڈم کی بھی آزادی ہے۔ تو ہمیشہ ایسے حالات رہیں گے جو آپ کو ٹھیک نہ لگیں۔</w:t>
      </w:r>
    </w:p>
    <w:p>
      <w:r>
        <w:rPr>
          <w:b/>
        </w:rPr>
        <w:t xml:space="preserve">[24:04] </w:t>
      </w:r>
      <w:r>
        <w:t>ab agar aap bhadak uthein, agar aap disturb ho jayen, aap ka mind jo hai disturb ho jaye, to kya hai? is ka matlab hai ke aap constructive soch khatam ho jayegi.</w:t>
      </w:r>
    </w:p>
    <w:p>
      <w:pPr>
        <w:jc w:val="right"/>
      </w:pPr>
      <w:r>
        <w:t>اب اگر آپ بھڑک اٹھیں، اگر آپ ڈسٹرب ہو جائیں، آپ کا مائنڈ جو ہے ڈسٹرب ہو جائے، تو کیا ہے؟ اس کا مطلب ہے کہ آپ کنسٹرکٹو سوچ ختم ہو جائے گی۔</w:t>
      </w:r>
    </w:p>
    <w:p>
      <w:r>
        <w:rPr>
          <w:b/>
        </w:rPr>
        <w:t xml:space="preserve">[24:19] </w:t>
      </w:r>
      <w:r>
        <w:t>positive mind khatam ho jayega. aur wise planning aap nahi kar sakenge. wise planning.</w:t>
      </w:r>
    </w:p>
    <w:p>
      <w:pPr>
        <w:jc w:val="right"/>
      </w:pPr>
      <w:r>
        <w:t>پازیٹیو مائنڈ ختم ہو جائے گا۔ اور وائز پلاننگ آپ نہیں کر سکیں گے۔ وائز پلاننگ۔</w:t>
      </w:r>
    </w:p>
    <w:p>
      <w:r>
        <w:rPr>
          <w:b/>
        </w:rPr>
        <w:t xml:space="preserve">[24:30] </w:t>
      </w:r>
      <w:r>
        <w:t>jahan constructive thinking na ho, jahan positive thinking na ho, wahan wise planning ka koi matlab hi nahi. to rasool allah ki poori zindagi jo hai aap dekhiye to bohat zabardast aap ki wise planning hua karti thi.</w:t>
      </w:r>
    </w:p>
    <w:p>
      <w:pPr>
        <w:jc w:val="right"/>
      </w:pPr>
      <w:r>
        <w:t>جہاں کنسٹرکٹو تھنکنگ نہ ہو، جہاں پازیٹیو تھنکنگ نہ ہو، وہاں وائز پلاننگ کا کوئی مطلب ہی نہیں۔ تو رسول اللہ کی پوری زندگی جو ہے آپ دیکھیے تو بہت زبردست آپ کی وائز پلاننگ ہوا کرتی تھی۔</w:t>
      </w:r>
    </w:p>
    <w:p>
      <w:r>
        <w:rPr>
          <w:b/>
        </w:rPr>
        <w:t xml:space="preserve">[24:45] </w:t>
      </w:r>
      <w:r>
        <w:t>har mamle mein. poori history mein aisa koi aadmi nahi mila jo itna zabardast wise planning karna karta ho.</w:t>
      </w:r>
    </w:p>
    <w:p>
      <w:pPr>
        <w:jc w:val="right"/>
      </w:pPr>
      <w:r>
        <w:t>ہر معاملے میں۔ پوری ہسٹری میں ایسا کوئی آدمی نہیں ملا جو اتنا زبردست وائز پلاننگ کرنا کرتا ہو۔</w:t>
      </w:r>
    </w:p>
    <w:p>
      <w:r>
        <w:rPr>
          <w:b/>
        </w:rPr>
        <w:t xml:space="preserve">[24:58] </w:t>
      </w:r>
      <w:r>
        <w:t>bahut historian ne etaraf kiya hai ke rasool allah sallallahu alaihi wasallam ke bare mein, jise doctor michael hart ne, ke poori tareekh ke jitne barhe paida hue, un sab barhon mein number one barhe rasool allah muhammad rasool allah the.</w:t>
      </w:r>
    </w:p>
    <w:p>
      <w:pPr>
        <w:jc w:val="right"/>
      </w:pPr>
      <w:r>
        <w:t>ببے ہسٹورین نے اعتراف کیا ہے کہ رسول اللہ صلی اللہ علیہ وسلم کے بارے میں، جسے ڈاکٹر مائیکل ہارٹ نے، کہ پوری تاریخ کے جتنے بڑے پیدا ہوئے، ان سب بڑے میں نمبر ون بڑے رسول اللہ محمد رسول اللہ تھے۔</w:t>
      </w:r>
    </w:p>
    <w:p>
      <w:r>
        <w:rPr>
          <w:b/>
        </w:rPr>
        <w:t xml:space="preserve">[25:13] </w:t>
      </w:r>
      <w:r>
        <w:t>to is ka raaz kya tha? raaz yeh tha ke aap hundred percent complex free ban gaye the. aap khuda mein jeene wale ban gaye the.</w:t>
      </w:r>
    </w:p>
    <w:p>
      <w:pPr>
        <w:jc w:val="right"/>
      </w:pPr>
      <w:r>
        <w:t>تو اس کا راز کیا تھا؟ راز یہ تھا کہ آپ ہنڈرڈ پرسنٹ کمپلیکس فری بن گئے تھے۔ آپ خدا میں جینے والے بن گئے تھے۔</w:t>
      </w:r>
    </w:p>
    <w:p>
      <w:r>
        <w:rPr>
          <w:b/>
        </w:rPr>
        <w:t xml:space="preserve">[25:23] </w:t>
      </w:r>
      <w:r>
        <w:t>har doosri cheez aap ke liye security ban gayi thi. aap ke andar high thinking aa gayi thi. is liye aap wise planning kar pate the hamesha.</w:t>
      </w:r>
    </w:p>
    <w:p>
      <w:pPr>
        <w:jc w:val="right"/>
      </w:pPr>
      <w:r>
        <w:t>ہر دوسری چیز آپ کے لیے سکیورٹی بن گئی تھی۔ آپ کے اندر ہائی تھنکنگ آ گئی تھی۔ اس لیے آپ وائز پلاننگ کر پاتے تھے ہمیشہ۔</w:t>
      </w:r>
    </w:p>
    <w:p>
      <w:r>
        <w:rPr>
          <w:b/>
        </w:rPr>
        <w:t xml:space="preserve">[25:35] </w:t>
      </w:r>
      <w:r>
        <w:t>hamesha wise planning kar pate the. ab aap dekhiye terah saal jab makka mein guzar gaye aap ke, aur bohat sataya logon ne.</w:t>
      </w:r>
    </w:p>
    <w:p>
      <w:pPr>
        <w:jc w:val="right"/>
      </w:pPr>
      <w:r>
        <w:t>ہمیشہ وائز پلاننگ کر پاتے تھے۔ اب آپ دیکھیے تیرہ سال جب مکہ میں گزر گئے آپ کے، اور بہت ستایا لوگوں نے۔</w:t>
      </w:r>
    </w:p>
    <w:p>
      <w:r>
        <w:rPr>
          <w:b/>
        </w:rPr>
        <w:t xml:space="preserve">[25:47] </w:t>
      </w:r>
      <w:r>
        <w:t>yahan tak ke wahan to ek tribal parliament thi, us ko nadwa, darul-nadwa aa jata tha. darul-nadwa mein unhon ne tay kiya consensus ke sath ke muhammad ko qatal kar do.</w:t>
      </w:r>
    </w:p>
    <w:p>
      <w:pPr>
        <w:jc w:val="right"/>
      </w:pPr>
      <w:r>
        <w:t>یہاں تک کہ وہاں تو ایک ٹرائبل پارلیمنٹ تھی، اس کو ندوک، دارالندوک آ جاتا تھا۔ دارالندوک میں انہوں نے طے کیا کنسنسس کے ساتھ کہ محمد کو قتل کر دو۔</w:t>
      </w:r>
    </w:p>
    <w:p>
      <w:r>
        <w:rPr>
          <w:b/>
        </w:rPr>
        <w:t xml:space="preserve">[26:04] </w:t>
      </w:r>
      <w:r>
        <w:t>to aap ne kya kiya?</w:t>
      </w:r>
    </w:p>
    <w:p>
      <w:pPr>
        <w:jc w:val="right"/>
      </w:pPr>
      <w:r>
        <w:t>تو آپ نے کیا کیا؟</w:t>
      </w:r>
    </w:p>
    <w:p>
      <w:r>
        <w:rPr>
          <w:b/>
        </w:rPr>
        <w:t xml:space="preserve">[26:09] </w:t>
      </w:r>
      <w:r>
        <w:t>us waqt aap ke paas kai so sahaba ho chuke the. yani makka ke aur makka ke aas paas ke. to aap kehte hain theek hai, hum ladenge.</w:t>
      </w:r>
    </w:p>
    <w:p>
      <w:pPr>
        <w:jc w:val="right"/>
      </w:pPr>
      <w:r>
        <w:t>اس وقت آپ کے پاس کئی سو صحابہ ہو چکے تھے۔ یعنی مکہ کے اور مکہ کے آس پاس کے۔ تو آپ کہتے ہیں ٹھیک ہے، ہم لڑیں گے۔</w:t>
      </w:r>
    </w:p>
    <w:p>
      <w:r>
        <w:rPr>
          <w:b/>
        </w:rPr>
        <w:t xml:space="preserve">[26:22] </w:t>
      </w:r>
      <w:r>
        <w:t>aur is ke baad sare sahaba ko ekatha kar ke aap ladai chhed dete? to kya hota? jahan history shuru hui to wohin history khatam bhi ho jati.</w:t>
      </w:r>
    </w:p>
    <w:p>
      <w:pPr>
        <w:jc w:val="right"/>
      </w:pPr>
      <w:r>
        <w:t>اور اس کے بعد سارے صحابہ کو اکٹھا کر کے آپ لڑائی چھیڑ دیتے؟ تو کیا ہوتا؟ جہاں ہسٹری شروع ہوئی تو وہیں ہسٹری ختم بھی ہو جاتی۔</w:t>
      </w:r>
    </w:p>
    <w:p>
      <w:r>
        <w:rPr>
          <w:b/>
        </w:rPr>
        <w:t xml:space="preserve">[26:35] </w:t>
      </w:r>
      <w:r>
        <w:t>makka mein history shuru hui islam ki, wohin bhari bhi ho gayi.</w:t>
      </w:r>
    </w:p>
    <w:p>
      <w:pPr>
        <w:jc w:val="right"/>
      </w:pPr>
      <w:r>
        <w:t>مکہ میں ہسٹری شروع ہوئی اسلام کی، وہیں بھری بھی ہو گئی۔</w:t>
      </w:r>
    </w:p>
    <w:p>
      <w:r>
        <w:rPr>
          <w:b/>
        </w:rPr>
        <w:t xml:space="preserve">[26:42] </w:t>
      </w:r>
      <w:r>
        <w:t>kyunke yahi log jo the, yahi to history banai unhon ne baat ko. yeh jo makkah mile the, unhon ne islam ki history banai.</w:t>
      </w:r>
    </w:p>
    <w:p>
      <w:pPr>
        <w:jc w:val="right"/>
      </w:pPr>
      <w:r>
        <w:t>کیونکہ یہی لوگ جو تھے، یہی تو ہسٹری بنائی انہوں نے بات کو۔ یہ جو مکہ ملے تھے، انہوں نے اسلام کی ہسٹری بنائی۔</w:t>
      </w:r>
    </w:p>
    <w:p>
      <w:r>
        <w:rPr>
          <w:b/>
        </w:rPr>
        <w:t xml:space="preserve">[26:52] </w:t>
      </w:r>
      <w:r>
        <w:t>yeh ek ek shakhs hero tha. to agar lad jaate aap to kya hota? makkah mein islam ki history shuru hui aur wahin dafan bhi ho gayi.</w:t>
      </w:r>
    </w:p>
    <w:p>
      <w:pPr>
        <w:jc w:val="right"/>
      </w:pPr>
      <w:r>
        <w:t>یہ ایک ایک شخص ہیرو تھا۔ تو اگر لڑ جاتے آپ تو کیا ہوتا؟ مکہ میں اسلام کی ہسٹری شروع ہوئی اور وہیں دفن بھی ہو گئی۔</w:t>
      </w:r>
    </w:p>
    <w:p>
      <w:r>
        <w:rPr>
          <w:b/>
        </w:rPr>
        <w:t xml:space="preserve">[27:06] </w:t>
      </w:r>
      <w:r>
        <w:t>aur aaj hum aap ko sachai mili hui na hoti. aap ne kya kiya? ek bohat hi super strategy ikhtiyar ki aap ne.</w:t>
      </w:r>
    </w:p>
    <w:p>
      <w:pPr>
        <w:jc w:val="right"/>
      </w:pPr>
      <w:r>
        <w:t>اور آج ہم آپ کو سچائی ملی ہوئی نہ ہوتی۔ آپ نے کیا کیا؟ ایک بہت ہی سپر اسٹریٹجی اختیار کی آپ نے۔</w:t>
      </w:r>
    </w:p>
    <w:p>
      <w:r>
        <w:rPr>
          <w:b/>
        </w:rPr>
        <w:t xml:space="preserve">[27:19] </w:t>
      </w:r>
      <w:r>
        <w:t>yaani mahir se migrate kar diya aap ne makkah se.</w:t>
      </w:r>
    </w:p>
    <w:p>
      <w:pPr>
        <w:jc w:val="right"/>
      </w:pPr>
      <w:r>
        <w:t>یعنی ماہر سے مائیگریٹ کر دیا آپ نے مکہ سے۔</w:t>
      </w:r>
    </w:p>
    <w:p>
      <w:r>
        <w:rPr>
          <w:b/>
        </w:rPr>
        <w:t xml:space="preserve">[27:25] </w:t>
      </w:r>
      <w:r>
        <w:t>makkah se madina chale gaye. yaani khwamkhwah aap ne koi marwana, khwamkhwah lad jaana, khwamkhwah talwar nikal lena miyan se, yeh rasool Allah ka uswa nahi hai.</w:t>
      </w:r>
    </w:p>
    <w:p>
      <w:pPr>
        <w:jc w:val="right"/>
      </w:pPr>
      <w:r>
        <w:t>مکہ سے مدینہ چلے گئے۔ یعنی خوامخواہ آپ نے کوئی مروانا، خوامخواہ لڑ جانا، خوامخواہ تلوار نکال لینا میان سے، یہ رسول اللہ کا اسوہ نہیں ہے۔</w:t>
      </w:r>
    </w:p>
    <w:p>
      <w:r>
        <w:rPr>
          <w:b/>
        </w:rPr>
        <w:t xml:space="preserve">[27:43] </w:t>
      </w:r>
      <w:r>
        <w:t>rasool Allah ka uswa yeh nahi hai.</w:t>
      </w:r>
    </w:p>
    <w:p>
      <w:pPr>
        <w:jc w:val="right"/>
      </w:pPr>
      <w:r>
        <w:t>رسول اللہ کا اسوہ یہ نہیں ہے۔</w:t>
      </w:r>
    </w:p>
    <w:p>
      <w:r>
        <w:rPr>
          <w:b/>
        </w:rPr>
        <w:t xml:space="preserve">[27:50] </w:t>
      </w:r>
      <w:r>
        <w:t>bohat hi khamoshi ke sath aur wahan jaane se pehle aap ne pata kiya ke makkah ke halaat jaise hain kya woh aise hi madina ke halaat bhi hain?</w:t>
      </w:r>
    </w:p>
    <w:p>
      <w:pPr>
        <w:jc w:val="right"/>
      </w:pPr>
      <w:r>
        <w:t>بہت ہی خاموشی کے ساتھ اور وہاں جانے سے پہلے آپ نے پتہ کیا کہ مکہ کے حالات جیسے ہیں کیا وہ ایسے ہی مدینہ کے حالات بھی ہیں؟</w:t>
      </w:r>
    </w:p>
    <w:p>
      <w:r>
        <w:rPr>
          <w:b/>
        </w:rPr>
        <w:t xml:space="preserve">[27:59] </w:t>
      </w:r>
      <w:r>
        <w:t>maloom hua ke nahi, wahan aise halaat nahi hain.</w:t>
      </w:r>
    </w:p>
    <w:p>
      <w:pPr>
        <w:jc w:val="right"/>
      </w:pPr>
      <w:r>
        <w:t>معلوم ہوا کہ نہیں، وہاں ایسے حالات نہیں ہیں۔</w:t>
      </w:r>
    </w:p>
    <w:p>
      <w:r>
        <w:rPr>
          <w:b/>
        </w:rPr>
        <w:t xml:space="preserve">[28:03] </w:t>
      </w:r>
      <w:r>
        <w:t>wahan aisi koi mukhalifat nahi hogi.</w:t>
      </w:r>
    </w:p>
    <w:p>
      <w:pPr>
        <w:jc w:val="right"/>
      </w:pPr>
      <w:r>
        <w:t>وہاں ایسی کوئی مخالفت نہیں ہوگی۔</w:t>
      </w:r>
    </w:p>
    <w:p>
      <w:r>
        <w:rPr>
          <w:b/>
        </w:rPr>
        <w:t xml:space="preserve">[28:08] </w:t>
      </w:r>
      <w:r>
        <w:t>do aadmi peshgi taraf bheje the aap ne, jin ko mukri kaha jata tha.</w:t>
      </w:r>
    </w:p>
    <w:p>
      <w:pPr>
        <w:jc w:val="right"/>
      </w:pPr>
      <w:r>
        <w:t>دو آدمی پیشگی طرف بھیجے تھے آپ نے، جن کو مکری کہا جاتا تھا۔</w:t>
      </w:r>
    </w:p>
    <w:p>
      <w:r>
        <w:rPr>
          <w:b/>
        </w:rPr>
        <w:t xml:space="preserve">[28:16] </w:t>
      </w:r>
      <w:r>
        <w:t>aur wahan bohat se log islam mein dakhil ho gaye.</w:t>
      </w:r>
    </w:p>
    <w:p>
      <w:pPr>
        <w:jc w:val="right"/>
      </w:pPr>
      <w:r>
        <w:t>اور وہاں بہت سے لوگ اسلام میں داخل ہو گئے۔</w:t>
      </w:r>
    </w:p>
    <w:p>
      <w:r>
        <w:rPr>
          <w:b/>
        </w:rPr>
        <w:t xml:space="preserve">[28:22] </w:t>
      </w:r>
      <w:r>
        <w:t>yahan tak ke wahan se report mili rasool Allah sal Allah alaihi wasallam ko ke wa lam tabqa dar min dur al ansar illa wa dakhala fil islam. ghar ghar mein dakhil ho gaya islam.</w:t>
      </w:r>
    </w:p>
    <w:p>
      <w:pPr>
        <w:jc w:val="right"/>
      </w:pPr>
      <w:r>
        <w:t>یہاں تک کہ وہاں سے رپورٹ ملی رسول اللہ صلی اللہ علیہ وسلم کو کہ ولم تبق دارم من دور الانصار الا ودخل فی الاسلام۔ گھر گھر میں داخل ہو گیا اسلام۔</w:t>
      </w:r>
    </w:p>
    <w:p>
      <w:r>
        <w:rPr>
          <w:b/>
        </w:rPr>
        <w:t xml:space="preserve">[28:32] </w:t>
      </w:r>
      <w:r>
        <w:t>kyunke madine ke log waise nahi the. makkah ke log thoda stubborn the, egoist the. madine ke log seedhe sadhe the, naram mizaj ke the.</w:t>
      </w:r>
    </w:p>
    <w:p>
      <w:pPr>
        <w:jc w:val="right"/>
      </w:pPr>
      <w:r>
        <w:t>کیونکہ مدینے کے لوگ ویسے نہیں تھے۔ مکہ کے لوگ تھوڑا سٹربنڈ تھے، ایگوئسٹ تھے۔ مدینے کے لوگ سیدھے سادھے تھے، نرم مزاج کے تھے۔</w:t>
      </w:r>
    </w:p>
    <w:p>
      <w:r>
        <w:rPr>
          <w:b/>
        </w:rPr>
        <w:t xml:space="preserve">[28:46] </w:t>
      </w:r>
      <w:r>
        <w:t>wo egoist nahi hua karte the. makkah ke log arrogant the, arrogant the, egoist the, stubborn the.</w:t>
      </w:r>
    </w:p>
    <w:p>
      <w:pPr>
        <w:jc w:val="right"/>
      </w:pPr>
      <w:r>
        <w:t>وہ ایگوئسٹ نہیں ہوا کرتے تھے۔ مکہ کے لوگ آرگنس تھے، آرگنٹ تھے، ایگوئسٹ تھے، سٹربنڈ تھے۔</w:t>
      </w:r>
    </w:p>
    <w:p>
      <w:r>
        <w:rPr>
          <w:b/>
        </w:rPr>
        <w:t xml:space="preserve">[28:57] </w:t>
      </w:r>
      <w:r>
        <w:t>unki tareekh alag thi. aur ansar jo the, woh jo madina ke jo log the, woh naram mizaj the. kheti bari karte the.</w:t>
      </w:r>
    </w:p>
    <w:p>
      <w:pPr>
        <w:jc w:val="right"/>
      </w:pPr>
      <w:r>
        <w:t>ان کی تاریخ الگ تھی۔ اور انصار جو تھے، وہ جو مدینہ کے جو لوگ تھے، وہ نرم مزاج تھے۔ کھیتی باڑی کرتے تھے۔</w:t>
      </w:r>
    </w:p>
    <w:p>
      <w:r>
        <w:rPr>
          <w:b/>
        </w:rPr>
        <w:t xml:space="preserve">[29:08] </w:t>
      </w:r>
      <w:r>
        <w:t>to wahan par aap ne socha ke woh hum aap ne work place badal diya. yeh bohat bada uswa hai rasool Allah sal Allah alaihi wasallam ka, bohat bada namuna.</w:t>
      </w:r>
    </w:p>
    <w:p>
      <w:pPr>
        <w:jc w:val="right"/>
      </w:pPr>
      <w:r>
        <w:t>تو وہاں پر آپ نے سوچا کہ وہ ہم آپ نے ورک پلیس بدل دیا۔ یہ بہت بڑا اسوہ ہے رسول اللہ صلی اللہ علیہ وسلم کا، بہت بڑا نمونہ۔</w:t>
      </w:r>
    </w:p>
    <w:p>
      <w:r>
        <w:rPr>
          <w:b/>
        </w:rPr>
        <w:t xml:space="preserve">[29:21] </w:t>
      </w:r>
      <w:r>
        <w:t>ke takrao ke bajaye apna work place badal do. hijrat ka matlab kya hai? maqam amal ko badalna. hijrat ke mani farar nahi hain.</w:t>
      </w:r>
    </w:p>
    <w:p>
      <w:pPr>
        <w:jc w:val="right"/>
      </w:pPr>
      <w:r>
        <w:t>کہ ٹکراؤ کے بجائے اپنا ورک پلیس بدل دو۔ ہجرت کا مطلب کیا ہے؟ مقام عمل کو بدلنا۔ ہجرت کے معنی فرار نہیں ہیں۔</w:t>
      </w:r>
    </w:p>
    <w:p>
      <w:r>
        <w:rPr>
          <w:b/>
        </w:rPr>
        <w:t xml:space="preserve">[29:33] </w:t>
      </w:r>
      <w:r>
        <w:t>kuch non muslim scholars is ko plight kehte hain. plight. plight nahi thi woh. woh tha work place ko badalna.</w:t>
      </w:r>
    </w:p>
    <w:p>
      <w:pPr>
        <w:jc w:val="right"/>
      </w:pPr>
      <w:r>
        <w:t>کچھ نان مسلم اسکالرز اس کو پلائیٹ کہتے ہیں۔ پی ایل آئی جی ٹی ایچ ٹی پلائیٹ۔ پلائیٹ نہیں تھی وہ۔ وہ تھا ورک پلیس کو بدلنا۔</w:t>
      </w:r>
    </w:p>
    <w:p>
      <w:r>
        <w:rPr>
          <w:b/>
        </w:rPr>
        <w:t xml:space="preserve">[29:46] </w:t>
      </w:r>
      <w:r>
        <w:t>yaani ab tak aap kaam kar rahe the makkah mein, ab aap ne ja kar ke madina mein kaam shuru kar diya. wahi same mission. aur jo log ab dakhil ho chuke the aap ke mission mein, un sab ko sath le gaye.</w:t>
      </w:r>
    </w:p>
    <w:p>
      <w:pPr>
        <w:jc w:val="right"/>
      </w:pPr>
      <w:r>
        <w:t>یعنی اب تک آپ کام کر رہے تھے مکہ میں، اب آپ نے جا کر کے مدینے میں کام شروع کر دیا۔ وہی سیم مشن۔ اور جو لوگ اب داخل ہو چکے تھے آپ کے مشن میں، ان سب کو ساتھ لے گئے۔</w:t>
      </w:r>
    </w:p>
    <w:p>
      <w:r>
        <w:rPr>
          <w:b/>
        </w:rPr>
        <w:t xml:space="preserve">[29:58] </w:t>
      </w:r>
      <w:r>
        <w:t>ab dheere dheere madina stronghold ban gaya. yeh hai strategy. work place ko badalna, yeh hai rasool Allah sal Allah alaihi wasallam ki sunnat.</w:t>
      </w:r>
    </w:p>
    <w:p>
      <w:pPr>
        <w:jc w:val="right"/>
      </w:pPr>
      <w:r>
        <w:t>اب دھیرے دھیرے مدینہ اسٹرانگ ہولڈ بن گیا۔ یہ ہے اسٹریٹجی۔ ورک پلیس کو بدلنا، یہ ہے رسول اللہ صلی اللہ علیہ وسلم کی سنت۔</w:t>
      </w:r>
    </w:p>
    <w:p>
      <w:r>
        <w:rPr>
          <w:b/>
        </w:rPr>
        <w:t xml:space="preserve">[30:09] </w:t>
      </w:r>
      <w:r>
        <w:t>wahin lad jaana, wahin mar jaana. suicide bombing karna, yeh rasool Allah ki sunnat nahi hai.</w:t>
      </w:r>
    </w:p>
    <w:p>
      <w:pPr>
        <w:jc w:val="right"/>
      </w:pPr>
      <w:r>
        <w:t>وہیں لڑ جانا، وہیں مر جانا۔ سوسائیڈ بمبنگ کرنا، یہ رسول اللہ کی سنت نہیں ہے۔</w:t>
      </w:r>
    </w:p>
    <w:p>
      <w:r>
        <w:rPr>
          <w:b/>
        </w:rPr>
        <w:t xml:space="preserve">[30:20] </w:t>
      </w:r>
      <w:r>
        <w:t>yeh kitni badi hai, yeh master strategy hai. yeh master formula hai jis ko hum kehte hain hijrat. hijrat jo hai, simply migration nahi tha.</w:t>
      </w:r>
    </w:p>
    <w:p>
      <w:pPr>
        <w:jc w:val="right"/>
      </w:pPr>
      <w:r>
        <w:t>یہ کتنی بڑی ہے، یہ ماسٹر اسٹریٹجی ہے۔ یہ ماسٹر فارمولا ہے جس کو ہم کہتے ہیں ہجرت۔ ہجرت جو ہے، سمپلی مائیگریشن نہیں تھا۔</w:t>
      </w:r>
    </w:p>
    <w:p>
      <w:r>
        <w:rPr>
          <w:b/>
        </w:rPr>
        <w:t xml:space="preserve">[30:31] </w:t>
      </w:r>
      <w:r>
        <w:t>woh tha work place ko badalna.</w:t>
      </w:r>
    </w:p>
    <w:p>
      <w:pPr>
        <w:jc w:val="right"/>
      </w:pPr>
      <w:r>
        <w:t>وہ تھا ورک پلیس کو بدلنا۔</w:t>
      </w:r>
    </w:p>
    <w:p>
      <w:r>
        <w:rPr>
          <w:b/>
        </w:rPr>
        <w:t xml:space="preserve">[30:35] </w:t>
      </w:r>
      <w:r>
        <w:t>isi liye bohat thodi muddat mein sare log hairaan hain, sare historians ke sirf 23 saal mein kaise yeh possible hua Muhammad ke liye ke sare arabia ko unhon ne Islamize kar liya.</w:t>
      </w:r>
    </w:p>
    <w:p>
      <w:pPr>
        <w:jc w:val="right"/>
      </w:pPr>
      <w:r>
        <w:t>اسی لیے بہت تھوڑی مدت میں سارے لوگ حیران ہیں، سارے ہسٹورین کہ صرف تئیس سال میں کیسے یہ پاسیبل ہوا محمد کے لیے کہ سارے عربیہ کو انہوں نے اسلامائز کر لیا۔</w:t>
      </w:r>
    </w:p>
    <w:p>
      <w:r>
        <w:rPr>
          <w:b/>
        </w:rPr>
        <w:t xml:space="preserve">[30:48] </w:t>
      </w:r>
      <w:r>
        <w:t>sare arabia ko.</w:t>
      </w:r>
    </w:p>
    <w:p>
      <w:pPr>
        <w:jc w:val="right"/>
      </w:pPr>
      <w:r>
        <w:t>سارے عربیہ کو۔</w:t>
      </w:r>
    </w:p>
    <w:p>
      <w:r>
        <w:rPr>
          <w:b/>
        </w:rPr>
        <w:t xml:space="preserve">[30:53] </w:t>
      </w:r>
      <w:r>
        <w:t>yahan mein aap ko aik aur baat arz karna chahoon ga. aik aik mashhoor muslim scholar hain, un ki aik kitaab hai al-jihad fil islam.</w:t>
      </w:r>
    </w:p>
    <w:p>
      <w:pPr>
        <w:jc w:val="right"/>
      </w:pPr>
      <w:r>
        <w:t>یہاں میں آپ کو ایک اور بات عرض کرنا چاہوں گا۔ ایک ایک مشہور مسلم اسکالر ہیں، ان کی ایک کتاب ہے الجہاد فی الاسلام۔</w:t>
      </w:r>
    </w:p>
    <w:p>
      <w:r>
        <w:rPr>
          <w:b/>
        </w:rPr>
        <w:t xml:space="preserve">[31:05] </w:t>
      </w:r>
      <w:r>
        <w:t>bohat hi mashhoor scholar hain yeh. al-jihad fil islam mein unhon ne kya dikhaya hai? bohat ajeeb o ghareeb baat. rasool ALLAH sallay ALLAH alaihi wasallam ka uswa jo hai, bata diya kya?</w:t>
      </w:r>
    </w:p>
    <w:p>
      <w:pPr>
        <w:jc w:val="right"/>
      </w:pPr>
      <w:r>
        <w:t>بہت ہی مشہور اسکالر ہیں یہ۔ الجہاد فی الاسلام میں انہوں نے کیا دکھایا ہے؟ بہت عجیب و غریب بات۔ رسول اللہ صلی اللہ علیہ وسلم کا اسوہ جو ہے، بتا دیا کیا؟</w:t>
      </w:r>
    </w:p>
    <w:p>
      <w:r>
        <w:rPr>
          <w:b/>
        </w:rPr>
        <w:t xml:space="preserve">[31:18] </w:t>
      </w:r>
      <w:r>
        <w:t>ulta. unhon ne likha hai ke rasool ALLAH ne pehle waaz o taleeq ki, naseehat ki, peaceful tareeqay se samjhaya bujhaya, lekin log islam mein nahi aaye.</w:t>
      </w:r>
    </w:p>
    <w:p>
      <w:pPr>
        <w:jc w:val="right"/>
      </w:pPr>
      <w:r>
        <w:t>الٹا۔ انہوں نے لکھا ہے کہ رسول اللہ نے پہلے وعظ و تلقین کی، نصیحت کی، پیس فل طریقے سے سمجھایا بجھایا، لیکن لوگ اسلام میں نہیں آئے۔</w:t>
      </w:r>
    </w:p>
    <w:p>
      <w:r>
        <w:rPr>
          <w:b/>
        </w:rPr>
        <w:t xml:space="preserve">[31:35] </w:t>
      </w:r>
      <w:r>
        <w:t>to aap ne talwar uthai. jab talwar uthai to saare log islam mein dakhil ho gaye. yeh bilkul base less baat hai. is ka haqeeqat se koi talluq hi nahi hai.</w:t>
      </w:r>
    </w:p>
    <w:p>
      <w:pPr>
        <w:jc w:val="right"/>
      </w:pPr>
      <w:r>
        <w:t>تو آپ نے تلوار اٹھائی۔ جب تلوار اٹھائی تو سارے لوگ اسلام میں داخل ہو گئے۔ یہ بالکل بیس لیس بات ہے۔ اس کا حقیقت سے کوئی تعلق ہی نہیں ہے۔</w:t>
      </w:r>
    </w:p>
    <w:p>
      <w:r>
        <w:rPr>
          <w:b/>
        </w:rPr>
        <w:t xml:space="preserve">[31:49] </w:t>
      </w:r>
      <w:r>
        <w:t>ke rasool ALLAH sallay ALLAH alaihi wasallam ne pehle perm naseehat ki aur log nahi maane, to aap ne talwar utha li aur phir saare log islam mein aa gaye.</w:t>
      </w:r>
    </w:p>
    <w:p>
      <w:pPr>
        <w:jc w:val="right"/>
      </w:pPr>
      <w:r>
        <w:t>کہ رسول اللہ صلی اللہ علیہ وسلم نے پہلے پرم نصیحت کی اور لوگ نہیں مانے، تو آپ نے تلوار اٹھا لی اور پھر سارے لوگ اسلام میں آ گئے۔</w:t>
      </w:r>
    </w:p>
    <w:p>
      <w:r>
        <w:rPr>
          <w:b/>
        </w:rPr>
        <w:t xml:space="preserve">[31:58] </w:t>
      </w:r>
      <w:r>
        <w:t>yeh bilkul is ka history se koi talluq nahi hai. yeh to adab hai, adab. dekhen mein arz karta hoon. rasool ALLAH ke taees saala muddat mein saara arab jo hai, islamize ho gaya tha.</w:t>
      </w:r>
    </w:p>
    <w:p>
      <w:pPr>
        <w:jc w:val="right"/>
      </w:pPr>
      <w:r>
        <w:t>یہ بالکل اس کا ہسٹری سے کوئی تعلق نہیں ہے۔ یہ تو ادب ہے، ادب۔ دیکھیں میں عرض کرتا ہوں۔ رسول اللہ کے تئیس سالہ مدت میں سارا عرب جو ہے، اسلامائز ہو گیا تھا۔</w:t>
      </w:r>
    </w:p>
    <w:p>
      <w:r>
        <w:rPr>
          <w:b/>
        </w:rPr>
        <w:t xml:space="preserve">[32:14] </w:t>
      </w:r>
      <w:r>
        <w:t>is ko chaar category mein taqseem kiya jata hai. in saare logon ko. muhajireen, ansar, tulqaa aur wafideen.</w:t>
      </w:r>
    </w:p>
    <w:p>
      <w:pPr>
        <w:jc w:val="right"/>
      </w:pPr>
      <w:r>
        <w:t>اس کو چار کیٹیگری میں تقسیم کیا جاتا ہے۔ ان سارے لوگوں کو۔ مہاجرین، انصار، طلقاء اور وافدین۔</w:t>
      </w:r>
    </w:p>
    <w:p>
      <w:r>
        <w:rPr>
          <w:b/>
        </w:rPr>
        <w:t xml:space="preserve">[32:26] </w:t>
      </w:r>
      <w:r>
        <w:t>yeh chaar group hain, sab ke sab. saare arab ke log jo islam mein dakhil hue thay, un ko yahi bataya jata hai.</w:t>
      </w:r>
    </w:p>
    <w:p>
      <w:pPr>
        <w:jc w:val="right"/>
      </w:pPr>
      <w:r>
        <w:t>یہ چار گروہ ہیں، سب کے سب۔ سارے عرب کے لوگ جو اسلام میں داخل ہوئے تھے، ان کو یہی بتایا جاتا ہے۔</w:t>
      </w:r>
    </w:p>
    <w:p>
      <w:r>
        <w:rPr>
          <w:b/>
        </w:rPr>
        <w:t xml:space="preserve">[32:35] </w:t>
      </w:r>
      <w:r>
        <w:t>muhajireen, ansar aur tulqaa aur wafideen. ab aap dekhiye.</w:t>
      </w:r>
    </w:p>
    <w:p>
      <w:pPr>
        <w:jc w:val="right"/>
      </w:pPr>
      <w:r>
        <w:t>مہاجرین، انصار اور طلقاء اور وافدین۔ اب آپ دیکھیے۔</w:t>
      </w:r>
    </w:p>
    <w:p>
      <w:r>
        <w:rPr>
          <w:b/>
        </w:rPr>
        <w:t xml:space="preserve">[32:46] </w:t>
      </w:r>
      <w:r>
        <w:t>muhajireen jo hain, woh kon hain? jinhon ne taireh saal ke daur mein makkah mein islam qabool kiya. wahan kon si talwar chalai thi aap ne?</w:t>
      </w:r>
    </w:p>
    <w:p>
      <w:pPr>
        <w:jc w:val="right"/>
      </w:pPr>
      <w:r>
        <w:t>مہاجرین جو ہیں، وہ کون ہیں؟ جنہوں نے تیرہ سال کے دور میں مکہ میں اسلام قبول کیا۔ وہاں کون سی تلوار چلائی تھی آپ نے؟</w:t>
      </w:r>
    </w:p>
    <w:p>
      <w:r>
        <w:rPr>
          <w:b/>
        </w:rPr>
        <w:t xml:space="preserve">[32:57] </w:t>
      </w:r>
      <w:r>
        <w:t>makkah mein taireh saal ke dauran kon si talwar chalai thi aap ne? yeh kaise muhajireen islam mein dakhil ho gaye? yeh sab peaceful dawat work ke zariye dakhil hue.</w:t>
      </w:r>
    </w:p>
    <w:p>
      <w:pPr>
        <w:jc w:val="right"/>
      </w:pPr>
      <w:r>
        <w:t>مکہ میں تیرہ سال کے دوران کون سی تلوار چلائی تھی آپ نے؟ یہ کیسے مہاجرین اسلام میں داخل ہو گئے؟ یہ سب پیس فل دعوت ورک کے ذریعے داخل ہوئے۔</w:t>
      </w:r>
    </w:p>
    <w:p>
      <w:r>
        <w:rPr>
          <w:b/>
        </w:rPr>
        <w:t xml:space="preserve">[33:09] </w:t>
      </w:r>
      <w:r>
        <w:t>peaceful dawat work. is ke baad ansar ko lijeye. madine mein jinhon ne islam qabool kiya, un ko ansar kaha jata hai.</w:t>
      </w:r>
    </w:p>
    <w:p>
      <w:pPr>
        <w:jc w:val="right"/>
      </w:pPr>
      <w:r>
        <w:t>پیس فل دعوت ورک۔ اس کے بعد انصار کو لیجیے۔ مدینے میں جنہوں نے اسلام قبول کیا، ان کو انصار کہا جاتا ہے۔</w:t>
      </w:r>
    </w:p>
    <w:p>
      <w:r>
        <w:rPr>
          <w:b/>
        </w:rPr>
        <w:t xml:space="preserve">[33:21] </w:t>
      </w:r>
      <w:r>
        <w:t>wahan bhi kon si talwar chalai aap ne? madine mein koi talwar nahi chalai aap ne? peaceful dawat work ke zariye log islam mein dakhil hue.</w:t>
      </w:r>
    </w:p>
    <w:p>
      <w:pPr>
        <w:jc w:val="right"/>
      </w:pPr>
      <w:r>
        <w:t>وہاں بھی کون سی تلوار چلائی آپ نے؟ مدینے میں کوئی تلوار نہیں چلائی آپ نے؟ پیس فل دعوت ورک کے ذریعے لوگ اسلام میں داخل ہوئے۔</w:t>
      </w:r>
    </w:p>
    <w:p>
      <w:r>
        <w:rPr>
          <w:b/>
        </w:rPr>
        <w:t xml:space="preserve">[33:32] </w:t>
      </w:r>
      <w:r>
        <w:t>is ke baad jo tulqaa hain,</w:t>
      </w:r>
    </w:p>
    <w:p>
      <w:pPr>
        <w:jc w:val="right"/>
      </w:pPr>
      <w:r>
        <w:t>اس کے بعد جو طلقاء ہیں،</w:t>
      </w:r>
    </w:p>
    <w:p>
      <w:r>
        <w:rPr>
          <w:b/>
        </w:rPr>
        <w:t xml:space="preserve">[33:39] </w:t>
      </w:r>
      <w:r>
        <w:t>tulqaa kaha jata hai in logon ko jo fateh makkah ke baad islam mein dakhil hue thay. fateh makkah kya tha?</w:t>
      </w:r>
    </w:p>
    <w:p>
      <w:pPr>
        <w:jc w:val="right"/>
      </w:pPr>
      <w:r>
        <w:t>طلقاء کہا جاتا ہے ان لوگوں کو جو فتح مکہ کے بعد اسلام میں داخل ہوئے تھے۔ فتح مکہ کیا تھا؟</w:t>
      </w:r>
    </w:p>
    <w:p>
      <w:r>
        <w:rPr>
          <w:b/>
        </w:rPr>
        <w:t xml:space="preserve">[33:52] </w:t>
      </w:r>
      <w:r>
        <w:t>rasool ALLAH sallay ALLAH alaihi wasallam ne madine se makkah ke liye march kiya. aap ke sath das hazar log thay. kyunke aap ka jo peaceful tareeqa tha, us ke nateejay mein rozana log islam mein dakhil ho rahe thay.</w:t>
      </w:r>
    </w:p>
    <w:p>
      <w:pPr>
        <w:jc w:val="right"/>
      </w:pPr>
      <w:r>
        <w:t>رسول اللہ صلی اللہ علیہ وسلم نے مدینہ سے مکہ کے لیے مارچ کیا۔ آپ کے ساتھ دس ہزار لوگ تھے۔ کیونکہ آپ کا جو پیس فل طریقہ تھا، اس کے نتیجے میں روزانہ لوگ اسلام میں داخل ہو رہے تھے۔</w:t>
      </w:r>
    </w:p>
    <w:p>
      <w:r>
        <w:rPr>
          <w:b/>
        </w:rPr>
        <w:t xml:space="preserve">[34:09] </w:t>
      </w:r>
      <w:r>
        <w:t>barhte barhte un ki tadad das hazar ho gayi. to aap ne peaceful march kiya. aur makkah mein koi talwar nahi chalai aap ne?</w:t>
      </w:r>
    </w:p>
    <w:p>
      <w:pPr>
        <w:jc w:val="right"/>
      </w:pPr>
      <w:r>
        <w:t>بڑھتے بڑھتے ان کی تعداد دس ہزار ہو گئی۔ تو آپ نے پیس فل مارچ کیا۔ اور مکہ میں کوئی تلوار نہیں چلائی آپ نے؟</w:t>
      </w:r>
    </w:p>
    <w:p>
      <w:r>
        <w:rPr>
          <w:b/>
        </w:rPr>
        <w:t xml:space="preserve">[34:19] </w:t>
      </w:r>
      <w:r>
        <w:t>kuch nahi. magar aap ka number, itni ziyada tadad jo thi, usi se log dahshat zada ho gaye. to keh diya ke bhai ab muhammad se ladne ki taqat nahi hai.</w:t>
      </w:r>
    </w:p>
    <w:p>
      <w:pPr>
        <w:jc w:val="right"/>
      </w:pPr>
      <w:r>
        <w:t>کچھ نہیں۔ مگر آپ کا نمبر، اتنی زیادہ تعداد جو تھی، اسی سے لوگ دہشت زدہ ہو گئے۔ تو کہہ دیا کہ بھئی اب محمد سے لڑنے کی طاقت نہیں ہے۔</w:t>
      </w:r>
    </w:p>
    <w:p>
      <w:r>
        <w:rPr>
          <w:b/>
        </w:rPr>
        <w:t xml:space="preserve">[34:33] </w:t>
      </w:r>
      <w:r>
        <w:t>yani baghair kisi ladai ke makkah par aap ka qabza ho gaya. to is ke baad kya hua?</w:t>
      </w:r>
    </w:p>
    <w:p>
      <w:pPr>
        <w:jc w:val="right"/>
      </w:pPr>
      <w:r>
        <w:t>یعنی بغیر کسی لڑائی کے مکہ پر آپ کا قبضہ ہو گیا۔ تو اس کے بعد کیا ہوا؟</w:t>
      </w:r>
    </w:p>
    <w:p>
      <w:r>
        <w:rPr>
          <w:b/>
        </w:rPr>
        <w:t xml:space="preserve">[34:44] </w:t>
      </w:r>
      <w:r>
        <w:t>wahan aap haram mein thay aur woh log jo sardar log thay makkah ke, jinhon ne mukhalifat ki thi, woh sab wahan par laye gaye.</w:t>
      </w:r>
    </w:p>
    <w:p>
      <w:pPr>
        <w:jc w:val="right"/>
      </w:pPr>
      <w:r>
        <w:t>وہاں آپ حرم میں تھے اور وہ لوگ جو سردار لوگ تھے مکہ کے، جنہوں نے مخالفت کی تھی، وہ سب وہاں پر لائے گئے۔</w:t>
      </w:r>
    </w:p>
    <w:p>
      <w:r>
        <w:rPr>
          <w:b/>
        </w:rPr>
        <w:t xml:space="preserve">[34:56] </w:t>
      </w:r>
      <w:r>
        <w:t>yani abhi woh mushrik thay. abhi woh islam mein dakhil nahi hue thay. to rasool ALLAH sallay ALLAH alaihi wasallam us waqt fateh makkah ke taur par wahan maujood thay.</w:t>
      </w:r>
    </w:p>
    <w:p>
      <w:pPr>
        <w:jc w:val="right"/>
      </w:pPr>
      <w:r>
        <w:t>یعنی ابھی وہ مشرک تھے۔ ابھی وہ اسلام میں داخل نہیں ہوئے تھے۔ تو رسول اللہ صلی اللہ علیہ وسلم اس وقت فاتح مکہ کے طور پر وہاں موجود تھے۔</w:t>
      </w:r>
    </w:p>
    <w:p>
      <w:r>
        <w:rPr>
          <w:b/>
        </w:rPr>
        <w:t xml:space="preserve">[35:07] </w:t>
      </w:r>
      <w:r>
        <w:t>makkah ke head ke taur par maujood thay. ab makkah aap ke hath mein tha. woh jab aaye, woh log to sar jhukaye hue thay.</w:t>
      </w:r>
    </w:p>
    <w:p>
      <w:pPr>
        <w:jc w:val="right"/>
      </w:pPr>
      <w:r>
        <w:t>مکہ کے ہیڈ کے طور پر موجود تھے۔ اب مکہ آپ کے ہاتھ میں تھا۔ وہ جب آئے، وہ لوگ تو سر جھکائے ہوئے تھے۔</w:t>
      </w:r>
    </w:p>
    <w:p>
      <w:r>
        <w:rPr>
          <w:b/>
        </w:rPr>
        <w:t xml:space="preserve">[35:17] </w:t>
      </w:r>
      <w:r>
        <w:t>woh samajhte thay ke ab hamare qatal ka hukum hoga. ke hum ne mukhalifat ki thi. hum laday thay. waghera.</w:t>
      </w:r>
    </w:p>
    <w:p>
      <w:pPr>
        <w:jc w:val="right"/>
      </w:pPr>
      <w:r>
        <w:t>وہ سمجھتے تھے کہ اب ہمارے قتل کا حکم ہوگا۔ کہ ہم نے مخالفت کی تھی۔ ہم لڑے تھے۔ وغیرہ۔</w:t>
      </w:r>
    </w:p>
    <w:p>
      <w:r>
        <w:rPr>
          <w:b/>
        </w:rPr>
        <w:t xml:space="preserve">[35:27] </w:t>
      </w:r>
      <w:r>
        <w:t>lekin rasool ALLAH sallay ALLAH alaihi wasallam ne kuch bhi nahi kiya. aap ne farmaya isi liye un ko tulqaa kaha jata hai. jao tum sab azaad ho.</w:t>
      </w:r>
    </w:p>
    <w:p>
      <w:pPr>
        <w:jc w:val="right"/>
      </w:pPr>
      <w:r>
        <w:t>لیکن رسول اللہ صلی اللہ علیہ وسلم نے کچھ بھی نہیں کیا۔ آپ نے فرمایا اسی لیے ان کو طلقاء کہا جاتا ہے۔ جاؤ تم سب آزاد ہو۔</w:t>
      </w:r>
    </w:p>
    <w:p>
      <w:r>
        <w:rPr>
          <w:b/>
        </w:rPr>
        <w:t xml:space="preserve">[35:36] </w:t>
      </w:r>
      <w:r>
        <w:t>tulqaa ka matlab azaad. yani kuch bhi aap ne malamat bhi nahi ki ke tum hi to woh log ho jinhon ne mujhe makkah mein rehne nahi diya tha.</w:t>
      </w:r>
    </w:p>
    <w:p>
      <w:pPr>
        <w:jc w:val="right"/>
      </w:pPr>
      <w:r>
        <w:t>طلقاء کا معنی آزاد۔ یعنی کچھ بھی آپ نے ملامت بھی نہیں کی کہ تم ہی تو وہ لوگ ہو جنہوں نے مجھے مکہ میں رہنے نہیں دیا تھا۔</w:t>
      </w:r>
    </w:p>
    <w:p>
      <w:r>
        <w:rPr>
          <w:b/>
        </w:rPr>
        <w:t xml:space="preserve">[35:45] </w:t>
      </w:r>
      <w:r>
        <w:t>tum hi to woh log ho jinho ne mere khilaaf ladaai chhedi thi. tum hi to woh log ho jinho ne yeh kiya tha, woh kiya tha. kuch bhi nahin.</w:t>
      </w:r>
    </w:p>
    <w:p>
      <w:pPr>
        <w:jc w:val="right"/>
      </w:pPr>
      <w:r>
        <w:t>تم ہی تو وہ لوگ ہو جنہوں نے میرے خلاف لڑائی چھیڑی تھی۔ تم ہی تو وہ لوگ ہو جنہوں نے یہ کیا تھا، وہ کیا تھا۔ کچھ بھی نہیں۔</w:t>
      </w:r>
    </w:p>
    <w:p>
      <w:r>
        <w:rPr>
          <w:b/>
        </w:rPr>
        <w:t xml:space="preserve">[35:56] </w:t>
      </w:r>
      <w:r>
        <w:t>kaha ke jaao tum sab log aazaad ho. yeh talqaa jo aap ne farmaaya tha, usi se in ko kaha jaata hai ke yeh talqaa.</w:t>
      </w:r>
    </w:p>
    <w:p>
      <w:pPr>
        <w:jc w:val="right"/>
      </w:pPr>
      <w:r>
        <w:t>کہا کہ جاؤ تم سب لوگ آزاد ہو۔ یہ طلقاء جو آپ نے فرمایا تھا، اسی سے ان کو کہا جاتا ہے کہ یہ طلقاء۔</w:t>
      </w:r>
    </w:p>
    <w:p>
      <w:r>
        <w:rPr>
          <w:b/>
        </w:rPr>
        <w:t xml:space="preserve">[36:05] </w:t>
      </w:r>
      <w:r>
        <w:t>to yeh phir baghair kisi kisi ladaai ke, yeh sab ko sirf islam mein daakhil ho gaye. yahan tak kitaab mein aata hai tareekh mein ke</w:t>
      </w:r>
    </w:p>
    <w:p>
      <w:pPr>
        <w:jc w:val="right"/>
      </w:pPr>
      <w:r>
        <w:t>تو یہ پھر بغیر کسی کسی لڑائی کے، یہ سب کو صرف اسلام میں داخل ہو گئے۔ یہاں تک کتاب میں آتا ہے تاریخ میں کہ</w:t>
      </w:r>
    </w:p>
    <w:p>
      <w:r>
        <w:rPr>
          <w:b/>
        </w:rPr>
        <w:t xml:space="preserve">[36:19] </w:t>
      </w:r>
      <w:r>
        <w:t>yaani wahan haram se woh nikle, woh haram ke premises mein rasool Allah sal Allah alaihi wasallam ne un ko bulaya tha. to woh nikle wahan se, goya ke woh qabron se nikle hon.</w:t>
      </w:r>
    </w:p>
    <w:p>
      <w:pPr>
        <w:jc w:val="right"/>
      </w:pPr>
      <w:r>
        <w:t>یعنی وہاں حرم سے وہ نکلے، وہ حرم کے پریمسج میں رسول اللہ صلی اللہ علیہ وسلم نے ان کو بلایا تھا۔ تو وہ نکلے وہاں سے، گویا کہ وہ قبروں سے نکلے ہوں۔</w:t>
      </w:r>
    </w:p>
    <w:p>
      <w:r>
        <w:rPr>
          <w:b/>
        </w:rPr>
        <w:t xml:space="preserve">[36:33] </w:t>
      </w:r>
      <w:r>
        <w:t>aur woh islam mein daakhil ho gaye. yeh jo yeh jo raavi kehta hai ke qabron se nikle hon, bohat hi aham baat hai.</w:t>
      </w:r>
    </w:p>
    <w:p>
      <w:pPr>
        <w:jc w:val="right"/>
      </w:pPr>
      <w:r>
        <w:t>اور وہ اسلام میں داخل ہو گئے۔ یہ جو یہ جو راوی کہتا ہے کہ قبروں سے نکلے ہوں، بہت ہی اہم بات ہے۔</w:t>
      </w:r>
    </w:p>
    <w:p>
      <w:r>
        <w:rPr>
          <w:b/>
        </w:rPr>
        <w:t xml:space="preserve">[36:43] </w:t>
      </w:r>
      <w:r>
        <w:t>kyun ke woh to gaye the yeh samajh kar ke hum hum woh hain jangii mujrim hain. war criminals hain hum.</w:t>
      </w:r>
    </w:p>
    <w:p>
      <w:pPr>
        <w:jc w:val="right"/>
      </w:pPr>
      <w:r>
        <w:t>کیونکہ وہ تو گئے تھے یہ سمجھ کر کہ ہم ہم وہ ہیں جنگی مجرم ہیں۔ وار کرمنلز ہیں ہم۔</w:t>
      </w:r>
    </w:p>
    <w:p>
      <w:r>
        <w:rPr>
          <w:b/>
        </w:rPr>
        <w:t xml:space="preserve">[36:52] </w:t>
      </w:r>
      <w:r>
        <w:t>to hamare qatl ka hukm hoga. to woh samajhte the ke ab hamein qabr mein jaana hai. yeh samajh kar aaye the wahan.</w:t>
      </w:r>
    </w:p>
    <w:p>
      <w:pPr>
        <w:jc w:val="right"/>
      </w:pPr>
      <w:r>
        <w:t>تو ہمارے قتل کا حکم ہوگا۔ تو وہ سمجھتے تھے کہ اب ہمیں قبر میں جانا ہے۔ یہ سمجھ کر آئے تھے وہاں۔</w:t>
      </w:r>
    </w:p>
    <w:p>
      <w:r>
        <w:rPr>
          <w:b/>
        </w:rPr>
        <w:t xml:space="preserve">[37:02] </w:t>
      </w:r>
      <w:r>
        <w:t>lekin jab keh diya gaya ke to woh to un ko laga aise ke hum ko phir se zindagi mil gayi. phir se zindagi mil gayi humein.</w:t>
      </w:r>
    </w:p>
    <w:p>
      <w:pPr>
        <w:jc w:val="right"/>
      </w:pPr>
      <w:r>
        <w:t>لیکن جب کہہ دیا گیا کہ تو وہ تو ان کو لگا ایسے کہ ہم کو پھر سے زندگی مل گئی۔ پھر سے زندگی مل گئی ہمیں۔</w:t>
      </w:r>
    </w:p>
    <w:p>
      <w:r>
        <w:rPr>
          <w:b/>
        </w:rPr>
        <w:t xml:space="preserve">[37:13] </w:t>
      </w:r>
      <w:r>
        <w:t>is ke baad raavi kehta hai ke islam mein daakhil ho gaye. is par maine gaur kiya to mujhe samajh mein aaya ke rasool Allah sal Allah alaihi wasallam ka yeh sulook,</w:t>
      </w:r>
    </w:p>
    <w:p>
      <w:pPr>
        <w:jc w:val="right"/>
      </w:pPr>
      <w:r>
        <w:t>اس کے بعد راوی کہتا ہے کہ اسلام میں داخل ہو گئے۔ اس پر میں نے غور کیا تو مجھے سمجھ میں آیا کہ رسول اللہ صلی اللہ علیہ وسلم کا یہ سلوک،</w:t>
      </w:r>
    </w:p>
    <w:p>
      <w:r>
        <w:rPr>
          <w:b/>
        </w:rPr>
        <w:t xml:space="preserve">[37:28] </w:t>
      </w:r>
      <w:r>
        <w:t>yeh behaviour itna bada tha ke is ke baad woh afford nahin kar sakte the sarkashi ko.</w:t>
      </w:r>
    </w:p>
    <w:p>
      <w:pPr>
        <w:jc w:val="right"/>
      </w:pPr>
      <w:r>
        <w:t>یہ بیہیویئر اتنا بڑا تھا کہ اس کے بعد وہ افورڈ نہیں کر سکتے تھے سرکشی کو۔</w:t>
      </w:r>
    </w:p>
    <w:p>
      <w:r>
        <w:rPr>
          <w:b/>
        </w:rPr>
        <w:t xml:space="preserve">[37:40] </w:t>
      </w:r>
      <w:r>
        <w:t>They can't afford to go against Muhammad. is ke baad itna bada sulook tha ke jo jo log samajhte the ke hamare qatl ka hukm hoga, hum war criminals hain, aap ne simply keh diya ke jaao tum sab aazaad ho.</w:t>
      </w:r>
    </w:p>
    <w:p>
      <w:pPr>
        <w:jc w:val="right"/>
      </w:pPr>
      <w:r>
        <w:t>They can't afford to go against محمد۔ اس کے بعد اتنا بڑا سلوک تھا کہ جو جو لوگ سمجھتے تھے کہ ہمارے قتل کا حکم ہوگا، ہم وار کرمنلز ہیں، آپ نے سمپلی کہہ دیا کہ جاؤ تم سب آزاد ہو۔</w:t>
      </w:r>
    </w:p>
    <w:p>
      <w:r>
        <w:rPr>
          <w:b/>
        </w:rPr>
        <w:t xml:space="preserve">[37:57] </w:t>
      </w:r>
      <w:r>
        <w:t>to un ka consciousness jaag pada. un ka zamir jaag pada. un ki fitrat jaag padi. to woh tahammul nahin kar sakte the ke is baar woh sarkashi karen.</w:t>
      </w:r>
    </w:p>
    <w:p>
      <w:pPr>
        <w:jc w:val="right"/>
      </w:pPr>
      <w:r>
        <w:t>تو ان کا کانشیس جاگ پڑا۔ ان کا ضمیر جاگ پڑا۔ ان کی فطرت جاگ پڑی۔ تو وہ تحمل نہیں کر سکتے تھے کہ اس بار وہ سرکشی کریں۔</w:t>
      </w:r>
    </w:p>
    <w:p>
      <w:r>
        <w:rPr>
          <w:b/>
        </w:rPr>
        <w:t xml:space="preserve">[38:09] </w:t>
      </w:r>
      <w:r>
        <w:t>to fi yeh tha uswa e rasool.</w:t>
      </w:r>
    </w:p>
    <w:p>
      <w:pPr>
        <w:jc w:val="right"/>
      </w:pPr>
      <w:r>
        <w:t>تو فی یہ تھا اسوہ رسول۔</w:t>
      </w:r>
    </w:p>
    <w:p>
      <w:r>
        <w:rPr>
          <w:b/>
        </w:rPr>
        <w:t xml:space="preserve">[38:18] </w:t>
      </w:r>
      <w:r>
        <w:t>isi ko maine kaha ke high thinking, har cheez upar uth jaana. yaani yeh jangii mujrim hain, yeh dost hain, yeh dushman hain, inhon ne mujh ko maara hai, mera inhon ne boycott kiya hai, mujhe makkah se nikala hai, waghera waghera.</w:t>
      </w:r>
    </w:p>
    <w:p>
      <w:pPr>
        <w:jc w:val="right"/>
      </w:pPr>
      <w:r>
        <w:t>اسی کو میں نے کہا کہ ہائی تھنکنگ، ہر چیز اوپر اٹھ جانا۔ یعنی یہ جنگی مجرم ہیں، یہ دوست ہیں، یہ دشمن ہیں، انہوں نے مجھ کو مارا ہے، میرا انہوں نے بائیکاٹ کیا ہے، مجھے مکہ سے نکالا ہے، وغیرہ وغیرہ۔</w:t>
      </w:r>
    </w:p>
    <w:p>
      <w:r>
        <w:rPr>
          <w:b/>
        </w:rPr>
        <w:t xml:space="preserve">[38:31] </w:t>
      </w:r>
      <w:r>
        <w:t>is sab se upar uth kar socha aap ne.</w:t>
      </w:r>
    </w:p>
    <w:p>
      <w:pPr>
        <w:jc w:val="right"/>
      </w:pPr>
      <w:r>
        <w:t>اس سب سے اوپر اٹھ کر سوچا آپ نے۔</w:t>
      </w:r>
    </w:p>
    <w:p>
      <w:r>
        <w:rPr>
          <w:b/>
        </w:rPr>
        <w:t xml:space="preserve">[38:37] </w:t>
      </w:r>
      <w:r>
        <w:t>kyun ke aap Khudaawand e Zuljalaal mein jeene wale ban gaye the.</w:t>
      </w:r>
    </w:p>
    <w:p>
      <w:pPr>
        <w:jc w:val="right"/>
      </w:pPr>
      <w:r>
        <w:t>کیونکہ آپ خداوند ذوالجلال میں جینے والے بن گئے تھے۔</w:t>
      </w:r>
    </w:p>
    <w:p>
      <w:r>
        <w:rPr>
          <w:b/>
        </w:rPr>
        <w:t xml:space="preserve">[38:44] </w:t>
      </w:r>
      <w:r>
        <w:t>aap ki soch Khuda par chalti thi. aap ka mind Khuda mein jeeta tha. aap ki poori tafkeer jo thi, woh aap ki, woh Khuda ko le kar hoti thi.</w:t>
      </w:r>
    </w:p>
    <w:p>
      <w:pPr>
        <w:jc w:val="right"/>
      </w:pPr>
      <w:r>
        <w:t>آپ کی سوچ خدا پر چلتی تھی۔ آپ کا مائنڈ خدا میں جیتا تھا۔ آپ کی پوری تفکیر جو تھی، وہ آپ کی، وہ خدا کو لے کر ہوتی تھی۔</w:t>
      </w:r>
    </w:p>
    <w:p>
      <w:r>
        <w:rPr>
          <w:b/>
        </w:rPr>
        <w:t xml:space="preserve">[38:57] </w:t>
      </w:r>
      <w:r>
        <w:t>to baqi sab cheezein aap ki nazar mein. yaani secondary ban gayeen.</w:t>
      </w:r>
    </w:p>
    <w:p>
      <w:pPr>
        <w:jc w:val="right"/>
      </w:pPr>
      <w:r>
        <w:t>تو باقی سب چیزیں آپ کی نظر میں۔ یعنی سیکرٹری بن گئی۔</w:t>
      </w:r>
    </w:p>
    <w:p>
      <w:r>
        <w:rPr>
          <w:b/>
        </w:rPr>
        <w:t xml:space="preserve">[39:06] </w:t>
      </w:r>
      <w:r>
        <w:t>Khuda mein jeene wala aadmi hi itna bada sulook kar sakta hai kisi ke saath. aur phir isi ka nateeja tha ke itna bada is ko inaam mila ke saare log jo hain, bohat thodi muddat mein aap ke deen mein daakhil ho gaye.</w:t>
      </w:r>
    </w:p>
    <w:p>
      <w:pPr>
        <w:jc w:val="right"/>
      </w:pPr>
      <w:r>
        <w:t>خدا میں جینے والا آدمی ہی اتنا بڑا سلوک کر سکتا ہے کسی کے ساتھ۔ اور پھر اسی کا نتیجہ تھا کہ اتنا بڑا اس کو انعام ملا کہ سارے لوگ جو ہیں، بہت تھوڑی مدت میں آپ کے دین میں داخل ہو گئے۔</w:t>
      </w:r>
    </w:p>
    <w:p>
      <w:r>
        <w:rPr>
          <w:b/>
        </w:rPr>
        <w:t xml:space="preserve">[39:22] </w:t>
      </w:r>
      <w:r>
        <w:t>ab gaur kijiye ke bohat hi mashhoor scholar ne yeh baat likhi hai ke rasool Allah ne parmaan tareeqe se islam phailana chaha, phir nahin phaila.</w:t>
      </w:r>
    </w:p>
    <w:p>
      <w:pPr>
        <w:jc w:val="right"/>
      </w:pPr>
      <w:r>
        <w:t>اب غور کیجیے کہ بہت ہی مشہور اسکالر نے یہ بات لکھی ہے کہ رسول اللہ نے پرامن طریقے سے اسلام پھیلانا چاہا، پھر نہیں پھیلا۔</w:t>
      </w:r>
    </w:p>
    <w:p>
      <w:r>
        <w:rPr>
          <w:b/>
        </w:rPr>
        <w:t xml:space="preserve">[39:31] </w:t>
      </w:r>
      <w:r>
        <w:t>to talwaar uthai to sab phail gaye. yeh kahan se, yeh kis kon si history hai yeh? kaun si history hai? maine aap se arz kiya ke arab ke saare musalman jo the, is zamane mein yeh chaar category mein hote the.</w:t>
      </w:r>
    </w:p>
    <w:p>
      <w:pPr>
        <w:jc w:val="right"/>
      </w:pPr>
      <w:r>
        <w:t>تو تلوار اٹھائی تو سب پھیل گئے۔ یہ کہاں سے، یہ کس کون سی ہسٹری ہے یہ؟ کون سی ہسٹری ہے؟ میں نے آپ سے عرض کیا کہ عرب کے سارے مسلمان جو تھے، اس زمانے میں یہ چار کیٹیگری میں ہوتے تھے۔</w:t>
      </w:r>
    </w:p>
    <w:p>
      <w:r>
        <w:rPr>
          <w:b/>
        </w:rPr>
        <w:t xml:space="preserve">[39:46] </w:t>
      </w:r>
      <w:r>
        <w:t>in chaaron mein se koi bhi nahin hai jo talwaar se islam mein daakhil kiya gaya ho. koi bhi nahin hai. to uswa e rasool ko mehdood maani mein aap nahin le sakte.</w:t>
      </w:r>
    </w:p>
    <w:p>
      <w:pPr>
        <w:jc w:val="right"/>
      </w:pPr>
      <w:r>
        <w:t>ان چاروں میں سے کوئی بھی نہیں ہے جو تلوار سے اسلام میں داخل کیا گیا ہو۔ کوئی بھی نہیں ہے۔ تو اسوہ رسول کو محدود معنی میں آپ نہیں لے سکتے۔</w:t>
      </w:r>
    </w:p>
    <w:p>
      <w:r>
        <w:rPr>
          <w:b/>
        </w:rPr>
        <w:t xml:space="preserve">[40:01] </w:t>
      </w:r>
      <w:r>
        <w:t>uswa e rasool ya aap ka role model jo hai, mehdood maani mein nahin le sakte aap.</w:t>
      </w:r>
    </w:p>
    <w:p>
      <w:pPr>
        <w:jc w:val="right"/>
      </w:pPr>
      <w:r>
        <w:t>اسوہ رسول یا آپ کا رول ماڈل جو ہے، محدود معنی میں نہیں لے سکتے آپ۔</w:t>
      </w:r>
    </w:p>
    <w:p>
      <w:r>
        <w:rPr>
          <w:b/>
        </w:rPr>
        <w:t xml:space="preserve">[40:10] </w:t>
      </w:r>
      <w:r>
        <w:t>yaani rozmarra ki zindagi mein bhi aap uswa the. jaise aap bolte the. to Hazrat Aisha ne kaha ek baar un logon ko jo farfar bolte hain.</w:t>
      </w:r>
    </w:p>
    <w:p>
      <w:pPr>
        <w:jc w:val="right"/>
      </w:pPr>
      <w:r>
        <w:t>یعنی روزمرہ کی زندگی میں بھی آپ اسوہ تھے۔ جیسے آپ بولتے تھے۔ تو حضرت عائشہ نے کہا ایک بار ان لوگوں کو جو فرفر بولتے ہیں۔</w:t>
      </w:r>
    </w:p>
    <w:p>
      <w:r>
        <w:rPr>
          <w:b/>
        </w:rPr>
        <w:t xml:space="preserve">[40:23] </w:t>
      </w:r>
      <w:r>
        <w:t>unhon ne kaha ke tum jo bolte ho, is tarah rasool Allah nahin bolte the.</w:t>
      </w:r>
    </w:p>
    <w:p>
      <w:pPr>
        <w:jc w:val="right"/>
      </w:pPr>
      <w:r>
        <w:t>انہوں نے کہا کہ تم جو بولتے ہو، اس طرح رسول اللہ نہیں بولتے تھے۔</w:t>
      </w:r>
    </w:p>
    <w:p>
      <w:r>
        <w:rPr>
          <w:b/>
        </w:rPr>
        <w:t xml:space="preserve">[40:31] </w:t>
      </w:r>
      <w:r>
        <w:t>boht hi fluentli boltay hain jo log, boht hi farfar boltay hain. unhon nay kaha yeh rasool Allah ka tareeqa nahi tha bolnay ka. to is par unhon nay kaha kay rasool Allah is tarah boltay thay kay agar koi chahay to aadmi lafzon gin lay.</w:t>
      </w:r>
    </w:p>
    <w:p>
      <w:pPr>
        <w:jc w:val="right"/>
      </w:pPr>
      <w:r>
        <w:t>بہت ہی فلوئنٹلی بولتے ہیں جو لوگ، بہت ہی فرفر بولتے ہیں۔ انہوں نے کہا یہ رسول اللہ کا طریقہ نہیں تھا بولنے کا۔ تو اس پر انہوں نے کہا کہ رسول اللہ اس طرح بولتے تھے کہ اگر کوئی چاہے تو آدمی لفظوں گن لے۔</w:t>
      </w:r>
    </w:p>
    <w:p>
      <w:r>
        <w:rPr>
          <w:b/>
        </w:rPr>
        <w:t xml:space="preserve">[40:46] </w:t>
      </w:r>
      <w:r>
        <w:t>gin lay kay kitnay alfaaz bolay ho. is tarah boltay thay. yeh bhi aik namona hai. yeh bhi aik namona hai.</w:t>
      </w:r>
    </w:p>
    <w:p>
      <w:pPr>
        <w:jc w:val="right"/>
      </w:pPr>
      <w:r>
        <w:t>گن لے کہ کتنے الفاظ بولے ہو۔ اس طرح بولتے تھے۔ یہ بھی ایک نمونہ ہے۔ یہ بھی ایک نمونہ ہے۔</w:t>
      </w:r>
    </w:p>
    <w:p>
      <w:r>
        <w:rPr>
          <w:b/>
        </w:rPr>
        <w:t xml:space="preserve">[41:00] </w:t>
      </w:r>
      <w:r>
        <w:t>yeh bhi aik namona hai kay rasool Allah nay kabhi bhi koi lambi taqreer nahi ki.</w:t>
      </w:r>
    </w:p>
    <w:p>
      <w:pPr>
        <w:jc w:val="right"/>
      </w:pPr>
      <w:r>
        <w:t>یہ بھی ایک نمونہ ہے کہ رسول اللہ نے کبھی بھی کوئی لمبی تقریر نہیں کی۔</w:t>
      </w:r>
    </w:p>
    <w:p>
      <w:r>
        <w:rPr>
          <w:b/>
        </w:rPr>
        <w:t xml:space="preserve">[41:06] </w:t>
      </w:r>
      <w:r>
        <w:t>kabhi bhi nahi. aik baar jab jehad ka moqa tha, is mein aata hai kay lambi taqreer thi aap ki. baqi aam tor par choti taqreerain hua karti thi aap ki.</w:t>
      </w:r>
    </w:p>
    <w:p>
      <w:pPr>
        <w:jc w:val="right"/>
      </w:pPr>
      <w:r>
        <w:t>کبھی بھی نہیں۔ ایک بار جب جہاد کا موقع تھا، اس میں آتا ہے کہ لمبی تقریر تھی آپ کی۔ باقی عام طور پر چھوٹی تقریریں ہوا کرتی تھیں آپ کی۔</w:t>
      </w:r>
    </w:p>
    <w:p>
      <w:r>
        <w:rPr>
          <w:b/>
        </w:rPr>
        <w:t xml:space="preserve">[41:16] </w:t>
      </w:r>
      <w:r>
        <w:t>jumlay aap kay jo thay, hotay thay boht hi ziyada mukhtasir, boht hi jamay, boht hi clear. lambay lambay jumlay nahi hotay thay aap kay.</w:t>
      </w:r>
    </w:p>
    <w:p>
      <w:pPr>
        <w:jc w:val="right"/>
      </w:pPr>
      <w:r>
        <w:t>جملے آپ کے جو تھے، ہوتے تھے بہت ہی زیادہ مختصر، بہت ہی جامع، بہت ہی کلیئر۔ لمبے لمبے جملے نہیں ہوتے تھے آپ کے۔</w:t>
      </w:r>
    </w:p>
    <w:p>
      <w:r>
        <w:rPr>
          <w:b/>
        </w:rPr>
        <w:t xml:space="preserve">[41:31] </w:t>
      </w:r>
      <w:r>
        <w:t>boht hi chand lafzon mein aik jamay baat aur boht hi clear. bilkul koi ambiguity nahi is kay andar.</w:t>
      </w:r>
    </w:p>
    <w:p>
      <w:pPr>
        <w:jc w:val="right"/>
      </w:pPr>
      <w:r>
        <w:t>بہت ہی چند لفظوں میں ایک جامع بات اور بہت ہی کلیئر۔ بالکل کوئی ایمبیگوٹی نہیں اس کے اندر۔</w:t>
      </w:r>
    </w:p>
    <w:p>
      <w:r>
        <w:rPr>
          <w:b/>
        </w:rPr>
        <w:t xml:space="preserve">[41:41] </w:t>
      </w:r>
      <w:r>
        <w:t>aap sunain aur samajh jayain, sunain aur samajh jayain.</w:t>
      </w:r>
    </w:p>
    <w:p>
      <w:pPr>
        <w:jc w:val="right"/>
      </w:pPr>
      <w:r>
        <w:t>آپ سنیں اور سمجھ جائیں، سنیں اور سمجھ جائیں۔</w:t>
      </w:r>
    </w:p>
    <w:p>
      <w:r>
        <w:rPr>
          <w:b/>
        </w:rPr>
        <w:t xml:space="preserve">[41:49] </w:t>
      </w:r>
      <w:r>
        <w:t>jaisay aap nay فرمایا kay al muslim man salima al nasu bi lisanihi wa yadihi. sacha muslim woh hai jis kay hath say aur jis ki zaban say log mehfooz rahain.</w:t>
      </w:r>
    </w:p>
    <w:p>
      <w:pPr>
        <w:jc w:val="right"/>
      </w:pPr>
      <w:r>
        <w:t>جیسے آپ نے فرمایا کہ المسلم من سلم الناس بلسان ویدہ سچا مسلم وہ ہے جس کے ہاتھ سے اور جس کی زبان سے لوگ محفوظ رہیں۔</w:t>
      </w:r>
    </w:p>
    <w:p>
      <w:r>
        <w:rPr>
          <w:b/>
        </w:rPr>
        <w:t xml:space="preserve">[42:00] </w:t>
      </w:r>
      <w:r>
        <w:t>ab aik jumlay sab kuch, poori zindagi cover ki hui hai yeh kay aap ko apnay samaj mein, apnay society mein no problem person ban kar rehna hai.</w:t>
      </w:r>
    </w:p>
    <w:p>
      <w:pPr>
        <w:jc w:val="right"/>
      </w:pPr>
      <w:r>
        <w:t>اب ایک جملہ سب کچھ، پوری زندگی کور کی ہوئی ہے یہ کہ آپ کو اپنے سماج میں، اپنی سوسائٹی میں نو پرابلم پرسن بن کر رہنا ہے۔</w:t>
      </w:r>
    </w:p>
    <w:p>
      <w:r>
        <w:rPr>
          <w:b/>
        </w:rPr>
        <w:t xml:space="preserve">[42:11] </w:t>
      </w:r>
      <w:r>
        <w:t>harmless person ban kar rehna hai. to aik hi sentence mein aap dekhiye behtareen insan kaisa hona chahiye samaj mein, uska bayan uskay andar ho gaya.</w:t>
      </w:r>
    </w:p>
    <w:p>
      <w:pPr>
        <w:jc w:val="right"/>
      </w:pPr>
      <w:r>
        <w:t>ہارم لیس پرسن بن کر رہنا ہے۔ تو ایک ہی سنٹنس میں آپ دیکھیے بہترین انسان کیسا ہونا چاہیے سماج میں، اس کا بیان اس کے اندر ہو گیا۔</w:t>
      </w:r>
    </w:p>
    <w:p>
      <w:r>
        <w:rPr>
          <w:b/>
        </w:rPr>
        <w:t xml:space="preserve">[42:30] </w:t>
      </w:r>
      <w:r>
        <w:t>uswa rasool jo hai, dekhiye</w:t>
      </w:r>
    </w:p>
    <w:p>
      <w:pPr>
        <w:jc w:val="right"/>
      </w:pPr>
      <w:r>
        <w:t>اسوہ رسول جو ہے، دیکھیے</w:t>
      </w:r>
    </w:p>
    <w:p>
      <w:r>
        <w:rPr>
          <w:b/>
        </w:rPr>
        <w:t xml:space="preserve">[42:35] </w:t>
      </w:r>
      <w:r>
        <w:t>quran mein hai kay al sulhu khair aur boht si ayatain hain jis say andaza hota hai khud rasool Allah nay farmaya kay baray mein ayesha kehti hain kay ma khair rasool Allah salallahu alayhi wasallam bayna amrain illa ikhtaray asra. yahan bhi dekhiye uswa rasool bataya gaya.</w:t>
      </w:r>
    </w:p>
    <w:p>
      <w:pPr>
        <w:jc w:val="right"/>
      </w:pPr>
      <w:r>
        <w:t>قرآن میں ہے کہ الصلح خیر اور بہت سی آیتیں ہیں جس سے اندازہ ہوتا ہے خود رسول اللہ نے فرمایا کے بارے میں عائشہ کہتی ہیں کہ ما خیر رسول اللہ صلی اللہ علیہ وسلم بین امرین الا اختر عیس رحما یہاں بھی دیکھیے اسوہ رسول بتایا گیا۔</w:t>
      </w:r>
    </w:p>
    <w:p>
      <w:r>
        <w:rPr>
          <w:b/>
        </w:rPr>
        <w:t xml:space="preserve">[42:55] </w:t>
      </w:r>
      <w:r>
        <w:t>rasool Allah ka jo namona hai woh bataya gaya. yeh aur yeh riwayat bukhari mein aai hai kai jagah kai bab kay tehat naqal kiya unhon nay is is riwayat ko.</w:t>
      </w:r>
    </w:p>
    <w:p>
      <w:pPr>
        <w:jc w:val="right"/>
      </w:pPr>
      <w:r>
        <w:t>رسول اللہ کا جو نمونہ ہے وہ بتایا گیا۔ یہ اور یہ روایت بخاری میں آئی ہے کئی جگہ کئی باب کے تحت نقل کیا انہوں نے اس اس روایت کو۔</w:t>
      </w:r>
    </w:p>
    <w:p>
      <w:r>
        <w:rPr>
          <w:b/>
        </w:rPr>
        <w:t xml:space="preserve">[43:09] </w:t>
      </w:r>
      <w:r>
        <w:t>to hazrat ayesha kehti hain rasool Allah kay baray mein kay rasool Allah ko jab bhi do mein say aik ka choice layna parta tha to aap hamesha asan ka choice laitay thay, mushkil ka choice nahi laitay thay.</w:t>
      </w:r>
    </w:p>
    <w:p>
      <w:pPr>
        <w:jc w:val="right"/>
      </w:pPr>
      <w:r>
        <w:t>تو حضرت عائشہ کہتی ہیں رسول اللہ کے بارے میں کہ رسول اللہ کو جب بھی دو میں سے ایک کا چوائس لینا پڑتا تھا تو آپ ہمیشہ آسان کا چوائس لیتے تھے، مشکل کا چوائس نہیں لیتے تھے۔</w:t>
      </w:r>
    </w:p>
    <w:p>
      <w:r>
        <w:rPr>
          <w:b/>
        </w:rPr>
        <w:t xml:space="preserve">[43:26] </w:t>
      </w:r>
      <w:r>
        <w:t>dekhiye asan aur mushkil ka matlab kya hai? is ko sada mani mein na lijiyay aap.</w:t>
      </w:r>
    </w:p>
    <w:p>
      <w:pPr>
        <w:jc w:val="right"/>
      </w:pPr>
      <w:r>
        <w:t>دیکھیے آسان اور مشکل کا مطلب کیا ہے؟ اس کو سادہ معنی میں نہ لیجیے آپ۔</w:t>
      </w:r>
    </w:p>
    <w:p>
      <w:r>
        <w:rPr>
          <w:b/>
        </w:rPr>
        <w:t xml:space="preserve">[43:34] </w:t>
      </w:r>
      <w:r>
        <w:t>is ko is mani mein lijiyay kay aik hota hai workable</w:t>
      </w:r>
    </w:p>
    <w:p>
      <w:pPr>
        <w:jc w:val="right"/>
      </w:pPr>
      <w:r>
        <w:t>اس کو اس معنی میں لیجیے کہ ایک ہوتا ہے ورک ایبل</w:t>
      </w:r>
    </w:p>
    <w:p>
      <w:r>
        <w:rPr>
          <w:b/>
        </w:rPr>
        <w:t xml:space="preserve">[43:40] </w:t>
      </w:r>
      <w:r>
        <w:t>aur aik hota hai jo work hi na karay.</w:t>
      </w:r>
    </w:p>
    <w:p>
      <w:pPr>
        <w:jc w:val="right"/>
      </w:pPr>
      <w:r>
        <w:t>اور ایک ہوتا ہے جو ورک ہی نہ کرے۔</w:t>
      </w:r>
    </w:p>
    <w:p>
      <w:r>
        <w:rPr>
          <w:b/>
        </w:rPr>
        <w:t xml:space="preserve">[43:45] </w:t>
      </w:r>
      <w:r>
        <w:t>to kisi bhi situation mein aap aik yani bilkul idealist nahi bantay thay. aaj kal kya hai kay ideal tareeqa lay kar kood partay hain log maidan mein.</w:t>
      </w:r>
    </w:p>
    <w:p>
      <w:pPr>
        <w:jc w:val="right"/>
      </w:pPr>
      <w:r>
        <w:t>تو کسی بھی سچویشن میں آپ ایک یعنی بالکل آئیڈیلسٹ نہیں بنتے تھے۔ آج کل کیا ہے کہ آئیڈیل طریقہ لے کر کود پڑتے ہیں لوگ میدان میں۔</w:t>
      </w:r>
    </w:p>
    <w:p>
      <w:r>
        <w:rPr>
          <w:b/>
        </w:rPr>
        <w:t xml:space="preserve">[44:00] </w:t>
      </w:r>
      <w:r>
        <w:t>rasool Allah ka tareeqa yeh nahi tha kay apnay mind mein kya ideal hai us ko lay kar nahi kood partay thay. what is possible</w:t>
      </w:r>
    </w:p>
    <w:p>
      <w:pPr>
        <w:jc w:val="right"/>
      </w:pPr>
      <w:r>
        <w:t>رسول اللہ کا طریقہ یہ نہیں تھا کہ اپنے مائنڈ میں کیا آئیڈیل ہے اس کو لے کر نہیں کود پڑتے تھے۔ واٹ از پاسیبل</w:t>
      </w:r>
    </w:p>
    <w:p>
      <w:r>
        <w:rPr>
          <w:b/>
        </w:rPr>
        <w:t xml:space="preserve">[44:10] </w:t>
      </w:r>
      <w:r>
        <w:t>? what is workable? yeh dekhtay thay aap. to is ka matlab is hadith ka matlab yeh hua kay aaj kal kay lehaz say aap dekhiye to aik hai peaceful method, aik hai violent method.</w:t>
      </w:r>
    </w:p>
    <w:p>
      <w:pPr>
        <w:jc w:val="right"/>
      </w:pPr>
      <w:r>
        <w:t>؟ واٹ از ورک ایبل؟ یہ دیکھتے تھے آپ۔ تو اس کا مطلب اس حدیث کا مطلب یہ ہوا کہ آج کل کے لحاظ سے آپ دیکھیے تو ایک ہے پیس فل میتھڈ، ایک ہے وائلنٹ میتھڈ۔</w:t>
      </w:r>
    </w:p>
    <w:p>
      <w:r>
        <w:rPr>
          <w:b/>
        </w:rPr>
        <w:t xml:space="preserve">[44:24] </w:t>
      </w:r>
      <w:r>
        <w:t>to peaceful method hamesha workable hai. jab bhi chahain aap jahan bhi rahain, jahan bhi hon, agar aap peaceful method say kaam karna chahain to kon rokega aap ko?</w:t>
      </w:r>
    </w:p>
    <w:p>
      <w:pPr>
        <w:jc w:val="right"/>
      </w:pPr>
      <w:r>
        <w:t>تو پیس فل میتھڈ ہمیشہ ورک ایبل ہے۔ جب بھی چاہیں آپ جہاں بھی رہیں، جہاں بھی ہوں، اگر آپ پیس فل میتھڈ سے کام کرنا چاہیں تو کون روکے گا آپ کو؟</w:t>
      </w:r>
    </w:p>
    <w:p>
      <w:r>
        <w:rPr>
          <w:b/>
        </w:rPr>
        <w:t xml:space="preserve">[44:36] </w:t>
      </w:r>
      <w:r>
        <w:t>lekan jab aap violence kay zariye kaam, aap violent method</w:t>
      </w:r>
    </w:p>
    <w:p>
      <w:pPr>
        <w:jc w:val="right"/>
      </w:pPr>
      <w:r>
        <w:t>لیکن جب آپ وائلنس کے ذریعے کام، آپ وائلنٹ میتھڈ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