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Asma-e-Husna and Ism-e-Azam February 12, 2023</w:t>
      </w:r>
    </w:p>
    <w:p>
      <w:r>
        <w:t>https://youtu.be/IkYHdIFdUy4</w:t>
      </w:r>
    </w:p>
    <w:p>
      <w:r>
        <w:rPr>
          <w:b/>
        </w:rPr>
        <w:t xml:space="preserve">[00:10] </w:t>
      </w:r>
      <w:r>
        <w:t>assalam o alaikum wa rahmatullah.</w:t>
      </w:r>
    </w:p>
    <w:p>
      <w:pPr>
        <w:jc w:val="right"/>
      </w:pPr>
      <w:r>
        <w:t>السلام علیکم ورحمۃ اللہ۔</w:t>
      </w:r>
    </w:p>
    <w:p>
      <w:r>
        <w:rPr>
          <w:b/>
        </w:rPr>
        <w:t xml:space="preserve">[00:16] </w:t>
      </w:r>
      <w:r>
        <w:t>aah, aaj ke program ki shuruat mein ek dua se karunga. rasool Allah sallallahu alaihi wasallam ne kaha ke kisi ko koi, ah, achhe halat na hon, koi problem aa jaye to woh yeh dua kar</w:t>
      </w:r>
    </w:p>
    <w:p>
      <w:pPr>
        <w:jc w:val="right"/>
      </w:pPr>
      <w:r>
        <w:t>آہ، آج کے پروگرام کی شروعات میں ایک دعا سے کروں گا۔ رسول اللہ صلی اللہ علیہ وسلم نے کہا کہ کسی کو کوئی، اہ، اچھے حالات نہ ہوں، کوئی پرابلم آ جائے تو وہ یہ دعا کر</w:t>
      </w:r>
    </w:p>
    <w:p>
      <w:r>
        <w:rPr>
          <w:b/>
        </w:rPr>
        <w:t xml:space="preserve">[00:29] </w:t>
      </w:r>
      <w:r>
        <w:t>ے: allāhumma innī 'abdika wa-bna 'abdika wa-bna amatika nāṣiyatī bi-yadika māḍin fī ḥukmika 'adlun fī qaḍā'ika usluka bikulli</w:t>
      </w:r>
    </w:p>
    <w:p>
      <w:pPr>
        <w:jc w:val="right"/>
      </w:pPr>
      <w:r>
        <w:t>ے: اللهم إني عبدك وابن عبدك وابن أمتك ناصيتي بيدك ماض فی حکمک عدل فی قضاؤک اسلک بکل</w:t>
      </w:r>
    </w:p>
    <w:p>
      <w:r>
        <w:rPr>
          <w:b/>
        </w:rPr>
        <w:t xml:space="preserve">[00:39] </w:t>
      </w:r>
      <w:r>
        <w:t>ismhu laka sammayta bihi nafsaka aw 'allamta aḥadan min khalqika aw anzalta fī kitābika aw ista'tharta bihi fī</w:t>
      </w:r>
    </w:p>
    <w:p>
      <w:pPr>
        <w:jc w:val="right"/>
      </w:pPr>
      <w:r>
        <w:t>اسمھو لک سمیت بہ نفسک او علمت احدا من خلقک او انزلت فی کتابک او استاثرت بہ فی</w:t>
      </w:r>
    </w:p>
    <w:p>
      <w:r>
        <w:rPr>
          <w:b/>
        </w:rPr>
        <w:t xml:space="preserve">[00:47] </w:t>
      </w:r>
      <w:r>
        <w:t>ilmi l-ghaybi 'indaka</w:t>
      </w:r>
    </w:p>
    <w:p>
      <w:pPr>
        <w:jc w:val="right"/>
      </w:pPr>
      <w:r>
        <w:t>علم الغیب عندک</w:t>
      </w:r>
    </w:p>
    <w:p>
      <w:r>
        <w:rPr>
          <w:b/>
        </w:rPr>
        <w:t xml:space="preserve">[00:49] </w:t>
      </w:r>
      <w:r>
        <w:t>rasool Allah sallallahu alaihi wasallam yeh kehte hain ki jab kisi ko koi halaat achhe na hon,</w:t>
      </w:r>
    </w:p>
    <w:p>
      <w:pPr>
        <w:jc w:val="right"/>
      </w:pPr>
      <w:r>
        <w:t>رسول اللہ صلی اللہ علیہ وسلم یہ کہتے ہیں کہ جب کسی کو کوئی حالات اچھے نہ ہوں،</w:t>
      </w:r>
    </w:p>
    <w:p>
      <w:r>
        <w:rPr>
          <w:b/>
        </w:rPr>
        <w:t xml:space="preserve">[00:54] </w:t>
      </w:r>
      <w:r>
        <w:t>musibat aaye, gham aaye to woh Allah taala se dua kare, apne halaat ko bataye ki main tera</w:t>
      </w:r>
    </w:p>
    <w:p>
      <w:pPr>
        <w:jc w:val="right"/>
      </w:pPr>
      <w:r>
        <w:t>مصیبت آئے، غم آئے تو وہ اللہ تعالی سے دعا کرے، اپنے حالات کو بتائے کہ میں تیرا</w:t>
      </w:r>
    </w:p>
    <w:p>
      <w:r>
        <w:rPr>
          <w:b/>
        </w:rPr>
        <w:t xml:space="preserve">[01:00] </w:t>
      </w:r>
      <w:r>
        <w:t>banda hoon, tere bande ka,</w:t>
      </w:r>
    </w:p>
    <w:p>
      <w:pPr>
        <w:jc w:val="right"/>
      </w:pPr>
      <w:r>
        <w:t>بندہ ہوں، تیرے بندے کا،</w:t>
      </w:r>
    </w:p>
    <w:p>
      <w:r>
        <w:rPr>
          <w:b/>
        </w:rPr>
        <w:t xml:space="preserve">[01:02] </w:t>
      </w:r>
      <w:r>
        <w:t>ah, ki aulad hoon.</w:t>
      </w:r>
    </w:p>
    <w:p>
      <w:pPr>
        <w:jc w:val="right"/>
      </w:pPr>
      <w:r>
        <w:t>اہ، کی اولاد ہوں۔</w:t>
      </w:r>
    </w:p>
    <w:p>
      <w:r>
        <w:rPr>
          <w:b/>
        </w:rPr>
        <w:t xml:space="preserve">[01:06] </w:t>
      </w:r>
      <w:r>
        <w:t>sare mamlaat mere tere hi supurd hain. main tujh se tere sare namon ke zariye dua karta hoon jo tu ne apni kitab mein likhe hain, ya yeh ke tu ne apne nabi ko bataya hai, ya yeh ke tu ne apne ilm e ghayb mein chupa kar rakha hai.</w:t>
      </w:r>
    </w:p>
    <w:p>
      <w:pPr>
        <w:jc w:val="right"/>
      </w:pPr>
      <w:r>
        <w:t>سارے معاملات میرے تیرے ہی سپرد ہیں۔ میں تجھ سے تیرے سارے ناموں کے ذریعے دعا کرتا ہوں جو تو نے اپنی کتاب میں لکھے ہیں، یا یہ کہ تو نے اپنے نبی کو بتایا ہے، یا یہ کہ تو نے اپنے علم غیب میں چھپا کر رکھا ہے۔</w:t>
      </w:r>
    </w:p>
    <w:p>
      <w:r>
        <w:rPr>
          <w:b/>
        </w:rPr>
        <w:t xml:space="preserve">[01:21] </w:t>
      </w:r>
      <w:r>
        <w:t>agar aisi dua kare to us ke gham door ho jayenge, us ki problem, ah, Allah taala door karega. to is mein do cheezein hain</w:t>
      </w:r>
    </w:p>
    <w:p>
      <w:pPr>
        <w:jc w:val="right"/>
      </w:pPr>
      <w:r>
        <w:t>اگر ایسی دعا کرے تو اس کے غم دور ہو جائیں گے، اس کی پرابلم، اہ، اللہ تعالی دور کرے گا۔ تو اس میں دو چیزیں ہیں</w:t>
      </w:r>
    </w:p>
    <w:p>
      <w:r>
        <w:rPr>
          <w:b/>
        </w:rPr>
        <w:t xml:space="preserve">[01:30] </w:t>
      </w:r>
      <w:r>
        <w:t>maloom hoti hain: ek to yeh ke Allah taala ke ism e azam ke zariye banda us ko yaad kare, doosra barabar Allah taala se taluq rakhe, yaad karta rahe us ko.</w:t>
      </w:r>
    </w:p>
    <w:p>
      <w:pPr>
        <w:jc w:val="right"/>
      </w:pPr>
      <w:r>
        <w:t>معلوم ہوتی ہیں: ایک تو یہ کہ اللہ تعالی کے اسم اعظم کے ذریعے بندہ اس کو یاد کرے، دوسرا برابر اللہ تعالی سے تعلق رکھے، یاد کرتا رہے اس کو۔</w:t>
      </w:r>
    </w:p>
    <w:p>
      <w:r>
        <w:rPr>
          <w:b/>
        </w:rPr>
        <w:t xml:space="preserve">[01:39] </w:t>
      </w:r>
      <w:r>
        <w:t>isi ko zikr kehte hain. to aaj ka topic hamara yeh hai ke Allah taala ke asma e husna, ah, kya hain aur us ka hum kaise zikr karein.</w:t>
      </w:r>
    </w:p>
    <w:p>
      <w:pPr>
        <w:jc w:val="right"/>
      </w:pPr>
      <w:r>
        <w:t>اسی کو ذکر کہتے ہیں۔ تو آج کا ٹاپک ہمارا یہ ہے کہ اللہ تعالی کے اسمائے حسنی، اہ، کیا ہیں اور اس کا ہم کیسے ذکر کریں۔</w:t>
      </w:r>
    </w:p>
    <w:p>
      <w:r>
        <w:rPr>
          <w:b/>
        </w:rPr>
        <w:t xml:space="preserve">[01:49] </w:t>
      </w:r>
      <w:r>
        <w:t>us par aaj hum baat karenge. to, ah, sab se pehle main aap se yeh kahunga, yeh batayein ke zikr kya</w:t>
      </w:r>
    </w:p>
    <w:p>
      <w:pPr>
        <w:jc w:val="right"/>
      </w:pPr>
      <w:r>
        <w:t>اس پر آج ہم بات کریں گے۔ تو، اہ، سب سے پہلے میں آپ سے یہ کہوں گا، یہ بتائیں کہ ذکر کیا</w:t>
      </w:r>
    </w:p>
    <w:p>
      <w:r>
        <w:rPr>
          <w:b/>
        </w:rPr>
        <w:t xml:space="preserve">[01:58] </w:t>
      </w:r>
      <w:r>
        <w:t>cheez hai? zikr kis cheez ko kehte hain? zikr ke mani jo hain, lafzi mani hain: to remember, bar bar us ko yaad karna.</w:t>
      </w:r>
    </w:p>
    <w:p>
      <w:pPr>
        <w:jc w:val="right"/>
      </w:pPr>
      <w:r>
        <w:t>چیز ہے؟ ذکر کس چیز کو کہتے ہیں؟ ذکر کے معنی جو ہیں، لفظی معنی ہیں: ٹو ریممبر، بار بار اس کو یاد کرنا۔</w:t>
      </w:r>
    </w:p>
    <w:p>
      <w:r>
        <w:rPr>
          <w:b/>
        </w:rPr>
        <w:t xml:space="preserve">[02:13] </w:t>
      </w:r>
      <w:r>
        <w:t>to lekin zikr log yeh samajhte hain ke koi tasbeeh par zikr kiya jata hai, jis ko wird kehte hain.</w:t>
      </w:r>
    </w:p>
    <w:p>
      <w:pPr>
        <w:jc w:val="right"/>
      </w:pPr>
      <w:r>
        <w:t>تو لیکن ذکر لوگ یہ سمجھتے ہیں کہ کوئی تسبیح پر ذکر کیا جاتا ہے، جس کو ورد کہتے ہیں۔</w:t>
      </w:r>
    </w:p>
    <w:p>
      <w:r>
        <w:rPr>
          <w:b/>
        </w:rPr>
        <w:t xml:space="preserve">[02:22] </w:t>
      </w:r>
      <w:r>
        <w:t>to koi jo asma e husna hain Allah taala ke, us mein se kuch naam le kar ke us ko tasbeeh par us ki wird karna, so bar, aur aur us kai kai tasbeeh padhna, aur hazar dane ki bhi tasbeeh hoti hai.</w:t>
      </w:r>
    </w:p>
    <w:p>
      <w:pPr>
        <w:jc w:val="right"/>
      </w:pPr>
      <w:r>
        <w:t>تو کوئی جو اسمائے حسنی ہیں اللہ تعالی کے، اس میں سے کچھ نام لے کر کے اس کو تسبیح پر اس کی ورد کرنا، سو بار، اور اور اس کئی کئی تسبیح پڑھنا، اور ہزار دانے کی بھی تسبیح ہوتی ہے۔</w:t>
      </w:r>
    </w:p>
    <w:p>
      <w:r>
        <w:rPr>
          <w:b/>
        </w:rPr>
        <w:t xml:space="preserve">[02:39] </w:t>
      </w:r>
      <w:r>
        <w:t>to yeh asal mein jo Maulana ne likha hai apni kitab marifat mein, poora ek chapter hai us par zikr o dua par.</w:t>
      </w:r>
    </w:p>
    <w:p>
      <w:pPr>
        <w:jc w:val="right"/>
      </w:pPr>
      <w:r>
        <w:t>تو یہ اصل میں جو مولانا نے لکھا ہے اپنی کتاب معرفت میں، پورا ایک چیپٹر ہے اس پر ذکر و دعا پر۔</w:t>
      </w:r>
    </w:p>
    <w:p>
      <w:r>
        <w:rPr>
          <w:b/>
        </w:rPr>
        <w:t xml:space="preserve">[02:53] </w:t>
      </w:r>
      <w:r>
        <w:t>to us mein likha hai ke zikr ke lafzi mani to remember hain, lekin zikr ke jo hai woh lafzi takrar ke mani mein nahi hai.</w:t>
      </w:r>
    </w:p>
    <w:p>
      <w:pPr>
        <w:jc w:val="right"/>
      </w:pPr>
      <w:r>
        <w:t>تو اس میں لکھا ہے کہ ذکر کے لفظی معنی تو ریممبر ہیں، لیکن ذکر کے جو ہے وہ لفظی تکرار کے معنی میں نہیں ہے۔</w:t>
      </w:r>
    </w:p>
    <w:p>
      <w:r>
        <w:rPr>
          <w:b/>
        </w:rPr>
        <w:t xml:space="preserve">[03:04] </w:t>
      </w:r>
      <w:r>
        <w:t>remember us mani mein hai ke jaise quran mein aya hai surah chapters two mein: fazkuruni azkurkum tum mujh ko yaad rakho, main tum ko yaad rakhunga.</w:t>
      </w:r>
    </w:p>
    <w:p>
      <w:pPr>
        <w:jc w:val="right"/>
      </w:pPr>
      <w:r>
        <w:t>ریممبر اس معنی میں ہے کہ جیسے قرآن میں آیا ہے سورہ چیپٹرز ٹو میں: فَاذْكُرُونِي أَذْكُرْكُمْ تم مجھ کو یاد رکھو، میں تم کو یاد رکھوں گا۔</w:t>
      </w:r>
    </w:p>
    <w:p>
      <w:r>
        <w:rPr>
          <w:b/>
        </w:rPr>
        <w:t xml:space="preserve">[03:17] </w:t>
      </w:r>
      <w:r>
        <w:t>lekin yaad rakhne ka kya tareeqa hona chahiye? sirf alfaz dohrana nahi hai, yaad rakhna. to zikr mein apne aap tadabbur, tafakkur, ta'aqqul, tasawwum, yeh sab apne aap is mein shamil hain.</w:t>
      </w:r>
    </w:p>
    <w:p>
      <w:pPr>
        <w:jc w:val="right"/>
      </w:pPr>
      <w:r>
        <w:t>لیکن یاد رکھنے کا کیا طریقہ ہونا چاہیے؟ صرف الفاظ دہرانا نہیں ہے، یاد رکھنا۔ تو ذکر میں اپنے آپ تدبر، تفکر، تعقل، توسم، یہ سب اپنے آپ اس میں شامل ہیں۔</w:t>
      </w:r>
    </w:p>
    <w:p>
      <w:r>
        <w:rPr>
          <w:b/>
        </w:rPr>
        <w:t xml:space="preserve">[03:34] </w:t>
      </w:r>
      <w:r>
        <w:t>imam Razi, jo ke ek bohat bare mufassir hain, unhon ne kaha hai ke ayat e ilahi yani signs of God, SIGNS, signs of God par ghor karna sab se afzal zikr hai.</w:t>
      </w:r>
    </w:p>
    <w:p>
      <w:pPr>
        <w:jc w:val="right"/>
      </w:pPr>
      <w:r>
        <w:t>امام رازی، جو کہ ایک بہت بڑے مفسر ہیں، انہوں نے کہا ہے کہ آیات الہی یعنی سائنس آف گاڈ، ایس آئی جی این، سائنس آف گاڈ پر غور کرنا سب سے افضل ذکر ہے۔</w:t>
      </w:r>
    </w:p>
    <w:p>
      <w:r>
        <w:rPr>
          <w:b/>
        </w:rPr>
        <w:t xml:space="preserve">[03:48] </w:t>
      </w:r>
      <w:r>
        <w:t>to ghor karne se bohat sari baatein samajh mein aati hain, khuda ki marifat hoti hai, gehri baatein samajh mein aati hain ghor karne se.</w:t>
      </w:r>
    </w:p>
    <w:p>
      <w:pPr>
        <w:jc w:val="right"/>
      </w:pPr>
      <w:r>
        <w:t>تو غور کرنے سے بہت ساری باتیں سمجھ میں آتی ہیں، خدا کی معرفت ہوتی ہے، گہری باتیں سمجھ میں آتی ہیں غور کرنے سے۔</w:t>
      </w:r>
    </w:p>
    <w:p>
      <w:r>
        <w:rPr>
          <w:b/>
        </w:rPr>
        <w:t xml:space="preserve">[03:58] </w:t>
      </w:r>
      <w:r>
        <w:t>ab chunke khuda ki zaat ka mushahida nahi ho sakta, to khuda jo sari takhleeqat hain, khuda ki poori kainat, khuda ne takhleeq ki hai, aur kainat mein jo sari cheezein hain, unhi par hum ghor karenge.</w:t>
      </w:r>
    </w:p>
    <w:p>
      <w:pPr>
        <w:jc w:val="right"/>
      </w:pPr>
      <w:r>
        <w:t>اب چونکہ خدا کی ذات کا مشاہدہ نہیں ہو سکتا، تو خدا جو ساری تخلیقات ہیں، خدا کی پوری کائنات، خدا نے تخلیق کی ہے، اور کائنات میں جو ساری چیزیں ہیں، انہی پر ہم غور کریں گے۔</w:t>
      </w:r>
    </w:p>
    <w:p>
      <w:r>
        <w:rPr>
          <w:b/>
        </w:rPr>
        <w:t xml:space="preserve">[04:13] </w:t>
      </w:r>
      <w:r>
        <w:t>is mein khuda ki jhalakiyan nazar aati hain. to is mein jab hum takhleeqat mein ghor karenge to hum ko, hum ko khuda ki jhalakiyan nazar aayengi.</w:t>
      </w:r>
    </w:p>
    <w:p>
      <w:pPr>
        <w:jc w:val="right"/>
      </w:pPr>
      <w:r>
        <w:t>اس میں خدا کی جھلکیاں نظر آتی ہیں۔ تو اس میں جب ہم تخلیقات میں غور کریں گے تو ہم کو، ہم کو خدا کی جھلکیاں نظر آئیں گی۔</w:t>
      </w:r>
    </w:p>
    <w:p>
      <w:r>
        <w:rPr>
          <w:b/>
        </w:rPr>
        <w:t xml:space="preserve">[04:24] </w:t>
      </w:r>
      <w:r>
        <w:t>to wohi jo hai asmaaye husna yani khuda ke jo sifat hain, woh is mein zahir hue hain. to woh sirf uska naam le kar wird karne se hamein kuch nahi mile</w:t>
      </w:r>
    </w:p>
    <w:p>
      <w:pPr>
        <w:jc w:val="right"/>
      </w:pPr>
      <w:r>
        <w:t>تو وہی جو ہے اسمائے حسنی یعنی خدا کے جو صفات ہیں، وہ اس میں ظاہر ہوئے ہیں۔ تو وہ صرف اس کا نام لے کر ورد کرنے سے ہمیں کچھ نہیں ملے</w:t>
      </w:r>
    </w:p>
    <w:p>
      <w:r>
        <w:rPr>
          <w:b/>
        </w:rPr>
        <w:t xml:space="preserve">[04:38] </w:t>
      </w:r>
      <w:r>
        <w:t>ga. to marifat ka tareeqa jo hai, woh jo hai woh ghor o fikr jo is par karna, is se lesson lena, is ko gehrai se baaton ko samajhna, aur is se apne liye sabaq lena, aur is tarah se imaan mein izafa hota hai,</w:t>
      </w:r>
    </w:p>
    <w:p>
      <w:pPr>
        <w:jc w:val="right"/>
      </w:pPr>
      <w:r>
        <w:t>گا۔ تو معرفت کا طریقہ جو ہے، وہ جو ہے وہ غور و فکر جو اس پر کرنا، اس سے لیسن لینا، اس کو گہرائی سے باتوں کو سمجھنا، اور اس سے اپنے لیے سبق لینا، اور اس طرح سے ایمان میں اضافہ ہوتا ہے،</w:t>
      </w:r>
    </w:p>
    <w:p>
      <w:r>
        <w:rPr>
          <w:b/>
        </w:rPr>
        <w:t xml:space="preserve">[04:58] </w:t>
      </w:r>
      <w:r>
        <w:t>aur aala darje ka imaan is se milta hai ghor o fikr ke zariye se.</w:t>
      </w:r>
    </w:p>
    <w:p>
      <w:pPr>
        <w:jc w:val="right"/>
      </w:pPr>
      <w:r>
        <w:t>اور اعلیٰ درجے کا ایمان اس سے ملتا ہے غور و فکر کے ذریعے سے۔</w:t>
      </w:r>
    </w:p>
    <w:p>
      <w:r>
        <w:rPr>
          <w:b/>
        </w:rPr>
        <w:t xml:space="preserve">[05:03] </w:t>
      </w:r>
      <w:r>
        <w:t>to hazrat ayesha farmati hain ke rasool Allah sal Allah alaihi wasallam har mauqa par khuda ko yaad karte the, kyunke jab koi mauqa hota hai to us ko relate karte the kisi na kisi,</w:t>
      </w:r>
    </w:p>
    <w:p>
      <w:pPr>
        <w:jc w:val="right"/>
      </w:pPr>
      <w:r>
        <w:t>تو حضرت عائشہ فرماتی ہیں کہ رسول اللہ صلی اللہ علیہ وسلم ہر موقع پر خدا کو یاد کرتے تھے، کیونکہ جب کوئی موقع ہوتا ہے تو اس کو ریلیٹ کرتے تھے کسی نہ کسی،</w:t>
      </w:r>
    </w:p>
    <w:p>
      <w:r>
        <w:rPr>
          <w:b/>
        </w:rPr>
        <w:t xml:space="preserve">[05:18] </w:t>
      </w:r>
      <w:r>
        <w:t>ah, aisi baat se jis mein khuda ka zikr aata ho, khuda ki yaad aati ho. to to yeh wohi relate kar payega jiska mind bohat zyada awakened ho jaye.</w:t>
      </w:r>
    </w:p>
    <w:p>
      <w:pPr>
        <w:jc w:val="right"/>
      </w:pPr>
      <w:r>
        <w:t>اہ، ایسی بات سے جس میں خدا کا ذکر آتا ہو، خدا کی یاد آتی ہو۔ تو تو یہ وہی ریلیٹ کر پائے گا جس کا مائنڈ بہت زیادہ اویکنڈ ہو جائے۔</w:t>
      </w:r>
    </w:p>
    <w:p>
      <w:r>
        <w:rPr>
          <w:b/>
        </w:rPr>
        <w:t xml:space="preserve">[05:31] </w:t>
      </w:r>
      <w:r>
        <w:t>to jab mind awakened ho jata hai to har tajurba, har mushahida us ko khuda ki yaad dilata hai, yani woh ek spiritual experience ho jata hai.</w:t>
      </w:r>
    </w:p>
    <w:p>
      <w:pPr>
        <w:jc w:val="right"/>
      </w:pPr>
      <w:r>
        <w:t>تو جب مائنڈ اویکنڈ ہو جاتا ہے تو ہر تجربہ، ہر مشاہدہ اس کو خدا کی یاد دلاتا ہے، یعنی وہ ایک سپریچول ایکسپیرینس ہو جاتا ہے۔</w:t>
      </w:r>
    </w:p>
    <w:p>
      <w:r>
        <w:rPr>
          <w:b/>
        </w:rPr>
        <w:t xml:space="preserve">[05:41] </w:t>
      </w:r>
      <w:r>
        <w:t>har tajurba, har cheez us ke liye yaad elahi ka zariya ban jati hai. to us ko isi ko tawsam karna kehte hain.</w:t>
      </w:r>
    </w:p>
    <w:p>
      <w:pPr>
        <w:jc w:val="right"/>
      </w:pPr>
      <w:r>
        <w:t>ہر تجربہ، ہر چیز اس کے لیے یاد الہی کا ذریعہ بن جاتی ہے۔ تو اس کو اسی کو توسم کرنا کہتے ہیں۔</w:t>
      </w:r>
    </w:p>
    <w:p>
      <w:r>
        <w:rPr>
          <w:b/>
        </w:rPr>
        <w:t xml:space="preserve">[05:49] </w:t>
      </w:r>
      <w:r>
        <w:t>tawsam karna ka matlab hai ke lesson lena, har cheez se lesson lena, kyunke insaan ko tarah tarah ke tajurbe hote hain.</w:t>
      </w:r>
    </w:p>
    <w:p>
      <w:pPr>
        <w:jc w:val="right"/>
      </w:pPr>
      <w:r>
        <w:t>توسم کرنا کا مطلب ہے کہ لیسن لینا، ہر چیز سے لیسن لینا، کیونکہ انسان کو طرح طرح کے تجربے ہوتے ہیں۔</w:t>
      </w:r>
    </w:p>
    <w:p>
      <w:r>
        <w:rPr>
          <w:b/>
        </w:rPr>
        <w:t xml:space="preserve">[05:58] </w:t>
      </w:r>
      <w:r>
        <w:t>woh kitaab padhega, logon se mulaqatein karega, aur tarah tarah ke us ko tajurbe honge. in nature mein tajurba hota hai, to is se us ko koi na koi aisa pehlu is se nikal jaye jis se woh khuda ki yaad kare.</w:t>
      </w:r>
    </w:p>
    <w:p>
      <w:pPr>
        <w:jc w:val="right"/>
      </w:pPr>
      <w:r>
        <w:t>وہ کتاب پڑھے گا، لوگوں سے ملاقاتیں کرے گا، اور طرح طرح کے اس کو تجربے ہوں گے۔ ان نیچر میں تجربہ ہوتا ہے، تو اس سے اس کو کوئی نہ کوئی ایسا پہلو اس سے نکل جائے جس سے وہ خدا کی یاد کرے۔</w:t>
      </w:r>
    </w:p>
    <w:p>
      <w:r>
        <w:rPr>
          <w:b/>
        </w:rPr>
        <w:t xml:space="preserve">[06:13] </w:t>
      </w:r>
      <w:r>
        <w:t>to kyunke khuda jo hai bilkul abstract mein samajh mein nahi aata, to koi isi liye Allah taala ne itni badi, ah, universe banai hai taake tarah tarah ke manazir, tarah tarah ki cheezein is mein</w:t>
      </w:r>
    </w:p>
    <w:p>
      <w:pPr>
        <w:jc w:val="right"/>
      </w:pPr>
      <w:r>
        <w:t>تو کیونکہ خدا جو ہے بالکل ابسٹریکٹ میں سمجھ میں نہیں آتا، تو کوئی اسی لیے اللہ تعالی نے اتنی بڑی، اہ، یونیورس بنائی ہے تاکہ طرح طرح کے مناظر، طرح طرح کی چیزیں اس میں</w:t>
      </w:r>
    </w:p>
    <w:p>
      <w:r>
        <w:rPr>
          <w:b/>
        </w:rPr>
        <w:t xml:space="preserve">[06:27] </w:t>
      </w:r>
      <w:r>
        <w:t>hain, tarah tarah ki makhlooqat hain. to is ko dekh dekh kar is woh khuda ko yaad karta rahe. isi ko Maulana ne kaha hai point of reference.</w:t>
      </w:r>
    </w:p>
    <w:p>
      <w:pPr>
        <w:jc w:val="right"/>
      </w:pPr>
      <w:r>
        <w:t>ہیں، طرح طرح کی مخلوقات ہیں۔ تو اس کو دیکھ دیکھ کر اس وہ خدا کو یاد کرتا رہے۔ اسی کو مولانا نے کہا ہے پوائنٹ آف ریفرنس۔</w:t>
      </w:r>
    </w:p>
    <w:p>
      <w:r>
        <w:rPr>
          <w:b/>
        </w:rPr>
        <w:t xml:space="preserve">[06:36] </w:t>
      </w:r>
      <w:r>
        <w:t>to yeh tamam cheezein jo hain, yeh point of reference hain. to isi ko point of reference ke zariye se hamein khuda ki yaad karni hai.</w:t>
      </w:r>
    </w:p>
    <w:p>
      <w:pPr>
        <w:jc w:val="right"/>
      </w:pPr>
      <w:r>
        <w:t>تو یہ تمام چیزیں جو ہیں، یہ پوائنٹ آف ریفرنس ہیں۔ تو اسی کو پوائنٹ آف ریفرنس کے ذریعے سے ہمیں خدا کی یاد کرنی ہے۔</w:t>
      </w:r>
    </w:p>
    <w:p>
      <w:r>
        <w:rPr>
          <w:b/>
        </w:rPr>
        <w:t xml:space="preserve">[06:47] </w:t>
      </w:r>
      <w:r>
        <w:t>ab misaal ke taur par ek aap ne dekha hoga chidiya, chidiya jo ghonsla banati hai, aur is mein us ke chhote chhote bachche nanhe nanhe hote hain, aur woh apne liye ghiza nahi la sakte hain.</w:t>
      </w:r>
    </w:p>
    <w:p>
      <w:pPr>
        <w:jc w:val="right"/>
      </w:pPr>
      <w:r>
        <w:t>اب مثال کے طور پر ایک آپ نے دیکھا ہوگا چڑیا، چڑیا جو گھونسلہ بناتی ہے، اور اس میں اس کے چھوٹے چھوٹے بچے ننھے ننھے ہوتے ہیں، اور وہ اپنے لیے غذا نہیں لا سکتے ہیں۔</w:t>
      </w:r>
    </w:p>
    <w:p>
      <w:r>
        <w:rPr>
          <w:b/>
        </w:rPr>
        <w:t xml:space="preserve">[06:58] </w:t>
      </w:r>
      <w:r>
        <w:t>chidiya apne chonch mein ghiza le kar aati hai aur un bachchon ko khilati hai. ab is ko aap dekhiye to aap ko kitna ehsaas hota hai ke dekhein chidiya jo hai, us ko kis ne bataya?</w:t>
      </w:r>
    </w:p>
    <w:p>
      <w:pPr>
        <w:jc w:val="right"/>
      </w:pPr>
      <w:r>
        <w:t>چڑیا اپنے چونچ میں غذا لے کر آتی ہے اور ان بچوں کو کھلاتی ہے۔ اب اس کو آپ دیکھیے تو آپ کو کتنا احساس ہوتا ہے کہ دیکھیں چڑیا جو ہے، اس کو کس نے بتایا؟</w:t>
      </w:r>
    </w:p>
    <w:p>
      <w:r>
        <w:rPr>
          <w:b/>
        </w:rPr>
        <w:t xml:space="preserve">[07:13] </w:t>
      </w:r>
      <w:r>
        <w:t>nahi to woh bachcha to mar jata bhooka, us ko kis ne bataya? us</w:t>
      </w:r>
    </w:p>
    <w:p>
      <w:pPr>
        <w:jc w:val="right"/>
      </w:pPr>
      <w:r>
        <w:t>نہیں تو وہ بچہ تو مر جاتا بھوکا، اس کو کس نے بتایا؟ اس</w:t>
      </w:r>
    </w:p>
    <w:p>
      <w:r>
        <w:rPr>
          <w:b/>
        </w:rPr>
        <w:t xml:space="preserve">[07:17] </w:t>
      </w:r>
      <w:r>
        <w:t>ke instinct mein kis ne dala? phir aur aap ko bohat sari baatein samajh mein aati hain ke isi tareeqe se hum bohat zyada helpless hain, mohtaj hain, khuda dene wala hai.</w:t>
      </w:r>
    </w:p>
    <w:p>
      <w:pPr>
        <w:jc w:val="right"/>
      </w:pPr>
      <w:r>
        <w:t>کے انسٹنکٹ میں کس نے ڈالا؟ پھر اور آپ کو بہت ساری باتیں سمجھ میں آتی ہیں کہ اسی طریقے سے ہم بہت زیادہ ہیلپ لیس ہیں، محتاج ہیں، خدا دینے والا ہے۔</w:t>
      </w:r>
    </w:p>
    <w:p>
      <w:r>
        <w:rPr>
          <w:b/>
        </w:rPr>
        <w:t xml:space="preserve">[07:29] </w:t>
      </w:r>
      <w:r>
        <w:t>to aisi koi bhi aap ko tajurba ho to woh tajurba aap ko roohani experience tak le jaye. to yahi hai, ah, jo hai, yahi hai khuda ko yaad karna.</w:t>
      </w:r>
    </w:p>
    <w:p>
      <w:pPr>
        <w:jc w:val="right"/>
      </w:pPr>
      <w:r>
        <w:t>تو ایسی کوئی بھی آپ کو تجربہ ہو تو وہ تجربہ آپ کو روحانی ایکسپیرینس تک لے جائے۔ تو یہی ہے، اہ، جو ہے، یہی ہے خدا کو یاد کرنا۔</w:t>
      </w:r>
    </w:p>
    <w:p>
      <w:r>
        <w:rPr>
          <w:b/>
        </w:rPr>
        <w:t xml:space="preserve">[07:43] </w:t>
      </w:r>
      <w:r>
        <w:t>log aaj kal kya karte hain</w:t>
      </w:r>
    </w:p>
    <w:p>
      <w:pPr>
        <w:jc w:val="right"/>
      </w:pPr>
      <w:r>
        <w:t>لوگ آج کل کیا کرتے ہیں</w:t>
      </w:r>
    </w:p>
    <w:p>
      <w:r>
        <w:rPr>
          <w:b/>
        </w:rPr>
        <w:t xml:space="preserve">[07:45] </w:t>
      </w:r>
      <w:r>
        <w:t>? bismillah, alhamdulillah, mashallah, yahi sab alfaaz bolte hain aur samajhte hain ke hum to bohat khuda ko yaad karte hain. to yeh khuda ko yaad karna, is ki matlab, us ko Maulana ne likha hai ke yeh khuda ki yaad ka underestimation hai.</w:t>
      </w:r>
    </w:p>
    <w:p>
      <w:pPr>
        <w:jc w:val="right"/>
      </w:pPr>
      <w:r>
        <w:t>؟ بسم اللہ، الحمدللہ، ماشاءاللہ، یہی سب الفاظ بولتے ہیں اور سمجھتے ہیں کہ ہم تو بہت خدا کو یاد کرتے ہیں۔ تو یہ خدا کو یاد کرنا، اس کی مطلب، اس کو مولانا نے لکھا ہے کہ یہ خدا کی یاد کا انڈر ایسٹیمیشن ہے۔</w:t>
      </w:r>
    </w:p>
    <w:p>
      <w:r>
        <w:rPr>
          <w:b/>
        </w:rPr>
        <w:t xml:space="preserve">[08:01] </w:t>
      </w:r>
      <w:r>
        <w:t>to khuda ki yaad woh kare jo bohat zyada gehrai se cheezon ko dekhe, us ki aankhon mein aansu aa jaye, tab aap samjhiye ke us ne khuda ko yaad kiya hai.</w:t>
      </w:r>
    </w:p>
    <w:p>
      <w:pPr>
        <w:jc w:val="right"/>
      </w:pPr>
      <w:r>
        <w:t>تو خدا کی یاد وہ کرے جو بہت زیادہ گہرائی سے چیزوں کو دیکھے، اس کی آنکھوں میں آنسو آ جائے، تب آپ سمجھیے کہ اس نے خدا کو یاد کیا ہے۔</w:t>
      </w:r>
    </w:p>
    <w:p>
      <w:r>
        <w:rPr>
          <w:b/>
        </w:rPr>
        <w:t xml:space="preserve">[08:13] </w:t>
      </w:r>
      <w:r>
        <w:t>to har waqia aur har tajurba us ko khuda ki بڑai ka, khuda ki azmat ka, khuda ki fiyazi ka, khuda kitna zyada meherban hai, woh us ko yaad dilane wala ban jaye.</w:t>
      </w:r>
    </w:p>
    <w:p>
      <w:pPr>
        <w:jc w:val="right"/>
      </w:pPr>
      <w:r>
        <w:t>تو ہر واقعہ اور ہر تجربہ اس کو خدا کی بڑائی کا، خدا کی عظمت کا، خدا کی فیاضی کا، خدا کتنا زیادہ مہربان ہے، وہ اس کو یاد دلانے والا بن جائے۔</w:t>
      </w:r>
    </w:p>
    <w:p>
      <w:r>
        <w:rPr>
          <w:b/>
        </w:rPr>
        <w:t xml:space="preserve">[08:27] </w:t>
      </w:r>
      <w:r>
        <w:t>aur yeh ek dum hamare shaoor, shaoori, ah, is ka woh ho jaye ehsaas, hamari shaoori ehsaas ho, na ke lip service.</w:t>
      </w:r>
    </w:p>
    <w:p>
      <w:pPr>
        <w:jc w:val="right"/>
      </w:pPr>
      <w:r>
        <w:t>اور یہ ایک دم ہمارے شعور، شعوری، اہ، اس کا وہ ہو جائے احساس، ہماری شعوری احساس ہو، نہ کہ لپ سروس۔</w:t>
      </w:r>
    </w:p>
    <w:p>
      <w:r>
        <w:rPr>
          <w:b/>
        </w:rPr>
        <w:t xml:space="preserve">[08:37] </w:t>
      </w:r>
      <w:r>
        <w:t>aik hota hai zabani alfaaz log bolte rehte hain,</w:t>
      </w:r>
    </w:p>
    <w:p>
      <w:pPr>
        <w:jc w:val="right"/>
      </w:pPr>
      <w:r>
        <w:t>ایک ہوتا ہے زبانی الفاظ لوگ بولتے رہتے ہیں،</w:t>
      </w:r>
    </w:p>
    <w:p>
      <w:r>
        <w:rPr>
          <w:b/>
        </w:rPr>
        <w:t xml:space="preserve">[08:40] </w:t>
      </w:r>
      <w:r>
        <w:t>is ka koi maani, matlab na woh khud samajhte hain, na woh doosra samajhta hai. to shaoori ehsaas jab ho jata hai to insaan ko bohat gehrai se baatein samajh mein aati hain, aur is ki jo hai, is ke jis ko kehte hain ke azdiad eimaan, is ke eimaan mein izafa hota hai.</w:t>
      </w:r>
    </w:p>
    <w:p>
      <w:pPr>
        <w:jc w:val="right"/>
      </w:pPr>
      <w:r>
        <w:t>اس کا کوئی معنی، مطلب نہ وہ خود سمجھتے ہیں، نہ وہ دوسرا سمجھتا ہے۔ تو شعوری احساس جب ہو جاتا ہے تو انسان کو بہت گہرائی سے باتیں سمجھ میں آتی ہیں، اور اس کی جو ہے، اس کے جس کو کہتے ہیں کہ ازدیاد ایمان، اس کے ایمان میں اضافہ ہوتا ہے۔</w:t>
      </w:r>
    </w:p>
    <w:p>
      <w:r>
        <w:rPr>
          <w:b/>
        </w:rPr>
        <w:t xml:space="preserve">[09:00] </w:t>
      </w:r>
      <w:r>
        <w:t>to yeh hai zikr jo hamein karna chahiye.</w:t>
      </w:r>
    </w:p>
    <w:p>
      <w:pPr>
        <w:jc w:val="right"/>
      </w:pPr>
      <w:r>
        <w:t>تو یہ ہے ذکر جو ہمیں کرنا چاہیے۔</w:t>
      </w:r>
    </w:p>
    <w:p>
      <w:r>
        <w:rPr>
          <w:b/>
        </w:rPr>
        <w:t xml:space="preserve">[09:05] </w:t>
      </w:r>
      <w:r>
        <w:t>ah, aap ne jo zikr ke talluq se bataya, bilkul sahi baat hai. ah, aik mashhoor aalim Abū Bakr al-Jassās al-Hanafi, unhon ne zikr ki tareef yeh ki hai ke zikr Allah taala wal-fikr fi dalailihi wa hujajihi wa qudratihi wa azmatihi an zikr Allah taala bi qulubikum wa huwa al-tafakkur fi dalailihi ke Allah ka zikr kya hai?</w:t>
      </w:r>
    </w:p>
    <w:p>
      <w:pPr>
        <w:jc w:val="right"/>
      </w:pPr>
      <w:r>
        <w:t>اہ، آپ نے جو ذکر کے تعلق سے بتایا، بالکل صحیح بات ہے۔ اہ، ایک مشہور عالم ابوبکر الجساس الحنفی، انہوں نے ذکر کی تعریف یہ کی ہے کہ ذکر اللہ تعالی والفکر فی دلائلہ وحجہ وقدرتہ وعظمتہ ان ذکر اللہ تعالی بقلوبکم وھو التفکر فی دلائلہ کہ اللہ کا ذکر کیا ہے؟</w:t>
      </w:r>
    </w:p>
    <w:p>
      <w:r>
        <w:rPr>
          <w:b/>
        </w:rPr>
        <w:t xml:space="preserve">[09:29] </w:t>
      </w:r>
      <w:r>
        <w:t>woh Allah taala ke nishaniyon mein, un ke dalail mein, is ki qudrat mein, is ki azmat mein</w:t>
      </w:r>
    </w:p>
    <w:p>
      <w:pPr>
        <w:jc w:val="right"/>
      </w:pPr>
      <w:r>
        <w:t>وہ اللہ تعالی کے نشانیوں میں، ان کے دلائل میں، اس کی قدرت میں، اس کی عظمت میں</w:t>
      </w:r>
    </w:p>
    <w:p>
      <w:r>
        <w:rPr>
          <w:b/>
        </w:rPr>
        <w:t xml:space="preserve">[09:37] </w:t>
      </w:r>
      <w:r>
        <w:t>fikr karna hai. aur Allah taala ka zikr dil se hota hai, yeh unhon ne kaha hai. isi haqeeqat ko quran mein bhi aik jagah bayan kiya gaya hai 'Rijalun Allah la tulheehim tijaratun wa la bai'un an zikrillah' ke nek log woh hotay hain jin ko ghafil nahi karti un ki tijarat aur un ki khareed o farokht Allah ke zikr se.</w:t>
      </w:r>
    </w:p>
    <w:p>
      <w:pPr>
        <w:jc w:val="right"/>
      </w:pPr>
      <w:r>
        <w:t>فکر کرنا ہے۔ اور اللہ تعالی کا ذکر دل سے ہوتا ہے، یہ انہوں نے کہا ہے۔ اسی حقیقت کو قرآن میں بھی ایک جگہ بیان کیا گیا رجال اللہ تجارت ولا بیع عن ذکر اللہ کہ نیک لوگ وہ ہوتے ہیں جن کو غافل نہیں کرتی ان کی تجارت اور ان کی خرید و فروخت اللہ کے ذکر سے۔</w:t>
      </w:r>
    </w:p>
    <w:p>
      <w:r>
        <w:rPr>
          <w:b/>
        </w:rPr>
        <w:t xml:space="preserve">[09:57] </w:t>
      </w:r>
      <w:r>
        <w:t>to insaan jo rahega Allah ke zikr mein, aise karega to agar lip service ke taur par karega to nahi ho sakta hai. to aap is ke baad mein aap se yeh poochunga, quran mein aik cheez aayi hai, zikr e kaseer ka bayan aaya hai ke 'Wazkurullaha zikran kaseera' kaha gaya hai.</w:t>
      </w:r>
    </w:p>
    <w:p>
      <w:pPr>
        <w:jc w:val="right"/>
      </w:pPr>
      <w:r>
        <w:t>تو انسان جو رہے گا اللہ کے ذکر میں، ایسے کرے گا تو اگر لپ سروس کے طور پر کرے گا تو نہیں ہو سکتا ہے۔ تو آپ اس کے بعد میں آپ سے یہ پوچھوں گا، قرآن میں ایک چیز آئی ہے، ذکر کثیر کا بیان آیا ہے کہ واذكر اللہ ذكرا کثیرا کہا گیا ہے۔</w:t>
      </w:r>
    </w:p>
    <w:p>
      <w:r>
        <w:rPr>
          <w:b/>
        </w:rPr>
        <w:t xml:space="preserve">[10:13] </w:t>
      </w:r>
      <w:r>
        <w:t>Malik bin Dinar mashhoor tabi'i thay, woh yeh kehte hain ke 'Alamatun hubbillah dawamu zikrihi li annahu man ahabba shai'an akthara zikrahu' ke Allah taala se mohabbat ki alamat yeh hai ke barabar us ko zikr, us ka zikr kiya jaye, kyunke jo jis se mohabbat karta, us ka zyada zikr karta hai.</w:t>
      </w:r>
    </w:p>
    <w:p>
      <w:pPr>
        <w:jc w:val="right"/>
      </w:pPr>
      <w:r>
        <w:t>مالک بن دینار مشہور تابعی تھے، وہ یہ کہتے ہیں کہ علامة حب اللہ دوام ذکرہ لان من احب شیئا اکثر ذکرہ کہ اللہ تعالی سے محبت کی علامت یہ ہے کہ برابر اس کو ذکر، اس کا ذکر کیا جائے، کیونکہ جو جس سے محبت کرتا، اس کا زیادہ ذکر کرتا ہے۔</w:t>
      </w:r>
    </w:p>
    <w:p>
      <w:r>
        <w:rPr>
          <w:b/>
        </w:rPr>
        <w:t xml:space="preserve">[10:30] </w:t>
      </w:r>
      <w:r>
        <w:t>to yeh zikr e kaseer kya hai?</w:t>
      </w:r>
    </w:p>
    <w:p>
      <w:pPr>
        <w:jc w:val="right"/>
      </w:pPr>
      <w:r>
        <w:t>تو یہ ذکر کثیر کیا ہے؟</w:t>
      </w:r>
    </w:p>
    <w:p>
      <w:r>
        <w:rPr>
          <w:b/>
        </w:rPr>
        <w:t xml:space="preserve">[10:35] </w:t>
      </w:r>
      <w:r>
        <w:t>zikr e kaseer wohi jo zikr hai, matlab bohat zyada Khuda ko bohat zyada yaad karna. zikr e kaseer ka matlab hai, yeh nahi ke jaise hum ne panch waqt namaz padhi, namaz mein padh liya jo padhna hai.</w:t>
      </w:r>
    </w:p>
    <w:p>
      <w:pPr>
        <w:jc w:val="right"/>
      </w:pPr>
      <w:r>
        <w:t>ذکر کثیر وہی جو ذکر ہے، مطلب بہت زیادہ خدا کو بہت زیادہ یاد کرنا۔ ذکر کثیر کا مطلب ہے، یہ نہیں کہ جیسے ہم نے پانچ وقت نماز پڑھی، نماز میں پڑھ لیا جو پڑھنا ہے۔</w:t>
      </w:r>
    </w:p>
    <w:p>
      <w:r>
        <w:rPr>
          <w:b/>
        </w:rPr>
        <w:t xml:space="preserve">[10:50] </w:t>
      </w:r>
      <w:r>
        <w:t>aik hai ke bohat zyada Khuda ko yaad karna, har mauqa par, har tajruba jo ho, us mein hum ko har mauqa par hum Khuda ko yaad karte rahen.</w:t>
      </w:r>
    </w:p>
    <w:p>
      <w:pPr>
        <w:jc w:val="right"/>
      </w:pPr>
      <w:r>
        <w:t>ایک ہے کہ بہت زیادہ خدا کو یاد کرنا، ہر موقع پر، ہر تجربہ جو ہو، اس میں ہم کو ہر موقع پر ہم خدا کو یاد کرتے رہیں۔</w:t>
      </w:r>
    </w:p>
    <w:p>
      <w:r>
        <w:rPr>
          <w:b/>
        </w:rPr>
        <w:t xml:space="preserve">[11:00] </w:t>
      </w:r>
      <w:r>
        <w:t>to tarah tarah ke insaan aik spiritual makhlooq hai.</w:t>
      </w:r>
    </w:p>
    <w:p>
      <w:pPr>
        <w:jc w:val="right"/>
      </w:pPr>
      <w:r>
        <w:t>تو طرح طرح کے انسان ایک سپریچول مخلوق ہے۔</w:t>
      </w:r>
    </w:p>
    <w:p>
      <w:r>
        <w:rPr>
          <w:b/>
        </w:rPr>
        <w:t xml:space="preserve">[11:04] </w:t>
      </w:r>
      <w:r>
        <w:t>to jis tareeqay se hum ko physical food chahiye, usi tareeqay se hamein spiritual food bhi chahiye. to spiritual food hamein isi se milta hai ke hamein jo bhi tajruba hota hai, hamein us se hum spiritual food lete rahen.</w:t>
      </w:r>
    </w:p>
    <w:p>
      <w:pPr>
        <w:jc w:val="right"/>
      </w:pPr>
      <w:r>
        <w:t>تو جس طریقے سے ہم کو فزیکل فوڈ چاہیے، اسی طریقے سے ہمیں سپریچول فوڈ بھی چاہیے۔ تو سپریچول فوڈ ہمیں اسی سے ملتا ہے کہ ہمیں جو بھی تجربہ ہوتا ہے، ہمیں اس سے ہم سپریچول فوڈ لیتے رہیں۔</w:t>
      </w:r>
    </w:p>
    <w:p>
      <w:r>
        <w:rPr>
          <w:b/>
        </w:rPr>
        <w:t xml:space="preserve">[11:18] </w:t>
      </w:r>
      <w:r>
        <w:t>yahi, yahi zikr hai. Maulana ne likha hai ke Make every experience a point of reference for the remembrance of God</w:t>
      </w:r>
    </w:p>
    <w:p>
      <w:pPr>
        <w:jc w:val="right"/>
      </w:pPr>
      <w:r>
        <w:t>یہی، یہی ذکر ہے۔ مولانا نے لکھا ہے کہ Make every experience a point of reference for the remembrance of God</w:t>
      </w:r>
    </w:p>
    <w:p>
      <w:r>
        <w:rPr>
          <w:b/>
        </w:rPr>
        <w:t xml:space="preserve">[11:29] </w:t>
      </w:r>
      <w:r>
        <w:t>to har cheez insaan ke liye yaad e Ilahi ka zariya ban jaye, kyunke is se kya hota hai? hamare eimaan mein izafa hota hai aur hamare andar jo hai Khuda ki yaad taza hoti rehti hai, Khuda se qurbat hoti hai hamari.</w:t>
      </w:r>
    </w:p>
    <w:p>
      <w:pPr>
        <w:jc w:val="right"/>
      </w:pPr>
      <w:r>
        <w:t>تو ہر چیز انسان کے لیے یاد الہی کا ذریعہ بن جائے، کیونکہ اس سے کیا ہوتا ہے؟ ہمارے ایمان میں اضافہ ہوتا ہے اور ہمارے اندر جو ہے خدا کی یاد تازہ ہوتی رہتی ہے، خدا سے قربت ہوتی ہے ہماری۔</w:t>
      </w:r>
    </w:p>
    <w:p>
      <w:r>
        <w:rPr>
          <w:b/>
        </w:rPr>
        <w:t xml:space="preserve">[11:46] </w:t>
      </w:r>
      <w:r>
        <w:t>to yeh sab cheezein bohat zyada zaroori hain ke insaan jo hai poori itni bari kainat Allah taala ne isi liye banai ke nahi to hum aik choti duniya mein bhi reh sakte thay ke har waqt insaan ko kuch na kuch aisi cheezein milti rahen jis se woh relate kare.</w:t>
      </w:r>
    </w:p>
    <w:p>
      <w:pPr>
        <w:jc w:val="right"/>
      </w:pPr>
      <w:r>
        <w:t>تو یہ سب چیزیں بہت زیادہ ضروری ہیں کہ انسان جو ہے پوری اتنی بڑی کائنات اللہ تعالی نے اسی لیے بنائی کہ نہیں تو ہم ایک چھوٹی دنیا میں بھی رہ سکتے تھے کہ ہر وقت انسان کو کچھ نہ کچھ ایسی چیزیں ملتی رہیں جس سے وہ ریلیٹ کرے۔</w:t>
      </w:r>
    </w:p>
    <w:p>
      <w:r>
        <w:rPr>
          <w:b/>
        </w:rPr>
        <w:t xml:space="preserve">[12:03] </w:t>
      </w:r>
      <w:r>
        <w:t>kyunke Khuda dikhai nahi deta, lekin Khuda ki makhlooqat jo hain, woh jo Khuda ki creation hai, woh dikhai deti hai. to isi ke zariye se hamein Khuda ki jhalakiyan dekh lena hai aur Khuda ko musalsal yaad karte rehna</w:t>
      </w:r>
    </w:p>
    <w:p>
      <w:pPr>
        <w:jc w:val="right"/>
      </w:pPr>
      <w:r>
        <w:t>کیونکہ خدا دکھائی نہیں دیتا، لیکن خدا کی مخلوقات جو ہیں، وہ جو خدا کی کریشن ہے، وہ دکھائی دیتی ہے۔ تو اسی کے ذریعے سے ہمیں خدا کی جھلکیاں دیکھ لینا ہے اور خدا کو مسلسل یاد کرتے رہنا</w:t>
      </w:r>
    </w:p>
    <w:p>
      <w:r>
        <w:rPr>
          <w:b/>
        </w:rPr>
        <w:t xml:space="preserve">[12:18] </w:t>
      </w:r>
      <w:r>
        <w:t>hai. kyunke hamara eimaan jo hai jamid nahi hona chahiye, balkay numoo pazeer hona chahiye, musalsal woh grow karte rehna chahiye.</w:t>
      </w:r>
    </w:p>
    <w:p>
      <w:pPr>
        <w:jc w:val="right"/>
      </w:pPr>
      <w:r>
        <w:t>ہے۔ کیونکہ ہمارا ایمان جو ہے جامد نہیں ہونا چاہیے، بلکہ نمو پذیر ہونا چاہیے، مسلسل وہ گرو کرتے رہنا چاہیے۔</w:t>
      </w:r>
    </w:p>
    <w:p>
      <w:r>
        <w:rPr>
          <w:b/>
        </w:rPr>
        <w:t xml:space="preserve">[12:27] </w:t>
      </w:r>
      <w:r>
        <w:t>to jo zikr e kaseer hai, wohi yahi hai tajruba e kaseer, yani har waqt hamein har haal mein, har hīn mein hamein Khuda ko yaad karte rehna hai.</w:t>
      </w:r>
    </w:p>
    <w:p>
      <w:pPr>
        <w:jc w:val="right"/>
      </w:pPr>
      <w:r>
        <w:t>تو جو ذکر کثیر ہے، وہی یہی ہے تجربہ کثیر، یعنی ہر وقت ہمیں ہر حال میں، ہر حین میں ہمیں خدا کو یاد کرتے رہنا ہے۔</w:t>
      </w:r>
    </w:p>
    <w:p>
      <w:r>
        <w:rPr>
          <w:b/>
        </w:rPr>
        <w:t xml:space="preserve">[12:39] </w:t>
      </w:r>
      <w:r>
        <w:t>to insaan chunke aik aik dam aajiz makhlooq hai aur har lamha woh Khuda ki madad ka mohtaaj hai,</w:t>
      </w:r>
    </w:p>
    <w:p>
      <w:pPr>
        <w:jc w:val="right"/>
      </w:pPr>
      <w:r>
        <w:t>تو انسان چونکہ ایک ایک دم عاجز مخلوق ہے اور ہر لمحہ وہ خدا کی مدد کا محتاج ہے،</w:t>
      </w:r>
    </w:p>
    <w:p>
      <w:r>
        <w:rPr>
          <w:b/>
        </w:rPr>
        <w:t xml:space="preserve">[12:48] </w:t>
      </w:r>
      <w:r>
        <w:t>to is wajah se is ko chahiye ke har waqt woh Khuda ko yaad kare. zikr e kaseer ka matlab wohi hai ke har waqt woh Khuda ko yaad kare, Khuda se madad mange.</w:t>
      </w:r>
    </w:p>
    <w:p>
      <w:pPr>
        <w:jc w:val="right"/>
      </w:pPr>
      <w:r>
        <w:t>تو اس وجہ سے اس کو چاہیے کہ ہر وقت وہ خدا کو یاد کرے۔ ذکر کثیر کا مطلب وہی ہے کہ ہر وقت وہ خدا کو یاد کرے، خدا سے مدد مانگے۔</w:t>
      </w:r>
    </w:p>
    <w:p>
      <w:r>
        <w:rPr>
          <w:b/>
        </w:rPr>
        <w:t xml:space="preserve">[12:58] </w:t>
      </w:r>
      <w:r>
        <w:t>aur yeh jo hai lafzi takrar se yeh sab nahi mil sakta. bohat sare logon ko hum ne dekha hai, tasbeeh padhte rehte hain, lekin is ka asar un ki personality par kuch bhi nahi hota.</w:t>
      </w:r>
    </w:p>
    <w:p>
      <w:pPr>
        <w:jc w:val="right"/>
      </w:pPr>
      <w:r>
        <w:t>اور یہ جو ہے لفظی تکرار سے یہ سب نہیں مل سکتا۔ بہت سارے لوگوں کو ہم نے دیکھا ہے، تسبیح پڑھتے رہتے ہیں، لیکن اس کا اثر ان کی پرسنیلٹی پر کچھ بھی نہیں ہوتا۔</w:t>
      </w:r>
    </w:p>
    <w:p>
      <w:r>
        <w:rPr>
          <w:b/>
        </w:rPr>
        <w:t xml:space="preserve">[13:10] </w:t>
      </w:r>
      <w:r>
        <w:t>kyunke woh be samjhe boojhe bas aik haath chalate rehte hain,</w:t>
      </w:r>
    </w:p>
    <w:p>
      <w:pPr>
        <w:jc w:val="right"/>
      </w:pPr>
      <w:r>
        <w:t>کیونکہ وہ بے سمجھے بوجھے بس ایک ہاتھ چلاتے رہتے ہیں،</w:t>
      </w:r>
    </w:p>
    <w:p>
      <w:r>
        <w:rPr>
          <w:b/>
        </w:rPr>
        <w:t xml:space="preserve">[13:14] </w:t>
      </w:r>
      <w:r>
        <w:t>is ke maani bhi nahi shayad jante honge, na is se kuch un ko milta hi milta bhi nahi. isi liye kyunke woh bas haath chalate rehte hain, woh aadatan woh aik hota hai na, out of habit, woh karte rehte hain.</w:t>
      </w:r>
    </w:p>
    <w:p>
      <w:pPr>
        <w:jc w:val="right"/>
      </w:pPr>
      <w:r>
        <w:t>اس کے معنی بھی نہیں شاید جانتے ہوں گے، نہ اس سے کچھ ان کو ملتا ہی ملتا بھی نہیں۔ اسی لیے کیونکہ وہ بس ہاتھ چلاتے رہتے ہیں، وہ عادتا وہ ایک ہوتا ہے نا، آؤٹ آف ہیبٹ، وہ کرتے رہتے ہیں۔</w:t>
      </w:r>
    </w:p>
    <w:p>
      <w:r>
        <w:rPr>
          <w:b/>
        </w:rPr>
        <w:t xml:space="preserve">[13:26] </w:t>
      </w:r>
      <w:r>
        <w:t>lekin aik hai soch samajh kar karna, shaoori taur par karna. to Maulana ne aik misaal di hai ke jaise insaan ko kaanta chubhta hai, to har waqt uska ehsaas hota rehta hai, musalsal ehsaas hota rehta hai.</w:t>
      </w:r>
    </w:p>
    <w:p>
      <w:pPr>
        <w:jc w:val="right"/>
      </w:pPr>
      <w:r>
        <w:t>لیکن ایک ہے سوچ سمجھ کر کرنا، شعوری طور پر کرنا۔ تو مولانا نے ایک مثال دی ہے کہ جیسے انسان کو کانٹا چبھتا ہے، تو ہر وقت اس کا احساس ہوتا رہتا ہے، مسلسل احساس ہوتا رہتا ہے۔</w:t>
      </w:r>
    </w:p>
    <w:p>
      <w:r>
        <w:rPr>
          <w:b/>
        </w:rPr>
        <w:t xml:space="preserve">[13:41] </w:t>
      </w:r>
      <w:r>
        <w:t>to kaanta chubhna yeh to ek negative tajruba hai, lekin woh is se woh murad le rahe hain ke har lamha is ka ehsaas hota hai.</w:t>
      </w:r>
    </w:p>
    <w:p>
      <w:pPr>
        <w:jc w:val="right"/>
      </w:pPr>
      <w:r>
        <w:t>تو کانٹا چبھنا یہ تو ایک نیگیٹیو تجربہ ہے، لیکن وہ اس سے وہ مراد لے رہے ہیں کہ ہر لمحہ اس کا احساس ہوتا ہے۔</w:t>
      </w:r>
    </w:p>
    <w:p>
      <w:r>
        <w:rPr>
          <w:b/>
        </w:rPr>
        <w:t xml:space="preserve">[13:50] </w:t>
      </w:r>
      <w:r>
        <w:t>kyun ke koi bhi jab example di jaati hai, to is se poora ka poora murad nahi hoti. Misal ke taur par agar koi kahe ke insaan ko kisi ko ke woh sher ki tarah bahadur hai, to is ka yeh matlab nahi hua ke is sher ki tarah is ke is ke daant hain, is ke panje hain, balke is se is ki bahaduri murad</w:t>
      </w:r>
    </w:p>
    <w:p>
      <w:pPr>
        <w:jc w:val="right"/>
      </w:pPr>
      <w:r>
        <w:t>کیونکہ کوئی بھی جب ایگزامپل دی جاتی ہے، تو اس سے پورا کا پوری مراد نہیں ہوتی۔ مثلاً اگر کوئی کہے کہ انسان کو کسی کو کہ وہ شیر کی طرح بہادر ہے، تو اس کا یہ مطلب نہیں ہوا کہ اس شیر کی طرح اس کے اس کے دانت ہیں، اس کے پنجے ہیں، بلکہ اس سے اس کی بہادری مراد</w:t>
      </w:r>
    </w:p>
    <w:p>
      <w:r>
        <w:rPr>
          <w:b/>
        </w:rPr>
        <w:t xml:space="preserve">[14:08] </w:t>
      </w:r>
      <w:r>
        <w:t>hai. To yahan is ke jo ehsaas hota hai har waqt, to yahi hai ke har lamha hum Khuda ki rehmat ka tajruba karte rahein, har lamha is ka ehsaas rahe.</w:t>
      </w:r>
    </w:p>
    <w:p>
      <w:pPr>
        <w:jc w:val="right"/>
      </w:pPr>
      <w:r>
        <w:t>ہے۔ تو یہاں اس کے جو احساس ہوتا ہے ہر وقت، تو یہی ہے کہ ہر لمحہ ہم خدا کی رحمت کا تجربہ کرتے رہیں، ہر لمحہ اس کا احساس رہے۔</w:t>
      </w:r>
    </w:p>
    <w:p>
      <w:r>
        <w:rPr>
          <w:b/>
        </w:rPr>
        <w:t xml:space="preserve">[14:19] </w:t>
      </w:r>
      <w:r>
        <w:t>To yeh cheez jo hai bohat zyada zaroori hai, aur woh hum tabhi kar sakte hain jab hum hum ko yeh samajh mein aane lage ke har baat se hamein lesson lena hai, aur Khuda ki rehmaton ke bare mein sochte rehna hai.</w:t>
      </w:r>
    </w:p>
    <w:p>
      <w:pPr>
        <w:jc w:val="right"/>
      </w:pPr>
      <w:r>
        <w:t>تو یہ چیز جو ہے بہت زیادہ ضروری ہے، اور وہ ہم تبھی کر سکتے ہیں جب ہم ہم کو یہ سمجھ میں آنے لگے کہ ہر بات سے ہمیں لیسن لینا ہے، اور خدا کی رحمتوں کے بارے میں سوچتے رہنا ہے۔</w:t>
      </w:r>
    </w:p>
    <w:p>
      <w:r>
        <w:rPr>
          <w:b/>
        </w:rPr>
        <w:t xml:space="preserve">[14:36] </w:t>
      </w:r>
      <w:r>
        <w:t>jab tak</w:t>
      </w:r>
    </w:p>
    <w:p>
      <w:pPr>
        <w:jc w:val="right"/>
      </w:pPr>
      <w:r>
        <w:t>جب تک</w:t>
      </w:r>
    </w:p>
    <w:p>
      <w:r>
        <w:rPr>
          <w:b/>
        </w:rPr>
        <w:t xml:space="preserve">[14:37] </w:t>
      </w:r>
      <w:r>
        <w:t>hum sochenge nahi, tab tak woh hamare shaoor ka hissa nahi banega. Ab mein yahi sab tayyari kar rahi thi, to mein ne parson shayad subah ki baat hai, to mein ne dekha ke ek hamara Quetta mein hamara book stall laga hua hai, to Dr. Maria Khan is mein unho ne ek live video ki.</w:t>
      </w:r>
    </w:p>
    <w:p>
      <w:pPr>
        <w:jc w:val="right"/>
      </w:pPr>
      <w:r>
        <w:t>ہم سوچیں گے نہیں، تب تک وہ ہمارے شعور کا حصہ نہیں بنے گا۔ اب میں یہی سب تیاری کر رہی تھی، تو میں نے پرسوں شاید صبح کی بات ہے، تو میں نے دیکھا کہ ایک ہمارا کوئلکٹہ میں ہمارا بک سٹال لگا ہوا ہے، تو ڈاکٹر ماریہ خان اس میں انہوں نے ایک لائیو ویڈیو کیا۔</w:t>
      </w:r>
    </w:p>
    <w:p>
      <w:r>
        <w:rPr>
          <w:b/>
        </w:rPr>
        <w:t xml:space="preserve">[14:59] </w:t>
      </w:r>
      <w:r>
        <w:t>To woh saari kitabein theen wahan par, si Quran aur Good Word ki kitabein, Maulana ki kitabein. To woh saari kitabon ko is mein introduce kara rahi theen.</w:t>
      </w:r>
    </w:p>
    <w:p>
      <w:pPr>
        <w:jc w:val="right"/>
      </w:pPr>
      <w:r>
        <w:t>تو وہ ساری کتابیں تھیں وہاں پر، سی قرآن اور گڈ ورڈ کی کتابیں، مولانا کی کتابیں۔ تو وہ ساری کتابوں کو اس میں انٹروڈیوس کرا رہی تھیں۔</w:t>
      </w:r>
    </w:p>
    <w:p>
      <w:r>
        <w:rPr>
          <w:b/>
        </w:rPr>
        <w:t xml:space="preserve">[15:10] </w:t>
      </w:r>
      <w:r>
        <w:t>Isi mein karate hue unho ne kaha ke Quran is available in whichever language you want to is ka mujhe isi tareeqe ke tajruba hotay hain ke ek zamana tha ke English mein bhi hamare paas Quran nahi tha.</w:t>
      </w:r>
    </w:p>
    <w:p>
      <w:pPr>
        <w:jc w:val="right"/>
      </w:pPr>
      <w:r>
        <w:t>اسی میں کراتے ہوئے انہوں نے کہا کہ قرآن از اویلیبل ان وچ ایور لینگویج یو وانٹ تو اس کا مجھے اسی طریقے کے تجربات ہوتے ہیں کہ ایک زمانہ تھا کہ انگلش میں بھی ہمارے پاس قرآن نہیں تھا۔</w:t>
      </w:r>
    </w:p>
    <w:p>
      <w:r>
        <w:rPr>
          <w:b/>
        </w:rPr>
        <w:t xml:space="preserve">[15:25] </w:t>
      </w:r>
      <w:r>
        <w:t>Ab Quran is available in whichever language you want.</w:t>
      </w:r>
    </w:p>
    <w:p>
      <w:pPr>
        <w:jc w:val="right"/>
      </w:pPr>
      <w:r>
        <w:t>اب قرآن از اویلیبل ان وچ ایور لینگویج یو وانٹ۔</w:t>
      </w:r>
    </w:p>
    <w:p>
      <w:r>
        <w:rPr>
          <w:b/>
        </w:rPr>
        <w:t xml:space="preserve">[15:29] </w:t>
      </w:r>
      <w:r>
        <w:t>To is par hum ne Allah ka bohat zyada shukr kiya. Is se pehle mein aap ko batati hoon ke Maulana ne kitab likhi thi "Al-Islam" to us waqt koi bhi resources nahi thay, woh unho ne likh kar ek almari mein band kar ke rakh diya tha.</w:t>
      </w:r>
    </w:p>
    <w:p>
      <w:pPr>
        <w:jc w:val="right"/>
      </w:pPr>
      <w:r>
        <w:t>تو اس پر ہم نے اللہ کا بہت زیادہ شکر کیا۔ اس سے پہلے میں آپ کو بتاتی ہوں کہ مولانا نے کتاب لکھی تھی "الاسلام" تو اس وقت کوئی بھی ریسورسز نہیں تھے، وہ انہوں نے لکھ کر ایک الماری میں بند کر کے رکھ دیا تھا۔</w:t>
      </w:r>
    </w:p>
    <w:p>
      <w:r>
        <w:rPr>
          <w:b/>
        </w:rPr>
        <w:t xml:space="preserve">[15:46] </w:t>
      </w:r>
      <w:r>
        <w:t>To hamare bare bhai aaye, unho ne is ko parha, un ko bohat achhi lagi, phir unho ne chhapwaya. To us waqt to science mein student thay, to bare bhai ne is ko chhapwaya tha.</w:t>
      </w:r>
    </w:p>
    <w:p>
      <w:pPr>
        <w:jc w:val="right"/>
      </w:pPr>
      <w:r>
        <w:t>تو ہمارے بڑے بھائی آئے، انہوں نے اس کو پڑھا، ان کو بہت اچھی لگی، پھر انہوں نے چھپوایا۔ تو اس وقت تو سائنس مین سٹوڈنٹ تھے، تو بڑے بھائی نے اس کو چھپوایا تھا۔</w:t>
      </w:r>
    </w:p>
    <w:p>
      <w:r>
        <w:rPr>
          <w:b/>
        </w:rPr>
        <w:t xml:space="preserve">[16:00] </w:t>
      </w:r>
      <w:r>
        <w:t>To ek woh zamana tha pachas saal pehle, aur pachas saal baad abhi kitna bari Allah taala ki madad aayi hai ke aaj chalis zabanon se zyada hamare paas Quran ke tarjume hain, aur bohat sari kitabein hain.</w:t>
      </w:r>
    </w:p>
    <w:p>
      <w:pPr>
        <w:jc w:val="right"/>
      </w:pPr>
      <w:r>
        <w:t>تو ایک وہ زمانہ تھا پچاس سال پہلے، اور پچاس سال بعد ابھی کتنا بڑی اللہ تعالی کی مدد آئی ہے کہ آج چالیس زبانوں سے زیادہ ہمارے پاس قرآن کے ترجمے ہیں، اور بہت ساری کتابیں ہیں۔</w:t>
      </w:r>
    </w:p>
    <w:p>
      <w:r>
        <w:rPr>
          <w:b/>
        </w:rPr>
        <w:t xml:space="preserve">[16:14] </w:t>
      </w:r>
      <w:r>
        <w:t>To is tareeqe ke tajrube har waqt logon ko hote rehte hain. To har tajrube mein is Khuda ki yaad bilkul is ke andar, is ke zehan mein sama jaye.</w:t>
      </w:r>
    </w:p>
    <w:p>
      <w:pPr>
        <w:jc w:val="right"/>
      </w:pPr>
      <w:r>
        <w:t>تو اس طریقے کے تجربے ہر وقت لوگوں کو ہوتے رہتے ہیں۔ تو ہر تجربے میں اس خدا کی یاد بالکل اس کے اندر، اس کے ذہن میں سما جائے۔</w:t>
      </w:r>
    </w:p>
    <w:p>
      <w:r>
        <w:rPr>
          <w:b/>
        </w:rPr>
        <w:t xml:space="preserve">[16:25] </w:t>
      </w:r>
      <w:r>
        <w:t>Khuda ki yaad matlab yeh tajruba jo hai, Khuda ki yaad mein dhal jaye.</w:t>
      </w:r>
    </w:p>
    <w:p>
      <w:pPr>
        <w:jc w:val="right"/>
      </w:pPr>
      <w:r>
        <w:t>خدا کی یاد مطلب یہ تجربہ جو ہے، خدا کی یاد میں ڈھل جائے۔</w:t>
      </w:r>
    </w:p>
    <w:p>
      <w:r>
        <w:rPr>
          <w:b/>
        </w:rPr>
        <w:t xml:space="preserve">[16:30] </w:t>
      </w:r>
      <w:r>
        <w:t>To phir is ka jo izhaar hoga na, jo alfaaz mein, wahi jo hai, wahi Khuda ke haan acceptable hoga.</w:t>
      </w:r>
    </w:p>
    <w:p>
      <w:pPr>
        <w:jc w:val="right"/>
      </w:pPr>
      <w:r>
        <w:t>تو پھر اس کا جو اظہار ہوگا نا، جو الفاظ میں، وہی جو ہے، وہی خدا کے ہاں ایکسیپٹیبل ہوگا۔</w:t>
      </w:r>
    </w:p>
    <w:p>
      <w:r>
        <w:rPr>
          <w:b/>
        </w:rPr>
        <w:t xml:space="preserve">[16:38] </w:t>
      </w:r>
      <w:r>
        <w:t>Aur isi mustaqil yaad ko, isi ko zikr-e-kaseer kehte hain. Yani har lamha insaan apne manim, apne mohsin-e-haqeeqi ki yaad mein jeene lage</w:t>
      </w:r>
    </w:p>
    <w:p>
      <w:pPr>
        <w:jc w:val="right"/>
      </w:pPr>
      <w:r>
        <w:t>اور اسی مستقل یاد کو، اسی کو ذکر کثیر کہتے ہیں۔ یعنی ہر لمحہ انسان اپنے منیم، اپنے محسن حقیقی کی یاد میں جینے لگ</w:t>
      </w:r>
    </w:p>
    <w:p>
      <w:r>
        <w:rPr>
          <w:b/>
        </w:rPr>
        <w:t xml:space="preserve">[16:52] </w:t>
      </w:r>
      <w:r>
        <w:t>e. To woh jee jab hi sakta hai, aisa kaam, aisi state mein jab hi woh ho sakta hai, jabke woh har waqt naye naye tajrube se, woh har waqt ek lesson leta rahe, aur is ke reference se Khuda ko yaad karta rahe.</w:t>
      </w:r>
    </w:p>
    <w:p>
      <w:pPr>
        <w:jc w:val="right"/>
      </w:pPr>
      <w:r>
        <w:t>ے۔ تو وہ جی جب ہی سکتا ہے، ایسا کام، ایسی اسٹیٹ میں جبھی وہ ہو سکتا ہے، جبکہ وہ ہر وقت نئے نئے تجربے سے، وہ ہر وقت ایک لیسن لیتا رہے، اور اس کے ریفرنس سے خدا کو یاد کرتا رہے۔</w:t>
      </w:r>
    </w:p>
    <w:p>
      <w:r>
        <w:rPr>
          <w:b/>
        </w:rPr>
        <w:t xml:space="preserve">[17:08] </w:t>
      </w:r>
      <w:r>
        <w:t>Aap ne jo ek baat zikr ki ke sirf lip service ka naam zikr nahi hai, balke woh ke dil se hona chahiye. To hum yeh keh sakte hain ke dakhil-al-qalb iman ka nateeja hota hai zikr, yeh kaha ja sakta hai.</w:t>
      </w:r>
    </w:p>
    <w:p>
      <w:pPr>
        <w:jc w:val="right"/>
      </w:pPr>
      <w:r>
        <w:t>آپ نے جو ایک بات ذکر کی کہ صرف لپ سروس کا نام ذکر نہیں ہے، بلکہ وہ کہ دل سے ہونا چاہیے۔ تو ہم یہ کہہ سکتے ہیں کہ داخل القلب ایمان کا نتیجہ ہوتا ہے ذکر، یہ کہا جا سکتا ہے۔</w:t>
      </w:r>
    </w:p>
    <w:p>
      <w:r>
        <w:rPr>
          <w:b/>
        </w:rPr>
        <w:t xml:space="preserve">[17:22] </w:t>
      </w:r>
      <w:r>
        <w:t>Aur is ke baad zikr-e-kaseer ke upar ek bohat hi achhi baat jo Ka'b ibn Malik mashhoor sahabi aur mufassir sahabi kahe jatay hain, unho ne kaha hai</w:t>
      </w:r>
    </w:p>
    <w:p>
      <w:pPr>
        <w:jc w:val="right"/>
      </w:pPr>
      <w:r>
        <w:t>اور اس کے بعد ذکر کثیر کے اوپر ایک بہت ہی اچھی بات جو کعب ابن مالک مشہور صحابی اور مفسر صحابی کہے جاتے ہیں، انہوں نے کہا ہے</w:t>
      </w:r>
    </w:p>
    <w:p>
      <w:r>
        <w:rPr>
          <w:b/>
        </w:rPr>
        <w:t xml:space="preserve">[17:30] </w:t>
      </w:r>
      <w:r>
        <w:t>man akthar zikr Allah bara min an-nifaq ke jo Allah ka zyada aksar zikr karta hai, woh nifaq se ya hypocrisy se bari ho jata hai.</w:t>
      </w:r>
    </w:p>
    <w:p>
      <w:pPr>
        <w:jc w:val="right"/>
      </w:pPr>
      <w:r>
        <w:t>من اکثر ذکر اللہ برا من النفاق کہ جو اللہ کا زیادہ اکثر ذکر کرتا ہے، وہ نفاق سے یا ہیپوکریسی سے بری ہو جاتا ہے۔</w:t>
      </w:r>
    </w:p>
    <w:p>
      <w:r>
        <w:rPr>
          <w:b/>
        </w:rPr>
        <w:t xml:space="preserve">[17:39] </w:t>
      </w:r>
      <w:r>
        <w:t>To mein samajhta hoon bohat aham cheez hai zikr-e-kaseer karna. Ab aage barhte hain woh shukr ke upar. Mein aap se sawal karunga, to is se pehle ek hadith jo Mu'adh ibn Jabal Razi Allahu Anhu ko Rasool Allah Sallallahu Alaihi Wasallam ne kahi thi ke "Ae Mu'adh!</w:t>
      </w:r>
    </w:p>
    <w:p>
      <w:pPr>
        <w:jc w:val="right"/>
      </w:pPr>
      <w:r>
        <w:t>تو میں سمجھتا ہوں بہت اہم چیز ہے ذکر کثیر کرنا۔ اب آگے بڑھتے ہیں وہ شکری کے اوپر۔ میں آپ سے سوال کروں گا، تو اس سے پہلے ایک حدیث جو معاذ بن جبل رضی اللہ عنہ کو رسول اللہ صلی اللہ علیہ وسلم نے کہی تھی کہ "اے معاذ!</w:t>
      </w:r>
    </w:p>
    <w:p>
      <w:r>
        <w:rPr>
          <w:b/>
        </w:rPr>
        <w:t xml:space="preserve">[17:52] </w:t>
      </w:r>
      <w:r>
        <w:t>mein tum se mohabbat karta hoon". To Mu'adh ne kaha ke "mein bhi aap se mohabbat karta hoon". To Rasool Allah ne is ke baad kaha ke "mein tum ko ek cheez ki naseehat karta hoon, kisi bhi namaz ke baad us ko nahi chhodna ke tum kaho Allahumma a'inni ala dhikrika wa shukrika wa husni ibadatika ke "Ae Allah!</w:t>
      </w:r>
    </w:p>
    <w:p>
      <w:pPr>
        <w:jc w:val="right"/>
      </w:pPr>
      <w:r>
        <w:t>میں تم سے محبت کرتا ہوں"۔ تو معاذ نے کہا کہ "میں بھی آپ سے محبت کرتا ہوں"۔ تو رسول اللہ نے اس کے بعد کہا کہ "میں تم کو ایک چیز کی نصیحت کرتا ہوں، کسی بھی نماز کے بعد اس کو نہیں چھوڑنا کہ تم کہو اللہم عینی علی ذکرک وشکرک وحسن عبادتک کہ اے اللہ!</w:t>
      </w:r>
    </w:p>
    <w:p>
      <w:r>
        <w:rPr>
          <w:b/>
        </w:rPr>
        <w:t xml:space="preserve">[18:09] </w:t>
      </w:r>
      <w:r>
        <w:t>mujhe tofeeq de ke mein te</w:t>
      </w:r>
    </w:p>
    <w:p>
      <w:pPr>
        <w:jc w:val="right"/>
      </w:pPr>
      <w:r>
        <w:t>مجھے توفیق دے کہ میں تی</w:t>
      </w:r>
    </w:p>
    <w:p>
      <w:r>
        <w:rPr>
          <w:b/>
        </w:rPr>
        <w:t xml:space="preserve">[18:11] </w:t>
      </w:r>
      <w:r>
        <w:t>ra zikr karoon, shukr karoon, aur behtar tareeqe se ibadat karoon". Aap ne zikr ka, Allah taala ke zikr ki baat kahi. Aap yeh batayein ke shukr ki kya ahmiyat hai?</w:t>
      </w:r>
    </w:p>
    <w:p>
      <w:pPr>
        <w:jc w:val="right"/>
      </w:pPr>
      <w:r>
        <w:t>را ذکر کروں، شکر کروں، اور بہتر طریقے سے عبادت کروں"۔ آپ نے ذکر کا، اللہ تعالی کے ذکر کی بات کہی۔ آپ یہ بتائیں کہ شکر کی کیا اہمیت ہے؟</w:t>
      </w:r>
    </w:p>
    <w:p>
      <w:r>
        <w:rPr>
          <w:b/>
        </w:rPr>
        <w:t xml:space="preserve">[18:23] </w:t>
      </w:r>
      <w:r>
        <w:t>Jab tak insaan ek shakir banda nahi banega na, tab tak woh is ka, woh zikr bhi nahi kar sakega, woh zikr jo matloob hai us se.</w:t>
      </w:r>
    </w:p>
    <w:p>
      <w:pPr>
        <w:jc w:val="right"/>
      </w:pPr>
      <w:r>
        <w:t>جب تک انسان ایک شاکر بندہ نہیں بنے گا نا، تب تک وہ اس کا، اس وہ ذکر بھی نہیں کر سکے گا، وہ ذکر جو مطلوب ہے اس سے۔</w:t>
      </w:r>
    </w:p>
    <w:p>
      <w:r>
        <w:rPr>
          <w:b/>
        </w:rPr>
        <w:t xml:space="preserve">[18:33] </w:t>
      </w:r>
      <w:r>
        <w:t>kyunke aap jante hain ke quran ki sab se pehli ayat hi hai alhamdulillah rabbul alameen aur doosre maulana ne yeh likha hai ke shukr chunke hum apne dil o dimaagh se karte hain, to hum bilkul ideal form mein, mukammal form mein kar sakte hain</w:t>
      </w:r>
    </w:p>
    <w:p>
      <w:pPr>
        <w:jc w:val="right"/>
      </w:pPr>
      <w:r>
        <w:t>کیونکہ آپ جانتے ہیں کہ قرآن کی سب سے پہلی آیت ہی ہے الحمدللہ رب العالمین اور دوسرے مولانا نے یہ لکھا ہے کہ شکر چونکہ ہم اپنے دل و دماغ سے کرتے ہیں، تو ہم بالکل آئیڈیل فارم میں، مکمل فارم میں کر سکتے ہیں</w:t>
      </w:r>
    </w:p>
    <w:p>
      <w:r>
        <w:rPr>
          <w:b/>
        </w:rPr>
        <w:t xml:space="preserve">[18:53] </w:t>
      </w:r>
      <w:r>
        <w:t>ke doosre aamaal mein kuch na kuch kami reh jaati hai. lekin shukr jo hai, aala tareen shakal mein mumkin hai ke is mein humein koi aisi masla nahi hoga ke hum aala tareen shakal mein, kamil shakal mein is ko na kar saken.</w:t>
      </w:r>
    </w:p>
    <w:p>
      <w:pPr>
        <w:jc w:val="right"/>
      </w:pPr>
      <w:r>
        <w:t>کہ دوسرے اعمال میں کچھ نہ کچھ کمی رہ جاتی ہے۔ لیکن شکر جو ہے، اعلیٰ ترین شکل میں ممکن ہے کہ اس میں ہمیں کوئی ایسی مسئلہ نہیں ہوگا کہ ہم اعلیٰ ترین شکل میں، کامل شکل میں اس کو نہ کر سکیں۔</w:t>
      </w:r>
    </w:p>
    <w:p>
      <w:r>
        <w:rPr>
          <w:b/>
        </w:rPr>
        <w:t xml:space="preserve">[19:08] </w:t>
      </w:r>
      <w:r>
        <w:t>to hum bohat ziyada shukr kar sakte hain, jaise ke bible mein aaya hai "You will love your God with all your heart, with all your soul, and with all your mind"</w:t>
      </w:r>
    </w:p>
    <w:p>
      <w:pPr>
        <w:jc w:val="right"/>
      </w:pPr>
      <w:r>
        <w:t>تو ہم بہت زیادہ شکر کر سکتے ہیں، جیسے کہ بائبل میں آیا ہے "You will love your God with all your heart, with all your soul, and with all your mind"</w:t>
      </w:r>
    </w:p>
    <w:p>
      <w:r>
        <w:rPr>
          <w:b/>
        </w:rPr>
        <w:t xml:space="preserve">[19:21] </w:t>
      </w:r>
      <w:r>
        <w:t>. to is mein yeh hai ke humein kisi cheez ki koi zaroorat nahi hai, hum bohat aaram se khuda ka shukr ada kar sakte hain, woh poori tareeqe se shukr ada kar sakte hain, jaisa ke khuda ka haq hai.</w:t>
      </w:r>
    </w:p>
    <w:p>
      <w:pPr>
        <w:jc w:val="right"/>
      </w:pPr>
      <w:r>
        <w:t>۔ تو اس میں یہ ہے کہ ہمیں کسی چیز کی کوئی ضرورت نہیں ہے، ہم بہت آرام سے خدا کا شکر ادا کر سکتے ہیں، وہ پوری طریقے سے شکر ادا کر سکتے ہیں، جیسا کہ خدا کا حق ہے۔</w:t>
      </w:r>
    </w:p>
    <w:p>
      <w:r>
        <w:rPr>
          <w:b/>
        </w:rPr>
        <w:t xml:space="preserve">[19:34] </w:t>
      </w:r>
      <w:r>
        <w:t>kyunke hum khuda ko dekhen, koi cheez dete nahi hain. khuda se humein hazaron, lakhon cheezen mil rahi hain, lekin hum khuda ko kuch nahi dete hain. to yahi shukr, yaani eteraaf, to yahi hum, yahi woh return hai jo humein khuda ki blessings mil rahi</w:t>
      </w:r>
    </w:p>
    <w:p>
      <w:pPr>
        <w:jc w:val="right"/>
      </w:pPr>
      <w:r>
        <w:t>کیونکہ ہم خدا کو دیکھیں، کوئی چیز دیتے نہیں ہیں۔ خدا سے ہمیں ہزاروں، لاکھوں چیزیں مل رہی ہیں، لیکن ہم خدا کو کچھ نہیں دیتے ہیں۔ تو یہی شکر، یعنی اعتراف، تو یہی ہم، یہی وہ ریٹرن ہے جو ہمیں خدا کی بلیسنگز مل رہی</w:t>
      </w:r>
    </w:p>
    <w:p>
      <w:r>
        <w:rPr>
          <w:b/>
        </w:rPr>
        <w:t xml:space="preserve">[19:50] </w:t>
      </w:r>
      <w:r>
        <w:t>hain. to yahi, yahi shukr ki shakal mein hum is ko return kar sakte hain. to agar hum shukr bhi nahi karenge, to is ka matlab hai ke hum ek user par hain, hum khuda se sab cheezen le rahe hain, aur is ka koi return is ko nahi de rahe hain.</w:t>
      </w:r>
    </w:p>
    <w:p>
      <w:pPr>
        <w:jc w:val="right"/>
      </w:pPr>
      <w:r>
        <w:t>ہیں۔ تو یہی، یہی شکر کی شکل میں ہم اس کو ریٹرن کر سکتے ہیں۔ تو اگر ہم شکر بھی نہیں کریں گے، تو اس کا مطلب ہے کہ ہم ایک یوزر پر ہیں، ہم خدا سے سب چیزیں لے رہے ہیں، اور اس کا کوئی ریٹرن اس کو نہیں دے رہے ہیں۔</w:t>
      </w:r>
    </w:p>
    <w:p>
      <w:r>
        <w:rPr>
          <w:b/>
        </w:rPr>
        <w:t xml:space="preserve">[20:08] </w:t>
      </w:r>
      <w:r>
        <w:t>to log yeh samajhte hain, saare log yahi samajhte hain ke is dunya mein hum ko paise se sab kuch mil raha hai, hamare maa baap hum ko sab kuch de rahe hain.</w:t>
      </w:r>
    </w:p>
    <w:p>
      <w:pPr>
        <w:jc w:val="right"/>
      </w:pPr>
      <w:r>
        <w:t>تو لوگ یہ سمجھتے ہیں، سارے لوگ یہی سمجھتے ہیں کہ اس دنیا میں ہم کو پیسے سے سب کچھ مل رہا ہے، ہمارے ماں باپ ہم کو سب کچھ دے رہے ہیں۔</w:t>
      </w:r>
    </w:p>
    <w:p>
      <w:r>
        <w:rPr>
          <w:b/>
        </w:rPr>
        <w:t xml:space="preserve">[20:17] </w:t>
      </w:r>
      <w:r>
        <w:t>lekin jab deeper level par aap jaayen, to sab kuch hum ko khuda se mil raha hai. kyunke khuda ne ek dunya banai, khuda ne hi saari cheezen banain, khuda ne saari cheezen jo ab technology ki shakal mein aayi hain, woh potential roop mein khuda ne saari zameen mein rakh di theen.</w:t>
      </w:r>
    </w:p>
    <w:p>
      <w:pPr>
        <w:jc w:val="right"/>
      </w:pPr>
      <w:r>
        <w:t>لیکن جب ڈیپر لیول پر آپ جائیں، تو سب کچھ ہم کو خدا سے مل رہا ہے۔ کیونکہ خدا نے ایک دنیا بنائی، خدا نے ہی ساری چیزیں بنائیں، خدا نے ساری چیزیں جو اب ٹیکنالوجی کی شکل میں آئی ہیں، وہ پوٹینشل روپ میں خدا نے ساری زمین میں رکھ دی تھیں۔</w:t>
      </w:r>
    </w:p>
    <w:p>
      <w:r>
        <w:rPr>
          <w:b/>
        </w:rPr>
        <w:t xml:space="preserve">[20:35] </w:t>
      </w:r>
      <w:r>
        <w:t>isi ko insaan discover kar raha hai. to har cheez humein khuda se mil rahi hai, bas humein sochna hai, soch kar zindagi guzarna hai.</w:t>
      </w:r>
    </w:p>
    <w:p>
      <w:pPr>
        <w:jc w:val="right"/>
      </w:pPr>
      <w:r>
        <w:t>اسی کو انسان ڈسکور کر رہا ہے۔ تو ہر چیز ہمیں خدا سے مل رہی ہے، بس ہمیں سوچنا ہے، سوچ کر زندگی گزارنا ہے۔</w:t>
      </w:r>
    </w:p>
    <w:p>
      <w:r>
        <w:rPr>
          <w:b/>
        </w:rPr>
        <w:t xml:space="preserve">[20:45] </w:t>
      </w:r>
      <w:r>
        <w:t>agar hum soch kar zindagi guzarenge, to tabhi hum yeh keh sakenge ke "ae allah! tera shukr hai" aur allah taala ka ke yeh itna bara yeh kalma hai ke isi kalme ke jo hai,</w:t>
      </w:r>
    </w:p>
    <w:p>
      <w:pPr>
        <w:jc w:val="right"/>
      </w:pPr>
      <w:r>
        <w:t>اگر ہم سوچ کر زندگی گزاریں گے، تو تبھی ہم یہ کہہ سکیں گے کہ "اے اللہ! تیرا شکر ہے" اور اللہ تعالی کا کہ یہ اتنا بڑا یہ کلمہ ہے کہ اسی کلمے کے جو ہے،</w:t>
      </w:r>
    </w:p>
    <w:p>
      <w:r>
        <w:rPr>
          <w:b/>
        </w:rPr>
        <w:t xml:space="preserve">[21:03] </w:t>
      </w:r>
      <w:r>
        <w:t>isi kalme ke badle mein jannat hai. agar hum sacha shukr allah taala ko de saken, to isi ke badle mein abadi jannat hai. to</w:t>
      </w:r>
    </w:p>
    <w:p>
      <w:pPr>
        <w:jc w:val="right"/>
      </w:pPr>
      <w:r>
        <w:t>اسی کلمے کے بدلے میں جنت ہے۔ اگر ہم سچا شکر اللہ تعالی کو دے سکیں، تو اسی کے بدلے میں ابدی جنت ہے۔ تو</w:t>
      </w:r>
    </w:p>
    <w:p>
      <w:r>
        <w:rPr>
          <w:b/>
        </w:rPr>
        <w:t xml:space="preserve">[21:12] </w:t>
      </w:r>
      <w:r>
        <w:t>jo quran mein aaya hai "laina shaqartum laazeedannakum" . to dunya mein to sab kuch allah taala de hi raha hai, aur is ke badle aur jannat ki jo hai, woh bhi milegi isi shukr ki wajah se.</w:t>
      </w:r>
    </w:p>
    <w:p>
      <w:pPr>
        <w:jc w:val="right"/>
      </w:pPr>
      <w:r>
        <w:t>جو قرآن میں آیا ہے "لئن شكرتم لازيدنكم" ۔ تو دنیا میں تو سب کچھ اللہ تعالی دے ہی رہا ہے، اور اس کے بدلے اور جنت کی جو ہے، وہ بھی ملے گی اسی شکر کی وجہ سے۔</w:t>
      </w:r>
    </w:p>
    <w:p>
      <w:r>
        <w:rPr>
          <w:b/>
        </w:rPr>
        <w:t xml:space="preserve">[21:25] </w:t>
      </w:r>
      <w:r>
        <w:t>to humein bohat ziyada shukr karna hai, kyunke yahi shukr jo hai, yahi hamare paas dene ke liye hai khuda ke, khuda ke paas.</w:t>
      </w:r>
    </w:p>
    <w:p>
      <w:pPr>
        <w:jc w:val="right"/>
      </w:pPr>
      <w:r>
        <w:t>تو ہمیں بہت زیادہ شکر کرنا ہے، کیونکہ یہی شکر جو ہے، یہی ہمارے پاس دینے کے لیے ہے خدا کے، خدا کے پاس۔</w:t>
      </w:r>
    </w:p>
    <w:p>
      <w:r>
        <w:rPr>
          <w:b/>
        </w:rPr>
        <w:t xml:space="preserve">[21:36] </w:t>
      </w:r>
      <w:r>
        <w:t>khuda ko</w:t>
      </w:r>
    </w:p>
    <w:p>
      <w:pPr>
        <w:jc w:val="right"/>
      </w:pPr>
      <w:r>
        <w:t>خدا کو</w:t>
      </w:r>
    </w:p>
    <w:p>
      <w:r>
        <w:rPr>
          <w:b/>
        </w:rPr>
        <w:t xml:space="preserve">[21:37] </w:t>
      </w:r>
      <w:r>
        <w:t>pehlay zamanay mein, abhi humein sab kuch yaad bhi hai, kyunke abhi pehlay zamanay mein jab mobile nahi tha, to kitna mushkil hota tha.</w:t>
      </w:r>
    </w:p>
    <w:p>
      <w:pPr>
        <w:jc w:val="right"/>
      </w:pPr>
      <w:r>
        <w:t>پہلے زمانے میں، ابھی ہمیں سب کچھ یاد بھی ہے، کیونکہ ابھی پہلے زمانے میں جب موبائل نہیں تھا، تو کتنا مشکل ہوتا تھا۔</w:t>
      </w:r>
    </w:p>
    <w:p>
      <w:r>
        <w:rPr>
          <w:b/>
        </w:rPr>
        <w:t xml:space="preserve">[21:47] </w:t>
      </w:r>
      <w:r>
        <w:t>hamare baray bhai bahar rehte thay, ek khat jata tha, is ka jawab bohat jaldi aata tha, to ek mahine mein aa jata tha. nahi to intezar karte rehte thay, aur aaj instantly communication ho jata hai.</w:t>
      </w:r>
    </w:p>
    <w:p>
      <w:pPr>
        <w:jc w:val="right"/>
      </w:pPr>
      <w:r>
        <w:t>ہمارے بڑے بھائی باہر رہتے تھے، ایک خط جاتا تھا، اس کا جواب بہت جلدی آتا تھا، تو ایک مہینے میں آ جاتا تھا۔ نہیں تو انتظار کرتے رہتے تھے، اور آج انسٹنٹلی کمیونیکیشن ہو جاتا ہے۔</w:t>
      </w:r>
    </w:p>
    <w:p>
      <w:r>
        <w:rPr>
          <w:b/>
        </w:rPr>
        <w:t xml:space="preserve">[22:00] </w:t>
      </w:r>
      <w:r>
        <w:t>lekin log kya hai ke bilkul cheezon ko for granted le lete hain</w:t>
      </w:r>
    </w:p>
    <w:p>
      <w:pPr>
        <w:jc w:val="right"/>
      </w:pPr>
      <w:r>
        <w:t>لیکن لوگ کیا ہے کہ بالکل چیزوں کو فار گرانٹڈ لے لیتے ہیں</w:t>
      </w:r>
    </w:p>
    <w:p>
      <w:r>
        <w:rPr>
          <w:b/>
        </w:rPr>
        <w:t xml:space="preserve">[22:05] </w:t>
      </w:r>
      <w:r>
        <w:t>, samajh lete hain. yeh to shuru shuru mein, jab pehle din koi nai cheez milti hai, to bara acha lagta hai, lekin dheere dheere woh itna use to ho jaate hain ke woh phir khuda ka shukr nahi ada kar sakte, karne ki position mein hi nahi hotay.</w:t>
      </w:r>
    </w:p>
    <w:p>
      <w:pPr>
        <w:jc w:val="right"/>
      </w:pPr>
      <w:r>
        <w:t>، سمجھ لیتے ہیں۔ یہ تو شروع شروع میں، جب پہلے دن کوئی نئی چیز ملتی ہے، تو بڑا اچھا لگتا ہے، لیکن دھیرے دھیرے وہ اتنا یوز ٹو ہو جاتے ہیں کہ وہ پھر خدا کا شکر نہیں ادا کر سکتے، کرنے کی پوزیشن میں ہی نہیں ہوتے۔</w:t>
      </w:r>
    </w:p>
    <w:p>
      <w:r>
        <w:rPr>
          <w:b/>
        </w:rPr>
        <w:t xml:space="preserve">[22:18] </w:t>
      </w:r>
      <w:r>
        <w:t>to hum ko har cheez aisa lage ke jaise humein abhi mila hai. yeh har cheez ko hum is tarah dekhen, yahi maulana ne samjhaya hai ke har cheez tum ko aisa lage ke abhi, abhi humein mili</w:t>
      </w:r>
    </w:p>
    <w:p>
      <w:pPr>
        <w:jc w:val="right"/>
      </w:pPr>
      <w:r>
        <w:t>تو ہم کو ہر چیز ایسا لگے کہ جیسے ہمیں ابھی ملا ہے۔ یہ ہر چیز کو ہم اس طرح دیکھیں، یہی مولانا نے سمجھایا ہے کہ ہر چیز تم کو ایسا لگے کہ ابھی، ابھی ہمیں ملی</w:t>
      </w:r>
    </w:p>
    <w:p>
      <w:r>
        <w:rPr>
          <w:b/>
        </w:rPr>
        <w:t xml:space="preserve">[22:32] </w:t>
      </w:r>
      <w:r>
        <w:t>hai. to jaise pehli baar aadmi ko koi cheez milti hai, to us ko bohat khushi hoti hai, khuda ka shukr ada karta hai. to agar agar woh roz sochega ke roz humein nai cheez milegi, tab hum khuda ka shukr ada karenge, to yeh to mushkil hai.</w:t>
      </w:r>
    </w:p>
    <w:p>
      <w:pPr>
        <w:jc w:val="right"/>
      </w:pPr>
      <w:r>
        <w:t>ہے۔ تو جیسے پہلی بار آدمی کو کوئی چیز ملتی ہے، تو اس کو بہت خوشی ہوتی ہے، خدا کا شکر ادا کرتا ہے۔ تو اگر اگر وہ روز سوچے گا کہ روز ہمیں نئی چیز ملے گی، تب ہم خدا کا شکر ادا کریں گے، تو یہ تو مشکل ہے۔</w:t>
      </w:r>
    </w:p>
    <w:p>
      <w:r>
        <w:rPr>
          <w:b/>
        </w:rPr>
        <w:t xml:space="preserve">[22:46] </w:t>
      </w:r>
      <w:r>
        <w:t>to humein bohat ziyada shukr ada karna hai, aur humein har baat ko sochna hai, ghore karna hai, aur yeh yeh jaanna hai shaoori tor par ke jo cheezen, jo blessings humein mil rahi hain khuda ki taraf se, is ka return jo hai, woh humein shukr ki shakal mein wapas karna hai.</w:t>
      </w:r>
    </w:p>
    <w:p>
      <w:pPr>
        <w:jc w:val="right"/>
      </w:pPr>
      <w:r>
        <w:t>تو ہمیں بہت زیادہ شکر ادا کرنا ہے، اور ہمیں ہر بات کو سوچنا ہے، غور کرنا ہے، اور یہ یہ جاننا ہے شعوری طور پر کہ جو چیزیں، جو بلیسنگز ہمیں مل رہی ہیں خدا کی طرف سے، اس کا ریٹرن جو ہے، وہ ہمیں شکر کی شکل میں واپس کرنا ہے۔</w:t>
      </w:r>
    </w:p>
    <w:p>
      <w:r>
        <w:rPr>
          <w:b/>
        </w:rPr>
        <w:t xml:space="preserve">[23:07] </w:t>
      </w:r>
      <w:r>
        <w:t>to shukr ek, ek, ek to aam shukr hota hai, aur ek hai kainaati shukr, jis ko maulana ne kaha hai universal shukr ya extended shukr.</w:t>
      </w:r>
    </w:p>
    <w:p>
      <w:pPr>
        <w:jc w:val="right"/>
      </w:pPr>
      <w:r>
        <w:t>تو شکر ایک، ایک، ایک تو عام شکر ہوتا ہے، اور ایک ہے کائناتی شکر، جس کو مولانا نے کہا ہے یونیورسل شکر یا ایکسٹینڈڈ شکر۔</w:t>
      </w:r>
    </w:p>
    <w:p>
      <w:r>
        <w:rPr>
          <w:b/>
        </w:rPr>
        <w:t xml:space="preserve">[23:18] </w:t>
      </w:r>
      <w:r>
        <w:t>yaani ek hai ke ek cheez humein mili, hum ne is par khuda ka shukr ada kiya, aur ek cheez poori humanity ko mili hui hai, doosre logon ko mili hui hai.</w:t>
      </w:r>
    </w:p>
    <w:p>
      <w:pPr>
        <w:jc w:val="right"/>
      </w:pPr>
      <w:r>
        <w:t>یعنی ایک ہے کہ ایک چیز ہمیں ملی، ہم نے اس پر خدا کا شکر ادا کیا، اور ایک چیز پوری ہیومینٹی کو ملی ہوئی ہے، دوسرے لوگوں کو ملی ہوئی ہے۔</w:t>
      </w:r>
    </w:p>
    <w:p>
      <w:r>
        <w:rPr>
          <w:b/>
        </w:rPr>
        <w:t xml:space="preserve">[23:29] </w:t>
      </w:r>
      <w:r>
        <w:t>to is par bhi humein khuda ka shukr ada karna hai, kyunke humein yeh sochna hai ke yeh khuda ne diya hai,</w:t>
      </w:r>
    </w:p>
    <w:p>
      <w:pPr>
        <w:jc w:val="right"/>
      </w:pPr>
      <w:r>
        <w:t>تو اس پر بھی ہمیں خدا کا شکر ادا کرنا ہے، کیونکہ ہمیں یہ سوچنا ہے کہ یہ خدا نے دیا ہے،</w:t>
      </w:r>
    </w:p>
    <w:p>
      <w:r>
        <w:rPr>
          <w:b/>
        </w:rPr>
        <w:t xml:space="preserve">[23:36] </w:t>
      </w:r>
      <w:r>
        <w:t>chahe humein mili hai, chahe kisi aur ko mili hai. to jab poori humanity ko le kar ke hum dekhenge, to hum ko shukr ka darja hamara bohat ziyada barh jayega.</w:t>
      </w:r>
    </w:p>
    <w:p>
      <w:pPr>
        <w:jc w:val="right"/>
      </w:pPr>
      <w:r>
        <w:t>چاہے ہمیں ملی ہے، چاہے کسی اور کو ملی ہے۔ تو جب پوری ہیومینٹی کو لے کر کے ہم دیکھیں گے، تو ہم کو شکر کا درجہ ہمارا بہت زیادہ بڑھ جائے گا۔</w:t>
      </w:r>
    </w:p>
    <w:p>
      <w:r>
        <w:rPr>
          <w:b/>
        </w:rPr>
        <w:t xml:space="preserve">[23:48] </w:t>
      </w:r>
      <w:r>
        <w:t>to shukr ka jo Maulana kehte hain ke shukr ka jo qatra pehle hamare andar tha, to ab shukr ka poora darya moajzan ho jayega, samandar moajzan ho jayega, aur shukr jo hai, woh ek hamah waqti ibadat hai.</w:t>
      </w:r>
    </w:p>
    <w:p>
      <w:pPr>
        <w:jc w:val="right"/>
      </w:pPr>
      <w:r>
        <w:t>تو شکر کا جو مولانا کہتے ہیں کہ شکر کا جو قطرہ پہلے ہمارے اندر تھا، تو اب شکر کا پورا دریا معجزن ہو جائے گا، سمندر معجزن ہو جائے گا، اور شکر جو ہے، وہ ایک ہمہ وقتی عبادت ہے۔</w:t>
      </w:r>
    </w:p>
    <w:p>
      <w:r>
        <w:rPr>
          <w:b/>
        </w:rPr>
        <w:t xml:space="preserve">[24:03] </w:t>
      </w:r>
      <w:r>
        <w:t>aisa nahi ke kabhi kabhi Alhamdulillah keh liya to shukr ho gaya, balke hum ek hamah waqti ibadat hain. Hum har haal mein hamein shukr karna hai, kyunke shukr hi ki qeemat jo hai, woh jannat hai.</w:t>
      </w:r>
    </w:p>
    <w:p>
      <w:pPr>
        <w:jc w:val="right"/>
      </w:pPr>
      <w:r>
        <w:t>ایسا نہیں کہ کبھی کبھی الحمدللہ کہہ لیا تو شکر ہو گیا، بلکہ ہم ایک ہمہ وقتی عبادت ہیں۔ ہم ہر حال میں ہمیں شکر کرنا ہے، کیونکہ شکر ہی کی قیمت جو ہے، وہ جنت ہے۔</w:t>
      </w:r>
    </w:p>
    <w:p>
      <w:r>
        <w:rPr>
          <w:b/>
        </w:rPr>
        <w:t xml:space="preserve">[24:17] </w:t>
      </w:r>
      <w:r>
        <w:t>to is ko aap samajh sakte hain ke shukr hamare liye kitna zyada important hai. Ulama ka yeh kehna hai ke shukr ka ek aam darja to yeh hai ke koi nemmat mile, us par aap shukr ada kijiye, lekin aala darja yeh hai ke napasandeeda halaat mein bhi aap shukr karen.</w:t>
      </w:r>
    </w:p>
    <w:p>
      <w:pPr>
        <w:jc w:val="right"/>
      </w:pPr>
      <w:r>
        <w:t>تو اس کو آپ سمجھ سکتے ہیں کہ شکر ہمارے لیے کتنا زیادہ امپورٹنٹ ہے۔ علماء کا یہ کہنا ہے کہ شکر کا ایک عام درجہ تو یہ ہے کہ کوئی نعمت ملے، اس پر آپ شکر ادا کیجئے، لیکن اعلیٰ درجہ یہ ہے کہ ناپسندیدہ حالات میں بھی آپ شکر کریں۔</w:t>
      </w:r>
    </w:p>
    <w:p>
      <w:r>
        <w:rPr>
          <w:b/>
        </w:rPr>
        <w:t xml:space="preserve">[24:33] </w:t>
      </w:r>
      <w:r>
        <w:t>napasandeeda halat ho, aap ko koi museebat aaye, takleef aaye, aap ki ana ke khilaf koi jaye, us waqt bhi kaise insaan shukr ke mizaj ko barqarar rakhe, us par kuch bataiye.</w:t>
      </w:r>
    </w:p>
    <w:p>
      <w:pPr>
        <w:jc w:val="right"/>
      </w:pPr>
      <w:r>
        <w:t>ناپسندیدہ حالت ہو، آپ کو کوئی مصیبت آئے، تکلیف آئے، آپ کی انا کے خلاف کوئی جائے، اس وقت بھی کیسے انسان شکر کے مزاج کو برقرار رکھے، اس پر کچھ بتائیے۔</w:t>
      </w:r>
    </w:p>
    <w:p>
      <w:r>
        <w:rPr>
          <w:b/>
        </w:rPr>
        <w:t xml:space="preserve">[24:45] </w:t>
      </w:r>
      <w:r>
        <w:t>asal shukr to wahi hai, nashukri ke halaat mein shukr karna wahi asal shukr hai. Normal halaat mein to har aadmi shukr karta hai, aur dekhiye, hum logon ko yaad rakhna chahiye ke Iblees ko jo Khuda ki rehmat se door ho gaya, woh isi wajah se aam halaat mein to kehte hain ke woh bohat zyada Khuda ki ibadat karta tha,</w:t>
      </w:r>
    </w:p>
    <w:p>
      <w:pPr>
        <w:jc w:val="right"/>
      </w:pPr>
      <w:r>
        <w:t>اصل شکر تو وہی ہے، ناشکری کے حالات میں شکر کرنا وہی اصل شکر ہے۔ نارمل حالات میں تو ہر آدمی شکر کرتا ہے، اور دیکھیے، ہم لوگوں کو یاد رکھنا چاہیے کہ ابلیس کو جو خدا کی رحمت سے دور ہو گیا، وہ اسی وجہ سے عام حالات میں تو کہتے ہیں کہ وہ بہت زیادہ خدا کی عبادت کرتا تھا،</w:t>
      </w:r>
    </w:p>
    <w:p>
      <w:r>
        <w:rPr>
          <w:b/>
        </w:rPr>
        <w:t xml:space="preserve">[25:07] </w:t>
      </w:r>
      <w:r>
        <w:t>lekin jab abnormal halat mein is ko kaha gaya, yaani Adam ke aage jhukne ko kaha gaya, to woh kehne laga "أنا خير من" .</w:t>
      </w:r>
    </w:p>
    <w:p>
      <w:pPr>
        <w:jc w:val="right"/>
      </w:pPr>
      <w:r>
        <w:t>لیکن جب ایبنارمل حالت میں اس کو کہا گیا، یعنی آدم کے آگے جھکنے کو کہا گیا، تو وہ کہنے لگا "أنا خير من" ۔</w:t>
      </w:r>
    </w:p>
    <w:p>
      <w:r>
        <w:rPr>
          <w:b/>
        </w:rPr>
        <w:t xml:space="preserve">[25:15] </w:t>
      </w:r>
      <w:r>
        <w:t>main to is se behtar hoon. Us waqt is ko yeh dekhna tha ke Khuda ka hukum kya hai, yeh nahi dekhna tha ke woh behtar hai ya kaun behtar hai. To woh nashukr guzar banda ban gaya, aur Allah Ta'ala ki rehmat se door ho gaya.</w:t>
      </w:r>
    </w:p>
    <w:p>
      <w:pPr>
        <w:jc w:val="right"/>
      </w:pPr>
      <w:r>
        <w:t>میں تو اس سے بہتر ہوں۔ اس وقت اس کو یہ دیکھنا تھا کہ خدا کا حکم کیا ہے، یہ نہیں دیکھنا تھا کہ وہ بہتر ہے یا کون بہتر ہے۔ تو وہ ناشکر گزار بندہ بن گیا، اور اللہ تعالی کی رحمت سے دور ہو گیا۔</w:t>
      </w:r>
    </w:p>
    <w:p>
      <w:r>
        <w:rPr>
          <w:b/>
        </w:rPr>
        <w:t xml:space="preserve">[25:28] </w:t>
      </w:r>
      <w:r>
        <w:t>to aam halat mein Allah test nahi kar raha hai, test to abnormal halat mein hi ho raha hai.</w:t>
      </w:r>
    </w:p>
    <w:p>
      <w:pPr>
        <w:jc w:val="right"/>
      </w:pPr>
      <w:r>
        <w:t>تو عام حالت میں اللہ ٹیسٹ نہیں کر رہا ہے، ٹیسٹ تو ایبنارمل حالت میں ہی ہو رہا ہے۔</w:t>
      </w:r>
    </w:p>
    <w:p>
      <w:r>
        <w:rPr>
          <w:b/>
        </w:rPr>
        <w:t xml:space="preserve">[25:34] </w:t>
      </w:r>
      <w:r>
        <w:t>to yeh dekhiye, yeh duniya jo hai, woh azmaish ki jagah hai. Yahan hum test ke liye aaye hain, to yahan par har tarah ke abnormal halaat aayenge, hamein ghussa dilaya jayega, hamein provoke kiya jayega, har tarah ke hamein unpleasant waqiyat ko face karna hoga.</w:t>
      </w:r>
    </w:p>
    <w:p>
      <w:pPr>
        <w:jc w:val="right"/>
      </w:pPr>
      <w:r>
        <w:t>تو یہ دیکھیے، یہ دنیا جو ہے، وہ آزمائش کی جگہ ہے۔ یہاں ہم ٹیسٹ کے لیے آئے ہیں، تو یہاں پر ہر طرح کے ایبنارمل حالات آئیں گے، ہمیں غصہ دلایا جائے گا، ہمیں پرووک کیا جائے گا، ہر طرح کے ہمیں ان پلیزنٹ واقعات کو فیس کرنا ہوگا۔</w:t>
      </w:r>
    </w:p>
    <w:p>
      <w:r>
        <w:rPr>
          <w:b/>
        </w:rPr>
        <w:t xml:space="preserve">[25:52] </w:t>
      </w:r>
      <w:r>
        <w:t>to in halaat mein hamein Khuda ka shukr guzar banda bane rehna hai, aur yahi Khuda ke nazdeek jo hai, woh yahi jo hai sab se zyada valuable hai, aur wahi Allah Ta'ala ke haan woh accept kiya jayega.</w:t>
      </w:r>
    </w:p>
    <w:p>
      <w:pPr>
        <w:jc w:val="right"/>
      </w:pPr>
      <w:r>
        <w:t>تو ان حالات میں ہمیں خدا کا شکر گزار بندہ بنے رہنا ہے، اور یہی خدا کے نزدیک جو ہے، وہ یہی جو ہے سب سے زیادہ ویلیو ایبل ہے، اور وہی اللہ تعالی کے ہاں وہ ایکسیپٹ کیا جائے گا۔</w:t>
      </w:r>
    </w:p>
    <w:p>
      <w:r>
        <w:rPr>
          <w:b/>
        </w:rPr>
        <w:t xml:space="preserve">[26:07] </w:t>
      </w:r>
      <w:r>
        <w:t>aur Shaitan hamein isi point par behkata hai. Shaitan ne kaha tha na ke main tamam insano ko behka doonga, behka loonga.</w:t>
      </w:r>
    </w:p>
    <w:p>
      <w:pPr>
        <w:jc w:val="right"/>
      </w:pPr>
      <w:r>
        <w:t>اور شیطان ہمیں اسی پوائنٹ پر بہکاتا ہے۔ شیطان نے کہا تھا نا کہ میں تمام انسانوں کو بہکا دوں گا، بہکا لوں گا۔</w:t>
      </w:r>
    </w:p>
    <w:p>
      <w:r>
        <w:rPr>
          <w:b/>
        </w:rPr>
        <w:t xml:space="preserve">[26:16] </w:t>
      </w:r>
      <w:r>
        <w:t>to yeh isi point par, kyunke aisa hota nahi ke insaan ki desires be hisaab hain, aisa kabhi nahi hota ke jo bhi desires hain, woh insaan ko mil jaye.</w:t>
      </w:r>
    </w:p>
    <w:p>
      <w:pPr>
        <w:jc w:val="right"/>
      </w:pPr>
      <w:r>
        <w:t>تو یہ اسی پوائنٹ پر، کیونکہ ایسا ہوتا نہیں کہ انسان کی ڈیزائرز بے حساب ہیں، ایسا کبھی نہیں ہوتا کہ جو بھی ڈیزائرز ہیں، وہ انسان کو مل جائے۔</w:t>
      </w:r>
    </w:p>
    <w:p>
      <w:r>
        <w:rPr>
          <w:b/>
        </w:rPr>
        <w:t xml:space="preserve">[26:27] </w:t>
      </w:r>
      <w:r>
        <w:t>aur doosre yeh hai ke tarah tarah se is ko duniya mein challenges face karne hi padte hain har aadmi ko. To woh wahan par Shaitan behkata hai ke dekho, Khuda tumhari madad nahi kar raha hai, Khuda ne tum ko aisi museebat mein daal diya hai.</w:t>
      </w:r>
    </w:p>
    <w:p>
      <w:pPr>
        <w:jc w:val="right"/>
      </w:pPr>
      <w:r>
        <w:t>اور دوسرے یہ ہے کہ طرح طرح سے اس کو دنیا میں چیلنجز فیس کرنے ہی پڑتے ہیں ہر آدمی کو۔ تو وہ وہاں پر شیطان بہکاتا ہے کہ دیکھو، خدا تمہاری مدد نہیں کر رہا ہے، خدا نے تم کو ایسی مصیبت میں ڈال دیا ہے۔</w:t>
      </w:r>
    </w:p>
    <w:p>
      <w:r>
        <w:rPr>
          <w:b/>
        </w:rPr>
        <w:t xml:space="preserve">[26:41] </w:t>
      </w:r>
      <w:r>
        <w:t>to wahan par aadmi jo hai, nashukra ho jata hai.</w:t>
      </w:r>
    </w:p>
    <w:p>
      <w:pPr>
        <w:jc w:val="right"/>
      </w:pPr>
      <w:r>
        <w:t>تو وہاں پر آدمی جو ہے، ناشکرا ہو جاتا ہے۔</w:t>
      </w:r>
    </w:p>
    <w:p>
      <w:r>
        <w:rPr>
          <w:b/>
        </w:rPr>
        <w:t xml:space="preserve">[26:45] </w:t>
      </w:r>
      <w:r>
        <w:t>to wahan par is ko nashukri ko shukr mein convert karna hai. To yahi is ka asal imtehan hai, aur is ko agar woh nashukri ko uzr bana lega, to phir is ka haan, samajh lijiye ke woh imtehan mein woh fail ho gaya.</w:t>
      </w:r>
    </w:p>
    <w:p>
      <w:pPr>
        <w:jc w:val="right"/>
      </w:pPr>
      <w:r>
        <w:t>تو وہاں پر اس کو ناشکری کو شکر میں کنورٹ کرنا ہے۔ تو یہی اس کا اصل امتحان ہے، اور اس کو اگر وہ ناشکری کو عذر بنا لے گا، تو پھر اس کا ہاں، سمجھ لیجئے کہ وہ امتحان میں وہ فیل ہو گیا۔</w:t>
      </w:r>
    </w:p>
    <w:p>
      <w:r>
        <w:rPr>
          <w:b/>
        </w:rPr>
        <w:t xml:space="preserve">[27:03] </w:t>
      </w:r>
      <w:r>
        <w:t>to Hazrat Umar Razi Allahu Anhu se ek baar koi kisi ne, kisi ke ek Sahabi ke bare mein bari tareef</w:t>
      </w:r>
    </w:p>
    <w:p>
      <w:pPr>
        <w:jc w:val="right"/>
      </w:pPr>
      <w:r>
        <w:t>تو حضرت عمر رضی اللہ عنہ سے ایک بار کوئی کسی نے، کسی کے ایک صحابی کے بارے میں بڑی تعریف</w:t>
      </w:r>
    </w:p>
    <w:p>
      <w:r>
        <w:rPr>
          <w:b/>
        </w:rPr>
        <w:t xml:space="preserve">[27:11] </w:t>
      </w:r>
      <w:r>
        <w:t>ki, to Hazrat Umar ne kaha ke kya tum ne is aadmi ke sath safar kiya hai? Kya tum ne is aadmi ke sath koi dealing ki hai? Yaani abnormal situation mein aadmi ka pata chalta hai.</w:t>
      </w:r>
    </w:p>
    <w:p>
      <w:pPr>
        <w:jc w:val="right"/>
      </w:pPr>
      <w:r>
        <w:t>کی، تو حضرت عمر نے کہا کہ کیا تم نے اس آدمی کے ساتھ سفر کیا ہے؟ کیا تم نے اس آدمی کے ساتھ کوئی ڈیلنگ کی ہے؟ یعنی ایبنارمل سچوئیشن میں آدمی کا پتہ چلتا ہے۔</w:t>
      </w:r>
    </w:p>
    <w:p>
      <w:r>
        <w:rPr>
          <w:b/>
        </w:rPr>
        <w:t xml:space="preserve">[27:23] </w:t>
      </w:r>
      <w:r>
        <w:t>to hamein agar hum ko yeh bohat, hum conscious ho jayein na ke abnormal situation mein hamara test ho raha hai, to phir hum ab shukr ka response hum de sakenge.</w:t>
      </w:r>
    </w:p>
    <w:p>
      <w:pPr>
        <w:jc w:val="right"/>
      </w:pPr>
      <w:r>
        <w:t>تو ہمیں اگر ہم کو یہ بہت، ہم کانشیس ہو جائیں نا کہ ایبنارمل سچوئیشن میں ہمارا ٹیسٹ ہو رہا ہے، تو پھر ہم اب شکر کا رسپانس ہم دے سکیں گے۔</w:t>
      </w:r>
    </w:p>
    <w:p>
      <w:r>
        <w:rPr>
          <w:b/>
        </w:rPr>
        <w:t xml:space="preserve">[27:36] </w:t>
      </w:r>
      <w:r>
        <w:t>aisa nahi hai ke hum shukr ka response nahi de sakte</w:t>
      </w:r>
    </w:p>
    <w:p>
      <w:pPr>
        <w:jc w:val="right"/>
      </w:pPr>
      <w:r>
        <w:t>ایسا نہیں ہے کہ ہم شکر کا رسپانس نہیں دے سکتے</w:t>
      </w:r>
    </w:p>
    <w:p>
      <w:r>
        <w:rPr>
          <w:b/>
        </w:rPr>
        <w:t xml:space="preserve">[27:39] </w:t>
      </w:r>
      <w:r>
        <w:t>, to denge. Kyunke agar hum bohat zyada Khuda ko yaad karein, to hum sochte rahenge ke duniya mein itni sari cheezein Allah Ta'ala ne di hain, agar ek cheez nahi mili hai, aur woh bhi waqti taur par.</w:t>
      </w:r>
    </w:p>
    <w:p>
      <w:pPr>
        <w:jc w:val="right"/>
      </w:pPr>
      <w:r>
        <w:t>، تو دیں گے۔ کیونکہ اگر ہم بہت زیادہ خدا کو یاد کریں، تو ہم سوچتے رہیں گے کہ دنیا میں اتنی ساری چیزیں اللہ تعالی نے دی ہیں، اگر ایک چیز نہیں ملی ہے، اور وہ بھی وقتی طور پر۔</w:t>
      </w:r>
    </w:p>
    <w:p>
      <w:r>
        <w:rPr>
          <w:b/>
        </w:rPr>
        <w:t xml:space="preserve">[27:53] </w:t>
      </w:r>
      <w:r>
        <w:t>woh bhi aisa nahi hota ke koi koi museebat insaan ke upar aisi aa jaye jo kabhi khatam na ho. Woh bhi waqti museebat hai. To hum ko har halat mein Khuda ka shukr ada karna hai, chahe shukr ke asbab hon ya nashukri ke asbab.</w:t>
      </w:r>
    </w:p>
    <w:p>
      <w:pPr>
        <w:jc w:val="right"/>
      </w:pPr>
      <w:r>
        <w:t>وہ بھی ایسا نہیں ہوتا کہ کوئی کوئی مصیبت انسان کے اوپر ایسی آ جائے جو کبھی ختم نہ ہو۔ وہ بھی وقتی مصیبت ہے۔ تو ہم کو ہر حالت میں خدا کا شکر ادا کرنا ہے، چاہے شکر کے اسباب ہوں یا ناشکری کے اسباب۔</w:t>
      </w:r>
    </w:p>
    <w:p>
      <w:r>
        <w:rPr>
          <w:b/>
        </w:rPr>
        <w:t xml:space="preserve">[28:09] </w:t>
      </w:r>
      <w:r>
        <w:t>shukr ke ta'alluq se ek hadith, hadith ya ya asar keh lijiye, woh yeh hai jo bohat hi shukr ke waqiyat ko illustrate karta hai ke Musa Alaihissalam ne kaha: "Aye Rab!</w:t>
      </w:r>
    </w:p>
    <w:p>
      <w:pPr>
        <w:jc w:val="right"/>
      </w:pPr>
      <w:r>
        <w:t>شکر کے تعلق سے ایک حدیث، حدیث یا یا اثر کہہ لیجئے، وہ یہ ہے جو بہت ہی شکر کے واقعات کو ایلسٹریٹ کرتا ہے کہ موسی علیہ السلام نے کہا: "اے رب!</w:t>
      </w:r>
    </w:p>
    <w:p>
      <w:r>
        <w:rPr>
          <w:b/>
        </w:rPr>
        <w:t xml:space="preserve">[28:21] </w:t>
      </w:r>
      <w:r>
        <w:t>Adam kaise istata'at rakhte hain ke tera shukr ada karen jo tu ne un ke liye kiya</w:t>
      </w:r>
    </w:p>
    <w:p>
      <w:pPr>
        <w:jc w:val="right"/>
      </w:pPr>
      <w:r>
        <w:t>آدم کیسے استطاعت رکھتے ہیں کہ تیرا شکر ادا کریں جو تو نے ان کے لیے کیا</w:t>
      </w:r>
    </w:p>
    <w:p>
      <w:r>
        <w:rPr>
          <w:b/>
        </w:rPr>
        <w:t xml:space="preserve">[28:26] </w:t>
      </w:r>
      <w:r>
        <w:t>? Tu ne is ko apne hath se paida kiya, is mein apni rooh phoonki, aur is ko jannat mein dakhil kiya, aur farishte ko hukum diya ke woh sajda kare, to unhon ne sajda kiya." To Allah Ta'ala ne kaha: "Aye Musa!</w:t>
      </w:r>
    </w:p>
    <w:p>
      <w:pPr>
        <w:jc w:val="right"/>
      </w:pPr>
      <w:r>
        <w:t>؟ تو نے اس کو اپنے ہاتھ سے پیدا کیا، اس میں اپنی روح پھونکی، اور اس کو جنت میں داخل کیا، اور فرشتے کو حکم دیا کہ وہ سجدہ کرے، تو انہوں نے سجدہ کیا۔" تو اللہ تعالی نے کہا: "اے موسی!</w:t>
      </w:r>
    </w:p>
    <w:p>
      <w:r>
        <w:rPr>
          <w:b/>
        </w:rPr>
        <w:t xml:space="preserve">[28:40] </w:t>
      </w:r>
      <w:r>
        <w:t>jab unhon ne jaana meri is nemmat ko, aur us par us ne meri hamd ki, mujhe yaad kiya, to yeh is ka shukr hai jo maine us par ehsan kiya." To aap ne jo kaha, bilkul sahi baat hai, apa ke Allah Ta'ala ko hum kuch de nahi sakte, sirf yeh ke us ki nemmaton ko yaad karein, aur us par hum us ka shukr ada karein, apne dil mein us ko acknowledge karein ke yeh dene wala hai.</w:t>
      </w:r>
    </w:p>
    <w:p>
      <w:pPr>
        <w:jc w:val="right"/>
      </w:pPr>
      <w:r>
        <w:t>جب انہوں نے جانا میری اس نعمت کو، اور اس پر اس نے میری حمد کی، مجھے یاد کیا، تو یہ اس کا شکر ہے جو میں نے اس پر احسان کیا۔" تو آپ نے جو کہا، بالکل صحیح بات ہے، آپا کہ اللہ تعالی کو ہم کچھ دے نہیں سکتے، صرف یہ کہ اس کی نعمتوں کو یاد کریں، اور اس پر ہم اس کا شکر ادا کریں، اپنے دل میں اس کو ایکنالج کریں کہ یہ دینے والا ہے۔</w:t>
      </w:r>
    </w:p>
    <w:p>
      <w:r>
        <w:rPr>
          <w:b/>
        </w:rPr>
        <w:t xml:space="preserve">[29:02] </w:t>
      </w:r>
      <w:r>
        <w:t>aapa, mujhe ab aap se asma e hasni ke bare mein poochna hai. Hadees mein aaya hai ke Allah taala ke 99 naam hain: inna lillahi tis'a wa tis'oona isman mi'atan ghaira wahidatin man ahsaaha dakhala al-jannah.</w:t>
      </w:r>
    </w:p>
    <w:p>
      <w:pPr>
        <w:jc w:val="right"/>
      </w:pPr>
      <w:r>
        <w:t>آپا، مجھے اب آپ سے اسماء حسنی کے بارے میں پوچھنا ہے۔ حدیث میں آیا ہے کہ اللہ تعالی کے 99 نام ہیں: إن لله تسعة وتسعين اسماً مئة غير واحدة من أحصاها دخل الجنة ۔</w:t>
      </w:r>
    </w:p>
    <w:p>
      <w:r>
        <w:rPr>
          <w:b/>
        </w:rPr>
        <w:t xml:space="preserve">[29:15] </w:t>
      </w:r>
      <w:r>
        <w:t>to ulama yeh kehte hain ke 99 sirf yeh mukammal naam nahi hain, balke iske ilawa bhi naam hain.</w:t>
      </w:r>
    </w:p>
    <w:p>
      <w:pPr>
        <w:jc w:val="right"/>
      </w:pPr>
      <w:r>
        <w:t>تو علماء یہ کہتے ہیں کہ 99 صرف یہ مکمل نام نہیں ہیں، بلکہ اس کے علاوہ بھی نام ہیں۔</w:t>
      </w:r>
    </w:p>
    <w:p>
      <w:r>
        <w:rPr>
          <w:b/>
        </w:rPr>
        <w:t xml:space="preserve">[29:23] </w:t>
      </w:r>
      <w:r>
        <w:t>to ab yeh hai ke Allah taala ke naam ko jaanna, jis ki buniyad par dakhil ho, kya hai? Asma e hasni ke bare mein aap kuch bataein, aap humein. Asma e hasni ko Maulana ne kaha hai: "abwab e hasni" yaani Khuda ki rehmaton ke maloom darwaze.</w:t>
      </w:r>
    </w:p>
    <w:p>
      <w:pPr>
        <w:jc w:val="right"/>
      </w:pPr>
      <w:r>
        <w:t>تو اب یہ ہے کہ اللہ تعالی کے نام کو جاننا، جس کی بنیاد پر داخل ہو، کیا ہے؟ اسماء حسنی کے بارے میں آپ کچھ بتائیں، آپ ہمیں۔ اسماء حسنی کو مولانا نے کہا ہے: "ابواب حسنی" یعنی خدا کی رحمتوں کے معلوم دروازے۔</w:t>
      </w:r>
    </w:p>
    <w:p>
      <w:r>
        <w:rPr>
          <w:b/>
        </w:rPr>
        <w:t xml:space="preserve">[29:41] </w:t>
      </w:r>
      <w:r>
        <w:t>to aap ne sahih farmaya ke 99 to shumar kiye gaye hain, lekin Khuda ek limitless being hai, to aisa usko limit nahi kiya ja sakta 99 naam par.</w:t>
      </w:r>
    </w:p>
    <w:p>
      <w:pPr>
        <w:jc w:val="right"/>
      </w:pPr>
      <w:r>
        <w:t>تو آپ نے صحیح فرمایا کہ 99 تو شمار کیے گئے ہیں، لیکن خدا ایک لمیٹلیس بینگ ہے، تو ایسا اس کو لمیٹ نہیں کیا جا سکتا 99 نام پر۔</w:t>
      </w:r>
    </w:p>
    <w:p>
      <w:r>
        <w:rPr>
          <w:b/>
        </w:rPr>
        <w:t xml:space="preserve">[29:53] </w:t>
      </w:r>
      <w:r>
        <w:t>yeh naam Maulana likhte hain ke yeh insaan ki nisbat se hai, na yeh ke Khuda ki nisbat se. Khuda ke to laamtanahi kamalat hain, aur laamtanahi naam hain.</w:t>
      </w:r>
    </w:p>
    <w:p>
      <w:pPr>
        <w:jc w:val="right"/>
      </w:pPr>
      <w:r>
        <w:t>یہ نام مولانا لکھتے ہیں کہ یہ انسان کی نسبت سے ہے، نہ یہ کہ خدا کی نسبت سے۔ خدا کے تو لامتناہی کمالات ہیں، اور لامتناہی نام ہیں۔</w:t>
      </w:r>
    </w:p>
    <w:p>
      <w:r>
        <w:rPr>
          <w:b/>
        </w:rPr>
        <w:t xml:space="preserve">[30:04] </w:t>
      </w:r>
      <w:r>
        <w:t>naam ka matlab asma e hasni yaani sifaat. Khuda ki laamtanahi sifat, sifat hain. To Khuda ki ki hasti ka tasawwur kisi bhi limited cheez se nahi kiya ja sakta.</w:t>
      </w:r>
    </w:p>
    <w:p>
      <w:pPr>
        <w:jc w:val="right"/>
      </w:pPr>
      <w:r>
        <w:t>نام کا مطلب اسماء حسنی یعنی صفات۔ خدا کی لامتناہی صفات، صفات ہیں۔ تو خدا کی کی ہستی کا تصور کسی بھی لمیٹڈ چیز سے نہیں کیا جا سکتا۔</w:t>
      </w:r>
    </w:p>
    <w:p>
      <w:r>
        <w:rPr>
          <w:b/>
        </w:rPr>
        <w:t xml:space="preserve">[30:22] </w:t>
      </w:r>
      <w:r>
        <w:t>to insaan jo hai, woh samajhna chahta hai Khuda ko, kyunke insaan</w:t>
      </w:r>
    </w:p>
    <w:p>
      <w:pPr>
        <w:jc w:val="right"/>
      </w:pPr>
      <w:r>
        <w:t>تو انسان جو ہے، وہ سمجھنا چاہتا ہے خدا کو، کیونکہ انسان</w:t>
      </w:r>
    </w:p>
    <w:p>
      <w:r>
        <w:rPr>
          <w:b/>
        </w:rPr>
        <w:t xml:space="preserve">[30:29] </w:t>
      </w:r>
      <w:r>
        <w:t>abstract kisi bhi hasti ko woh apni giraft mein nahi la pata. To is wajah se yahi wajah hai ke insaan tarah tarah se Khuda ke mehsoos model banata hai,</w:t>
      </w:r>
    </w:p>
    <w:p>
      <w:pPr>
        <w:jc w:val="right"/>
      </w:pPr>
      <w:r>
        <w:t>ابسٹریکٹ کسی بھی ہستی کو وہ اپنی گرفت میں نہیں لا پاتا۔ تو اس وجہ سے یہی وجہ ہے کہ انسان طرح طرح سے خدا کے محسوس ماڈل بناتا ہے،</w:t>
      </w:r>
    </w:p>
    <w:p>
      <w:r>
        <w:rPr>
          <w:b/>
        </w:rPr>
        <w:t xml:space="preserve">[30:43] </w:t>
      </w:r>
      <w:r>
        <w:t>aur usko samajhna chahta hai visible shakal mein. Lekin</w:t>
      </w:r>
    </w:p>
    <w:p>
      <w:pPr>
        <w:jc w:val="right"/>
      </w:pPr>
      <w:r>
        <w:t>اور اس کو سمجھنا چاہتا ہے ویزیبل شکل میں۔ لیکن</w:t>
      </w:r>
    </w:p>
    <w:p>
      <w:r>
        <w:rPr>
          <w:b/>
        </w:rPr>
        <w:t xml:space="preserve">[30:49] </w:t>
      </w:r>
      <w:r>
        <w:t>koi bhi cheez jo hai, woh woh respond to karti nahi hai, koi us se inspiration to milta nahi hai. Aap kaisa bhi iska model bana lein, to insaan ek aisa Khuda chahta hai jo Al-Hayyul Qayyum ho, yaani Khuda zinda ho, Khuda qaim ho, Khuda uski sunne wala ho, Khuda uski duaon ko qabool karne wala ho.</w:t>
      </w:r>
    </w:p>
    <w:p>
      <w:pPr>
        <w:jc w:val="right"/>
      </w:pPr>
      <w:r>
        <w:t>کوئی بھی چیز جو ہے، وہ وہ ریسپانڈ تو کرتی نہیں ہے، کوئی اس سے انسپیریشن تو ملتا نہیں ہے۔ آپ کیسا بھی اس کا ماڈل بنا لیں، تو انسان ایک ایسا خدا چاہتا ہے جو الحی القیوم ہو، یعنی خدا زندہ ہو، خدا قائم ہو، خدا اس کی سننے والا ہو، خدا اس کی دعاؤں کو قبول کرنے والا ہو۔</w:t>
      </w:r>
    </w:p>
    <w:p>
      <w:r>
        <w:rPr>
          <w:b/>
        </w:rPr>
        <w:t xml:space="preserve">[31:12] </w:t>
      </w:r>
      <w:r>
        <w:t>Khuda se uska talluq, usko usko mehsoos ho. Jab</w:t>
      </w:r>
    </w:p>
    <w:p>
      <w:pPr>
        <w:jc w:val="right"/>
      </w:pPr>
      <w:r>
        <w:t>خدا سے اس کا تعلق، اس کو اس کو محسوس ہو۔ جب</w:t>
      </w:r>
    </w:p>
    <w:p>
      <w:r>
        <w:rPr>
          <w:b/>
        </w:rPr>
        <w:t xml:space="preserve">[31:18] </w:t>
      </w:r>
      <w:r>
        <w:t>woh Khuda se dua maange, to usko lage ke Khuda dua qabool kar raha hai, aur Khuda se ek spiritual level par, ek psychological level par uska contact qaim ho jaye.</w:t>
      </w:r>
    </w:p>
    <w:p>
      <w:pPr>
        <w:jc w:val="right"/>
      </w:pPr>
      <w:r>
        <w:t>وہ خدا سے دعا مانگے، تو اس کو لگے کہ خدا دعا قبول کر رہا ہے، اور خدا سے ایک سپریچول لیول پر، ایک سائیکلوجیکل لیول پر اس کا کانٹیکٹ قائم ہو جائے۔</w:t>
      </w:r>
    </w:p>
    <w:p>
      <w:r>
        <w:rPr>
          <w:b/>
        </w:rPr>
        <w:t xml:space="preserve">[31:29] </w:t>
      </w:r>
      <w:r>
        <w:t>to yeh doosri jagah nahi milta. Judaism mein hai ke Khuda mein jo hoon, so hoon. Khuda ka jo naam bataya gaya hai, main jo hoon, so h</w:t>
      </w:r>
    </w:p>
    <w:p>
      <w:pPr>
        <w:jc w:val="right"/>
      </w:pPr>
      <w:r>
        <w:t>تو یہ دوسری جگہ نہیں ملتا۔ جڈائزم میں ہے کہ خدا میں جو ہوں، سو ہوں۔ خدا کا جو نام بتایا گیا ہے، میں جو ہوں، سو ہ</w:t>
      </w:r>
    </w:p>
    <w:p>
      <w:r>
        <w:rPr>
          <w:b/>
        </w:rPr>
        <w:t xml:space="preserve">[31:40] </w:t>
      </w:r>
      <w:r>
        <w:t>oon. Ab is se bhi Khuda ka contact nahi ho pata ke Khuda ka kuch aisa hona chahiye naam, jis se humein mehsoos ho ke yeh Khuda ke naam, yaani Khuda ki sifat hain.</w:t>
      </w:r>
    </w:p>
    <w:p>
      <w:pPr>
        <w:jc w:val="right"/>
      </w:pPr>
      <w:r>
        <w:t>وں۔ اب اس سے بھی خدا کا کانٹیکٹ نہیں ہو پاتا کہ خدا کا کچھ ایسا ہونا چاہیے نام، جس سے ہمیں محسوس ہو کہ یہ خدا کے نام، یعنی خدا کی صفات ہیں۔</w:t>
      </w:r>
    </w:p>
    <w:p>
      <w:r>
        <w:rPr>
          <w:b/>
        </w:rPr>
        <w:t xml:space="preserve">[31:54] </w:t>
      </w:r>
      <w:r>
        <w:t>to is wajah se yeh jo</w:t>
      </w:r>
    </w:p>
    <w:p>
      <w:pPr>
        <w:jc w:val="right"/>
      </w:pPr>
      <w:r>
        <w:t>تو اس وجہ سے یہ جو</w:t>
      </w:r>
    </w:p>
    <w:p>
      <w:r>
        <w:rPr>
          <w:b/>
        </w:rPr>
        <w:t xml:space="preserve">[31:59] </w:t>
      </w:r>
      <w:r>
        <w:t>asma e hasni hain, yeh bohat zyada important hain insaan ki nisbat se, kyunke yeh insaan ke andar jo rabbani kaifiyat aati hain, misaal ke taur par insaan guidance chah raha</w:t>
      </w:r>
    </w:p>
    <w:p>
      <w:pPr>
        <w:jc w:val="right"/>
      </w:pPr>
      <w:r>
        <w:t>اسماء حسنی ہیں، یہ بہت زیادہ امپورٹنٹ ہیں انسان کی نسبت سے، کیونکہ یہ انسان کے اندر جو ربانی کیفیات آتی ہیں، مثال کے طور پر انسان گائیڈنس چاہ رہا</w:t>
      </w:r>
    </w:p>
    <w:p>
      <w:r>
        <w:rPr>
          <w:b/>
        </w:rPr>
        <w:t xml:space="preserve">[32:12] </w:t>
      </w:r>
      <w:r>
        <w:t>hai, to ab woh jab dekhega aur bohat zyada duaen karega, guide dekho, koi hasti ho jo usko guide kare, to woh usko nazar aayega ke Khuda ka ek naam hai: "Al-Hadi".</w:t>
      </w:r>
    </w:p>
    <w:p>
      <w:pPr>
        <w:jc w:val="right"/>
      </w:pPr>
      <w:r>
        <w:t>ہے، تو اب وہ جب دیکھے گا اور بہت زیادہ دعائیں کرے گا، گائیڈ دیکھو، کوئی ہستی ہو جو اس کو گائیڈ کرے، تو وہ اس کو نظر آئے گا کہ خدا کا ایک نام ہے: "الہادی"۔</w:t>
      </w:r>
    </w:p>
    <w:p>
      <w:r>
        <w:rPr>
          <w:b/>
        </w:rPr>
        <w:t xml:space="preserve">[32:25] </w:t>
      </w:r>
      <w:r>
        <w:t>to phir "Al-Hadi" keh ke woh pukarega aur dua karega. To usko har mauqe par, har kaifiyat mein, har halaat mein usko Khuda ka ek aisa naam mil jata hai, jis ke zariye se woh Khuda se apna talluq qaim karta hai.</w:t>
      </w:r>
    </w:p>
    <w:p>
      <w:pPr>
        <w:jc w:val="right"/>
      </w:pPr>
      <w:r>
        <w:t>تو پھر "الہادی" کہہ کے وہ پکارے گا اور دعا کرے گا۔ تو اس کو ہر موقع پر، ہر کیفیت میں، ہر حالات میں اس کو خدا کا ایک ایسا نام مل جاتا ہے، جس کے ذریعے سے وہ خدا سے اپنا تعلق قائم کرتا ہے۔</w:t>
      </w:r>
    </w:p>
    <w:p>
      <w:r>
        <w:rPr>
          <w:b/>
        </w:rPr>
        <w:t xml:space="preserve">[32:43] </w:t>
      </w:r>
      <w:r>
        <w:t>ke Khuda ab us se kuch galtiyan ho gayi hain, kuch gunah ho gaya hai, ab woh chahta hai ke koi ho jo uske gunahon ko ko maaf kar de. To woh payega ke Khuda ka naam ek Ghafoor hai, to woh "Ya Ghafoor" ho, "Ya Ghafoor" ho kar ke phir duaen maange ga.</w:t>
      </w:r>
    </w:p>
    <w:p>
      <w:pPr>
        <w:jc w:val="right"/>
      </w:pPr>
      <w:r>
        <w:t>کہ خدا اب اس سے کچھ غلطیاں ہو گئی ہیں، کچھ گناہ ہو گیا ہے، اب وہ چاہتا ہے کہ کوئی ہو جو اس کے گناہوں کو کو معاف کر دے۔ تو وہ پائے گا کہ خدا کا نام ایک غفور ہے، تو وہ "یا غفور" ہو، "یا غفور" ہو کر کے پھر دعائیں مانگے گا۔</w:t>
      </w:r>
    </w:p>
    <w:p>
      <w:r>
        <w:rPr>
          <w:b/>
        </w:rPr>
        <w:t xml:space="preserve">[32:59] </w:t>
      </w:r>
      <w:r>
        <w:t>to sirf jo alfaaz ka wird matlab kafi nahi hai, balke woh Khuda ke bare mein sochega ke Khuda kitna Raheem hai, Khuda kitna Kareem</w:t>
      </w:r>
    </w:p>
    <w:p>
      <w:pPr>
        <w:jc w:val="right"/>
      </w:pPr>
      <w:r>
        <w:t>تو صرف جو الفاظ کا ورد مطلب کافی نہیں ہے، بلکہ وہ خدا کے بارے میں سوچے گا کہ خدا کتنا رحیم ہے، خدا کتنا کریم</w:t>
      </w:r>
    </w:p>
    <w:p>
      <w:r>
        <w:rPr>
          <w:b/>
        </w:rPr>
        <w:t xml:space="preserve">[33:10] </w:t>
      </w:r>
      <w:r>
        <w:t>hai ke Khuda ne insaan ko banaya, to uska bhi intezam kiya ke agar insaan se kuch galti ho jaye to usko maaf kar de.</w:t>
      </w:r>
    </w:p>
    <w:p>
      <w:pPr>
        <w:jc w:val="right"/>
      </w:pPr>
      <w:r>
        <w:t>ہے کہ خدا نے انسان کو بنایا، تو اس کا بھی انتظام کیا کہ اگر انسان سے کچھ غلطی ہو جائے تو اس کو معاف کر دے۔</w:t>
      </w:r>
    </w:p>
    <w:p>
      <w:r>
        <w:rPr>
          <w:b/>
        </w:rPr>
        <w:t xml:space="preserve">[33:18] </w:t>
      </w:r>
      <w:r>
        <w:t>jaise Hazrat Adam ko sab se pehle insaan ko Allah taala ne maaf kiya, to is tareeqe se ek Khuda se ek silent qism ki sargoshi, conversation chalta rehta hai insaan ka.</w:t>
      </w:r>
    </w:p>
    <w:p>
      <w:pPr>
        <w:jc w:val="right"/>
      </w:pPr>
      <w:r>
        <w:t>جیسے حضرت آدم کو سب سے پہلے انسان کو اللہ تعالی نے معاف کیا، تو اس طریقے سے ایک خدا سے ایک سائلنٹ قسم کی سرگوشی، کانورسیشن چلتا رہتا ہے انسان کا۔</w:t>
      </w:r>
    </w:p>
    <w:p>
      <w:r>
        <w:rPr>
          <w:b/>
        </w:rPr>
        <w:t xml:space="preserve">[33:31] </w:t>
      </w:r>
      <w:r>
        <w:t>to isi tareeqe se saare woh asma e hasni hain.</w:t>
      </w:r>
    </w:p>
    <w:p>
      <w:pPr>
        <w:jc w:val="right"/>
      </w:pPr>
      <w:r>
        <w:t>تو اسی طریقے سے سارے وہ اسماء حسنی ہیں۔</w:t>
      </w:r>
    </w:p>
    <w:p>
      <w:r>
        <w:rPr>
          <w:b/>
        </w:rPr>
        <w:t xml:space="preserve">[33:37] </w:t>
      </w:r>
      <w:r>
        <w:t>to Khuda insaan apni bakhshish chahta hai ke marne ke baad Allah taala usko bakhsh de, to phir usko yaad aata hai ke Khuda Rahman hai, Raheem hai, Khuda.</w:t>
      </w:r>
    </w:p>
    <w:p>
      <w:pPr>
        <w:jc w:val="right"/>
      </w:pPr>
      <w:r>
        <w:t>تو خدا انسان اپنی بخشش چاہتا ہے کہ مرنے کے بعد اللہ تعالی اس کو بخش دے، تو پھر اس کو یاد آتا ہے کہ خدا رحمان ہے، رحیم ہے، خدا۔</w:t>
      </w:r>
    </w:p>
    <w:p>
      <w:r>
        <w:rPr>
          <w:b/>
        </w:rPr>
        <w:t xml:space="preserve">[33:46] </w:t>
      </w:r>
      <w:r>
        <w:t>so woh bakhshish ki dua maangta hai. To is tareeqe se humein asma e hasni jo hain, woh hamare liye bohat zyada aham hain.</w:t>
      </w:r>
    </w:p>
    <w:p>
      <w:pPr>
        <w:jc w:val="right"/>
      </w:pPr>
      <w:r>
        <w:t>سو وہ بخشش کی دعا مانگتا ہے۔ تو اس طریقے سے ہمیں اسماء حسنی جو ہیں، وہ ہمارے لیے بہت زیادہ اہم ہیں۔</w:t>
      </w:r>
    </w:p>
    <w:p>
      <w:r>
        <w:rPr>
          <w:b/>
        </w:rPr>
        <w:t xml:space="preserve">[33:56] </w:t>
      </w:r>
      <w:r>
        <w:t>inhi ke zariye se hum Khuda se contact qaim karte hain. Maulana ki ek baat yaad aati hai, woh</w:t>
      </w:r>
    </w:p>
    <w:p>
      <w:pPr>
        <w:jc w:val="right"/>
      </w:pPr>
      <w:r>
        <w:t>انہی کے ذریعے سے ہم خدا سے کانٹیکٹ قائم کرتے ہیں۔ مولانا کی ایک بات یاد آتی ہے، وہ</w:t>
      </w:r>
    </w:p>
    <w:p>
      <w:r>
        <w:rPr>
          <w:b/>
        </w:rPr>
        <w:t xml:space="preserve">[34:04] </w:t>
      </w:r>
      <w:r>
        <w:t>ibn Taymiyyah ke hawale se kaha karte the ke ibn Taymiyyah ko jab Quran ki koi ayat samajh nahi aati, to woh kisi masjid mein chale jate aur sajde mein ja kar dua karte the: Ya muallim Ibraheem allimni ya mufahhim Sulaiman fahhimni ke aey Ibraheem ke muallim, mujhe ilm de.</w:t>
      </w:r>
    </w:p>
    <w:p>
      <w:pPr>
        <w:jc w:val="right"/>
      </w:pPr>
      <w:r>
        <w:t>ابن تیمیہ کے حوالے سے کہا کرتے تھے کہ ابن تیمیہ کو جب قرآن کی کوئی آیت سمجھ نہیں آتی، تو وہ کسی مسجد میں چلے جاتے اور سجدے میں جا کر دعا کرتے تھے: یا معلم ابراہیم علمنی یا مفاہم سلیمان فاہمنی کہ اے ابراہیم کے معلم، مجھے علم دے۔</w:t>
      </w:r>
    </w:p>
    <w:p>
      <w:r>
        <w:rPr>
          <w:b/>
        </w:rPr>
        <w:t xml:space="preserve">[34:19] </w:t>
      </w:r>
      <w:r>
        <w:t>aey Sulaiman ko fahm dene wale, understanding dene wale, mujhe understanding de is ayat ki. to aap ne jo kaha, bohat aham baat hai ke aadmi ko</w:t>
      </w:r>
    </w:p>
    <w:p>
      <w:pPr>
        <w:jc w:val="right"/>
      </w:pPr>
      <w:r>
        <w:t>اے سلیمان کو فہم دینے والے، انڈرسٹینڈنگ دینے والے، مجھے انڈرسٹینڈنگ دے اس آیت کی۔ تو آپ نے جو کہا، بہت اہم بات ہے کہ آدمی کو</w:t>
      </w:r>
    </w:p>
    <w:p>
      <w:r>
        <w:rPr>
          <w:b/>
        </w:rPr>
        <w:t xml:space="preserve">[34:28] </w:t>
      </w:r>
      <w:r>
        <w:t>ko ek munasib alfaaz mil jata hai apni zarooraton ko Allah ke samne rakhne ke liye. woh isi ko hadith mein bhi aya hai ke woh "yunaji rabb" ko apne rabb se munajat karta hai, sargoshi karta hai.</w:t>
      </w:r>
    </w:p>
    <w:p>
      <w:pPr>
        <w:jc w:val="right"/>
      </w:pPr>
      <w:r>
        <w:t>کو ایک مناسب الفاظ مل جاتا ہے اپنی ضرورتوں کو اللہ کے سامنے رکھنے کے لیے۔ وہ اسی کو حدیث میں بھی آیا ہے کہ وہ "یُناجی ربّ" کو اپنے رب سے مناجات کرتا ہے، سرگوشی کرتا ہے۔</w:t>
      </w:r>
    </w:p>
    <w:p>
      <w:r>
        <w:rPr>
          <w:b/>
        </w:rPr>
        <w:t xml:space="preserve">[34:39] </w:t>
      </w:r>
      <w:r>
        <w:t>to yeh bohat aham cheez hai ke insan apne rabb se sargoshi kare. to</w:t>
      </w:r>
    </w:p>
    <w:p>
      <w:pPr>
        <w:jc w:val="right"/>
      </w:pPr>
      <w:r>
        <w:t>تو یہ بہت اہم چیز ہے کہ انسان اپنے رب سے سرگوشی کرے۔ تو</w:t>
      </w:r>
    </w:p>
    <w:p>
      <w:r>
        <w:rPr>
          <w:b/>
        </w:rPr>
        <w:t xml:space="preserve">[34:44] </w:t>
      </w:r>
      <w:r>
        <w:t>uske aage main aap se ek aur sawal karunga ki asma husna ke hawale se hi</w:t>
      </w:r>
    </w:p>
    <w:p>
      <w:pPr>
        <w:jc w:val="right"/>
      </w:pPr>
      <w:r>
        <w:t>اس کے آگے میں آپ سے ایک اور سوال کروں گا کہ اسماء حسنی کے حوالے سے ہی</w:t>
      </w:r>
    </w:p>
    <w:p>
      <w:r>
        <w:rPr>
          <w:b/>
        </w:rPr>
        <w:t xml:space="preserve">[34:50] </w:t>
      </w:r>
      <w:r>
        <w:t>ek cheez ka jo zikr aata hai, woh ism e azam hai, aur uske bare mein hadees bhi</w:t>
      </w:r>
    </w:p>
    <w:p>
      <w:pPr>
        <w:jc w:val="right"/>
      </w:pPr>
      <w:r>
        <w:t>ایک چیز کا جو ذکر آتا ہے، وہ اسم اعظم ہے، اور اس کے بارے میں حدیث بھی</w:t>
      </w:r>
    </w:p>
    <w:p>
      <w:r>
        <w:rPr>
          <w:b/>
        </w:rPr>
        <w:t xml:space="preserve">[34:53] </w:t>
      </w:r>
      <w:r>
        <w:t>hai ki ek sahabi aaye, unhone namaz padhi aur phir dua ki: allāhumma innī as'aluka min laka</w:t>
      </w:r>
    </w:p>
    <w:p>
      <w:pPr>
        <w:jc w:val="right"/>
      </w:pPr>
      <w:r>
        <w:t>ہے کہ ایک صحابی آئے، انہوں نے نماز پڑھی اور پھر دعا کی: اللہم انی اسلک من لک</w:t>
      </w:r>
    </w:p>
    <w:p>
      <w:r>
        <w:rPr>
          <w:b/>
        </w:rPr>
        <w:t xml:space="preserve">[35:00] </w:t>
      </w:r>
      <w:r>
        <w:t>alḥamdu lā ilāha illā anta l-mannānu badī'u s-samāwāti wa l-arḍi yā dhal-jalāli wa l-ikrām yā ḥayyu yā qayyūmu ki ae</w:t>
      </w:r>
    </w:p>
    <w:p>
      <w:pPr>
        <w:jc w:val="right"/>
      </w:pPr>
      <w:r>
        <w:t>الحمد لا الہ الا انت المنان بدیع السماوات والارض یا ذوالجلال والاکرام یا حی یا قیوم کہ اے</w:t>
      </w:r>
    </w:p>
    <w:p>
      <w:r>
        <w:rPr>
          <w:b/>
        </w:rPr>
        <w:t xml:space="preserve">[35:08] </w:t>
      </w:r>
      <w:r>
        <w:t>Allah, main tujhse sawal karta hoon kyunki tumhare liye hamd hai, tere ilawa koi mabood nahi, tu</w:t>
      </w:r>
    </w:p>
    <w:p>
      <w:pPr>
        <w:jc w:val="right"/>
      </w:pPr>
      <w:r>
        <w:t>اللہ، میں تجھ سے سوال کرتا ہوں کیونکہ تمہارے لیے حمد ہے، تیرے علاوہ کوئی معبود نہیں، تو</w:t>
      </w:r>
    </w:p>
    <w:p>
      <w:r>
        <w:rPr>
          <w:b/>
        </w:rPr>
        <w:t xml:space="preserve">[35:13] </w:t>
      </w:r>
      <w:r>
        <w:t>ehsan karne wala hai, aasman</w:t>
      </w:r>
    </w:p>
    <w:p>
      <w:pPr>
        <w:jc w:val="right"/>
      </w:pPr>
      <w:r>
        <w:t>احسان کرنے والا ہے، آسمان</w:t>
      </w:r>
    </w:p>
    <w:p>
      <w:r>
        <w:rPr>
          <w:b/>
        </w:rPr>
        <w:t xml:space="preserve">[35:16] </w:t>
      </w:r>
      <w:r>
        <w:t>o zameen ko anokhe tareeqe se paida karne wala hai, aey dhal-jalali wal-ikram, aey zinda, aey qaim rakhne wala. is ne poori kaifiyat ke sath yeh dua ki thi.</w:t>
      </w:r>
    </w:p>
    <w:p>
      <w:pPr>
        <w:jc w:val="right"/>
      </w:pPr>
      <w:r>
        <w:t>و زمین کو انوکھے طریقے سے پیدا کرنے والا ہے، اے ذوالجلال والاکرام، اے زندہ، اے قائم رکھنے والا۔ اس نے پوری کیفیت کے ساتھ یہ دعا کی تھی۔</w:t>
      </w:r>
    </w:p>
    <w:p>
      <w:r>
        <w:rPr>
          <w:b/>
        </w:rPr>
        <w:t xml:space="preserve">[35:25] </w:t>
      </w:r>
      <w:r>
        <w:t>to Rasool Allah (SAW) ne kaha ke is ne Allah Ta'ala ko us ke Ism-e-Azam ke zariye dua kiya hai, aur jab Ism-e-Azam ke zariye dua ki jaye to woh dua zaroor qubool hoti hai.</w:t>
      </w:r>
    </w:p>
    <w:p>
      <w:pPr>
        <w:jc w:val="right"/>
      </w:pPr>
      <w:r>
        <w:t>تو رسول اللہ صلی اللہ علیہ وسلم نے کہا کہ اس نے اللہ تعالی کو اس کے اسم اعظم کے ذریعے دعا کیا ہے، اور جب اسم اعظم کے ذریعے دعا کی جائے تو وہ دعا ضرور قبول ہوتی ہے۔</w:t>
      </w:r>
    </w:p>
    <w:p>
      <w:r>
        <w:rPr>
          <w:b/>
        </w:rPr>
        <w:t xml:space="preserve">[35:34] </w:t>
      </w:r>
      <w:r>
        <w:t>to</w:t>
      </w:r>
    </w:p>
    <w:p>
      <w:pPr>
        <w:jc w:val="right"/>
      </w:pPr>
      <w:r>
        <w:t>تو</w:t>
      </w:r>
    </w:p>
    <w:p>
      <w:r>
        <w:rPr>
          <w:b/>
        </w:rPr>
        <w:t xml:space="preserve">[35:35] </w:t>
      </w:r>
      <w:r>
        <w:t>Aapa, mujhe yeh bataein ke yeh Ism-e-Azam kya hai jis ke zariye dua qubool hoti hai? Ism-e-Azam ko log kuch matlab something mysterious samajhte hain aur Ism-e-Azam ki talash karte rehte hain.</w:t>
      </w:r>
    </w:p>
    <w:p>
      <w:pPr>
        <w:jc w:val="right"/>
      </w:pPr>
      <w:r>
        <w:t>آپا، مجھے یہ بتائیں کہ یہ اسم اعظم کیا ہے جس کے ذریعے دعا قبول ہوتی ہے؟ اسم اعظم کو لوگ کچھ مطلب سمتھنگ مسٹیریس سمجھتے ہیں اور اسم اعظم کی تلاش کرتے رہتے ہیں۔</w:t>
      </w:r>
    </w:p>
    <w:p>
      <w:r>
        <w:rPr>
          <w:b/>
        </w:rPr>
        <w:t xml:space="preserve">[35:50] </w:t>
      </w:r>
      <w:r>
        <w:t>woh samajhte hain ke Khuda ka ek proper name hai, jaise insan ka ek naam hota hai.</w:t>
      </w:r>
    </w:p>
    <w:p>
      <w:pPr>
        <w:jc w:val="right"/>
      </w:pPr>
      <w:r>
        <w:t>وہ سمجھتے ہیں کہ خدا کا ایک پراپر نیم ہے، جیسے انسان کا ایک نام ہوتا ہے۔</w:t>
      </w:r>
    </w:p>
    <w:p>
      <w:r>
        <w:rPr>
          <w:b/>
        </w:rPr>
        <w:t xml:space="preserve">[35:57] </w:t>
      </w:r>
      <w:r>
        <w:t>to jab woh is proper name ko maloom kar lenge, to phir is name ke sath Khuda ko pukarenge, to un ki duaon ko Khuda qubool farmayega.</w:t>
      </w:r>
    </w:p>
    <w:p>
      <w:pPr>
        <w:jc w:val="right"/>
      </w:pPr>
      <w:r>
        <w:t>تو جب وہ اس پراپر نیم کو معلوم کر لیں گے، تو پھر اس نیم کے ساتھ خدا کو پکاریں گے، تو ان کی دعاؤں کو خدا قبول فرمائے گا۔</w:t>
      </w:r>
    </w:p>
    <w:p>
      <w:r>
        <w:rPr>
          <w:b/>
        </w:rPr>
        <w:t xml:space="preserve">[36:07] </w:t>
      </w:r>
      <w:r>
        <w:t>lekin Maulana likhte hain ke yeh Ism-e-Azam ka matlab hai kaifiyat-e-azam. Khuda ka ab jis Sahabi ki jo aap ne dua padhi, us mein koi naam aisa nahi hai.</w:t>
      </w:r>
    </w:p>
    <w:p>
      <w:pPr>
        <w:jc w:val="right"/>
      </w:pPr>
      <w:r>
        <w:t>لیکن مولانا لکھتے ہیں کہ یہ اسم اعظم کا مطلب ہے کیفیت اعظم۔ خدا کا اب جس صحابی کی جو آپ نے دعا پڑھی، اس میں کوئی نام ایسا نہیں ہے۔</w:t>
      </w:r>
    </w:p>
    <w:p>
      <w:r>
        <w:rPr>
          <w:b/>
        </w:rPr>
        <w:t xml:space="preserve">[36:18] </w:t>
      </w:r>
      <w:r>
        <w:t>woh us kaifiyat ke sath woh Khuda ko pukar raha tha, to woh kaifiyat a'a</w:t>
      </w:r>
    </w:p>
    <w:p>
      <w:pPr>
        <w:jc w:val="right"/>
      </w:pPr>
      <w:r>
        <w:t>وہ اس کیفیت کے ساتھ وہ خدا کو پکار رہا تھا، تو وہ کیفیت اع</w:t>
      </w:r>
    </w:p>
    <w:p>
      <w:r>
        <w:rPr>
          <w:b/>
        </w:rPr>
        <w:t xml:space="preserve">[36:23] </w:t>
      </w:r>
      <w:r>
        <w:t>zam hai. to khusoosi kaifiyat ke sath jab Khuda ko pukara jaye, to woh dua Khuda ki bargah mein zaroor qubool hoti hai, aur na ke rate hue alfaaz.</w:t>
      </w:r>
    </w:p>
    <w:p>
      <w:pPr>
        <w:jc w:val="right"/>
      </w:pPr>
      <w:r>
        <w:t>ظم ہے۔ تو خصوصی کیفیت کے ساتھ جب خدا کو پکارا جائے، تو وہ دعا خدا کی بارگاہ میں ضرور قبول ہوتی ہے، اور نہ کہ رٹے ہوئے الفاظ۔</w:t>
      </w:r>
    </w:p>
    <w:p>
      <w:r>
        <w:rPr>
          <w:b/>
        </w:rPr>
        <w:t xml:space="preserve">[36:34] </w:t>
      </w:r>
      <w:r>
        <w:t>aaj kal log samajhte hain ke kuch masnoon alfaaz hain, un ko rat liya jaye, isi ko dohrate chalen. lekin woh jo masnoon alfaaz hain, woh bhi prophets ko jo kaifiyat hoti thin, un kaifiyat mein woh alfaaz nikalte the.</w:t>
      </w:r>
    </w:p>
    <w:p>
      <w:pPr>
        <w:jc w:val="right"/>
      </w:pPr>
      <w:r>
        <w:t>آج کل لوگ سمجھتے ہیں کہ کچھ مسنون الفاظ ہیں، ان کو رٹ لیا جائے، اسی کو دہراتے چلیں۔ لیکن وہ جو مسنون الفاظ ہیں، وہ بھی پرافٹس کو جو کیفیات ہوتی تھیں، ان کیفیات میں وہ الفاظ نکلتے تھے۔</w:t>
      </w:r>
    </w:p>
    <w:p>
      <w:r>
        <w:rPr>
          <w:b/>
        </w:rPr>
        <w:t xml:space="preserve">[36:49] </w:t>
      </w:r>
      <w:r>
        <w:t>tab in alfaaz jo hain, woh itna zyada qeemti hote the. lekin agar hum us spirit ke baghair, devoid of spirit hon, woh alfaaz to us ki koi value nahi hai.</w:t>
      </w:r>
    </w:p>
    <w:p>
      <w:pPr>
        <w:jc w:val="right"/>
      </w:pPr>
      <w:r>
        <w:t>تب ان الفاظ جو ہیں، وہ اتنا زیادہ قیمتی ہوتے تھے۔ لیکن اگر ہم ان سپرٹ کے بغیر، ڈیوائیڈ آف سپرٹ ہوں، وہ الفاظ تو اس کی کوئی ویلیو نہیں ہے۔</w:t>
      </w:r>
    </w:p>
    <w:p>
      <w:r>
        <w:rPr>
          <w:b/>
        </w:rPr>
        <w:t xml:space="preserve">[37:01] </w:t>
      </w:r>
      <w:r>
        <w:t>us poore spirit jo hain, woh us ke andar value dalte hain. to kaifiyat se bhare hue alfaaz mein Khuda ko pukarna yahi Ism-e-Azam hai, aur Khuda ka koi ek naam to ho bhi nahi sakta.</w:t>
      </w:r>
    </w:p>
    <w:p>
      <w:pPr>
        <w:jc w:val="right"/>
      </w:pPr>
      <w:r>
        <w:t>اس پورے سپرٹ جو ہیں، وہ اس کے اندر ویلیو ڈالتے ہیں۔ تو کیفیت سے بھرے ہوئے الفاظ میں خدا کو پکارنا یہی اسم اعظم ہے، اور خدا کا کوئی ایک نام تو ہو بھی نہیں سکتا۔</w:t>
      </w:r>
    </w:p>
    <w:p>
      <w:r>
        <w:rPr>
          <w:b/>
        </w:rPr>
        <w:t xml:space="preserve">[37:15] </w:t>
      </w:r>
      <w:r>
        <w:t>Khuda us se bohat zyada buland hai.</w:t>
      </w:r>
    </w:p>
    <w:p>
      <w:pPr>
        <w:jc w:val="right"/>
      </w:pPr>
      <w:r>
        <w:t>خدا اس سے بہت زیادہ بلند ہے۔</w:t>
      </w:r>
    </w:p>
    <w:p>
      <w:r>
        <w:rPr>
          <w:b/>
        </w:rPr>
        <w:t xml:space="preserve">[37:20] </w:t>
      </w:r>
      <w:r>
        <w:t>to yeh Maulana ne likha hai ke yeh point of reference hai. to Ism-e-Azam koi ek nahi hai, balke wohi Asma-e-Husna jo hain, wohi point of reference hain, aur isi ke zariye se hum Khuda ki hasti ka tasawwur karte hain.</w:t>
      </w:r>
    </w:p>
    <w:p>
      <w:pPr>
        <w:jc w:val="right"/>
      </w:pPr>
      <w:r>
        <w:t>تو یہ مولانا نے لکھا ہے کہ یہ پوائنٹ آف ریفرنس ہے۔ تو اسم اعظم کوئی ایک نہیں ہے، بلکہ وہی اسماء حسنی جو ہیں، وہی پوائنٹ آف ریفرنس ہیں، اور اسی کے ذریعے سے ہم خدا کی ہستی کا تصور کرتے ہیں۔</w:t>
      </w:r>
    </w:p>
    <w:p>
      <w:r>
        <w:rPr>
          <w:b/>
        </w:rPr>
        <w:t xml:space="preserve">[37:36] </w:t>
      </w:r>
      <w:r>
        <w:t>to chunke lekin yeh log logon ko itna zyada yeh hai ke Khuda ka ek proper naam hai, to us ki talash karte rehte hain. asal mein</w:t>
      </w:r>
    </w:p>
    <w:p>
      <w:pPr>
        <w:jc w:val="right"/>
      </w:pPr>
      <w:r>
        <w:t>تو چونکہ لیکن یہ لوگ لوگوں کو اتنا زیادہ یہ ہے کہ خدا کا ایک پراپر نام ہے، تو اس کی تلاش کرتے رہتے ہیں۔ اصل میں</w:t>
      </w:r>
    </w:p>
    <w:p>
      <w:r>
        <w:rPr>
          <w:b/>
        </w:rPr>
        <w:t xml:space="preserve">[37:45] </w:t>
      </w:r>
      <w:r>
        <w:t>aise bohat sare kahani qisse mashhoor hain ke jaise ek koi koi pahad pahadi thi, aur us ke upar ek mahal mein kahin ek kamre mein tala laga hua tha.</w:t>
      </w:r>
    </w:p>
    <w:p>
      <w:pPr>
        <w:jc w:val="right"/>
      </w:pPr>
      <w:r>
        <w:t>ایسے بہت سارے کہانی قصے مشہور ہیں کہ جیسے ایک کوئی کوئی پہاڑ پہاڑی تھی، اور اس کے اوپر ایک محل میں کہیں ایک کمرے میں تالا لگا ہوا تھا۔</w:t>
      </w:r>
    </w:p>
    <w:p>
      <w:r>
        <w:rPr>
          <w:b/>
        </w:rPr>
        <w:t xml:space="preserve">[37:58] </w:t>
      </w:r>
      <w:r>
        <w:t>to ek sadhu ne bataya ke us taale ke andar jo hai, khazana rakha hua hai. to tum upar jao, aur wahan par khul ja.</w:t>
      </w:r>
    </w:p>
    <w:p>
      <w:pPr>
        <w:jc w:val="right"/>
      </w:pPr>
      <w:r>
        <w:t>تو ایک سادھو نے بتایا کہ اس تالے کے اندر جو ہے، خزانہ رکھا ہوا ہے۔ تو تم اوپر جاؤ، اور وہاں پر کھل جا۔</w:t>
      </w:r>
    </w:p>
    <w:p>
      <w:r>
        <w:rPr>
          <w:b/>
        </w:rPr>
        <w:t xml:space="preserve">[38:07] </w:t>
      </w:r>
      <w:r>
        <w:t>sim sim kaho ge to woh khul jayega.</w:t>
      </w:r>
    </w:p>
    <w:p>
      <w:pPr>
        <w:jc w:val="right"/>
      </w:pPr>
      <w:r>
        <w:t>سم سم کہو گے تو وہ کھل جائے گا۔</w:t>
      </w:r>
    </w:p>
    <w:p>
      <w:r>
        <w:rPr>
          <w:b/>
        </w:rPr>
        <w:t xml:space="preserve">[38:09] </w:t>
      </w:r>
      <w:r>
        <w:t>woh upar gaya to woh us ko yeh Maulana ne likha hai ke upar gaya to us ko sim sim jo hai, woh bhool gaya. woh koi tim tim kar raha hai, koi dum dum kar raha hai, koi koi bhi alfaaz bol raha hai, to woh khul hi nahi raha hai.</w:t>
      </w:r>
    </w:p>
    <w:p>
      <w:pPr>
        <w:jc w:val="right"/>
      </w:pPr>
      <w:r>
        <w:t>وہ اوپر گیا تو وہ اس کو یہ مولانا نے لکھا ہے کہ اوپر گیا تو اس کو سم سم جو ہے، وہ بھول گیا۔ وہ کوئی ٹم ٹم کر رہا ہے، کوئی دم دم کر رہا ہے، کوئی کوئی بھی الفاظ بول رہا ہے، تو وہ کھل ہی نہیں رہا ہے۔</w:t>
      </w:r>
    </w:p>
    <w:p>
      <w:r>
        <w:rPr>
          <w:b/>
        </w:rPr>
        <w:t xml:space="preserve">[38:21] </w:t>
      </w:r>
      <w:r>
        <w:t>phir woh dobara sadhu ke paas aata hai ke woh to khul hi nahi raha hai. tab unhon ne kaha ke tum sim sim kahoge, tabhi khulega. to isi se log samajhte hain ke kuch khuda ka koi proper naam hai, aur isi woh naam jab maloom ho jayega,</w:t>
      </w:r>
    </w:p>
    <w:p>
      <w:pPr>
        <w:jc w:val="right"/>
      </w:pPr>
      <w:r>
        <w:t>پھر وہ دوبارہ سادھو کے پاس آتا ہے کہ وہ تو کھل ہی نہیں رہا ہے۔ تب انہوں نے کہا کہ تم سم سم کہو گے، تبھی کھلے گا۔ تو اسی سے لوگ سمجھتے ہیں کہ کچھ خدا کا کوئی پراپر نام ہے، اور اسی وہ نام جب معلوم ہو جائے گا،</w:t>
      </w:r>
    </w:p>
    <w:p>
      <w:r>
        <w:rPr>
          <w:b/>
        </w:rPr>
        <w:t xml:space="preserve">[38:37] </w:t>
      </w:r>
      <w:r>
        <w:t>tabhi woh khuda ki jo hai, sari unki duaen qabool hongi.</w:t>
      </w:r>
    </w:p>
    <w:p>
      <w:pPr>
        <w:jc w:val="right"/>
      </w:pPr>
      <w:r>
        <w:t>تبھی وہ خدا کی جو ہے، ساری ان کی دعائیں قبول ہوں گی۔</w:t>
      </w:r>
    </w:p>
    <w:p>
      <w:r>
        <w:rPr>
          <w:b/>
        </w:rPr>
        <w:t xml:space="preserve">[38:43] </w:t>
      </w:r>
      <w:r>
        <w:t>to yeh Maulana ne kaha hai ke yeh nahi hai, balke inspired dua jo hoti hai, creative dua jo hoti hai, spirit se bhari hui dua jo hoti hai, wahi khuda ke haan qabool hoti hai.</w:t>
      </w:r>
    </w:p>
    <w:p>
      <w:pPr>
        <w:jc w:val="right"/>
      </w:pPr>
      <w:r>
        <w:t>تو یہ مولانا نے کہا ہے کہ یہ نہیں ہے، بلکہ انسپائرڈ دعا جو ہوتی ہے، کریٹیو دعا جو ہوتی ہے، سپرٹ سے بھری ہوئی دعا جو ہوتی ہے، وہی خدا کے ہاں قبول ہوتی ہے۔</w:t>
      </w:r>
    </w:p>
    <w:p>
      <w:r>
        <w:rPr>
          <w:b/>
        </w:rPr>
        <w:t xml:space="preserve">[38:56] </w:t>
      </w:r>
      <w:r>
        <w:t>aur wahi dua jo hai, isi dua ko kehte hain ke ism e azam ki dua, kyunke Allah taala ne khud kaha hai ke kaun hai jo mujh se mange taake main use doon.</w:t>
      </w:r>
    </w:p>
    <w:p>
      <w:pPr>
        <w:jc w:val="right"/>
      </w:pPr>
      <w:r>
        <w:t>اور وہی دعا جو ہے، اسی دعا کو کہتے ہیں کہ اسم اعظم کی دعا، کیونکہ اللہ تعالی نے خود کہا ہے کہ کون ہے جو مجھ سے مانگے تاکہ میں اسے دوں۔</w:t>
      </w:r>
    </w:p>
    <w:p>
      <w:r>
        <w:rPr>
          <w:b/>
        </w:rPr>
        <w:t xml:space="preserve">[39:07] </w:t>
      </w:r>
      <w:r>
        <w:t>to jab Allah taala khud keh raha hai ke tum mango, main doonga, to phir aisa hota hai. to Allah taala</w:t>
      </w:r>
    </w:p>
    <w:p>
      <w:pPr>
        <w:jc w:val="right"/>
      </w:pPr>
      <w:r>
        <w:t>تو جب اللہ تعالی خود کہہ رہا ہے کہ تم مانگو، میں دوں گا، تو پھر ایسا ہوتا ہے۔ تو اللہ تعالی</w:t>
      </w:r>
    </w:p>
    <w:p>
      <w:r>
        <w:rPr>
          <w:b/>
        </w:rPr>
        <w:t xml:space="preserve">[39:13] </w:t>
      </w:r>
      <w:r>
        <w:t>khud apna naam bata deta hai ke yeh mera ism e azam hai, is ko le ke pukaaro, to tumhein tumhari duaen qabool hongi. to yeh bilkul be rooh dua samajh lijiye ke aisa hi hai jaise koi chhalni le kar bazaar jaye, to us ko kuch bhi nahi milega.</w:t>
      </w:r>
    </w:p>
    <w:p>
      <w:pPr>
        <w:jc w:val="right"/>
      </w:pPr>
      <w:r>
        <w:t>خود اپنا نام بتا دیتا ہے کہ یہ میرا اسم اعظم ہے، اس کو لے کے پکارو، تو تمہیں تمہاری دعائیں قبول ہوں گی۔ تو یہ بالکل بے روح دعا سمجھ لیجئے کہ ایسا ہی ہے جیسے کوئی چھلنی لے کر بازار جائے، تو اس کو کچھ بھی نہیں ملے گا۔</w:t>
      </w:r>
    </w:p>
    <w:p>
      <w:r>
        <w:rPr>
          <w:b/>
        </w:rPr>
        <w:t xml:space="preserve">[39:29] </w:t>
      </w:r>
      <w:r>
        <w:t>to bilkul wahi hai be rooh dua.</w:t>
      </w:r>
    </w:p>
    <w:p>
      <w:pPr>
        <w:jc w:val="right"/>
      </w:pPr>
      <w:r>
        <w:t>تو بالکل وہی ہے بے روح دعا۔</w:t>
      </w:r>
    </w:p>
    <w:p>
      <w:r>
        <w:rPr>
          <w:b/>
        </w:rPr>
        <w:t xml:space="preserve">[39:32] </w:t>
      </w:r>
      <w:r>
        <w:t>to aap ko jo hai, dua spirit se bhari hui dua khuda ko chahiye. to dua jo hai na, dil ki pukaar hona chahiye. aur aur yeh bhi ek baat aap sab log samajh lijiye ke agar aap log arabi ki dua padh kar yaad kar kar ke us ko ratte hain, to is mein woh spirit nahi aati.</w:t>
      </w:r>
    </w:p>
    <w:p>
      <w:pPr>
        <w:jc w:val="right"/>
      </w:pPr>
      <w:r>
        <w:t>تو آپ کو جو ہے، دعا سپرٹ سے بھری ہوئی دعا خدا کو چاہیے۔ تو دعا جو ہے نا، دل کی پکار ہونا چاہیے۔ اور اور یہ بھی ایک بات آپ سب لوگ سمجھ لیجئے کہ اگر آپ لوگ عربی کی دعا پڑھ کر یاد کر کر کے اس کو رٹتے ہیں، تو اس میں وہ سپرٹ نہیں آتی۔</w:t>
      </w:r>
    </w:p>
    <w:p>
      <w:r>
        <w:rPr>
          <w:b/>
        </w:rPr>
        <w:t xml:space="preserve">[39:52] </w:t>
      </w:r>
      <w:r>
        <w:t>woh bhi sahi hai, us ko padhna chahiye, lekin dua jo hai, apni madri zabaan mein aadmi jo woh dil o dimaagh ke sath woh dua karta hai, jo khuda se sargoshiyan karta hai, to woh dua jo hai, khuda ke haan woh pahunchti hai.</w:t>
      </w:r>
    </w:p>
    <w:p>
      <w:pPr>
        <w:jc w:val="right"/>
      </w:pPr>
      <w:r>
        <w:t>وہ بھی صحیح ہے، اس کو پڑھنا چاہیے، لیکن دعا جو ہے، اپنی مادری زبان میں آدمی جو وہ دل و دماغ کے ساتھ وہ دعا کرتا ہے، جو خدا سے سرگوشیاں کرتا ہے، تو وہ دعا جو ہے، خدا کے ہاں وہ پہنچتی ہے۔</w:t>
      </w:r>
    </w:p>
    <w:p>
      <w:r>
        <w:rPr>
          <w:b/>
        </w:rPr>
        <w:t xml:space="preserve">[40:07] </w:t>
      </w:r>
      <w:r>
        <w:t>to dua jo hai, woh dil ke jazbaat ka naam hai. ab sahaba jo hain, woh arabi mein dua karte the, to un ki to wahi madri zabaan thi.</w:t>
      </w:r>
    </w:p>
    <w:p>
      <w:pPr>
        <w:jc w:val="right"/>
      </w:pPr>
      <w:r>
        <w:t>تو دعا جو ہے، وہ دل کے جذبات کا نام ہے۔ اب صحابہ جو ہیں، وہ عربی میں دعا کرتے تھے، تو ان کی تو وہی مادری زبان تھی۔</w:t>
      </w:r>
    </w:p>
    <w:p>
      <w:r>
        <w:rPr>
          <w:b/>
        </w:rPr>
        <w:t xml:space="preserve">[40:17] </w:t>
      </w:r>
      <w:r>
        <w:t>to woh poore tareeqe se is mein is mein jazbaat un ke shamil rehte the.</w:t>
      </w:r>
    </w:p>
    <w:p>
      <w:pPr>
        <w:jc w:val="right"/>
      </w:pPr>
      <w:r>
        <w:t>تو وہ پورے طریقے سے اس میں اس میں جذبات ان کے شامل رہتے تھے۔</w:t>
      </w:r>
    </w:p>
    <w:p>
      <w:r>
        <w:rPr>
          <w:b/>
        </w:rPr>
        <w:t xml:space="preserve">[40:22] </w:t>
      </w:r>
      <w:r>
        <w:t>to har paighambar dekhiye, apni qaum ki zabaan mein bheja gaya. to isi liye warna to Allah ke liye kya mushkil tha? saath har qaum ki zabaan arabi hoti.</w:t>
      </w:r>
    </w:p>
    <w:p>
      <w:pPr>
        <w:jc w:val="right"/>
      </w:pPr>
      <w:r>
        <w:t>تو ہر پیغمبر دیکھیے، اپنی قوم کی زبان میں بھیجا گیا۔ تو اسی لیے ورنہ تو اللہ کے لیے کیا مشکل تھا؟ ساتھ ہر قوم کی زبان عربی ہوتی۔</w:t>
      </w:r>
    </w:p>
    <w:p>
      <w:r>
        <w:rPr>
          <w:b/>
        </w:rPr>
        <w:t xml:space="preserve">[40:32] </w:t>
      </w:r>
      <w:r>
        <w:t>to madri zabaan mein jo jazbaat ke sath jo alfaaz nikalte hain, to woh khuda ke haan qabool hote hain. to</w:t>
      </w:r>
    </w:p>
    <w:p>
      <w:pPr>
        <w:jc w:val="right"/>
      </w:pPr>
      <w:r>
        <w:t>تو مادری زبان میں جو جذبات کے ساتھ جو الفاظ نکلتے ہیں، تو وہ خدا کے ہاں قبول ہوتے ہیں۔ تو</w:t>
      </w:r>
    </w:p>
    <w:p>
      <w:r>
        <w:rPr>
          <w:b/>
        </w:rPr>
        <w:t xml:space="preserve">[40:42] </w:t>
      </w:r>
      <w:r>
        <w:t>is tareeqe se jab hum dua karenge, to wahi marifat hai, aur wahi ism e azam hai, wahi asma e husna hai, aur isi ke zariye se hamein apne imaan mein hum izafa kar sakte hain.</w:t>
      </w:r>
    </w:p>
    <w:p>
      <w:pPr>
        <w:jc w:val="right"/>
      </w:pPr>
      <w:r>
        <w:t>اس طریقے سے جب ہم دعا کریں گے، تو وہی معرفت ہے، اور وہی اسم اعظم ہے، وہی اسماء حسنی ہے، اور اسی کے ذریعے سے ہمیں اپنے ایمان میں ہم اضافہ کر سکتے ہیں۔</w:t>
      </w:r>
    </w:p>
    <w:p>
      <w:r>
        <w:rPr>
          <w:b/>
        </w:rPr>
        <w:t xml:space="preserve">[40:55] </w:t>
      </w:r>
      <w:r>
        <w:t>aapa, bilkul aap ne durust baat kahi ke is ka matlab کیفیت اعظم hai, aur ulama ne is par likha bhi hai: "المراد بے اسم اعظم حالت یکون علیہ الداعی" ke ism e azam se murad woh halat hai jis par dua karne wala hota hai.</w:t>
      </w:r>
    </w:p>
    <w:p>
      <w:pPr>
        <w:jc w:val="right"/>
      </w:pPr>
      <w:r>
        <w:t>آپا، بالکل آپ نے درست بات کہی کہ اس کا مطلب کیفیت اعظم ہے، اور علماء نے اس پر لکھا بھی ہے: "المراد بے اسم اعظم حالت یکون علیہ الداعی" کہ اسم اعظم سے مراد وہ حالت ہے جس پر دعا کرنے والا ہوتا ہے۔</w:t>
      </w:r>
    </w:p>
    <w:p>
      <w:r>
        <w:rPr>
          <w:b/>
        </w:rPr>
        <w:t xml:space="preserve">[41:10] </w:t>
      </w:r>
      <w:r>
        <w:t>aur wahi tashmul kal min دعا اللہ تعالی باسم من اسمائہ ان کان علی تلک الحال ke is mein Allah taala ke tamam asma shamil hain.</w:t>
      </w:r>
    </w:p>
    <w:p>
      <w:pPr>
        <w:jc w:val="right"/>
      </w:pPr>
      <w:r>
        <w:t>اور وحی تشمل کل من دعا اللہ تعالی باسم من اسمائہ ان کان علی تلک الحال کہ اس میں اللہ تعالی کے تمام اسماء شامل ہیں۔</w:t>
      </w:r>
    </w:p>
    <w:p>
      <w:r>
        <w:rPr>
          <w:b/>
        </w:rPr>
        <w:t xml:space="preserve">[41:19] </w:t>
      </w:r>
      <w:r>
        <w:t>agar dua karne wala is کیفیت ke sath dua kare, is halat ke sath dua kare. aur jazbaat ki baat jo kahi, to woh bilkul hadith mein bhi is ke ke bare mein aata hai ke teen aadmi ki dua Allah taala radd nahi karta: "الامام المقصد وسائم حتی یفتر والمظلوم" فإنها تفتح لها أبواب السماء وترفع فوق الغمامینظر إلیہ الرب عزوجل فيقول وعزتی لانصرنک ولو بعدہ</w:t>
      </w:r>
    </w:p>
    <w:p>
      <w:pPr>
        <w:jc w:val="right"/>
      </w:pPr>
      <w:r>
        <w:t>اگر دعا کرنے والا اس کیفیت کے ساتھ دعا کرے، اس حالت کے ساتھ دعا کرے۔ اور جذبات کی بات جو کہی، تو وہ بالکل حدیث میں بھی اس کے کے بارے میں آتا ہے کہ تین آدمی کی دعا اللہ تعالی رد نہیں کرتا: "الامام المقصد وسائم حتی یفتر والمظلوم" فإنها تفتح لها أبواب السماء وترفع فوق الغمامینظر إلیہ الرب عزوجل فيقول وعزتي لانصرنک ولو بعدہ</w:t>
      </w:r>
    </w:p>
    <w:p>
      <w:r>
        <w:rPr>
          <w:b/>
        </w:rPr>
        <w:t xml:space="preserve">[41:47] </w:t>
      </w:r>
      <w:r>
        <w:t>ke teen aadmi ki dua Allah taala radd nahi karta: ek to insaaf pasand qaid, doosra rozey daar, yahan tak ke woh iftar kar le, aur teesra mazloom</w:t>
      </w:r>
    </w:p>
    <w:p>
      <w:pPr>
        <w:jc w:val="right"/>
      </w:pPr>
      <w:r>
        <w:t>کہ تین آدمی کی دعا اللہ تعالی رد نہیں کرتا: ایک تو انصاف پسند قائد، دوسرا روزے دار، یہاں تک کہ وہ افطار کر لے، اور تیسرا مظلوم</w:t>
      </w:r>
    </w:p>
    <w:p>
      <w:r>
        <w:rPr>
          <w:b/>
        </w:rPr>
        <w:t xml:space="preserve">[41:58] </w:t>
      </w:r>
      <w:r>
        <w:t>۔ jab woh aasman ki taraf us ki dua pahunchti hai, to aasman ke darwaze khol diye jate hain, aur Allah taala us ki taraf dekhta hai aur kehta hai: "meri izzat ki qasam, main zaroor tumhari madad karunga, agarche thodi der mein hoon".</w:t>
      </w:r>
    </w:p>
    <w:p>
      <w:pPr>
        <w:jc w:val="right"/>
      </w:pPr>
      <w:r>
        <w:t>۔ جب وہ آسمان کی طرف اس کی دعا پہنچتی ہے، تو آسمان کے دروازے کھول دیے جاتے ہیں، اور اللہ تعالی اس کی طرف دیکھتا ہے اور کہتا ہے: "میری عزت کی قسم، میں ضرور تمہاری مدد کروں گا، اگرچہ تھوڑی دیر میں ہوں"۔</w:t>
      </w:r>
    </w:p>
    <w:p>
      <w:r>
        <w:rPr>
          <w:b/>
        </w:rPr>
        <w:t xml:space="preserve">[42:10] </w:t>
      </w:r>
      <w:r>
        <w:t>to saim aur mazloom jo hota hai, woh کیفیت ke sath dua karta hai, aur agar sincere leader ho, woh bhi کیفیت ke sath dua karega insaan ke liye.</w:t>
      </w:r>
    </w:p>
    <w:p>
      <w:pPr>
        <w:jc w:val="right"/>
      </w:pPr>
      <w:r>
        <w:t>تو سائم اور مظلوم جو ہوتا ہے، وہ کیفیت کے ساتھ دعا کرتا ہے، اور اگر سنسیئر لیڈر ہو، وہ بھی کیفیت کے ساتھ دعا کرے گا انسان کے لیے۔</w:t>
      </w:r>
    </w:p>
    <w:p>
      <w:r>
        <w:rPr>
          <w:b/>
        </w:rPr>
        <w:t xml:space="preserve">[42:18] </w:t>
      </w:r>
      <w:r>
        <w:t>to isi کیفیت ki buniyad par Allah taala yeh keh raha hai ke "meri izzat ki qasam, main zaroor tumhari madad karunga". to yeh bilkul sahi baat hai ke woh کیفیت</w:t>
      </w:r>
    </w:p>
    <w:p>
      <w:pPr>
        <w:jc w:val="right"/>
      </w:pPr>
      <w:r>
        <w:t>تو اسی کیفیت کی بنیاد پر اللہ تعالی یہ کہہ رہا ہے کہ "میری عزت کی قسم، میں ضرور تمہاری مدد کروں گا"۔ تو یہ بالکل صحیح بات ہے کہ وہ کیفیت</w:t>
      </w:r>
    </w:p>
    <w:p>
      <w:r>
        <w:rPr>
          <w:b/>
        </w:rPr>
        <w:t xml:space="preserve">[42:28] </w:t>
      </w:r>
      <w:r>
        <w:t>ka ism e azam ka matlab hai, na yeh ke koi special koi naam ho jis ka matlab hai. is liye hadith mein bhi dekhen, jahan par bhi ism e azam ka zikr hai, wahan par koi ek mutayyan naam nahi, alag alag naam hain, alag alag.</w:t>
      </w:r>
    </w:p>
    <w:p>
      <w:pPr>
        <w:jc w:val="right"/>
      </w:pPr>
      <w:r>
        <w:t>کا اسم اعظم کا مطلب ہے، نہ یہ کہ کوئی اسپیشل کوئی نام ہو جس کا مطلب ہے۔ اس لیے حدیث میں بھی دیکھیں، جہاں پر بھی اسم اعظم کا ذکر ہے، وہاں پر کوئی ایک متعین نام نہیں، الگ الگ نام ہیں، الگ الگ۔</w:t>
      </w:r>
    </w:p>
    <w:p>
      <w:r>
        <w:rPr>
          <w:b/>
        </w:rPr>
        <w:t xml:space="preserve">[42:39] </w:t>
      </w:r>
      <w:r>
        <w:t>jaise kisi mein kaha gaya "قلھو اللہ احد" hai, kisi mein kaha gaya ke "لا الہ الا انت سبحانک" hai. yeh کیفیت hai. asal mein yunus علیہ السلام ne bhi jo dua ki thi "لا الہ الا انت", woh کیفیت tha.</w:t>
      </w:r>
    </w:p>
    <w:p>
      <w:pPr>
        <w:jc w:val="right"/>
      </w:pPr>
      <w:r>
        <w:t>جیسے کسی میں کہا گیا "قلھو اللہ احد" ہے، کسی میں کہا گیا کہ "لا الہ الا انت سبحانک" ہے۔ یہ کیفیت ہے۔ اصل میں یونس علیہ السلام نے بھی جو دعا کی تھی "لا الہ الا انت"، وہ کیفیت تھا۔</w:t>
      </w:r>
    </w:p>
    <w:p>
      <w:r>
        <w:rPr>
          <w:b/>
        </w:rPr>
        <w:t xml:space="preserve">[42:49] </w:t>
      </w:r>
      <w:r>
        <w:t>un ke andar jo chale gaye,</w:t>
      </w:r>
    </w:p>
    <w:p>
      <w:pPr>
        <w:jc w:val="right"/>
      </w:pPr>
      <w:r>
        <w:t>ان کے اندر جو چلے گئے،</w:t>
      </w:r>
    </w:p>
    <w:p>
      <w:r>
        <w:rPr>
          <w:b/>
        </w:rPr>
        <w:t xml:space="preserve">[42:51] </w:t>
      </w:r>
      <w:r>
        <w:t>to کیفیت ki buniyad par woh dua ki thi. to</w:t>
      </w:r>
    </w:p>
    <w:p>
      <w:pPr>
        <w:jc w:val="right"/>
      </w:pPr>
      <w:r>
        <w:t>تو کیفیت کی بنیاد پر وہ دعا کی تھی۔ تو</w:t>
      </w:r>
    </w:p>
    <w:p>
      <w:r>
        <w:rPr>
          <w:b/>
        </w:rPr>
        <w:t xml:space="preserve">[42:56] </w:t>
      </w:r>
      <w:r>
        <w:t>yeh hamare liye zaroori hai ke hum کیفیت ke sath dua karna seekhein, aur yeh apni zuban mein dua karein to insan ke andar bohat ziyada کیفیت aati hai.</w:t>
      </w:r>
    </w:p>
    <w:p>
      <w:pPr>
        <w:jc w:val="right"/>
      </w:pPr>
      <w:r>
        <w:t>یہ ہمارے لیے ضروری ہے کہ ہم کیفیت کے ساتھ دعا کرنا سیکھیں، اور یہ اپنی زبان میں دعا کریں تو انسان کے اندر بہت زیادہ کیفیت آتی ہے۔</w:t>
      </w:r>
    </w:p>
    <w:p>
      <w:r>
        <w:rPr>
          <w:b/>
        </w:rPr>
        <w:t xml:space="preserve">[43:07] </w:t>
      </w:r>
      <w:r>
        <w:t>Agla sawal lene se pehle main aap ke samne kuch jo ta'surat hain, woh main bayan karunga. Ah Muhammad Amjad Qadri sahib ah ne likha hai ah zikr ke bare mein: "This is the depth of feeling".</w:t>
      </w:r>
    </w:p>
    <w:p>
      <w:pPr>
        <w:jc w:val="right"/>
      </w:pPr>
      <w:r>
        <w:t>اگلا سوال لینے سے پہلے میں آپ کے سامنے کچھ جو تاثرات ہیں، وہ میں بیان کروں گا۔ اہ محمد امجد قادری صاحب اہ نے لکھا ہے اہ ذکر کے بارے میں: "دس از دا ڈیپتھ اف فیلنگ"۔</w:t>
      </w:r>
    </w:p>
    <w:p>
      <w:r>
        <w:rPr>
          <w:b/>
        </w:rPr>
        <w:t xml:space="preserve">[43:21] </w:t>
      </w:r>
      <w:r>
        <w:t>Remembrance is not just by action but through aspect of nature that surrounds us and must be filled by a soul that means spiritual.</w:t>
      </w:r>
    </w:p>
    <w:p>
      <w:pPr>
        <w:jc w:val="right"/>
      </w:pPr>
      <w:r>
        <w:t>Remembrance is not just by action but through aspect of nature that surrounds us and must be filled by a soul that means spiritual.</w:t>
      </w:r>
    </w:p>
    <w:p>
      <w:r>
        <w:rPr>
          <w:b/>
        </w:rPr>
        <w:t xml:space="preserve">[43:31] </w:t>
      </w:r>
      <w:r>
        <w:t>Is ke aage unhon ne likha: "Unless we know that, unless we know what we have gifted, we cannot be thankful and again for this one need to observe every blessing surround us.</w:t>
      </w:r>
    </w:p>
    <w:p>
      <w:pPr>
        <w:jc w:val="right"/>
      </w:pPr>
      <w:r>
        <w:t>اس کے آگے انہوں نے لکھا: "Unless we know that, unless we know what we have gifted, we cannot be thankful and again for this one need to observe every blessing surround us.</w:t>
      </w:r>
    </w:p>
    <w:p>
      <w:r>
        <w:rPr>
          <w:b/>
        </w:rPr>
        <w:t xml:space="preserve">[43:43] </w:t>
      </w:r>
      <w:r>
        <w:t>From the atom to the skies, everything is created by Allah." Jazak Allah Khaira. Miss Fareeda Kamran ne likha hai: "Excellent topic select</w:t>
      </w:r>
    </w:p>
    <w:p>
      <w:pPr>
        <w:jc w:val="right"/>
      </w:pPr>
      <w:r>
        <w:t>From the atom to the skies, everything is created by Allah." جزاک اللہ خیرا۔ مس فریدہ کامران نے لکھا ہے: "Excellent topic select</w:t>
      </w:r>
    </w:p>
    <w:p>
      <w:r>
        <w:rPr>
          <w:b/>
        </w:rPr>
        <w:t xml:space="preserve">[43:53] </w:t>
      </w:r>
      <w:r>
        <w:t>ed. Asma ul Husna help us to know Allah Almighty in a great manner and a key to success for Jannah." Jazak Allah Khaira.</w:t>
      </w:r>
    </w:p>
    <w:p>
      <w:pPr>
        <w:jc w:val="right"/>
      </w:pPr>
      <w:r>
        <w:t>ed. Asmaء الحسنی help us to know Allah Almighty in a great manner and a key to success for Jannah." جزاک اللہ خیرا۔</w:t>
      </w:r>
    </w:p>
    <w:p>
      <w:r>
        <w:rPr>
          <w:b/>
        </w:rPr>
        <w:t xml:space="preserve">[44:04] </w:t>
      </w:r>
      <w:r>
        <w:t>Aapa, ab aakhri mein aap se ek sawal hai, woh yeh ke Maulana ka koi waqia batayein ke Maulana kis tarah zikr karte the, kis tarah tasawwur karte the, Khuda ko yaad karte the.</w:t>
      </w:r>
    </w:p>
    <w:p>
      <w:pPr>
        <w:jc w:val="right"/>
      </w:pPr>
      <w:r>
        <w:t>آپا، اب آخری میں آپ سے ایک سوال ہے، وہ یہ کہ مولانا کا کوئی واقعہ بتائیں کہ مولانا کس طرح ذکر کرتے تھے، کس طرح توسم کرتے تھے، خدا کو یاد کرتے تھے۔</w:t>
      </w:r>
    </w:p>
    <w:p>
      <w:r>
        <w:rPr>
          <w:b/>
        </w:rPr>
        <w:t xml:space="preserve">[44:12] </w:t>
      </w:r>
      <w:r>
        <w:t>Is par koi waqia bataiye.</w:t>
      </w:r>
    </w:p>
    <w:p>
      <w:pPr>
        <w:jc w:val="right"/>
      </w:pPr>
      <w:r>
        <w:t>اس پر کوئی واقعہ بتائیے۔</w:t>
      </w:r>
    </w:p>
    <w:p>
      <w:r>
        <w:rPr>
          <w:b/>
        </w:rPr>
        <w:t xml:space="preserve">[44:19] </w:t>
      </w:r>
      <w:r>
        <w:t>Maulana ke to bohat sare rozana hi yeh sab hota tha,</w:t>
      </w:r>
    </w:p>
    <w:p>
      <w:pPr>
        <w:jc w:val="right"/>
      </w:pPr>
      <w:r>
        <w:t>مولانا کے تو بہت سارے روزانہ ہی یہ سب ہوتا تھا،</w:t>
      </w:r>
    </w:p>
    <w:p>
      <w:r>
        <w:rPr>
          <w:b/>
        </w:rPr>
        <w:t xml:space="preserve">[44:23] </w:t>
      </w:r>
      <w:r>
        <w:t>lekin ek khaas waqia jo Maulana ne apni kitab "Islam Rediscovered" mein likha hai, woh main aap ko bataungi ke kis tarah un ke haan, un ke haan ek aam waqia, ek mamooli waqia, ek spiritual waqie mein dhal jata tha.</w:t>
      </w:r>
    </w:p>
    <w:p>
      <w:pPr>
        <w:jc w:val="right"/>
      </w:pPr>
      <w:r>
        <w:t>لیکن ایک خاص واقعہ جو مولانا نے اپنی کتاب "اسلام ری ڈسکورڈ" میں لکھا ہے، وہ میں آپ کو بتاؤں گی کہ کس طریقے سے ان کے ہاں، ان کے ہاں ایک عام واقعہ، ایک معمولی واقعہ، ایک سپرچول واقعے میں ڈھل جاتا تھا۔</w:t>
      </w:r>
    </w:p>
    <w:p>
      <w:r>
        <w:rPr>
          <w:b/>
        </w:rPr>
        <w:t xml:space="preserve">[44:40] </w:t>
      </w:r>
      <w:r>
        <w:t>To Maulana gaye the Manchester, England, 17 June 1999 mein.</w:t>
      </w:r>
    </w:p>
    <w:p>
      <w:pPr>
        <w:jc w:val="right"/>
      </w:pPr>
      <w:r>
        <w:t>تو مولانا گئے تھے مانچسٹر، انگلینڈ، 17 جون 1999 میں۔</w:t>
      </w:r>
    </w:p>
    <w:p>
      <w:r>
        <w:rPr>
          <w:b/>
        </w:rPr>
        <w:t xml:space="preserve">[44:48] </w:t>
      </w:r>
      <w:r>
        <w:t>To wahan par ek Arab the, Al-Arif Ahmed. Un ke haan woh thehre hue the, to first floor par thehre hue the.</w:t>
      </w:r>
    </w:p>
    <w:p>
      <w:pPr>
        <w:jc w:val="right"/>
      </w:pPr>
      <w:r>
        <w:t>تو وہاں پر ایک عرب تھے، العارف احمد۔ ان کے ہاں وہ ٹھہرے ہوئے تھے، تو فرسٹ فلور پر ٹھہرے ہوئے تھے۔</w:t>
      </w:r>
    </w:p>
    <w:p>
      <w:r>
        <w:rPr>
          <w:b/>
        </w:rPr>
        <w:t xml:space="preserve">[44:56] </w:t>
      </w:r>
      <w:r>
        <w:t>To ek din kya hua ke Al-Arif jo hain, woh kahin bahar gaye hue the, to un ki biwi aur un ke bachche wahan the.</w:t>
      </w:r>
    </w:p>
    <w:p>
      <w:pPr>
        <w:jc w:val="right"/>
      </w:pPr>
      <w:r>
        <w:t>تو ایک دن کیا ہوا کہ العارف جو ہیں، وہ کہیں باہر گئے ہوئے تھے، تو ان کی بیوی اور ان کے بچے وہاں تھے۔</w:t>
      </w:r>
    </w:p>
    <w:p>
      <w:r>
        <w:rPr>
          <w:b/>
        </w:rPr>
        <w:t xml:space="preserve">[45:06] </w:t>
      </w:r>
      <w:r>
        <w:t>To ek paanch saal ki nanhi si bachchi, uska naam tha Kanta,</w:t>
      </w:r>
    </w:p>
    <w:p>
      <w:pPr>
        <w:jc w:val="right"/>
      </w:pPr>
      <w:r>
        <w:t>تو ایک پانچ سالہ ننھی سی بچی، اس کا نام تھا کانتہ،</w:t>
      </w:r>
    </w:p>
    <w:p>
      <w:r>
        <w:rPr>
          <w:b/>
        </w:rPr>
        <w:t xml:space="preserve">[45:11] </w:t>
      </w:r>
      <w:r>
        <w:t>to woh upar aayi aur bohat hi halka sa darwaza khatkhataya. Aur jab aur aur bohat hi masoomana alfaaz mein kaha: "Tureedu haajah,</w:t>
      </w:r>
    </w:p>
    <w:p>
      <w:pPr>
        <w:jc w:val="right"/>
      </w:pPr>
      <w:r>
        <w:t>تو وہ اوپر آئی اور بہت ہی ہلکا سا دروازہ کھٹکھٹایا۔ اور جب اور اور بہت ہی معصومانہ الفاظ میں کہا: "تریدو حاجہ،</w:t>
      </w:r>
    </w:p>
    <w:p>
      <w:r>
        <w:rPr>
          <w:b/>
        </w:rPr>
        <w:t xml:space="preserve">[45:25] </w:t>
      </w:r>
      <w:r>
        <w:t>Aap ko kisi cheez ki zaroorat hai?</w:t>
      </w:r>
    </w:p>
    <w:p>
      <w:pPr>
        <w:jc w:val="right"/>
      </w:pPr>
      <w:r>
        <w:t>آپ کو کسی چیز کی ضرورت ہے؟</w:t>
      </w:r>
    </w:p>
    <w:p>
      <w:r>
        <w:rPr>
          <w:b/>
        </w:rPr>
        <w:t xml:space="preserve">[45:28] </w:t>
      </w:r>
      <w:r>
        <w:t>" To woh aisi masoomana awaz se woh itna ziyada overwhelm ho gaye ke jawab bhi nahi de paye.</w:t>
      </w:r>
    </w:p>
    <w:p>
      <w:pPr>
        <w:jc w:val="right"/>
      </w:pPr>
      <w:r>
        <w:t>" تو وہ ایسی معصومانہ آواز سے وہ اتنا زیادہ اوورویلم ہو گئے کہ جواب بھی نہیں دے پائے۔</w:t>
      </w:r>
    </w:p>
    <w:p>
      <w:r>
        <w:rPr>
          <w:b/>
        </w:rPr>
        <w:t xml:space="preserve">[45:36] </w:t>
      </w:r>
      <w:r>
        <w:t>Aur aur kehne lage ke bazahir ek mamooli sa waqia, woh ek azeem waqie mein convert ho gaya. Un ko aisa laga jaise ke koi ke Allah taala ne koi farishta bheja hai ke woh meri zaroorat ko daryaft kare aur use poora kare.</w:t>
      </w:r>
    </w:p>
    <w:p>
      <w:pPr>
        <w:jc w:val="right"/>
      </w:pPr>
      <w:r>
        <w:t>اور اور کہنے لگے کہ بظاہر ایک معمولی سا واقعہ، وہ ایک عظیم واقعے میں کنورٹ ہو گیا۔ ان کو ایسا لگا جیسے کہ کوئی کہ اللہ تعالی نے کوئی فرشتہ بھیجا ہے کہ وہ میری ضرورت کو دریافت کرے اور اسے پورا کرے۔</w:t>
      </w:r>
    </w:p>
    <w:p>
      <w:r>
        <w:rPr>
          <w:b/>
        </w:rPr>
        <w:t xml:space="preserve">[45:55] </w:t>
      </w:r>
      <w:r>
        <w:t>Phir un ko yeh hadith yaad aayi ke Rabb ul Alameen rozana aasman duniya par aata hai aur pukarta hai: "Kya koi hai jo muhtaj ho aur mujh se mange to main us ko ata karoon?" To is se pata chalta hai ke woh har waqt hadith, Quran aur inhi mein jeete the.</w:t>
      </w:r>
    </w:p>
    <w:p>
      <w:pPr>
        <w:jc w:val="right"/>
      </w:pPr>
      <w:r>
        <w:t>پھر ان کو یہ حدیث یاد آئی کہ رب العالمین روزانہ آسمان دنیا پر آتا ہے اور پکارتا ہے: "کیا کوئی ہے جو محتاج ہو اور مجھ سے مانگے تو میں اس کو عطا کروں؟" تو اس سے پتہ چلتا ہے کہ وہ ہر وقت حدیث، قرآن اور انہی میں جیتے تھے۔</w:t>
      </w:r>
    </w:p>
    <w:p>
      <w:r>
        <w:rPr>
          <w:b/>
        </w:rPr>
        <w:t xml:space="preserve">[46:14] </w:t>
      </w:r>
      <w:r>
        <w:t>To koi bhi waqia hota tha to us se us ko relate karte the.</w:t>
      </w:r>
    </w:p>
    <w:p>
      <w:pPr>
        <w:jc w:val="right"/>
      </w:pPr>
      <w:r>
        <w:t>تو کوئی بھی واقعہ ہوتا تھا تو اس سے اس کو ریلیٹ کرتے تھے۔</w:t>
      </w:r>
    </w:p>
    <w:p>
      <w:r>
        <w:rPr>
          <w:b/>
        </w:rPr>
        <w:t xml:space="preserve">[46:20] </w:t>
      </w:r>
      <w:r>
        <w:t>To yeh jo chhota sa jo sawal us ne kiya ke "Tureedu haajah, kya tum ko koi cheez ki zaroorat hai?" To us se un ke andarooni wajood mein ek inqilab aa gaya jis ko aaj psychology mein kehte hain "brainstorming".</w:t>
      </w:r>
    </w:p>
    <w:p>
      <w:pPr>
        <w:jc w:val="right"/>
      </w:pPr>
      <w:r>
        <w:t>تو یہ جو چھوٹا سا جو سوال اس نے کیا کہ "تریدو حاجہ، کیا تم کو کوئی چیز کی ضرورت ہے؟" تو اس سے ان کے اندرونی وجود میں ایک انقلاب آ گیا جس کو آج سائیکالوجی میں کہتے ہیں "برین سٹارمنگ"۔</w:t>
      </w:r>
    </w:p>
    <w:p>
      <w:r>
        <w:rPr>
          <w:b/>
        </w:rPr>
        <w:t xml:space="preserve">[46:37] </w:t>
      </w:r>
      <w:r>
        <w:t>To un ko aisa mehsoos hua ke un ke mind ke screen par poori kainat samne aa gayi hai.</w:t>
      </w:r>
    </w:p>
    <w:p>
      <w:pPr>
        <w:jc w:val="right"/>
      </w:pPr>
      <w:r>
        <w:t>تو ان کو ایسا محسوس ہوا کہ ان کے مائنڈ کے سکرین پر پوری کائنات سامنے آ گئی ہے۔</w:t>
      </w:r>
    </w:p>
    <w:p>
      <w:r>
        <w:rPr>
          <w:b/>
        </w:rPr>
        <w:t xml:space="preserve">[46:45] </w:t>
      </w:r>
      <w:r>
        <w:t>Aur ek ek bohat bada rohani</w:t>
      </w:r>
    </w:p>
    <w:p>
      <w:pPr>
        <w:jc w:val="right"/>
      </w:pPr>
      <w:r>
        <w:t>اور ایک ایک بہت بڑا روحانی</w:t>
      </w:r>
    </w:p>
    <w:p>
      <w:r>
        <w:rPr>
          <w:b/>
        </w:rPr>
        <w:t xml:space="preserve">[46:48] </w:t>
      </w:r>
      <w:r>
        <w:t>tajurba tha. Woh kehte hain ke main is ko alfaaz mein sahi bayan bhi nahi kar sakta. To aisa laga ke Khuda ek nanhe farishte se keh raha hai, nanhe farishte ke zariye keh raha hai ke "Ae mere bande, kya tum ko kisi cheez ki zaroorat hai?" Phir un ko aisa mehsoos hua ke is amal mein goya poori kainat shamil ho gayi hai,</w:t>
      </w:r>
    </w:p>
    <w:p>
      <w:pPr>
        <w:jc w:val="right"/>
      </w:pPr>
      <w:r>
        <w:t>تجربہ تھا۔ وہ کہتے ہیں کہ میں اس کو الفاظ میں صحیح بیان بھی نہیں کر سکتا۔ تو ایسا لگا کہ خدا ایک ننھے فرشتے سے کہہ رہا ہے، ننھے فرشتے کے ذریعے کہہ رہا ہے کہ "اے میرے بندے، کیا تم کو کسی چیز کی ضرورت ہے؟" پھر ان کو ایسا محسوس ہوا کہ اس عمل میں گویا پوری کائنات شامل ہو گئی ہے،</w:t>
      </w:r>
    </w:p>
    <w:p>
      <w:r>
        <w:rPr>
          <w:b/>
        </w:rPr>
        <w:t xml:space="preserve">[47:10] </w:t>
      </w:r>
      <w:r>
        <w:t>jaise ke poori kainat mujh se yeh sawal pooch rahi ho. Wasee aasman keh raha ho:</w:t>
      </w:r>
    </w:p>
    <w:p>
      <w:pPr>
        <w:jc w:val="right"/>
      </w:pPr>
      <w:r>
        <w:t>جیسے کہ پوری کائنات مجھ سے یہ سوال پوچھ رہی ہو۔ وسیع آسمان کہہ رہا ہو:</w:t>
      </w:r>
    </w:p>
    <w:p>
      <w:r>
        <w:rPr>
          <w:b/>
        </w:rPr>
        <w:t xml:space="preserve">[47:16] </w:t>
      </w:r>
      <w:r>
        <w:t>"kya tum ko kisi panah gah ki zaroorat hai? main tum ko panah gah mahya karunga kyunke Khuda ne mujhe aisa karne ka hukum diya hai." phir chamakta hua suraj keh raha hai: "kya tum ko roshni ki zaroorat hai?</w:t>
      </w:r>
    </w:p>
    <w:p>
      <w:pPr>
        <w:jc w:val="right"/>
      </w:pPr>
      <w:r>
        <w:t>"کیا تم کو کسی پناہ گاہ کی ضرورت ہے؟ میں تم کو پناہ گاہ مہیا کروں گا کیونکہ خدا نے مجھے ایسا کرنے کا حکم دیا ہے۔" پھر چمکتا ہوا سورج کہہ رہا ہے: "کیا تم کو روشنی کی ضرورت ہے؟</w:t>
      </w:r>
    </w:p>
    <w:p>
      <w:r>
        <w:rPr>
          <w:b/>
        </w:rPr>
        <w:t xml:space="preserve">[47:30] </w:t>
      </w:r>
      <w:r>
        <w:t>main roshni dene ke liye hazir hoon." phir behte darya ki rawani jaise un ko mehsoos hua keh rahi hai: "kya tum ko tazkiya ke liye rohani ghusal ki zaroorat hai?</w:t>
      </w:r>
    </w:p>
    <w:p>
      <w:pPr>
        <w:jc w:val="right"/>
      </w:pPr>
      <w:r>
        <w:t>میں روشنی دینے کے لیے حاضر ہوں۔" پھر بہتے دریا کی روانی جیسے ان کو محسوس ہوا کہہ رہی ہے: "کیا تم کو تزکیہ کے لیے روحانی غسل کی ضرورت ہے؟</w:t>
      </w:r>
    </w:p>
    <w:p>
      <w:r>
        <w:rPr>
          <w:b/>
        </w:rPr>
        <w:t xml:space="preserve">[47:40] </w:t>
      </w:r>
      <w:r>
        <w:t>main is ke liye hazir hoon."</w:t>
      </w:r>
    </w:p>
    <w:p>
      <w:pPr>
        <w:jc w:val="right"/>
      </w:pPr>
      <w:r>
        <w:t>میں اس کے لیے حاضر ہوں۔"</w:t>
      </w:r>
    </w:p>
    <w:p>
      <w:r>
        <w:rPr>
          <w:b/>
        </w:rPr>
        <w:t xml:space="preserve">[47:43] </w:t>
      </w:r>
      <w:r>
        <w:t>phir un ko aisa laga ke hawa ke jhonke pooch rahe hon ke "kya tum ko Khuda ke wonders ko dekhne ke liye kainat ki sair karni hai?</w:t>
      </w:r>
    </w:p>
    <w:p>
      <w:pPr>
        <w:jc w:val="right"/>
      </w:pPr>
      <w:r>
        <w:t>پھر ان کو ایسا لگا کہ ہوا کے جھونکے پوچھ رہے ہوں کہ "کیا تم کو خدا کے ونڈرز کو دیکھنے کے لیے کائنات کی سیر کرنی ہے؟</w:t>
      </w:r>
    </w:p>
    <w:p>
      <w:r>
        <w:rPr>
          <w:b/>
        </w:rPr>
        <w:t xml:space="preserve">[47:52] </w:t>
      </w:r>
      <w:r>
        <w:t>to meri pusht is rohani safar ke liye maujood hai." phir un ko aisa laga ke jaise darakht sargoshi kar rahe hain ke "kya tum hamari tarah ki numo pazeer aur positive personality rakhna pasand karoge?</w:t>
      </w:r>
    </w:p>
    <w:p>
      <w:pPr>
        <w:jc w:val="right"/>
      </w:pPr>
      <w:r>
        <w:t>تو میری پشت اس روحانی سفر کے لیے موجود ہے۔" پھر ان کو ایسا لگا کہ جیسے درخت سرگوشی کر رہے ہیں کہ "کیا تم ہماری طرح کی نمو پذیر اور پازیٹیو پرسنیلٹی رکھنا پسند کرو گے؟</w:t>
      </w:r>
    </w:p>
    <w:p>
      <w:r>
        <w:rPr>
          <w:b/>
        </w:rPr>
        <w:t xml:space="preserve">[48:06] </w:t>
      </w:r>
      <w:r>
        <w:t>to hum tumhari is khwahish ko poora karne ke liye tayyar hain. hum ek model hain is ke liye."</w:t>
      </w:r>
    </w:p>
    <w:p>
      <w:pPr>
        <w:jc w:val="right"/>
      </w:pPr>
      <w:r>
        <w:t>تو ہم تمہاری اس خواہش کو پورا کرنے کے لیے تیار ہیں۔ ہم ایک ماڈل ہیں اس کے لیے۔"</w:t>
      </w:r>
    </w:p>
    <w:p>
      <w:r>
        <w:rPr>
          <w:b/>
        </w:rPr>
        <w:t xml:space="preserve">[48:13] </w:t>
      </w:r>
      <w:r>
        <w:t>to phir yeh poora un ka dimagh mein yeh scene chal raha tha. phir un ko parindon ke chehchahane ki awaz aayi. to un ko aisa laga ke yeh paigham de rahe hain ke "ae Khuda ke bande, yahan tumhare liye khushkhabri hai.</w:t>
      </w:r>
    </w:p>
    <w:p>
      <w:pPr>
        <w:jc w:val="right"/>
      </w:pPr>
      <w:r>
        <w:t>تو پھر یہ پورا ان کا دماغ میں یہ سین چل رہا تھا۔ پھر ان کو پرندوں کے چہچہانے کی آواز آئی۔ تو ان کو ایسا لگا کہ یہ پیغام دے رہے ہیں کہ "اے خدا کے بندے، یہاں تمہارے لیے خوشخبری ہے۔</w:t>
      </w:r>
    </w:p>
    <w:p>
      <w:r>
        <w:rPr>
          <w:b/>
        </w:rPr>
        <w:t xml:space="preserve">[48:26] </w:t>
      </w:r>
      <w:r>
        <w:t>agar tumhein koi bhi zaroorat hai to Khuda ne poori kainat tumhari zarooraton ko poora karne ke liye banai hai. Khuda ne sari kainat ko din raat tumhari khidmat mein hazir rehne ke liye paida kiya hai.</w:t>
      </w:r>
    </w:p>
    <w:p>
      <w:pPr>
        <w:jc w:val="right"/>
      </w:pPr>
      <w:r>
        <w:t>اگر تمہیں کوئی بھی ضرورت ہے تو خدا نے پوری کائنات تمہاری ضرورتوں کو پورا کرنے کے لیے بنائی ہے۔ خدا نے ساری کائنات کو دن رات تمہاری خدمت میں حاضر رہنے کے لیے پیدا کیا ہے۔</w:t>
      </w:r>
    </w:p>
    <w:p>
      <w:r>
        <w:rPr>
          <w:b/>
        </w:rPr>
        <w:t xml:space="preserve">[48:41] </w:t>
      </w:r>
      <w:r>
        <w:t>yeh sirf imagination ki baat nahi hai balkeh real sense mein poori kainat ek custom made universe hai. yeh sirf yeh hai ke hum itni gehrai se sochte nahi hain.</w:t>
      </w:r>
    </w:p>
    <w:p>
      <w:pPr>
        <w:jc w:val="right"/>
      </w:pPr>
      <w:r>
        <w:t>یہ صرف امیجنیشن کی بات نہیں ہے بلکہ ریئل سینس میں پوری کائنات ایک کسٹم میڈ یونیورس ہے۔ یہ صرف یہ ہے کہ ہم اتنی گہرائی سے سوچتے نہیں ہیں۔</w:t>
      </w:r>
    </w:p>
    <w:p>
      <w:r>
        <w:rPr>
          <w:b/>
        </w:rPr>
        <w:t xml:space="preserve">[48:53] </w:t>
      </w:r>
      <w:r>
        <w:t>hum har cheez ko for granted le lete hain. to yahi hamein bhi chahiye ke hum har baat ko bohat hi zyada ghaur karen, tosamah karen.</w:t>
      </w:r>
    </w:p>
    <w:p>
      <w:pPr>
        <w:jc w:val="right"/>
      </w:pPr>
      <w:r>
        <w:t>ہم ہر چیز کو فار گرانٹڈ لے لیتے ہیں۔ تو یہی ہمیں بھی چاہیے کہ ہم ہر بات کو بہت ہی زیادہ غور کریں، توسم کریں۔</w:t>
      </w:r>
    </w:p>
    <w:p>
      <w:r>
        <w:rPr>
          <w:b/>
        </w:rPr>
        <w:t xml:space="preserve">[49:03] </w:t>
      </w:r>
      <w:r>
        <w:t>to hamein bhi yeh sab realization hoga.</w:t>
      </w:r>
    </w:p>
    <w:p>
      <w:pPr>
        <w:jc w:val="right"/>
      </w:pPr>
      <w:r>
        <w:t>تو ہمیں بھی یہ سب ریلائزیشن ہوگا۔</w:t>
      </w:r>
    </w:p>
    <w:p>
      <w:r>
        <w:rPr>
          <w:b/>
        </w:rPr>
        <w:t xml:space="preserve">[49:06] </w:t>
      </w:r>
      <w:r>
        <w:t>aur realization is liye zaroori hai ke kyunke jannat hi hum Allah taala ne is par depend ki hui hai ke hamein jab realization hoga, hamein marifat hogi, tab hamein jannat milegi.</w:t>
      </w:r>
    </w:p>
    <w:p>
      <w:pPr>
        <w:jc w:val="right"/>
      </w:pPr>
      <w:r>
        <w:t>اور ریلائزیشن اس لیے ضروری ہے کہ کیونکہ جنت ہی ہم اللہ تعالی نے اس پر ڈیپینڈ کی ہوئی ہے کہ ہمیں جب ریلائزیشن ہوگا، ہمیں معرفت ہوگی، تب ہمیں جنت ملے گی۔</w:t>
      </w:r>
    </w:p>
    <w:p>
      <w:r>
        <w:rPr>
          <w:b/>
        </w:rPr>
        <w:t xml:space="preserve">[49:21] </w:t>
      </w:r>
      <w:r>
        <w:t>to ahl-e-imaan ko chahiye ke woh apni soch ki is tarah tarbiyat karen ke zindagi ka har tajruba, har waqea un ke liye shukr ka item ban jaye.</w:t>
      </w:r>
    </w:p>
    <w:p>
      <w:pPr>
        <w:jc w:val="right"/>
      </w:pPr>
      <w:r>
        <w:t>تو اہل ایمان کو چاہیے کہ وہ اپنی سوچ کی اس طرح تربیت کریں کہ زندگی کا ہر تجربہ، ہر واقعہ ان کے لیے شکر کا آئٹم بن جائے۔</w:t>
      </w:r>
    </w:p>
    <w:p>
      <w:r>
        <w:rPr>
          <w:b/>
        </w:rPr>
        <w:t xml:space="preserve">[49:33] </w:t>
      </w:r>
      <w:r>
        <w:t>yeh aakhri sawal tha.</w:t>
      </w:r>
    </w:p>
    <w:p>
      <w:pPr>
        <w:jc w:val="right"/>
      </w:pPr>
      <w:r>
        <w:t>یہ آخری سوال تھا۔</w:t>
      </w:r>
    </w:p>
    <w:p>
      <w:r>
        <w:rPr>
          <w:b/>
        </w:rPr>
        <w:t xml:space="preserve">[49:36] </w:t>
      </w:r>
      <w:r>
        <w:t>is sawal ke baad bas hum yahi dua kar sakte hain, karenge Allah taala se ke Allah taala hamein marifat wali zindagi par qaim rakhe aur imaan par khatma farmaye aur hamein hamesha apni qurbat ata kare.</w:t>
      </w:r>
    </w:p>
    <w:p>
      <w:pPr>
        <w:jc w:val="right"/>
      </w:pPr>
      <w:r>
        <w:t>اس سوال کے بعد بس ہم یہی دعا کر سکتے ہیں، کریں گے اللہ تعالی سے کہ اللہ تعالی ہمیں معرفت والی زندگی پر قائم رکھے اور ایمان پر خاتمہ فرمائے اور ہمیں ہمیشہ اپنی قربت عطا کرے۔</w:t>
      </w:r>
    </w:p>
    <w:p>
      <w:r>
        <w:rPr>
          <w:b/>
        </w:rPr>
        <w:t xml:space="preserve">[49:50] </w:t>
      </w:r>
      <w:r>
        <w:t>ameen. isi par aaj ki aaj ka yeh class khatm hota hai. assalam o alaikum wa rehmatullah.</w:t>
      </w:r>
    </w:p>
    <w:p>
      <w:pPr>
        <w:jc w:val="right"/>
      </w:pPr>
      <w:r>
        <w:t>آمین۔ اسی پر آج کی آج کا یہ کلاس ختم ہوتا ہے۔ السلام علیکم ورحمۃ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