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Universal Study of The Quran 26 July, 2019 - Maulana Wahiduddin Khan</w:t>
      </w:r>
    </w:p>
    <w:p>
      <w:r>
        <w:t>https://www.youtube.com/watch?v=Ac4V122XwXA</w:t>
      </w:r>
    </w:p>
    <w:p>
      <w:r>
        <w:rPr>
          <w:b/>
        </w:rPr>
        <w:t xml:space="preserve">[00:13] </w:t>
      </w:r>
      <w:r>
        <w:t>bismillah-al-rahman-al-rahim. 26 julai</w:t>
      </w:r>
    </w:p>
    <w:p>
      <w:pPr>
        <w:jc w:val="right"/>
      </w:pPr>
      <w:r>
        <w:t>بسم اللہ الرحمن الرحیم۔ 26 جولائی</w:t>
      </w:r>
    </w:p>
    <w:p>
      <w:r>
        <w:rPr>
          <w:b/>
        </w:rPr>
        <w:t xml:space="preserve">[00:22] </w:t>
      </w:r>
      <w:r>
        <w:t>2019. ji.</w:t>
      </w:r>
    </w:p>
    <w:p>
      <w:pPr>
        <w:jc w:val="right"/>
      </w:pPr>
      <w:r>
        <w:t>2019۔ جی۔</w:t>
      </w:r>
    </w:p>
    <w:p>
      <w:r>
        <w:rPr>
          <w:b/>
        </w:rPr>
        <w:t xml:space="preserve">[00:33] </w:t>
      </w:r>
      <w:r>
        <w:t>dekhiye, quran ki tafsirain bohat likhi gai hain. aik andazay ke mutabiq 5000 se zaid.</w:t>
      </w:r>
    </w:p>
    <w:p>
      <w:pPr>
        <w:jc w:val="right"/>
      </w:pPr>
      <w:r>
        <w:t>دیکھیے، قرآن کی تفسیریں بہت لکھی گئی ہیں۔ ایک اندازے کے مطابق 5000 سے زیادہ۔</w:t>
      </w:r>
    </w:p>
    <w:p>
      <w:r>
        <w:rPr>
          <w:b/>
        </w:rPr>
        <w:t xml:space="preserve">[00:48] </w:t>
      </w:r>
      <w:r>
        <w:t>lekin tamam tafsirain jo hain,</w:t>
      </w:r>
    </w:p>
    <w:p>
      <w:pPr>
        <w:jc w:val="right"/>
      </w:pPr>
      <w:r>
        <w:t>لیکن تمام تفسیریں جو ہیں،</w:t>
      </w:r>
    </w:p>
    <w:p>
      <w:r>
        <w:rPr>
          <w:b/>
        </w:rPr>
        <w:t xml:space="preserve">[00:54] </w:t>
      </w:r>
      <w:r>
        <w:t>quran ke alfaaz ko le kar likhi gai hain.</w:t>
      </w:r>
    </w:p>
    <w:p>
      <w:pPr>
        <w:jc w:val="right"/>
      </w:pPr>
      <w:r>
        <w:t>قرآن کے الفاظ کو لے کر لکھی گئی ہیں۔</w:t>
      </w:r>
    </w:p>
    <w:p>
      <w:r>
        <w:rPr>
          <w:b/>
        </w:rPr>
        <w:t xml:space="preserve">[01:00] </w:t>
      </w:r>
      <w:r>
        <w:t>alfaaz ko le kar.</w:t>
      </w:r>
    </w:p>
    <w:p>
      <w:pPr>
        <w:jc w:val="right"/>
      </w:pPr>
      <w:r>
        <w:t>الفاظ کو لے کر۔</w:t>
      </w:r>
    </w:p>
    <w:p>
      <w:r>
        <w:rPr>
          <w:b/>
        </w:rPr>
        <w:t xml:space="preserve">[01:10] </w:t>
      </w:r>
      <w:r>
        <w:t>lekin meri rai yeh bani hai, ghore o fikr ke baad, ke alfaaz ko le kar agar aap tafsir karte hain to aap ko quran ka bohat hi thora hissa mile ga.</w:t>
      </w:r>
    </w:p>
    <w:p>
      <w:pPr>
        <w:jc w:val="right"/>
      </w:pPr>
      <w:r>
        <w:t>لیکن میری رائے یہ بنی ہے، غور و فکر کے بعد، کہ الفاظ کو لے کر اگر آپ تفسیر کرتے ہیں تو آپ کو قرآن کا بہت ہی تھوڑا حصہ ملے گا۔</w:t>
      </w:r>
    </w:p>
    <w:p>
      <w:r>
        <w:rPr>
          <w:b/>
        </w:rPr>
        <w:t xml:space="preserve">[01:27] </w:t>
      </w:r>
      <w:r>
        <w:t>alfaaz oopar oopar oopar uthna pare ga. yani mani ke satah par jana pare ga.</w:t>
      </w:r>
    </w:p>
    <w:p>
      <w:pPr>
        <w:jc w:val="right"/>
      </w:pPr>
      <w:r>
        <w:t>الفاظ اوپر اوپر اوپر اٹھنا پڑے گا۔ یعنی معنی کے سطح پر جانا پڑے گا۔</w:t>
      </w:r>
    </w:p>
    <w:p>
      <w:r>
        <w:rPr>
          <w:b/>
        </w:rPr>
        <w:t xml:space="preserve">[01:37] </w:t>
      </w:r>
      <w:r>
        <w:t>agar aap alfaaz ke satah par, yani nahv o sirf o lughat o nazm, yeh sab alfaaz hain.</w:t>
      </w:r>
    </w:p>
    <w:p>
      <w:pPr>
        <w:jc w:val="right"/>
      </w:pPr>
      <w:r>
        <w:t>اگر آپ الفاظ کے سطح پر، یعنی نحو اور صرف اور لغت اور نظم، یہ سب الفاظ ہیں۔</w:t>
      </w:r>
    </w:p>
    <w:p>
      <w:r>
        <w:rPr>
          <w:b/>
        </w:rPr>
        <w:t xml:space="preserve">[01:48] </w:t>
      </w:r>
      <w:r>
        <w:t>inhon ne kya kaha, inhon ne kya kaha, aur</w:t>
      </w:r>
    </w:p>
    <w:p>
      <w:pPr>
        <w:jc w:val="right"/>
      </w:pPr>
      <w:r>
        <w:t>انہوں نے کیا کہا، انہوں نے کیا کہا، اور</w:t>
      </w:r>
    </w:p>
    <w:p>
      <w:r>
        <w:rPr>
          <w:b/>
        </w:rPr>
        <w:t xml:space="preserve">[01:54] </w:t>
      </w:r>
      <w:r>
        <w:t>woh shan-e-noor kya hai, sab alfaaz.</w:t>
      </w:r>
    </w:p>
    <w:p>
      <w:pPr>
        <w:jc w:val="right"/>
      </w:pPr>
      <w:r>
        <w:t>وہ شان نور کیا ہے، سب الفاظ۔</w:t>
      </w:r>
    </w:p>
    <w:p>
      <w:r>
        <w:rPr>
          <w:b/>
        </w:rPr>
        <w:t xml:space="preserve">[02:01] </w:t>
      </w:r>
      <w:r>
        <w:t>to alfaaz ki satah par agar aap quran ko samajhne ki koshish karte hain to aap ko quran ka bohat thora hissa ilm mein aye ga.</w:t>
      </w:r>
    </w:p>
    <w:p>
      <w:pPr>
        <w:jc w:val="right"/>
      </w:pPr>
      <w:r>
        <w:t>تو الفاظ کی سطح پر اگر آپ قرآن کو سمجھنے کی کوشش کرتے ہیں تو آپ کو قرآن کا بہت تھوڑا حصہ علم میں آئے گا۔</w:t>
      </w:r>
    </w:p>
    <w:p>
      <w:r>
        <w:rPr>
          <w:b/>
        </w:rPr>
        <w:t xml:space="preserve">[02:19] </w:t>
      </w:r>
      <w:r>
        <w:t>aap ko quran ke alfaaz se oopar uthna pare ga. tab ziyada quran mile ga aap ko.</w:t>
      </w:r>
    </w:p>
    <w:p>
      <w:pPr>
        <w:jc w:val="right"/>
      </w:pPr>
      <w:r>
        <w:t>آپ کو قرآن کے الفاظ سے اوپر اٹھنا پڑے گا۔ تب زیادہ قرآن ملے گا آپ کو۔</w:t>
      </w:r>
    </w:p>
    <w:p>
      <w:r>
        <w:rPr>
          <w:b/>
        </w:rPr>
        <w:t xml:space="preserve">[02:31] </w:t>
      </w:r>
      <w:r>
        <w:t>yeh aap ko bohat anokhi baat lagti hogi ke alfaaz hi tumhare paas hain.</w:t>
      </w:r>
    </w:p>
    <w:p>
      <w:pPr>
        <w:jc w:val="right"/>
      </w:pPr>
      <w:r>
        <w:t>یہ آپ کو بہت انوکھی بات لگتی ہوگی کہ الفاظ ہی تمہارے پاس ہیں۔</w:t>
      </w:r>
    </w:p>
    <w:p>
      <w:r>
        <w:rPr>
          <w:b/>
        </w:rPr>
        <w:t xml:space="preserve">[02:36] </w:t>
      </w:r>
      <w:r>
        <w:t>hain? ji. ji. anokhi baat hai. lekin main aap ko aik ayat batata hoon, is par ghore kijiye. wa qim min ayat fi al-samawat wa al-ard yamaruna alaiha yamarun.</w:t>
      </w:r>
    </w:p>
    <w:p>
      <w:pPr>
        <w:jc w:val="right"/>
      </w:pPr>
      <w:r>
        <w:t>ہیں؟ جی۔ جی۔ انوکھی بات ہے۔ لیکن میں آپ کو ایک آیت بتاتا ہوں، اس پر غور کیجیے۔ وقیم من آیت فی السماوات والارض یمرون علیہا مردون۔</w:t>
      </w:r>
    </w:p>
    <w:p>
      <w:r>
        <w:rPr>
          <w:b/>
        </w:rPr>
        <w:t xml:space="preserve">[02:52] </w:t>
      </w:r>
      <w:r>
        <w:t>hain? wa qim min ayat fi al-samawat wa al-ard yamaruna alaiha. samawat wa al-ard mein ayaten hain.</w:t>
      </w:r>
    </w:p>
    <w:p>
      <w:pPr>
        <w:jc w:val="right"/>
      </w:pPr>
      <w:r>
        <w:t>ہیں؟ وقیم من آیت فی السماوات والارض یمرون علیہا۔ سماوات والارض میں آیتیں ہیں۔</w:t>
      </w:r>
    </w:p>
    <w:p>
      <w:r>
        <w:rPr>
          <w:b/>
        </w:rPr>
        <w:t xml:space="preserve">[03:03] </w:t>
      </w:r>
      <w:r>
        <w:t>to kaun tha is zamane mein ya kaun is zamane mein hai? koi samawat, zameen, aasman ki sari ayaton ko مرور مرور hota hoga.</w:t>
      </w:r>
    </w:p>
    <w:p>
      <w:pPr>
        <w:jc w:val="right"/>
      </w:pPr>
      <w:r>
        <w:t>تو کون تھا اس زمانے میں یا کون اس زمانے میں ہے؟ کوئی سماوات، زمین، آسمان کی ساری آیتوں کو مرور مرور ہوتا ہوگا۔</w:t>
      </w:r>
    </w:p>
    <w:p>
      <w:r>
        <w:rPr>
          <w:b/>
        </w:rPr>
        <w:t xml:space="preserve">[03:14] </w:t>
      </w:r>
      <w:r>
        <w:t>hain? bataiye. wa qim min ayat fi al-samawat wa al-ard yamaruna alaiha.</w:t>
      </w:r>
    </w:p>
    <w:p>
      <w:pPr>
        <w:jc w:val="right"/>
      </w:pPr>
      <w:r>
        <w:t>ہیں؟ بتائیے۔ وقیم من آیت فی السماوات والارض یمرون علیہا۔</w:t>
      </w:r>
    </w:p>
    <w:p>
      <w:r>
        <w:rPr>
          <w:b/>
        </w:rPr>
        <w:t xml:space="preserve">[03:25] </w:t>
      </w:r>
      <w:r>
        <w:t>yani مرور hota hai aap ka aasman ki ayaton par</w:t>
      </w:r>
    </w:p>
    <w:p>
      <w:pPr>
        <w:jc w:val="right"/>
      </w:pPr>
      <w:r>
        <w:t>یعنی مرور ہوتا ہے آپ کا آسمان کی آیتوں پر</w:t>
      </w:r>
    </w:p>
    <w:p>
      <w:r>
        <w:rPr>
          <w:b/>
        </w:rPr>
        <w:t xml:space="preserve">[03:29] </w:t>
      </w:r>
      <w:r>
        <w:t>? nahin. hain? nahin hota. aisa mumkin nahin. to agar is ko aap bilkul alfaaz ke aitbar se len to yeh ayat bilkul ajeeb o ghareeb ayat hai.</w:t>
      </w:r>
    </w:p>
    <w:p>
      <w:pPr>
        <w:jc w:val="right"/>
      </w:pPr>
      <w:r>
        <w:t>؟ نہیں۔ ہیں؟ نہیں ہوتا۔ ایسا ممکن نہیں۔ تو اگر اس کو آپ بالکل الفاظ کے اعتبار سے لیں تو یہ آیت بالکل عجیب و غریب آیت ہے۔</w:t>
      </w:r>
    </w:p>
    <w:p>
      <w:r>
        <w:rPr>
          <w:b/>
        </w:rPr>
        <w:t xml:space="preserve">[03:42] </w:t>
      </w:r>
      <w:r>
        <w:t>kiska مرور hota hai? na rabb-e-k hua, na aaj kisi ka ho raha hai. hain?</w:t>
      </w:r>
    </w:p>
    <w:p>
      <w:pPr>
        <w:jc w:val="right"/>
      </w:pPr>
      <w:r>
        <w:t>کس کا مرور ہوتا ہے؟ نہ ربک ہوا، نہ آج کسی کا ہو رہا ہے۔ ہیں؟</w:t>
      </w:r>
    </w:p>
    <w:p>
      <w:r>
        <w:rPr>
          <w:b/>
        </w:rPr>
        <w:t xml:space="preserve">[03:51] </w:t>
      </w:r>
      <w:r>
        <w:t>kijiye sahib, ayat padhiye. wa qim min ayat fi al-samawat wa al-ard yamaruna alaiha wa ma anha mu'ridun.</w:t>
      </w:r>
    </w:p>
    <w:p>
      <w:pPr>
        <w:jc w:val="right"/>
      </w:pPr>
      <w:r>
        <w:t>کیجیے صاحب، آیت پڑھیے۔ وقیم من آیت فی السماوات والارض یمرون علیہا وما عنہا معرضون۔</w:t>
      </w:r>
    </w:p>
    <w:p>
      <w:r>
        <w:rPr>
          <w:b/>
        </w:rPr>
        <w:t xml:space="preserve">[04:01] </w:t>
      </w:r>
      <w:r>
        <w:t>to مرور kahan hua? kiska hua? mujhe bataiye. hain? sahaba ka bhi nahin hua?</w:t>
      </w:r>
    </w:p>
    <w:p>
      <w:pPr>
        <w:jc w:val="right"/>
      </w:pPr>
      <w:r>
        <w:t>تو مرور کہاں ہوا؟ کس کا ہوا؟ مجھے بتائیے۔ ہیں؟ صحابہ کا بھی نہیں ہوا؟</w:t>
      </w:r>
    </w:p>
    <w:p>
      <w:r>
        <w:rPr>
          <w:b/>
        </w:rPr>
        <w:t xml:space="preserve">[04:10] </w:t>
      </w:r>
      <w:r>
        <w:t>ji. nahin hua. is ke mani yeh hain ke aap ko</w:t>
      </w:r>
    </w:p>
    <w:p>
      <w:pPr>
        <w:jc w:val="right"/>
      </w:pPr>
      <w:r>
        <w:t>جی۔ نہیں ہوا۔ اس کے معنی یہ ہیں کہ آپ کو</w:t>
      </w:r>
    </w:p>
    <w:p>
      <w:r>
        <w:rPr>
          <w:b/>
        </w:rPr>
        <w:t xml:space="preserve">[04:16] </w:t>
      </w:r>
      <w:r>
        <w:t>مرور mein dakhil karna pare ga sochna. sochne ke mani mein, na ke مرور ke mani mein.</w:t>
      </w:r>
    </w:p>
    <w:p>
      <w:pPr>
        <w:jc w:val="right"/>
      </w:pPr>
      <w:r>
        <w:t>مرور میں داخل کرنا پڑے گا سوچنا۔ سوچنے کے معنی میں، نہ کہ مرور کے معنی میں۔</w:t>
      </w:r>
    </w:p>
    <w:p>
      <w:r>
        <w:rPr>
          <w:b/>
        </w:rPr>
        <w:t xml:space="preserve">[04:31] </w:t>
      </w:r>
      <w:r>
        <w:t>kyunke dekhiye, agar aap jo logon ne research ki hai insani mind par, to insani mind ke bare mein jo bare scholar hain, jo unhon ne research ki hai, wo kehte hain ke insan ke ek human brain mein itne particle hain jo sare units bhi na aayen, is se zyada zyada hain.</w:t>
      </w:r>
    </w:p>
    <w:p>
      <w:pPr>
        <w:jc w:val="right"/>
      </w:pPr>
      <w:r>
        <w:t>کیونکہ دیکھیے، اگر آپ جو لوگوں نے ریسرچ کی ہے انسانی مائنڈ پر، تو انسانی مائنڈ کے بارے میں جو بڑے اسکالر ہیں، جو انہوں نے ریسرچ کی ہے، وہ کہتے ہیں کہ انسان کے ایک ہیومن برین میں اتنے پارٹیکل ہیں جو سارے یونٹس بھی نہ آئیں، اس سے زیادہ زیادہ ہیں۔</w:t>
      </w:r>
    </w:p>
    <w:p>
      <w:r>
        <w:rPr>
          <w:b/>
        </w:rPr>
        <w:t xml:space="preserve">[04:58] </w:t>
      </w:r>
      <w:r>
        <w:t>hain</w:t>
      </w:r>
    </w:p>
    <w:p>
      <w:pPr>
        <w:jc w:val="right"/>
      </w:pPr>
      <w:r>
        <w:t>ہیں</w:t>
      </w:r>
    </w:p>
    <w:p>
      <w:r>
        <w:rPr>
          <w:b/>
        </w:rPr>
        <w:t xml:space="preserve">[04:59] </w:t>
      </w:r>
      <w:r>
        <w:t>? bilkul. ek single brain mein itne zyada particle hain jo sare units ke particle se bhi zyada hain. to jab itna bari capacity hai mere mind ki, to kya kya sochega wo?</w:t>
      </w:r>
    </w:p>
    <w:p>
      <w:pPr>
        <w:jc w:val="right"/>
      </w:pPr>
      <w:r>
        <w:t>؟ بالکل۔ ایک سنگل برین میں اتنے زیادہ پارٹیکل ہیں جو سارے یونٹس کے پارٹیکل سے بھی زیادہ ہیں۔ تو جب اتنا بڑی کیپیسٹی ہے میرے مائنڈ کی، تو کیا کیا سوچے گا وہ؟</w:t>
      </w:r>
    </w:p>
    <w:p>
      <w:r>
        <w:rPr>
          <w:b/>
        </w:rPr>
        <w:t xml:space="preserve">[05:14] </w:t>
      </w:r>
      <w:r>
        <w:t>wo nikal jayega zameen o aasman se. sari zameen o aasman mein is waqt pahunch jayegi. hain?</w:t>
      </w:r>
    </w:p>
    <w:p>
      <w:pPr>
        <w:jc w:val="right"/>
      </w:pPr>
      <w:r>
        <w:t>وہ نکل جائے گا زمین و آسمان سے۔ ساری زمین و آسمان میں اس وقت پہنچ جائے گی۔ ہیں؟</w:t>
      </w:r>
    </w:p>
    <w:p>
      <w:r>
        <w:rPr>
          <w:b/>
        </w:rPr>
        <w:t xml:space="preserve">[05:29] </w:t>
      </w:r>
      <w:r>
        <w:t>to agar sirf jo maroof tareeqa hai, alfaaz ko le kar sochna, is se aap Quran ka bohat hi fraction milega.</w:t>
      </w:r>
    </w:p>
    <w:p>
      <w:pPr>
        <w:jc w:val="right"/>
      </w:pPr>
      <w:r>
        <w:t>تو اگر صرف جو معروف طریقہ ہے، الفاظ کو لے کر سوچنا، اس سے آپ قرآن کا بہت ہی فریکشن ملے گا۔</w:t>
      </w:r>
    </w:p>
    <w:p>
      <w:r>
        <w:rPr>
          <w:b/>
        </w:rPr>
        <w:t xml:space="preserve">[05:40] </w:t>
      </w:r>
      <w:r>
        <w:t>aap ko soch ki satah par aap ko jana padega.</w:t>
      </w:r>
    </w:p>
    <w:p>
      <w:pPr>
        <w:jc w:val="right"/>
      </w:pPr>
      <w:r>
        <w:t>آپ کو سوچ کی سطح پر آپ کو جانا پڑے گا۔</w:t>
      </w:r>
    </w:p>
    <w:p>
      <w:r>
        <w:rPr>
          <w:b/>
        </w:rPr>
        <w:t xml:space="preserve">[05:49] </w:t>
      </w:r>
      <w:r>
        <w:t>misalan main ek choti si misal deta hoon. aaj mera mind trigger hua. ye jo keh raha hoon main, ye aaj hi mere mind mein aaya ke مرور se murad wo alfaaz ka parhna nahi hai.</w:t>
      </w:r>
    </w:p>
    <w:p>
      <w:pPr>
        <w:jc w:val="right"/>
      </w:pPr>
      <w:r>
        <w:t>مثلاً میں ایک چھوٹی سی مثال دیتا ہوں۔ آج میرا مائنڈ ٹریگر ہوا۔ یہ جو کہہ رہا ہوں میں، یہ آج ہی میرے مائنڈ میں آیا کہ مرور سے مراد وہ الفاظ کا پڑھنا نہیں ہے۔</w:t>
      </w:r>
    </w:p>
    <w:p>
      <w:r>
        <w:rPr>
          <w:b/>
        </w:rPr>
        <w:t xml:space="preserve">[06:08] </w:t>
      </w:r>
      <w:r>
        <w:t>aaj mujhe yaad aaya ke main ghaliban 1941 mein naujawani ki umar mein Lahore gaya tha.</w:t>
      </w:r>
    </w:p>
    <w:p>
      <w:pPr>
        <w:jc w:val="right"/>
      </w:pPr>
      <w:r>
        <w:t>آج مجھے یاد آیا کہ میں غالباً 1941 میں نوجوانی کی عمر میں لاہور گیا تھا۔</w:t>
      </w:r>
    </w:p>
    <w:p>
      <w:r>
        <w:rPr>
          <w:b/>
        </w:rPr>
        <w:t xml:space="preserve">[06:21] </w:t>
      </w:r>
      <w:r>
        <w:t>Lahore gaya tha. naujawani ki umar, yani ghair pakhta umar thi wo. aise hi. to main socha ke main itni door gaya,</w:t>
      </w:r>
    </w:p>
    <w:p>
      <w:pPr>
        <w:jc w:val="right"/>
      </w:pPr>
      <w:r>
        <w:t>لاہور گیا تھا۔ نوجوانی کی عمر، یعنی غیر پختہ عمر تھی وہ۔ ایسے ہی۔ تو میں سوچا کہ میں اتنی دور گیا،</w:t>
      </w:r>
    </w:p>
    <w:p>
      <w:r>
        <w:rPr>
          <w:b/>
        </w:rPr>
        <w:t xml:space="preserve">[06:36] </w:t>
      </w:r>
      <w:r>
        <w:t>yani alam garh se Lahore gaya aur Lahore se wapas aaya. lekin seekha kuch bhi nahi.</w:t>
      </w:r>
    </w:p>
    <w:p>
      <w:pPr>
        <w:jc w:val="right"/>
      </w:pPr>
      <w:r>
        <w:t>یعنی عالم گڑھ سے لاہور گیا اور لاہور سے واپس آیا۔ لیکن سیکھا کچھ بھی نہیں۔</w:t>
      </w:r>
    </w:p>
    <w:p>
      <w:r>
        <w:rPr>
          <w:b/>
        </w:rPr>
        <w:t xml:space="preserve">[06:46] </w:t>
      </w:r>
      <w:r>
        <w:t>mujhe kuch bhi yaad nahi. koi aql ke baad seekhi wo main ne. kyunke wo umar naujawani ki umar thi.</w:t>
      </w:r>
    </w:p>
    <w:p>
      <w:pPr>
        <w:jc w:val="right"/>
      </w:pPr>
      <w:r>
        <w:t>مجھے کچھ بھی یاد نہیں۔ کوئی عقل کے بعد سیکھی وہ میں نے۔ کیونکہ وہ عمر نوجوانی کی عمر تھی۔</w:t>
      </w:r>
    </w:p>
    <w:p>
      <w:r>
        <w:rPr>
          <w:b/>
        </w:rPr>
        <w:t xml:space="preserve">[06:57] </w:t>
      </w:r>
      <w:r>
        <w:t>ab jo main rozana, mujhe mere tajrubaat hain, rozana nai baatein, nai baatein, nai baatein.</w:t>
      </w:r>
    </w:p>
    <w:p>
      <w:pPr>
        <w:jc w:val="right"/>
      </w:pPr>
      <w:r>
        <w:t>اب جو میں روزانہ، مجھے میرے تجربات ہیں، روزانہ نئی باتیں، نئی باتیں، نئی باتیں۔</w:t>
      </w:r>
    </w:p>
    <w:p>
      <w:r>
        <w:rPr>
          <w:b/>
        </w:rPr>
        <w:t xml:space="preserve">[07:08] </w:t>
      </w:r>
      <w:r>
        <w:t>to barhape ki umar mein main is se hazaron guna zyada seekh raha hoon jitna ke naujawani ki umar mein seekhta tha main.</w:t>
      </w:r>
    </w:p>
    <w:p>
      <w:pPr>
        <w:jc w:val="right"/>
      </w:pPr>
      <w:r>
        <w:t>تو بڑھاپے کی عمر میں میں اس سے ہزاروں گنا زیادہ سیکھ رہا ہوں جتنا کہ نوجوانی کی عمر میں سیکھتا تھا میں۔</w:t>
      </w:r>
    </w:p>
    <w:p>
      <w:r>
        <w:rPr>
          <w:b/>
        </w:rPr>
        <w:t xml:space="preserve">[07:22] </w:t>
      </w:r>
      <w:r>
        <w:t>ji.</w:t>
      </w:r>
    </w:p>
    <w:p>
      <w:pPr>
        <w:jc w:val="right"/>
      </w:pPr>
      <w:r>
        <w:t>جی۔</w:t>
      </w:r>
    </w:p>
    <w:p>
      <w:r>
        <w:rPr>
          <w:b/>
        </w:rPr>
        <w:t xml:space="preserve">[07:29] </w:t>
      </w:r>
      <w:r>
        <w:t>ab pakra aap ne?</w:t>
      </w:r>
    </w:p>
    <w:p>
      <w:pPr>
        <w:jc w:val="right"/>
      </w:pPr>
      <w:r>
        <w:t>اب پکڑا آپ نے؟</w:t>
      </w:r>
    </w:p>
    <w:p>
      <w:r>
        <w:rPr>
          <w:b/>
        </w:rPr>
        <w:t xml:space="preserve">[07:30] </w:t>
      </w:r>
      <w:r>
        <w:t>ji. ji. to kya Quran mein kahin likha hua hai ke barhape mein tum is se zyada seekhte ho jo naujawani ko seekhte ho? nahi.</w:t>
      </w:r>
    </w:p>
    <w:p>
      <w:pPr>
        <w:jc w:val="right"/>
      </w:pPr>
      <w:r>
        <w:t>جی۔ جی۔ تو کیا قرآن میں کہیں لکھا ہوا ہے کہ بڑھاپے میں تم اس سے زیادہ سیکھتے ہو جو نوجوانی کو سیکھتے ہو؟ نہیں۔</w:t>
      </w:r>
    </w:p>
    <w:p>
      <w:r>
        <w:rPr>
          <w:b/>
        </w:rPr>
        <w:t xml:space="preserve">[07:38] </w:t>
      </w:r>
      <w:r>
        <w:t>Maulana? hain? nahi. aisa nahi. kijiye sahib, kahin parha hai aap ne koi ayat? hain? nahi</w:t>
      </w:r>
    </w:p>
    <w:p>
      <w:pPr>
        <w:jc w:val="right"/>
      </w:pPr>
      <w:r>
        <w:t>مولانا؟ ہیں؟ نہیں۔ ایسا نہیں۔ کیجیے صاحب، کہیں پڑھا ہے آپ نے کوئی آیت؟ ہیں؟ نہیں</w:t>
      </w:r>
    </w:p>
    <w:p>
      <w:r>
        <w:rPr>
          <w:b/>
        </w:rPr>
        <w:t xml:space="preserve">[07:45] </w:t>
      </w:r>
      <w:r>
        <w:t>. lekin ye to waqia hai. waqia hai. aap inkar nahi kar sakte is ka. aap bhi jab boorhe honge to maloom hoga ke meri taqalluf bohat barh gaya.</w:t>
      </w:r>
    </w:p>
    <w:p>
      <w:pPr>
        <w:jc w:val="right"/>
      </w:pPr>
      <w:r>
        <w:t>۔ لیکن یہ تو واقعہ ہے۔ واقعہ ہے۔ آپ انکار نہیں کر سکتے اس کا۔ آپ بھی جب بوڑھے ہوں گے تو معلوم ہوگا کہ میری تعقل بہت بڑھ گیا۔</w:t>
      </w:r>
    </w:p>
    <w:p>
      <w:r>
        <w:rPr>
          <w:b/>
        </w:rPr>
        <w:t xml:space="preserve">[08:03] </w:t>
      </w:r>
      <w:r>
        <w:t>to agar aap sirf jo lafzon mein bayan kiya gaya hai, use pakre rahen. hain? to aap Quran ka bohat hi ek fraction jaan paenge.</w:t>
      </w:r>
    </w:p>
    <w:p>
      <w:pPr>
        <w:jc w:val="right"/>
      </w:pPr>
      <w:r>
        <w:t>تو اگر آپ صرف جو لفظوں میں بیان کیا گیا ہے، اسے پکڑے رہیں۔ ہیں؟ تو آپ قرآن کا بہت ہی ایک فریکشن جان پائیں گے۔</w:t>
      </w:r>
    </w:p>
    <w:p>
      <w:r>
        <w:rPr>
          <w:b/>
        </w:rPr>
        <w:t xml:space="preserve">[08:15] </w:t>
      </w:r>
      <w:r>
        <w:t>is se aap bahar niklie. alfaaz se bahar niklie. alfaaz se bahar niklie.</w:t>
      </w:r>
    </w:p>
    <w:p>
      <w:pPr>
        <w:jc w:val="right"/>
      </w:pPr>
      <w:r>
        <w:t>اس سے آپ باہر نکلیے۔ الفاظ سے باہر نکلیے۔ الفاظ سے باہر نکلیے۔</w:t>
      </w:r>
    </w:p>
    <w:p>
      <w:r>
        <w:rPr>
          <w:b/>
        </w:rPr>
        <w:t xml:space="preserve">[08:33] </w:t>
      </w:r>
      <w:r>
        <w:t>waqim min nabiyyin. wo nahi. kya kya ayat thi? waqim min ayatin fis samawati wal ardi yamurrun alaiha wa hum anha mu'ridun.</w:t>
      </w:r>
    </w:p>
    <w:p>
      <w:pPr>
        <w:jc w:val="right"/>
      </w:pPr>
      <w:r>
        <w:t>وقیم من نبین۔ وہ نہیں۔ کیا کیا آیت تھی؟ وقیم من آیت فی السماوات والارض یمرون علیہا وما عنہا مردون۔</w:t>
      </w:r>
    </w:p>
    <w:p>
      <w:r>
        <w:rPr>
          <w:b/>
        </w:rPr>
        <w:t xml:space="preserve">[08:43] </w:t>
      </w:r>
      <w:r>
        <w:t>haan. mu'ridun. to i'raadh dekhiye aap. i'raadh jab aap ne khud dekha hi nahi to i'raadh ka kya matlab hua? jab aap ne safar hi nahi kiya zameen o aasman ka aur dekha hi nahi to i'raadh ka matlab kya hai?</w:t>
      </w:r>
    </w:p>
    <w:p>
      <w:pPr>
        <w:jc w:val="right"/>
      </w:pPr>
      <w:r>
        <w:t>ہاں۔ مردون۔ تو اعراض دیکھیے آپ۔ اعراض جب آپ نے خود دیکھا ہی نہیں تو اعراض کا کیا مطلب ہوا؟ جب آپ نے سفر ہی نہیں کیا زمین و آسمان کا اور دیکھا ہی نہیں تو اعراض کا مطلب کیا ہے؟</w:t>
      </w:r>
    </w:p>
    <w:p>
      <w:r>
        <w:rPr>
          <w:b/>
        </w:rPr>
        <w:t xml:space="preserve">[08:58] </w:t>
      </w:r>
      <w:r>
        <w:t>to soch ko ma'ni mein lena padega aap ko. alfaaz ko ma'ni mein nahi lena padega aap ko. alfaaz jo matbua, matbua alfaaz hain, un se to aap i'raadh kar sakte hain.</w:t>
      </w:r>
    </w:p>
    <w:p>
      <w:pPr>
        <w:jc w:val="right"/>
      </w:pPr>
      <w:r>
        <w:t>تو سوچ کو معنی میں لینا پڑے گا آپ کو۔ الفاظ کو معنی میں نہیں لینا پڑے گا آپ کو۔ الفاظ جو مطبوعہ، مطبوعہ الفاظ ہیں، ان سے تو آپ اعراض کر سکتے ہیں۔</w:t>
      </w:r>
    </w:p>
    <w:p>
      <w:r>
        <w:rPr>
          <w:b/>
        </w:rPr>
        <w:t xml:space="preserve">[09:11] </w:t>
      </w:r>
      <w:r>
        <w:t>lekin zameen o aasman jo phaili hui ayat hai, is se i'raadh kiya? isi is se to sari umar un ki ahata nahi kar sakte aap.</w:t>
      </w:r>
    </w:p>
    <w:p>
      <w:pPr>
        <w:jc w:val="right"/>
      </w:pPr>
      <w:r>
        <w:t>لیکن زمین و آسمان جو پھیلی ہوئی آیت ہے، اس سے اعراض کیا؟ اسی اس سے تو ساری عمر ان کی احاطہ نہیں کر سکتے آپ۔</w:t>
      </w:r>
    </w:p>
    <w:p>
      <w:r>
        <w:rPr>
          <w:b/>
        </w:rPr>
        <w:t xml:space="preserve">[09:31] </w:t>
      </w:r>
      <w:r>
        <w:t>isi ka naam hai ijtihad. ghair malfooz, ghair ghair malfooz bayanaat ko parh lena.</w:t>
      </w:r>
    </w:p>
    <w:p>
      <w:pPr>
        <w:jc w:val="right"/>
      </w:pPr>
      <w:r>
        <w:t>اسی کا نام ہے اجتہاد۔ غیر ملفوظ، غیر غیر ملفوظ بیانات کو پڑھ لینا۔</w:t>
      </w:r>
    </w:p>
    <w:p>
      <w:r>
        <w:rPr>
          <w:b/>
        </w:rPr>
        <w:t xml:space="preserve">[09:49] </w:t>
      </w:r>
      <w:r>
        <w:t>ghair malfooz bayanaat ko parh lena. jee. jo zameen o aasman mein bikhray hue hain.</w:t>
      </w:r>
    </w:p>
    <w:p>
      <w:pPr>
        <w:jc w:val="right"/>
      </w:pPr>
      <w:r>
        <w:t>غیر ملفوظ بیانات کو پڑھ لینا۔ جی۔ جو زمین و آسمان میں بکھرے ہوئے ہیں۔</w:t>
      </w:r>
    </w:p>
    <w:p>
      <w:r>
        <w:rPr>
          <w:b/>
        </w:rPr>
        <w:t xml:space="preserve">[10:01] </w:t>
      </w:r>
      <w:r>
        <w:t>jab aap itna parh painge, tab ja kar ke aap ko quran ka gehra ilm hoga.</w:t>
      </w:r>
    </w:p>
    <w:p>
      <w:pPr>
        <w:jc w:val="right"/>
      </w:pPr>
      <w:r>
        <w:t>جب آپ اتنا پڑھ پائیں گے، تب جا کر کے آپ کو قرآن کا گہرا علم ہوگا۔</w:t>
      </w:r>
    </w:p>
    <w:p>
      <w:r>
        <w:rPr>
          <w:b/>
        </w:rPr>
        <w:t xml:space="preserve">[10:18] </w:t>
      </w:r>
      <w:r>
        <w:t>to alfaaz ke mawra, zahair ke mawra baaton ko jaanna parta hai.</w:t>
      </w:r>
    </w:p>
    <w:p>
      <w:pPr>
        <w:jc w:val="right"/>
      </w:pPr>
      <w:r>
        <w:t>تو الفاظ کے ماوراء، ظواہر کے ماوراء باتوں کو جاننا پڑتا ہے۔</w:t>
      </w:r>
    </w:p>
    <w:p>
      <w:r>
        <w:rPr>
          <w:b/>
        </w:rPr>
        <w:t xml:space="preserve">[10:29] </w:t>
      </w:r>
      <w:r>
        <w:t>jee.</w:t>
      </w:r>
    </w:p>
    <w:p>
      <w:pPr>
        <w:jc w:val="right"/>
      </w:pPr>
      <w:r>
        <w:t>جی۔</w:t>
      </w:r>
    </w:p>
    <w:p>
      <w:r>
        <w:rPr>
          <w:b/>
        </w:rPr>
        <w:t xml:space="preserve">[10:34] </w:t>
      </w:r>
      <w:r>
        <w:t>jaise aise baaton ko sochte hue aaj mere zehan mein ek baat, ek baat aai ke Allah taala ne insaan ko jo zindagi di hai</w:t>
      </w:r>
    </w:p>
    <w:p>
      <w:pPr>
        <w:jc w:val="right"/>
      </w:pPr>
      <w:r>
        <w:t>جیسے ایسے باتوں کو سوچتے ہوئے آج میرے ذہن میں ایک بات، ایک بات آئی کہ اللہ تعالیٰ نے انسان کو جو زندگی دی ہے</w:t>
      </w:r>
    </w:p>
    <w:p>
      <w:r>
        <w:rPr>
          <w:b/>
        </w:rPr>
        <w:t xml:space="preserve">[10:46] </w:t>
      </w:r>
      <w:r>
        <w:t>aur us ki jo soch hai, us ke jo tajrubaat hain aur us ki jo futoohaat hain, us ki jo kamyabiyaan hain, us koi har end nahin. kahin end nahin aata.</w:t>
      </w:r>
    </w:p>
    <w:p>
      <w:pPr>
        <w:jc w:val="right"/>
      </w:pPr>
      <w:r>
        <w:t>اور اس کی جو سوچ ہے، اس کے جو تجربات ہیں اور اس کی جو فتوحات ہیں، اس کی جو کامیابیاں ہیں، اس کوئی ہر اینڈ نہیں۔ کہیں اینڈ نہیں آتا۔</w:t>
      </w:r>
    </w:p>
    <w:p>
      <w:r>
        <w:rPr>
          <w:b/>
        </w:rPr>
        <w:t xml:space="preserve">[10:56] </w:t>
      </w:r>
      <w:r>
        <w:t>har jagah comma, comma laga hua hai. full stop kahin laga hua nahin hai.</w:t>
      </w:r>
    </w:p>
    <w:p>
      <w:pPr>
        <w:jc w:val="right"/>
      </w:pPr>
      <w:r>
        <w:t>ہر جگہ کاما، کاما لگا ہوا ہے۔ فل سٹاپ کہیں لگا ہوا نہیں ہے۔</w:t>
      </w:r>
    </w:p>
    <w:p>
      <w:r>
        <w:rPr>
          <w:b/>
        </w:rPr>
        <w:t xml:space="preserve">[11:06] </w:t>
      </w:r>
      <w:r>
        <w:t>yeh sab mein soch raha tha aaj. aaj din ko mein soya nahin. aap log jab chale gaye na to mein mujhe neend nahin aai.</w:t>
      </w:r>
    </w:p>
    <w:p>
      <w:pPr>
        <w:jc w:val="right"/>
      </w:pPr>
      <w:r>
        <w:t>یہ سب میں سوچ رہا تھا آج۔ آج دن کو میں سویا نہیں۔ آپ لوگ جب چلے گئے نا تو میں مجھے نیند نہیں آئی۔</w:t>
      </w:r>
    </w:p>
    <w:p>
      <w:r>
        <w:rPr>
          <w:b/>
        </w:rPr>
        <w:t xml:space="preserve">[11:20] </w:t>
      </w:r>
      <w:r>
        <w:t>tab se barabar mein dekh hi raha tha jab se aap log gaye hain.</w:t>
      </w:r>
    </w:p>
    <w:p>
      <w:pPr>
        <w:jc w:val="right"/>
      </w:pPr>
      <w:r>
        <w:t>تب سے برابر میں دیکھ ہی رہا تھا جب سے آپ لوگ گئے ہیں۔</w:t>
      </w:r>
    </w:p>
    <w:p>
      <w:r>
        <w:rPr>
          <w:b/>
        </w:rPr>
        <w:t xml:space="preserve">[11:28] </w:t>
      </w:r>
      <w:r>
        <w:t>to mujhe ek waqia yaad aaya.</w:t>
      </w:r>
    </w:p>
    <w:p>
      <w:pPr>
        <w:jc w:val="right"/>
      </w:pPr>
      <w:r>
        <w:t>تو مجھے ایک واقعہ یاد آیا۔</w:t>
      </w:r>
    </w:p>
    <w:p>
      <w:r>
        <w:rPr>
          <w:b/>
        </w:rPr>
        <w:t xml:space="preserve">[11:33] </w:t>
      </w:r>
      <w:r>
        <w:t>ek martaba mere paas ek saahab aaye jo ghaliban basti ke thay. basti UP mein ek shehar hai. basti ke thay.</w:t>
      </w:r>
    </w:p>
    <w:p>
      <w:pPr>
        <w:jc w:val="right"/>
      </w:pPr>
      <w:r>
        <w:t>ایک مرتبہ میرے پاس ایک صاحب آئے جو غالباً بستی کے تھے۔ بستی یو پی میں ایک شہر ہے۔ بستی کے تھے۔</w:t>
      </w:r>
    </w:p>
    <w:p>
      <w:r>
        <w:rPr>
          <w:b/>
        </w:rPr>
        <w:t xml:space="preserve">[11:46] </w:t>
      </w:r>
      <w:r>
        <w:t>wo mujh ko jaante thay kyunke mein bohat dinon se likhta raha hoon. arsal ke bohat pehle se likhta raha hoon mein.</w:t>
      </w:r>
    </w:p>
    <w:p>
      <w:pPr>
        <w:jc w:val="right"/>
      </w:pPr>
      <w:r>
        <w:t>وہ مجھ کو جانتے تھے کیونکہ میں بہت دنوں سے لکھتا رہا ہوں۔ ارسل کے بہت پہلے سے لکھتا رہا ہوں میں۔</w:t>
      </w:r>
    </w:p>
    <w:p>
      <w:r>
        <w:rPr>
          <w:b/>
        </w:rPr>
        <w:t xml:space="preserve">[11:58] </w:t>
      </w:r>
      <w:r>
        <w:t>sab se pehle mein ne likha tha payam taleem mein. payam taleem mein. phir qaum awaaz mein. phir nigar mein.</w:t>
      </w:r>
    </w:p>
    <w:p>
      <w:pPr>
        <w:jc w:val="right"/>
      </w:pPr>
      <w:r>
        <w:t>سب سے پہلے میں نے لکھا تھا پیام تعلیم میں۔ پیام تعلیم میں۔ پھر قوم آواز میں۔ پھر نگار میں۔</w:t>
      </w:r>
    </w:p>
    <w:p>
      <w:r>
        <w:rPr>
          <w:b/>
        </w:rPr>
        <w:t xml:space="preserve">[12:09] </w:t>
      </w:r>
      <w:r>
        <w:t>to kitne saare parchon mein likhta tha mein.</w:t>
      </w:r>
    </w:p>
    <w:p>
      <w:pPr>
        <w:jc w:val="right"/>
      </w:pPr>
      <w:r>
        <w:t>تو کتنے سارے پرچوں میں لکھتا تھا میں۔</w:t>
      </w:r>
    </w:p>
    <w:p>
      <w:r>
        <w:rPr>
          <w:b/>
        </w:rPr>
        <w:t xml:space="preserve">[12:14] </w:t>
      </w:r>
      <w:r>
        <w:t>yaani yeh to bohat baad ko mein ne nikala hai. arsal likhta tha bohat pehle se mein. to mujhe log jaante thay.</w:t>
      </w:r>
    </w:p>
    <w:p>
      <w:pPr>
        <w:jc w:val="right"/>
      </w:pPr>
      <w:r>
        <w:t>یعنی یہ تو بہت بعد کو میں نے نکالا ہے۔ ارسل لکھتا تھا بہت پہلے سے میں۔ تو مجھے لوگ جانتے تھے۔</w:t>
      </w:r>
    </w:p>
    <w:p>
      <w:r>
        <w:rPr>
          <w:b/>
        </w:rPr>
        <w:t xml:space="preserve">[12:26] </w:t>
      </w:r>
      <w:r>
        <w:t>to ek saahab basti ke mere paas aaye.</w:t>
      </w:r>
    </w:p>
    <w:p>
      <w:pPr>
        <w:jc w:val="right"/>
      </w:pPr>
      <w:r>
        <w:t>تو ایک صاحب بستی کے میرے پاس آئے۔</w:t>
      </w:r>
    </w:p>
    <w:p>
      <w:r>
        <w:rPr>
          <w:b/>
        </w:rPr>
        <w:t xml:space="preserve">[12:33] </w:t>
      </w:r>
      <w:r>
        <w:t>to unhon ne guftagu ke douran yeh kaha ke ek zikr kiya apne apne zaati waqayay ka.</w:t>
      </w:r>
    </w:p>
    <w:p>
      <w:pPr>
        <w:jc w:val="right"/>
      </w:pPr>
      <w:r>
        <w:t>تو انہوں نے گفتگو کے دوران یہ کہا کہ ایک ذکر کیا اپنے اپنے ذاتی واقعے کا۔</w:t>
      </w:r>
    </w:p>
    <w:p>
      <w:r>
        <w:rPr>
          <w:b/>
        </w:rPr>
        <w:t xml:space="preserve">[12:47] </w:t>
      </w:r>
      <w:r>
        <w:t>ek shakhs ne un ko dhoka diya tha. dhoka dehi karwani hai ke un se paisa liya ke hum woh kharay khareeden ge.</w:t>
      </w:r>
    </w:p>
    <w:p>
      <w:pPr>
        <w:jc w:val="right"/>
      </w:pPr>
      <w:r>
        <w:t>ایک شخص نے ان کو دھوکہ دیا تھا۔ دھوکہ دہی کروانی ہے کہ ان سے پیسہ لیا کہ ہم وہ کھڑے خریدیں گے۔</w:t>
      </w:r>
    </w:p>
    <w:p>
      <w:r>
        <w:rPr>
          <w:b/>
        </w:rPr>
        <w:t xml:space="preserve">[12:58] </w:t>
      </w:r>
      <w:r>
        <w:t>bas</w:t>
      </w:r>
    </w:p>
    <w:p>
      <w:pPr>
        <w:jc w:val="right"/>
      </w:pPr>
      <w:r>
        <w:t>بس</w:t>
      </w:r>
    </w:p>
    <w:p>
      <w:r>
        <w:rPr>
          <w:b/>
        </w:rPr>
        <w:t xml:space="preserve">[13:02] </w:t>
      </w:r>
      <w:r>
        <w:t>khareeden ge aur us ko chalayen ge. aadha hissa aap ka faida, aadha hamara faida.</w:t>
      </w:r>
    </w:p>
    <w:p>
      <w:pPr>
        <w:jc w:val="right"/>
      </w:pPr>
      <w:r>
        <w:t>خریدیں گے اور اس کو چلائیں گے۔ آدھا حصہ آپ کا فائدہ، آدھا ہمارا فائدہ۔</w:t>
      </w:r>
    </w:p>
    <w:p>
      <w:r>
        <w:rPr>
          <w:b/>
        </w:rPr>
        <w:t xml:space="preserve">[13:11] </w:t>
      </w:r>
      <w:r>
        <w:t>to unhon ne de diya shayad 50, 75 hazar ya ek aisa kuch diya tha unhon ne us zamane mein. pehle ki baat hai.</w:t>
      </w:r>
    </w:p>
    <w:p>
      <w:pPr>
        <w:jc w:val="right"/>
      </w:pPr>
      <w:r>
        <w:t>تو انہوں نے دے دیا شاید 50، 75 ہزار یا ایک ایسا کچھ دیا تھا انہوں نے اس زمانے میں۔ پہلے کی بات ہے۔</w:t>
      </w:r>
    </w:p>
    <w:p>
      <w:r>
        <w:rPr>
          <w:b/>
        </w:rPr>
        <w:t xml:space="preserve">[13:25] </w:t>
      </w:r>
      <w:r>
        <w:t>to likha parhi nahin thi. dosti thi dono mein.</w:t>
      </w:r>
    </w:p>
    <w:p>
      <w:pPr>
        <w:jc w:val="right"/>
      </w:pPr>
      <w:r>
        <w:t>تو لکھا پڑھی نہیں تھی۔ دوستی تھی دونوں میں۔</w:t>
      </w:r>
    </w:p>
    <w:p>
      <w:r>
        <w:rPr>
          <w:b/>
        </w:rPr>
        <w:t xml:space="preserve">[13:34] </w:t>
      </w:r>
      <w:r>
        <w:t>to jab us ne bas khareed liya aur phir faida hone laga to us ki neeyat bigar gayi.</w:t>
      </w:r>
    </w:p>
    <w:p>
      <w:pPr>
        <w:jc w:val="right"/>
      </w:pPr>
      <w:r>
        <w:t>تو جب اس نے بس خرید لیا اور پھر فائدہ ہونے لگا تو اس کی نیت بگڑ گئی۔</w:t>
      </w:r>
    </w:p>
    <w:p>
      <w:r>
        <w:rPr>
          <w:b/>
        </w:rPr>
        <w:t xml:space="preserve">[13:45] </w:t>
      </w:r>
      <w:r>
        <w:t>us ne bus ko apne qabzay mein kar liya aur sara faida khud lene laga.</w:t>
      </w:r>
    </w:p>
    <w:p>
      <w:pPr>
        <w:jc w:val="right"/>
      </w:pPr>
      <w:r>
        <w:t>اس نے بس کو اپنے قبضے میں کر لیا اور سارا فائدہ خود لینے لگا۔</w:t>
      </w:r>
    </w:p>
    <w:p>
      <w:r>
        <w:rPr>
          <w:b/>
        </w:rPr>
        <w:t xml:space="preserve">[13:58] </w:t>
      </w:r>
      <w:r>
        <w:t>to un ko bohat ghussa aaya.</w:t>
      </w:r>
    </w:p>
    <w:p>
      <w:pPr>
        <w:jc w:val="right"/>
      </w:pPr>
      <w:r>
        <w:t>تو ان کو بہت غصہ آیا۔</w:t>
      </w:r>
    </w:p>
    <w:p>
      <w:r>
        <w:rPr>
          <w:b/>
        </w:rPr>
        <w:t xml:space="preserve">[14:03] </w:t>
      </w:r>
      <w:r>
        <w:t>to unhon ne faisla kiya ke main is ko qatl karunga. maar dalunga. ghusse mein yeh kaha unhon ne mujh se.</w:t>
      </w:r>
    </w:p>
    <w:p>
      <w:pPr>
        <w:jc w:val="right"/>
      </w:pPr>
      <w:r>
        <w:t>تو انہوں نے فیصلہ کیا کہ میں اس کو قتل کروں گا۔ مار ڈالوں گا۔ غصے میں یہ کہا انہوں نے مجھ سے۔</w:t>
      </w:r>
    </w:p>
    <w:p>
      <w:r>
        <w:rPr>
          <w:b/>
        </w:rPr>
        <w:t xml:space="preserve">[14:12] </w:t>
      </w:r>
      <w:r>
        <w:t>kisi wajah se woh dilli aaye the woh ke maine shayad maine socha hai. maine tay kiya hai ke main is shakhs ko qatl karunga.</w:t>
      </w:r>
    </w:p>
    <w:p>
      <w:pPr>
        <w:jc w:val="right"/>
      </w:pPr>
      <w:r>
        <w:t>کسی وجہ سے وہ دلی آئے تھے وہ کہ میں نے شاید میں نے سوچا ہے۔ میں نے طے کیا ہے کہ میں اس شخص کو قتل کروں گا۔</w:t>
      </w:r>
    </w:p>
    <w:p>
      <w:r>
        <w:rPr>
          <w:b/>
        </w:rPr>
        <w:t xml:space="preserve">[14:24] </w:t>
      </w:r>
      <w:r>
        <w:t>mere sath dhoka dhoka kiya hai is ne.</w:t>
      </w:r>
    </w:p>
    <w:p>
      <w:pPr>
        <w:jc w:val="right"/>
      </w:pPr>
      <w:r>
        <w:t>میرے ساتھ دھوکہ دھوکہ کیا ہے اس نے۔</w:t>
      </w:r>
    </w:p>
    <w:p>
      <w:r>
        <w:rPr>
          <w:b/>
        </w:rPr>
        <w:t xml:space="preserve">[14:31] </w:t>
      </w:r>
      <w:r>
        <w:t>to maine un ki baatein suni.</w:t>
      </w:r>
    </w:p>
    <w:p>
      <w:pPr>
        <w:jc w:val="right"/>
      </w:pPr>
      <w:r>
        <w:t>تو میں نے ان کی باتیں سنی۔</w:t>
      </w:r>
    </w:p>
    <w:p>
      <w:r>
        <w:rPr>
          <w:b/>
        </w:rPr>
        <w:t xml:space="preserve">[14:38] </w:t>
      </w:r>
      <w:r>
        <w:t>us waqt main shayad us us building mein nahi tha. purane dilli mein tha ghaliban. jamiat building mein.</w:t>
      </w:r>
    </w:p>
    <w:p>
      <w:pPr>
        <w:jc w:val="right"/>
      </w:pPr>
      <w:r>
        <w:t>اس وقت میں شاید اس اس بلڈنگ میں نہیں تھا۔ پرانے دلی میں تھا غالباً۔ جامعیت بلڈنگ میں۔</w:t>
      </w:r>
    </w:p>
    <w:p>
      <w:r>
        <w:rPr>
          <w:b/>
        </w:rPr>
        <w:t xml:space="preserve">[14:50] </w:t>
      </w:r>
      <w:r>
        <w:t>to is ko sunne ke baad maine is se kaha ke aap ki soch sahi soch nahi hai. woh kehte hain ji mujhe dhoka diya is ne.</w:t>
      </w:r>
    </w:p>
    <w:p>
      <w:pPr>
        <w:jc w:val="right"/>
      </w:pPr>
      <w:r>
        <w:t>تو اس کو سننے کے بعد میں نے اس سے کہا کہ آپ کی سوچ صحیح سوچ نہیں ہے۔ وہ کہتے ہیں جی مجھے دھوکہ دیا اس نے۔</w:t>
      </w:r>
    </w:p>
    <w:p>
      <w:r>
        <w:rPr>
          <w:b/>
        </w:rPr>
        <w:t xml:space="preserve">[15:06] </w:t>
      </w:r>
      <w:r>
        <w:t>to meri zuban se ek jumla nikla</w:t>
      </w:r>
    </w:p>
    <w:p>
      <w:pPr>
        <w:jc w:val="right"/>
      </w:pPr>
      <w:r>
        <w:t>تو میری زبان سے ایک جملہ نکلا</w:t>
      </w:r>
    </w:p>
    <w:p>
      <w:r>
        <w:rPr>
          <w:b/>
        </w:rPr>
        <w:t xml:space="preserve">[15:11] </w:t>
      </w:r>
      <w:r>
        <w:t>ke kya aap sochte hain ke aap jab qatl kar dalenge is ko to baat meri khatm ho jayegi?</w:t>
      </w:r>
    </w:p>
    <w:p>
      <w:pPr>
        <w:jc w:val="right"/>
      </w:pPr>
      <w:r>
        <w:t>کہ کیا آپ سوچتے ہیں کہ آپ جب قتل کر ڈالیں گے اس کو تو بات میری ختم ہو جائے گی؟</w:t>
      </w:r>
    </w:p>
    <w:p>
      <w:r>
        <w:rPr>
          <w:b/>
        </w:rPr>
        <w:t xml:space="preserve">[15:24] </w:t>
      </w:r>
      <w:r>
        <w:t>baat meri khatm ho jayegi? to meri zuban se nikla tha jumla ke inteqam lene se pehle soch liye ke inteqam ka bhi inteqam liya jayega.</w:t>
      </w:r>
    </w:p>
    <w:p>
      <w:pPr>
        <w:jc w:val="right"/>
      </w:pPr>
      <w:r>
        <w:t>بات میری ختم ہو جائے گی؟ تو میری زبان سے نکلا تھا جملہ کہ انتقام لینے سے پہلے سوچ لیے کہ انتقام کا بھی انتقام لیا جائے گا۔</w:t>
      </w:r>
    </w:p>
    <w:p>
      <w:r>
        <w:rPr>
          <w:b/>
        </w:rPr>
        <w:t xml:space="preserve">[15:38] </w:t>
      </w:r>
      <w:r>
        <w:t>jameed building mein yeh jumla nikla tha meri zuban se.</w:t>
      </w:r>
    </w:p>
    <w:p>
      <w:pPr>
        <w:jc w:val="right"/>
      </w:pPr>
      <w:r>
        <w:t>جمید بلڈنگ میں یہ جملہ نکلا تھا میری زبان سے۔</w:t>
      </w:r>
    </w:p>
    <w:p>
      <w:r>
        <w:rPr>
          <w:b/>
        </w:rPr>
        <w:t xml:space="preserve">[15:44] </w:t>
      </w:r>
      <w:r>
        <w:t>inteqam lene se pehle soch liye ke inteqam ka bhi inteqam liya jayega.</w:t>
      </w:r>
    </w:p>
    <w:p>
      <w:pPr>
        <w:jc w:val="right"/>
      </w:pPr>
      <w:r>
        <w:t>انتقام لینے سے پہلے سوچ لیے کہ انتقام کا بھی انتقام لیا جائے گا۔</w:t>
      </w:r>
    </w:p>
    <w:p>
      <w:r>
        <w:rPr>
          <w:b/>
        </w:rPr>
        <w:t xml:space="preserve">[15:52] </w:t>
      </w:r>
      <w:r>
        <w:t>yani aap marenge is aadmi ko phir is ke bete jo hain jo zinda rahenge woh hum marenge aap ko. woh chhodenge aap ko.</w:t>
      </w:r>
    </w:p>
    <w:p>
      <w:pPr>
        <w:jc w:val="right"/>
      </w:pPr>
      <w:r>
        <w:t>یعنی آپ ماریں گے اس آدمی کو پھر اس کے بیٹے جو ہیں جو زندہ رہیں گے وہ ہم ماریں گے آپ کو۔ وہ چھوڑیں گے آپ کو۔</w:t>
      </w:r>
    </w:p>
    <w:p>
      <w:r>
        <w:rPr>
          <w:b/>
        </w:rPr>
        <w:t xml:space="preserve">[16:03] </w:t>
      </w:r>
      <w:r>
        <w:t>is ke bete aap chhodenge. wahi inteqam unhein bhadka bhadkega. to maine kaha ke inteqam lene se pehle soch liye ke inteqam ka bhi inteqam liya jayega.</w:t>
      </w:r>
    </w:p>
    <w:p>
      <w:pPr>
        <w:jc w:val="right"/>
      </w:pPr>
      <w:r>
        <w:t>اس کے بیٹے آپ چھوڑیں گے۔ وہی انتقام انہیں بھڑکا بھڑکے گا۔ تو میں نے کہا کہ انتقام لینے سے پہلے سوچ لیے کہ انتقام کا بھی انتقام لیا جائے گا۔</w:t>
      </w:r>
    </w:p>
    <w:p>
      <w:r>
        <w:rPr>
          <w:b/>
        </w:rPr>
        <w:t xml:space="preserve">[16:21] </w:t>
      </w:r>
      <w:r>
        <w:t>to woh thoda ruk gaya. us ne kaha ke phir main kya karun? aap ke pas kuch paisa bacha hai?</w:t>
      </w:r>
    </w:p>
    <w:p>
      <w:pPr>
        <w:jc w:val="right"/>
      </w:pPr>
      <w:r>
        <w:t>تو وہ تھوڑا رک گیا۔ اس نے کہا کہ پھر میں کیا کروں؟ آپ کے پاس کچھ پیسہ بچا ہے؟</w:t>
      </w:r>
    </w:p>
    <w:p>
      <w:r>
        <w:rPr>
          <w:b/>
        </w:rPr>
        <w:t xml:space="preserve">[16:31] </w:t>
      </w:r>
      <w:r>
        <w:t>log to de diya aap ne.</w:t>
      </w:r>
    </w:p>
    <w:p>
      <w:pPr>
        <w:jc w:val="right"/>
      </w:pPr>
      <w:r>
        <w:t>لوگ تو دے دیا آپ نے۔</w:t>
      </w:r>
    </w:p>
    <w:p>
      <w:r>
        <w:rPr>
          <w:b/>
        </w:rPr>
        <w:t xml:space="preserve">[16:35] </w:t>
      </w:r>
      <w:r>
        <w:t>to unhon ne kaha us waqt kaha tha ke 25 hazar bacha hai. woh us waqt lehaz se dekhiye aaj aaj ke lehaz se nahi.</w:t>
      </w:r>
    </w:p>
    <w:p>
      <w:pPr>
        <w:jc w:val="right"/>
      </w:pPr>
      <w:r>
        <w:t>تو انہوں نے کہا اس وقت کہا تھا کہ 25 ہزار بچا ہے۔ وہ اس وقت لحاظ سے دیکھیے آج آج کے لحاظ سے نہیں۔</w:t>
      </w:r>
    </w:p>
    <w:p>
      <w:r>
        <w:rPr>
          <w:b/>
        </w:rPr>
        <w:t xml:space="preserve">[16:45] </w:t>
      </w:r>
      <w:r>
        <w:t>us waqt 25 hazar bohat zyada raha hoga ke 25 hazar mere pas hai. to maine kaha theek hai. is ko jo diya aap ne is ko bhula dijiye.</w:t>
      </w:r>
    </w:p>
    <w:p>
      <w:pPr>
        <w:jc w:val="right"/>
      </w:pPr>
      <w:r>
        <w:t>اس وقت 25 ہزار بہت زیادہ رہا ہوگا کہ 25 ہزار میرے پاس ہے۔ تو میں نے کہا ٹھیک ہے۔ اس کو جو دیا آپ نے اس کو بھلا دیجئے۔</w:t>
      </w:r>
    </w:p>
    <w:p>
      <w:r>
        <w:rPr>
          <w:b/>
        </w:rPr>
        <w:t xml:space="preserve">[16:55] </w:t>
      </w:r>
      <w:r>
        <w:t>bhula dijiye is ko. aur yeh jo aap ke pas hai baqi</w:t>
      </w:r>
    </w:p>
    <w:p>
      <w:pPr>
        <w:jc w:val="right"/>
      </w:pPr>
      <w:r>
        <w:t>بھلا دیجئے اس کو۔ اور یہ جو آپ کے پاس ہے باقی</w:t>
      </w:r>
    </w:p>
    <w:p>
      <w:r>
        <w:rPr>
          <w:b/>
        </w:rPr>
        <w:t xml:space="preserve">[17:05] </w:t>
      </w:r>
      <w:r>
        <w:t>is ko istemal kijiye. is se aap koi kaam shuru kijiye.</w:t>
      </w:r>
    </w:p>
    <w:p>
      <w:pPr>
        <w:jc w:val="right"/>
      </w:pPr>
      <w:r>
        <w:t>اس کو استعمال کیجئے۔ اس سے آپ کوئی کام شروع کیجئے۔</w:t>
      </w:r>
    </w:p>
    <w:p>
      <w:r>
        <w:rPr>
          <w:b/>
        </w:rPr>
        <w:t xml:space="preserve">[17:14] </w:t>
      </w:r>
      <w:r>
        <w:t>us waqt to maine ek misaal nahi di thi. aaj main misaal deta hoon ke yeh rasool Allah ki sunnat hai.</w:t>
      </w:r>
    </w:p>
    <w:p>
      <w:pPr>
        <w:jc w:val="right"/>
      </w:pPr>
      <w:r>
        <w:t>اس وقت تو میں نے ایک مثال نہیں دی تھی۔ آج میں مثال دیتا ہوں کہ یہ رسول اللہ کی سنت ہے۔</w:t>
      </w:r>
    </w:p>
    <w:p>
      <w:r>
        <w:rPr>
          <w:b/>
        </w:rPr>
        <w:t xml:space="preserve">[17:22] </w:t>
      </w:r>
      <w:r>
        <w:t>yani kaba jo tha mushrikeen ne is ko aisa banaya ke ke kaba ka ek hissa hatim ho gaya.</w:t>
      </w:r>
    </w:p>
    <w:p>
      <w:pPr>
        <w:jc w:val="right"/>
      </w:pPr>
      <w:r>
        <w:t>یعنی کعبہ جو تھا مشرکین نے اس کو ایسا بنایا کہ کہ کعبہ کا ایک حصہ حتیم ہو گیا۔</w:t>
      </w:r>
    </w:p>
    <w:p>
      <w:r>
        <w:rPr>
          <w:b/>
        </w:rPr>
        <w:t xml:space="preserve">[17:37] </w:t>
      </w:r>
      <w:r>
        <w:t>goya nikal gaya rasool Allah ke is se. to rasool Allah ne jo kaba bach gaya tha usi par planning ki. jo kaaj chhan gaya tha us par planning nahi ki.</w:t>
      </w:r>
    </w:p>
    <w:p>
      <w:pPr>
        <w:jc w:val="right"/>
      </w:pPr>
      <w:r>
        <w:t>گویا نکل گیا رسول اللہ کے اس سے۔ تو رسول اللہ نے جو کعبہ بچ گیا تھا اسی پر پلاننگ کی۔ جو کاج چھن گیا تھا اس پر پلاننگ نہیں کی۔</w:t>
      </w:r>
    </w:p>
    <w:p>
      <w:r>
        <w:rPr>
          <w:b/>
        </w:rPr>
        <w:t xml:space="preserve">[17:49] </w:t>
      </w:r>
      <w:r>
        <w:t>hatim ka chhana chhana hua hissa tha kaba ka. hain us waqt mein nahi us waqt yeh baat mein us waqt mein naya ehtiyaj mein sochta hoon ke yeh sunnat bhi hai ke hatim jo tha woh chhana hua kaba tha chhan gaya tha.</w:t>
      </w:r>
    </w:p>
    <w:p>
      <w:pPr>
        <w:jc w:val="right"/>
      </w:pPr>
      <w:r>
        <w:t>حتیم کا چھنا چھنا ہوا حصہ تھا کعبہ کا۔ ہیں اس وقت میں نہیں اس وقت یہ بات میں اس وقت میں نیا احتیاج میں سوچتا ہوں کہ یہ سنت بھی ہے کہ حتیم جو تھا وہ چھنا ہوا کعبہ تھا چھن گیا تھا۔</w:t>
      </w:r>
    </w:p>
    <w:p>
      <w:r>
        <w:rPr>
          <w:b/>
        </w:rPr>
        <w:t xml:space="preserve">[18:06] </w:t>
      </w:r>
      <w:r>
        <w:t>is ko aap ne dobara lene ki koshish nahi ki balkeh jo aap ab ab jo bohat baki tha aap ko us par planning ki.</w:t>
      </w:r>
    </w:p>
    <w:p>
      <w:pPr>
        <w:jc w:val="right"/>
      </w:pPr>
      <w:r>
        <w:t>اس کو آپ نے دوبارہ لینے کی کوشش نہیں کی بلکہ جو آپ اب اب جو بہت باقی تھا آپ کو اس پر پلاننگ کی۔</w:t>
      </w:r>
    </w:p>
    <w:p>
      <w:r>
        <w:rPr>
          <w:b/>
        </w:rPr>
        <w:t xml:space="preserve">[18:20] </w:t>
      </w:r>
      <w:r>
        <w:t>aur aaj ke hum musalmanon ka haal yeh hai ke Pakistan ke pas itni muddat ho gayi Pakistan bane hue ab chhane hue hisse par lad rahe hain.</w:t>
      </w:r>
    </w:p>
    <w:p>
      <w:pPr>
        <w:jc w:val="right"/>
      </w:pPr>
      <w:r>
        <w:t>اور آج کے ہم مسلمانوں کا حال یہ ہے کہ پاکستان کے پاس اتنی مدت ہو گئی پاکستان بنے ہوئے اب چھنے ہوئے حصے پر لڑ رہے ہیں۔</w:t>
      </w:r>
    </w:p>
    <w:p>
      <w:r>
        <w:rPr>
          <w:b/>
        </w:rPr>
        <w:t xml:space="preserve">[18:29] </w:t>
      </w:r>
      <w:r>
        <w:t>hain kashmir par sare pakistani ghussa hain aur bas chhanay hue hissay qabza karne ke liye. hain har shakhs aik aik pakistani ke hum kashmir le ke rahengay.</w:t>
      </w:r>
    </w:p>
    <w:p>
      <w:pPr>
        <w:jc w:val="right"/>
      </w:pPr>
      <w:r>
        <w:t>ہیں کشمیر پر سارے پاکستانی غصہ ہیں اور بس چھنے ہوئے حصے قبضہ کرنے کے لیے۔ ہیں ہر شخص ایک ایک پاکستانی کہ ہم کشمیر لے کے رہیں گے۔</w:t>
      </w:r>
    </w:p>
    <w:p>
      <w:r>
        <w:rPr>
          <w:b/>
        </w:rPr>
        <w:t xml:space="preserve">[18:48] </w:t>
      </w:r>
      <w:r>
        <w:t>to rasool Allah ne aisa nahi ke hum hatim hatim le ke rahengay. hain</w:t>
      </w:r>
    </w:p>
    <w:p>
      <w:pPr>
        <w:jc w:val="right"/>
      </w:pPr>
      <w:r>
        <w:t>تو رسول اللہ نے ایسا نہیں کہ ہم حتیم حتیم لے کے رہیں گے۔ ہیں</w:t>
      </w:r>
    </w:p>
    <w:p>
      <w:r>
        <w:rPr>
          <w:b/>
        </w:rPr>
        <w:t xml:space="preserve">[18:56] </w:t>
      </w:r>
      <w:r>
        <w:t>ab ab mein kehta hoon is waqt mein yeh misaal zehan mein nahi thi mere</w:t>
      </w:r>
    </w:p>
    <w:p>
      <w:pPr>
        <w:jc w:val="right"/>
      </w:pPr>
      <w:r>
        <w:t>اب اب میں کہتا ہوں اس وقت میں یہ مثال ذہن میں نہیں تھی میرے</w:t>
      </w:r>
    </w:p>
    <w:p>
      <w:r>
        <w:rPr>
          <w:b/>
        </w:rPr>
        <w:t xml:space="preserve">[19:02] </w:t>
      </w:r>
      <w:r>
        <w:t>to jis ko jis ko kehte hain mabqa planning mabqa par hoti hai baqi maada par planning hoti hai.</w:t>
      </w:r>
    </w:p>
    <w:p>
      <w:pPr>
        <w:jc w:val="right"/>
      </w:pPr>
      <w:r>
        <w:t>تو جس کو جس کو کہتے ہیں مابقہ پلاننگ مابقہ پر ہوتی ہے باقی مادہ پر پلاننگ ہوتی ہے۔</w:t>
      </w:r>
    </w:p>
    <w:p>
      <w:r>
        <w:rPr>
          <w:b/>
        </w:rPr>
        <w:t xml:space="preserve">[19:14] </w:t>
      </w:r>
      <w:r>
        <w:t>to sare pakistani is hikmat ko nahi jante is hikmat ko jante hain ke baqi maada par planning bas unhein chheenna hai Pakistan se aur char larai lad chukay hain char larai har baar haare hain aap bataiye ke char larai mein itna paisa kharch hua hai aur itna nuqsan hua hai is ke ilawa in sab ko jora jaye to aik aur Pakistan khareed sakte thay woh.</w:t>
      </w:r>
    </w:p>
    <w:p>
      <w:pPr>
        <w:jc w:val="right"/>
      </w:pPr>
      <w:r>
        <w:t>تو سارے پاکستانی اس حکمت کو نہیں جانتے اس حکمت کو جانتے ہیں کہ باقی مادہ پر پلاننگ بس انہیں چھیننا ہے پاکستان سے اور چار لڑائی لڑ چکے ہیں چار لڑائی ہر بار ہارے ہیں آپ بتائیے کہ چار لڑائی میں اتنا پیسہ خرچ ہوا ہے اور اتنا نقصان ہوا ہے اس کے علاوہ ان سب کو جوڑا جائے تو ایک اور پاکستان خرید سکتے تھے وہ۔</w:t>
      </w:r>
    </w:p>
    <w:p>
      <w:r>
        <w:rPr>
          <w:b/>
        </w:rPr>
        <w:t xml:space="preserve">[19:42] </w:t>
      </w:r>
      <w:r>
        <w:t>agar aap is woh mani lein is ayat ke</w:t>
      </w:r>
    </w:p>
    <w:p>
      <w:pPr>
        <w:jc w:val="right"/>
      </w:pPr>
      <w:r>
        <w:t>اگر آپ اس وہ معنی لیں اس آیت کے</w:t>
      </w:r>
    </w:p>
    <w:p>
      <w:r>
        <w:rPr>
          <w:b/>
        </w:rPr>
        <w:t xml:space="preserve">[19:52] </w:t>
      </w:r>
      <w:r>
        <w:t>min yeh mardoon yeh yeh misaal bhi to shamil ho jaye gi nahi to yeh misaal hadaf ho jaye gi hain hadaf ho jaye gi ab jo jo tareeqa hai logon ka mutala Quran karne ka aye ga is mein yeh sab hadaf hai ji</w:t>
      </w:r>
    </w:p>
    <w:p>
      <w:pPr>
        <w:jc w:val="right"/>
      </w:pPr>
      <w:r>
        <w:t>من یہ مردون یہ یہ مثال بھی تو شامل ہو جائے گی نہیں تو یہ مثال حذف ہو جائے گی ہیں حذف ہو جائے گی اب جو جو طریقہ ہے لوگوں کا مطالعہ قرآن کرنے کا آئے گا اس میں یہ سب حذف ہے جی</w:t>
      </w:r>
    </w:p>
    <w:p>
      <w:r>
        <w:rPr>
          <w:b/>
        </w:rPr>
        <w:t xml:space="preserve">[20:11] </w:t>
      </w:r>
      <w:r>
        <w:t>to dekhiye Quran ki is ayat ko wasee tar mani mein parhiye jo kuch tareekh mein hai jo kuch insani zindagi mein hai jo kuch dunya ke tajurbaat mein hai woh sab shamil kijiye to woh sab aap ke ilm mein aata hai lekin aap sabak nahi lete yeh matlab hua is ayat ka</w:t>
      </w:r>
    </w:p>
    <w:p>
      <w:pPr>
        <w:jc w:val="right"/>
      </w:pPr>
      <w:r>
        <w:t>تو دیکھیے قرآن کی اس آیت کو وسیع تر معنی میں پڑھیے جو کچھ تاریخ میں ہے جو کچھ انسانی زندگیوں میں ہے جو کچھ دنیا کے تجربات میں ہے وہ سب شامل کیجئے تو وہ سب آپ کے علم میں آتا ہے لیکن آپ سبق نہیں لیتے یہ مطلب ہوا اس آیت کا</w:t>
      </w:r>
    </w:p>
    <w:p>
      <w:r>
        <w:rPr>
          <w:b/>
        </w:rPr>
        <w:t xml:space="preserve">[20:41] </w:t>
      </w:r>
      <w:r>
        <w:t>yani jo kuch aap ne parha jo kuch suna jo kuch hua is sab ko shamil kijiye poori</w:t>
      </w:r>
    </w:p>
    <w:p>
      <w:pPr>
        <w:jc w:val="right"/>
      </w:pPr>
      <w:r>
        <w:t>یعنی جو کچھ آپ نے پڑھا جو کچھ سنا جو کچھ ہوا اس سب کو شامل کیجئے پوری</w:t>
      </w:r>
    </w:p>
    <w:p>
      <w:r>
        <w:rPr>
          <w:b/>
        </w:rPr>
        <w:t xml:space="preserve">[20:48] </w:t>
      </w:r>
      <w:r>
        <w:t>kainat ko shamil kar lijiye</w:t>
      </w:r>
    </w:p>
    <w:p>
      <w:pPr>
        <w:jc w:val="right"/>
      </w:pPr>
      <w:r>
        <w:t>کائنات کو شامل کر لیجئے</w:t>
      </w:r>
    </w:p>
    <w:p>
      <w:r>
        <w:rPr>
          <w:b/>
        </w:rPr>
        <w:t xml:space="preserve">[20:51] </w:t>
      </w:r>
      <w:r>
        <w:t>is se sabak lijiye</w:t>
      </w:r>
    </w:p>
    <w:p>
      <w:pPr>
        <w:jc w:val="right"/>
      </w:pPr>
      <w:r>
        <w:t>اس سے سبق لیجئے</w:t>
      </w:r>
    </w:p>
    <w:p>
      <w:r>
        <w:rPr>
          <w:b/>
        </w:rPr>
        <w:t xml:space="preserve">[20:54] </w:t>
      </w:r>
      <w:r>
        <w:t>ji ji quran phailaya gaya insaan ke liye</w:t>
      </w:r>
    </w:p>
    <w:p>
      <w:pPr>
        <w:jc w:val="right"/>
      </w:pPr>
      <w:r>
        <w:t>جی جی قرآن پھیلایا گیا انسان کے لیے</w:t>
      </w:r>
    </w:p>
    <w:p>
      <w:r>
        <w:rPr>
          <w:b/>
        </w:rPr>
        <w:t xml:space="preserve">[21:00] </w:t>
      </w:r>
      <w:r>
        <w:t>ji rehman ilm al insaan</w:t>
      </w:r>
    </w:p>
    <w:p>
      <w:pPr>
        <w:jc w:val="right"/>
      </w:pPr>
      <w:r>
        <w:t>جی الرحمن علم الانسان</w:t>
      </w:r>
    </w:p>
    <w:p>
      <w:r>
        <w:rPr>
          <w:b/>
        </w:rPr>
        <w:t xml:space="preserve">[21:05] </w:t>
      </w:r>
      <w:r>
        <w:t>to insaan ki</w:t>
      </w:r>
    </w:p>
    <w:p>
      <w:pPr>
        <w:jc w:val="right"/>
      </w:pPr>
      <w:r>
        <w:t>تو انسان کی</w:t>
      </w:r>
    </w:p>
    <w:p>
      <w:r>
        <w:rPr>
          <w:b/>
        </w:rPr>
        <w:t xml:space="preserve">[21:07] </w:t>
      </w:r>
      <w:r>
        <w:t>insaan ki jo imkani salahiyat hai wo to poori kainat ko samete hue hai bohat bara dimagh is</w:t>
      </w:r>
    </w:p>
    <w:p>
      <w:pPr>
        <w:jc w:val="right"/>
      </w:pPr>
      <w:r>
        <w:t>انسان کی جو امکانی صلاحیت ہے وہ تو پوری کائنات کو سمیٹے ہوئے ہے بہت بڑا دماغ اس</w:t>
      </w:r>
    </w:p>
    <w:p>
      <w:r>
        <w:rPr>
          <w:b/>
        </w:rPr>
        <w:t xml:space="preserve">[21:15] </w:t>
      </w:r>
      <w:r>
        <w:t>ka hai to kya bheja jayega insaan ke liye lekin amlan wo chote</w:t>
      </w:r>
    </w:p>
    <w:p>
      <w:pPr>
        <w:jc w:val="right"/>
      </w:pPr>
      <w:r>
        <w:t>کا ہے تو کیا بھیجا گیا جائے گا انسان کے لیے لیکن عملاً وہ چھوٹے</w:t>
      </w:r>
    </w:p>
    <w:p>
      <w:r>
        <w:rPr>
          <w:b/>
        </w:rPr>
        <w:t xml:space="preserve">[21:26] </w:t>
      </w:r>
      <w:r>
        <w:t>sirf</w:t>
      </w:r>
    </w:p>
    <w:p>
      <w:pPr>
        <w:jc w:val="right"/>
      </w:pPr>
      <w:r>
        <w:t>صرف</w:t>
      </w:r>
    </w:p>
    <w:p>
      <w:r>
        <w:rPr>
          <w:b/>
        </w:rPr>
        <w:t xml:space="preserve">[21:26] </w:t>
      </w:r>
      <w:r>
        <w:t>chhote zehan ko address kare ga hain woh kainaati zehan ko address kare ga</w:t>
      </w:r>
    </w:p>
    <w:p>
      <w:pPr>
        <w:jc w:val="right"/>
      </w:pPr>
      <w:r>
        <w:t>چھوٹے ذہن کو ایڈریس کرے گا ہیں وہ کائناتی ذہن کو ایڈریس کرے گا</w:t>
      </w:r>
    </w:p>
    <w:p>
      <w:r>
        <w:rPr>
          <w:b/>
        </w:rPr>
        <w:t xml:space="preserve">[21:38] </w:t>
      </w:r>
      <w:r>
        <w:t>sab kuch jo dunya mein hai kainat mein hai jo tareekh mein hai woh sab is mein shamil ho jayengay yeh muroor naam hai to kaise shamil karna pare ga ke yeh muroor ko nahi lengay wasee tar mani milengay jo un ke jo ilm mein aata hai is mani mein lengay</w:t>
      </w:r>
    </w:p>
    <w:p>
      <w:pPr>
        <w:jc w:val="right"/>
      </w:pPr>
      <w:r>
        <w:t>سب کچھ جو دنیا میں ہے کائنات میں ہے جو تاریخ میں ہے وہ سب اس میں شامل ہو جائیں گے یہ مرور نام ہے تو کیسے شامل کرنا پڑے گا کہ یہ مرور کا مرور کو نہیں لیں گے وسیع تر معنی ملیں گے جو ان کے جو علم میں آتا ہے اس معنی میں لیں گے</w:t>
      </w:r>
    </w:p>
    <w:p>
      <w:r>
        <w:rPr>
          <w:b/>
        </w:rPr>
        <w:t xml:space="preserve">[22:03] </w:t>
      </w:r>
      <w:r>
        <w:t>zameen o aasman ke baray mein jo ilm mein aata hai un ke</w:t>
      </w:r>
    </w:p>
    <w:p>
      <w:pPr>
        <w:jc w:val="right"/>
      </w:pPr>
      <w:r>
        <w:t>زمین و اسمان کے بارے میں جو علم میں آتا ہے ان کے</w:t>
      </w:r>
    </w:p>
    <w:p>
      <w:r>
        <w:rPr>
          <w:b/>
        </w:rPr>
        <w:t xml:space="preserve">[22:07] </w:t>
      </w:r>
      <w:r>
        <w:t>woh sab shamil karna paray ga</w:t>
      </w:r>
    </w:p>
    <w:p>
      <w:pPr>
        <w:jc w:val="right"/>
      </w:pPr>
      <w:r>
        <w:t>وہ سب شامل کرنا پڑے گا</w:t>
      </w:r>
    </w:p>
    <w:p>
      <w:r>
        <w:rPr>
          <w:b/>
        </w:rPr>
        <w:t xml:space="preserve">[22:10] </w:t>
      </w:r>
      <w:r>
        <w:t>ji aisa mutala-e-quran kaisa hoga aur aap jo kar karte hain woh kaisa hoga taqabul kar ke</w:t>
      </w:r>
    </w:p>
    <w:p>
      <w:pPr>
        <w:jc w:val="right"/>
      </w:pPr>
      <w:r>
        <w:t>جی ایسا مطالعہ قرآن کیسا ہوگا اور آپ جو کر کرتے ہیں وہ کیسا ہوگا تقابل کر کے</w:t>
      </w:r>
    </w:p>
    <w:p>
      <w:r>
        <w:rPr>
          <w:b/>
        </w:rPr>
        <w:t xml:space="preserve">[22:19] </w:t>
      </w:r>
      <w:r>
        <w:t>bataiye maulana mutala-e-quran ko alfaaz pe muqeed kar ke agar mutala karen ge to bilkul is ke</w:t>
      </w:r>
    </w:p>
    <w:p>
      <w:pPr>
        <w:jc w:val="right"/>
      </w:pPr>
      <w:r>
        <w:t>بتائیے مولانا مطالعہ قرآن کو الفاظ پہ مقید کر کے اگر مطالعہ کریں گے تو بالکل اس کے</w:t>
      </w:r>
    </w:p>
    <w:p>
      <w:r>
        <w:rPr>
          <w:b/>
        </w:rPr>
        <w:t xml:space="preserve">[22:34] </w:t>
      </w:r>
      <w:r>
        <w:t>is is ke liye quran jo hai na bas kitab tilawat rahe gi tadabbur nahi rahe gi maulana</w:t>
      </w:r>
    </w:p>
    <w:p>
      <w:pPr>
        <w:jc w:val="right"/>
      </w:pPr>
      <w:r>
        <w:t>اس اس کے لیے قرآن جو ہے نا بس کتاب تلاوت رہے گی تدبر نہیں رہے گی مولانا</w:t>
      </w:r>
    </w:p>
    <w:p>
      <w:r>
        <w:rPr>
          <w:b/>
        </w:rPr>
        <w:t xml:space="preserve">[22:41] </w:t>
      </w:r>
      <w:r>
        <w:t>aisa jo mutala hai jo alfaaz ko mani ki satah par dekhne ka jo tareeqa hai is</w:t>
      </w:r>
    </w:p>
    <w:p>
      <w:pPr>
        <w:jc w:val="right"/>
      </w:pPr>
      <w:r>
        <w:t>ایسا جو مطالعہ ہے جو الفاظ کو معنی کی سطح پر دیکھنے کا جو طریقہ ہے اس</w:t>
      </w:r>
    </w:p>
    <w:p>
      <w:r>
        <w:rPr>
          <w:b/>
        </w:rPr>
        <w:t xml:space="preserve">[22:48] </w:t>
      </w:r>
      <w:r>
        <w:t>se kainati andaaz se mutala-e-quran ko kainati andaaz se yani yeh jo alfaaz quran ayat ke hain</w:t>
      </w:r>
    </w:p>
    <w:p>
      <w:pPr>
        <w:jc w:val="right"/>
      </w:pPr>
      <w:r>
        <w:t>سے کائناتی انداز سے مطالعہ قرآن کو کائناتی انداز سے یعنی یہ جو الفاظ قرآن آیت کے ہیں</w:t>
      </w:r>
    </w:p>
    <w:p>
      <w:r>
        <w:rPr>
          <w:b/>
        </w:rPr>
        <w:t xml:space="preserve">[22:57] </w:t>
      </w:r>
      <w:r>
        <w:t>aap lazim hai ke aap is ko mani waseeh mani mein len ji waqayib mun ayaten yeh muroor</w:t>
      </w:r>
    </w:p>
    <w:p>
      <w:pPr>
        <w:jc w:val="right"/>
      </w:pPr>
      <w:r>
        <w:t>آپ لازم ہے کہ آپ اس کو معنی وسیع معنی میں لیں جی وقایب من آیتیں یہ مرور</w:t>
      </w:r>
    </w:p>
    <w:p>
      <w:r>
        <w:rPr>
          <w:b/>
        </w:rPr>
        <w:t xml:space="preserve">[23:04] </w:t>
      </w:r>
      <w:r>
        <w:t>hai yani muroor sabit karna paray ga aap ko ji maulana to sari kainat mein muroor kahan karta</w:t>
      </w:r>
    </w:p>
    <w:p>
      <w:pPr>
        <w:jc w:val="right"/>
      </w:pPr>
      <w:r>
        <w:t>ہے یعنی مرور ثابت کرنا پڑے گا آپ کو جی مولانا تو ساری کائنات میں مرور کہاں کرتا</w:t>
      </w:r>
    </w:p>
    <w:p>
      <w:r>
        <w:rPr>
          <w:b/>
        </w:rPr>
        <w:t xml:space="preserve">[23:08] </w:t>
      </w:r>
      <w:r>
        <w:t>hai aap nahi hotay hain muroor ka koi aisa mani lena paray ga jo ahata kiye hue poori</w:t>
      </w:r>
    </w:p>
    <w:p>
      <w:pPr>
        <w:jc w:val="right"/>
      </w:pPr>
      <w:r>
        <w:t>ہے آپ نہیں ہوتا ہیں مرور کا کوئی ایسا معنی لینا پڑے گا جو احاطہ کیے ہوئے پوری</w:t>
      </w:r>
    </w:p>
    <w:p>
      <w:r>
        <w:rPr>
          <w:b/>
        </w:rPr>
        <w:t xml:space="preserve">[23:16] </w:t>
      </w:r>
      <w:r>
        <w:t>kainat ko</w:t>
      </w:r>
    </w:p>
    <w:p>
      <w:pPr>
        <w:jc w:val="right"/>
      </w:pPr>
      <w:r>
        <w:t>کائنات کو</w:t>
      </w:r>
    </w:p>
    <w:p>
      <w:r>
        <w:rPr>
          <w:b/>
        </w:rPr>
        <w:t xml:space="preserve">[23:19] </w:t>
      </w:r>
      <w:r>
        <w:t>ke sahib kya kaha mein ne maulana aap yeh keh rahe hain ke muroor ka aisa mani lena</w:t>
      </w:r>
    </w:p>
    <w:p>
      <w:pPr>
        <w:jc w:val="right"/>
      </w:pPr>
      <w:r>
        <w:t>کہ صاحب کیا کہا میں نے مولانا آپ یہ کہہ رہے ہیں کہ مرور کا ایسا معنی لینا</w:t>
      </w:r>
    </w:p>
    <w:p>
      <w:r>
        <w:rPr>
          <w:b/>
        </w:rPr>
        <w:t xml:space="preserve">[23:24] </w:t>
      </w:r>
      <w:r>
        <w:t>paray ga jo sari kainat ka ahata kiye hue ho</w:t>
      </w:r>
    </w:p>
    <w:p>
      <w:pPr>
        <w:jc w:val="right"/>
      </w:pPr>
      <w:r>
        <w:t>پڑے گا جو ساری کائنات کا احاطہ کیے ہوئے ہو</w:t>
      </w:r>
    </w:p>
    <w:p>
      <w:r>
        <w:rPr>
          <w:b/>
        </w:rPr>
        <w:t xml:space="preserve">[23:30] </w:t>
      </w:r>
      <w:r>
        <w:t>kyunke is mein yeh alfaaz hain waqayib mun ayaten fi al-samawat yeh muroor</w:t>
      </w:r>
    </w:p>
    <w:p>
      <w:pPr>
        <w:jc w:val="right"/>
      </w:pPr>
      <w:r>
        <w:t>کیونکہ اس میں یہ الفاظ ہیں وقایب من آیتیں فی السماوات یہ مرور</w:t>
      </w:r>
    </w:p>
    <w:p>
      <w:r>
        <w:rPr>
          <w:b/>
        </w:rPr>
        <w:t xml:space="preserve">[23:37] </w:t>
      </w:r>
      <w:r>
        <w:t>hain maulana muroor sabit karna hoga ji muroor sabit karna hoga agar muroor ke mani lene parren ge</w:t>
      </w:r>
    </w:p>
    <w:p>
      <w:pPr>
        <w:jc w:val="right"/>
      </w:pPr>
      <w:r>
        <w:t>ہیں مولانا مرور ثابت کرنا ہوگا جی مرور ثابت کرنا ہوگا اگر مرور کے معنی لینے پڑیں گے</w:t>
      </w:r>
    </w:p>
    <w:p>
      <w:r>
        <w:rPr>
          <w:b/>
        </w:rPr>
        <w:t xml:space="preserve">[23:45] </w:t>
      </w:r>
      <w:r>
        <w:t>ji warna woh jo alfaaz hain ke guzarte hain sare</w:t>
      </w:r>
    </w:p>
    <w:p>
      <w:pPr>
        <w:jc w:val="right"/>
      </w:pPr>
      <w:r>
        <w:t>جی ورنہ وہ جو الفاظ ہیں کہ گزرتے ہیں سارے</w:t>
      </w:r>
    </w:p>
    <w:p>
      <w:r>
        <w:rPr>
          <w:b/>
        </w:rPr>
        <w:t xml:space="preserve">[23:51] </w:t>
      </w:r>
      <w:r>
        <w:t>arz o samawat to woh kahan guzarte hain aap</w:t>
      </w:r>
    </w:p>
    <w:p>
      <w:pPr>
        <w:jc w:val="right"/>
      </w:pPr>
      <w:r>
        <w:t>عرض و سماوا تو وہ کہاں گزرتے ہیں آپ</w:t>
      </w:r>
    </w:p>
    <w:p>
      <w:r>
        <w:rPr>
          <w:b/>
        </w:rPr>
        <w:t xml:space="preserve">[23:55] </w:t>
      </w:r>
      <w:r>
        <w:t>lafzi mani mein nahi guzarte hain lafzi mani mein nahi hotay hain to aap ko koi waseeh tar</w:t>
      </w:r>
    </w:p>
    <w:p>
      <w:pPr>
        <w:jc w:val="right"/>
      </w:pPr>
      <w:r>
        <w:t>لفظی معنی میں نہیں گزرتے ہیں لفظی معنی میں نہیں ہوتے ہیں تو آپ کو کوئی وسیع تر</w:t>
      </w:r>
    </w:p>
    <w:p>
      <w:r>
        <w:rPr>
          <w:b/>
        </w:rPr>
        <w:t xml:space="preserve">[24:02] </w:t>
      </w:r>
      <w:r>
        <w:t>mani lene parren ge to muroor ke waseeh mani lene parren ge waqayib mun ayaten fi al-samawat yeh</w:t>
      </w:r>
    </w:p>
    <w:p>
      <w:pPr>
        <w:jc w:val="right"/>
      </w:pPr>
      <w:r>
        <w:t>معنی لینے پڑیں گے تو مرور کے وسیع معنی لینے پڑیں گے وقایب من آیتیں فی السماوات یہ</w:t>
      </w:r>
    </w:p>
    <w:p>
      <w:r>
        <w:rPr>
          <w:b/>
        </w:rPr>
        <w:t xml:space="preserve">[24:10] </w:t>
      </w:r>
      <w:r>
        <w:t>zameen o aasman mein mein aap ko muroor hota hai ji hain aap muroor zameen o aasman mein</w:t>
      </w:r>
    </w:p>
    <w:p>
      <w:pPr>
        <w:jc w:val="right"/>
      </w:pPr>
      <w:r>
        <w:t>زمین و اسمان میں میں آپ کو مرور ہوتا ہے جی ہیں آپ مرور زمین و اسمان میں</w:t>
      </w:r>
    </w:p>
    <w:p>
      <w:r>
        <w:rPr>
          <w:b/>
        </w:rPr>
        <w:t xml:space="preserve">[24:16] </w:t>
      </w:r>
      <w:r>
        <w:t>hota hai woh kaise hota hai woh soch ke through hota hai qadmon qadmon se chal kar to</w:t>
      </w:r>
    </w:p>
    <w:p>
      <w:pPr>
        <w:jc w:val="right"/>
      </w:pPr>
      <w:r>
        <w:t>ہوتا ہے وہ کیسے ہوتا ہے وہ سوچ کے تھرو ہوتا ہے قدموں قدموں سے چل کر تو</w:t>
      </w:r>
    </w:p>
    <w:p>
      <w:r>
        <w:rPr>
          <w:b/>
        </w:rPr>
        <w:t xml:space="preserve">[24:23] </w:t>
      </w:r>
      <w:r>
        <w:t>hota nahi ji</w:t>
      </w:r>
    </w:p>
    <w:p>
      <w:pPr>
        <w:jc w:val="right"/>
      </w:pPr>
      <w:r>
        <w:t>ہوتا نہیں جی</w:t>
      </w:r>
    </w:p>
    <w:p>
      <w:r>
        <w:rPr>
          <w:b/>
        </w:rPr>
        <w:t xml:space="preserve">[24:28] </w:t>
      </w:r>
      <w:r>
        <w:t>yeh yeh ya is ayat mein yeh batain hain ke nahi hain bilkul is ayat mein yahi batain</w:t>
      </w:r>
    </w:p>
    <w:p>
      <w:pPr>
        <w:jc w:val="right"/>
      </w:pPr>
      <w:r>
        <w:t>یہ یہ یا اس آیت میں یہ باتیں ہیں کہ نہیں ہیں بالکل اس آیت میں یہی باتیں</w:t>
      </w:r>
    </w:p>
    <w:p>
      <w:r>
        <w:rPr>
          <w:b/>
        </w:rPr>
        <w:t xml:space="preserve">[24:35] </w:t>
      </w:r>
      <w:r>
        <w:t>hain maulana agar</w:t>
      </w:r>
    </w:p>
    <w:p>
      <w:pPr>
        <w:jc w:val="right"/>
      </w:pPr>
      <w:r>
        <w:t>ہیں مولانا اگر</w:t>
      </w:r>
    </w:p>
    <w:p>
      <w:r>
        <w:rPr>
          <w:b/>
        </w:rPr>
        <w:t xml:space="preserve">[24:37] </w:t>
      </w:r>
      <w:r>
        <w:t>yeh baatein na manen ge to phir jo hai koi</w:t>
      </w:r>
    </w:p>
    <w:p>
      <w:pPr>
        <w:jc w:val="right"/>
      </w:pPr>
      <w:r>
        <w:t>یہ باتیں نہ مانیں گے تو پھر جو ہے کوئی</w:t>
      </w:r>
    </w:p>
    <w:p>
      <w:r>
        <w:rPr>
          <w:b/>
        </w:rPr>
        <w:t xml:space="preserve">[24:42] </w:t>
      </w:r>
      <w:r>
        <w:t>koi kainaati mafhoom hi nikle ga nahin nahin ayat ki matlab hi nahin banega ayat ka matlab</w:t>
      </w:r>
    </w:p>
    <w:p>
      <w:pPr>
        <w:jc w:val="right"/>
      </w:pPr>
      <w:r>
        <w:t>کوئی کائناتی مفہوم ہی نکلے گا نہیں نہیں آیت کی مطلب ہی نہیں بنے گا آیت کا مطلب</w:t>
      </w:r>
    </w:p>
    <w:p>
      <w:r>
        <w:rPr>
          <w:b/>
        </w:rPr>
        <w:t xml:space="preserve">[24:48] </w:t>
      </w:r>
      <w:r>
        <w:t>hi nahin banega waqayib min aayaten fis samawat</w:t>
      </w:r>
    </w:p>
    <w:p>
      <w:pPr>
        <w:jc w:val="right"/>
      </w:pPr>
      <w:r>
        <w:t>ہی نہیں بنے گا وقایب من آیتیں فی السماوات</w:t>
      </w:r>
    </w:p>
    <w:p>
      <w:r>
        <w:rPr>
          <w:b/>
        </w:rPr>
        <w:t xml:space="preserve">[24:53] </w:t>
      </w:r>
      <w:r>
        <w:t>zameen o asman ki maayaton se un ka muroor hota hai to muroor kaise hua</w:t>
      </w:r>
    </w:p>
    <w:p>
      <w:pPr>
        <w:jc w:val="right"/>
      </w:pPr>
      <w:r>
        <w:t>زمین و اسمان کی مایتوں سے ان کا مرور ہوتا ہے تو مرور کیسے ہوا</w:t>
      </w:r>
    </w:p>
    <w:p>
      <w:r>
        <w:rPr>
          <w:b/>
        </w:rPr>
        <w:t xml:space="preserve">[24:59] </w:t>
      </w:r>
      <w:r>
        <w:t>sochne se hua hain soch ki satah par muroor mumkin hai maulana alfaaz ki satah par nahin haan</w:t>
      </w:r>
    </w:p>
    <w:p>
      <w:pPr>
        <w:jc w:val="right"/>
      </w:pPr>
      <w:r>
        <w:t>سوچنے سے ہوا ہیں سوچ کی سطح پر مرور ممکن ہے مولانا الفاظ کی سطح پر نہیں ہاں</w:t>
      </w:r>
    </w:p>
    <w:p>
      <w:r>
        <w:rPr>
          <w:b/>
        </w:rPr>
        <w:t xml:space="preserve">[25:04] </w:t>
      </w:r>
      <w:r>
        <w:t>yeh yeh theek kaha aap ne ji</w:t>
      </w:r>
    </w:p>
    <w:p>
      <w:pPr>
        <w:jc w:val="right"/>
      </w:pPr>
      <w:r>
        <w:t>یہ یہ ٹھیک کہا آپ نے جی</w:t>
      </w:r>
    </w:p>
    <w:p>
      <w:r>
        <w:rPr>
          <w:b/>
        </w:rPr>
        <w:t xml:space="preserve">[25:08] </w:t>
      </w:r>
      <w:r>
        <w:t>to koi is tarah quran ka mutala karta hai</w:t>
      </w:r>
    </w:p>
    <w:p>
      <w:pPr>
        <w:jc w:val="right"/>
      </w:pPr>
      <w:r>
        <w:t>تو کوئی اس طرح قرآن کا مطالعہ کرتا ہے</w:t>
      </w:r>
    </w:p>
    <w:p>
      <w:r>
        <w:rPr>
          <w:b/>
        </w:rPr>
        <w:t xml:space="preserve">[25:12] </w:t>
      </w:r>
      <w:r>
        <w:t>nahin maulana mein ne to nahin dekha maulana quran ka is qism se jo mutala karta hai ke</w:t>
      </w:r>
    </w:p>
    <w:p>
      <w:pPr>
        <w:jc w:val="right"/>
      </w:pPr>
      <w:r>
        <w:t>نہیں مولانا میں نے تو نہیں دیکھا مولانا قرآن کا اس قسم سے جو مطالعہ کرتا ہے کہ</w:t>
      </w:r>
    </w:p>
    <w:p>
      <w:r>
        <w:rPr>
          <w:b/>
        </w:rPr>
        <w:t xml:space="preserve">[25:18] </w:t>
      </w:r>
      <w:r>
        <w:t>aap ke sheikh arab is tarah mutala to karte hain quran ka</w:t>
      </w:r>
    </w:p>
    <w:p>
      <w:pPr>
        <w:jc w:val="right"/>
      </w:pPr>
      <w:r>
        <w:t>آپ کے شیخ عرب اس طرح مطالعہ تو کرتے ہیں قرآن کا</w:t>
      </w:r>
    </w:p>
    <w:p>
      <w:r>
        <w:rPr>
          <w:b/>
        </w:rPr>
        <w:t xml:space="preserve">[25:23] </w:t>
      </w:r>
      <w:r>
        <w:t>hain</w:t>
      </w:r>
    </w:p>
    <w:p>
      <w:pPr>
        <w:jc w:val="right"/>
      </w:pPr>
      <w:r>
        <w:t>ہیں</w:t>
      </w:r>
    </w:p>
    <w:p>
      <w:r>
        <w:rPr>
          <w:b/>
        </w:rPr>
        <w:t xml:space="preserve">[25:24] </w:t>
      </w:r>
      <w:r>
        <w:t>nahi Maulana kisi ko nahi paya</w:t>
      </w:r>
    </w:p>
    <w:p>
      <w:pPr>
        <w:jc w:val="right"/>
      </w:pPr>
      <w:r>
        <w:t>نہیں مولانا کسی کو نہیں پایا</w:t>
      </w:r>
    </w:p>
    <w:p>
      <w:r>
        <w:rPr>
          <w:b/>
        </w:rPr>
        <w:t xml:space="preserve">[25:29] </w:t>
      </w:r>
      <w:r>
        <w:t>sab log oopar hi tairte hain</w:t>
      </w:r>
    </w:p>
    <w:p>
      <w:pPr>
        <w:jc w:val="right"/>
      </w:pPr>
      <w:r>
        <w:t>سب لوگ اوپر ہی تیرتے ہیں</w:t>
      </w:r>
    </w:p>
    <w:p>
      <w:r>
        <w:rPr>
          <w:b/>
        </w:rPr>
        <w:t xml:space="preserve">[25:35] </w:t>
      </w:r>
      <w:r>
        <w:t>ab bataiye dohraiye mein ne kya kaha</w:t>
      </w:r>
    </w:p>
    <w:p>
      <w:pPr>
        <w:jc w:val="right"/>
      </w:pPr>
      <w:r>
        <w:t>اب بتائیے دہرائیے میں نے کیا کہا</w:t>
      </w:r>
    </w:p>
    <w:p>
      <w:r>
        <w:rPr>
          <w:b/>
        </w:rPr>
        <w:t xml:space="preserve">[25:39] </w:t>
      </w:r>
      <w:r>
        <w:t>muroor se is se mein ne kya nikala</w:t>
      </w:r>
    </w:p>
    <w:p>
      <w:pPr>
        <w:jc w:val="right"/>
      </w:pPr>
      <w:r>
        <w:t>مرور سے اس سے میں نے کیا نکالا</w:t>
      </w:r>
    </w:p>
    <w:p>
      <w:r>
        <w:rPr>
          <w:b/>
        </w:rPr>
        <w:t xml:space="preserve">[25:43] </w:t>
      </w:r>
      <w:r>
        <w:t>maulana aap yeh keh rahe hain ke quran ko agar samajhna hai to sirf alfaaz ilm balaghat na</w:t>
      </w:r>
    </w:p>
    <w:p>
      <w:pPr>
        <w:jc w:val="right"/>
      </w:pPr>
      <w:r>
        <w:t>مولانا آپ یہ کہہ رہے ہیں کہ قرآن کو اگر سمجھنا ہے تو صرف الفاظ علم بلاغت نہ</w:t>
      </w:r>
    </w:p>
    <w:p>
      <w:r>
        <w:rPr>
          <w:b/>
        </w:rPr>
        <w:t xml:space="preserve">[25:52] </w:t>
      </w:r>
      <w:r>
        <w:t>ho waghera sirf usi mein rahen ge to hum sirf quran ka thoda sa hissa paen ge</w:t>
      </w:r>
    </w:p>
    <w:p>
      <w:pPr>
        <w:jc w:val="right"/>
      </w:pPr>
      <w:r>
        <w:t>ہو وغیرہ صرف اسی میں رہیں گے تو ہم صرف قرآن کا تھوڑا سا حصہ پائیں گے</w:t>
      </w:r>
    </w:p>
    <w:p>
      <w:r>
        <w:rPr>
          <w:b/>
        </w:rPr>
        <w:t xml:space="preserve">[25:59] </w:t>
      </w:r>
      <w:r>
        <w:t>is ke bajaye agar hum is ko yaani</w:t>
      </w:r>
    </w:p>
    <w:p>
      <w:pPr>
        <w:jc w:val="right"/>
      </w:pPr>
      <w:r>
        <w:t>اس کے بجائے اگر ہم اس کو یعنی</w:t>
      </w:r>
    </w:p>
    <w:p>
      <w:r>
        <w:rPr>
          <w:b/>
        </w:rPr>
        <w:t xml:space="preserve">[26:03] </w:t>
      </w:r>
      <w:r>
        <w:t>maani ke lihaz se len ge aur</w:t>
      </w:r>
    </w:p>
    <w:p>
      <w:pPr>
        <w:jc w:val="right"/>
      </w:pPr>
      <w:r>
        <w:t>معنی کے لحاظ سے لیں گے اور</w:t>
      </w:r>
    </w:p>
    <w:p>
      <w:r>
        <w:rPr>
          <w:b/>
        </w:rPr>
        <w:t xml:space="preserve">[26:07] </w:t>
      </w:r>
      <w:r>
        <w:t>alfaaz ko badal kar is ko samajhen ge to phir hum ko</w:t>
      </w:r>
    </w:p>
    <w:p>
      <w:pPr>
        <w:jc w:val="right"/>
      </w:pPr>
      <w:r>
        <w:t>الفاظ کو بدل کر اس کو سمجھیں گے تو پھر ہم کو</w:t>
      </w:r>
    </w:p>
    <w:p>
      <w:r>
        <w:rPr>
          <w:b/>
        </w:rPr>
        <w:t xml:space="preserve">[26:12] </w:t>
      </w:r>
      <w:r>
        <w:t>kainaati rizq mile ga</w:t>
      </w:r>
    </w:p>
    <w:p>
      <w:pPr>
        <w:jc w:val="right"/>
      </w:pPr>
      <w:r>
        <w:t>کائناتی رزق ملے گا</w:t>
      </w:r>
    </w:p>
    <w:p>
      <w:r>
        <w:rPr>
          <w:b/>
        </w:rPr>
        <w:t xml:space="preserve">[26:16] </w:t>
      </w:r>
      <w:r>
        <w:t>dekhiye is mein yeh bhi shamil hai karna ho jayega</w:t>
      </w:r>
    </w:p>
    <w:p>
      <w:pPr>
        <w:jc w:val="right"/>
      </w:pPr>
      <w:r>
        <w:t>دیکھیے اس میں یہ بھی شامل ہے کرنا ہو جائے گا</w:t>
      </w:r>
    </w:p>
    <w:p>
      <w:r>
        <w:rPr>
          <w:b/>
        </w:rPr>
        <w:t xml:space="preserve">[26:20] </w:t>
      </w:r>
      <w:r>
        <w:t>ke sirf</w:t>
      </w:r>
    </w:p>
    <w:p>
      <w:pPr>
        <w:jc w:val="right"/>
      </w:pPr>
      <w:r>
        <w:t>کہ صرف</w:t>
      </w:r>
    </w:p>
    <w:p>
      <w:r>
        <w:rPr>
          <w:b/>
        </w:rPr>
        <w:t xml:space="preserve">[26:21] </w:t>
      </w:r>
      <w:r>
        <w:t>hussain ne likha hai woh mat dekho</w:t>
      </w:r>
    </w:p>
    <w:p>
      <w:pPr>
        <w:jc w:val="right"/>
      </w:pPr>
      <w:r>
        <w:t>حسین نے لکھا ہے وہ مت دیکھو</w:t>
      </w:r>
    </w:p>
    <w:p>
      <w:r>
        <w:rPr>
          <w:b/>
        </w:rPr>
        <w:t xml:space="preserve">[26:24] </w:t>
      </w:r>
      <w:r>
        <w:t>ji jo kalam arab mein hai wahi mat dekho</w:t>
      </w:r>
    </w:p>
    <w:p>
      <w:pPr>
        <w:jc w:val="right"/>
      </w:pPr>
      <w:r>
        <w:t>جی جو کلام عرب میں ہے وہی مت دیکھو</w:t>
      </w:r>
    </w:p>
    <w:p>
      <w:r>
        <w:rPr>
          <w:b/>
        </w:rPr>
        <w:t xml:space="preserve">[26:29] </w:t>
      </w:r>
      <w:r>
        <w:t>ji ji sahi hai sari dunya insaniyat mein jo hai us ko dekho bilkul</w:t>
      </w:r>
    </w:p>
    <w:p>
      <w:pPr>
        <w:jc w:val="right"/>
      </w:pPr>
      <w:r>
        <w:t>جی جی صحیح ہے ساری دنیا انسانیت میں جو ہے اس کو دیکھو بالکل</w:t>
      </w:r>
    </w:p>
    <w:p>
      <w:r>
        <w:rPr>
          <w:b/>
        </w:rPr>
        <w:t xml:space="preserve">[26:37] </w:t>
      </w:r>
      <w:r>
        <w:t>yaani muroor ko aam aam karo misaal ke taur par dekhiye</w:t>
      </w:r>
    </w:p>
    <w:p>
      <w:pPr>
        <w:jc w:val="right"/>
      </w:pPr>
      <w:r>
        <w:t>یعنی مرور کو عام عام کرو مثال کے طور پر دیکھیے</w:t>
      </w:r>
    </w:p>
    <w:p>
      <w:r>
        <w:rPr>
          <w:b/>
        </w:rPr>
        <w:t xml:space="preserve">[26:43] </w:t>
      </w:r>
      <w:r>
        <w:t>aj hi mein soch raha tha</w:t>
      </w:r>
    </w:p>
    <w:p>
      <w:pPr>
        <w:jc w:val="right"/>
      </w:pPr>
      <w:r>
        <w:t>اج ہی میں سوچ رہا تھا</w:t>
      </w:r>
    </w:p>
    <w:p>
      <w:r>
        <w:rPr>
          <w:b/>
        </w:rPr>
        <w:t xml:space="preserve">[26:46] </w:t>
      </w:r>
      <w:r>
        <w:t>keh bartania ka aik bohat bara</w:t>
      </w:r>
    </w:p>
    <w:p>
      <w:pPr>
        <w:jc w:val="right"/>
      </w:pPr>
      <w:r>
        <w:t>کہ برطانیہ کا ایک بہت بڑا</w:t>
      </w:r>
    </w:p>
    <w:p>
      <w:r>
        <w:rPr>
          <w:b/>
        </w:rPr>
        <w:t xml:space="preserve">[26:50] </w:t>
      </w:r>
      <w:r>
        <w:t>mouarikh hai arnaltine bhi</w:t>
      </w:r>
    </w:p>
    <w:p>
      <w:pPr>
        <w:jc w:val="right"/>
      </w:pPr>
      <w:r>
        <w:t>مورخ ہے ارنلٹائن بھی</w:t>
      </w:r>
    </w:p>
    <w:p>
      <w:r>
        <w:rPr>
          <w:b/>
        </w:rPr>
        <w:t xml:space="preserve">[26:55] </w:t>
      </w:r>
      <w:r>
        <w:t>arnaltine bhi is ne bohat bari kitab likhi hai</w:t>
      </w:r>
    </w:p>
    <w:p>
      <w:pPr>
        <w:jc w:val="right"/>
      </w:pPr>
      <w:r>
        <w:t>ارنلٹائن بھی اس نے بہت بڑی کتاب لکھی ہے</w:t>
      </w:r>
    </w:p>
    <w:p>
      <w:r>
        <w:rPr>
          <w:b/>
        </w:rPr>
        <w:t xml:space="preserve">[27:00] </w:t>
      </w:r>
      <w:r>
        <w:t>astadi of histri</w:t>
      </w:r>
    </w:p>
    <w:p>
      <w:pPr>
        <w:jc w:val="right"/>
      </w:pPr>
      <w:r>
        <w:t>اسٹڈی اف ہسٹری</w:t>
      </w:r>
    </w:p>
    <w:p>
      <w:r>
        <w:rPr>
          <w:b/>
        </w:rPr>
        <w:t xml:space="preserve">[27:03] </w:t>
      </w:r>
      <w:r>
        <w:t>tu is mein wo likhta hai</w:t>
      </w:r>
    </w:p>
    <w:p>
      <w:pPr>
        <w:jc w:val="right"/>
      </w:pPr>
      <w:r>
        <w:t>تو اس میں وہ لکھتا ہے</w:t>
      </w:r>
    </w:p>
    <w:p>
      <w:r>
        <w:rPr>
          <w:b/>
        </w:rPr>
        <w:t xml:space="preserve">[27:06] </w:t>
      </w:r>
      <w:r>
        <w:t>keh</w:t>
      </w:r>
    </w:p>
    <w:p>
      <w:pPr>
        <w:jc w:val="right"/>
      </w:pPr>
      <w:r>
        <w:t>کہ</w:t>
      </w:r>
    </w:p>
    <w:p>
      <w:r>
        <w:rPr>
          <w:b/>
        </w:rPr>
        <w:t xml:space="preserve">[27:09] </w:t>
      </w:r>
      <w:r>
        <w:t>insani zindagi ya tareekh batati hai ke har har har insan challenge mein har har insan ko challenge mein jeena parta hai har qom ko har insan ko challenge challenge challenge yani Arabic tadeeyat tadeeyat mein jeena parta hai hmm</w:t>
      </w:r>
    </w:p>
    <w:p>
      <w:pPr>
        <w:jc w:val="right"/>
      </w:pPr>
      <w:r>
        <w:t>انسانی زندگی یا تاریخ بتاتی ہے کہ ہر ہر ہر انسان چیلنج میں ہر ہر انسان کو چیلنج میں جینا پڑتا ہے ہر قوم کو ہر انسان کو چیلنج چیلنج چیلنج یعنی عربک تادیات تادیات میں جینا پڑتا ہے ہمم</w:t>
      </w:r>
    </w:p>
    <w:p>
      <w:r>
        <w:rPr>
          <w:b/>
        </w:rPr>
        <w:t xml:space="preserve">[27:37] </w:t>
      </w:r>
      <w:r>
        <w:t>phir wo challenge ki do qism karta hai</w:t>
      </w:r>
    </w:p>
    <w:p>
      <w:pPr>
        <w:jc w:val="right"/>
      </w:pPr>
      <w:r>
        <w:t>پھر وہ چیلنج کی دو قسم کرتا ہے</w:t>
      </w:r>
    </w:p>
    <w:p>
      <w:r>
        <w:rPr>
          <w:b/>
        </w:rPr>
        <w:t xml:space="preserve">[27:42] </w:t>
      </w:r>
      <w:r>
        <w:t>do qism aik hai crippling challenge wo challenge jo aap kuchal dale kuchal dale ga</w:t>
      </w:r>
    </w:p>
    <w:p>
      <w:pPr>
        <w:jc w:val="right"/>
      </w:pPr>
      <w:r>
        <w:t>دو قسم ایک ہے کرپلنگ چیلنج وہ چیلنج جو آپ کچل ڈالے کچل ڈالے گا</w:t>
      </w:r>
    </w:p>
    <w:p>
      <w:r>
        <w:rPr>
          <w:b/>
        </w:rPr>
        <w:t xml:space="preserve">[27:51] </w:t>
      </w:r>
      <w:r>
        <w:t>aur aik hai non crippling challenge jis mein challenge tu paish aaye lekin aap bach jayen ya aap</w:t>
      </w:r>
    </w:p>
    <w:p>
      <w:pPr>
        <w:jc w:val="right"/>
      </w:pPr>
      <w:r>
        <w:t>اور ایک ہے نان کرپلنگ چیلنج جس میں چیلنج تو پیش ائے لیکن آپ بچ جائیں یا آپ</w:t>
      </w:r>
    </w:p>
    <w:p>
      <w:r>
        <w:rPr>
          <w:b/>
        </w:rPr>
        <w:t xml:space="preserve">[27:57] </w:t>
      </w:r>
      <w:r>
        <w:t>ka hath paon na toote hain aap bilkul is ko kehte hain futooh ghair woh na ho jayen</w:t>
      </w:r>
    </w:p>
    <w:p>
      <w:pPr>
        <w:jc w:val="right"/>
      </w:pPr>
      <w:r>
        <w:t>کا ہاتھ پاؤں نہ ٹوٹے ہیں آپ بالکل اس کو کہتے ہیں فتوح غیر وہ نہ ہو جائیں</w:t>
      </w:r>
    </w:p>
    <w:p>
      <w:r>
        <w:rPr>
          <w:b/>
        </w:rPr>
        <w:t xml:space="preserve">[28:06] </w:t>
      </w:r>
      <w:r>
        <w:t>jaise idhar kaha tha na mein ne keh aap ke paas kuch baqi hai sab lut lut gaya</w:t>
      </w:r>
    </w:p>
    <w:p>
      <w:pPr>
        <w:jc w:val="right"/>
      </w:pPr>
      <w:r>
        <w:t>جیسے ادھر کہا تھا نا میں نے کہ آپ کے پاس کچھ باقی ہے سب لٹ لٹ گیا</w:t>
      </w:r>
    </w:p>
    <w:p>
      <w:r>
        <w:rPr>
          <w:b/>
        </w:rPr>
        <w:t xml:space="preserve">[28:11] </w:t>
      </w:r>
      <w:r>
        <w:t>in ka 25 hazar baqi hai tu aik crippling challenge aik hai non crippling challenge</w:t>
      </w:r>
    </w:p>
    <w:p>
      <w:pPr>
        <w:jc w:val="right"/>
      </w:pPr>
      <w:r>
        <w:t>ان کا 25 ہزار باقی ہے تو ایک کرپلنگ چیلنج ایک ہے نان کرپلنگ چیلنج</w:t>
      </w:r>
    </w:p>
    <w:p>
      <w:r>
        <w:rPr>
          <w:b/>
        </w:rPr>
        <w:t xml:space="preserve">[28:21] </w:t>
      </w:r>
      <w:r>
        <w:t>tu is ne likha hai keh</w:t>
      </w:r>
    </w:p>
    <w:p>
      <w:pPr>
        <w:jc w:val="right"/>
      </w:pPr>
      <w:r>
        <w:t>تو اس نے لکھا ہے کہ</w:t>
      </w:r>
    </w:p>
    <w:p>
      <w:r>
        <w:rPr>
          <w:b/>
        </w:rPr>
        <w:t xml:space="preserve">[28:23] </w:t>
      </w:r>
      <w:r>
        <w:t>jin qomon ko koi crippling challenge paish aaye</w:t>
      </w:r>
    </w:p>
    <w:p>
      <w:pPr>
        <w:jc w:val="right"/>
      </w:pPr>
      <w:r>
        <w:t>جن قوموں کو کوئی کرپلنگ چیلنج پیش ائے</w:t>
      </w:r>
    </w:p>
    <w:p>
      <w:r>
        <w:rPr>
          <w:b/>
        </w:rPr>
        <w:t xml:space="preserve">[28:28] </w:t>
      </w:r>
      <w:r>
        <w:t>wo tu isi mein zabt karaye jayen ge</w:t>
      </w:r>
    </w:p>
    <w:p>
      <w:pPr>
        <w:jc w:val="right"/>
      </w:pPr>
      <w:r>
        <w:t>وہ تو اسی میں ضبط کرائے جائیں گے</w:t>
      </w:r>
    </w:p>
    <w:p>
      <w:r>
        <w:rPr>
          <w:b/>
        </w:rPr>
        <w:t xml:space="preserve">[28:31] </w:t>
      </w:r>
      <w:r>
        <w:t>lekin jab challenge non crippling hota hai tu qomein phir ubharti hain phir ubharti hain phir ubharti hain</w:t>
      </w:r>
    </w:p>
    <w:p>
      <w:pPr>
        <w:jc w:val="right"/>
      </w:pPr>
      <w:r>
        <w:t>لیکن جب چیلنج نان کرپلنگ ہوتا ہے تو قومیں پھر ابھرتی ہیں پھر ابھرتی ہیں پھر ابھرتی ہیں</w:t>
      </w:r>
    </w:p>
    <w:p>
      <w:r>
        <w:rPr>
          <w:b/>
        </w:rPr>
        <w:t xml:space="preserve">[28:38] </w:t>
      </w:r>
      <w:r>
        <w:t>re planning karti hain</w:t>
      </w:r>
    </w:p>
    <w:p>
      <w:pPr>
        <w:jc w:val="right"/>
      </w:pPr>
      <w:r>
        <w:t>ری پلاننگ کرتی ہیں</w:t>
      </w:r>
    </w:p>
    <w:p>
      <w:r>
        <w:rPr>
          <w:b/>
        </w:rPr>
        <w:t xml:space="preserve">[28:41] </w:t>
      </w:r>
      <w:r>
        <w:t>ab kitni bari haqeeqat hai ye is mein shamil karna parega acha is muroor mein daira muroor</w:t>
      </w:r>
    </w:p>
    <w:p>
      <w:pPr>
        <w:jc w:val="right"/>
      </w:pPr>
      <w:r>
        <w:t>اب کتنی بڑی حقیقت ہے یہ اس میں شامل کرنا پڑے گا اچھا اس مرور میں دائرہ مرور</w:t>
      </w:r>
    </w:p>
    <w:p>
      <w:r>
        <w:rPr>
          <w:b/>
        </w:rPr>
        <w:t xml:space="preserve">[28:48] </w:t>
      </w:r>
      <w:r>
        <w:t>jo hai is daira muroor mein tareekh ka ye hissa bhi shamil karna parega nahi tu mukammal</w:t>
      </w:r>
    </w:p>
    <w:p>
      <w:pPr>
        <w:jc w:val="right"/>
      </w:pPr>
      <w:r>
        <w:t>جو ہے اس دائرہ مرور میں تاریخ کا یہ حصہ بھی شامل کرنا پڑے گا نہیں تو مکمل</w:t>
      </w:r>
    </w:p>
    <w:p>
      <w:r>
        <w:rPr>
          <w:b/>
        </w:rPr>
        <w:t xml:space="preserve">[28:54] </w:t>
      </w:r>
      <w:r>
        <w:t>kahan hoa hain</w:t>
      </w:r>
    </w:p>
    <w:p>
      <w:pPr>
        <w:jc w:val="right"/>
      </w:pPr>
      <w:r>
        <w:t>کہاں ہوا ہیں</w:t>
      </w:r>
    </w:p>
    <w:p>
      <w:r>
        <w:rPr>
          <w:b/>
        </w:rPr>
        <w:t xml:space="preserve">[28:57] </w:t>
      </w:r>
      <w:r>
        <w:t>sahih baat kaisa baat pakri aap ne meri haan molana</w:t>
      </w:r>
    </w:p>
    <w:p>
      <w:pPr>
        <w:jc w:val="right"/>
      </w:pPr>
      <w:r>
        <w:t>صحیح بات کیسا بات پکڑی اپ نے میری ہاں مولانا</w:t>
      </w:r>
    </w:p>
    <w:p>
      <w:r>
        <w:rPr>
          <w:b/>
        </w:rPr>
        <w:t xml:space="preserve">[29:05] </w:t>
      </w:r>
      <w:r>
        <w:t>kya pakra aap sahi hai</w:t>
      </w:r>
    </w:p>
    <w:p>
      <w:pPr>
        <w:jc w:val="right"/>
      </w:pPr>
      <w:r>
        <w:t>کیا پکڑا اپ صحیح ہے</w:t>
      </w:r>
    </w:p>
    <w:p>
      <w:r>
        <w:rPr>
          <w:b/>
        </w:rPr>
        <w:t xml:space="preserve">[29:12] </w:t>
      </w:r>
      <w:r>
        <w:t>molana hum log jo hain quran ki tafseer ke hawale se</w:t>
      </w:r>
    </w:p>
    <w:p>
      <w:pPr>
        <w:jc w:val="right"/>
      </w:pPr>
      <w:r>
        <w:t>مولانا ہم لوگ جو ہیں قرآن کی تفسیر کے حوالے سے</w:t>
      </w:r>
    </w:p>
    <w:p>
      <w:r>
        <w:rPr>
          <w:b/>
        </w:rPr>
        <w:t xml:space="preserve">[29:17] </w:t>
      </w:r>
      <w:r>
        <w:t>sirf wahi cheezein parhte aur parhate thay jo kitabon mein likhi hui hain matlab aslaf ne jo likha</w:t>
      </w:r>
    </w:p>
    <w:p>
      <w:pPr>
        <w:jc w:val="right"/>
      </w:pPr>
      <w:r>
        <w:t>صرف وہی چیزیں پڑھتے اور پڑھاتے تھے جو کتابوں میں لکھی ہوئی ہیں مطلب اسلاف نے جو لکھا</w:t>
      </w:r>
    </w:p>
    <w:p>
      <w:r>
        <w:rPr>
          <w:b/>
        </w:rPr>
        <w:t xml:space="preserve">[29:25] </w:t>
      </w:r>
      <w:r>
        <w:t>hai lekin aap jo keh rahe hain keh ye tu bohat chota hai aap</w:t>
      </w:r>
    </w:p>
    <w:p>
      <w:pPr>
        <w:jc w:val="right"/>
      </w:pPr>
      <w:r>
        <w:t>ہے لیکن اپ جو کہہ رہے ہیں کہ یہ تو بہت چھوٹا ہے اپ</w:t>
      </w:r>
    </w:p>
    <w:p>
      <w:r>
        <w:rPr>
          <w:b/>
        </w:rPr>
        <w:t xml:space="preserve">[29:32] </w:t>
      </w:r>
      <w:r>
        <w:t>maujooda halaat ko bhi is mein shamil kijiye</w:t>
      </w:r>
    </w:p>
    <w:p>
      <w:pPr>
        <w:jc w:val="right"/>
      </w:pPr>
      <w:r>
        <w:t>موجودہ حالات کو بھی اس میں شامل کیجئے</w:t>
      </w:r>
    </w:p>
    <w:p>
      <w:r>
        <w:rPr>
          <w:b/>
        </w:rPr>
        <w:t xml:space="preserve">[29:37] </w:t>
      </w:r>
      <w:r>
        <w:t>aap sirf woh yani matlab jo kitabon mein likha hai bas usi par mahsoor mat ho jaiye</w:t>
      </w:r>
    </w:p>
    <w:p>
      <w:pPr>
        <w:jc w:val="right"/>
      </w:pPr>
      <w:r>
        <w:t>اپ صرف وہ یعنی مطلب جو کتابوں میں لکھا ہے بس اسی پر محصور مت ہو جائیے</w:t>
      </w:r>
    </w:p>
    <w:p>
      <w:r>
        <w:rPr>
          <w:b/>
        </w:rPr>
        <w:t xml:space="preserve">[29:46] </w:t>
      </w:r>
      <w:r>
        <w:t>aap alfaaz badal kar jaise aap ne parha tareekh mein hadith mein ke jahad karo qatal ko kafiron</w:t>
      </w:r>
    </w:p>
    <w:p>
      <w:pPr>
        <w:jc w:val="right"/>
      </w:pPr>
      <w:r>
        <w:t>اپ الفاظ بدل کر جیسے اپ نے پڑھا تاریخ میں حدیث میں کہ جہاد کرو قتل کو کافروں</w:t>
      </w:r>
    </w:p>
    <w:p>
      <w:r>
        <w:rPr>
          <w:b/>
        </w:rPr>
        <w:t xml:space="preserve">[29:55] </w:t>
      </w:r>
      <w:r>
        <w:t>ko maro hain qatil</w:t>
      </w:r>
    </w:p>
    <w:p>
      <w:pPr>
        <w:jc w:val="right"/>
      </w:pPr>
      <w:r>
        <w:t>کو مارو ہیں قاتل</w:t>
      </w:r>
    </w:p>
    <w:p>
      <w:r>
        <w:rPr>
          <w:b/>
        </w:rPr>
        <w:t xml:space="preserve">[29:58] </w:t>
      </w:r>
      <w:r>
        <w:t>kuffar bas us ke liye baithe hain hain kaisa</w:t>
      </w:r>
    </w:p>
    <w:p>
      <w:pPr>
        <w:jc w:val="right"/>
      </w:pPr>
      <w:r>
        <w:t>کفار بس اس کے لیے بیٹھے ہیں ہیں کیسا</w:t>
      </w:r>
    </w:p>
    <w:p>
      <w:r>
        <w:rPr>
          <w:b/>
        </w:rPr>
        <w:t xml:space="preserve">[30:07] </w:t>
      </w:r>
      <w:r>
        <w:t>lekin yahan par ek aur bohat bari haqeeqat hai is ke bahar ji hain</w:t>
      </w:r>
    </w:p>
    <w:p>
      <w:pPr>
        <w:jc w:val="right"/>
      </w:pPr>
      <w:r>
        <w:t>لیکن یہاں پر ایک اور بہت بڑی حقیقت ہے اس کے باہر جی ہیں</w:t>
      </w:r>
    </w:p>
    <w:p>
      <w:r>
        <w:rPr>
          <w:b/>
        </w:rPr>
        <w:t xml:space="preserve">[30:14] </w:t>
      </w:r>
      <w:r>
        <w:t>woh yeh ke</w:t>
      </w:r>
    </w:p>
    <w:p>
      <w:pPr>
        <w:jc w:val="right"/>
      </w:pPr>
      <w:r>
        <w:t>وہ یہ کہ</w:t>
      </w:r>
    </w:p>
    <w:p>
      <w:r>
        <w:rPr>
          <w:b/>
        </w:rPr>
        <w:t xml:space="preserve">[30:17] </w:t>
      </w:r>
      <w:r>
        <w:t>tareekh ke safhe pe larai ho ladi hui larai hui second world war jise do do atom bomb</w:t>
      </w:r>
    </w:p>
    <w:p>
      <w:pPr>
        <w:jc w:val="right"/>
      </w:pPr>
      <w:r>
        <w:t>تاریخ کے صفحے پہ لڑائی ہو لڑی ہوئی لڑائی ہوئی سیکنڈ ورلڈ وار جسے دو دو ایٹم بم</w:t>
      </w:r>
    </w:p>
    <w:p>
      <w:r>
        <w:rPr>
          <w:b/>
        </w:rPr>
        <w:t xml:space="preserve">[30:23] </w:t>
      </w:r>
      <w:r>
        <w:t>gira diye gaye hain</w:t>
      </w:r>
    </w:p>
    <w:p>
      <w:pPr>
        <w:jc w:val="right"/>
      </w:pPr>
      <w:r>
        <w:t>گرا دیے گئے ہیں</w:t>
      </w:r>
    </w:p>
    <w:p>
      <w:r>
        <w:rPr>
          <w:b/>
        </w:rPr>
        <w:t xml:space="preserve">[30:27] </w:t>
      </w:r>
      <w:r>
        <w:t>to is mein ek naya idea amal hua</w:t>
      </w:r>
    </w:p>
    <w:p>
      <w:pPr>
        <w:jc w:val="right"/>
      </w:pPr>
      <w:r>
        <w:t>تو اس میں ایک نیا ائیڈیا عمل ہوا</w:t>
      </w:r>
    </w:p>
    <w:p>
      <w:r>
        <w:rPr>
          <w:b/>
        </w:rPr>
        <w:t xml:space="preserve">[30:31] </w:t>
      </w:r>
      <w:r>
        <w:t>insani dimagh mein ek naya idea amal hua</w:t>
      </w:r>
    </w:p>
    <w:p>
      <w:pPr>
        <w:jc w:val="right"/>
      </w:pPr>
      <w:r>
        <w:t>انسانی دماغ میں ایک نیا ائیڈیا عمل ہوا</w:t>
      </w:r>
    </w:p>
    <w:p>
      <w:r>
        <w:rPr>
          <w:b/>
        </w:rPr>
        <w:t xml:space="preserve">[30:36] </w:t>
      </w:r>
      <w:r>
        <w:t>ke ab to jang se to milne wala hi nahi</w:t>
      </w:r>
    </w:p>
    <w:p>
      <w:pPr>
        <w:jc w:val="right"/>
      </w:pPr>
      <w:r>
        <w:t>کہ اب تو جنگ سے تو ملنے والا ہی نہیں</w:t>
      </w:r>
    </w:p>
    <w:p>
      <w:r>
        <w:rPr>
          <w:b/>
        </w:rPr>
        <w:t xml:space="preserve">[30:41] </w:t>
      </w:r>
      <w:r>
        <w:t>ke kyunke aise bomb aise hathiyar ban gaye hain to un ko ura do sab se taza naz tum khud bhi taza naz to ek naya idea amal hua ke larkay kya faida hoga</w:t>
      </w:r>
    </w:p>
    <w:p>
      <w:pPr>
        <w:jc w:val="right"/>
      </w:pPr>
      <w:r>
        <w:t>کہ کیونکہ ایسے بم ایسے ہتھیار بن گئے ہیں تو ان کو اڑا دو سب سے تازہ ناز تم خود بھی تازہ ناز تو ایک نیا ائیڈیا عمل ہوا کہ لڑ کے کیا فائدہ ہوگا</w:t>
      </w:r>
    </w:p>
    <w:p>
      <w:r>
        <w:rPr>
          <w:b/>
        </w:rPr>
        <w:t xml:space="preserve">[30:59] </w:t>
      </w:r>
      <w:r>
        <w:t>to ab hamein ladna bhi nahi hai peaceful</w:t>
      </w:r>
    </w:p>
    <w:p>
      <w:pPr>
        <w:jc w:val="right"/>
      </w:pPr>
      <w:r>
        <w:t>تو اب ہمیں لڑنا بھی نہیں ہے پیس فل</w:t>
      </w:r>
    </w:p>
    <w:p>
      <w:r>
        <w:rPr>
          <w:b/>
        </w:rPr>
        <w:t xml:space="preserve">[31:06] </w:t>
      </w:r>
      <w:r>
        <w:t>istrate karna hai hain ji bilkul yeh kahan likha tha na hadith mein na quran mein yeh tareekh</w:t>
      </w:r>
    </w:p>
    <w:p>
      <w:pPr>
        <w:jc w:val="right"/>
      </w:pPr>
      <w:r>
        <w:t>اسٹریٹ کرنا ہے ہیں جی بالکل یہ کہاں لکھا تھا نہ حدیث میں نہ قرآن میں یہ تاریخ</w:t>
      </w:r>
    </w:p>
    <w:p>
      <w:r>
        <w:rPr>
          <w:b/>
        </w:rPr>
        <w:t xml:space="preserve">[31:14] </w:t>
      </w:r>
      <w:r>
        <w:t>mein tha tareekh mein ji to aap ko muroor mein tareekh ko include karna parega bilkul ke</w:t>
      </w:r>
    </w:p>
    <w:p>
      <w:pPr>
        <w:jc w:val="right"/>
      </w:pPr>
      <w:r>
        <w:t>میں تھا تاریخ میں جی تو اپ کو مرور میں تاریخ کو انکلوڈ کرنا پڑے گا بالکل کہ</w:t>
      </w:r>
    </w:p>
    <w:p>
      <w:r>
        <w:rPr>
          <w:b/>
        </w:rPr>
        <w:t xml:space="preserve">[31:22] </w:t>
      </w:r>
      <w:r>
        <w:t>in ka muroor hota hai tareekh se in ka muroor hota hai</w:t>
      </w:r>
    </w:p>
    <w:p>
      <w:pPr>
        <w:jc w:val="right"/>
      </w:pPr>
      <w:r>
        <w:t>ان کا مرور ہوتا ہے تاریخ سے ان کا مرور ہوتا ہے</w:t>
      </w:r>
    </w:p>
    <w:p>
      <w:r>
        <w:rPr>
          <w:b/>
        </w:rPr>
        <w:t xml:space="preserve">[31:27] </w:t>
      </w:r>
      <w:r>
        <w:t>yani waron ke jangon ke</w:t>
      </w:r>
    </w:p>
    <w:p>
      <w:pPr>
        <w:jc w:val="right"/>
      </w:pPr>
      <w:r>
        <w:t>یعنی واروں کے جنگوں کے</w:t>
      </w:r>
    </w:p>
    <w:p>
      <w:r>
        <w:rPr>
          <w:b/>
        </w:rPr>
        <w:t xml:space="preserve">[31:32] </w:t>
      </w:r>
      <w:r>
        <w:t>nataij se hain is se itni bari cheez likhi hui hai ise samajh nahi lete</w:t>
      </w:r>
    </w:p>
    <w:p>
      <w:pPr>
        <w:jc w:val="right"/>
      </w:pPr>
      <w:r>
        <w:t>نتائج سے ہیں اس سے اتنی بڑی چیز لکھی ہوئی ہے اسے سمجھ نہیں لیتے</w:t>
      </w:r>
    </w:p>
    <w:p>
      <w:r>
        <w:rPr>
          <w:b/>
        </w:rPr>
        <w:t xml:space="preserve">[31:41] </w:t>
      </w:r>
      <w:r>
        <w:t>ke jang jab be faida ho gayi to kis liye jang tum bhi samajh yahi karte hain yani</w:t>
      </w:r>
    </w:p>
    <w:p>
      <w:pPr>
        <w:jc w:val="right"/>
      </w:pPr>
      <w:r>
        <w:t>کہ جنگ جب بے فائدہ ہو گئی تو کس لیے جنگ تم بھی سمجھ یہی کرتے ہیں یعنی</w:t>
      </w:r>
    </w:p>
    <w:p>
      <w:r>
        <w:rPr>
          <w:b/>
        </w:rPr>
        <w:t xml:space="preserve">[31:47] </w:t>
      </w:r>
      <w:r>
        <w:t>yeh sabit ho chuka ke jang be faida hai phir bhi lad rahe hain</w:t>
      </w:r>
    </w:p>
    <w:p>
      <w:pPr>
        <w:jc w:val="right"/>
      </w:pPr>
      <w:r>
        <w:t>یہ ثابت ہو چکا کہ جنگ بے فائدہ ہے پھر بھی لڑ رہے ہیں</w:t>
      </w:r>
    </w:p>
    <w:p>
      <w:r>
        <w:rPr>
          <w:b/>
        </w:rPr>
        <w:t xml:space="preserve">[31:51] </w:t>
      </w:r>
      <w:r>
        <w:t>phir bhi lad rahe hain</w:t>
      </w:r>
    </w:p>
    <w:p>
      <w:pPr>
        <w:jc w:val="right"/>
      </w:pPr>
      <w:r>
        <w:t>پھر بھی لڑ رہے ہیں</w:t>
      </w:r>
    </w:p>
    <w:p>
      <w:r>
        <w:rPr>
          <w:b/>
        </w:rPr>
        <w:t xml:space="preserve">[31:54] </w:t>
      </w:r>
      <w:r>
        <w:t>jaise murshid sahib wohi takrao karte rahe ab to takrao dori khatam hoga to murshid sahib agar takrao</w:t>
      </w:r>
    </w:p>
    <w:p>
      <w:pPr>
        <w:jc w:val="right"/>
      </w:pPr>
      <w:r>
        <w:t>جیسے مرشد صاحب وہی ٹکراؤ کرتے رہے اب تو ٹکراؤ دوری ختم ہوگا تو مرشد صاحب اگر ٹکراؤ</w:t>
      </w:r>
    </w:p>
    <w:p>
      <w:r>
        <w:rPr>
          <w:b/>
        </w:rPr>
        <w:t xml:space="preserve">[32:01] </w:t>
      </w:r>
      <w:r>
        <w:t>na karte to aaj woh wahan ke prime minister hote</w:t>
      </w:r>
    </w:p>
    <w:p>
      <w:pPr>
        <w:jc w:val="right"/>
      </w:pPr>
      <w:r>
        <w:t>نہ کرتے تو اج وہ وہاں کے پرائم منسٹر ہوتے</w:t>
      </w:r>
    </w:p>
    <w:p>
      <w:r>
        <w:rPr>
          <w:b/>
        </w:rPr>
        <w:t xml:space="preserve">[32:07] </w:t>
      </w:r>
      <w:r>
        <w:t>lekin takrao kar kar ke khatam kar liya aap ne to jante hi nahi woh ke quran ko</w:t>
      </w:r>
    </w:p>
    <w:p>
      <w:pPr>
        <w:jc w:val="right"/>
      </w:pPr>
      <w:r>
        <w:t>لیکن ٹکراؤ کر کر کے ختم کر لیا اپ نے تو جانتے ہی نہیں وہ کہ قرآن کو</w:t>
      </w:r>
    </w:p>
    <w:p>
      <w:r>
        <w:rPr>
          <w:b/>
        </w:rPr>
        <w:t xml:space="preserve">[32:14] </w:t>
      </w:r>
      <w:r>
        <w:t>wasee tar mani mein parho parho</w:t>
      </w:r>
    </w:p>
    <w:p>
      <w:pPr>
        <w:jc w:val="right"/>
      </w:pPr>
      <w:r>
        <w:t>وسیع تر معنی میں پڑھو پڑھو</w:t>
      </w:r>
    </w:p>
    <w:p>
      <w:r>
        <w:rPr>
          <w:b/>
        </w:rPr>
        <w:t xml:space="preserve">[32:17] </w:t>
      </w:r>
      <w:r>
        <w:t>yani muroor ka woh mani jo sari kainat ko muhit ho woh jante hi nahi</w:t>
      </w:r>
    </w:p>
    <w:p>
      <w:pPr>
        <w:jc w:val="right"/>
      </w:pPr>
      <w:r>
        <w:t>یعنی مرور کا وہ معنی جو ساری کائنات کو محیط ہو وہ جانتے ہی نہیں</w:t>
      </w:r>
    </w:p>
    <w:p>
      <w:r>
        <w:rPr>
          <w:b/>
        </w:rPr>
        <w:t xml:space="preserve">[32:25] </w:t>
      </w:r>
      <w:r>
        <w:t>kahin maulana abbas sahib pakra meri baat aap ne haan maulana</w:t>
      </w:r>
    </w:p>
    <w:p>
      <w:pPr>
        <w:jc w:val="right"/>
      </w:pPr>
      <w:r>
        <w:t>کہیں مولانا عباس صاحب پکڑا میری بات اپ نے ہاں مولانا</w:t>
      </w:r>
    </w:p>
    <w:p>
      <w:r>
        <w:rPr>
          <w:b/>
        </w:rPr>
        <w:t xml:space="preserve">[32:34] </w:t>
      </w:r>
      <w:r>
        <w:t>arabi janna kafi nahi hai</w:t>
      </w:r>
    </w:p>
    <w:p>
      <w:pPr>
        <w:jc w:val="right"/>
      </w:pPr>
      <w:r>
        <w:t>عربی جاننا کافی نہیں ہے</w:t>
      </w:r>
    </w:p>
    <w:p>
      <w:r>
        <w:rPr>
          <w:b/>
        </w:rPr>
        <w:t xml:space="preserve">[32:39] </w:t>
      </w:r>
      <w:r>
        <w:t>yani murshid sahib bohat achi arabi bolte the maine suna un ki taqreer lekin arabi to jante the aqal nahi thi hain woh isi tarah مرور nahi tha un ka kaisa ji aap</w:t>
      </w:r>
    </w:p>
    <w:p>
      <w:pPr>
        <w:jc w:val="right"/>
      </w:pPr>
      <w:r>
        <w:t>یعنی مرشد صاحب بہت اچھی عربی بولتے تھے میں نے سنا ان کی تقریر لیکن عربی تو جانتے تھے عقل نہیں تھی ہیں وہ اسی طرح مرور نہیں تھا ان کا کیسا جی اپ</w:t>
      </w:r>
    </w:p>
    <w:p>
      <w:r>
        <w:rPr>
          <w:b/>
        </w:rPr>
        <w:t xml:space="preserve">[32:59] </w:t>
      </w:r>
      <w:r>
        <w:t>aap ne phir bhi meri baat pakri ke nahi pakri haan pakri hain kaisa aap bataiye</w:t>
      </w:r>
    </w:p>
    <w:p>
      <w:pPr>
        <w:jc w:val="right"/>
      </w:pPr>
      <w:r>
        <w:t>اپ نے پھر بھی میری بات پکڑی کہ نہیں پکڑی ہاں پکڑی ہیں کیسا اپ بتائیے</w:t>
      </w:r>
    </w:p>
    <w:p>
      <w:r>
        <w:rPr>
          <w:b/>
        </w:rPr>
        <w:t xml:space="preserve">[33:07] </w:t>
      </w:r>
      <w:r>
        <w:t>maulana aap is ayat ke tehat yeh bataein waqayib man</w:t>
      </w:r>
    </w:p>
    <w:p>
      <w:pPr>
        <w:jc w:val="right"/>
      </w:pPr>
      <w:r>
        <w:t>مولانا اپ اس آیت کے تحت یہ بتائیں وقایب من</w:t>
      </w:r>
    </w:p>
    <w:p>
      <w:r>
        <w:rPr>
          <w:b/>
        </w:rPr>
        <w:t xml:space="preserve">[33:14] </w:t>
      </w:r>
      <w:r>
        <w:t>waqayib mun aayat fi al-samawat wal-ardi ya marun alayha maulana hamara jo tareeqa-e-mutala hai quran ka hum</w:t>
      </w:r>
    </w:p>
    <w:p>
      <w:pPr>
        <w:jc w:val="right"/>
      </w:pPr>
      <w:r>
        <w:t>وقایب من آیت فی السماوات والارضی یا مرون علیہا مولانا ہمارا جو طریقہ مطالعہ ہے قرآن کا ہم</w:t>
      </w:r>
    </w:p>
    <w:p>
      <w:r>
        <w:rPr>
          <w:b/>
        </w:rPr>
        <w:t xml:space="preserve">[33:22] </w:t>
      </w:r>
      <w:r>
        <w:t>ulama ka woh hai lafzi mutala lafz ki satah par mutala karte hain to jab hum lafzi satah</w:t>
      </w:r>
    </w:p>
    <w:p>
      <w:pPr>
        <w:jc w:val="right"/>
      </w:pPr>
      <w:r>
        <w:t>علماء کا وہ ہے لفظی مطالعہ لفظ کی سطح پر مطالعہ کرتے ہیں تو جب ہم لفظی سطح</w:t>
      </w:r>
    </w:p>
    <w:p>
      <w:r>
        <w:rPr>
          <w:b/>
        </w:rPr>
        <w:t xml:space="preserve">[33:29] </w:t>
      </w:r>
      <w:r>
        <w:t>par mutala karte hain to kuch hum pa nahi sakte yaani jaisa ke yahan kaha gaya hai ke</w:t>
      </w:r>
    </w:p>
    <w:p>
      <w:pPr>
        <w:jc w:val="right"/>
      </w:pPr>
      <w:r>
        <w:t>پر مطالعہ کرتے ہیں تو کچھ ہم پا نہیں سکتے یعنی جیسا کہ یہاں کہا گیا ہے کہ</w:t>
      </w:r>
    </w:p>
    <w:p>
      <w:r>
        <w:rPr>
          <w:b/>
        </w:rPr>
        <w:t xml:space="preserve">[33:34] </w:t>
      </w:r>
      <w:r>
        <w:t>muroor hua hai asman aur zameen par badni muroor to mumkin nahi hai is mein badni muroor agar</w:t>
      </w:r>
    </w:p>
    <w:p>
      <w:pPr>
        <w:jc w:val="right"/>
      </w:pPr>
      <w:r>
        <w:t>مرور ہوا ہے اسمان اور زمین پر بدنی مرور تو ممکن نہیں ہے اس میں بدنی مرور اگر</w:t>
      </w:r>
    </w:p>
    <w:p>
      <w:r>
        <w:rPr>
          <w:b/>
        </w:rPr>
        <w:t xml:space="preserve">[33:41] </w:t>
      </w:r>
      <w:r>
        <w:t>isko maanwi maani mein len ge yaani ke fikri muroor to</w:t>
      </w:r>
    </w:p>
    <w:p>
      <w:pPr>
        <w:jc w:val="right"/>
      </w:pPr>
      <w:r>
        <w:t>اس کو معنوی معنی میں لیں گے یعنی کہ فکری مرور تو</w:t>
      </w:r>
    </w:p>
    <w:p>
      <w:r>
        <w:rPr>
          <w:b/>
        </w:rPr>
        <w:t xml:space="preserve">[33:45] </w:t>
      </w:r>
      <w:r>
        <w:t>yeh mumkin hai hum poori kainat ka mutala kar sakte hain soch aur fikr ke zariye</w:t>
      </w:r>
    </w:p>
    <w:p>
      <w:pPr>
        <w:jc w:val="right"/>
      </w:pPr>
      <w:r>
        <w:t>یہ ممکن ہے ہم پوری کائنات کا مطالعہ کر سکتے ہیں سوچ اور فکر کے ذریعے</w:t>
      </w:r>
    </w:p>
    <w:p>
      <w:r>
        <w:rPr>
          <w:b/>
        </w:rPr>
        <w:t xml:space="preserve">[33:52] </w:t>
      </w:r>
      <w:r>
        <w:t>yeh baat aap ne batai maulana bataiye aaj kal ke jo electronic durbin hoti hai woh to sare</w:t>
      </w:r>
    </w:p>
    <w:p>
      <w:pPr>
        <w:jc w:val="right"/>
      </w:pPr>
      <w:r>
        <w:t>یہ بات اپ نے بتائی مولانا بتائیے اج کل کے جو الیکٹرانک دوربین ہوتی ہے وہ تو سارے</w:t>
      </w:r>
    </w:p>
    <w:p>
      <w:r>
        <w:rPr>
          <w:b/>
        </w:rPr>
        <w:t xml:space="preserve">[34:00] </w:t>
      </w:r>
      <w:r>
        <w:t>galaxy aur sare sitare sare</w:t>
      </w:r>
    </w:p>
    <w:p>
      <w:pPr>
        <w:jc w:val="right"/>
      </w:pPr>
      <w:r>
        <w:t>گلیکسی اور سارے ستارے سارے</w:t>
      </w:r>
    </w:p>
    <w:p>
      <w:r>
        <w:rPr>
          <w:b/>
        </w:rPr>
        <w:t xml:space="preserve">[34:04] </w:t>
      </w:r>
      <w:r>
        <w:t>kakshan sara siyasi nizam aap dekh sakte hain</w:t>
      </w:r>
    </w:p>
    <w:p>
      <w:pPr>
        <w:jc w:val="right"/>
      </w:pPr>
      <w:r>
        <w:t>کاکشاں سارا سیاسی نظام اپ دیکھ سکتے ہیں</w:t>
      </w:r>
    </w:p>
    <w:p>
      <w:r>
        <w:rPr>
          <w:b/>
        </w:rPr>
        <w:t xml:space="preserve">[34:10] </w:t>
      </w:r>
      <w:r>
        <w:t>to muroor qata wasee ho gaya</w:t>
      </w:r>
    </w:p>
    <w:p>
      <w:pPr>
        <w:jc w:val="right"/>
      </w:pPr>
      <w:r>
        <w:t>تو مرور قطع وسیع ہو گیا</w:t>
      </w:r>
    </w:p>
    <w:p>
      <w:r>
        <w:rPr>
          <w:b/>
        </w:rPr>
        <w:t xml:space="preserve">[34:13] </w:t>
      </w:r>
      <w:r>
        <w:t>ji ab muroor qata wasee ho gaya</w:t>
      </w:r>
    </w:p>
    <w:p>
      <w:pPr>
        <w:jc w:val="right"/>
      </w:pPr>
      <w:r>
        <w:t>جی اب مرور قطع وسیع ہو گیا</w:t>
      </w:r>
    </w:p>
    <w:p>
      <w:r>
        <w:rPr>
          <w:b/>
        </w:rPr>
        <w:t xml:space="preserve">[34:18] </w:t>
      </w:r>
      <w:r>
        <w:t>to aap ne muroor ko afaqi banaiye</w:t>
      </w:r>
    </w:p>
    <w:p>
      <w:pPr>
        <w:jc w:val="right"/>
      </w:pPr>
      <w:r>
        <w:t>تو اپ نے مرور کو افاقی بنائیے</w:t>
      </w:r>
    </w:p>
    <w:p>
      <w:r>
        <w:rPr>
          <w:b/>
        </w:rPr>
        <w:t xml:space="preserve">[34:23] </w:t>
      </w:r>
      <w:r>
        <w:t>kainati banaiye tab aap quran ko samajh sakte hain aap waqayib mun aayat fi al-samawat yeh marun alayha</w:t>
      </w:r>
    </w:p>
    <w:p>
      <w:pPr>
        <w:jc w:val="right"/>
      </w:pPr>
      <w:r>
        <w:t>کائناتی بنائیے تب اپ قرآن کو سمجھ سکتے ہیں اپ وقایب من آیت فی السماوات یہ مرون علیہا</w:t>
      </w:r>
    </w:p>
    <w:p>
      <w:r>
        <w:rPr>
          <w:b/>
        </w:rPr>
        <w:t xml:space="preserve">[34:31] </w:t>
      </w:r>
      <w:r>
        <w:t>ab</w:t>
      </w:r>
    </w:p>
    <w:p>
      <w:pPr>
        <w:jc w:val="right"/>
      </w:pPr>
      <w:r>
        <w:t>اب</w:t>
      </w:r>
    </w:p>
    <w:p>
      <w:r>
        <w:rPr>
          <w:b/>
        </w:rPr>
        <w:t xml:space="preserve">[34:31] </w:t>
      </w:r>
      <w:r>
        <w:t>phir muroor ka dayra badhaiye</w:t>
      </w:r>
    </w:p>
    <w:p>
      <w:pPr>
        <w:jc w:val="right"/>
      </w:pPr>
      <w:r>
        <w:t>پھر مرور کا دائرہ بڑھائیے</w:t>
      </w:r>
    </w:p>
    <w:p>
      <w:r>
        <w:rPr>
          <w:b/>
        </w:rPr>
        <w:t xml:space="preserve">[34:34] </w:t>
      </w:r>
      <w:r>
        <w:t>kaisa kya samjhe aap</w:t>
      </w:r>
    </w:p>
    <w:p>
      <w:pPr>
        <w:jc w:val="right"/>
      </w:pPr>
      <w:r>
        <w:t>کیسا کیا سمجھے اپ</w:t>
      </w:r>
    </w:p>
    <w:p>
      <w:r>
        <w:rPr>
          <w:b/>
        </w:rPr>
        <w:t xml:space="preserve">[34:38] </w:t>
      </w:r>
      <w:r>
        <w:t>ji are bhai yeh kahiye ke yahan na aate to yeh hamein haan maulana</w:t>
      </w:r>
    </w:p>
    <w:p>
      <w:pPr>
        <w:jc w:val="right"/>
      </w:pPr>
      <w:r>
        <w:t>جی ارے بھئی یہ کہیے کہ یہاں نہ اتے تو یہ ہمیں ہاں مولانا</w:t>
      </w:r>
    </w:p>
    <w:p>
      <w:r>
        <w:rPr>
          <w:b/>
        </w:rPr>
        <w:t xml:space="preserve">[34:46] </w:t>
      </w:r>
      <w:r>
        <w:t>hamein pata hi nahi tha quran ko kaise padha jaye ji maulana hamara masla yeh hai ke hum</w:t>
      </w:r>
    </w:p>
    <w:p>
      <w:pPr>
        <w:jc w:val="right"/>
      </w:pPr>
      <w:r>
        <w:t>ہمیں پتہ ہی نہیں تھا قرآن کو کیسے پڑھا جائے جی مولانا ہمارا مسئلہ یہ ہے کہ ہم</w:t>
      </w:r>
    </w:p>
    <w:p>
      <w:r>
        <w:rPr>
          <w:b/>
        </w:rPr>
        <w:t xml:space="preserve">[34:52] </w:t>
      </w:r>
      <w:r>
        <w:t>jo kuch padhte the woh sirf yaani yaani woh cheezein hamare dimagh ka hissa nahi banti thi to</w:t>
      </w:r>
    </w:p>
    <w:p>
      <w:pPr>
        <w:jc w:val="right"/>
      </w:pPr>
      <w:r>
        <w:t>جو کچھ پڑھتے تھے وہ صرف یعنی یعنی وہ چیزیں ہمارے دماغ کا حصہ نہیں بنتی تھیں تو</w:t>
      </w:r>
    </w:p>
    <w:p>
      <w:r>
        <w:rPr>
          <w:b/>
        </w:rPr>
        <w:t xml:space="preserve">[34:59] </w:t>
      </w:r>
      <w:r>
        <w:t>aap jis tarah se afaqi</w:t>
      </w:r>
    </w:p>
    <w:p>
      <w:pPr>
        <w:jc w:val="right"/>
      </w:pPr>
      <w:r>
        <w:t>اپ جس طرح سے افاقی</w:t>
      </w:r>
    </w:p>
    <w:p>
      <w:r>
        <w:rPr>
          <w:b/>
        </w:rPr>
        <w:t xml:space="preserve">[35:03] </w:t>
      </w:r>
      <w:r>
        <w:t>quran ki tafseer batate hain maujooda halaat ko bhi is mein shamil karte hain sirf aslaf ki baatein</w:t>
      </w:r>
    </w:p>
    <w:p>
      <w:pPr>
        <w:jc w:val="right"/>
      </w:pPr>
      <w:r>
        <w:t>قرآن کی تفسیر بتاتے ہیں موجودہ حالات کو بھی اس میں شامل کرتے ہیں صرف اسلاف کی باتیں</w:t>
      </w:r>
    </w:p>
    <w:p>
      <w:r>
        <w:rPr>
          <w:b/>
        </w:rPr>
        <w:t xml:space="preserve">[35:09] </w:t>
      </w:r>
      <w:r>
        <w:t>nahi batate is ke sath maujooda jo baatein hain is ko bhi shamil karte hain to baat hamare</w:t>
      </w:r>
    </w:p>
    <w:p>
      <w:pPr>
        <w:jc w:val="right"/>
      </w:pPr>
      <w:r>
        <w:t>نہیں بتاتے اس کے ساتھ موجودہ جو باتیں ہیں اس کو بھی شامل کرتے ہیں تو بات ہمارے</w:t>
      </w:r>
    </w:p>
    <w:p>
      <w:r>
        <w:rPr>
          <w:b/>
        </w:rPr>
        <w:t xml:space="preserve">[35:15] </w:t>
      </w:r>
      <w:r>
        <w:t>dimagh ka hissa banti hai</w:t>
      </w:r>
    </w:p>
    <w:p>
      <w:pPr>
        <w:jc w:val="right"/>
      </w:pPr>
      <w:r>
        <w:t>دماغ کا حصہ بنتی ہے</w:t>
      </w:r>
    </w:p>
    <w:p>
      <w:r>
        <w:rPr>
          <w:b/>
        </w:rPr>
        <w:t xml:space="preserve">[35:18] </w:t>
      </w:r>
      <w:r>
        <w:t>quran jo hai aise lagta hai jaise hamare zamane ko address kar raha hai</w:t>
      </w:r>
    </w:p>
    <w:p>
      <w:pPr>
        <w:jc w:val="right"/>
      </w:pPr>
      <w:r>
        <w:t>قرآن جو ہے ایسے لگتا ہے جیسے ہمارے زمانے کو ایڈریس کر رہا ہے</w:t>
      </w:r>
    </w:p>
    <w:p>
      <w:r>
        <w:rPr>
          <w:b/>
        </w:rPr>
        <w:t xml:space="preserve">[35:25] </w:t>
      </w:r>
      <w:r>
        <w:t>ab isi misal ko lijiye muroor ko mein woh kahoon ga ke hum japan mein paida nahi hue</w:t>
      </w:r>
    </w:p>
    <w:p>
      <w:pPr>
        <w:jc w:val="right"/>
      </w:pPr>
      <w:r>
        <w:t>اب اسی مثال کو لیجئے مرور کو میں وہ کہوں گا کہ ہم جاپان میں پیدا نہیں ہوئے</w:t>
      </w:r>
    </w:p>
    <w:p>
      <w:r>
        <w:rPr>
          <w:b/>
        </w:rPr>
        <w:t xml:space="preserve">[35:34] </w:t>
      </w:r>
      <w:r>
        <w:t>jahan atom gira tha hum ne atom bam pe girna nahi jana be khabar rahe hum lekin jab</w:t>
      </w:r>
    </w:p>
    <w:p>
      <w:pPr>
        <w:jc w:val="right"/>
      </w:pPr>
      <w:r>
        <w:t>جہاں ایٹم گرا تھا ہم نے ایٹم بم پہ گرنا نہیں جانا بے خبر رہے ہم لیکن جب</w:t>
      </w:r>
    </w:p>
    <w:p>
      <w:r>
        <w:rPr>
          <w:b/>
        </w:rPr>
        <w:t xml:space="preserve">[35:44] </w:t>
      </w:r>
      <w:r>
        <w:t>woh chupa kitabon mein reporton mein</w:t>
      </w:r>
    </w:p>
    <w:p>
      <w:pPr>
        <w:jc w:val="right"/>
      </w:pPr>
      <w:r>
        <w:t>وہ چھپا کتابوں میں رپورٹوں میں</w:t>
      </w:r>
    </w:p>
    <w:p>
      <w:r>
        <w:rPr>
          <w:b/>
        </w:rPr>
        <w:t xml:space="preserve">[35:49] </w:t>
      </w:r>
      <w:r>
        <w:t>toh hum press ke dor mein the electronic dor mein the toh hum hamein hamare ilm mein ho</w:t>
      </w:r>
    </w:p>
    <w:p>
      <w:pPr>
        <w:jc w:val="right"/>
      </w:pPr>
      <w:r>
        <w:t>تو ہم پریس کے دور میں تھے الیکٹرانک دور میں تھے تو ہم ہمیں ہمارے علم میں ہو</w:t>
      </w:r>
    </w:p>
    <w:p>
      <w:r>
        <w:rPr>
          <w:b/>
        </w:rPr>
        <w:t xml:space="preserve">[35:56] </w:t>
      </w:r>
      <w:r>
        <w:t>gaya woh hamara مرور wahan tak pahunch gaya hamare مرور ka dayera wahan</w:t>
      </w:r>
    </w:p>
    <w:p>
      <w:pPr>
        <w:jc w:val="right"/>
      </w:pPr>
      <w:r>
        <w:t>گیا وہ ہمارا مرور وہاں تک پہنچ گیا ہمارے مرور کا دائرہ وہاں</w:t>
      </w:r>
    </w:p>
    <w:p>
      <w:r>
        <w:rPr>
          <w:b/>
        </w:rPr>
        <w:t xml:space="preserve">[36:03] </w:t>
      </w:r>
      <w:r>
        <w:t>tak pahunch gaya ji ji to is is is haqeeqat ko le kar aap is ayat ko parhiye woh nahi ke bas phir lafzon mein aage peechay hain bas wohin tak ji bilkul siyah o sabhaq ka masla nahi hai</w:t>
      </w:r>
    </w:p>
    <w:p>
      <w:pPr>
        <w:jc w:val="right"/>
      </w:pPr>
      <w:r>
        <w:t>تک پہنچ گیا جی جی تو اس اس اس حقیقت کو لے کر اپ اس آیت کو پڑھیے وہ نہیں کہ بس پھر لفظوں میں اگے پیچھے ہیں بس وہیں تک جی بالکل سیاق و سباق کا مسئلہ نہیں ہے</w:t>
      </w:r>
    </w:p>
    <w:p>
      <w:r>
        <w:rPr>
          <w:b/>
        </w:rPr>
        <w:t xml:space="preserve">[36:23] </w:t>
      </w:r>
      <w:r>
        <w:t>tab Allah ki kitab khawand-e-alam ki kitab ban jayegi aap ke liye hain rab-ul-alameen Maulana</w:t>
      </w:r>
    </w:p>
    <w:p>
      <w:pPr>
        <w:jc w:val="right"/>
      </w:pPr>
      <w:r>
        <w:t>تب اللہ کی کتاب خداوند عالم کی کتاب بن جائے گی اپ کے لیے ہیں رب العالمین مولانا</w:t>
      </w:r>
    </w:p>
    <w:p>
      <w:r>
        <w:rPr>
          <w:b/>
        </w:rPr>
        <w:t xml:space="preserve">[36:31] </w:t>
      </w:r>
      <w:r>
        <w:t>aap ne yeh baat keh kar</w:t>
      </w:r>
    </w:p>
    <w:p>
      <w:pPr>
        <w:jc w:val="right"/>
      </w:pPr>
      <w:r>
        <w:t>اپ نے یہ بات کہہ کر</w:t>
      </w:r>
    </w:p>
    <w:p>
      <w:r>
        <w:rPr>
          <w:b/>
        </w:rPr>
        <w:t xml:space="preserve">[36:34] </w:t>
      </w:r>
      <w:r>
        <w:t>sare tafsiri isro aghlal khatm kar diya aap ne zehan par jo hamare mufassireen aur hamare qadeem ulma</w:t>
      </w:r>
    </w:p>
    <w:p>
      <w:pPr>
        <w:jc w:val="right"/>
      </w:pPr>
      <w:r>
        <w:t>سارے تفسیری اسرو اغلال ختم کر دیا اپ نے ذہن پر جو ہمارے مفسرین اور ہمارے قدیم علماء</w:t>
      </w:r>
    </w:p>
    <w:p>
      <w:r>
        <w:rPr>
          <w:b/>
        </w:rPr>
        <w:t xml:space="preserve">[36:42] </w:t>
      </w:r>
      <w:r>
        <w:t>ne jo bediyan daal rakhi theen woh sari bediyan khul gayeen</w:t>
      </w:r>
    </w:p>
    <w:p>
      <w:pPr>
        <w:jc w:val="right"/>
      </w:pPr>
      <w:r>
        <w:t>نے جو بیڑیاں ڈال رکھی تھیں وہ ساری بیڑیاں کھل گئیں</w:t>
      </w:r>
    </w:p>
    <w:p>
      <w:r>
        <w:rPr>
          <w:b/>
        </w:rPr>
        <w:t xml:space="preserve">[36:46] </w:t>
      </w:r>
      <w:r>
        <w:t>masha Allah</w:t>
      </w:r>
    </w:p>
    <w:p>
      <w:pPr>
        <w:jc w:val="right"/>
      </w:pPr>
      <w:r>
        <w:t>ماشاءاللہ</w:t>
      </w:r>
    </w:p>
    <w:p>
      <w:r>
        <w:rPr>
          <w:b/>
        </w:rPr>
        <w:t xml:space="preserve">[36:55] </w:t>
      </w:r>
      <w:r>
        <w:t>maulana aaj first time jo hai miftah ul quran mil gaya hum logon ko khalid quran miftah ul quran yeh kaun sa aap bol rahe hain siraj umri hyderabad qureshi achha mashallah aur yeh maloom hua ke yeh مرور jo hai machine nahi hai balkay tadabur aur tafakkur hai yahan مرور matna nahi hai balkay maana hai mashallah mashallah mashallah</w:t>
      </w:r>
    </w:p>
    <w:p>
      <w:pPr>
        <w:jc w:val="right"/>
      </w:pPr>
      <w:r>
        <w:t>مولانا اج فرسٹ ٹائم جو ہے مفتاح القرآن مل گیا ہم لوگوں کو کلید قرآن مفتاح القرآن یہ کون سا اپ بول رہے ہیں سراج عمری حیدرآباد قریشی اچھا ماشاءاللہ اور یہ معلوم ہوا کہ یہ مرور جو ہے مشین نہیں ہے بلکہ تدبرا اور تفکرا ہے یہاں مرور متنا نہیں ہے بلکہ معنا ہے ماشاءاللہ ماشاءاللہ ماشاءاللہ</w:t>
      </w:r>
    </w:p>
    <w:p>
      <w:r>
        <w:rPr>
          <w:b/>
        </w:rPr>
        <w:t xml:space="preserve">[37:25] </w:t>
      </w:r>
      <w:r>
        <w:t>mashallah aur maulana abdul salam sahib hain ji wohi bolein yaqoob sahib bhi hain yaqoob sahib bolein</w:t>
      </w:r>
    </w:p>
    <w:p>
      <w:pPr>
        <w:jc w:val="right"/>
      </w:pPr>
      <w:r>
        <w:t>ماشاءاللہ اور مولانا عبدالسلام صاحب ہیں جی وہی بولیں یاقوب صاحب بھی ہیں یاقوب صاحب بولیں</w:t>
      </w:r>
    </w:p>
    <w:p>
      <w:r>
        <w:rPr>
          <w:b/>
        </w:rPr>
        <w:t xml:space="preserve">[37:36] </w:t>
      </w:r>
      <w:r>
        <w:t>Maulana mujhe toh aisa mehsoos ho raha hai ke Quran ka abhi nazool ho raha hai kya karein</w:t>
      </w:r>
    </w:p>
    <w:p>
      <w:pPr>
        <w:jc w:val="right"/>
      </w:pPr>
      <w:r>
        <w:t>مولانا مجھے تو ایسا محسوس ہو رہا ہے کہ قرآن کا ابھی نزول ہو رہا ہے کیا کریں</w:t>
      </w:r>
    </w:p>
    <w:p>
      <w:r>
        <w:rPr>
          <w:b/>
        </w:rPr>
        <w:t xml:space="preserve">[37:42] </w:t>
      </w:r>
      <w:r>
        <w:t>aisa mehsoos ho raha hai ke Quran ka abhi nazool ho raha hai masha Allah masha Allah yani yeh ayat</w:t>
      </w:r>
    </w:p>
    <w:p>
      <w:pPr>
        <w:jc w:val="right"/>
      </w:pPr>
      <w:r>
        <w:t>ایسا محسوس ہو رہا ہے کہ قرآن کا ابھی نزول ہو رہا ہے ماشاءاللہ ماشاءاللہ یعنی یہ آیت</w:t>
      </w:r>
    </w:p>
    <w:p>
      <w:r>
        <w:rPr>
          <w:b/>
        </w:rPr>
        <w:t xml:space="preserve">[37:48] </w:t>
      </w:r>
      <w:r>
        <w:t>mein ne abhi tak na na na parha hai na suna hai</w:t>
      </w:r>
    </w:p>
    <w:p>
      <w:pPr>
        <w:jc w:val="right"/>
      </w:pPr>
      <w:r>
        <w:t>میں نے ابھی تک نہ نہ نہ پڑھا ہے نہ سنا ہے</w:t>
      </w:r>
    </w:p>
    <w:p>
      <w:r>
        <w:rPr>
          <w:b/>
        </w:rPr>
        <w:t xml:space="preserve">[37:53] </w:t>
      </w:r>
      <w:r>
        <w:t>masha Allah yani Quran lafz مرور mein sab kuch chupa hua hai ji ji bilkul</w:t>
      </w:r>
    </w:p>
    <w:p>
      <w:pPr>
        <w:jc w:val="right"/>
      </w:pPr>
      <w:r>
        <w:t>ماشاءاللہ یعنی قرآن لفظ برور میں سب کچھ چھپا ہوا ہے جی جی بالکل</w:t>
      </w:r>
    </w:p>
    <w:p>
      <w:r>
        <w:rPr>
          <w:b/>
        </w:rPr>
        <w:t xml:space="preserve">[38:02] </w:t>
      </w:r>
      <w:r>
        <w:t>ji aisa lagta hai ke poora Quran مرور mein chupa hua hai wahan isi liye mein kehta hoon</w:t>
      </w:r>
    </w:p>
    <w:p>
      <w:pPr>
        <w:jc w:val="right"/>
      </w:pPr>
      <w:r>
        <w:t>جی ایسا لگتا ہے کہ پورا قرآن مرور میں چھپا ہوا ہے وہاں اسی لیے میں کہتا ہوں</w:t>
      </w:r>
    </w:p>
    <w:p>
      <w:r>
        <w:rPr>
          <w:b/>
        </w:rPr>
        <w:t xml:space="preserve">[38:09] </w:t>
      </w:r>
      <w:r>
        <w:t>ke lafzon mein mat atkiye maani tak pahunchne ki koshish kijiye</w:t>
      </w:r>
    </w:p>
    <w:p>
      <w:pPr>
        <w:jc w:val="right"/>
      </w:pPr>
      <w:r>
        <w:t>کہ لفظوں میں مت اٹک جائیے معنی تک پہنچنے کی کوشش کیجئے</w:t>
      </w:r>
    </w:p>
    <w:p>
      <w:r>
        <w:rPr>
          <w:b/>
        </w:rPr>
        <w:t xml:space="preserve">[38:15] </w:t>
      </w:r>
      <w:r>
        <w:t>tab aap samandar tak pahunchenge</w:t>
      </w:r>
    </w:p>
    <w:p>
      <w:pPr>
        <w:jc w:val="right"/>
      </w:pPr>
      <w:r>
        <w:t>تب اپ سمندر تک پہنچیں گے</w:t>
      </w:r>
    </w:p>
    <w:p>
      <w:r>
        <w:rPr>
          <w:b/>
        </w:rPr>
        <w:t xml:space="preserve">[38:19] </w:t>
      </w:r>
      <w:r>
        <w:t>tab aap samandar tak pahunchenge Maulana aap ne likha hai ek sentence ke Quran kya hai Quran khawand-e-zuljalal ke jalal ki</w:t>
      </w:r>
    </w:p>
    <w:p>
      <w:pPr>
        <w:jc w:val="right"/>
      </w:pPr>
      <w:r>
        <w:t>تب اپ سمندر تک پہنچیں</w:t>
      </w:r>
    </w:p>
    <w:p>
      <w:r>
        <w:rPr>
          <w:b/>
        </w:rPr>
        <w:t xml:space="preserve">[38:21] </w:t>
      </w:r>
      <w:r>
        <w:t>garaj hai aur abdiat ke ehsas ki bijliyan hain masha Allah yeh kahan likha hai yeh tazkeer mein hai</w:t>
      </w:r>
    </w:p>
    <w:p>
      <w:pPr>
        <w:jc w:val="right"/>
      </w:pPr>
      <w:r>
        <w:t>گے مولانا اپ نے لکھا ہے ایک سینٹنس کہ قرآن کیا ہے قرآن خداوند ذوالجلال کے جلال کی</w:t>
      </w:r>
    </w:p>
    <w:p>
      <w:r>
        <w:rPr>
          <w:b/>
        </w:rPr>
        <w:t xml:space="preserve">[38:29] </w:t>
      </w:r>
      <w:r>
        <w:t>tazkeer-e-Quran mein likha hai acha acha acha</w:t>
      </w:r>
    </w:p>
    <w:p>
      <w:pPr>
        <w:jc w:val="right"/>
      </w:pPr>
      <w:r>
        <w:t>گرج ہے اور عبدیت کے احساس کی بجلیاں ہیں ماشاءاللہ یہ کہاں لکھا ہے یہ تذکیر میں ہے</w:t>
      </w:r>
    </w:p>
    <w:p>
      <w:r>
        <w:rPr>
          <w:b/>
        </w:rPr>
        <w:t xml:space="preserve">[38:37] </w:t>
      </w:r>
      <w:r>
        <w:t>acha masha Allah masha Allah</w:t>
      </w:r>
    </w:p>
    <w:p>
      <w:pPr>
        <w:jc w:val="right"/>
      </w:pPr>
      <w:r>
        <w:t>تذکیر القرآن میں لکھا ہے اچھا اچھا اچھا</w:t>
      </w:r>
    </w:p>
    <w:p>
      <w:r>
        <w:rPr>
          <w:b/>
        </w:rPr>
        <w:t xml:space="preserve">[38:44] </w:t>
      </w:r>
      <w:r>
        <w:t>Maulana yeh Quran ki</w:t>
      </w:r>
    </w:p>
    <w:p>
      <w:pPr>
        <w:jc w:val="right"/>
      </w:pPr>
      <w:r>
        <w:t>اچھا ماشاءاللہ ماشاءاللہ</w:t>
      </w:r>
    </w:p>
    <w:p>
      <w:r>
        <w:rPr>
          <w:b/>
        </w:rPr>
        <w:t xml:space="preserve">[38:54] </w:t>
      </w:r>
      <w:r>
        <w:t>Quran ke alfaaz se agar uth kar</w:t>
      </w:r>
    </w:p>
    <w:p>
      <w:pPr>
        <w:jc w:val="right"/>
      </w:pPr>
      <w:r>
        <w:t>مولانا یہ قرآن کی</w:t>
      </w:r>
    </w:p>
    <w:p>
      <w:r>
        <w:rPr>
          <w:b/>
        </w:rPr>
        <w:t xml:space="preserve">[38:58] </w:t>
      </w:r>
      <w:r>
        <w:t>na socha jaye toh Quran bilkul iska sirf qashar hi paate hain Maulana toh ab tak aisa</w:t>
      </w:r>
    </w:p>
    <w:p>
      <w:pPr>
        <w:jc w:val="right"/>
      </w:pPr>
      <w:r>
        <w:t>قرآن کے الفاظ سے اگر اٹھ کر</w:t>
      </w:r>
    </w:p>
    <w:p>
      <w:r>
        <w:rPr>
          <w:b/>
        </w:rPr>
        <w:t xml:space="preserve">[39:02] </w:t>
      </w:r>
      <w:r>
        <w:t>hi tha ke hum sirf alfaaz mein atka kar qashar hi paya karte the toh aap ne jo</w:t>
      </w:r>
    </w:p>
    <w:p>
      <w:pPr>
        <w:jc w:val="right"/>
      </w:pPr>
      <w:r>
        <w:t>نہ سوچا جائے تو قرآن بالکل اس کا صرف قشر ہی پاتے ہیں مولانا تو اب تک ایسا</w:t>
      </w:r>
    </w:p>
    <w:p>
      <w:r>
        <w:rPr>
          <w:b/>
        </w:rPr>
        <w:t xml:space="preserve">[39:08] </w:t>
      </w:r>
      <w:r>
        <w:t>hi tha ke hum sirf alfaz mein atka kar qashar hi paaya karte thay to aap ne jo</w:t>
      </w:r>
    </w:p>
    <w:p>
      <w:pPr>
        <w:jc w:val="right"/>
      </w:pPr>
      <w:r>
        <w:t>ہی تھا کہ ہم صرف الفاظ میں اٹک کر قشر ہی پایا کرتے تھے تو اپ نے جو</w:t>
      </w:r>
    </w:p>
    <w:p>
      <w:r>
        <w:rPr>
          <w:b/>
        </w:rPr>
        <w:t xml:space="preserve">[39:14] </w:t>
      </w:r>
      <w:r>
        <w:t>usool bataya hai ke alfaaz se uth kar jo sochna chahiye to woh waqai quran ek universal kitaab</w:t>
      </w:r>
    </w:p>
    <w:p>
      <w:pPr>
        <w:jc w:val="right"/>
      </w:pPr>
      <w:r>
        <w:t>اصول بتایا ہے کہ الفاظ سے اٹھ کر جو سوچنا چاہیے تو وہ واقعی قرآن ایک یونیورسل کتاب</w:t>
      </w:r>
    </w:p>
    <w:p>
      <w:r>
        <w:rPr>
          <w:b/>
        </w:rPr>
        <w:t xml:space="preserve">[39:21] </w:t>
      </w:r>
      <w:r>
        <w:t>ban jati hai maulana</w:t>
      </w:r>
    </w:p>
    <w:p>
      <w:pPr>
        <w:jc w:val="right"/>
      </w:pPr>
      <w:r>
        <w:t>بن جاتی ہے مولانا</w:t>
      </w:r>
    </w:p>
    <w:p>
      <w:r>
        <w:rPr>
          <w:b/>
        </w:rPr>
        <w:t xml:space="preserve">[39:24] </w:t>
      </w:r>
      <w:r>
        <w:t>unhon ne kya kaha</w:t>
      </w:r>
    </w:p>
    <w:p>
      <w:pPr>
        <w:jc w:val="right"/>
      </w:pPr>
      <w:r>
        <w:t>انہوں نے کیا کہا</w:t>
      </w:r>
    </w:p>
    <w:p>
      <w:r>
        <w:rPr>
          <w:b/>
        </w:rPr>
        <w:t xml:space="preserve">[39:27] </w:t>
      </w:r>
      <w:r>
        <w:t>maulana woh keh rahe hain ke alfaaz se uth kar agar socha jaye to waqai quran universal ban</w:t>
      </w:r>
    </w:p>
    <w:p>
      <w:pPr>
        <w:jc w:val="right"/>
      </w:pPr>
      <w:r>
        <w:t>مولانا وہ کہہ رہے ہیں کہ الفاظ سے اٹھ کر اگر سوچا جائے تو واقعی قرآن یونیورسل بن</w:t>
      </w:r>
    </w:p>
    <w:p>
      <w:r>
        <w:rPr>
          <w:b/>
        </w:rPr>
        <w:t xml:space="preserve">[39:33] </w:t>
      </w:r>
      <w:r>
        <w:t>jata hai kya ban jata hai universal haan universal</w:t>
      </w:r>
    </w:p>
    <w:p>
      <w:pPr>
        <w:jc w:val="right"/>
      </w:pPr>
      <w:r>
        <w:t>جاتا ہے کیا بن جاتا ہے یونیورسل ہاں یونیورسل</w:t>
      </w:r>
    </w:p>
    <w:p>
      <w:r>
        <w:rPr>
          <w:b/>
        </w:rPr>
        <w:t xml:space="preserve">[39:39] </w:t>
      </w:r>
      <w:r>
        <w:t>universal</w:t>
      </w:r>
    </w:p>
    <w:p>
      <w:pPr>
        <w:jc w:val="right"/>
      </w:pPr>
      <w:r>
        <w:t>یونیورسل</w:t>
      </w:r>
    </w:p>
    <w:p>
      <w:r>
        <w:rPr>
          <w:b/>
        </w:rPr>
        <w:t xml:space="preserve">[39:52] </w:t>
      </w:r>
      <w:r>
        <w:t>to maulana basit sahib ko main ek ek hi baat kahoon ga yahan se le ke jane ke liye take away take away kaisa ji yahan se jo aap take away le ke jana hai aap ko jante hain kya hai hain ji maulana koi meri zindagi ka end nahi ho sakta</w:t>
      </w:r>
    </w:p>
    <w:p>
      <w:pPr>
        <w:jc w:val="right"/>
      </w:pPr>
      <w:r>
        <w:t>تو مولانا باسط صاحب کو میں ایک ایک ہی بات کہوں گا یہاں سے لے کے جانے کے لیے ٹیک اوے ٹیک اوے کیسا جی یہاں سے جو اپ ٹیک اوے لے کے جانا ہے اپ کو جانتے ہیں کیا ہے ہیں جی مولانا کوئی میری زندگی کا اینڈ نہیں ہو سکتا</w:t>
      </w:r>
    </w:p>
    <w:p>
      <w:r>
        <w:rPr>
          <w:b/>
        </w:rPr>
        <w:t xml:space="preserve">[40:19] </w:t>
      </w:r>
      <w:r>
        <w:t>yani wahan ki service khatam ho gayi to meri zindagi end nahi hai meri zindagi ka tasalsul abhi maujood hai kyunke woh sari kainat ke yahan tak ki hui hai meri zindagi</w:t>
      </w:r>
    </w:p>
    <w:p>
      <w:pPr>
        <w:jc w:val="right"/>
      </w:pPr>
      <w:r>
        <w:t>یعنی وہاں کی سروس ختم ہوگئی تو میری زندگی اینڈ نہیں ہے میری زندگی کا تسلسل ابھی موجود ہے کیونکہ وہ ساری کائنات کے یہاں تک کی ہوئی ہے میری زندگی</w:t>
      </w:r>
    </w:p>
    <w:p>
      <w:r>
        <w:rPr>
          <w:b/>
        </w:rPr>
        <w:t xml:space="preserve">[40:37] </w:t>
      </w:r>
      <w:r>
        <w:t>doha tak nahi hai sari kainat ke ahate ki hui hai ji bilkul sahi baat hai maulana to to end kahan hua abhi sari zindagi waqe hai aap ka مرور jab sari kainat ka ahata kar lega tab bhi end nahi hoga</w:t>
      </w:r>
    </w:p>
    <w:p>
      <w:pPr>
        <w:jc w:val="right"/>
      </w:pPr>
      <w:r>
        <w:t>دوہا تک نہیں ہے ساری کائنات کے احاطے کی ہوئی ہے جی بالکل صحیح بات ہے مولانا تو تو اینڈ کہاں ہوا ابھی ساری زندگی واقع ہے اپ کا مرور جب ساری کائنات کا احاطہ کر لے گا تب بھی اینڈ نہیں ہوگا</w:t>
      </w:r>
    </w:p>
    <w:p>
      <w:r>
        <w:rPr>
          <w:b/>
        </w:rPr>
        <w:t xml:space="preserve">[41:02] </w:t>
      </w:r>
      <w:r>
        <w:t>yeh yeh baat le ke jane tayar hain aap haan maulana bilkul bilkul hope wali baat hai mere liye</w:t>
      </w:r>
    </w:p>
    <w:p>
      <w:pPr>
        <w:jc w:val="right"/>
      </w:pPr>
      <w:r>
        <w:t>یہ یہ بات لے کے جانے تیار ہیں اپ ہاں مولانا بالکل بالکل ہوپ والی بات ہے میرے لیے</w:t>
      </w:r>
    </w:p>
    <w:p>
      <w:r>
        <w:rPr>
          <w:b/>
        </w:rPr>
        <w:t xml:space="preserve">[41:16] </w:t>
      </w:r>
      <w:r>
        <w:t>zindagi ka har waqea</w:t>
      </w:r>
    </w:p>
    <w:p>
      <w:pPr>
        <w:jc w:val="right"/>
      </w:pPr>
      <w:r>
        <w:t>زندگی کا ہر واقعہ</w:t>
      </w:r>
    </w:p>
    <w:p>
      <w:r>
        <w:rPr>
          <w:b/>
        </w:rPr>
        <w:t xml:space="preserve">[41:20] </w:t>
      </w:r>
      <w:r>
        <w:t>comma hai full stop nahi hai yahi le ke jaiye aap</w:t>
      </w:r>
    </w:p>
    <w:p>
      <w:pPr>
        <w:jc w:val="right"/>
      </w:pPr>
      <w:r>
        <w:t>کامہ ہے فل سٹاپ نہیں ہے یہی لے کے جائیے اپ</w:t>
      </w:r>
    </w:p>
    <w:p>
      <w:r>
        <w:rPr>
          <w:b/>
        </w:rPr>
        <w:t xml:space="preserve">[41:26] </w:t>
      </w:r>
      <w:r>
        <w:t>jo quraish leader ne uhud ki pahadi chal ke kaha tha ke muhammad ko pukara abubakar ko pukara</w:t>
      </w:r>
    </w:p>
    <w:p>
      <w:pPr>
        <w:jc w:val="right"/>
      </w:pPr>
      <w:r>
        <w:t>جو قریش لیڈر نے احد کی پہاڑی چل کے کہا تھا کہ محمد کو پکارا ابوبکر کو پکارا</w:t>
      </w:r>
    </w:p>
    <w:p>
      <w:r>
        <w:rPr>
          <w:b/>
        </w:rPr>
        <w:t xml:space="preserve">[41:40] </w:t>
      </w:r>
      <w:r>
        <w:t>umar umar ko pukara hain koi jawab idhar se nahi aya to us ne kaha sab khatam ho gaye</w:t>
      </w:r>
    </w:p>
    <w:p>
      <w:pPr>
        <w:jc w:val="right"/>
      </w:pPr>
      <w:r>
        <w:t>عمر عمر کو پکارا ہیں کوئی جواب ادھر سے نہیں ایا تو اس نے کہا سب ختم ہوگئے</w:t>
      </w:r>
    </w:p>
    <w:p>
      <w:r>
        <w:rPr>
          <w:b/>
        </w:rPr>
        <w:t xml:space="preserve">[41:46] </w:t>
      </w:r>
      <w:r>
        <w:t>matlab ab koi comma nahi raha ji full stop lag gaya hain</w:t>
      </w:r>
    </w:p>
    <w:p>
      <w:pPr>
        <w:jc w:val="right"/>
      </w:pPr>
      <w:r>
        <w:t>مطلب اب کوئی کامہ نہیں رہا جی فل سٹاپ لگ گیا ہیں</w:t>
      </w:r>
    </w:p>
    <w:p>
      <w:r>
        <w:rPr>
          <w:b/>
        </w:rPr>
        <w:t xml:space="preserve">[41:57] </w:t>
      </w:r>
      <w:r>
        <w:t>to rasool Allah ne kaha ke to ab jawab to lo</w:t>
      </w:r>
    </w:p>
    <w:p>
      <w:pPr>
        <w:jc w:val="right"/>
      </w:pPr>
      <w:r>
        <w:t>تو رسول اللہ نے کہا کہ تو اب جواب تو لو</w:t>
      </w:r>
    </w:p>
    <w:p>
      <w:r>
        <w:rPr>
          <w:b/>
        </w:rPr>
        <w:t xml:space="preserve">[42:03] </w:t>
      </w:r>
      <w:r>
        <w:t>kya kya jawab diya gaya tha</w:t>
      </w:r>
    </w:p>
    <w:p>
      <w:pPr>
        <w:jc w:val="right"/>
      </w:pPr>
      <w:r>
        <w:t>کیا کیا جواب دیا گیا تھا</w:t>
      </w:r>
    </w:p>
    <w:p>
      <w:r>
        <w:rPr>
          <w:b/>
        </w:rPr>
        <w:t xml:space="preserve">[42:06] </w:t>
      </w:r>
      <w:r>
        <w:t>qaala abu sufyan af al qawm muhammad thalaath marraat kya qawm mein muhammad hain teen martaba kaha fana al nabi</w:t>
      </w:r>
    </w:p>
    <w:p>
      <w:pPr>
        <w:jc w:val="right"/>
      </w:pPr>
      <w:r>
        <w:t>قال ابو سفیان اف القوم محمد ثلاث مرات کیا قوم میں محمد ہیں تین مرتبہ کہا فنہا النبی</w:t>
      </w:r>
    </w:p>
    <w:p>
      <w:r>
        <w:rPr>
          <w:b/>
        </w:rPr>
        <w:t xml:space="preserve">[42:17] </w:t>
      </w:r>
      <w:r>
        <w:t>sallallahu alaihi wasallam yujeebooh</w:t>
      </w:r>
    </w:p>
    <w:p>
      <w:pPr>
        <w:jc w:val="right"/>
      </w:pPr>
      <w:r>
        <w:t>صلی اللہ علیہ وسلم یجیبوہ</w:t>
      </w:r>
    </w:p>
    <w:p>
      <w:r>
        <w:rPr>
          <w:b/>
        </w:rPr>
        <w:t xml:space="preserve">[42:20] </w:t>
      </w:r>
      <w:r>
        <w:t>thumma qaala af al qawm ibn abi quhafah phir us ne kaha ke qawm ibn abi quhafah hain teen</w:t>
      </w:r>
    </w:p>
    <w:p>
      <w:pPr>
        <w:jc w:val="right"/>
      </w:pPr>
      <w:r>
        <w:t>ثم قال اف القوم ابن ابی قحافہ پھر اس نے کہا کہ قوم ابن ابی قحافہ ہیں تین</w:t>
      </w:r>
    </w:p>
    <w:p>
      <w:r>
        <w:rPr>
          <w:b/>
        </w:rPr>
        <w:t xml:space="preserve">[42:27] </w:t>
      </w:r>
      <w:r>
        <w:t>logon mein in logon mein ibn abi quhafah hain teen martaba kaha phir qaala af al qawm ibn al khataab</w:t>
      </w:r>
    </w:p>
    <w:p>
      <w:pPr>
        <w:jc w:val="right"/>
      </w:pPr>
      <w:r>
        <w:t>لوگوں میں ان لوگوں میں ابن ابی قحافہ ہیں تین مرتبہ کہا پھر کہا اف القوم ابن الخطاب</w:t>
      </w:r>
    </w:p>
    <w:p>
      <w:r>
        <w:rPr>
          <w:b/>
        </w:rPr>
        <w:t xml:space="preserve">[42:36] </w:t>
      </w:r>
      <w:r>
        <w:t>kya logon mein ibn al khataab hain teen martaba kaha phir apne saathiyon ki taraf laut gaya aur kaha</w:t>
      </w:r>
    </w:p>
    <w:p>
      <w:pPr>
        <w:jc w:val="right"/>
      </w:pPr>
      <w:r>
        <w:t>کیا لوگوں میں ابن الخطاب ہیں تین مرتبہ کہا پھر اپنے ساتھیوں کی طرف لوٹ گیا اور کہا</w:t>
      </w:r>
    </w:p>
    <w:p>
      <w:r>
        <w:rPr>
          <w:b/>
        </w:rPr>
        <w:t xml:space="preserve">[42:42] </w:t>
      </w:r>
      <w:r>
        <w:t>ke</w:t>
      </w:r>
    </w:p>
    <w:p>
      <w:pPr>
        <w:jc w:val="right"/>
      </w:pPr>
      <w:r>
        <w:t>کہ</w:t>
      </w:r>
    </w:p>
    <w:p>
      <w:r>
        <w:rPr>
          <w:b/>
        </w:rPr>
        <w:t xml:space="preserve">[42:43] </w:t>
      </w:r>
      <w:r>
        <w:t>yeh tamam log qatal kar diye gaye jawab nahi diya gaya tha idhar se koi bola nahi tha to us ne kaha banaya us ke ab sab khatam ho gaye haan fama malaka umar nafsahu qala kazibta wallah adu Allah</w:t>
      </w:r>
    </w:p>
    <w:p>
      <w:pPr>
        <w:jc w:val="right"/>
      </w:pPr>
      <w:r>
        <w:t>یہ تمام لوگ قتل کر دیے گئے جواب نہیں دیا گیا تھا ادھر سے کوئی بولا نہیں تھا تو اس نے کہا بنایا اس کہ اب سب ختم ہوگئے ہاں فما ملک عمر نفسہ فقال کذبت واللہ عدو اللہ</w:t>
      </w:r>
    </w:p>
    <w:p>
      <w:r>
        <w:rPr>
          <w:b/>
        </w:rPr>
        <w:t xml:space="preserve">[43:01] </w:t>
      </w:r>
      <w:r>
        <w:t>kiya kiya kaha tha kazibta wallah adu Allah in al lazeena adadt al ahyaa kulluhum haan jhoot bol rahe ho</w:t>
      </w:r>
    </w:p>
    <w:p>
      <w:pPr>
        <w:jc w:val="right"/>
      </w:pPr>
      <w:r>
        <w:t>کیا کیا کہا تھا کذبت واللہ عدو اللہ ان الذین عددت الاحیاء کلہم ہاں جھوٹ بول رہے ہو</w:t>
      </w:r>
    </w:p>
    <w:p>
      <w:r>
        <w:rPr>
          <w:b/>
        </w:rPr>
        <w:t xml:space="preserve">[43:10] </w:t>
      </w:r>
      <w:r>
        <w:t>ae Allah Allah ki qasam ae Allah ke dushman beshak jin logon ko tum ne shumar kiya hai woh tamam zinda hain wa qad baqiya lakuma yasuqka to usi ko mein apne zuban mein keh raha hoon ke yaad rakho full stop nahi laga sab kaam hi kaamah hai ab dekhiye yeh muroor ka yeh tasawwur hai muroor ka yeh tasawwur liya jaye to sari kainat mein shamil hoti hai mislan is mein</w:t>
      </w:r>
    </w:p>
    <w:p>
      <w:pPr>
        <w:jc w:val="right"/>
      </w:pPr>
      <w:r>
        <w:t>اے اللہ اللہ کی قسم اے اللہ کے دشمن بے شک جن لوگوں کو تم نے شمار کیا ہے وہ تمام زندہ ہیں وقد بقی لکما یسوکا تو اسی کو میں اپنے زبان میں کہہ رہا ہوں کہ یاد رکھو فل سٹاپ نہیں لگا سب کام ہی کامہ ہے اب دیکھیے یہ مرور کا یہ تصور ہے مرور کا یہ تصور لیا جائے تو ساری کائنات میں شامل ہوتی ہے مثلا اس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