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Islamic Activism 25 july, 2019 - Maulana Wahiduddin Khan</w:t>
      </w:r>
    </w:p>
    <w:p>
      <w:r>
        <w:t>https://www.youtube.com/watch?v=gLRk-p7YUAA</w:t>
      </w:r>
    </w:p>
    <w:p>
      <w:r>
        <w:rPr>
          <w:b/>
        </w:rPr>
        <w:t xml:space="preserve">[00:14] </w:t>
      </w:r>
      <w:r>
        <w:t>bismillah al rahman al rahim, wa salla Allahu ala nabiy al kareem. Rabb ishrah li sadri, wa yassir li amri,</w:t>
      </w:r>
    </w:p>
    <w:p>
      <w:pPr>
        <w:jc w:val="right"/>
      </w:pPr>
      <w:r>
        <w:t>بسم اللہ الرحمن الرحیم، وصلی اللہ علی نبی الکریم۔ رب اشرح لی صدری، ویسر لی امری،</w:t>
      </w:r>
    </w:p>
    <w:p>
      <w:r>
        <w:rPr>
          <w:b/>
        </w:rPr>
        <w:t xml:space="preserve">[00:29] </w:t>
      </w:r>
      <w:r>
        <w:t>wa hal al uqdata min lisani yafqahu qawli. 25 jullai</w:t>
      </w:r>
    </w:p>
    <w:p>
      <w:pPr>
        <w:jc w:val="right"/>
      </w:pPr>
      <w:r>
        <w:t>واحل العقدۃ من لسانی یفقہ قولی۔ 25 جولائی</w:t>
      </w:r>
    </w:p>
    <w:p>
      <w:r>
        <w:rPr>
          <w:b/>
        </w:rPr>
        <w:t xml:space="preserve">[00:40] </w:t>
      </w:r>
      <w:r>
        <w:t>2019.</w:t>
      </w:r>
    </w:p>
    <w:p>
      <w:pPr>
        <w:jc w:val="right"/>
      </w:pPr>
      <w:r>
        <w:t>2019۔</w:t>
      </w:r>
    </w:p>
    <w:p>
      <w:r>
        <w:rPr>
          <w:b/>
        </w:rPr>
        <w:t xml:space="preserve">[00:42] </w:t>
      </w:r>
      <w:r>
        <w:t>ji. mein samajhta hoon ke</w:t>
      </w:r>
    </w:p>
    <w:p>
      <w:pPr>
        <w:jc w:val="right"/>
      </w:pPr>
      <w:r>
        <w:t>جی۔ میں سمجھتا ہوں کہ</w:t>
      </w:r>
    </w:p>
    <w:p>
      <w:r>
        <w:rPr>
          <w:b/>
        </w:rPr>
        <w:t xml:space="preserve">[00:47] </w:t>
      </w:r>
      <w:r>
        <w:t>ummat ka shayad sab se bara masla yeh hai ke</w:t>
      </w:r>
    </w:p>
    <w:p>
      <w:pPr>
        <w:jc w:val="right"/>
      </w:pPr>
      <w:r>
        <w:t>امت کا شاید سب سے بڑا مسئلہ یہ ہے کہ</w:t>
      </w:r>
    </w:p>
    <w:p>
      <w:r>
        <w:rPr>
          <w:b/>
        </w:rPr>
        <w:t xml:space="preserve">[01:00] </w:t>
      </w:r>
      <w:r>
        <w:t>ummat ijtihad, ijtihad, ijtihad se mehroom ho gayi.</w:t>
      </w:r>
    </w:p>
    <w:p>
      <w:pPr>
        <w:jc w:val="right"/>
      </w:pPr>
      <w:r>
        <w:t>امت اجتہاد، اجتہاد، اجتہاد سے محروم ہو گئی۔</w:t>
      </w:r>
    </w:p>
    <w:p>
      <w:r>
        <w:rPr>
          <w:b/>
        </w:rPr>
        <w:t xml:space="preserve">[01:13] </w:t>
      </w:r>
      <w:r>
        <w:t>mein bohat din tak yeh tawajjuh talash karta raha ke kuch, kuch hum ulama hamare haan aanay atay hain, woh</w:t>
      </w:r>
    </w:p>
    <w:p>
      <w:pPr>
        <w:jc w:val="right"/>
      </w:pPr>
      <w:r>
        <w:t>میں بہت دن تک یہ توجہ تلاش کرتا رہا کہ کچھ، کچھ ہم علماء ہمارے ہاں آنے آتے ہیں، وہ</w:t>
      </w:r>
    </w:p>
    <w:p>
      <w:r>
        <w:rPr>
          <w:b/>
        </w:rPr>
        <w:t xml:space="preserve">[01:40] </w:t>
      </w:r>
      <w:r>
        <w:t>kiya kehte hain? mutlaq</w:t>
      </w:r>
    </w:p>
    <w:p>
      <w:pPr>
        <w:jc w:val="right"/>
      </w:pPr>
      <w:r>
        <w:t>کیا کہتے ہیں؟ مطلق</w:t>
      </w:r>
    </w:p>
    <w:p>
      <w:r>
        <w:rPr>
          <w:b/>
        </w:rPr>
        <w:t xml:space="preserve">[01:43] </w:t>
      </w:r>
      <w:r>
        <w:t>. mujtahid mutlaq. mujtahid mutlaq hain. ji. to kis mani mein mujtahid mutlaq hain woh? mein bohat barson tak yeh talash karta raha ke kis mani mein woh mujtahid mutlaq hain.</w:t>
      </w:r>
    </w:p>
    <w:p>
      <w:pPr>
        <w:jc w:val="right"/>
      </w:pPr>
      <w:r>
        <w:t>۔ مجتہد مطلق۔ مجتہد مطلق ہیں۔ جی۔ تو کس معنی میں مجتہد مطلق ہیں وہ؟ میں بہت برسوں تک یہ تلاش کرتا رہا کہ کس معنی میں وہ مجتہد مطلق ہیں۔</w:t>
      </w:r>
    </w:p>
    <w:p>
      <w:r>
        <w:rPr>
          <w:b/>
        </w:rPr>
        <w:t xml:space="preserve">[02:00] </w:t>
      </w:r>
      <w:r>
        <w:t>misalan yeh char imam jo hain, char imam ko mujtahid mutlaq manaya manaya tha, to kis mani mein?</w:t>
      </w:r>
    </w:p>
    <w:p>
      <w:pPr>
        <w:jc w:val="right"/>
      </w:pPr>
      <w:r>
        <w:t>مثلاً یہ چار امام جو ہیں، چار امام کو مجتہد مطلق منایا منایا تھا، تو کس معنی میں؟</w:t>
      </w:r>
    </w:p>
    <w:p>
      <w:r>
        <w:rPr>
          <w:b/>
        </w:rPr>
        <w:t xml:space="preserve">[02:10] </w:t>
      </w:r>
      <w:r>
        <w:t>to aakhir mein maine samjha ke woh sirf juziyat mein unhon ne ijtihad kiya, aur isi ki bina par woh mujtahid mutlaq ban gaye.</w:t>
      </w:r>
    </w:p>
    <w:p>
      <w:pPr>
        <w:jc w:val="right"/>
      </w:pPr>
      <w:r>
        <w:t>تو آخر میں میں نے سمجھا کہ وہ صرف جزئیات میں انہوں نے اجتہاد کیا، اور اسی کی بنا پر وہ مجتہد مطلق بن گئے۔</w:t>
      </w:r>
    </w:p>
    <w:p>
      <w:r>
        <w:rPr>
          <w:b/>
        </w:rPr>
        <w:t xml:space="preserve">[02:18] </w:t>
      </w:r>
      <w:r>
        <w:t>woh charon imam ke baray mein yahi hai. to mein samajhta hoon ke sab se bara masla yeh hai ke ijtihad ko nihayat mahdood mani mein le liya gaya,</w:t>
      </w:r>
    </w:p>
    <w:p>
      <w:pPr>
        <w:jc w:val="right"/>
      </w:pPr>
      <w:r>
        <w:t>وہ چاروں امام کے بارے میں یہی ہے۔ تو میں سمجھتا ہوں کہ سب سے بڑا مسئلہ یہ ہے کہ اجتہاد کو نہایت محدود معنی میں لے لیا گیا،</w:t>
      </w:r>
    </w:p>
    <w:p>
      <w:r>
        <w:rPr>
          <w:b/>
        </w:rPr>
        <w:t xml:space="preserve">[02:35] </w:t>
      </w:r>
      <w:r>
        <w:t>yani fiqhi juziyat mein ijtihad</w:t>
      </w:r>
    </w:p>
    <w:p>
      <w:pPr>
        <w:jc w:val="right"/>
      </w:pPr>
      <w:r>
        <w:t>یعنی فقہی جزئیات میں اجتہاد</w:t>
      </w:r>
    </w:p>
    <w:p>
      <w:r>
        <w:rPr>
          <w:b/>
        </w:rPr>
        <w:t xml:space="preserve">[02:43] </w:t>
      </w:r>
      <w:r>
        <w:t>ziyada, yani agar is ko hum specific taur par bayan karein to tarjeehāt qaim karne mein ijtihad,</w:t>
      </w:r>
    </w:p>
    <w:p>
      <w:pPr>
        <w:jc w:val="right"/>
      </w:pPr>
      <w:r>
        <w:t>زیادہ، یعنی اگر اس کو ہم اسپیسیفک طور پر بیان کریں تو ترجیحات قائم کرنے میں اجتہاد،</w:t>
      </w:r>
    </w:p>
    <w:p>
      <w:r>
        <w:rPr>
          <w:b/>
        </w:rPr>
        <w:t xml:space="preserve">[02:58] </w:t>
      </w:r>
      <w:r>
        <w:t>kyun ke baat ka jo baat ki jo fiqh hai, woh sari ki sari is par qaim ho gayi ke</w:t>
      </w:r>
    </w:p>
    <w:p>
      <w:pPr>
        <w:jc w:val="right"/>
      </w:pPr>
      <w:r>
        <w:t>کیونکہ بات کا جو بات کی جو فقہ ہے، وہ ساری کی ساری اس پر قائم ہو گئی کہ</w:t>
      </w:r>
    </w:p>
    <w:p>
      <w:r>
        <w:rPr>
          <w:b/>
        </w:rPr>
        <w:t xml:space="preserve">[03:08] </w:t>
      </w:r>
      <w:r>
        <w:t>murajih qaul kiya hai, murajih amal kiya hai. to tarjeehāt mein log imam banne lage, aur is isi mein mujtahid mutlaq ban gaye.</w:t>
      </w:r>
    </w:p>
    <w:p>
      <w:pPr>
        <w:jc w:val="right"/>
      </w:pPr>
      <w:r>
        <w:t>مرجح قول کیا ہے، مرجح عمل کیا ہے۔ تو ترجیحات میں لوگ امام بننے لگے، اور اس اسی میں مجتہد مطلق بن گئے۔</w:t>
      </w:r>
    </w:p>
    <w:p>
      <w:r>
        <w:rPr>
          <w:b/>
        </w:rPr>
        <w:t xml:space="preserve">[03:32] </w:t>
      </w:r>
      <w:r>
        <w:t>to mein samajhta hoon ke yeh bohat hi musaghar mafhoom hai ijtihad ka.</w:t>
      </w:r>
    </w:p>
    <w:p>
      <w:pPr>
        <w:jc w:val="right"/>
      </w:pPr>
      <w:r>
        <w:t>تو میں سمجھتا ہوں کہ یہ بہت ہی مصغر مفہوم ہے اجتہاد کا۔</w:t>
      </w:r>
    </w:p>
    <w:p>
      <w:r>
        <w:rPr>
          <w:b/>
        </w:rPr>
        <w:t xml:space="preserve">[03:41] </w:t>
      </w:r>
      <w:r>
        <w:t>ijtihad murajihāt ke baray mein, tarjeeh, tarjeeh qaim ke baray mein ijtihad karna yahi koi ijtihad hai?</w:t>
      </w:r>
    </w:p>
    <w:p>
      <w:pPr>
        <w:jc w:val="right"/>
      </w:pPr>
      <w:r>
        <w:t>اجتہاد مرجحات کے بارے میں، ترجیح، ترجیح قائم کے بارے میں اجتہاد کرنا یہی کوئی اجتہاد ہے؟</w:t>
      </w:r>
    </w:p>
    <w:p>
      <w:r>
        <w:rPr>
          <w:b/>
        </w:rPr>
        <w:t xml:space="preserve">[03:53] </w:t>
      </w:r>
      <w:r>
        <w:t>yeh ijtihad hai hi nahi.</w:t>
      </w:r>
    </w:p>
    <w:p>
      <w:pPr>
        <w:jc w:val="right"/>
      </w:pPr>
      <w:r>
        <w:t>یہ اجتہاد ہے ہی نہیں۔</w:t>
      </w:r>
    </w:p>
    <w:p>
      <w:r>
        <w:rPr>
          <w:b/>
        </w:rPr>
        <w:t xml:space="preserve">[03:57] </w:t>
      </w:r>
      <w:r>
        <w:t>yeh ijtihad hai hi nahi.</w:t>
      </w:r>
    </w:p>
    <w:p>
      <w:pPr>
        <w:jc w:val="right"/>
      </w:pPr>
      <w:r>
        <w:t>یہ اجتہاد ہے ہی نہیں۔</w:t>
      </w:r>
    </w:p>
    <w:p>
      <w:r>
        <w:rPr>
          <w:b/>
        </w:rPr>
        <w:t xml:space="preserve">[04:02] </w:t>
      </w:r>
      <w:r>
        <w:t>woh to ek juzwi mamla hai, aur har shakhs ko haq hai ke woh apne liye koi faisla kare. mislan ameen bistar bhi theek hai, ameen bajil bhi theek hai,</w:t>
      </w:r>
    </w:p>
    <w:p>
      <w:pPr>
        <w:jc w:val="right"/>
      </w:pPr>
      <w:r>
        <w:t>وہ تو ایک جزوی معاملہ ہے، اور ہر شخص کو حق ہے کہ وہ اپنے لیے کوئی فیصلہ کرے۔ مثلاً امین بستر بھی ٹھیک ہے، امین بجیل بھی ٹھیک ہے،</w:t>
      </w:r>
    </w:p>
    <w:p>
      <w:r>
        <w:rPr>
          <w:b/>
        </w:rPr>
        <w:t xml:space="preserve">[04:15] </w:t>
      </w:r>
      <w:r>
        <w:t>ya faizain bhi theek hai, ya fazl nakra bhi theek hai. is mein imam imam mutlaq ki koi zaroorat nahi hai.</w:t>
      </w:r>
    </w:p>
    <w:p>
      <w:pPr>
        <w:jc w:val="right"/>
      </w:pPr>
      <w:r>
        <w:t>یا فیضین بھی ٹھیک ہے، یا فضل نکرہ بھی ٹھیک ہے۔ اس میں امام امام مطلق کی کوئی ضرورت نہیں ہے۔</w:t>
      </w:r>
    </w:p>
    <w:p>
      <w:r>
        <w:rPr>
          <w:b/>
        </w:rPr>
        <w:t xml:space="preserve">[04:27] </w:t>
      </w:r>
      <w:r>
        <w:t>mere nazdeek is mein mukammal mani mein tausay hai. yeh bhi theek, woh bhi theek. woh to ijtihad kiya.</w:t>
      </w:r>
    </w:p>
    <w:p>
      <w:pPr>
        <w:jc w:val="right"/>
      </w:pPr>
      <w:r>
        <w:t>میرے نزدیک اس میں مکمل معنی میں توسع ہے۔ یہ بھی ٹھیک، وہ بھی ٹھیک۔ وہ تو اجتہاد کیا۔</w:t>
      </w:r>
    </w:p>
    <w:p>
      <w:r>
        <w:rPr>
          <w:b/>
        </w:rPr>
        <w:t xml:space="preserve">[04:39] </w:t>
      </w:r>
      <w:r>
        <w:t>to is ki wajah se sara maamla,</w:t>
      </w:r>
    </w:p>
    <w:p>
      <w:pPr>
        <w:jc w:val="right"/>
      </w:pPr>
      <w:r>
        <w:t>تو اس کی وجہ سے سارا معاملہ،</w:t>
      </w:r>
    </w:p>
    <w:p>
      <w:r>
        <w:rPr>
          <w:b/>
        </w:rPr>
        <w:t xml:space="preserve">[04:47] </w:t>
      </w:r>
      <w:r>
        <w:t>yani ghair wazeh ho gaya. achha, yeh aisa kyun hua ke juzviyat par ijtihad ko ijtihad samajh liya gaya?</w:t>
      </w:r>
    </w:p>
    <w:p>
      <w:pPr>
        <w:jc w:val="right"/>
      </w:pPr>
      <w:r>
        <w:t>یعنی غیر واضح ہو گیا۔ اچھا، یہ ایسا کیوں ہوا کہ جزئیات پر اجتہاد کو اجتہاد سمجھ لیا گیا؟</w:t>
      </w:r>
    </w:p>
    <w:p>
      <w:r>
        <w:rPr>
          <w:b/>
        </w:rPr>
        <w:t xml:space="preserve">[05:00] </w:t>
      </w:r>
      <w:r>
        <w:t>is ki wajah mere khayal se yeh hai ke jo</w:t>
      </w:r>
    </w:p>
    <w:p>
      <w:pPr>
        <w:jc w:val="right"/>
      </w:pPr>
      <w:r>
        <w:t>اس کی وجہ میرے خیال سے یہ ہے کہ جو</w:t>
      </w:r>
    </w:p>
    <w:p>
      <w:r>
        <w:rPr>
          <w:b/>
        </w:rPr>
        <w:t xml:space="preserve">[05:11] </w:t>
      </w:r>
      <w:r>
        <w:t>baat ke zamanay mein jo maaf kar wazan hua, woh hai is ka sabab.</w:t>
      </w:r>
    </w:p>
    <w:p>
      <w:pPr>
        <w:jc w:val="right"/>
      </w:pPr>
      <w:r>
        <w:t>بات کے زمانے میں جو معاف کر وزن ہوا، وہ ہے اس کا سبب۔</w:t>
      </w:r>
    </w:p>
    <w:p>
      <w:r>
        <w:rPr>
          <w:b/>
        </w:rPr>
        <w:t xml:space="preserve">[05:23] </w:t>
      </w:r>
      <w:r>
        <w:t>to ek hadith hai ke woh jo quran ki ayat hai ke "yataroon fi deen Allah afwajan" to ek hadith hai ke "yataroon fi deen Allah afwajan" to ek hadith hai ke "yataroon fi deen Allah afwajan" kya alfaaz hain?</w:t>
      </w:r>
    </w:p>
    <w:p>
      <w:pPr>
        <w:jc w:val="right"/>
      </w:pPr>
      <w:r>
        <w:t>تو ایک حدیث ہے کہ وہ جو قرآن کی آیت ہے کہ "یترون فی دین اللہ افواجا" تو ایک حدیث ہے کہ "یترون فی دین اللہ افواجا ثم یخرجون من دین اللہ افواجا" کیا الفاظ ہیں؟</w:t>
      </w:r>
    </w:p>
    <w:p>
      <w:r>
        <w:rPr>
          <w:b/>
        </w:rPr>
        <w:t xml:space="preserve">[05:42] </w:t>
      </w:r>
      <w:r>
        <w:t>sahib,</w:t>
      </w:r>
    </w:p>
    <w:p>
      <w:pPr>
        <w:jc w:val="right"/>
      </w:pPr>
      <w:r>
        <w:t>صاحب،</w:t>
      </w:r>
    </w:p>
    <w:p>
      <w:r>
        <w:rPr>
          <w:b/>
        </w:rPr>
        <w:t xml:space="preserve">[05:43] </w:t>
      </w:r>
      <w:r>
        <w:t>kya "in al-nas dakhlu fi deen Allah afwajan wa sayakhrujoon minhu afwajan" haan, yaqeenan do deen mein dakhil hue, fowj dar fowj, aur anqarib is se nikal jayenge, fowj dar f</w:t>
      </w:r>
    </w:p>
    <w:p>
      <w:pPr>
        <w:jc w:val="right"/>
      </w:pPr>
      <w:r>
        <w:t>کیا "إن الناس دخلوا فی دین اللہ افواجا وسیخرجون منہ افواجا" ہاں، یقینا دو دین میں داخل ہوئے، فوج در فوج، اور عنقریب اس سے نکل جائیں گے، فوج در ف</w:t>
      </w:r>
    </w:p>
    <w:p>
      <w:r>
        <w:rPr>
          <w:b/>
        </w:rPr>
        <w:t xml:space="preserve">[05:56] </w:t>
      </w:r>
      <w:r>
        <w:t>waj. achha, mein bohat duaen tak sochta raha ke jo fateh makka ke baad jo log islam mein dakhil hue thay, woh nikle to kabhi nahi.</w:t>
      </w:r>
    </w:p>
    <w:p>
      <w:pPr>
        <w:jc w:val="right"/>
      </w:pPr>
      <w:r>
        <w:t>وج۔ اچھا، میں بہت دعائیں تک سوچتا رہا کہ جو فتح مکہ کے بعد جو لوگ اسلام میں داخل ہوئے تھے، وہ نکلے تو کبھی نہیں۔</w:t>
      </w:r>
    </w:p>
    <w:p>
      <w:r>
        <w:rPr>
          <w:b/>
        </w:rPr>
        <w:t xml:space="preserve">[06:08] </w:t>
      </w:r>
      <w:r>
        <w:t>woh to nikle kabhi nahi. woh to muslim ummat ka hissa ban gaye. woh to kab un ka nikalna hua?</w:t>
      </w:r>
    </w:p>
    <w:p>
      <w:pPr>
        <w:jc w:val="right"/>
      </w:pPr>
      <w:r>
        <w:t>وہ تو نکلے کبھی نہیں۔ وہ تو مسلم امت کا حصہ بن گئے۔ وہ تو کب ان کا نکلنا ہوا؟</w:t>
      </w:r>
    </w:p>
    <w:p>
      <w:r>
        <w:rPr>
          <w:b/>
        </w:rPr>
        <w:t xml:space="preserve">[06:18] </w:t>
      </w:r>
      <w:r>
        <w:t>yeh jo hadith mein kaha jata hai, kaha gaya hai tha ke woh nikal jayenge to kab nikle? to tareekh mein to</w:t>
      </w:r>
    </w:p>
    <w:p>
      <w:pPr>
        <w:jc w:val="right"/>
      </w:pPr>
      <w:r>
        <w:t>یہ جو حدیث میں کہا جاتا ہے، کہا گیا ہے تھا کہ وہ نکل جائیں گے تو کب نکلے؟ تو تاریخ میں تو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