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Importance of Realistic Approach January 2, 2011 Maulana Wahiduddin Khan</w:t>
      </w:r>
    </w:p>
    <w:p>
      <w:r>
        <w:t>https://www.youtube.com/watch?v=rRO_EtMRJ2g</w:t>
      </w:r>
    </w:p>
    <w:p>
      <w:r>
        <w:rPr>
          <w:b/>
        </w:rPr>
        <w:t xml:space="preserve">[00:12] </w:t>
      </w:r>
      <w:r>
        <w:t>bismillah-ir-rehman-ir-rahim, wa salla Allahu ala al-nabi al-kareem. rab ishrah li sadri, wa yassir li amri,</w:t>
      </w:r>
    </w:p>
    <w:p>
      <w:pPr>
        <w:jc w:val="right"/>
      </w:pPr>
      <w:r>
        <w:t>بسم اللہ الرحمن الرحیم، وصلی اللہ علی النبی الکریم۔ رب اشرح لی صدری، ویسر لی امری،</w:t>
      </w:r>
    </w:p>
    <w:p>
      <w:r>
        <w:rPr>
          <w:b/>
        </w:rPr>
        <w:t xml:space="preserve">[00:27] </w:t>
      </w:r>
      <w:r>
        <w:t>wa-lul uqdatan min lisani, yafqahu qawli.</w:t>
      </w:r>
    </w:p>
    <w:p>
      <w:pPr>
        <w:jc w:val="right"/>
      </w:pPr>
      <w:r>
        <w:t>واحل العقدۃ من لسانی، یفقہ قولی۔</w:t>
      </w:r>
    </w:p>
    <w:p>
      <w:r>
        <w:rPr>
          <w:b/>
        </w:rPr>
        <w:t xml:space="preserve">[00:36] </w:t>
      </w:r>
      <w:r>
        <w:t>aaj ka topic hai: "da importance of realistic approach"—haqiqat pasandana mizaj ki ahmiyat.</w:t>
      </w:r>
    </w:p>
    <w:p>
      <w:pPr>
        <w:jc w:val="right"/>
      </w:pPr>
      <w:r>
        <w:t>آج کا ٹاپک ہے: "دا امپورٹنس آف ریلسٹک اپروچ"—حقیقت پسندانہ مزاج کی اہمیت۔</w:t>
      </w:r>
    </w:p>
    <w:p>
      <w:r>
        <w:rPr>
          <w:b/>
        </w:rPr>
        <w:t xml:space="preserve">[00:55] </w:t>
      </w:r>
      <w:r>
        <w:t>yeh topic mere zehn mein is tarah aaya: aaj hi ke akhbar mein ek khabar hai, aaj aap ne dekha hoga, ke ek muslim expert</w:t>
      </w:r>
    </w:p>
    <w:p>
      <w:pPr>
        <w:jc w:val="right"/>
      </w:pPr>
      <w:r>
        <w:t>یہ ٹاپک میرے ذہن میں اس طرح آیا: آج ہی کے اخبار میں ایک خبر ہے، آج آپ نے دیکھا ہوگا، کہ ایک مسلم ایکسپرٹ</w:t>
      </w:r>
    </w:p>
    <w:p>
      <w:r>
        <w:rPr>
          <w:b/>
        </w:rPr>
        <w:t xml:space="preserve">[01:13] </w:t>
      </w:r>
      <w:r>
        <w:t>air raid mein maare gaye. woh kahe jatay thay "ustaad fidaeen". ustaad fidaeen ka matlab hai,</w:t>
      </w:r>
    </w:p>
    <w:p>
      <w:pPr>
        <w:jc w:val="right"/>
      </w:pPr>
      <w:r>
        <w:t>ایئر ریڈ میں مارے گئے۔ وہ کہے جاتے تھے "استاد فدائین"۔ استاد فدائین کا مطلب ہے،</w:t>
      </w:r>
    </w:p>
    <w:p>
      <w:r>
        <w:rPr>
          <w:b/>
        </w:rPr>
        <w:t xml:space="preserve">[01:28] </w:t>
      </w:r>
      <w:r>
        <w:t>yani suicide bombers ki training ka expert,</w:t>
      </w:r>
    </w:p>
    <w:p>
      <w:pPr>
        <w:jc w:val="right"/>
      </w:pPr>
      <w:r>
        <w:t>یعنی سوسائیڈ بمبرز کی ٹریننگ کا ایکسپرٹ،</w:t>
      </w:r>
    </w:p>
    <w:p>
      <w:r>
        <w:rPr>
          <w:b/>
        </w:rPr>
        <w:t xml:space="preserve">[01:36] </w:t>
      </w:r>
      <w:r>
        <w:t>teacher of suicide bombers. is ke woh expert thay, aur woh phir air raid mein maare gaye.</w:t>
      </w:r>
    </w:p>
    <w:p>
      <w:pPr>
        <w:jc w:val="right"/>
      </w:pPr>
      <w:r>
        <w:t>ٹیچر آف سوسائیڈ بمبرز۔ اس کے وہ ایکسپرٹ تھے، اور وہ پھر ایئر ریڈ میں مارے گئے۔</w:t>
      </w:r>
    </w:p>
    <w:p>
      <w:r>
        <w:rPr>
          <w:b/>
        </w:rPr>
        <w:t xml:space="preserve">[01:49] </w:t>
      </w:r>
      <w:r>
        <w:t>to is khabar ko sun kar mein sochne laga ke log kyun suicide karte hain, aur kyun suicide karne walon ko train karte hain, jabke woh khud bhi maare janay walay hain.</w:t>
      </w:r>
    </w:p>
    <w:p>
      <w:pPr>
        <w:jc w:val="right"/>
      </w:pPr>
      <w:r>
        <w:t>تو اس خبر کو سن کر میں سوچنے لگا کہ لوگ کیوں سوسائیڈ کرتے ہیں، اور کیوں سوسائیڈ کرنے والوں کو ٹرین کرتے ہیں، جبکہ وہ خود بھی مارے جانے والے ہیں۔</w:t>
      </w:r>
    </w:p>
    <w:p>
      <w:r>
        <w:rPr>
          <w:b/>
        </w:rPr>
        <w:t xml:space="preserve">[02:04] </w:t>
      </w:r>
      <w:r>
        <w:t>yani maut ko kyun logon ne le rakha hai? kaisi ajeeb baat hai ke Khuda ne hamein zindagi di hai, zindagi.</w:t>
      </w:r>
    </w:p>
    <w:p>
      <w:pPr>
        <w:jc w:val="right"/>
      </w:pPr>
      <w:r>
        <w:t>یعنی موت کو کیوں لوگوں نے لے رکھا ہے؟ کیسی عجیب بات ہے کہ خدا نے ہمیں زندگی دی ہے، زندگی۔</w:t>
      </w:r>
    </w:p>
    <w:p>
      <w:r>
        <w:rPr>
          <w:b/>
        </w:rPr>
        <w:t xml:space="preserve">[02:15] </w:t>
      </w:r>
      <w:r>
        <w:t>Khuda ki taraf se hamein jo cheez mili hai, woh zindagi hai, woh life hai. hum apne liye kya karte hain? maut ko le letay hain.</w:t>
      </w:r>
    </w:p>
    <w:p>
      <w:pPr>
        <w:jc w:val="right"/>
      </w:pPr>
      <w:r>
        <w:t>خدا کی طرف سے ہمیں جو چیز ملی ہے، وہ زندگی ہے، وہ لائف ہے۔ ہم اپنے لیے کیا کرتے ہیں؟ موت کو لے لیتے ہیں۔</w:t>
      </w:r>
    </w:p>
    <w:p>
      <w:r>
        <w:rPr>
          <w:b/>
        </w:rPr>
        <w:t xml:space="preserve">[02:28] </w:t>
      </w:r>
      <w:r>
        <w:t>dekhie, mout hamara choice nahin hona chahiye, kabhi bhi nahin. mout to Allah ke hukum se aati hai. jab Allah ke nazdeek waqt poora ho jata hai to mout aati hai.</w:t>
      </w:r>
    </w:p>
    <w:p>
      <w:pPr>
        <w:jc w:val="right"/>
      </w:pPr>
      <w:r>
        <w:t>دیکھیے، موت ہمارا چوائس نہیں ہونا چاہیے، کبھی بھی نہیں۔ موت تو اللہ کے حکم سے آتی ہے۔ جب اللہ کے نزدیک وقت پورا ہو جاتا ہے تو موت آتی ہے۔</w:t>
      </w:r>
    </w:p>
    <w:p>
      <w:r>
        <w:rPr>
          <w:b/>
        </w:rPr>
        <w:t xml:space="preserve">[02:43] </w:t>
      </w:r>
      <w:r>
        <w:t>lekin mout hamara choice nahin hona chahiye, kabhi bhi nahin. woh haram hai Islam mein.</w:t>
      </w:r>
    </w:p>
    <w:p>
      <w:pPr>
        <w:jc w:val="right"/>
      </w:pPr>
      <w:r>
        <w:t>لیکن موت ہمارا چوائس نہیں ہونا چاہیے، کبھی بھی نہیں۔ وہ حرام ہے اسلام میں۔</w:t>
      </w:r>
    </w:p>
    <w:p>
      <w:r>
        <w:rPr>
          <w:b/>
        </w:rPr>
        <w:t xml:space="preserve">[02:51] </w:t>
      </w:r>
      <w:r>
        <w:t>Khuda ne paida kiya hai ke hum kuch kaam karen. hamein jo yeh diya hai, tamam qualities—life hai,</w:t>
      </w:r>
    </w:p>
    <w:p>
      <w:pPr>
        <w:jc w:val="right"/>
      </w:pPr>
      <w:r>
        <w:t>خدا نے پیدا کیا ہے کہ ہم کچھ کام کریں۔ ہمیں جو یہ دیا ہے، تمام کوالٹیز—لائف ہے،</w:t>
      </w:r>
    </w:p>
    <w:p>
      <w:r>
        <w:rPr>
          <w:b/>
        </w:rPr>
        <w:t xml:space="preserve">[03:05] </w:t>
      </w:r>
      <w:r>
        <w:t>mind hai, dekhna sunna, bohat sari chezen hain—ek poora wajood hai.</w:t>
      </w:r>
    </w:p>
    <w:p>
      <w:pPr>
        <w:jc w:val="right"/>
      </w:pPr>
      <w:r>
        <w:t>مائنڈ ہے، دیکھنا سننا، بہت ساری چیزیں ہیں—ایک پورا وجود ہے۔</w:t>
      </w:r>
    </w:p>
    <w:p>
      <w:r>
        <w:rPr>
          <w:b/>
        </w:rPr>
        <w:t xml:space="preserve">[03:16] </w:t>
      </w:r>
      <w:r>
        <w:t>yeh is liye hai ke is ko hum istemal karen, koi kaam karen. to yaad rakhiye, death hamara choice nahin ho sakta, kabhi bhi nahin.</w:t>
      </w:r>
    </w:p>
    <w:p>
      <w:pPr>
        <w:jc w:val="right"/>
      </w:pPr>
      <w:r>
        <w:t>یہ اس لیے ہے کہ اس کو ہم استعمال کریں، کوئی کام کریں۔ تو یاد رکھیے، ڈیتھ ہمارا چوائس نہیں ہو سکتا، کبھی بھی نہیں۔</w:t>
      </w:r>
    </w:p>
    <w:p>
      <w:r>
        <w:rPr>
          <w:b/>
        </w:rPr>
        <w:t xml:space="preserve">[03:32] </w:t>
      </w:r>
      <w:r>
        <w:t>isi ko kehte hain suicide, isi ko kehte hain khudkushi. aur Islam mein khudkushi bilashuba haram hai, kyunke woh choice nahin hai.</w:t>
      </w:r>
    </w:p>
    <w:p>
      <w:pPr>
        <w:jc w:val="right"/>
      </w:pPr>
      <w:r>
        <w:t>اسی کو کہتے ہیں سوسائیڈ، اسی کو کہتے ہیں خودکشی۔ اور اسلام میں خودکشی بلاشبہ حرام ہے، کیونکہ وہ چوائس نہیں ہے۔</w:t>
      </w:r>
    </w:p>
    <w:p>
      <w:r>
        <w:rPr>
          <w:b/>
        </w:rPr>
        <w:t xml:space="preserve">[03:45] </w:t>
      </w:r>
      <w:r>
        <w:t>to is ko sochte hue phir mujhe ek waqia yaad aya. ek bar to mein bahar ke safar mein tha, to Canada ka ek professor se mulaqat hui.</w:t>
      </w:r>
    </w:p>
    <w:p>
      <w:pPr>
        <w:jc w:val="right"/>
      </w:pPr>
      <w:r>
        <w:t>تو اس کو سوچتے ہوئے پھر مجھے ایک واقعہ یاد آیا۔ ایک بار تو میں باہر کے سفر میں تھا، تو کینیڈا کا ایک پروفیسر سے ملاقات ہوئی۔</w:t>
      </w:r>
    </w:p>
    <w:p>
      <w:r>
        <w:rPr>
          <w:b/>
        </w:rPr>
        <w:t xml:space="preserve">[04:00] </w:t>
      </w:r>
      <w:r>
        <w:t>woh biology mein professor the Canada mein. Islam par baat ho rahi thi. to mein ne kaha ke Islam means realism.</w:t>
      </w:r>
    </w:p>
    <w:p>
      <w:pPr>
        <w:jc w:val="right"/>
      </w:pPr>
      <w:r>
        <w:t>وہ بیالوجی میں پروفیسر تھے کینیڈا میں۔ اسلام پر بات ہو رہی تھی۔ تو میں نے کہا کہ اسلام مینز ریلزم۔</w:t>
      </w:r>
    </w:p>
    <w:p>
      <w:r>
        <w:rPr>
          <w:b/>
        </w:rPr>
        <w:t xml:space="preserve">[04:15] </w:t>
      </w:r>
      <w:r>
        <w:t>Islam ka matlab hai haqeeqat pasandi. woh bohat hajeb mein par gaye. unhon ne kaha ke hum to samajhte the ke Islam means jihad activism.</w:t>
      </w:r>
    </w:p>
    <w:p>
      <w:pPr>
        <w:jc w:val="right"/>
      </w:pPr>
      <w:r>
        <w:t>اسلام کا مطلب ہے حقیقت پسندی۔ وہ بہت حجبے میں پڑ گئے۔ انہوں نے کہا کہ ہم تو سمجھتے تھے کہ اسلام مینز جہاد ایکٹیوزم۔</w:t>
      </w:r>
    </w:p>
    <w:p>
      <w:r>
        <w:rPr>
          <w:b/>
        </w:rPr>
        <w:t xml:space="preserve">[04:30] </w:t>
      </w:r>
      <w:r>
        <w:t>to aap ulta keh rahe hain.</w:t>
      </w:r>
    </w:p>
    <w:p>
      <w:pPr>
        <w:jc w:val="right"/>
      </w:pPr>
      <w:r>
        <w:t>تو آپ الٹا کہہ رہے ہیں۔</w:t>
      </w:r>
    </w:p>
    <w:p>
      <w:r>
        <w:rPr>
          <w:b/>
        </w:rPr>
        <w:t xml:space="preserve">[04:35] </w:t>
      </w:r>
      <w:r>
        <w:t>mein ne kaha nahin, Islam means realism. phir mein ne kaha ke realism ka matlab kya hai? matlab kya hai?</w:t>
      </w:r>
    </w:p>
    <w:p>
      <w:pPr>
        <w:jc w:val="right"/>
      </w:pPr>
      <w:r>
        <w:t>میں نے کہا نہیں، اسلام مینز ریلزم۔ پھر میں نے کہا کہ ریلزم کا مطلب کیا ہے؟ مطلب کیا ہے؟</w:t>
      </w:r>
    </w:p>
    <w:p>
      <w:r>
        <w:rPr>
          <w:b/>
        </w:rPr>
        <w:t xml:space="preserve">[04:46] </w:t>
      </w:r>
      <w:r>
        <w:t>iska matlab hai: to accept what we cannot change. jisko hum badal nahin sakte, us ko hum accept kar len.</w:t>
      </w:r>
    </w:p>
    <w:p>
      <w:pPr>
        <w:jc w:val="right"/>
      </w:pPr>
      <w:r>
        <w:t>اس کا مطلب ہے: ٹو ایکسیپٹ واٹ وی کین ناٹ چینج۔ جس کو ہم بدل نہیں سکتے، اس کو ہم ایکسیپٹ کر لیں۔</w:t>
      </w:r>
    </w:p>
    <w:p>
      <w:r>
        <w:rPr>
          <w:b/>
        </w:rPr>
        <w:t xml:space="preserve">[04:58] </w:t>
      </w:r>
      <w:r>
        <w:t>to jo log suicide bombing karte hain, woh kya karte hain? jisko badal nahin sakte, to badal to paate nahin hain, khud hi ko maar liya.</w:t>
      </w:r>
    </w:p>
    <w:p>
      <w:pPr>
        <w:jc w:val="right"/>
      </w:pPr>
      <w:r>
        <w:t>تو جو لوگ سوسائیڈ بابمی کرتے ہیں، وہ کیا کرتے ہیں؟ جس کو بدل نہیں سکتے، تو بدل تو پاتے نہیں ہیں، خود ہی کو مار لیا۔</w:t>
      </w:r>
    </w:p>
    <w:p>
      <w:r>
        <w:rPr>
          <w:b/>
        </w:rPr>
        <w:t xml:space="preserve">[05:10] </w:t>
      </w:r>
      <w:r>
        <w:t>kisi ajeeb baat hai.</w:t>
      </w:r>
    </w:p>
    <w:p>
      <w:pPr>
        <w:jc w:val="right"/>
      </w:pPr>
      <w:r>
        <w:t>کیسی عجیب بات ہے۔</w:t>
      </w:r>
    </w:p>
    <w:p>
      <w:r>
        <w:rPr>
          <w:b/>
        </w:rPr>
        <w:t xml:space="preserve">[05:16] </w:t>
      </w:r>
      <w:r>
        <w:t>yeh chunke aap doosre ko badal nahin sakte, to apne hi ko aap punishment dete hain, khud hi ko maar lete hain. kyunke</w:t>
      </w:r>
    </w:p>
    <w:p>
      <w:pPr>
        <w:jc w:val="right"/>
      </w:pPr>
      <w:r>
        <w:t>یہ چونکہ آپ دوسرے کو بدل نہیں سکتے، تو اپنے ہی کو آپ پنشمنٹ دیتے ہیں، خود ہی کو مار لیتے ہیں۔ کیونکہ</w:t>
      </w:r>
    </w:p>
    <w:p>
      <w:r>
        <w:rPr>
          <w:b/>
        </w:rPr>
        <w:t xml:space="preserve">[05:28] </w:t>
      </w:r>
      <w:r>
        <w:t>suicide bombing jo log karte hain, woh khud bhi jante hain ke suicide bombing kar ke woh course of history ko badal nahin sakte.</w:t>
      </w:r>
    </w:p>
    <w:p>
      <w:pPr>
        <w:jc w:val="right"/>
      </w:pPr>
      <w:r>
        <w:t>سوسائیڈ بابمی جو لوگ کرتے ہیں، وہ خود بھی جانتے ہیں کہ سوسائیڈ بابمی کر کے وہ کورس آف ہسٹری کو بدل نہیں سکتے۔</w:t>
      </w:r>
    </w:p>
    <w:p>
      <w:r>
        <w:rPr>
          <w:b/>
        </w:rPr>
        <w:t xml:space="preserve">[05:41] </w:t>
      </w:r>
      <w:r>
        <w:t>woh situation ko badal nahin sakte. to Islam ke bilkul against mein hai yeh. Islam poora ka poora acceptance of reality par qaim hai, yaad rakhiye.</w:t>
      </w:r>
    </w:p>
    <w:p>
      <w:pPr>
        <w:jc w:val="right"/>
      </w:pPr>
      <w:r>
        <w:t>وہ سچویشن کو بدل نہیں سکتے۔ تو اسلام کے بالکل اگینسٹ میں ہے یہ۔ اسلام پورا کا پورا ایکسیپٹنس آف ریلیٹی پر قائم ہے، یاد رکھیے۔</w:t>
      </w:r>
    </w:p>
    <w:p>
      <w:r>
        <w:rPr>
          <w:b/>
        </w:rPr>
        <w:t xml:space="preserve">[06:00] </w:t>
      </w:r>
      <w:r>
        <w:t>acceptance of reality.</w:t>
      </w:r>
    </w:p>
    <w:p>
      <w:pPr>
        <w:jc w:val="right"/>
      </w:pPr>
      <w:r>
        <w:t>ایکسیپٹنس آف ریلیٹی۔</w:t>
      </w:r>
    </w:p>
    <w:p>
      <w:r>
        <w:rPr>
          <w:b/>
        </w:rPr>
        <w:t xml:space="preserve">[06:06] </w:t>
      </w:r>
      <w:r>
        <w:t>jo aap badal sakte hain, us ko badlie. jo badal nahin sakte, to us ke sath adjust kijie. simple formula hai.</w:t>
      </w:r>
    </w:p>
    <w:p>
      <w:pPr>
        <w:jc w:val="right"/>
      </w:pPr>
      <w:r>
        <w:t>جو آپ بدل سکتے ہیں، اس کو بدلیے۔ جو بدل نہیں سکتے، تو اس کے ساتھ ایڈجسٹ کیجیے۔ سمپل فارمولا ہے۔</w:t>
      </w:r>
    </w:p>
    <w:p>
      <w:r>
        <w:rPr>
          <w:b/>
        </w:rPr>
        <w:t xml:space="preserve">[06:15] </w:t>
      </w:r>
      <w:r>
        <w:t>simple formula hai. jisko aap badal sakte hain, to us ko badlie. jisko nahin badal sakte hain, to use adjust kar lijie.</w:t>
      </w:r>
    </w:p>
    <w:p>
      <w:pPr>
        <w:jc w:val="right"/>
      </w:pPr>
      <w:r>
        <w:t>سمپل فارمولا ہے۔ جس کو آپ بدل سکتے ہیں، تو اس کو بدلیے۔ جس کو نہیں بدل سکتے ہیں، تو اسے ایڈجسٹ کر لیجیے۔</w:t>
      </w:r>
    </w:p>
    <w:p>
      <w:r>
        <w:rPr>
          <w:b/>
        </w:rPr>
        <w:t xml:space="preserve">[06:25] </w:t>
      </w:r>
      <w:r>
        <w:t>asal o khair ka muamla kijie is ke sath.</w:t>
      </w:r>
    </w:p>
    <w:p>
      <w:pPr>
        <w:jc w:val="right"/>
      </w:pPr>
      <w:r>
        <w:t>اصل و خیر کا معاملہ کیجیے اس کے ساتھ۔</w:t>
      </w:r>
    </w:p>
    <w:p>
      <w:r>
        <w:rPr>
          <w:b/>
        </w:rPr>
        <w:t xml:space="preserve">[06:31] </w:t>
      </w:r>
      <w:r>
        <w:t>to dekhiye, Quran ke surah Aal-e-Imran jo chapter number three hai, us ki ayat hai 83.</w:t>
      </w:r>
    </w:p>
    <w:p>
      <w:pPr>
        <w:jc w:val="right"/>
      </w:pPr>
      <w:r>
        <w:t>تو دیکھیے، قرآن کے سورہ آل عمران جو چیپٹر نمبر تھری ہے، اس کی آیت ہے 83۔</w:t>
      </w:r>
    </w:p>
    <w:p>
      <w:r>
        <w:rPr>
          <w:b/>
        </w:rPr>
        <w:t xml:space="preserve">[06:40] </w:t>
      </w:r>
      <w:r>
        <w:t>afaghira deen Allah yabghuna walahu aslam man fis samawati wal ardi waqrahan. is ka matlab hai ke kya log Khuda ke deen ke siwa koi aur deen chahte hain?</w:t>
      </w:r>
    </w:p>
    <w:p>
      <w:pPr>
        <w:jc w:val="right"/>
      </w:pPr>
      <w:r>
        <w:t>افغیرہ دین اللہ یبغون ولہ اسلم من فی السماوات والارض وقرہ۔ اس کا مطلب ہے کہ کیا لوگ خدا کے دین کے سوا کوئی اور دین چاہتے ہیں؟</w:t>
      </w:r>
    </w:p>
    <w:p>
      <w:r>
        <w:rPr>
          <w:b/>
        </w:rPr>
        <w:t xml:space="preserve">[06:58] </w:t>
      </w:r>
      <w:r>
        <w:t>halanke zameen o aasman mein jo kuch hai,</w:t>
      </w:r>
    </w:p>
    <w:p>
      <w:pPr>
        <w:jc w:val="right"/>
      </w:pPr>
      <w:r>
        <w:t>حالانکہ زمین و آسمان میں جو کچھ ہے،</w:t>
      </w:r>
    </w:p>
    <w:p>
      <w:r>
        <w:rPr>
          <w:b/>
        </w:rPr>
        <w:t xml:space="preserve">[07:03] </w:t>
      </w:r>
      <w:r>
        <w:t>isi ke liye surrender kiye hue hain, willingly aur unwillingly.</w:t>
      </w:r>
    </w:p>
    <w:p>
      <w:pPr>
        <w:jc w:val="right"/>
      </w:pPr>
      <w:r>
        <w:t>اسی کے لیے سرینڈر کیے ہوئے ہیں، ولنگلی اور ان ولنگلی۔</w:t>
      </w:r>
    </w:p>
    <w:p>
      <w:r>
        <w:rPr>
          <w:b/>
        </w:rPr>
        <w:t xml:space="preserve">[07:12] </w:t>
      </w:r>
      <w:r>
        <w:t>yahi hai acceptance of reality.</w:t>
      </w:r>
    </w:p>
    <w:p>
      <w:pPr>
        <w:jc w:val="right"/>
      </w:pPr>
      <w:r>
        <w:t>یہی ہے ایکسیپٹنس آف ریلیٹی۔</w:t>
      </w:r>
    </w:p>
    <w:p>
      <w:r>
        <w:rPr>
          <w:b/>
        </w:rPr>
        <w:t xml:space="preserve">[07:18] </w:t>
      </w:r>
      <w:r>
        <w:t>yani hum ko Allah taala ne azadi di hai, total freedom. chahe to maane, chahe to na maane.</w:t>
      </w:r>
    </w:p>
    <w:p>
      <w:pPr>
        <w:jc w:val="right"/>
      </w:pPr>
      <w:r>
        <w:t>یعنی ہم کو اللہ تعالیٰ نے آزادی دی ہے، ٹوٹل فریڈم۔ چاہے تو مانے، چاہے تو نہ مانے۔</w:t>
      </w:r>
    </w:p>
    <w:p>
      <w:r>
        <w:rPr>
          <w:b/>
        </w:rPr>
        <w:t xml:space="preserve">[07:30] </w:t>
      </w:r>
      <w:r>
        <w:t>insan ko bohat ajeeb o ghareeb cheez di gayi hai, total freedom.</w:t>
      </w:r>
    </w:p>
    <w:p>
      <w:pPr>
        <w:jc w:val="right"/>
      </w:pPr>
      <w:r>
        <w:t>انسان کو بہت عجیب و غریب چیز دی گئی ہے، ٹوٹل فریڈم۔</w:t>
      </w:r>
    </w:p>
    <w:p>
      <w:r>
        <w:rPr>
          <w:b/>
        </w:rPr>
        <w:t xml:space="preserve">[07:38] </w:t>
      </w:r>
      <w:r>
        <w:t>to poori freedom ke sath aadmi kehta hai ke maine falan cheez ko maana. yani Khuda ka existence jo hai, aap keh sakte hain ke main nahi maanta ke Khuda exist karta hai.</w:t>
      </w:r>
    </w:p>
    <w:p>
      <w:pPr>
        <w:jc w:val="right"/>
      </w:pPr>
      <w:r>
        <w:t>تو پوری فریڈم کے ساتھ آدمی کہتا ہے کہ میں نے فلاں چیز کو مانا۔ یعنی خدا کا ایگزسٹنس جو ہے، آپ کہہ سکتے ہیں کہ میں نہیں مانتا کہ خدا ایگزسٹ کرتا ہے۔</w:t>
      </w:r>
    </w:p>
    <w:p>
      <w:r>
        <w:rPr>
          <w:b/>
        </w:rPr>
        <w:t xml:space="preserve">[07:48] </w:t>
      </w:r>
      <w:r>
        <w:t>aap ko aap ki zaban yeh kehna chahe to zaban yeh bhi kahe gi. lekin aap jante hain ke Khuda ke existence ko aap ke na kehne ke baad bhi rahe gi.</w:t>
      </w:r>
    </w:p>
    <w:p>
      <w:pPr>
        <w:jc w:val="right"/>
      </w:pPr>
      <w:r>
        <w:t>آپ کو آپ کی زبان یہ کہنا چاہے تو زبان یہ بھی کہے گی۔ لیکن آپ جانتے ہیں کہ خدا کے ایگزسٹنس کو آپ کے نہ کہنے کے بعد بھی رہے گی۔</w:t>
      </w:r>
    </w:p>
    <w:p>
      <w:r>
        <w:rPr>
          <w:b/>
        </w:rPr>
        <w:t xml:space="preserve">[08:04] </w:t>
      </w:r>
      <w:r>
        <w:t>woh apni jagah par hai. woh qaim bizat hai, self existent hai.</w:t>
      </w:r>
    </w:p>
    <w:p>
      <w:pPr>
        <w:jc w:val="right"/>
      </w:pPr>
      <w:r>
        <w:t>وہ اپنی جگہ پر ہے۔ وہ قائم بالذات ہے، سیلف ایگزسٹنٹ ہے۔</w:t>
      </w:r>
    </w:p>
    <w:p>
      <w:r>
        <w:rPr>
          <w:b/>
        </w:rPr>
        <w:t xml:space="preserve">[08:12] </w:t>
      </w:r>
      <w:r>
        <w:t>to ek cheez jo bator waqia maujood hai, bator reality maujood hai, aap maane na maane, phir bhi woh exist kare gi.</w:t>
      </w:r>
    </w:p>
    <w:p>
      <w:pPr>
        <w:jc w:val="right"/>
      </w:pPr>
      <w:r>
        <w:t>تو ایک چیز جو بطور واقعہ موجود ہے، بطور ریلیٹی موجود ہے، آپ مانیں نہ مانیں، پھر بھی وہ ایگزسٹ کرے گی۔</w:t>
      </w:r>
    </w:p>
    <w:p>
      <w:r>
        <w:rPr>
          <w:b/>
        </w:rPr>
        <w:t xml:space="preserve">[08:23] </w:t>
      </w:r>
      <w:r>
        <w:t>to aap kehte hain ke main maanta hoon Khuda ka, iqrar karta hoon.</w:t>
      </w:r>
    </w:p>
    <w:p>
      <w:pPr>
        <w:jc w:val="right"/>
      </w:pPr>
      <w:r>
        <w:t>تو آپ کہتے ہیں کہ میں مانتا ہوں خدا کا، اقرار کرتا ہوں۔</w:t>
      </w:r>
    </w:p>
    <w:p>
      <w:r>
        <w:rPr>
          <w:b/>
        </w:rPr>
        <w:t xml:space="preserve">[08:32] </w:t>
      </w:r>
      <w:r>
        <w:t>to poora poora imaan jo hai, poora poora Islam jo hai, woh kya hai? acceptance of reality hai.</w:t>
      </w:r>
    </w:p>
    <w:p>
      <w:pPr>
        <w:jc w:val="right"/>
      </w:pPr>
      <w:r>
        <w:t>تو پورا پورا ایمان جو ہے، پورا پورا اسلام جو ہے، وہ کیا ہے؟ ایکسیپٹنس آف ریلیٹی ہے۔</w:t>
      </w:r>
    </w:p>
    <w:p>
      <w:r>
        <w:rPr>
          <w:b/>
        </w:rPr>
        <w:t xml:space="preserve">[08:42] </w:t>
      </w:r>
      <w:r>
        <w:t>jab aap kehte hain ke la ilaha illallah Muhammadur Rasulullah, to kya hai? aap reality ko accept karte hain.</w:t>
      </w:r>
    </w:p>
    <w:p>
      <w:pPr>
        <w:jc w:val="right"/>
      </w:pPr>
      <w:r>
        <w:t>جب آپ کہتے ہیں کہ لا الہ الا اللہ محمد رسول اللہ، تو کیا ہے؟ آپ ریلیٹی کو ایکسیپٹ کرتے ہیں۔</w:t>
      </w:r>
    </w:p>
    <w:p>
      <w:r>
        <w:rPr>
          <w:b/>
        </w:rPr>
        <w:t xml:space="preserve">[08:51] </w:t>
      </w:r>
      <w:r>
        <w:t>ke Khuda-e tere siwa koi Khuda nahi. yeh ek waqia hai, ek fact hai. is fact ko main maanta hoon, is ka main acknowledge karta hoon.</w:t>
      </w:r>
    </w:p>
    <w:p>
      <w:pPr>
        <w:jc w:val="right"/>
      </w:pPr>
      <w:r>
        <w:t>کہ خدائے تیرے سوا کوئی خدا نہیں۔ یہ ایک واقعہ ہے، ایک فیکٹ ہے۔ اس فیکٹ کو میں مانتا ہوں، اس کا میں اکنالج کرتا ہوں۔</w:t>
      </w:r>
    </w:p>
    <w:p>
      <w:r>
        <w:rPr>
          <w:b/>
        </w:rPr>
        <w:t xml:space="preserve">[09:04] </w:t>
      </w:r>
      <w:r>
        <w:t>willingly karta hoon, unwillingly nahi. to dekhiye, yeh jo ayat hai Surah Aal-e-Imran ki 83, woh keh rahi hai ke poori universe mein, poori space mein jo cheezein hain,</w:t>
      </w:r>
    </w:p>
    <w:p>
      <w:pPr>
        <w:jc w:val="right"/>
      </w:pPr>
      <w:r>
        <w:t>ولنگلی کرتا ہوں، ان ولنگلی نہیں۔ تو دیکھیے، یہ جو آیت ہے سورہ آل عمران کی 83، وہ کہہ رہی ہے کہ پوری یونیورس میں، پوری سپیس میں جو چیزیں ہیں،</w:t>
      </w:r>
    </w:p>
    <w:p>
      <w:r>
        <w:rPr>
          <w:b/>
        </w:rPr>
        <w:t xml:space="preserve">[09:23] </w:t>
      </w:r>
      <w:r>
        <w:t>jitne stars hain, jitne planets hain, jitni galaxies hain, jitne solar system hain, jitni jo bhi kuch bhi hai, jo kuch bhi hai, woh sab poori tarah Khuda ke hukum ke tehat chal rahi hai.</w:t>
      </w:r>
    </w:p>
    <w:p>
      <w:pPr>
        <w:jc w:val="right"/>
      </w:pPr>
      <w:r>
        <w:t>جتنے اسٹارز ہیں، جتنے پلینٹس ہیں، جتنی گلیکسیز ہیں، جتنے سولر سسٹم ہیں، جتنی جو بھی کچھ بھی ہے، جو کچھ بھی ہے، وہ سب پوری طرح خدا کے حکم کے تحت چل رہی ہے۔</w:t>
      </w:r>
    </w:p>
    <w:p>
      <w:r>
        <w:rPr>
          <w:b/>
        </w:rPr>
        <w:t xml:space="preserve">[09:43] </w:t>
      </w:r>
      <w:r>
        <w:t>jo Khuda ne is ke liye order set kar diya hai, usi pe chal rahi hai woh. yani woh accept kiye hue hain is reality ko ke Khuda hi controller hai, Khuda hi Rabbul Aalameen hai,</w:t>
      </w:r>
    </w:p>
    <w:p>
      <w:pPr>
        <w:jc w:val="right"/>
      </w:pPr>
      <w:r>
        <w:t>جو خدا نے اس کے لیے آرڈر سیٹ کر دیا ہے، اسی پہ چل رہی ہے وہ۔ یعنی وہ ایکسیپٹ کیے ہوئے ہیں اس ریلیٹی کو کہ خدا ہی کنٹرولر ہے، خدا ہی رب العالمین ہے،</w:t>
      </w:r>
    </w:p>
    <w:p>
      <w:r>
        <w:rPr>
          <w:b/>
        </w:rPr>
        <w:t xml:space="preserve">[09:57] </w:t>
      </w:r>
      <w:r>
        <w:t>Khuda hi Lord of the universe hai, Khuda hi creator hai. to is ke aage surrender kiye hue hain. surrender kya hai?</w:t>
      </w:r>
    </w:p>
    <w:p>
      <w:pPr>
        <w:jc w:val="right"/>
      </w:pPr>
      <w:r>
        <w:t>خدا ہی لارڈ آف دا یونیورس ہے، خدا ہی کریٹر ہے۔ تو اس کے آگے سرینڈر کیے ہوئے ہیں۔ سرینڈر کیا ہے؟</w:t>
      </w:r>
    </w:p>
    <w:p>
      <w:r>
        <w:rPr>
          <w:b/>
        </w:rPr>
        <w:t xml:space="preserve">[10:07] </w:t>
      </w:r>
      <w:r>
        <w:t>surrender ka matlab yahi hai: acceptance of reality. surrender kya hai? acceptance of reality.</w:t>
      </w:r>
    </w:p>
    <w:p>
      <w:pPr>
        <w:jc w:val="right"/>
      </w:pPr>
      <w:r>
        <w:t>سرینڈر کا مطلب یہی ہے: ایکسیپٹنس آف ریلیٹی۔ سرینڈر کیا ہے؟ ایکسیپٹنس آف ریلیٹی۔</w:t>
      </w:r>
    </w:p>
    <w:p>
      <w:r>
        <w:rPr>
          <w:b/>
        </w:rPr>
        <w:t xml:space="preserve">[10:19] </w:t>
      </w:r>
      <w:r>
        <w:t>to sari kainat jo hai, sari universe jo hai, space mein jo cheezein hain, sab ki sab</w:t>
      </w:r>
    </w:p>
    <w:p>
      <w:pPr>
        <w:jc w:val="right"/>
      </w:pPr>
      <w:r>
        <w:t>تو ساری کائنات جو ہے، ساری یونیورس جو ہے، سپیس میں جو چیزیں ہیں، سب کی سب</w:t>
      </w:r>
    </w:p>
    <w:p>
      <w:r>
        <w:rPr>
          <w:b/>
        </w:rPr>
        <w:t xml:space="preserve">[10:27] </w:t>
      </w:r>
      <w:r>
        <w:t>accept kiye hue hain is haqeeqat ko ke Khuda creator hai, Khuda Lord of the universe hai, Khuda ke paas sara power hai.</w:t>
      </w:r>
    </w:p>
    <w:p>
      <w:pPr>
        <w:jc w:val="right"/>
      </w:pPr>
      <w:r>
        <w:t>ایکسیپٹ کیے ہوئے ہیں اس حقیقت کو کہ خدا کریٹر ہے، خدا لارڈ آف دا یونیورس ہے، خدا کے پاس سارا پاور ہے۔</w:t>
      </w:r>
    </w:p>
    <w:p>
      <w:r>
        <w:rPr>
          <w:b/>
        </w:rPr>
        <w:t xml:space="preserve">[10:41] </w:t>
      </w:r>
      <w:r>
        <w:t>to insan ko Khuda ne compulsion mein nahi rakha, us ko azadi de di hai, freedom. aur yeh insan ka sab se bara, yeh sab se bari dignity insan ki yahi hai.</w:t>
      </w:r>
    </w:p>
    <w:p>
      <w:pPr>
        <w:jc w:val="right"/>
      </w:pPr>
      <w:r>
        <w:t>تو انسان کو خدا نے کمپلشن میں نہیں رکھا، اس کو آزادی دے دی ہے، فریڈم۔ اور یہ انسان کا سب سے بڑا، یہ سب سے بڑی ڈگنٹی انسان کی یہی ہے۔</w:t>
      </w:r>
    </w:p>
    <w:p>
      <w:r>
        <w:rPr>
          <w:b/>
        </w:rPr>
        <w:t xml:space="preserve">[10:54] </w:t>
      </w:r>
      <w:r>
        <w:t>yahi barhai insan ki yahi hai. ke agarche us ko total freedom mili hui hai, magar woh is planet Earth par khada hota hai, woh kehta hai: "Khudaya!</w:t>
      </w:r>
    </w:p>
    <w:p>
      <w:pPr>
        <w:jc w:val="right"/>
      </w:pPr>
      <w:r>
        <w:t>یہی بڑائی انسان کی یہی ہے۔ کہ اگرچہ اس کو ٹوٹل فریڈم ملی ہوئی ہے، مگر وہ اس پلینٹ ارتھ پر کھڑا ہوتا ہے، وہ کہتا ہے: "خدایا!</w:t>
      </w:r>
    </w:p>
    <w:p>
      <w:r>
        <w:rPr>
          <w:b/>
        </w:rPr>
        <w:t xml:space="preserve">[11:08] </w:t>
      </w:r>
      <w:r>
        <w:t>sari universe jis cheez ko unwillingly</w:t>
      </w:r>
    </w:p>
    <w:p>
      <w:pPr>
        <w:jc w:val="right"/>
      </w:pPr>
      <w:r>
        <w:t>ساری یونیورس جس چیز کو ان ولنگلی</w:t>
      </w:r>
    </w:p>
    <w:p>
      <w:r>
        <w:rPr>
          <w:b/>
        </w:rPr>
        <w:t xml:space="preserve">[11:16] </w:t>
      </w:r>
      <w:r>
        <w:t>maan rahi hai, acknowledge kar rahi hai, main is ko willingly acknowledge karta hoon, by choice acknowledge karta hoon."</w:t>
      </w:r>
    </w:p>
    <w:p>
      <w:pPr>
        <w:jc w:val="right"/>
      </w:pPr>
      <w:r>
        <w:t>مان رہی ہے، اکنالج کر رہی ہے، میں اس کو ولنگلی اکنالج کرتا ہوں، بائے چوائس اکنالج کرتا ہوں۔"</w:t>
      </w:r>
    </w:p>
    <w:p>
      <w:r>
        <w:rPr>
          <w:b/>
        </w:rPr>
        <w:t xml:space="preserve">[11:27] </w:t>
      </w:r>
      <w:r>
        <w:t>yahi sab se bara insan ka kamal hai.</w:t>
      </w:r>
    </w:p>
    <w:p>
      <w:pPr>
        <w:jc w:val="right"/>
      </w:pPr>
      <w:r>
        <w:t>یہی سب سے بڑا انسان کا کمال ہے۔</w:t>
      </w:r>
    </w:p>
    <w:p>
      <w:r>
        <w:rPr>
          <w:b/>
        </w:rPr>
        <w:t xml:space="preserve">[11:37] </w:t>
      </w:r>
      <w:r>
        <w:t>ke sari cheezein, sari cheezein, sari cheezein under compulsion Khuda ka iqrar kar rahi hain, Khuda ko acknowledge karti hain, Khuda ke aage surrender kiye hue hain.</w:t>
      </w:r>
    </w:p>
    <w:p>
      <w:pPr>
        <w:jc w:val="right"/>
      </w:pPr>
      <w:r>
        <w:t>کہ ساری چیزیں، ساری چیزیں، ساری چیزیں انڈر کمپلشن خدا کا اقرار کر رہی ہیں، خدا کو اکنالج کرتی ہیں، خدا کے آگے سرینڈر کیے ہوئے ہیں۔</w:t>
      </w:r>
    </w:p>
    <w:p>
      <w:r>
        <w:rPr>
          <w:b/>
        </w:rPr>
        <w:t xml:space="preserve">[11:50] </w:t>
      </w:r>
      <w:r>
        <w:t>chahe ek chota sa particle ho, chahe ek galaxy ho. Khuda ne insan ko azadi di hai,</w:t>
      </w:r>
    </w:p>
    <w:p>
      <w:pPr>
        <w:jc w:val="right"/>
      </w:pPr>
      <w:r>
        <w:t>چاہے ایک چھوٹا سا پارٹیکل ہو، چاہے ایک گلیکسی ہو۔ خدا نے انسان کو آزادی دی ہے،</w:t>
      </w:r>
    </w:p>
    <w:p>
      <w:r>
        <w:rPr>
          <w:b/>
        </w:rPr>
        <w:t xml:space="preserve">[12:01] </w:t>
      </w:r>
      <w:r>
        <w:t>puri azaadi, totel freedom. phir woh zameen par khara hota hai</w:t>
      </w:r>
    </w:p>
    <w:p>
      <w:pPr>
        <w:jc w:val="right"/>
      </w:pPr>
      <w:r>
        <w:t>پوری آزادی، ٹوٹل فریڈم۔ پھر وہ زمین پر کھڑا ہوتا ہے</w:t>
      </w:r>
    </w:p>
    <w:p>
      <w:r>
        <w:rPr>
          <w:b/>
        </w:rPr>
        <w:t xml:space="preserve">[12:11] </w:t>
      </w:r>
      <w:r>
        <w:t>keh: "khudaya! maine, maine jitna jo maine socha, jo maine,</w:t>
      </w:r>
    </w:p>
    <w:p>
      <w:pPr>
        <w:jc w:val="right"/>
      </w:pPr>
      <w:r>
        <w:t>کہ: "خدایا! میں نے، میں نے جتنا جو میں نے سوچا، جو میں نے،</w:t>
      </w:r>
    </w:p>
    <w:p>
      <w:r>
        <w:rPr>
          <w:b/>
        </w:rPr>
        <w:t xml:space="preserve">[12:23] </w:t>
      </w:r>
      <w:r>
        <w:t>to meri yeh discovery hai ke tu hai, tera wajood hai, tu control kar raha hai kainat ko, to main tera itraaf karta hoon." to main samajhta hoon ke jis ko hum imaan billah kehte hain,</w:t>
      </w:r>
    </w:p>
    <w:p>
      <w:pPr>
        <w:jc w:val="right"/>
      </w:pPr>
      <w:r>
        <w:t>تو میری یہ ڈسکوری ہے کہ تو ہے، تیرا وجود ہے، تو کنٹرول کر رہا ہے کائنات کو، تو میں تیرا اعتراف کرتا ہوں۔" تو میں سمجھتا ہوں کہ جس کو ہم ایمان باللہ کہتے ہیں،</w:t>
      </w:r>
    </w:p>
    <w:p>
      <w:r>
        <w:rPr>
          <w:b/>
        </w:rPr>
        <w:t xml:space="preserve">[12:36] </w:t>
      </w:r>
      <w:r>
        <w:t>khuda par yeh imaan lana, woh kya hai? acceptance of reality hai. woh koi ritual nahi, koi lift service nahi.</w:t>
      </w:r>
    </w:p>
    <w:p>
      <w:pPr>
        <w:jc w:val="right"/>
      </w:pPr>
      <w:r>
        <w:t>خدا پر یہ ایمان لانا، وہ کیا ہے؟ ایکسیپٹنس آف ریلیٹی ہے۔ وہ کوئی ریچول نہیں، کوئی لفٹ سروس نہیں۔</w:t>
      </w:r>
    </w:p>
    <w:p>
      <w:r>
        <w:rPr>
          <w:b/>
        </w:rPr>
        <w:t xml:space="preserve">[12:52] </w:t>
      </w:r>
      <w:r>
        <w:t>nahin. woh insaan ka sab se bara,</w:t>
      </w:r>
    </w:p>
    <w:p>
      <w:pPr>
        <w:jc w:val="right"/>
      </w:pPr>
      <w:r>
        <w:t>نہیں۔ وہ انسان کا سب سے بڑا،</w:t>
      </w:r>
    </w:p>
    <w:p>
      <w:r>
        <w:rPr>
          <w:b/>
        </w:rPr>
        <w:t xml:space="preserve">[13:01] </w:t>
      </w:r>
      <w:r>
        <w:t>yaani sab se bari cheez jo insaan karta hai zameen par, woh yahi hai ke freedom ke bawajood woh kehta hai ke: "khudaya!</w:t>
      </w:r>
    </w:p>
    <w:p>
      <w:pPr>
        <w:jc w:val="right"/>
      </w:pPr>
      <w:r>
        <w:t>یعنی سب سے بڑی چیز جو انسان کرتا ہے زمین پر، وہ یہی ہے کہ فریڈم کے باوجود وہ کہتا ہے کہ: "خدایا!</w:t>
      </w:r>
    </w:p>
    <w:p>
      <w:r>
        <w:rPr>
          <w:b/>
        </w:rPr>
        <w:t xml:space="preserve">[13:09] </w:t>
      </w:r>
      <w:r>
        <w:t>main tera iqraar karta hoon."</w:t>
      </w:r>
    </w:p>
    <w:p>
      <w:pPr>
        <w:jc w:val="right"/>
      </w:pPr>
      <w:r>
        <w:t>میں تیرا اقرار کرتا ہوں۔"</w:t>
      </w:r>
    </w:p>
    <w:p>
      <w:r>
        <w:rPr>
          <w:b/>
        </w:rPr>
        <w:t xml:space="preserve">[13:13] </w:t>
      </w:r>
      <w:r>
        <w:t>yeh hai imaan billah.</w:t>
      </w:r>
    </w:p>
    <w:p>
      <w:pPr>
        <w:jc w:val="right"/>
      </w:pPr>
      <w:r>
        <w:t>یہ ہے ایمان باللہ۔</w:t>
      </w:r>
    </w:p>
    <w:p>
      <w:r>
        <w:rPr>
          <w:b/>
        </w:rPr>
        <w:t xml:space="preserve">[13:17] </w:t>
      </w:r>
      <w:r>
        <w:t>phir ibadat kya hai? ibadat bhi yahi hai. jab aap zameen par apna sar rakhte hain khuda ke aage aur kehte hain ke: "subhan rabbi al-aala", woh bhi that is also acceptance of reality.</w:t>
      </w:r>
    </w:p>
    <w:p>
      <w:pPr>
        <w:jc w:val="right"/>
      </w:pPr>
      <w:r>
        <w:t>پھر عبادت کیا ہے؟ عبادت بھی یہی ہے۔ جب آپ زمین پر اپنا سر رکھتے ہیں خدا کے آگے اور کہتے ہیں کہ: "سبحان ربی الاعلی"، وہ بھی دٹ از السو ایکسیپٹنس آف ریلیٹی۔</w:t>
      </w:r>
    </w:p>
    <w:p>
      <w:r>
        <w:rPr>
          <w:b/>
        </w:rPr>
        <w:t xml:space="preserve">[13:40] </w:t>
      </w:r>
      <w:r>
        <w:t>jab aap apne akkar ko khatam karte hain, apne arrogance ko khatam karte hain, apne ego ko khatam karte hain, aur rab al-alameen ke samne apna sajda zameen par rakh dete hain, sar,</w:t>
      </w:r>
    </w:p>
    <w:p>
      <w:pPr>
        <w:jc w:val="right"/>
      </w:pPr>
      <w:r>
        <w:t>جب آپ اپنے اکڑ کو ختم کرتے ہیں، اپنے اروگنس کو ختم کرتے ہیں، اپنے ایگو کو ختم کرتے ہیں، اور رب العالمین کے سامنے اپنا سجدہ زمین پر رکھ دیتے ہیں، سر،</w:t>
      </w:r>
    </w:p>
    <w:p>
      <w:r>
        <w:rPr>
          <w:b/>
        </w:rPr>
        <w:t xml:space="preserve">[13:56] </w:t>
      </w:r>
      <w:r>
        <w:t>aur kehte hain ke: "subhan rabbi al-aala",</w:t>
      </w:r>
    </w:p>
    <w:p>
      <w:pPr>
        <w:jc w:val="right"/>
      </w:pPr>
      <w:r>
        <w:t>اور کہتے ہیں کہ: "سبحان ربی الاعلی"،</w:t>
      </w:r>
    </w:p>
    <w:p>
      <w:r>
        <w:rPr>
          <w:b/>
        </w:rPr>
        <w:t xml:space="preserve">[13:59] </w:t>
      </w:r>
      <w:r>
        <w:t>khudaya! tu hi bara hai, that is also acceptance of reality.</w:t>
      </w:r>
    </w:p>
    <w:p>
      <w:pPr>
        <w:jc w:val="right"/>
      </w:pPr>
      <w:r>
        <w:t>خدایا! تو ہی بڑا ہے، دٹ از السو ایکسپٹنس آف ریلیٹی۔</w:t>
      </w:r>
    </w:p>
    <w:p>
      <w:r>
        <w:rPr>
          <w:b/>
        </w:rPr>
        <w:t xml:space="preserve">[14:10] </w:t>
      </w:r>
      <w:r>
        <w:t>to yeh hai islam ki haqeeqat. islam means realism. jo maine kaha tha, woh bohat soch samajh kar kaha tha.</w:t>
      </w:r>
    </w:p>
    <w:p>
      <w:pPr>
        <w:jc w:val="right"/>
      </w:pPr>
      <w:r>
        <w:t>تو یہ ہے اسلام کی حقیقت۔ اسلام مینز ریلزم۔ جو میں نے کہا تھا، وہ بہت سوچ سمجھ کر کہا تھا۔</w:t>
      </w:r>
    </w:p>
    <w:p>
      <w:r>
        <w:rPr>
          <w:b/>
        </w:rPr>
        <w:t xml:space="preserve">[14:20] </w:t>
      </w:r>
      <w:r>
        <w:t>sab kuch, sab kuch, sab kuch jo hai,</w:t>
      </w:r>
    </w:p>
    <w:p>
      <w:pPr>
        <w:jc w:val="right"/>
      </w:pPr>
      <w:r>
        <w:t>سب کچھ، سب کچھ، سب کچھ جو ہے،</w:t>
      </w:r>
    </w:p>
    <w:p>
      <w:r>
        <w:rPr>
          <w:b/>
        </w:rPr>
        <w:t xml:space="preserve">[14:24] </w:t>
      </w:r>
      <w:r>
        <w:t>woh isi mein aa jata hai.</w:t>
      </w:r>
    </w:p>
    <w:p>
      <w:pPr>
        <w:jc w:val="right"/>
      </w:pPr>
      <w:r>
        <w:t>وہ اسی میں آ جاتا ہے۔</w:t>
      </w:r>
    </w:p>
    <w:p>
      <w:r>
        <w:rPr>
          <w:b/>
        </w:rPr>
        <w:t xml:space="preserve">[14:31] </w:t>
      </w:r>
      <w:r>
        <w:t>chahe woh imaan ho, chahe aur koi cheez ho.</w:t>
      </w:r>
    </w:p>
    <w:p>
      <w:pPr>
        <w:jc w:val="right"/>
      </w:pPr>
      <w:r>
        <w:t>چاہے وہ ایمان ہو، چاہے اور کوئی چیز ہو۔</w:t>
      </w:r>
    </w:p>
    <w:p>
      <w:r>
        <w:rPr>
          <w:b/>
        </w:rPr>
        <w:t xml:space="preserve">[14:38] </w:t>
      </w:r>
      <w:r>
        <w:t>yaani aap ki political policy, aap ki national policy, aap ka daily behaviour, sab kuch isi mein aata hai.</w:t>
      </w:r>
    </w:p>
    <w:p>
      <w:pPr>
        <w:jc w:val="right"/>
      </w:pPr>
      <w:r>
        <w:t>یعنی آپ کی پولیٹیکل پالیسی، آپ کی نیشنل پالیسی، آپ کا ڈیلی بیہیویئر، سب کچھ اسی میں آتا ہے۔</w:t>
      </w:r>
    </w:p>
    <w:p>
      <w:r>
        <w:rPr>
          <w:b/>
        </w:rPr>
        <w:t xml:space="preserve">[14:53] </w:t>
      </w:r>
      <w:r>
        <w:t>ke woh karna</w:t>
      </w:r>
    </w:p>
    <w:p>
      <w:pPr>
        <w:jc w:val="right"/>
      </w:pPr>
      <w:r>
        <w:t>کہ وہ کرنا</w:t>
      </w:r>
    </w:p>
    <w:p>
      <w:r>
        <w:rPr>
          <w:b/>
        </w:rPr>
        <w:t xml:space="preserve">[14:58] </w:t>
      </w:r>
      <w:r>
        <w:t>jo possible hai, woh na karna jo possible nahi hai.</w:t>
      </w:r>
    </w:p>
    <w:p>
      <w:pPr>
        <w:jc w:val="right"/>
      </w:pPr>
      <w:r>
        <w:t>جو پاسیبل ہے، وہ نہ کرنا جو پاسیبل نہیں ہے۔</w:t>
      </w:r>
    </w:p>
    <w:p>
      <w:r>
        <w:rPr>
          <w:b/>
        </w:rPr>
        <w:t xml:space="preserve">[15:06] </w:t>
      </w:r>
      <w:r>
        <w:t>jaise aaj kal jo musalman lad rahe hain idhar udhar, woh kya hai? impossible se takrao kar rahe hain. kyunke sau baras se lad rahe hain, hua kuch bhi nahi.</w:t>
      </w:r>
    </w:p>
    <w:p>
      <w:pPr>
        <w:jc w:val="right"/>
      </w:pPr>
      <w:r>
        <w:t>جیسے آج کل جو مسلمان لڑ رہے ہیں ادھر ادھر، وہ کیا ہے؟ امپاسیبل سے ٹکراؤ کر رہے ہیں۔ کیونکہ سو برس سے لڑ رہے ہیں، ہوا کچھ بھی نہیں۔</w:t>
      </w:r>
    </w:p>
    <w:p>
      <w:r>
        <w:rPr>
          <w:b/>
        </w:rPr>
        <w:t xml:space="preserve">[15:20] </w:t>
      </w:r>
      <w:r>
        <w:t>ek kai generation isi mein khatam ho gayi. billion trillion dollar se zyada is mein kharch ho gaya. zameenain chhin gayeen, izzatein chhin gayeen, mila kuch bhi nahi.</w:t>
      </w:r>
    </w:p>
    <w:p>
      <w:pPr>
        <w:jc w:val="right"/>
      </w:pPr>
      <w:r>
        <w:t>ایک کئی جنریشن اسی میں ختم ہو گئی۔ بلین ٹریلین ڈالر سے زیادہ اس میں خرچ ہو گیا۔ زمینیں چھن گئیں، عزتیں چھن گئیں، ملا کچھ بھی نہیں۔</w:t>
      </w:r>
    </w:p>
    <w:p>
      <w:r>
        <w:rPr>
          <w:b/>
        </w:rPr>
        <w:t xml:space="preserve">[15:33] </w:t>
      </w:r>
      <w:r>
        <w:t>to yeh kya hai? yeh impossible se takrana hai. jis cheez ko aaj kal jihad kehte hain, woh jihad nahi hai. woh impossible se takrana hai.</w:t>
      </w:r>
    </w:p>
    <w:p>
      <w:pPr>
        <w:jc w:val="right"/>
      </w:pPr>
      <w:r>
        <w:t>تو یہ کیا ہے؟ یہ امپاسیبل سے ٹکرانا ہے۔ جس چیز کو آج کل جہاد کہتے ہیں، وہ جہاد نہیں ہے۔ وہ امپاسیبل سے ٹکرانا ہے۔</w:t>
      </w:r>
    </w:p>
    <w:p>
      <w:r>
        <w:rPr>
          <w:b/>
        </w:rPr>
        <w:t xml:space="preserve">[15:45] </w:t>
      </w:r>
      <w:r>
        <w:t>kyunke jab aap result na nikaal sakein, to is ka matlab yeh hai ke aap ne reality ko accept nahi kiya.</w:t>
      </w:r>
    </w:p>
    <w:p>
      <w:pPr>
        <w:jc w:val="right"/>
      </w:pPr>
      <w:r>
        <w:t>کیونکہ جب آپ رزلٹ نہ نکال سکیں، تو اس کا مطلب یہ ہے کہ آپ نے ریلیٹی کو ایکسیپٹ نہیں کیا۔</w:t>
      </w:r>
    </w:p>
    <w:p>
      <w:r>
        <w:rPr>
          <w:b/>
        </w:rPr>
        <w:t xml:space="preserve">[15:55] </w:t>
      </w:r>
      <w:r>
        <w:t>agar main apne sar pahad se takraoon, hamare pahad khara hua hai, pathar ka pahad, to us ko hatane ke liye main apna sar takra doon us se, to kya hoga?</w:t>
      </w:r>
    </w:p>
    <w:p>
      <w:pPr>
        <w:jc w:val="right"/>
      </w:pPr>
      <w:r>
        <w:t>اگر میں اپنے سر پہاڑ سے ٹکراؤں، ہمارے پہاڑ کھڑا ہوا ہے، پتھر کا پہاڑ، تو اس کو ہٹانے کے لیے میں اپنا سر ٹکرا دوں اس سے، تو کیا ہوگا؟</w:t>
      </w:r>
    </w:p>
    <w:p>
      <w:r>
        <w:rPr>
          <w:b/>
        </w:rPr>
        <w:t xml:space="preserve">[16:11] </w:t>
      </w:r>
      <w:r>
        <w:t>is ka matlab yeh ho ke maine reality ko accept nahi kiya.</w:t>
      </w:r>
    </w:p>
    <w:p>
      <w:pPr>
        <w:jc w:val="right"/>
      </w:pPr>
      <w:r>
        <w:t>اس کا مطلب یہ ہو کہ میں نے ریلیٹی کو ایکسیپٹ نہیں کیا۔</w:t>
      </w:r>
    </w:p>
    <w:p>
      <w:r>
        <w:rPr>
          <w:b/>
        </w:rPr>
        <w:t xml:space="preserve">[16:19] </w:t>
      </w:r>
      <w:r>
        <w:t>jaise aap yahan baithe hue hain, phir yahan se aap jayenge, to jaane ke liye seedhiyan bani hui hain.</w:t>
      </w:r>
    </w:p>
    <w:p>
      <w:pPr>
        <w:jc w:val="right"/>
      </w:pPr>
      <w:r>
        <w:t>جیسے آپ یہاں بیٹھے ہوئے ہیں، پھر یہاں سے آپ جائیں گے، تو جانے کے لیے سیڑھیاں بنی ہوئی ہیں۔</w:t>
      </w:r>
    </w:p>
    <w:p>
      <w:r>
        <w:rPr>
          <w:b/>
        </w:rPr>
        <w:t xml:space="preserve">[16:29] </w:t>
      </w:r>
      <w:r>
        <w:t>aap kya karen? ke khidki se kood jayen? ke seedhi par kaun utre? is mein time lagega. hum to seedhi khidki se kood jate hain.</w:t>
      </w:r>
    </w:p>
    <w:p>
      <w:pPr>
        <w:jc w:val="right"/>
      </w:pPr>
      <w:r>
        <w:t>آپ کیا کریں؟ کہ کھڑکی سے کود جائیں؟ کہ سیڑھی پر کون اترے؟ اس میں ٹائم لگے گا۔ ہم تو سیڑھی کھڑکی سے کود جاتے ہیں۔</w:t>
      </w:r>
    </w:p>
    <w:p>
      <w:r>
        <w:rPr>
          <w:b/>
        </w:rPr>
        <w:t xml:space="preserve">[16:39] </w:t>
      </w:r>
      <w:r>
        <w:t>to kya hoga? ab ghar nahin pahunchenge, aap hospital pahunchenge. to yeh yeh bhi ek acceptance of reality hai ke aap seedhi se utren, khidki se na kooden.</w:t>
      </w:r>
    </w:p>
    <w:p>
      <w:pPr>
        <w:jc w:val="right"/>
      </w:pPr>
      <w:r>
        <w:t>تو کیا ہوگا؟ اب گھر نہیں پہنچیں گے، آپ ہاسپٹل پہنچیں گے۔ تو یہ یہ بھی ایک ایکسیپٹنس آف ریلیٹی ہے کہ آپ سیڑھی سے اتریں، کھڑکی سے نہ کودیں۔</w:t>
      </w:r>
    </w:p>
    <w:p>
      <w:r>
        <w:rPr>
          <w:b/>
        </w:rPr>
        <w:t xml:space="preserve">[16:57] </w:t>
      </w:r>
      <w:r>
        <w:t>to jitna bhi, jitna bhi, jitna bhi hai, aur yahi sab se bada certificate hai paradise ka.</w:t>
      </w:r>
    </w:p>
    <w:p>
      <w:pPr>
        <w:jc w:val="right"/>
      </w:pPr>
      <w:r>
        <w:t>تو جتنا بھی، جتنا بھی، جتنا بھی ہے، اور یہی سب سے بڑا سرٹیفیکیٹ ہے پیراڈائز کا۔</w:t>
      </w:r>
    </w:p>
    <w:p>
      <w:r>
        <w:rPr>
          <w:b/>
        </w:rPr>
        <w:t xml:space="preserve">[17:08] </w:t>
      </w:r>
      <w:r>
        <w:t>paradise ka certificate yahi hai ke jin logon ne sahi taur par, sach much is baat ka etraf kiya ke unhon ne reality ko accept kiya tha,</w:t>
      </w:r>
    </w:p>
    <w:p>
      <w:pPr>
        <w:jc w:val="right"/>
      </w:pPr>
      <w:r>
        <w:t>پیراڈائز کا سرٹیفیکیٹ یہی ہے کہ جن لوگوں نے صحیح طور پر، سچ مچ اس بات کا اعتراف کیا کہ انہوں نے ریلیٹی کو ایکسیپٹ کیا تھا،</w:t>
      </w:r>
    </w:p>
    <w:p>
      <w:r>
        <w:rPr>
          <w:b/>
        </w:rPr>
        <w:t xml:space="preserve">[17:21] </w:t>
      </w:r>
      <w:r>
        <w:t>agarche is ka inkar karne ki position mein the, woh yeh itni badi quality hai, yeh itni badi quality hai ke is ke badle mein aap ko jannat de di jayegi.</w:t>
      </w:r>
    </w:p>
    <w:p>
      <w:pPr>
        <w:jc w:val="right"/>
      </w:pPr>
      <w:r>
        <w:t>اگرچہ اس کا انکار کرنے کی پوزیشن میں تھے، وہ یہ اتنی بڑی کوالٹی ہے، یہ اتنی بڑی کوالٹی ہے کہ اس کے بدلے میں آپ کو جنت دے دی جائے گی۔</w:t>
      </w:r>
    </w:p>
    <w:p>
      <w:r>
        <w:rPr>
          <w:b/>
        </w:rPr>
        <w:t xml:space="preserve">[17:38] </w:t>
      </w:r>
      <w:r>
        <w:t>bahut hi badi quality hai yeh. main aap ko ek anokhi misaal deta hoon jis ka ke aaj ke log shayad soch bhi nahin sakte ke aaj bhi aisa hum kar sakte hain, aisa jo paighambar ne kiya tha, prophet ne.</w:t>
      </w:r>
    </w:p>
    <w:p>
      <w:pPr>
        <w:jc w:val="right"/>
      </w:pPr>
      <w:r>
        <w:t>بہت ہی بڑی کوالٹی ہے یہ۔ میں آپ کو ایک انوکھی مثال دیتا ہوں جس کا کہ آج کے لوگ شاید سوچ بھی نہیں سکتے کہ آج بھی ایسا ہم کر سکتے ہیں، ایسا جو پیغمبر نے کیا تھا، پرافٹ نے۔</w:t>
      </w:r>
    </w:p>
    <w:p>
      <w:r>
        <w:rPr>
          <w:b/>
        </w:rPr>
        <w:t xml:space="preserve">[17:56] </w:t>
      </w:r>
      <w:r>
        <w:t>aaj ka jo ek billion se zyada musalman duniya mein hain, woh soch bhi nahin sakte ke aisa kar sakte hain, woh. woh prophet ne kiya.</w:t>
      </w:r>
    </w:p>
    <w:p>
      <w:pPr>
        <w:jc w:val="right"/>
      </w:pPr>
      <w:r>
        <w:t>آج کا جو ایک بلین سے زیادہ مسلمان دنیا میں ہیں، وہ سوچ بھی نہیں سکتے کہ ایسا کر سکتے ہیں، وہ۔ وہ پرافٹ نے کیا۔</w:t>
      </w:r>
    </w:p>
    <w:p>
      <w:r>
        <w:rPr>
          <w:b/>
        </w:rPr>
        <w:t xml:space="preserve">[18:08] </w:t>
      </w:r>
      <w:r>
        <w:t>kyun ke unhon ne accept kiya reality ko.</w:t>
      </w:r>
    </w:p>
    <w:p>
      <w:pPr>
        <w:jc w:val="right"/>
      </w:pPr>
      <w:r>
        <w:t>کیونکہ انہوں نے ایکسیپٹ کیا ریلیٹی کو۔</w:t>
      </w:r>
    </w:p>
    <w:p>
      <w:r>
        <w:rPr>
          <w:b/>
        </w:rPr>
        <w:t xml:space="preserve">[18:14] </w:t>
      </w:r>
      <w:r>
        <w:t>woh kya hai? dekhiye, prophet of islam jo the,</w:t>
      </w:r>
    </w:p>
    <w:p>
      <w:pPr>
        <w:jc w:val="right"/>
      </w:pPr>
      <w:r>
        <w:t>وہ کیا ہے؟ دیکھیے، پرافٹ آف اسلام جو تھے،</w:t>
      </w:r>
    </w:p>
    <w:p>
      <w:r>
        <w:rPr>
          <w:b/>
        </w:rPr>
        <w:t xml:space="preserve">[18:21] </w:t>
      </w:r>
      <w:r>
        <w:t>woh paida hue makka mein. makka mein paida hue. he started his mission in 610 ad.</w:t>
      </w:r>
    </w:p>
    <w:p>
      <w:pPr>
        <w:jc w:val="right"/>
      </w:pPr>
      <w:r>
        <w:t>وہ پیدا ہوئے مکہ میں۔ مکہ میں پیدا ہوئے۔ ہی سٹارٹڈ ہز مشن ان 610 اے ڈی۔</w:t>
      </w:r>
    </w:p>
    <w:p>
      <w:r>
        <w:rPr>
          <w:b/>
        </w:rPr>
        <w:t xml:space="preserve">[18:30] </w:t>
      </w:r>
      <w:r>
        <w:t>yani seven century ke first quarter mein. us waqt wahan par sab se zyada holy place jo thi, sab se muqaddas jagah thi, woh kaba thi.</w:t>
      </w:r>
    </w:p>
    <w:p>
      <w:pPr>
        <w:jc w:val="right"/>
      </w:pPr>
      <w:r>
        <w:t>یعنی سیون سینچری کے فرسٹ کوارٹر میں۔ اس وقت وہاں پر سب سے زیادہ ہولی پلیس جو تھی، سب سے مقدس جگہ تھی، وہ کعبہ تھی۔</w:t>
      </w:r>
    </w:p>
    <w:p>
      <w:r>
        <w:rPr>
          <w:b/>
        </w:rPr>
        <w:t xml:space="preserve">[18:45] </w:t>
      </w:r>
      <w:r>
        <w:t>kaba. aaj bhi sab se muqaddas jagah kaba ko mana jata hai. to kaba jo hai, woh aaj se char hazar saal pehle prophet ibrahim ne banaya tha.</w:t>
      </w:r>
    </w:p>
    <w:p>
      <w:pPr>
        <w:jc w:val="right"/>
      </w:pPr>
      <w:r>
        <w:t>کعبہ۔ آج بھی سب سے مقدس جگہ کعبہ کو مانا جاتا ہے۔ تو کعبہ جو ہے، وہ آج سے چار ہزار سال پہلے پرافٹ ابراہیم نے بنایا تھا۔</w:t>
      </w:r>
    </w:p>
    <w:p>
      <w:r>
        <w:rPr>
          <w:b/>
        </w:rPr>
        <w:t xml:space="preserve">[19:02] </w:t>
      </w:r>
      <w:r>
        <w:t>do prophet ne mil kar ke, hazrat ibrahim prophet the, hazrat ismail prophet the. unhon ne mil kar ke char hazar saal pehle kaba ko makka mein banaya tha.</w:t>
      </w:r>
    </w:p>
    <w:p>
      <w:pPr>
        <w:jc w:val="right"/>
      </w:pPr>
      <w:r>
        <w:t>دو پرافٹ نے مل کر کے، حضرت ابراہیم پرافٹ تھے، حضرت اسماعیل پرافٹ تھے۔ انہوں نے مل کر کے چار ہزار سال پہلے کعبہ کو مکہ میں بنایا تھا۔</w:t>
      </w:r>
    </w:p>
    <w:p>
      <w:r>
        <w:rPr>
          <w:b/>
        </w:rPr>
        <w:t xml:space="preserve">[19:16] </w:t>
      </w:r>
      <w:r>
        <w:t>us waqt jo is ki banawat thi, us waqt jo is ka shape tha, woh tha triangle.</w:t>
      </w:r>
    </w:p>
    <w:p>
      <w:pPr>
        <w:jc w:val="right"/>
      </w:pPr>
      <w:r>
        <w:t>اس وقت جو اس کی بناوٹ تھی، اس وقت جو اس کا شیپ تھا، وہ تھا ٹرائینگل۔</w:t>
      </w:r>
    </w:p>
    <w:p>
      <w:r>
        <w:rPr>
          <w:b/>
        </w:rPr>
        <w:t xml:space="preserve">[19:27] </w:t>
      </w:r>
      <w:r>
        <w:t>yani lamba. jaise hamara yeh auditorium hai, yeh lamba hai, triangle.</w:t>
      </w:r>
    </w:p>
    <w:p>
      <w:pPr>
        <w:jc w:val="right"/>
      </w:pPr>
      <w:r>
        <w:t>یعنی لمبا۔ جیسے ہمارا یہ آڈیٹوریم ہے، یہ لمبا ہے، ٹرائینگل۔</w:t>
      </w:r>
    </w:p>
    <w:p>
      <w:r>
        <w:rPr>
          <w:b/>
        </w:rPr>
        <w:t xml:space="preserve">[19:41] </w:t>
      </w:r>
      <w:r>
        <w:t>to kya hua?</w:t>
      </w:r>
    </w:p>
    <w:p>
      <w:pPr>
        <w:jc w:val="right"/>
      </w:pPr>
      <w:r>
        <w:t>تو کیا ہوا؟</w:t>
      </w:r>
    </w:p>
    <w:p>
      <w:r>
        <w:rPr>
          <w:b/>
        </w:rPr>
        <w:t xml:space="preserve">[19:46] </w:t>
      </w:r>
      <w:r>
        <w:t>ke baad ko, bahut din tak to waise hi raha woh, to rasool allah ki ba'sat se kuch pehle kaba ka jo structure tha, woh gir gaya.</w:t>
      </w:r>
    </w:p>
    <w:p>
      <w:pPr>
        <w:jc w:val="right"/>
      </w:pPr>
      <w:r>
        <w:t>کہ بعد کو، بہت دن تک تو ویسے ہی رہا وہ، تو رسول اللہ کی بعثت سے کچھ پہلے کعبہ کا جو اسٹرکچر تھا، وہ گر گیا۔</w:t>
      </w:r>
    </w:p>
    <w:p>
      <w:r>
        <w:rPr>
          <w:b/>
        </w:rPr>
        <w:t xml:space="preserve">[20:00] </w:t>
      </w:r>
      <w:r>
        <w:t>kuch wahan barish hui, koi toofan aaya, kuch gir gaya woh. to quraish ne, jo ke mushrik the, unhon ne rebuild kiya us ko.</w:t>
      </w:r>
    </w:p>
    <w:p>
      <w:pPr>
        <w:jc w:val="right"/>
      </w:pPr>
      <w:r>
        <w:t>کچھ وہاں بارش ہوئی، کوئی طوفان آیا، کچھ گر گیا وہ۔ تو قریش نے، جو کہ مشرک تھے، انہوں نے ری بلڈ کیا اس کو۔</w:t>
      </w:r>
    </w:p>
    <w:p>
      <w:r>
        <w:rPr>
          <w:b/>
        </w:rPr>
        <w:t xml:space="preserve">[20:14] </w:t>
      </w:r>
      <w:r>
        <w:t>rebuild jab kiya unhon ne, to unhon ne is mein badal diya.</w:t>
      </w:r>
    </w:p>
    <w:p>
      <w:pPr>
        <w:jc w:val="right"/>
      </w:pPr>
      <w:r>
        <w:t>ری بلڈ جب کیا انہوں نے، تو انہوں نے اس میں بدل دیا۔</w:t>
      </w:r>
    </w:p>
    <w:p>
      <w:r>
        <w:rPr>
          <w:b/>
        </w:rPr>
        <w:t xml:space="preserve">[20:21] </w:t>
      </w:r>
      <w:r>
        <w:t>yani woh jo lamba tha kaba, us ko unhon ne chokor, square kar diya. ab jo kaba jo jate hain wahan pe umrah karne ya hajj karne jo log jate hain, to dekhte hain ke kaba ek chokor building hai.</w:t>
      </w:r>
    </w:p>
    <w:p>
      <w:pPr>
        <w:jc w:val="right"/>
      </w:pPr>
      <w:r>
        <w:t>یعنی وہ جو لمبا تھا کعبہ، اس کو انہوں نے چوکور، اسکوئر کر دیا۔ اب جو کعبہ جو جاتے ہیں وہاں پہ عمرہ کرنے یا حج کرنے جو لوگ جاتے ہیں، تو دیکھتے ہیں کہ کعبہ ایک چوکور بلڈنگ ہے۔</w:t>
      </w:r>
    </w:p>
    <w:p>
      <w:r>
        <w:rPr>
          <w:b/>
        </w:rPr>
        <w:t xml:space="preserve">[20:39] </w:t>
      </w:r>
      <w:r>
        <w:t>woh lamba building nahin hai.</w:t>
      </w:r>
    </w:p>
    <w:p>
      <w:pPr>
        <w:jc w:val="right"/>
      </w:pPr>
      <w:r>
        <w:t>وہ لمبی بلڈنگ نہیں ہے۔</w:t>
      </w:r>
    </w:p>
    <w:p>
      <w:r>
        <w:rPr>
          <w:b/>
        </w:rPr>
        <w:t xml:space="preserve">[20:43] </w:t>
      </w:r>
      <w:r>
        <w:t>jaise ke hamara yeh auditorium jahan hum baithe hue hain, ek lamba building hai yeh. yeh chokor nahin hai. kaba chokor hai. lekin chokor kaba kis ne banaya?</w:t>
      </w:r>
    </w:p>
    <w:p>
      <w:pPr>
        <w:jc w:val="right"/>
      </w:pPr>
      <w:r>
        <w:t>جیسے کہ ہمارا یہ آڈیٹوریم جہاں ہم بیٹھے ہوئے ہیں، ایک لمبی بلڈنگ ہے یہ۔ یہ چوکور نہیں ہے۔ کعبہ چوکور ہے۔ لیکن چوکور کعبہ کس نے بنایا؟</w:t>
      </w:r>
    </w:p>
    <w:p>
      <w:r>
        <w:rPr>
          <w:b/>
        </w:rPr>
        <w:t xml:space="preserve">[20:55] </w:t>
      </w:r>
      <w:r>
        <w:t>yeh idol worshipper ne banaya.</w:t>
      </w:r>
    </w:p>
    <w:p>
      <w:pPr>
        <w:jc w:val="right"/>
      </w:pPr>
      <w:r>
        <w:t>یہ آئیڈل ورشپر نے بنایا۔</w:t>
      </w:r>
    </w:p>
    <w:p>
      <w:r>
        <w:rPr>
          <w:b/>
        </w:rPr>
        <w:t xml:space="preserve">[20:59] </w:t>
      </w:r>
      <w:r>
        <w:t>mushrik logon ne banaya. us waqt jo hai kaba ke wahi mutawalli the, wahi is ke trustee the, unhi ke kabze mein tha kaba.</w:t>
      </w:r>
    </w:p>
    <w:p>
      <w:pPr>
        <w:jc w:val="right"/>
      </w:pPr>
      <w:r>
        <w:t>مشرک لوگوں نے بنایا۔ اس وقت جو ہے کعبہ کے وہی متولی تھے، وہی اس کے ٹرسٹی تھے، انہی کے قبضے میں تھا کعبہ۔</w:t>
      </w:r>
    </w:p>
    <w:p>
      <w:r>
        <w:rPr>
          <w:b/>
        </w:rPr>
        <w:t xml:space="preserve">[21:10] </w:t>
      </w:r>
      <w:r>
        <w:t>yeh rasool Allah ki ba'sat se pehle hua yeh waqia.</w:t>
      </w:r>
    </w:p>
    <w:p>
      <w:pPr>
        <w:jc w:val="right"/>
      </w:pPr>
      <w:r>
        <w:t>یہ رسول اللہ کی بعثت سے پہلے ہوا یہ واقعہ۔</w:t>
      </w:r>
    </w:p>
    <w:p>
      <w:r>
        <w:rPr>
          <w:b/>
        </w:rPr>
        <w:t xml:space="preserve">[21:17] </w:t>
      </w:r>
      <w:r>
        <w:t>to rasool Allah ki ba'sat hui, yani nabi aap banaye gaye Allah ki taraf se. to baad ke zamanay mein,</w:t>
      </w:r>
    </w:p>
    <w:p>
      <w:pPr>
        <w:jc w:val="right"/>
      </w:pPr>
      <w:r>
        <w:t>تو رسول اللہ کی بعثت ہوئی، یعنی نبی آپ بنائے گئے اللہ کی طرف سے۔ تو بعد کے زمانے میں،</w:t>
      </w:r>
    </w:p>
    <w:p>
      <w:r>
        <w:rPr>
          <w:b/>
        </w:rPr>
        <w:t xml:space="preserve">[21:31] </w:t>
      </w:r>
      <w:r>
        <w:t>yani baad ke zamanay mein ke jab makka fateh ho gaya, tab us waqt rasool Allah ne apni ahliya Aisha se kaha, yeh baat kahi ke ka'aba jo Ibrahim wala ka'aba tha, woh aisa nahi tha.</w:t>
      </w:r>
    </w:p>
    <w:p>
      <w:pPr>
        <w:jc w:val="right"/>
      </w:pPr>
      <w:r>
        <w:t>یعنی بعد کے زمانے میں کہ جب مکہ فتح ہو گیا، تب اس وقت رسول اللہ نے اپنی اہلیہ عائشہ سے کہا، یہ بات کہی کہ کعبہ جو ابراہیم والا کعبہ تھا، وہ ایسا نہیں تھا۔</w:t>
      </w:r>
    </w:p>
    <w:p>
      <w:r>
        <w:rPr>
          <w:b/>
        </w:rPr>
        <w:t xml:space="preserve">[21:47] </w:t>
      </w:r>
      <w:r>
        <w:t>to mein chahta hoon ke ka'aba ko phir se chok tod kar ke waise hi banaoon jaisa ke woh Ibrahim ne banaya tha, Ibrahim ki base par.</w:t>
      </w:r>
    </w:p>
    <w:p>
      <w:pPr>
        <w:jc w:val="right"/>
      </w:pPr>
      <w:r>
        <w:t>تو میں چاہتا ہوں کہ کعبہ کو پھر سے چوک توڑ کر کے ویسے ہی بناؤں جیسا کہ وہ ابراہیم نے بنایا تھا، ابراہیم کی بیس پر۔</w:t>
      </w:r>
    </w:p>
    <w:p>
      <w:r>
        <w:rPr>
          <w:b/>
        </w:rPr>
        <w:t xml:space="preserve">[22:01] </w:t>
      </w:r>
      <w:r>
        <w:t>to Hazrat Aisha ne kaha ke phir aap bana dijiye, kyun nahi banate aap? unhon ne kaha ke nahi, mein nahi banaoon ga. kyunke makka wale abhi naye naye Islam mein dakhil hue hain, woh is se badak jayen ge.</w:t>
      </w:r>
    </w:p>
    <w:p>
      <w:pPr>
        <w:jc w:val="right"/>
      </w:pPr>
      <w:r>
        <w:t>تو حضرت عائشہ نے کہا کہ پھر آپ بنا دیجیے، کیوں نہیں بناتے آپ؟ انہوں نے کہا کہ نہیں، میں نہیں بناؤں گا۔ کیونکہ مکہ والے ابھی نئے نئے اسلام میں داخل ہوئے ہیں، وہ اس سے بدک جائیں گے۔</w:t>
      </w:r>
    </w:p>
    <w:p>
      <w:r>
        <w:rPr>
          <w:b/>
        </w:rPr>
        <w:t xml:space="preserve">[22:16] </w:t>
      </w:r>
      <w:r>
        <w:t>aur yahan par ek ek hungama khara ho jayega. kyunke aap jante hain ke koi koi structure jo hai, jo jo mazhab se taluq ho, to woh kuch dinon ke baad woh muqaddas ban jata hai, muqaddas, secret.</w:t>
      </w:r>
    </w:p>
    <w:p>
      <w:pPr>
        <w:jc w:val="right"/>
      </w:pPr>
      <w:r>
        <w:t>اور یہاں پر ایک ایک ہنگامہ کھڑا ہو جائے گا۔ کیونکہ آپ جانتے ہیں کہ کوئی کوئی سٹرکچر جو ہے، جو جو مذہب سے تعلق ہو، تو وہ کچھ دنوں کے بعد وہ مقدس بن جاتا ہے، مقدس، سیکرٹ۔</w:t>
      </w:r>
    </w:p>
    <w:p>
      <w:r>
        <w:rPr>
          <w:b/>
        </w:rPr>
        <w:t xml:space="preserve">[22:32] </w:t>
      </w:r>
      <w:r>
        <w:t>isko toden to hungama khara ho jayega.</w:t>
      </w:r>
    </w:p>
    <w:p>
      <w:pPr>
        <w:jc w:val="right"/>
      </w:pPr>
      <w:r>
        <w:t>اس کو توڑیں تو ہنگامہ کھڑا ہو جائے گا۔</w:t>
      </w:r>
    </w:p>
    <w:p>
      <w:r>
        <w:rPr>
          <w:b/>
        </w:rPr>
        <w:t xml:space="preserve">[22:37] </w:t>
      </w:r>
      <w:r>
        <w:t>koi bhi structure jo historical ban jaye, to isko aap toden to hungama khara ho jayega.</w:t>
      </w:r>
    </w:p>
    <w:p>
      <w:pPr>
        <w:jc w:val="right"/>
      </w:pPr>
      <w:r>
        <w:t>کوئی بھی سٹرکچر جو ہسٹوریکل بن جائے، تو اس کو آپ توڑیں تو ہنگامہ کھڑا ہو جائے گا۔</w:t>
      </w:r>
    </w:p>
    <w:p>
      <w:r>
        <w:rPr>
          <w:b/>
        </w:rPr>
        <w:t xml:space="preserve">[22:47] </w:t>
      </w:r>
      <w:r>
        <w:t>kyunke aadmi samajhta hai ke yeh to aisa hi hai, yeh jaisa hai. to insan ki yeh nafsiyat hai ke koi structure jo history ban jaye, history,</w:t>
      </w:r>
    </w:p>
    <w:p>
      <w:pPr>
        <w:jc w:val="right"/>
      </w:pPr>
      <w:r>
        <w:t>کیونکہ آدمی سمجھتا ہے کہ یہ تو ایسا ہی ہے، یہ جیسا ہے۔ تو انسان کی یہ نفسیات ہے کہ کوئی سٹرکچر جو ہسٹری بن جائے، ہسٹری،</w:t>
      </w:r>
    </w:p>
    <w:p>
      <w:r>
        <w:rPr>
          <w:b/>
        </w:rPr>
        <w:t xml:space="preserve">[23:03] </w:t>
      </w:r>
      <w:r>
        <w:t>to toden to hungama khara hota hai. farz karein aap Taj Mahal ko toden to hungama khara ho jayega. aap Ratri Bhavan ko toden to hungama khara ho jayega. to ek mazhabi jo structure hai, woh aur bhi zyada hungama khara hota hai is ke liye.</w:t>
      </w:r>
    </w:p>
    <w:p>
      <w:pPr>
        <w:jc w:val="right"/>
      </w:pPr>
      <w:r>
        <w:t>تو توڑیں تو ہنگامہ کھڑا ہوتا ہے۔ فرض کریں آپ تاج محل کو توڑیں تو ہنگامہ کھڑا ہو جائے گا۔ آپ راٹری بھون کو توڑیں تو ہنگامہ کھڑا ہو جائے گا۔ تو ایک مذہبی جو سٹرکچر ہے، وہ اور بھی زیادہ ہنگامہ کھڑا ہوتا ہے اس کے لیے۔</w:t>
      </w:r>
    </w:p>
    <w:p>
      <w:r>
        <w:rPr>
          <w:b/>
        </w:rPr>
        <w:t xml:space="preserve">[23:19] </w:t>
      </w:r>
      <w:r>
        <w:t>to rasool Allah ka mission to tha tauheed, logon ko Allah ke deen par lana, sachai ko phailana, yeh mission tha.</w:t>
      </w:r>
    </w:p>
    <w:p>
      <w:pPr>
        <w:jc w:val="right"/>
      </w:pPr>
      <w:r>
        <w:t>تو رسول اللہ کا مشن تو تھا توحید، لوگوں کو اللہ کے دین پر لانا، سچائی کو پھیلانا، یہ مشن تھا۔</w:t>
      </w:r>
    </w:p>
    <w:p>
      <w:r>
        <w:rPr>
          <w:b/>
        </w:rPr>
        <w:t xml:space="preserve">[23:30] </w:t>
      </w:r>
      <w:r>
        <w:t>woh sab jeopardize ho jayega. jo mission jo hai, woh woh jeopardize ho jayega. to aap ne is ko isi haal mein rehne diya.</w:t>
      </w:r>
    </w:p>
    <w:p>
      <w:pPr>
        <w:jc w:val="right"/>
      </w:pPr>
      <w:r>
        <w:t>وہ سب جیپرٹائز ہو جائے گا۔ جو مشن جو ہے، وہ وہ جیپرٹائز ہو جائے گا۔ تو آپ نے اس کو اسی حال میں رہنے دیا۔</w:t>
      </w:r>
    </w:p>
    <w:p>
      <w:r>
        <w:rPr>
          <w:b/>
        </w:rPr>
        <w:t xml:space="preserve">[23:42] </w:t>
      </w:r>
      <w:r>
        <w:t>yeh waqia Sahih al Bukhari mein hai, kitab al Hajj mein. koi bhi shakhs is ko parh sakta hai. yani asah al kutub ba'd kitab Allah jo kaha jata hai, is kitab mein yeh hai,</w:t>
      </w:r>
    </w:p>
    <w:p>
      <w:pPr>
        <w:jc w:val="right"/>
      </w:pPr>
      <w:r>
        <w:t>یہ واقعہ صحیح البخاری میں ہے، کتاب الحج میں۔ کوئی بھی شخص اس کو پڑھ سکتا ہے۔ یعنی اصح الکتب بعد کتاب اللہ جو کہا جاتا ہے، اس کتاب میں یہ ہے،</w:t>
      </w:r>
    </w:p>
    <w:p>
      <w:r>
        <w:rPr>
          <w:b/>
        </w:rPr>
        <w:t xml:space="preserve">[23:57] </w:t>
      </w:r>
      <w:r>
        <w:t>kitab al Hajj mein. ab is se kya sabak mila? is is se sabak kya mila? to woh yeh hai ke aap history ko badal nahi sakte.</w:t>
      </w:r>
    </w:p>
    <w:p>
      <w:pPr>
        <w:jc w:val="right"/>
      </w:pPr>
      <w:r>
        <w:t>کتاب الحج میں۔ اب اس سے کیا سبق ملا؟ اس اس سے سبق کیا ملا؟ تو وہ یہ ہے کہ آپ ہسٹری کو بدل نہیں سکتے۔</w:t>
      </w:r>
    </w:p>
    <w:p>
      <w:r>
        <w:rPr>
          <w:b/>
        </w:rPr>
        <w:t xml:space="preserve">[24:12] </w:t>
      </w:r>
      <w:r>
        <w:t>jo jo history ban jaye, to bas woh rahegi, woh isi rahegi woh.</w:t>
      </w:r>
    </w:p>
    <w:p>
      <w:pPr>
        <w:jc w:val="right"/>
      </w:pPr>
      <w:r>
        <w:t>جو جو ہسٹری بن جائے، تو بس وہ رہے گی، وہ اسی رہے گی وہ۔</w:t>
      </w:r>
    </w:p>
    <w:p>
      <w:r>
        <w:rPr>
          <w:b/>
        </w:rPr>
        <w:t xml:space="preserve">[24:21] </w:t>
      </w:r>
      <w:r>
        <w:t>yani the wheel, the wheel of history can not be put in reverse gear.</w:t>
      </w:r>
    </w:p>
    <w:p>
      <w:pPr>
        <w:jc w:val="right"/>
      </w:pPr>
      <w:r>
        <w:t>یعنی دا ویل، دا ویل آف ہسٹری کین ناٹ بی پٹ ان ریورس گیئر۔</w:t>
      </w:r>
    </w:p>
    <w:p>
      <w:r>
        <w:rPr>
          <w:b/>
        </w:rPr>
        <w:t xml:space="preserve">[24:33] </w:t>
      </w:r>
      <w:r>
        <w:t>the wheel of history can not be put in reverse gear. you turn dekhen, history mein nahi hota.</w:t>
      </w:r>
    </w:p>
    <w:p>
      <w:pPr>
        <w:jc w:val="right"/>
      </w:pPr>
      <w:r>
        <w:t>دا ویل آف ہسٹری کین ناٹ بی پٹ ان ریورس گیئر۔ یو ٹرن دیکھیں، ہسٹری میں نہیں ہوتا۔</w:t>
      </w:r>
    </w:p>
    <w:p>
      <w:r>
        <w:rPr>
          <w:b/>
        </w:rPr>
        <w:t xml:space="preserve">[24:43] </w:t>
      </w:r>
      <w:r>
        <w:t>aap ki gaadi you turn le sakti hai, history you turn nahi le sakti. aisa kabhi nahi ho sakta ke ke India mein phir Mughalon ki hukumat ho jaye ya Spain mein dobara Arabon ki hukumat ho jaye.</w:t>
      </w:r>
    </w:p>
    <w:p>
      <w:pPr>
        <w:jc w:val="right"/>
      </w:pPr>
      <w:r>
        <w:t>آپ کی گاڑی یو ٹرن لے سکتی ہے، ہسٹری یو ٹرن نہیں لے سکتی۔ ایسا کبھی نہیں ہو سکتا کہ کہ انڈیا میں پھر مغلوں کی حکومت ہو جائے یا اسپین میں دوبارہ عربوں کی حکومت ہو جائے۔</w:t>
      </w:r>
    </w:p>
    <w:p>
      <w:r>
        <w:rPr>
          <w:b/>
        </w:rPr>
        <w:t xml:space="preserve">[25:00] </w:t>
      </w:r>
      <w:r>
        <w:t>history ko peeche nahi lota sakte aap. yeh kitna bada lesson hai is waqey mein sari ummat ke liye ke history ko tum badal nahi sakte.</w:t>
      </w:r>
    </w:p>
    <w:p>
      <w:pPr>
        <w:jc w:val="right"/>
      </w:pPr>
      <w:r>
        <w:t>ہسٹری کو پیچھے نہیں لوٹا سکتے آپ۔ یہ کتنا بڑا لیسن ہے اس واقعے میں ساری امت کے لیے کہ ہسٹری کو تم بدل نہیں سکتے۔</w:t>
      </w:r>
    </w:p>
    <w:p>
      <w:r>
        <w:rPr>
          <w:b/>
        </w:rPr>
        <w:t xml:space="preserve">[25:14] </w:t>
      </w:r>
      <w:r>
        <w:t>lekin yahi kar rahe hain Musalman aaj dekhiye.</w:t>
      </w:r>
    </w:p>
    <w:p>
      <w:pPr>
        <w:jc w:val="right"/>
      </w:pPr>
      <w:r>
        <w:t>لیکن یہی کر رہے ہیں مسلمان آج دیکھیے۔</w:t>
      </w:r>
    </w:p>
    <w:p>
      <w:r>
        <w:rPr>
          <w:b/>
        </w:rPr>
        <w:t xml:space="preserve">[25:20] </w:t>
      </w:r>
      <w:r>
        <w:t>history ko badalne ki koshish kar rahe hain. ek history bani thi 1948 mein. ab is ko badalne ke liye koshish kar rahe hain aur 60 baras beet gaye aur badla nahi woh.</w:t>
      </w:r>
    </w:p>
    <w:p>
      <w:pPr>
        <w:jc w:val="right"/>
      </w:pPr>
      <w:r>
        <w:t>ہسٹری کو بدلنے کی کوشش کر رہے ہیں۔ ایک ہسٹری بنی تھی 1948 میں۔ اب اس کو بدلنے کے لیے کوشش کر رہے ہیں اور 60 برس بیت گئے اور بدلا نہیں وہ۔</w:t>
      </w:r>
    </w:p>
    <w:p>
      <w:r>
        <w:rPr>
          <w:b/>
        </w:rPr>
        <w:t xml:space="preserve">[25:31] </w:t>
      </w:r>
      <w:r>
        <w:t>mar rahe hain khwamkhwah. 48 mein jo hua tha waqia ke Palestine ko partition kiya gaya. yani roughly aadha hissa diya gaya jo ko aadha hissa Arabon ko.</w:t>
      </w:r>
    </w:p>
    <w:p>
      <w:pPr>
        <w:jc w:val="right"/>
      </w:pPr>
      <w:r>
        <w:t>مر رہے ہیں خوامخواہ۔ 48 میں جو ہوا تھا واقعہ کہ پیلسٹائن کو پارٹیشن کیا گیا۔ یعنی رفلی آدھا حصہ دیا گیا جو کو آدھا حصہ عربوں کو۔</w:t>
      </w:r>
    </w:p>
    <w:p>
      <w:r>
        <w:rPr>
          <w:b/>
        </w:rPr>
        <w:t xml:space="preserve">[25:48] </w:t>
      </w:r>
      <w:r>
        <w:t>us waqt ek history banai wahan, ek history bani wahan par. ab Arab log lad rahe hain is se.</w:t>
      </w:r>
    </w:p>
    <w:p>
      <w:pPr>
        <w:jc w:val="right"/>
      </w:pPr>
      <w:r>
        <w:t>اس وقت ایک ہسٹری بنائی وہاں، ایک ہسٹری بنی وہاں پر۔ اب عرب لوگ لڑ رہے ہیں اس سے۔</w:t>
      </w:r>
    </w:p>
    <w:p>
      <w:r>
        <w:rPr>
          <w:b/>
        </w:rPr>
        <w:t xml:space="preserve">[25:57] </w:t>
      </w:r>
      <w:r>
        <w:t>woh yani history ko badalne ki koshish kar rahe hain woh. aur badal nahi paye woh.</w:t>
      </w:r>
    </w:p>
    <w:p>
      <w:pPr>
        <w:jc w:val="right"/>
      </w:pPr>
      <w:r>
        <w:t>وہ یعنی ہسٹری کو بدلنے کی کوشش کر رہے ہیں وہ۔ اور بدل نہیں پائے وہ۔</w:t>
      </w:r>
    </w:p>
    <w:p>
      <w:r>
        <w:rPr>
          <w:b/>
        </w:rPr>
        <w:t xml:space="preserve">[26:05] </w:t>
      </w:r>
      <w:r>
        <w:t>apne ko tabah kar rahe hain bas. aise hi Kashmiri mein dekhiye. wahan bhi 1947 mein ek history bani thi. Kashmiri jo hai, woh India ka part ban gaya.</w:t>
      </w:r>
    </w:p>
    <w:p>
      <w:pPr>
        <w:jc w:val="right"/>
      </w:pPr>
      <w:r>
        <w:t>اپنے کو تباہ کر رہے ہیں بس۔ ایسے ہی کاشمیری میں دیکھیے۔ وہاں بھی 1947 میں ایک ہسٹری بنی تھی۔ کاشمیری جو ہے، وہ انڈیا کا پارٹ بن گیا۔</w:t>
      </w:r>
    </w:p>
    <w:p>
      <w:r>
        <w:rPr>
          <w:b/>
        </w:rPr>
        <w:t xml:space="preserve">[26:16] </w:t>
      </w:r>
      <w:r>
        <w:t>to ban gaya to ban gaya. ab aap laren ke phir se aap history ko badlen to aap badal nahin sakte. ek lakh kashmiri mar gaye is mein.</w:t>
      </w:r>
    </w:p>
    <w:p>
      <w:pPr>
        <w:jc w:val="right"/>
      </w:pPr>
      <w:r>
        <w:t>تو بن گیا تو بن گیا۔ اب آپ لڑیں کہ پھر سے آپ ہسٹری کو بدلیں تو آپ بدل نہیں سکتے۔ ایک لاکھ کشمیری مر گئے اس میں۔</w:t>
      </w:r>
    </w:p>
    <w:p>
      <w:r>
        <w:rPr>
          <w:b/>
        </w:rPr>
        <w:t xml:space="preserve">[26:29] </w:t>
      </w:r>
      <w:r>
        <w:t>ziaraten tabah ho gayeen. in ka business tabah ho gaya, education system tabah ho gaya. aur kashmiri ki history badli nahin.</w:t>
      </w:r>
    </w:p>
    <w:p>
      <w:pPr>
        <w:jc w:val="right"/>
      </w:pPr>
      <w:r>
        <w:t>زیارتیں تباہ ہو گئیں۔ ان کا بزنس تباہ ہو گیا، ایجوکیشن سسٹم تباہ ہو گیا۔ اور کاشمیری کی ہسٹری بدلی نہیں۔</w:t>
      </w:r>
    </w:p>
    <w:p>
      <w:r>
        <w:rPr>
          <w:b/>
        </w:rPr>
        <w:t xml:space="preserve">[26:42] </w:t>
      </w:r>
      <w:r>
        <w:t>to yeh rasool Allah ka jo waqea hai, is mein sabaq hai ke jo jo history ban gayi to ban gayi bas. you have to accept it.</w:t>
      </w:r>
    </w:p>
    <w:p>
      <w:pPr>
        <w:jc w:val="right"/>
      </w:pPr>
      <w:r>
        <w:t>تو یہ رسول اللہ کا جو واقعہ ہے، اس میں سبق ہے کہ جو جو ہسٹری بن گئی تو بن گئی بس۔ یو ہیو ٹو ایکسیپٹ اٹ۔</w:t>
      </w:r>
    </w:p>
    <w:p>
      <w:r>
        <w:rPr>
          <w:b/>
        </w:rPr>
        <w:t xml:space="preserve">[26:55] </w:t>
      </w:r>
      <w:r>
        <w:t>lekin saare duniya mein musalman yahi kar rahe hain. kashmir mein, falasteen mein, bosnia mein, chechnya mein, xinjiang mein, filipain mein.</w:t>
      </w:r>
    </w:p>
    <w:p>
      <w:pPr>
        <w:jc w:val="right"/>
      </w:pPr>
      <w:r>
        <w:t>لیکن سارے دنیا میں مسلمان یہی کر رہے ہیں۔ کشمیر میں، فلسطین میں، بوسنیا میں، چیشنیا میں، شنکیانگ میں، فلپائن میں۔</w:t>
      </w:r>
    </w:p>
    <w:p>
      <w:r>
        <w:rPr>
          <w:b/>
        </w:rPr>
        <w:t xml:space="preserve">[27:07] </w:t>
      </w:r>
      <w:r>
        <w:t>jahan dekhen wahin yahi kar rahe hain kaam. history ko badalna chahte hain aur badal nahin paate. apne ko tabah kar rahe hain.</w:t>
      </w:r>
    </w:p>
    <w:p>
      <w:pPr>
        <w:jc w:val="right"/>
      </w:pPr>
      <w:r>
        <w:t>جہاں دیکھیں وہیں یہی کر رہے ہیں کام۔ ہسٹری کو بدلنا چاہتے ہیں اور بدل نہیں پاتے۔ اپنے کو تباہ کر رہے ہیں۔</w:t>
      </w:r>
    </w:p>
    <w:p>
      <w:r>
        <w:rPr>
          <w:b/>
        </w:rPr>
        <w:t xml:space="preserve">[27:21] </w:t>
      </w:r>
      <w:r>
        <w:t>to islam ka khulasa jo hai, acceptance of reality hai. historical reality, universal reality, social reality, national reality, divine reality.</w:t>
      </w:r>
    </w:p>
    <w:p>
      <w:pPr>
        <w:jc w:val="right"/>
      </w:pPr>
      <w:r>
        <w:t>تو اسلام کا خلاصہ جو ہے، ایکسیپٹنس آف ریلیٹی ہے۔ ہسٹوریکل ریلیٹی، یونیورسل ریلیٹی، سوشل ریلیٹی، نیشنل ریلیٹی، ڈیوائن ریلیٹی۔</w:t>
      </w:r>
    </w:p>
    <w:p>
      <w:r>
        <w:rPr>
          <w:b/>
        </w:rPr>
        <w:t xml:space="preserve">[27:37] </w:t>
      </w:r>
      <w:r>
        <w:t>jo hai us ko accept kijiye. iman kya hai? iman hai divine reality ko accept karna.</w:t>
      </w:r>
    </w:p>
    <w:p>
      <w:pPr>
        <w:jc w:val="right"/>
      </w:pPr>
      <w:r>
        <w:t>جو ہے اس کو ایکسیپٹ کیجیے۔ ایمان کیا ہے؟ ایمان ہے ڈیوائن ریلیٹی کو ایکسیپٹ کرنا۔</w:t>
      </w:r>
    </w:p>
    <w:p>
      <w:r>
        <w:rPr>
          <w:b/>
        </w:rPr>
        <w:t xml:space="preserve">[27:46] </w:t>
      </w:r>
      <w:r>
        <w:t>adjustment kya hai? social reality ko accept karna. sulah kya hai? political reality ko accept karna.</w:t>
      </w:r>
    </w:p>
    <w:p>
      <w:pPr>
        <w:jc w:val="right"/>
      </w:pPr>
      <w:r>
        <w:t>ایڈجسٹمنٹ کیا ہے؟ سوشل ریلیٹی کو ایکسیپٹ کرنا۔ صلح کیا ہے؟ پولیٹیکل ریلیٹی کو ایکسیپٹ کرنا۔</w:t>
      </w:r>
    </w:p>
    <w:p>
      <w:r>
        <w:rPr>
          <w:b/>
        </w:rPr>
        <w:t xml:space="preserve">[28:01] </w:t>
      </w:r>
      <w:r>
        <w:t>itna bara principle rasool Allah sallallahu alaihi wasallam ne na sirf bataya balki is ko practice mein bhi laye aap. is ka ek example set kar diya aap ne.</w:t>
      </w:r>
    </w:p>
    <w:p>
      <w:pPr>
        <w:jc w:val="right"/>
      </w:pPr>
      <w:r>
        <w:t>اتنا بڑا پرنسپل رسول اللہ صلی اللہ علیہ وسلم نے نہ صرف بتایا بلکہ اس کو پریکٹس میں بھی لائے آپ۔ اس کا ایک ایگزامپل سیٹ کر دیا آپ نے۔</w:t>
      </w:r>
    </w:p>
    <w:p>
      <w:r>
        <w:rPr>
          <w:b/>
        </w:rPr>
        <w:t xml:space="preserve">[28:13] </w:t>
      </w:r>
      <w:r>
        <w:t>aur kahan kaba ke muamle mein set kar diya.</w:t>
      </w:r>
    </w:p>
    <w:p>
      <w:pPr>
        <w:jc w:val="right"/>
      </w:pPr>
      <w:r>
        <w:t>اور کہاں کعبہ کے معاملے میں سیٹ کر دیا۔</w:t>
      </w:r>
    </w:p>
    <w:p>
      <w:r>
        <w:rPr>
          <w:b/>
        </w:rPr>
        <w:t xml:space="preserve">[28:19] </w:t>
      </w:r>
      <w:r>
        <w:t>jo log bhi wahan jaate hain woh dekhte hain ke wahan par ek hai structure. square shape ka.</w:t>
      </w:r>
    </w:p>
    <w:p>
      <w:pPr>
        <w:jc w:val="right"/>
      </w:pPr>
      <w:r>
        <w:t>جو لوگ بھی وہاں جاتے ہیں وہ دیکھتے ہیں کہ وہاں پر ایک ہے اسٹرکچر۔ اسکوئر شیپ کا۔</w:t>
      </w:r>
    </w:p>
    <w:p>
      <w:r>
        <w:rPr>
          <w:b/>
        </w:rPr>
        <w:t xml:space="preserve">[28:28] </w:t>
      </w:r>
      <w:r>
        <w:t>wahin par ek hai lambi si jagah khuli, open jis ko kehte hain hatim. hatim wahi jagah hai jo ibrahim ne ke zamane mein kaba mein shamil thi.</w:t>
      </w:r>
    </w:p>
    <w:p>
      <w:pPr>
        <w:jc w:val="right"/>
      </w:pPr>
      <w:r>
        <w:t>وہیں پر ایک ہے لمبی سی جگہ کھلی، اوپن جس کو کہتے ہیں حتیم۔ حتیم وہی جگہ ہے جو ابراہیم نے کے زمانے میں کعبہ میں شامل تھی۔</w:t>
      </w:r>
    </w:p>
    <w:p>
      <w:r>
        <w:rPr>
          <w:b/>
        </w:rPr>
        <w:t xml:space="preserve">[28:42] </w:t>
      </w:r>
      <w:r>
        <w:t>yani covered area tha woh. aaj hatim open area hai. hazrat ibrahim ke zamane mein woh covered area tha woh. aaj khula hua hai kyunke quraish ne is ko khula chhod diya tha.</w:t>
      </w:r>
    </w:p>
    <w:p>
      <w:pPr>
        <w:jc w:val="right"/>
      </w:pPr>
      <w:r>
        <w:t>یعنی کورڈ ایریا تھا وہ۔ آج حتیم اوپن ایریا ہے۔ حضرت ابراہیم کے زمانے میں وہ کورڈ ایریا تھا وہ۔ آج کھلا ہوا ہے کیونکہ قریش نے اس کو کھلا چھوڑ دیا تھا۔</w:t>
      </w:r>
    </w:p>
    <w:p>
      <w:r>
        <w:rPr>
          <w:b/>
        </w:rPr>
        <w:t xml:space="preserve">[28:58] </w:t>
      </w:r>
      <w:r>
        <w:t>to aap prophet bhi nahin badla is ko. aur aap ko main arz karoon ke yeh rasool Allah ki wafat ke baad wahan khilafat rashida qaim hui.</w:t>
      </w:r>
    </w:p>
    <w:p>
      <w:pPr>
        <w:jc w:val="right"/>
      </w:pPr>
      <w:r>
        <w:t>تو آپ پرافٹ بھی نہیں بدلا اس کو۔ اور آپ کو میں عرض کروں کہ یہ رسول اللہ کی وفات کے بعد وہاں خلافت راشدہ قائم ہوئی۔</w:t>
      </w:r>
    </w:p>
    <w:p>
      <w:r>
        <w:rPr>
          <w:b/>
        </w:rPr>
        <w:t xml:space="preserve">[29:10] </w:t>
      </w:r>
      <w:r>
        <w:t>hazrat ali ke baad wahan par ek bahut se waqeyat hue jin ko aap jante hain. inhi mein se ek waqea yeh hai ke abdullah bin zubair ko makkah mein hukumat mil gayi.</w:t>
      </w:r>
    </w:p>
    <w:p>
      <w:pPr>
        <w:jc w:val="right"/>
      </w:pPr>
      <w:r>
        <w:t>حضرت علی کے بعد وہاں پر ایک بہت سے واقعات ہوئے جن کو آپ جانتے ہیں۔ انہی میں سے ایک واقعہ یہ ہے کہ عبداللہ بن زبیر کو مکہ میں حکومت مل گئی۔</w:t>
      </w:r>
    </w:p>
    <w:p>
      <w:r>
        <w:rPr>
          <w:b/>
        </w:rPr>
        <w:t xml:space="preserve">[29:22] </w:t>
      </w:r>
      <w:r>
        <w:t>makkah is ke aas paas ke area mein un ki hukumat qaim ho gayi. to unhon ne kya kiya? kaba ko tod kar waise hi banaya.</w:t>
      </w:r>
    </w:p>
    <w:p>
      <w:pPr>
        <w:jc w:val="right"/>
      </w:pPr>
      <w:r>
        <w:t>مکہ اس کے اس پاس کے ایریا میں ان کی حکومت قائم ہو گئی۔ تو انہوں نے کیا کیا؟ کعبہ کو توڑ کر ویسے ہی بنایا۔</w:t>
      </w:r>
    </w:p>
    <w:p>
      <w:r>
        <w:rPr>
          <w:b/>
        </w:rPr>
        <w:t xml:space="preserve">[29:33] </w:t>
      </w:r>
      <w:r>
        <w:t>yani hatim ko shamil kar liya covered area mein. hatim jo hai us ko shamil kar liya covered area mein.</w:t>
      </w:r>
    </w:p>
    <w:p>
      <w:pPr>
        <w:jc w:val="right"/>
      </w:pPr>
      <w:r>
        <w:t>یعنی حتیم کو شامل کر لیا کورڈ ایریا میں۔ حتیم جو ہے اس کو شامل کر لیا کورڈ ایریا میں۔</w:t>
      </w:r>
    </w:p>
    <w:p>
      <w:r>
        <w:rPr>
          <w:b/>
        </w:rPr>
        <w:t xml:space="preserve">[29:42] </w:t>
      </w:r>
      <w:r>
        <w:t>ek kaba, ek naya structure khada kar diya. jante hain kya hua? log bardasht nahin kar sake woh. hajjaj ne is ko todwa diya is ko.</w:t>
      </w:r>
    </w:p>
    <w:p>
      <w:pPr>
        <w:jc w:val="right"/>
      </w:pPr>
      <w:r>
        <w:t>ایک کعبہ، ایک نیا اسٹرکچر کھڑا کر دیا۔ جانتے ہیں کیا ہوا؟ لوگ برداشت نہیں کر سکے وہ۔ حجاج نے اس کو تڑوا دیا اس کو۔</w:t>
      </w:r>
    </w:p>
    <w:p>
      <w:r>
        <w:rPr>
          <w:b/>
        </w:rPr>
        <w:t xml:space="preserve">[29:54] </w:t>
      </w:r>
      <w:r>
        <w:t>hajjaj jo bani umayyah ka governor tha us ne todwa diya. aur phir wahi kaba bana diya jaisa kaba tha pehle. agarche woh mushrik logon ka banaya hua tha woh.</w:t>
      </w:r>
    </w:p>
    <w:p>
      <w:pPr>
        <w:jc w:val="right"/>
      </w:pPr>
      <w:r>
        <w:t>حجاج جو بنو امیہ کا گورنر تھا اس نے تڑوا دیا۔ اور پھر وہی کعبہ بنا دیا جیسا کعبہ تھا پہلے۔ اگرچہ وہ مشرک لوگوں کا بنایا ہوا تھا وہ۔</w:t>
      </w:r>
    </w:p>
    <w:p>
      <w:r>
        <w:rPr>
          <w:b/>
        </w:rPr>
        <w:t xml:space="preserve">[30:05] </w:t>
      </w:r>
      <w:r>
        <w:t>to you can not change the history.</w:t>
      </w:r>
    </w:p>
    <w:p>
      <w:pPr>
        <w:jc w:val="right"/>
      </w:pPr>
      <w:r>
        <w:t>تو یو کین ناٹ چینج دا ہسٹری۔</w:t>
      </w:r>
    </w:p>
    <w:p>
      <w:r>
        <w:rPr>
          <w:b/>
        </w:rPr>
        <w:t xml:space="preserve">[30:12] </w:t>
      </w:r>
      <w:r>
        <w:t>lekin musalman aaj jo hain sab jagah bas history se takra rahe hain. history se lad rahe hain.</w:t>
      </w:r>
    </w:p>
    <w:p>
      <w:pPr>
        <w:jc w:val="right"/>
      </w:pPr>
      <w:r>
        <w:t>لیکن مسلمان آج جو ہیں سب جگہ بس ہسٹری سے ٹکرا رہے ہیں۔ ہسٹری سے لڑ رہے ہیں۔</w:t>
      </w:r>
    </w:p>
    <w:p>
      <w:r>
        <w:rPr>
          <w:b/>
        </w:rPr>
        <w:t xml:space="preserve">[30:22] </w:t>
      </w:r>
      <w:r>
        <w:t>to islam jo hai yaad rakhiye jo baat aaj se bohat pehle mein ne kahi thi jo mein ne arz kiya gaya canada ke professor se woh soch samajh kar kahi thi mein ne.</w:t>
      </w:r>
    </w:p>
    <w:p>
      <w:pPr>
        <w:jc w:val="right"/>
      </w:pPr>
      <w:r>
        <w:t>تو اسلام جو ہے یاد رکھیے جو بات آج سے بہت پہلے میں نے کہی تھی جو میں نے عرض کیا گیا کینیڈا کے پروفیسر سے وہ سوچ سمجھ کر کہی تھی میں نے۔</w:t>
      </w:r>
    </w:p>
    <w:p>
      <w:r>
        <w:rPr>
          <w:b/>
        </w:rPr>
        <w:t xml:space="preserve">[30:34] </w:t>
      </w:r>
      <w:r>
        <w:t>islam means realism. islam ka matlab hai fact ko, reality ko accept karna.</w:t>
      </w:r>
    </w:p>
    <w:p>
      <w:pPr>
        <w:jc w:val="right"/>
      </w:pPr>
      <w:r>
        <w:t>اسلام مینز ریلزم۔ اسلام کا مطلب ہے فیکٹ کو، ریلیٹی کو ایکسیپٹ کرنا۔</w:t>
      </w:r>
    </w:p>
    <w:p>
      <w:r>
        <w:rPr>
          <w:b/>
        </w:rPr>
        <w:t xml:space="preserve">[30:44] </w:t>
      </w:r>
      <w:r>
        <w:t>to iman bhi wahi hai, namaz bhi wahi hai.</w:t>
      </w:r>
    </w:p>
    <w:p>
      <w:pPr>
        <w:jc w:val="right"/>
      </w:pPr>
      <w:r>
        <w:t>تو ایمان بھی وہی ہے، نماز بھی وہی ہے۔</w:t>
      </w:r>
    </w:p>
    <w:p>
      <w:r>
        <w:rPr>
          <w:b/>
        </w:rPr>
        <w:t xml:space="preserve">[30:50] </w:t>
      </w:r>
      <w:r>
        <w:t>aur wahi hamari politics bhi isi waisi honi chahiye.</w:t>
      </w:r>
    </w:p>
    <w:p>
      <w:pPr>
        <w:jc w:val="right"/>
      </w:pPr>
      <w:r>
        <w:t>اور وہی ہماری پالیٹکس بھی اسی ویسی ہونی چاہیے۔</w:t>
      </w:r>
    </w:p>
    <w:p>
      <w:r>
        <w:rPr>
          <w:b/>
        </w:rPr>
        <w:t xml:space="preserve">[30:55] </w:t>
      </w:r>
      <w:r>
        <w:t>woh keejie jo possible hai, woh mat keejie jo impossible hai.</w:t>
      </w:r>
    </w:p>
    <w:p>
      <w:pPr>
        <w:jc w:val="right"/>
      </w:pPr>
      <w:r>
        <w:t>وہ کیجیے جو پاسیبل ہے، وہ مت کیجیے جو امپاسیبل ہے۔</w:t>
      </w:r>
    </w:p>
    <w:p>
      <w:r>
        <w:rPr>
          <w:b/>
        </w:rPr>
        <w:t xml:space="preserve">[31:04] </w:t>
      </w:r>
      <w:r>
        <w:t>toh aaj kal kya hai har taraf musalman ek ek stepped war lad rahe hain is ko kehte hain jihad.</w:t>
      </w:r>
    </w:p>
    <w:p>
      <w:pPr>
        <w:jc w:val="right"/>
      </w:pPr>
      <w:r>
        <w:t>تو آج کل کیا ہے ہر طرف مسلمان ایک ایک اسٹیپڈ وار لڑ رہے ہیں اس کو کہتے ہیں جہاد۔</w:t>
      </w:r>
    </w:p>
    <w:p>
      <w:r>
        <w:rPr>
          <w:b/>
        </w:rPr>
        <w:t xml:space="preserve">[31:13] </w:t>
      </w:r>
      <w:r>
        <w:t>yeh jihad kya hai yeh toh stepped war hai yeh. yeh self destruction hai yeh.</w:t>
      </w:r>
    </w:p>
    <w:p>
      <w:pPr>
        <w:jc w:val="right"/>
      </w:pPr>
      <w:r>
        <w:t>یہ جہاد کیا ہے یہ تو اسٹیپڈ وار ہے یہ۔ یہ سیلف ڈسٹرکشن ہے یہ۔</w:t>
      </w:r>
    </w:p>
    <w:p>
      <w:r>
        <w:rPr>
          <w:b/>
        </w:rPr>
        <w:t xml:space="preserve">[31:22] </w:t>
      </w:r>
      <w:r>
        <w:t>aur dekhiye jab aap aisa karein ke reality ko deny karein, fact ko na maanein toh aap ki soch jo hai yaani aap ke andar intellectual development nahi hota.</w:t>
      </w:r>
    </w:p>
    <w:p>
      <w:pPr>
        <w:jc w:val="right"/>
      </w:pPr>
      <w:r>
        <w:t>اور دیکھیے جب آپ ایسا کریں کہ ریلیٹی کو ڈینائی کریں، فیکٹ کو نہ مانیں تو آپ کی سوچ جو ہے یعنی آپ کے اندر انٹلیکچول ڈیویلپمنٹ نہیں ہوتا۔</w:t>
      </w:r>
    </w:p>
    <w:p>
      <w:r>
        <w:rPr>
          <w:b/>
        </w:rPr>
        <w:t xml:space="preserve">[31:36] </w:t>
      </w:r>
      <w:r>
        <w:t>aap ka intellectual development khatam ho jata hai. scientific temper khatam ho jata hai. rational thinking khatam ho jati hai.</w:t>
      </w:r>
    </w:p>
    <w:p>
      <w:pPr>
        <w:jc w:val="right"/>
      </w:pPr>
      <w:r>
        <w:t>آپ کا انٹلیکچول ڈیویلپمنٹ ختم ہو جاتا ہے۔ سائنٹیفک ٹیمپر ختم ہو جاتا ہے۔ ریشنل تھنکنگ ختم ہو جاتی ہے۔</w:t>
      </w:r>
    </w:p>
    <w:p>
      <w:r>
        <w:rPr>
          <w:b/>
        </w:rPr>
        <w:t xml:space="preserve">[31:46] </w:t>
      </w:r>
      <w:r>
        <w:t>bahut bada nuksan is ka hai. in terms of landi nuksan nahi hota, in terms of money nuksan nahi hota. balkeh in terms of intellectual development bhi aap ko nuksan uthana padta hai.</w:t>
      </w:r>
    </w:p>
    <w:p>
      <w:pPr>
        <w:jc w:val="right"/>
      </w:pPr>
      <w:r>
        <w:t>بہت بڑا نقصان اس کا ہے۔ ان ٹرمز آف لینڈی نقصان نہیں ہوتا، ان ٹرمز آف منی نقصان نہیں ہوتا۔ بلکہ ان ٹرمز آف انٹلیکچول ڈیویلپمنٹ بھی آپ کو نقصان اٹھانا پڑتا ہے۔</w:t>
      </w:r>
    </w:p>
    <w:p>
      <w:r>
        <w:rPr>
          <w:b/>
        </w:rPr>
        <w:t xml:space="preserve">[32:02] </w:t>
      </w:r>
      <w:r>
        <w:t>kyun ke irrational behaviour jo hai kya karega? rational thinking aap se chheen lega. yeh sab ladai jhagde irrational behaviour hain.</w:t>
      </w:r>
    </w:p>
    <w:p>
      <w:pPr>
        <w:jc w:val="right"/>
      </w:pPr>
      <w:r>
        <w:t>کیونکہ اریشنل بیہیویئر جو ہے کیا کرے گا؟ ریشنل تھنکنگ آپ سے چھین لے گا۔ یہ سب لڑائی جھگڑے اریشنل بیہیویئر ہیں۔</w:t>
      </w:r>
    </w:p>
    <w:p>
      <w:r>
        <w:rPr>
          <w:b/>
        </w:rPr>
        <w:t xml:space="preserve">[32:14] </w:t>
      </w:r>
      <w:r>
        <w:t>toh is ka yahi hai ke rational thinking aap se khatam ho jaye. main aap ko ek misaal deta hoon.</w:t>
      </w:r>
    </w:p>
    <w:p>
      <w:pPr>
        <w:jc w:val="right"/>
      </w:pPr>
      <w:r>
        <w:t>تو اس کا یہی ہے کہ ریشنل تھنکنگ آپ سے ختم ہو جائے۔ میں آپ کو ایک مثال دیتا ہوں۔</w:t>
      </w:r>
    </w:p>
    <w:p>
      <w:r>
        <w:rPr>
          <w:b/>
        </w:rPr>
        <w:t xml:space="preserve">[32:26] </w:t>
      </w:r>
      <w:r>
        <w:t>meri mulaqat kuch arbon se hui toh arbon se yeh baat maine kahi ke aap log kyun ladh bhed rahe hain khwamkhwah? yeh toh Islam mein nahi hai.</w:t>
      </w:r>
    </w:p>
    <w:p>
      <w:pPr>
        <w:jc w:val="right"/>
      </w:pPr>
      <w:r>
        <w:t>میری ملاقات کچھ عربوں سے ہوئی تو عربوں سے یہ بات میں نے کہی کہ آپ لوگ کیوں لڑ بھڑ رہے ہیں خوامخواہ؟ یہ تو اسلام میں نہیں ہے۔</w:t>
      </w:r>
    </w:p>
    <w:p>
      <w:r>
        <w:rPr>
          <w:b/>
        </w:rPr>
        <w:t xml:space="preserve">[32:38] </w:t>
      </w:r>
      <w:r>
        <w:t>toh maine kaha ke dekhiye unhone kaha ke hum ke hum jihad kar rahe hain. unhone kaha jihad kya hai? yaani jihad ko agar qital ke maane mein liya jaye.</w:t>
      </w:r>
    </w:p>
    <w:p>
      <w:pPr>
        <w:jc w:val="right"/>
      </w:pPr>
      <w:r>
        <w:t>تو میں نے کہا کہ دیکھیے انہوں نے کہا کہ ہم کہ ہم جہاد کر رہے ہیں۔ انہوں نے کہا جہاد کیا ہے؟ یعنی جہاد کو اگر قتال کے معنی میں لیا جائے۔</w:t>
      </w:r>
    </w:p>
    <w:p>
      <w:r>
        <w:rPr>
          <w:b/>
        </w:rPr>
        <w:t xml:space="preserve">[32:48] </w:t>
      </w:r>
      <w:r>
        <w:t>jihad toh waise struggle ke maane mein hai, koshish karna bas. yaani peaceful struggle ka matlab hai jihad. lekin agar aap is ko extended sense mein lein qital ke maane mein tab bhi tab bhi yeh aap ka kaam nahi hai.</w:t>
      </w:r>
    </w:p>
    <w:p>
      <w:pPr>
        <w:jc w:val="right"/>
      </w:pPr>
      <w:r>
        <w:t>جہاد تو ویسے اسٹرگل کے معنی میں ہے، کوشش کرنا بس۔ یعنی پیس فل اسٹرگل کا مطلب ہے جہاد۔ لیکن اگر آپ اس کو ایکسٹینڈڈ سینس میں لیں قتال کے معنی میں تب بھی تب بھی یہ آپ کا کام نہیں ہے۔</w:t>
      </w:r>
    </w:p>
    <w:p>
      <w:r>
        <w:rPr>
          <w:b/>
        </w:rPr>
        <w:t xml:space="preserve">[33:08] </w:t>
      </w:r>
      <w:r>
        <w:t>yeh state ka kaam hai. khud fiqh mein yeh masla maujood hai ke al rahil al imam to declare a war to declare a war is a prerogative of state.</w:t>
      </w:r>
    </w:p>
    <w:p>
      <w:pPr>
        <w:jc w:val="right"/>
      </w:pPr>
      <w:r>
        <w:t>یہ اسٹیٹ کا کام ہے۔ خود فقہ میں یہ مسئلہ موجود ہے کہ الرحیل الامام ٹو ڈیکلیئر ا وار ٹو ڈیکلیئر ا وار از ا پیراگٹیو اف اسٹیٹ۔</w:t>
      </w:r>
    </w:p>
    <w:p>
      <w:r>
        <w:rPr>
          <w:b/>
        </w:rPr>
        <w:t xml:space="preserve">[33:24] </w:t>
      </w:r>
      <w:r>
        <w:t>yaani agar defense mein ladna hai tab bhi woh state ka kaam hai. yeh NGOs ka kaam nahi hai.</w:t>
      </w:r>
    </w:p>
    <w:p>
      <w:pPr>
        <w:jc w:val="right"/>
      </w:pPr>
      <w:r>
        <w:t>یعنی اگر ڈیفنس میں لڑنا ہے تب بھی وہ اسٹیٹ کا کام ہے۔ یہ این جی اوز کا کام نہیں ہے۔</w:t>
      </w:r>
    </w:p>
    <w:p>
      <w:r>
        <w:rPr>
          <w:b/>
        </w:rPr>
        <w:t xml:space="preserve">[33:33] </w:t>
      </w:r>
      <w:r>
        <w:t>toh jitne yeh lad rahe hain chahe Kashmir mein hon chahe Arab mein hon NGOs hain yeh. koi kahin bhi government nahi lad rahi kahin par.</w:t>
      </w:r>
    </w:p>
    <w:p>
      <w:pPr>
        <w:jc w:val="right"/>
      </w:pPr>
      <w:r>
        <w:t>تو جتنے یہ لڑ رہے ہیں چاہے کشمیر میں ہوں چاہے عرب میں ہوں این جی اوز ہیں یہ۔ کوئی کہیں بھی گورنمنٹ نہیں لڑ رہی کہیں پر۔</w:t>
      </w:r>
    </w:p>
    <w:p>
      <w:r>
        <w:rPr>
          <w:b/>
        </w:rPr>
        <w:t xml:space="preserve">[33:43] </w:t>
      </w:r>
      <w:r>
        <w:t>yaani kisi bhi ladai mein government involve nahi hai. jahan bhi hai Palestine mein, Kashmir mein, Afghanistan mein, Iraq mein, Palestine, Philippines mein jahan bhi ladaiyan musalman ladh rahe hain jihad ke naam par woh NGOs hain.</w:t>
      </w:r>
    </w:p>
    <w:p>
      <w:pPr>
        <w:jc w:val="right"/>
      </w:pPr>
      <w:r>
        <w:t>یعنی کسی بھی لڑائی میں گورنمنٹ انوالو نہیں ہے۔ جہاں بھی ہے فلسطین میں، کشمیر میں، افغانستان میں، عراق میں، فلسطین، فلپائن میں جہاں بھی لڑائیاں مسلمان لڑ رہے ہیں جہاد کے نام پر وہ این جی اوز ہیں۔</w:t>
      </w:r>
    </w:p>
    <w:p>
      <w:r>
        <w:rPr>
          <w:b/>
        </w:rPr>
        <w:t xml:space="preserve">[34:01] </w:t>
      </w:r>
      <w:r>
        <w:t>yaani musalmanon ne khud se apni organization banayi hai aur ladne lage. koi Muslim state involve nahi is mein.</w:t>
      </w:r>
    </w:p>
    <w:p>
      <w:pPr>
        <w:jc w:val="right"/>
      </w:pPr>
      <w:r>
        <w:t>یعنی مسلمانوں نے خود سے اپنی ارگنائزیشن بنائی ہے اور لڑنے لگے۔ کوئی مسلم اسٹیٹ انوالو نہیں اس میں۔</w:t>
      </w:r>
    </w:p>
    <w:p>
      <w:r>
        <w:rPr>
          <w:b/>
        </w:rPr>
        <w:t xml:space="preserve">[34:11] </w:t>
      </w:r>
      <w:r>
        <w:t>is waqt dekhiye duniya mein musalmanon ke 57 Muslim countries hain par woh kahan ladh rahe hain woh? woh toh ladh nahi rahe. yeh toh Islam mein jaiz nahi.</w:t>
      </w:r>
    </w:p>
    <w:p>
      <w:pPr>
        <w:jc w:val="right"/>
      </w:pPr>
      <w:r>
        <w:t>اس وقت دیکھیے دنیا میں مسلمانوں کے 57 مسلم کنٹریز ہیں پر وہ کہاں لڑ رہے ہیں وہ؟ وہ تو لڑ نہیں رہے۔ یہ تو اسلام میں جائز نہیں۔</w:t>
      </w:r>
    </w:p>
    <w:p>
      <w:r>
        <w:rPr>
          <w:b/>
        </w:rPr>
        <w:t xml:space="preserve">[34:27] </w:t>
      </w:r>
      <w:r>
        <w:t>ab dekhiye unhone kya kaha? unhone kaha ke aap aisa kaise kehte hain? Muslim history ke sab se bade scholar maane jaate hain Ibn Taymiyyah.</w:t>
      </w:r>
    </w:p>
    <w:p>
      <w:pPr>
        <w:jc w:val="right"/>
      </w:pPr>
      <w:r>
        <w:t>اب دیکھیے انہوں نے کیا کہا؟ انہوں نے کہا کہ آپ ایسا کیسے کہتے ہیں؟ مسلم ہسٹری کے سب سے بڑے سکالر مانے جاتے ہیں ابن تیمیہ۔</w:t>
      </w:r>
    </w:p>
    <w:p>
      <w:r>
        <w:rPr>
          <w:b/>
        </w:rPr>
        <w:t xml:space="preserve">[34:39] </w:t>
      </w:r>
      <w:r>
        <w:t>Imam Ibn Taymiyyah unhone fatwa diya tha Tatariyon ke zamane mein.</w:t>
      </w:r>
    </w:p>
    <w:p>
      <w:pPr>
        <w:jc w:val="right"/>
      </w:pPr>
      <w:r>
        <w:t>امام ابن تیمیہ انہوں نے فتوی دیا تھا تاتاریوں کے زمانے میں۔</w:t>
      </w:r>
    </w:p>
    <w:p>
      <w:r>
        <w:rPr>
          <w:b/>
        </w:rPr>
        <w:t xml:space="preserve">[34:47] </w:t>
      </w:r>
      <w:r>
        <w:t>yaani Ibn Taymiyyah jo the woh contemporary the Tatariyon ke. jab Tatariyon ne Baghdad par hamla kiya aur Baghdad ki saltanat ko tabah kar diya toh us waqt ke zamane mein the Ibn Taymiyyah.</w:t>
      </w:r>
    </w:p>
    <w:p>
      <w:pPr>
        <w:jc w:val="right"/>
      </w:pPr>
      <w:r>
        <w:t>یعنی ابن تیمیہ جو تھے وہ کنٹیمپریری تھے تاتاریوں کے۔ جب تاتاریوں نے بغداد پر حملہ کیا اور بغداد کی سلطنت کو تباہ کر دیا تو اس وقت کے زمانے میں تھے ابن تیمیہ۔</w:t>
      </w:r>
    </w:p>
    <w:p>
      <w:r>
        <w:rPr>
          <w:b/>
        </w:rPr>
        <w:t xml:space="preserve">[35:02] </w:t>
      </w:r>
      <w:r>
        <w:t>toh unhone kaha unhone fatwa diya ke Tatari se lado. toh aap kaise kehte hain?</w:t>
      </w:r>
    </w:p>
    <w:p>
      <w:pPr>
        <w:jc w:val="right"/>
      </w:pPr>
      <w:r>
        <w:t>تو انہوں نے کہا انہوں نے فتوی دیا کہ تاتاری سے لڑو۔ تو آپ کیسے کہتے ہیں؟</w:t>
      </w:r>
    </w:p>
    <w:p>
      <w:r>
        <w:rPr>
          <w:b/>
        </w:rPr>
        <w:t xml:space="preserve">[35:12] </w:t>
      </w:r>
      <w:r>
        <w:t>toh maine kaha harghiz aisa nahi hai. aap galat kehte hain. phir is ke baad maine woh sab se zyada detailed record jo hai woh padha maine is ko.</w:t>
      </w:r>
    </w:p>
    <w:p>
      <w:pPr>
        <w:jc w:val="right"/>
      </w:pPr>
      <w:r>
        <w:t>تو میں نے کہا ہرگز ایسا نہیں ہے۔ آپ غلط کہتے ہیں۔ پھر اس کے بعد میں نے وہ سب سے زیادہ ڈیٹیلڈ ریکارڈ جو ہے وہ پڑھا میں نے اس کو۔</w:t>
      </w:r>
    </w:p>
    <w:p>
      <w:r>
        <w:rPr>
          <w:b/>
        </w:rPr>
        <w:t xml:space="preserve">[35:24] </w:t>
      </w:r>
      <w:r>
        <w:t>dekhiye Ibn Taymiyyah ke do khaas shagird the. ek the Ibn al-Qayyim aur ek the Ibn Kathir. toh dono ne Ibn Taymiyyah ke bare mein likha hai.</w:t>
      </w:r>
    </w:p>
    <w:p>
      <w:pPr>
        <w:jc w:val="right"/>
      </w:pPr>
      <w:r>
        <w:t>دیکھیے ابن تیمیہ کے دو خاص شاگرد تھے۔ ایک تھے ابن قیم اور ایک تھے ابن کثیر۔ تو دونوں نے ابن تیمیہ کے بارے میں لکھا ہے۔</w:t>
      </w:r>
    </w:p>
    <w:p>
      <w:r>
        <w:rPr>
          <w:b/>
        </w:rPr>
        <w:t xml:space="preserve">[35:38] </w:t>
      </w:r>
      <w:r>
        <w:t>Ibn Kathir ne bahut tafseel ke sath likha hai. Ibn Kathir ki kitab hai Al-Bidaya wa Al-Nihaya. yeh kitab Shibli ke zamane mein makhtootah thi.</w:t>
      </w:r>
    </w:p>
    <w:p>
      <w:pPr>
        <w:jc w:val="right"/>
      </w:pPr>
      <w:r>
        <w:t>ابن کثیر نے بہت تفصیل کے ساتھ لکھا ہے۔ ابن کثیر کی کتاب ہے البدایہ والنہایہ۔ یہ کتاب شبلی کے زمانے میں مخطوطہ تھی۔</w:t>
      </w:r>
    </w:p>
    <w:p>
      <w:r>
        <w:rPr>
          <w:b/>
        </w:rPr>
        <w:t xml:space="preserve">[35:50] </w:t>
      </w:r>
      <w:r>
        <w:t>yaani manuscript ki shakal mein thi woh. chhapi hui nahi thi. aaj woh chhapi hui hai har jagah maujood hai. khud mere paas maujood hai woh. bahut hi badi history maani jati hai.</w:t>
      </w:r>
    </w:p>
    <w:p>
      <w:pPr>
        <w:jc w:val="right"/>
      </w:pPr>
      <w:r>
        <w:t>یعنی منسکرپٹ کی شکل میں تھی وہ۔ چھپی ہوئی نہیں تھی۔ آج وہ چھپی ہوئی ہے ہر جگہ موجود ہے۔ خود میرے پاس موجود ہے وہ۔ بہت ہی بڑی ہسٹری مانی جاتی ہے۔</w:t>
      </w:r>
    </w:p>
    <w:p>
      <w:r>
        <w:rPr>
          <w:b/>
        </w:rPr>
        <w:t xml:space="preserve">[36:03] </w:t>
      </w:r>
      <w:r>
        <w:t>to is ka woh hissa jo ibn taimiya ke baray mein hai poora mein ne parha. is se kiya sabit hota hai? ulta sabit hota hai. yani arab log jo arabi jantay hain woh ghlat hawalay detay hain.</w:t>
      </w:r>
    </w:p>
    <w:p>
      <w:pPr>
        <w:jc w:val="right"/>
      </w:pPr>
      <w:r>
        <w:t>تو اس کا وہ حصہ جو ابن تیمیہ کے بارے میں ہے پورا میں نے پڑھا۔ اس سے کیا ثابت ہوتا ہے؟ الٹا ثابت ہوتا ہے۔ یعنی عرب لوگ جو عربی جانتے ہیں وہ غلط حوالے دیتے ہیں۔</w:t>
      </w:r>
    </w:p>
    <w:p>
      <w:r>
        <w:rPr>
          <w:b/>
        </w:rPr>
        <w:t xml:space="preserve">[36:15] </w:t>
      </w:r>
      <w:r>
        <w:t>yeh keh raha hoon mein. aqlein aisi phir gayi hain logon ki. kitab arabi mein hai arab log arabi zaban jantay hain lekin reference ghlat day rahay hain.</w:t>
      </w:r>
    </w:p>
    <w:p>
      <w:pPr>
        <w:jc w:val="right"/>
      </w:pPr>
      <w:r>
        <w:t>یہ کہہ رہا ہوں میں۔ عقلیں ایسی پھر گئی ہیں لوگوں کی۔ کتاب عربی میں ہے عرب لوگ عربی زبان جانتے ہیں لیکن ریفرنس غلط دے رہے ہیں۔</w:t>
      </w:r>
    </w:p>
    <w:p>
      <w:r>
        <w:rPr>
          <w:b/>
        </w:rPr>
        <w:t xml:space="preserve">[36:27] </w:t>
      </w:r>
      <w:r>
        <w:t>kyun aqlein phiri hui hain? dekhiye aap parh sakte hain ibn kathir ki yeh kitab al-bidaya wa al-nihaya yeh english mein bhi hai aur arabi mein bhi hai.</w:t>
      </w:r>
    </w:p>
    <w:p>
      <w:pPr>
        <w:jc w:val="right"/>
      </w:pPr>
      <w:r>
        <w:t>کیوں عقلیں پھری ہوئی ہیں؟ دیکھیے آپ پڑھ سکتے ہیں ابن کثیر کی یہ کتاب البدایہ والنہایہ یہ انگلش میں بھی ہے اور عربی میں بھی ہے۔</w:t>
      </w:r>
    </w:p>
    <w:p>
      <w:r>
        <w:rPr>
          <w:b/>
        </w:rPr>
        <w:t xml:space="preserve">[36:45] </w:t>
      </w:r>
      <w:r>
        <w:t>is mein bataya hai unhon ne bohat tafseel se likha hai tatariyon ne baghdad par hamla kiya tha.</w:t>
      </w:r>
    </w:p>
    <w:p>
      <w:pPr>
        <w:jc w:val="right"/>
      </w:pPr>
      <w:r>
        <w:t>اس میں بتایا ہے انہوں نے بہت تفصیل سے لکھا ہے تاتاریوں نے بغداد پر حملہ کیا تھا۔</w:t>
      </w:r>
    </w:p>
    <w:p>
      <w:r>
        <w:rPr>
          <w:b/>
        </w:rPr>
        <w:t xml:space="preserve">[36:56] </w:t>
      </w:r>
      <w:r>
        <w:t>baghdad ka jo ruler tha us waqt al-musta'sim is ko maar dala tha. aur ab bahar saltanat ko khatam kar diya tha unhon ne.</w:t>
      </w:r>
    </w:p>
    <w:p>
      <w:pPr>
        <w:jc w:val="right"/>
      </w:pPr>
      <w:r>
        <w:t>بغداد کا جو رولر تھا اس وقت المستعصم اس کو مار ڈالا تھا۔ اور اب باہر سلطنت کو ختم کر دیا تھا انہوں نے۔</w:t>
      </w:r>
    </w:p>
    <w:p>
      <w:r>
        <w:rPr>
          <w:b/>
        </w:rPr>
        <w:t xml:space="preserve">[37:10] </w:t>
      </w:r>
      <w:r>
        <w:t>lekin is waqt bhi regional hukumatain baqi theen. misr mein aik sultan tha muslim sultan woh role kar raha tha.</w:t>
      </w:r>
    </w:p>
    <w:p>
      <w:pPr>
        <w:jc w:val="right"/>
      </w:pPr>
      <w:r>
        <w:t>لیکن اس وقت بھی ریجنل حکومتیں باقی تھیں۔ مصر میں ایک سلطان تھا مسلم سلطان وہ رول کر رہا تھا۔</w:t>
      </w:r>
    </w:p>
    <w:p>
      <w:r>
        <w:rPr>
          <w:b/>
        </w:rPr>
        <w:t xml:space="preserve">[37:22] </w:t>
      </w:r>
      <w:r>
        <w:t>sham mein aik muslim sultan tha woh wahan role kar raha tha. to ibn taimiya ne kiya kiya? ibn taimiya miley un dono sultanon se.</w:t>
      </w:r>
    </w:p>
    <w:p>
      <w:pPr>
        <w:jc w:val="right"/>
      </w:pPr>
      <w:r>
        <w:t>شام میں ایک مسلم سلطان تھا وہ وہاں رول کر رہا تھا۔ تو ابن تیمیہ نے کیا کیا؟ ابن تیمیہ ملے ان دونوں سلطانوں سے۔</w:t>
      </w:r>
    </w:p>
    <w:p>
      <w:r>
        <w:rPr>
          <w:b/>
        </w:rPr>
        <w:t xml:space="preserve">[37:33] </w:t>
      </w:r>
      <w:r>
        <w:t>sultan misr se bhi sultan sham se bhi. is ne kaha ke tum log jo hai tatariyon se lado.</w:t>
      </w:r>
    </w:p>
    <w:p>
      <w:pPr>
        <w:jc w:val="right"/>
      </w:pPr>
      <w:r>
        <w:t>سلطان مصر سے بھی سلطان شام سے بھی۔ اس نے کہا کہ تم لوگ جو ہے تاتاریوں سے لڑو۔</w:t>
      </w:r>
    </w:p>
    <w:p>
      <w:r>
        <w:rPr>
          <w:b/>
        </w:rPr>
        <w:t xml:space="preserve">[37:43] </w:t>
      </w:r>
      <w:r>
        <w:t>matlab defensive war ka waqt aa gaya hai aur tum ko defensive war karna chahiye tatariyon se. is ko tayyar kiya ke woh ladein.</w:t>
      </w:r>
    </w:p>
    <w:p>
      <w:pPr>
        <w:jc w:val="right"/>
      </w:pPr>
      <w:r>
        <w:t>مطلب ڈیفنسو وار کا وقت آ گیا ہے اور تم کو ڈیفنسو وار کرنا چاہیے تاتاریوں سے۔ اس کو تیار کیا کہ وہ لڑیں۔</w:t>
      </w:r>
    </w:p>
    <w:p>
      <w:r>
        <w:rPr>
          <w:b/>
        </w:rPr>
        <w:t xml:space="preserve">[37:54] </w:t>
      </w:r>
      <w:r>
        <w:t>phir unhon ne masjidon mein taqreerein keen ibn taimiya ne. musalmanon se kaha ke tum log in sultanon ka sath do. yani sultan misr ka aur sultan sham ka sath denay ke liye unhon ne fatwa diya tha.</w:t>
      </w:r>
    </w:p>
    <w:p>
      <w:pPr>
        <w:jc w:val="right"/>
      </w:pPr>
      <w:r>
        <w:t>پھر انہوں نے مسجدوں میں تقریریں کیں ابن تیمیہ نے۔ مسلمانوں سے کہا کہ تم لوگ ان سلطانوں کا ساتھ دو۔ یعنی سلطان مصر کا اور سلطان شام کا ساتھ دینے کے لیے انہوں نے فتوی دیا تھا۔</w:t>
      </w:r>
    </w:p>
    <w:p>
      <w:r>
        <w:rPr>
          <w:b/>
        </w:rPr>
        <w:t xml:space="preserve">[38:09] </w:t>
      </w:r>
      <w:r>
        <w:t>yeh nahi ke khud hi khud larnay lago. dekhiye dono mein farq hai. they difference between the two. aik hai ke aik hukumat qaim hai.</w:t>
      </w:r>
    </w:p>
    <w:p>
      <w:pPr>
        <w:jc w:val="right"/>
      </w:pPr>
      <w:r>
        <w:t>یہ نہیں کہ خود ہی خود لڑنے لگو۔ دیکھیے دونوں میں فرق ہے۔ دے ڈیفرنس بٹوین دا ٹو۔ ایک ہے کہ ایک حکومت قائم ہے۔</w:t>
      </w:r>
    </w:p>
    <w:p>
      <w:r>
        <w:rPr>
          <w:b/>
        </w:rPr>
        <w:t xml:space="preserve">[38:22] </w:t>
      </w:r>
      <w:r>
        <w:t>us waqt koi attack karta hai. is hukumat ko haq hai ke woh is se defensive war kare. aur us waqt jo musalman wahan hain woh un ka sath dein to bhi sahi hoga un ka sath dena.</w:t>
      </w:r>
    </w:p>
    <w:p>
      <w:pPr>
        <w:jc w:val="right"/>
      </w:pPr>
      <w:r>
        <w:t>اس وقت کوئی اٹیک کرتا ہے۔ اس حکومت کو حق ہے کہ وہ اس سے ڈیفنسو وار کرے۔ اور اس وقت جو مسلمان وہاں ہیں وہ ان کا ساتھ دیں تو بھی صحیح ہوگا ان کا ساتھ دینا۔</w:t>
      </w:r>
    </w:p>
    <w:p>
      <w:r>
        <w:rPr>
          <w:b/>
        </w:rPr>
        <w:t xml:space="preserve">[38:37] </w:t>
      </w:r>
      <w:r>
        <w:t>aik baat yeh. aik hai ke musalman khud hi khud larnay lagein. to us waqt jo hai hukumat nahi لڑ رہی. musalman khud hi khud لڑ رہے hain.</w:t>
      </w:r>
    </w:p>
    <w:p>
      <w:pPr>
        <w:jc w:val="right"/>
      </w:pPr>
      <w:r>
        <w:t>ایک بات یہ۔ ایک ہے کہ مسلمان خود ہی خود لڑنے لگے۔ تو اس وقت جو ہے حکومت نہیں لڑ رہی۔ مسلمان خود ہی خود لڑ رہے ہیں۔</w:t>
      </w:r>
    </w:p>
    <w:p>
      <w:r>
        <w:rPr>
          <w:b/>
        </w:rPr>
        <w:t xml:space="preserve">[38:48] </w:t>
      </w:r>
      <w:r>
        <w:t>yeh to bilkul islam mein hai hi nahi. sab jaiz najaaiz hai islam mein. yeh jaiz hi nahi hai. aur ibn taimiya ne kabhi bhi aisa fatwa nahi diya.</w:t>
      </w:r>
    </w:p>
    <w:p>
      <w:pPr>
        <w:jc w:val="right"/>
      </w:pPr>
      <w:r>
        <w:t>یہ تو بالکل اسلام میں ہے ہی نہیں۔ سب جائز ناجائز ہے اسلام میں۔ یہ جائز ہی نہیں ہے۔ اور ابن تیمیہ نے کبھی بھی ایسا فتوی نہیں دیا۔</w:t>
      </w:r>
    </w:p>
    <w:p>
      <w:r>
        <w:rPr>
          <w:b/>
        </w:rPr>
        <w:t xml:space="preserve">[38:59] </w:t>
      </w:r>
      <w:r>
        <w:t>yani ibn taimiya ne jo kiya woh sahi tha ke us waqt agarchay baghdad ka jo khalifa tha us ko maar dala tha tatariyon ne lekin phir bhi sultan misr maujood tha.</w:t>
      </w:r>
    </w:p>
    <w:p>
      <w:pPr>
        <w:jc w:val="right"/>
      </w:pPr>
      <w:r>
        <w:t>یعنی ابن تیمیہ نے جو کیا وہ صحیح تھا کہ اس وقت اگرچہ بغداد کا جو خلیفہ تھا اس کو مار ڈالا تھا تاتاریوں نے لیکن پھر بھی سلطان مصر موجود تھا۔</w:t>
      </w:r>
    </w:p>
    <w:p>
      <w:r>
        <w:rPr>
          <w:b/>
        </w:rPr>
        <w:t xml:space="preserve">[39:12] </w:t>
      </w:r>
      <w:r>
        <w:t>sultan sham maujood tha. baqayda un ki hukumatain theen. un ke paas army thi. to un hukumaton se kaha ibn taimiya ne ke tum log jo hai utho aur is jarahiyat ke khilaf defensive war karo.</w:t>
      </w:r>
    </w:p>
    <w:p>
      <w:pPr>
        <w:jc w:val="right"/>
      </w:pPr>
      <w:r>
        <w:t>سلطان شام موجود تھا۔ باقاعدہ ان کی حکومتیں تھیں۔ ان کے پاس ارمی تھی۔ تو ان حکومتوں سے کہا ابن تیمیہ نے کہ تم لوگ جو ہے اٹھو اور اس جارحیت کے خلاف ڈیفنسو وار کرو۔</w:t>
      </w:r>
    </w:p>
    <w:p>
      <w:r>
        <w:rPr>
          <w:b/>
        </w:rPr>
        <w:t xml:space="preserve">[39:31] </w:t>
      </w:r>
      <w:r>
        <w:t>aur musalmanon se kaha ke tum in sultanon ka sath do. yeh to aeen islam hai. aaj lekin aaj musalman kiya kar rahay hain har jagah?</w:t>
      </w:r>
    </w:p>
    <w:p>
      <w:pPr>
        <w:jc w:val="right"/>
      </w:pPr>
      <w:r>
        <w:t>اور مسلمانوں سے کہا کہ تم ان سلطانوں کا ساتھ دو۔ یہ تو عین اسلام ہے۔ آج لیکن آج مسلمان کیا کر رہے ہیں ہر جگہ؟</w:t>
      </w:r>
    </w:p>
    <w:p>
      <w:r>
        <w:rPr>
          <w:b/>
        </w:rPr>
        <w:t xml:space="preserve">[39:41] </w:t>
      </w:r>
      <w:r>
        <w:t>jahan bhi dekhiye jahan bhi musalman لڑ rahay hain woh ngos لڑ rahi hain. ngos non governmental organizations. yeh to islam mein hai hi nahi.</w:t>
      </w:r>
    </w:p>
    <w:p>
      <w:pPr>
        <w:jc w:val="right"/>
      </w:pPr>
      <w:r>
        <w:t>جہاں بھی دیکھیے جہاں بھی مسلمان لڑ رہے ہیں وہ این جی اوز لڑ رہی ہیں۔ این جی اوز نان گورنمنٹل ارگنائزیشنز۔ یہ تو اسلام میں ہے ہی نہیں۔</w:t>
      </w:r>
    </w:p>
    <w:p>
      <w:r>
        <w:rPr>
          <w:b/>
        </w:rPr>
        <w:t xml:space="preserve">[39:54] </w:t>
      </w:r>
      <w:r>
        <w:t>dekhiye in logon ke liye option kiya tha? do ka option tha. us waqt jo 57 muslim countries hain un se milte woh neighboring countries jo hain un se milte musalmanon ki un se kehte ke tum log jo hai lado.</w:t>
      </w:r>
    </w:p>
    <w:p>
      <w:pPr>
        <w:jc w:val="right"/>
      </w:pPr>
      <w:r>
        <w:t>دیکھیے ان لوگوں کے لیے اپشن کیا تھا؟ دو کا اپشن تھا۔ اس وقت جو 57 مسلم کنٹریز ہیں ان سے ملتے وہ نیبرنگ کنٹریز جو ہیں ان سے ملتے مسلمانوں کی ان سے کہتے کہ تم لوگ جو ہے لڑو۔</w:t>
      </w:r>
    </w:p>
    <w:p>
      <w:r>
        <w:rPr>
          <w:b/>
        </w:rPr>
        <w:t xml:space="preserve">[40:12] </w:t>
      </w:r>
      <w:r>
        <w:t>woh larte ya na larte. agar woh farz kiye larte to musalman un ka sath de sakte thay. lekin aisa kahan aisa kahan hai?</w:t>
      </w:r>
    </w:p>
    <w:p>
      <w:pPr>
        <w:jc w:val="right"/>
      </w:pPr>
      <w:r>
        <w:t>وہ لڑتے یا نہ لڑتے۔ اگر وہ فرض کیے لڑتے تو مسلمان ان کا ساتھ دے سکتے تھے۔ لیکن ایسا کہاں ایسا کہاں ہے؟</w:t>
      </w:r>
    </w:p>
    <w:p>
      <w:r>
        <w:rPr>
          <w:b/>
        </w:rPr>
        <w:t xml:space="preserve">[40:22] </w:t>
      </w:r>
      <w:r>
        <w:t>musalman to guerrilla war لڑ rahay hain. guerrilla war islam mein hai hi nahi. yeh kiya hai? aqlein logon ki chhin gayi hain.</w:t>
      </w:r>
    </w:p>
    <w:p>
      <w:pPr>
        <w:jc w:val="right"/>
      </w:pPr>
      <w:r>
        <w:t>مسلمان تو گوریلا وار لڑ رہے ہیں۔ گوریلا وار اسلام میں ہے ہی نہیں۔ یہ کیا ہے؟ عقلیں لوگوں کی چھن گئی ہیں۔</w:t>
      </w:r>
    </w:p>
    <w:p>
      <w:r>
        <w:rPr>
          <w:b/>
        </w:rPr>
        <w:t xml:space="preserve">[40:33] </w:t>
      </w:r>
      <w:r>
        <w:t>yeh yeh sab sochtay hue mujhe aik aik baat samajh aayi hai. aik aur baat khuli is se. dekhiye yahudiyon ki jo riwayat hain talmud mein is mein aik kahani aati hai.</w:t>
      </w:r>
    </w:p>
    <w:p>
      <w:pPr>
        <w:jc w:val="right"/>
      </w:pPr>
      <w:r>
        <w:t>یہ یہ سب سوچتے ہوئے مجھے ایک ایک بات سمجھ آئی ہے۔ ایک اور بات کھلی اس سے۔ دیکھیے یہودیوں کی جو روایات ہیں تلمود میں اس میں ایک کہانی آتی ہے۔</w:t>
      </w:r>
    </w:p>
    <w:p>
      <w:r>
        <w:rPr>
          <w:b/>
        </w:rPr>
        <w:t xml:space="preserve">[40:48] </w:t>
      </w:r>
      <w:r>
        <w:t>woh kahani yeh hai ke hazrat hazrat musa jo thay unhon ne allah taala se dua kiya ke aye khuda tu meri qom se yani israel se bani israel se ke aye khuda tu bani israel se sab kuch chheenna par aqal mat chheenna.</w:t>
      </w:r>
    </w:p>
    <w:p>
      <w:pPr>
        <w:jc w:val="right"/>
      </w:pPr>
      <w:r>
        <w:t>وہ کہانی یہ ہے کہ حضرت حضرت موسیٰ جو تھے انہوں نے اللہ تعالیٰ سے دعا کیا کہ اے خدا تو میری قوم سے یعنی اسرائیل سے بنی اسرائیل سے کہ اے خدا تو بنی اسرائیل سے سب کچھ چھیننا پر عقل مت چھیننا۔</w:t>
      </w:r>
    </w:p>
    <w:p>
      <w:r>
        <w:rPr>
          <w:b/>
        </w:rPr>
        <w:t xml:space="preserve">[41:10] </w:t>
      </w:r>
      <w:r>
        <w:t>to allah taala ne farmaya ke aqal hi to chheen jata hai aur kiya chheena jata hai? jab chheena jata hai to aqal hi to chunti hai.</w:t>
      </w:r>
    </w:p>
    <w:p>
      <w:pPr>
        <w:jc w:val="right"/>
      </w:pPr>
      <w:r>
        <w:t>تو اللہ تعالیٰ نے فرمایا کہ عقلی تو چھین جاتا ہے اور کیا چھینا جاتا ہے؟ جب چھینا جاتا ہے تو عقلی تو چھنتی ہے۔</w:t>
      </w:r>
    </w:p>
    <w:p>
      <w:r>
        <w:rPr>
          <w:b/>
        </w:rPr>
        <w:t xml:space="preserve">[41:19] </w:t>
      </w:r>
      <w:r>
        <w:t>us waqt musalman jo hain yeh masla jo hai woh yeh hai. us waqt musalman on the decline hain. zawal ki halat mein hain.</w:t>
      </w:r>
    </w:p>
    <w:p>
      <w:pPr>
        <w:jc w:val="right"/>
      </w:pPr>
      <w:r>
        <w:t>اس وقت مسلمان جو ہیں یہ مسئلہ جو ہے وہ یہ ہے۔ اس وقت مسلمان ان دا ڈیکلائن ہیں۔ زوال کی حالت میں ہیں۔</w:t>
      </w:r>
    </w:p>
    <w:p>
      <w:r>
        <w:rPr>
          <w:b/>
        </w:rPr>
        <w:t xml:space="preserve">[41:29] </w:t>
      </w:r>
      <w:r>
        <w:t>woh zawal ki nafsiyat ke shikar hain. jo jo qaum jo community jo group zawal yaani decline ki nafsiyat ka shikar ho jaye yaani woh ek psychology ban jaye woh soch ban jaye zawal wali to yahi hota hai.</w:t>
      </w:r>
    </w:p>
    <w:p>
      <w:pPr>
        <w:jc w:val="right"/>
      </w:pPr>
      <w:r>
        <w:t>وہ زوال کی نفسیات کے شکار ہیں۔ جو جو قوم جو کمیونٹی جو گروپ زوال یعنی ڈیکلائن کی نفسیات کا شکار ہو جائے یعنی وہ ایک سائیکالوجی بن جائے وہ سوچ بن جائے زوال والی تو یہی ہوتا ہے۔</w:t>
      </w:r>
    </w:p>
    <w:p>
      <w:r>
        <w:rPr>
          <w:b/>
        </w:rPr>
        <w:t xml:space="preserve">[41:51] </w:t>
      </w:r>
      <w:r>
        <w:t>aqlein chhan jati hain unki kyunke emotional ho jate hain woh romantic unki thinking ho jati hai.</w:t>
      </w:r>
    </w:p>
    <w:p>
      <w:pPr>
        <w:jc w:val="right"/>
      </w:pPr>
      <w:r>
        <w:t>عقلیں چھن جاتی ہیں ان کی کیونکہ ایموشنل ہو جاتے ہیں وہ رومینٹک ان کی تھنکنگ ہو جاتی ہے۔</w:t>
      </w:r>
    </w:p>
    <w:p>
      <w:r>
        <w:rPr>
          <w:b/>
        </w:rPr>
        <w:t xml:space="preserve">[42:02] </w:t>
      </w:r>
      <w:r>
        <w:t>woh jo aadmi low profile bole uski baat nahi sunte jo high profile bole uski baat sunte hain. yeh sab kya hai?</w:t>
      </w:r>
    </w:p>
    <w:p>
      <w:pPr>
        <w:jc w:val="right"/>
      </w:pPr>
      <w:r>
        <w:t>وہ جو ادمی لو پروفائل بولے اس کی بات نہیں سنتے جو ہائی پروفائل بولے اس کی بات سنتے ہیں۔ یہ سب کیا ہے؟</w:t>
      </w:r>
    </w:p>
    <w:p>
      <w:r>
        <w:rPr>
          <w:b/>
        </w:rPr>
        <w:t xml:space="preserve">[42:12] </w:t>
      </w:r>
      <w:r>
        <w:t>zawal ki nafsiyat hai.</w:t>
      </w:r>
    </w:p>
    <w:p>
      <w:pPr>
        <w:jc w:val="right"/>
      </w:pPr>
      <w:r>
        <w:t>زوال کی نفسیات ہے۔</w:t>
      </w:r>
    </w:p>
    <w:p>
      <w:r>
        <w:rPr>
          <w:b/>
        </w:rPr>
        <w:t xml:space="preserve">[42:17] </w:t>
      </w:r>
      <w:r>
        <w:t>dekhein 47 mein 19 1948 mein 1948 mein jab falasteen ka partition hua wahan yahoodi aa gaye aur unhon ne ladai chhed di.</w:t>
      </w:r>
    </w:p>
    <w:p>
      <w:pPr>
        <w:jc w:val="right"/>
      </w:pPr>
      <w:r>
        <w:t>دیکھیں 47 میں 19 1948 میں 1948 میں جب فلسطین کا پارٹیشن ہوا وہاں یہودی آ گئے اور انہوں نے لڑائی چھیڑ دی۔</w:t>
      </w:r>
    </w:p>
    <w:p>
      <w:r>
        <w:rPr>
          <w:b/>
        </w:rPr>
        <w:t xml:space="preserve">[42:32] </w:t>
      </w:r>
      <w:r>
        <w:t>yaani hukumat ne nahi awam muslim yaani arab awam ne ladai chhed di. to wahan par ek aalim thay unhon ne kaha ke yeh mat kaam mat karo tum.</w:t>
      </w:r>
    </w:p>
    <w:p>
      <w:pPr>
        <w:jc w:val="right"/>
      </w:pPr>
      <w:r>
        <w:t>یعنی حکومت نے نہیں عوام مسلم یعنی عرب عوام نے لڑائی چھیڑ دی۔ تو وہاں پر ایک عالم تھے انہوں نے کہا کہ یہ مت کام مت کرو تم۔</w:t>
      </w:r>
    </w:p>
    <w:p>
      <w:r>
        <w:rPr>
          <w:b/>
        </w:rPr>
        <w:t xml:space="preserve">[42:44] </w:t>
      </w:r>
      <w:r>
        <w:t>yeh ladai ka tareeqa nahi hai. yahan bhi dekhiye wahi reels wali baat hai. yaani kabhi bhi aisa nahi ho sakta ke aap ek regular army se lad kar ke jeetein.</w:t>
      </w:r>
    </w:p>
    <w:p>
      <w:pPr>
        <w:jc w:val="right"/>
      </w:pPr>
      <w:r>
        <w:t>یہ لڑائی کا طریقہ نہیں ہے۔ یہاں بھی دیکھیے وہی ریلز والی بات ہے۔ یعنی کبھی بھی ایسا نہیں ہو سکتا کہ آپ ایک ریگولر ارمی سے لڑ کر کے جیتیں۔</w:t>
      </w:r>
    </w:p>
    <w:p>
      <w:r>
        <w:rPr>
          <w:b/>
        </w:rPr>
        <w:t xml:space="preserve">[42:58] </w:t>
      </w:r>
      <w:r>
        <w:t>yaani israel ek regular army hai. india ek regular army hai. china ek regular army hai. to log lad rahe hain is se.</w:t>
      </w:r>
    </w:p>
    <w:p>
      <w:pPr>
        <w:jc w:val="right"/>
      </w:pPr>
      <w:r>
        <w:t>یعنی اسرائیل ایک ریگولر ارمی ہے۔ انڈیا ایک ریگولر ارمی ہے۔ چائنہ ایک ریگولر ارمی ہے۔ تو لوگ لڑ رہے ہیں اس سے۔</w:t>
      </w:r>
    </w:p>
    <w:p>
      <w:r>
        <w:rPr>
          <w:b/>
        </w:rPr>
        <w:t xml:space="preserve">[43:08] </w:t>
      </w:r>
      <w:r>
        <w:t>xinjiang mein musalman lad rahe hain regular army se. falasteen mein lad rahe hain arab regular army se. kashmir mein lad rahe hain musalman regular army se.</w:t>
      </w:r>
    </w:p>
    <w:p>
      <w:pPr>
        <w:jc w:val="right"/>
      </w:pPr>
      <w:r>
        <w:t>سنکیانگ میں مسلمان لڑ رہے ہیں ریگولر ارمی سے۔ فلسطین میں لڑ رہے ہیں عرب ریگولر ارمی سے۔ کشمیر میں لڑ رہے ہیں مسلمان ریگولر ارمی سے۔</w:t>
      </w:r>
    </w:p>
    <w:p>
      <w:r>
        <w:rPr>
          <w:b/>
        </w:rPr>
        <w:t xml:space="preserve">[43:19] </w:t>
      </w:r>
      <w:r>
        <w:t>yeh to yeh to pakka pata hai ke jeet haare kaun jeete ga kaun. beshak yeh pata hai kaun jeete ga kaun haare ga. to yeh yahan bhi wahi baat hai ke yeh yeh yeh lad rahe hain jo log unhon ne reality ko accept nahi kiya ke hum jeet nahi sakte kyunke woh hai regular army.</w:t>
      </w:r>
    </w:p>
    <w:p>
      <w:pPr>
        <w:jc w:val="right"/>
      </w:pPr>
      <w:r>
        <w:t>یہ تو یہ تو پکا پتہ ہے کہ جیت ہارے کون جیتے گا کون۔ بیشک یہ پتہ ہے کون جیتے گا کون ہارے گا۔ تو یہ یہاں بھی وہی بات ہے کہ یہ یہ یہ لڑ رہے ہیں جو لوگ انہوں نے ریلیٹی کو ایکسیپٹ نہیں کیا کہ ہم جیت نہیں سکتے کیونکہ وہ ہے ریگولر ارمی۔</w:t>
      </w:r>
    </w:p>
    <w:p>
      <w:r>
        <w:rPr>
          <w:b/>
        </w:rPr>
        <w:t xml:space="preserve">[43:43] </w:t>
      </w:r>
      <w:r>
        <w:t>woh ek established state hai. to hum kaise jeetein ge is se? lekin phir bhi lad jate hain kyunke emotional ho gaye hain.</w:t>
      </w:r>
    </w:p>
    <w:p>
      <w:pPr>
        <w:jc w:val="right"/>
      </w:pPr>
      <w:r>
        <w:t>وہ ایک اسٹیبلش اسٹیٹ ہے۔ تو ہم کیسے جیتیں گے اس سے؟ لیکن پھر بھی لڑ جاتے ہیں کیونکہ ایموشنل ہو گئے ہیں۔</w:t>
      </w:r>
    </w:p>
    <w:p>
      <w:r>
        <w:rPr>
          <w:b/>
        </w:rPr>
        <w:t xml:space="preserve">[43:53] </w:t>
      </w:r>
      <w:r>
        <w:t>romantic ho gaye hain. jo high profile bolta hai usi ke peeche daurte hain. to is arab aalim ne kaha ke tum mat ladai chhedo tum jeet nahi sakte.</w:t>
      </w:r>
    </w:p>
    <w:p>
      <w:pPr>
        <w:jc w:val="right"/>
      </w:pPr>
      <w:r>
        <w:t>رومینٹک ہو گئے ہیں۔ جو ہائی پروفائل بولتا ہے اسی کے پیچھے دوڑتے ہیں۔ تو اس عرب عالم نے کہا کہ تم مت لڑائی چھیڑو تم جیت نہیں سکتے۔</w:t>
      </w:r>
    </w:p>
    <w:p>
      <w:r>
        <w:rPr>
          <w:b/>
        </w:rPr>
        <w:t xml:space="preserve">[44:09] </w:t>
      </w:r>
      <w:r>
        <w:t>tum jeet nahi yeh yeh yeh jeet nahi sakte tum kaise jeeto ge? israel ek state hai is ke paas army hai is ki pusht par bohat si taqatein hain tum lad ke jeeto ge kaise?</w:t>
      </w:r>
    </w:p>
    <w:p>
      <w:pPr>
        <w:jc w:val="right"/>
      </w:pPr>
      <w:r>
        <w:t>تم جیت نہیں یہ یہ یہ جیت نہیں سکتے تم کیسے جیتو گے؟ اسرائیل ایک اسٹیٹ ہے اس کے پاس ارمی ہے اس کی پشت پر بہت سی طاقتیں ہیں تم لڑ کے جیتو گے کیسے؟</w:t>
      </w:r>
    </w:p>
    <w:p>
      <w:r>
        <w:rPr>
          <w:b/>
        </w:rPr>
        <w:t xml:space="preserve">[44:25] </w:t>
      </w:r>
      <w:r>
        <w:t>to is ko kaha gaya ke yeh to ghaddar hai yeh israel ka agent hai yeh america ka patto hai yeh baatein kahi gayi is ke baray mein.</w:t>
      </w:r>
    </w:p>
    <w:p>
      <w:pPr>
        <w:jc w:val="right"/>
      </w:pPr>
      <w:r>
        <w:t>تو اس کو کہا گیا کہ یہ تو غدار ہے یہ اسرائیل کا ایجنٹ ہے یہ امریکہ کا پٹو ہے یہ باتیں کہی گئی اس کے بارے میں۔</w:t>
      </w:r>
    </w:p>
    <w:p>
      <w:r>
        <w:rPr>
          <w:b/>
        </w:rPr>
        <w:t xml:space="preserve">[44:36] </w:t>
      </w:r>
      <w:r>
        <w:t>to us ne yeh sher kaha aur is ke baad ka khatma ho gaya ke sajalam qawmi inni laghasham wa muhammad tattaadal sajalam qawmi inni laghasham wa muhammad tattaadal meri qaum jaan legi ke maine is ko dhoka nahi diya.</w:t>
      </w:r>
    </w:p>
    <w:p>
      <w:pPr>
        <w:jc w:val="right"/>
      </w:pPr>
      <w:r>
        <w:t>تو اس نے یہ شعر کہا اور اس کے بعد کا خاتمہ ہو گیا کہ سجالم قومی اننی لاغشہم ومحمد تتعادل سجالم قومی اننی لاغشہم ومحمد تتعادل میری قوم جان لے گی کہ میں نے اس کو دھوکہ نہیں دیا۔</w:t>
      </w:r>
    </w:p>
    <w:p>
      <w:r>
        <w:rPr>
          <w:b/>
        </w:rPr>
        <w:t xml:space="preserve">[45:06] </w:t>
      </w:r>
      <w:r>
        <w:t>raat kehti hai lambi aur phir bhi subah ho kar rehti hai. kuch dair tak tum is dhoke mein raho ge ke main tum ko ghaddari kar raha hoon dhoka de raha hoon nahi akhir mein khule ga yeh baat</w:t>
      </w:r>
    </w:p>
    <w:p>
      <w:pPr>
        <w:jc w:val="right"/>
      </w:pPr>
      <w:r>
        <w:t>رات کہتی ہے لمبی اور پھر بھی صبح ہو کر رہتی ہے۔ کچھ دیر تک تم اس دھوکے میں رہو گے کہ میں تم کو غداری کر رہا ہوں دھوکہ دے رہا ہوں نہیں اخر میں کھلے گا یہ بات</w:t>
      </w:r>
    </w:p>
    <w:p>
      <w:r>
        <w:rPr>
          <w:b/>
        </w:rPr>
        <w:t xml:space="preserve">[45:18] </w:t>
      </w:r>
      <w:r>
        <w:t>ke maine tumhare saath khair khwahi ki thi. ab dekhiye is misaal mein aap samajh sakte hain ke arbon ko woh insaan jo hai is insaan ki baat samajh mein nahi aayi jo low profile mein bol raha tha.</w:t>
      </w:r>
    </w:p>
    <w:p>
      <w:pPr>
        <w:jc w:val="right"/>
      </w:pPr>
      <w:r>
        <w:t>کہ میں نے تمہارے ساتھ خیر خواہی کی تھی۔ اب دیکھیے اس مثال میں اپ سمجھ سکتے ہیں کہ عربوں کو وہ انسان جو ہے اس انسان کی بات سمجھ میں نہیں ائی جو لو پروفائل میں بول رہا تھا۔</w:t>
      </w:r>
    </w:p>
    <w:p>
      <w:r>
        <w:rPr>
          <w:b/>
        </w:rPr>
        <w:t xml:space="preserve">[45:31] </w:t>
      </w:r>
      <w:r>
        <w:t>yeh low profile tha. aur doosre log yasser arafat waghera jo high profile mein bol rahe thay jamaat abdul nasser yasser arafat yeh high profile mein bol rahe thay san arabi qufi al burr hum thay un ko dhakel dein ge samandar mein.</w:t>
      </w:r>
    </w:p>
    <w:p>
      <w:pPr>
        <w:jc w:val="right"/>
      </w:pPr>
      <w:r>
        <w:t>یہ لو پروفائل تھا۔ اور دوسرے لوگ یاسر عرفات وغیرہ جو ہائی پروفائل میں بول رہے تھے جماعت عبدالناصر یاسر عرفات یہ ہائی پروفائل میں بول رہے تھے سن عربی کو فی البر ہم تھے ان کو دھکیل دیں گے سمندر میں۔</w:t>
      </w:r>
    </w:p>
    <w:p>
      <w:r>
        <w:rPr>
          <w:b/>
        </w:rPr>
        <w:t xml:space="preserve">[45:51] </w:t>
      </w:r>
      <w:r>
        <w:t>to jo insaan bol raha tha low profile mein us ki baat arbon ki samajh mein nahi aayi aur jo log bol rahe thay high profile mein us ki samajh un ki baat khoob samajh mein aayi.</w:t>
      </w:r>
    </w:p>
    <w:p>
      <w:pPr>
        <w:jc w:val="right"/>
      </w:pPr>
      <w:r>
        <w:t>تو جو انسان بول رہا تھا لو پروفائل میں اس کی بات عربوں کی سمجھ میں نہیں ائی اور جو لوگ بول رہے تھے ہائی پروفائل میں اس کی سمجھ ان کی بات خوب سمجھ میں ائی۔</w:t>
      </w:r>
    </w:p>
    <w:p>
      <w:r>
        <w:rPr>
          <w:b/>
        </w:rPr>
        <w:t xml:space="preserve">[46:02] </w:t>
      </w:r>
      <w:r>
        <w:t>kyun? is liye ke woh zawal ka shikar hain. ek arab ne kaha tha ke israel lam tuqtilna nahnu maut min qabl.</w:t>
      </w:r>
    </w:p>
    <w:p>
      <w:pPr>
        <w:jc w:val="right"/>
      </w:pPr>
      <w:r>
        <w:t>کیوں؟ اس لیے کہ وہ زوال کا شکار ہیں۔ ایک عرب نے کہا تھا کہ اسرائیل لم تقتلنا نحن موت من قبل۔</w:t>
      </w:r>
    </w:p>
    <w:p>
      <w:r>
        <w:rPr>
          <w:b/>
        </w:rPr>
        <w:t xml:space="preserve">[46:16] </w:t>
      </w:r>
      <w:r>
        <w:t>yeh ek arab sheikh ne kaha tha ke israel hum ko nahi marta hum to hum to pehle se maray hue hain.</w:t>
      </w:r>
    </w:p>
    <w:p>
      <w:pPr>
        <w:jc w:val="right"/>
      </w:pPr>
      <w:r>
        <w:t>یہ ایک عرب شیخ نے کہا تھا کہ اسرائیل ہم کو نہیں مارتا ہم تو ہم تو پہلے سے مرے ہوئے ہیں۔</w:t>
      </w:r>
    </w:p>
    <w:p>
      <w:r>
        <w:rPr>
          <w:b/>
        </w:rPr>
        <w:t xml:space="preserve">[46:24] </w:t>
      </w:r>
      <w:r>
        <w:t>yeh sab zawal ki nafsiyat ke shikar hain chahe arab log hon chahe non arab hon</w:t>
      </w:r>
    </w:p>
    <w:p>
      <w:pPr>
        <w:jc w:val="right"/>
      </w:pPr>
      <w:r>
        <w:t>یہ سب زوال کی نفسیات کے شکار ہیں چاہے عرب لوگ ہوں چاہے نان عرب ہوں</w:t>
      </w:r>
    </w:p>
    <w:p>
      <w:r>
        <w:rPr>
          <w:b/>
        </w:rPr>
        <w:t xml:space="preserve">[46:30] </w:t>
      </w:r>
      <w:r>
        <w:t>ya falasteen ke log hon kashmir ke log hon</w:t>
      </w:r>
    </w:p>
    <w:p>
      <w:pPr>
        <w:jc w:val="right"/>
      </w:pPr>
      <w:r>
        <w:t>یا فلسطین کے لوگ ہوں کشمیر کے لوگ ہوں</w:t>
      </w:r>
    </w:p>
    <w:p>
      <w:r>
        <w:rPr>
          <w:b/>
        </w:rPr>
        <w:t xml:space="preserve">[46:34] </w:t>
      </w:r>
      <w:r>
        <w:t>ya aur doosri jagahon ke log hon</w:t>
      </w:r>
    </w:p>
    <w:p>
      <w:pPr>
        <w:jc w:val="right"/>
      </w:pPr>
      <w:r>
        <w:t>یا اور دوسری جگہوں کے لوگ ہوں</w:t>
      </w:r>
    </w:p>
    <w:p>
      <w:r>
        <w:rPr>
          <w:b/>
        </w:rPr>
        <w:t xml:space="preserve">[46:38] </w:t>
      </w:r>
      <w:r>
        <w:t>zawal ki nafsiyat ke shikar hain is liye kya hota hai</w:t>
      </w:r>
    </w:p>
    <w:p>
      <w:pPr>
        <w:jc w:val="right"/>
      </w:pPr>
      <w:r>
        <w:t>زوال کی نفسیات کے شکار ہیں اس لیے کیا ہوتا ہے</w:t>
      </w:r>
    </w:p>
    <w:p>
      <w:r>
        <w:rPr>
          <w:b/>
        </w:rPr>
        <w:t xml:space="preserve">[46:42] </w:t>
      </w:r>
      <w:r>
        <w:t>jo aadmi low profile mein bole us ki baat un ko samajh mein nahi aati</w:t>
      </w:r>
    </w:p>
    <w:p>
      <w:pPr>
        <w:jc w:val="right"/>
      </w:pPr>
      <w:r>
        <w:t>جو ادمی لو پروفائل میں بولے اس کی بات ان کو سمجھ میں نہیں اتی</w:t>
      </w:r>
    </w:p>
    <w:p>
      <w:r>
        <w:rPr>
          <w:b/>
        </w:rPr>
        <w:t xml:space="preserve">[46:46] </w:t>
      </w:r>
      <w:r>
        <w:t>halankeh woh haqeeqat pasandi hoti hai low profile mein matlab bolne ka matlab kya hai realism realistic approach</w:t>
      </w:r>
    </w:p>
    <w:p>
      <w:pPr>
        <w:jc w:val="right"/>
      </w:pPr>
      <w:r>
        <w:t>حالانکہ وہ حقیقت پسندی ہوتی ہے لو پروفائل میں معنی بولنے کا مطلب کیا ہے ریلزم ریلسٹک اپروچ</w:t>
      </w:r>
    </w:p>
    <w:p>
      <w:r>
        <w:rPr>
          <w:b/>
        </w:rPr>
        <w:t xml:space="preserve">[46:55] </w:t>
      </w:r>
      <w:r>
        <w:t>jo low profile mein bolay ga woh sachai bataye ga haqeeqat bataye ga fact bataye ga</w:t>
      </w:r>
    </w:p>
    <w:p>
      <w:pPr>
        <w:jc w:val="right"/>
      </w:pPr>
      <w:r>
        <w:t>جو لو پروفائل میں بولے گا وہ سچائی بتائے گا حقیقت بتائے گا فیکٹ بتائے گا</w:t>
      </w:r>
    </w:p>
    <w:p>
      <w:r>
        <w:rPr>
          <w:b/>
        </w:rPr>
        <w:t xml:space="preserve">[47:03] </w:t>
      </w:r>
      <w:r>
        <w:t>logon ko lagay ga hai yeh to kuch nahi yeh to sulah hai yeh to yeh to adjust</w:t>
      </w:r>
    </w:p>
    <w:p>
      <w:pPr>
        <w:jc w:val="right"/>
      </w:pPr>
      <w:r>
        <w:t>لوگوں کو لگے گا ہے یہ تو کچھ نہیں یہ تو صلح ہے یہ تو یہ تو ایڈجسٹ</w:t>
      </w:r>
    </w:p>
    <w:p>
      <w:r>
        <w:rPr>
          <w:b/>
        </w:rPr>
        <w:t xml:space="preserve">[47:09] </w:t>
      </w:r>
      <w:r>
        <w:t>karna hai yeh</w:t>
      </w:r>
    </w:p>
    <w:p>
      <w:pPr>
        <w:jc w:val="right"/>
      </w:pPr>
      <w:r>
        <w:t>کرنا ہے یہ</w:t>
      </w:r>
    </w:p>
    <w:p>
      <w:r>
        <w:rPr>
          <w:b/>
        </w:rPr>
        <w:t xml:space="preserve">[47:10] </w:t>
      </w:r>
      <w:r>
        <w:t>to paspaai hai jo barh barh ke bole ga high profile mein ke samandar mein dhakel do un ke wajood ko mita do un ki naslon ko khatam kar do to un ki samajh mein aaye ga agarche hone wala nahi hai woh agarche woh impossible hai</w:t>
      </w:r>
    </w:p>
    <w:p>
      <w:pPr>
        <w:jc w:val="right"/>
      </w:pPr>
      <w:r>
        <w:t>تو پسپائی ہے جو بڑھ بڑھ کے بولے گا ہائی پروفائل میں کہ سمندر میں دھکیل دو ان کے وجود کو مٹا دو ان کی نسلوں کو ختم کر دو تو ان کی سمجھ میں ائے گا اگرچہ ہونے والا نہیں ہے وہ اگرچہ وہ امپاسیبل ہے</w:t>
      </w:r>
    </w:p>
    <w:p>
      <w:r>
        <w:rPr>
          <w:b/>
        </w:rPr>
        <w:t xml:space="preserve">[47:31] </w:t>
      </w:r>
      <w:r>
        <w:t>to yeh hai aaj musalmanon ka haal</w:t>
      </w:r>
    </w:p>
    <w:p>
      <w:pPr>
        <w:jc w:val="right"/>
      </w:pPr>
      <w:r>
        <w:t>تو یہ ہے اج مسلمانوں کا حال</w:t>
      </w:r>
    </w:p>
    <w:p>
      <w:r>
        <w:rPr>
          <w:b/>
        </w:rPr>
        <w:t xml:space="preserve">[47:38] </w:t>
      </w:r>
      <w:r>
        <w:t>reality se woh door chale gaye hain haqeeqat se door chale gaye hain</w:t>
      </w:r>
    </w:p>
    <w:p>
      <w:pPr>
        <w:jc w:val="right"/>
      </w:pPr>
      <w:r>
        <w:t>ریلیٹی سے وہ دور چلے گئے ہیں حقیقت سے دور چلے گئے ہیں</w:t>
      </w:r>
    </w:p>
    <w:p>
      <w:r>
        <w:rPr>
          <w:b/>
        </w:rPr>
        <w:t xml:space="preserve">[47:51] </w:t>
      </w:r>
      <w:r>
        <w:t>to mein samajhta hoon ke sab se zaroori kaam is waqt yeh hai ke musalmanon mein wisdom laai jaye aql laai jaye in ko itna in ke andar woh soch paida ki jaye ke woh samjhein ke low profile mein bolne wala hi hamara khair khwah hota hai jo high profile mein bole woh hamara bad khwah hota hai</w:t>
      </w:r>
    </w:p>
    <w:p>
      <w:pPr>
        <w:jc w:val="right"/>
      </w:pPr>
      <w:r>
        <w:t>تو میں سمجھتا ہوں کہ سب سے ضروری کام اس وقت یہ ہے کہ مسلمانوں میں وزڈم لائی جائے عقل لائی جائے ان کو اتنا ان کے اندر وہ سوچ پیدا کی جائے کہ وہ سمجھیں کہ لو پروفائل میں بولنے والا ہی ہمارا خیر خواہ ہوتا ہے جو ہائی پروفائل میں بولے وہ ہمارا بدخواہ ہوتا ہے</w:t>
      </w:r>
    </w:p>
    <w:p>
      <w:r>
        <w:rPr>
          <w:b/>
        </w:rPr>
        <w:t xml:space="preserve">[48:20] </w:t>
      </w:r>
      <w:r>
        <w:t>woh hamara khair khwah nahi hota</w:t>
      </w:r>
    </w:p>
    <w:p>
      <w:pPr>
        <w:jc w:val="right"/>
      </w:pPr>
      <w:r>
        <w:t>وہ ہمارا خیر خواہ نہیں ہوتا</w:t>
      </w:r>
    </w:p>
    <w:p>
      <w:r>
        <w:rPr>
          <w:b/>
        </w:rPr>
        <w:t xml:space="preserve">[48:24] </w:t>
      </w:r>
      <w:r>
        <w:t>ek farsi ek arab ka shair hai ke</w:t>
      </w:r>
    </w:p>
    <w:p>
      <w:pPr>
        <w:jc w:val="right"/>
      </w:pPr>
      <w:r>
        <w:t>ایک فارسی ایک عرب کا شعر ہے کہ</w:t>
      </w:r>
    </w:p>
    <w:p>
      <w:r>
        <w:rPr>
          <w:b/>
        </w:rPr>
        <w:t xml:space="preserve">[48:32] </w:t>
      </w:r>
      <w:r>
        <w:t>agar ghuroob raees qom sayadi mala daar al bawari yani kauwa jab kisi qom ka leader ban jaye to woh gadhe mein giraye ga kauwe se murad is ki kya hai yahi hai jo high profile mein bolne wale log bare bari baatein karne wale log aur shola bayaan taqreerein karne wale log</w:t>
      </w:r>
    </w:p>
    <w:p>
      <w:pPr>
        <w:jc w:val="right"/>
      </w:pPr>
      <w:r>
        <w:t>اذا کان الغراب رئیس قوم سیادی ملا دار البواری یعنی کوا جب کسی قوم کا لیڈر بن جائے تو وہ گڑھے میں گرائے گا کوے سے مراد اس کی کیا ہے یہی ہے جو ہائی پروفائل میں بولنے والے لوگ بڑے بڑی باتیں کرنے والے لوگ اور شعلہ بیان تقریریں کرنے والے لوگ</w:t>
      </w:r>
    </w:p>
    <w:p>
      <w:r>
        <w:rPr>
          <w:b/>
        </w:rPr>
        <w:t xml:space="preserve">[48:58] </w:t>
      </w:r>
      <w:r>
        <w:t>yehi hain jin ko is ne kawa kaha</w:t>
      </w:r>
    </w:p>
    <w:p>
      <w:pPr>
        <w:jc w:val="right"/>
      </w:pPr>
      <w:r>
        <w:t>یہی ہیں جن کو اس نے کوا کہا</w:t>
      </w:r>
    </w:p>
    <w:p>
      <w:r>
        <w:rPr>
          <w:b/>
        </w:rPr>
        <w:t xml:space="preserve">[49:03] </w:t>
      </w:r>
      <w:r>
        <w:t>azaa kaan al-ghurab raees qawm siadi maldar al-bawari yeh sab poore alam is poori muslim dunya jo</w:t>
      </w:r>
    </w:p>
    <w:p>
      <w:pPr>
        <w:jc w:val="right"/>
      </w:pPr>
      <w:r>
        <w:t>اذا کان الغراب رئیس قوم سیادی ملا دار البواری یہ سب پورے عالم اس پوری مسلم دنیا جو</w:t>
      </w:r>
    </w:p>
    <w:p>
      <w:r>
        <w:rPr>
          <w:b/>
        </w:rPr>
        <w:t xml:space="preserve">[49:10] </w:t>
      </w:r>
      <w:r>
        <w:t>hai poori muslim dunya ka haal yehi hai ke in ko low profile in ko lagta hai ke</w:t>
      </w:r>
    </w:p>
    <w:p>
      <w:pPr>
        <w:jc w:val="right"/>
      </w:pPr>
      <w:r>
        <w:t>ہے پوری مسلم دنیا کا حال یہی ہے کہ ان کو لو پروفائل ان کو لگتا ہے کہ</w:t>
      </w:r>
    </w:p>
    <w:p>
      <w:r>
        <w:rPr>
          <w:b/>
        </w:rPr>
        <w:t xml:space="preserve">[49:14] </w:t>
      </w:r>
      <w:r>
        <w:t>yeh to bozdi ki baat hai high profile lagta hai ke yeh bari baat hai</w:t>
      </w:r>
    </w:p>
    <w:p>
      <w:pPr>
        <w:jc w:val="right"/>
      </w:pPr>
      <w:r>
        <w:t>یہ تو بزدلی کی بات ہے ہائی پروفائل لگتا ہے کہ یہ بڑی بات ہے</w:t>
      </w:r>
    </w:p>
    <w:p>
      <w:r>
        <w:rPr>
          <w:b/>
        </w:rPr>
        <w:t xml:space="preserve">[49:21] </w:t>
      </w:r>
      <w:r>
        <w:t>yani unhon ne realism ko kho diya hai realistic approach realistic approach ko kho diya hai</w:t>
      </w:r>
    </w:p>
    <w:p>
      <w:pPr>
        <w:jc w:val="right"/>
      </w:pPr>
      <w:r>
        <w:t>یعنی انہوں نے ریلزم کو کھو دیا ہے ریلسٹک اپروچ ریلسٹک اپروچ کو کھو دیا ہے</w:t>
      </w:r>
    </w:p>
    <w:p>
      <w:r>
        <w:rPr>
          <w:b/>
        </w:rPr>
        <w:t xml:space="preserve">[49:29] </w:t>
      </w:r>
      <w:r>
        <w:t>sab se bara masla yehi hai muslim dunya ka</w:t>
      </w:r>
    </w:p>
    <w:p>
      <w:pPr>
        <w:jc w:val="right"/>
      </w:pPr>
      <w:r>
        <w:t>سب سے بڑا مسئلہ یہی ہے مسلم دنیا کا</w:t>
      </w:r>
    </w:p>
    <w:p>
      <w:r>
        <w:rPr>
          <w:b/>
        </w:rPr>
        <w:t xml:space="preserve">[49:35] </w:t>
      </w:r>
      <w:r>
        <w:t>sab se bara masla hai dunya ka yeh</w:t>
      </w:r>
    </w:p>
    <w:p>
      <w:pPr>
        <w:jc w:val="right"/>
      </w:pPr>
      <w:r>
        <w:t>سب سے بڑا مسئلہ ہے دنیا کا یہ</w:t>
      </w:r>
    </w:p>
    <w:p>
      <w:r>
        <w:rPr>
          <w:b/>
        </w:rPr>
        <w:t xml:space="preserve">[49:40] </w:t>
      </w:r>
      <w:r>
        <w:t>aik musalman ko kitab di gayi woh kitab jo hamari chapi hai</w:t>
      </w:r>
    </w:p>
    <w:p>
      <w:pPr>
        <w:jc w:val="right"/>
      </w:pPr>
      <w:r>
        <w:t>ایک مسلمان کو کتاب دی گئی وہ کتاب جو ہماری چھپی ہے</w:t>
      </w:r>
    </w:p>
    <w:p>
      <w:r>
        <w:rPr>
          <w:b/>
        </w:rPr>
        <w:t xml:space="preserve">[49:46] </w:t>
      </w:r>
      <w:r>
        <w:t>woh the prophet of peace</w:t>
      </w:r>
    </w:p>
    <w:p>
      <w:pPr>
        <w:jc w:val="right"/>
      </w:pPr>
      <w:r>
        <w:t>وہ دا پرافٹ اف پیس</w:t>
      </w:r>
    </w:p>
    <w:p>
      <w:r>
        <w:rPr>
          <w:b/>
        </w:rPr>
        <w:t xml:space="preserve">[49:51] </w:t>
      </w:r>
      <w:r>
        <w:t>The Prophet of Peace. So, the Muslims, after reading it, said that this is some powerful</w:t>
      </w:r>
    </w:p>
    <w:p>
      <w:pPr>
        <w:jc w:val="right"/>
      </w:pPr>
      <w:r>
        <w:t>دا پرافٹ اف پیس تو مسلمان جو تھے وہ پڑھ کر انہوں نے کہا کہ یہ کوئی پاورفل</w:t>
      </w:r>
    </w:p>
    <w:p>
      <w:r>
        <w:rPr>
          <w:b/>
        </w:rPr>
        <w:t xml:space="preserve">[49:56] </w:t>
      </w:r>
      <w:r>
        <w:t>kitab nahi hai</w:t>
      </w:r>
    </w:p>
    <w:p>
      <w:pPr>
        <w:jc w:val="right"/>
      </w:pPr>
      <w:r>
        <w:t>کتاب نہیں ہے</w:t>
      </w:r>
    </w:p>
    <w:p>
      <w:r>
        <w:rPr>
          <w:b/>
        </w:rPr>
        <w:t xml:space="preserve">[49:59] </w:t>
      </w:r>
      <w:r>
        <w:t>mein sochta tha ke powerful kitab kis ko kehte hain</w:t>
      </w:r>
    </w:p>
    <w:p>
      <w:pPr>
        <w:jc w:val="right"/>
      </w:pPr>
      <w:r>
        <w:t>میں سوچتا تھا کہ پاورفل کتاب کس کو کہتے ہیں</w:t>
      </w:r>
    </w:p>
    <w:p>
      <w:r>
        <w:rPr>
          <w:b/>
        </w:rPr>
        <w:t xml:space="preserve">[50:03] </w:t>
      </w:r>
      <w:r>
        <w:t>to un se aur jo hum jankari mujhe mili aur logon se poocha ke bhai yeh sab aisa</w:t>
      </w:r>
    </w:p>
    <w:p>
      <w:pPr>
        <w:jc w:val="right"/>
      </w:pPr>
      <w:r>
        <w:t>تو ان سے اور جو ہم جانکاری مجھے ملی اور لوگوں سے پوچھا کہ بھئی یہ سب ایسا</w:t>
      </w:r>
    </w:p>
    <w:p>
      <w:r>
        <w:rPr>
          <w:b/>
        </w:rPr>
        <w:t xml:space="preserve">[50:08] </w:t>
      </w:r>
      <w:r>
        <w:t>kyun kaha unhon ne to asal cheez kya hai wahi thinking un ki hai jihad ki baat hai</w:t>
      </w:r>
    </w:p>
    <w:p>
      <w:pPr>
        <w:jc w:val="right"/>
      </w:pPr>
      <w:r>
        <w:t>کیوں کہا انہوں نے تو اصل چیز کیا ہے وہی تھنکنگ ان کی ہے جہاد کی بات ہے</w:t>
      </w:r>
    </w:p>
    <w:p>
      <w:r>
        <w:rPr>
          <w:b/>
        </w:rPr>
        <w:t xml:space="preserve">[50:15] </w:t>
      </w:r>
      <w:r>
        <w:t>marne ki baat hai ab samandar mein dhakel dene ki baat hai is ko woh powerful samajhte hain</w:t>
      </w:r>
    </w:p>
    <w:p>
      <w:pPr>
        <w:jc w:val="right"/>
      </w:pPr>
      <w:r>
        <w:t>مارنے کی بات ہے اب سمندر میں دھکیل دینے کی بات ہے اس کو وہ پاورفل سمجھتے ہیں</w:t>
      </w:r>
    </w:p>
    <w:p>
      <w:r>
        <w:rPr>
          <w:b/>
        </w:rPr>
        <w:t xml:space="preserve">[50:22] </w:t>
      </w:r>
      <w:r>
        <w:t>haan isi kitab ko hindu ne christian ne jew ne parha to kaha ke yeh to bohat bohat</w:t>
      </w:r>
    </w:p>
    <w:p>
      <w:pPr>
        <w:jc w:val="right"/>
      </w:pPr>
      <w:r>
        <w:t>ہاں اسی کتاب کو ہندو نے کرسچن نے جو نے پڑھا تو کہا کہ یہ تو بہت بہت</w:t>
      </w:r>
    </w:p>
    <w:p>
      <w:r>
        <w:rPr>
          <w:b/>
        </w:rPr>
        <w:t xml:space="preserve">[50:28] </w:t>
      </w:r>
      <w:r>
        <w:t>hi strong kitab hai bohat hi powerful kitab hai</w:t>
      </w:r>
    </w:p>
    <w:p>
      <w:pPr>
        <w:jc w:val="right"/>
      </w:pPr>
      <w:r>
        <w:t>ہی سٹرانگ کتاب ہے بہت ہی پاورفل کتاب ہے</w:t>
      </w:r>
    </w:p>
    <w:p>
      <w:r>
        <w:rPr>
          <w:b/>
        </w:rPr>
        <w:t xml:space="preserve">[50:32] </w:t>
      </w:r>
      <w:r>
        <w:t>yeh delhi ke aik aik aur aik bohat baray scholar ne kaha ke it is paradigm shift yeh</w:t>
      </w:r>
    </w:p>
    <w:p>
      <w:pPr>
        <w:jc w:val="right"/>
      </w:pPr>
      <w:r>
        <w:t>یہ دلی کے ایک ایک اور ایک بہت بڑے سکالر نے کہا کہ اٹ از پرائیڈیم شفٹ یہ</w:t>
      </w:r>
    </w:p>
    <w:p>
      <w:r>
        <w:rPr>
          <w:b/>
        </w:rPr>
        <w:t xml:space="preserve">[50:39] </w:t>
      </w:r>
      <w:r>
        <w:t>to kaya palat ho gayi hum samajhte the ke islam violence ka mazhab hai yeh to peace ka</w:t>
      </w:r>
    </w:p>
    <w:p>
      <w:pPr>
        <w:jc w:val="right"/>
      </w:pPr>
      <w:r>
        <w:t>تو کایا پلٹ ہو گئی ہم سمجھتے تھے کہ اسلام وائنس کا مذہب ہے یہ تو پیس کا</w:t>
      </w:r>
    </w:p>
    <w:p>
      <w:r>
        <w:rPr>
          <w:b/>
        </w:rPr>
        <w:t xml:space="preserve">[50:44] </w:t>
      </w:r>
      <w:r>
        <w:t>mazhab nikla acha bohat si reporten hain ke hinduo ne christian ne jew ne</w:t>
      </w:r>
    </w:p>
    <w:p>
      <w:pPr>
        <w:jc w:val="right"/>
      </w:pPr>
      <w:r>
        <w:t>مذہب نکلا اچھا بہت سی رپورٹیں ہیں کہ ہندوؤں نے کرسچن نے جو نے</w:t>
      </w:r>
    </w:p>
    <w:p>
      <w:r>
        <w:rPr>
          <w:b/>
        </w:rPr>
        <w:t xml:space="preserve">[50:54] </w:t>
      </w:r>
      <w:r>
        <w:t>is kitab ko kaha ke yeh to bohat hi powerful kitab hai lekin aik musalman kehte hain ke</w:t>
      </w:r>
    </w:p>
    <w:p>
      <w:pPr>
        <w:jc w:val="right"/>
      </w:pPr>
      <w:r>
        <w:t>اس کتاب کو کہا کہ یہ تو بہت ہی پاورفل کتاب ہے لیکن ایک مسلمان کہتے ہیں کہ</w:t>
      </w:r>
    </w:p>
    <w:p>
      <w:r>
        <w:rPr>
          <w:b/>
        </w:rPr>
        <w:t xml:space="preserve">[50:58] </w:t>
      </w:r>
      <w:r>
        <w:t>yeh to powerful nahi hai kyun</w:t>
      </w:r>
    </w:p>
    <w:p>
      <w:pPr>
        <w:jc w:val="right"/>
      </w:pPr>
      <w:r>
        <w:t>یہ تو پاورفل نہیں ہے کیوں</w:t>
      </w:r>
    </w:p>
    <w:p>
      <w:r>
        <w:rPr>
          <w:b/>
        </w:rPr>
        <w:t xml:space="preserve">[51:00] </w:t>
      </w:r>
      <w:r>
        <w:t>woh aadi hain high profile ke low profile wali baat un ko lagta hai ke yeh to yeh</w:t>
      </w:r>
    </w:p>
    <w:p>
      <w:pPr>
        <w:jc w:val="right"/>
      </w:pPr>
      <w:r>
        <w:t>وہ عادی ہیں ہائی پروفائل کے لو پروفائل والی بات ان کو لگتا ہے کہ یہ تو یہ</w:t>
      </w:r>
    </w:p>
    <w:p>
      <w:r>
        <w:rPr>
          <w:b/>
        </w:rPr>
        <w:t xml:space="preserve">[51:05] </w:t>
      </w:r>
      <w:r>
        <w:t>to strong nahi hai</w:t>
      </w:r>
    </w:p>
    <w:p>
      <w:pPr>
        <w:jc w:val="right"/>
      </w:pPr>
      <w:r>
        <w:t>تو سٹرانگ نہیں ہے</w:t>
      </w:r>
    </w:p>
    <w:p>
      <w:r>
        <w:rPr>
          <w:b/>
        </w:rPr>
        <w:t xml:space="preserve">[51:08] </w:t>
      </w:r>
      <w:r>
        <w:t>yeh</w:t>
      </w:r>
    </w:p>
    <w:p>
      <w:pPr>
        <w:jc w:val="right"/>
      </w:pPr>
      <w:r>
        <w:t>یہ</w:t>
      </w:r>
    </w:p>
    <w:p>
      <w:r>
        <w:rPr>
          <w:b/>
        </w:rPr>
        <w:t xml:space="preserve">[51:08] </w:t>
      </w:r>
      <w:r>
        <w:t>to strong nahi hai dekhiye strong bari bari baatein ka naam strong nahi hota ke samandar mein dhakel do in ko tahs naas kar do in ko mita do yeh to madness hai madness is ko aap kahein ke powerful speaker hai ek powerful writer hai to galat hai yeh</w:t>
      </w:r>
    </w:p>
    <w:p>
      <w:pPr>
        <w:jc w:val="right"/>
      </w:pPr>
      <w:r>
        <w:t>تو سٹرانگ نہیں ہے دیکھیے سٹرانگ بڑی بڑی باتیں کا نام سٹرانگ نہیں ہوتا کہ سمندر میں دھکیل دو ان کو تحس ناس کر دو ان کو مٹا دو یہ تو میڈنس ہے میڈنس اس کو اپ کہیں کہ پاورفل اسپیکر ہے ایک پاورفل رائٹر ہے تو غلط ہے یہ</w:t>
      </w:r>
    </w:p>
    <w:p>
      <w:r>
        <w:rPr>
          <w:b/>
        </w:rPr>
        <w:t xml:space="preserve">[51:34] </w:t>
      </w:r>
      <w:r>
        <w:t>jo aadmi aisi boli bolay aap kahein ke sir bohat hi powerful speaker hai bohat hi powerful writer</w:t>
      </w:r>
    </w:p>
    <w:p>
      <w:pPr>
        <w:jc w:val="right"/>
      </w:pPr>
      <w:r>
        <w:t>جو ادمی ایسی بولی بولے اپ کہیں کہ سر بہت ہی پاورفل اسپیکر ہے بہت ہی پاورفل رائٹر</w:t>
      </w:r>
    </w:p>
    <w:p>
      <w:r>
        <w:rPr>
          <w:b/>
        </w:rPr>
        <w:t xml:space="preserve">[51:40] </w:t>
      </w:r>
      <w:r>
        <w:t>hai to yeh ghalat hai yeh</w:t>
      </w:r>
    </w:p>
    <w:p>
      <w:pPr>
        <w:jc w:val="right"/>
      </w:pPr>
      <w:r>
        <w:t>ہے تو یہ غلط ہے یہ</w:t>
      </w:r>
    </w:p>
    <w:p>
      <w:r>
        <w:rPr>
          <w:b/>
        </w:rPr>
        <w:t xml:space="preserve">[51:42] </w:t>
      </w:r>
      <w:r>
        <w:t>wo hawai baatein karta hai hawai baatein</w:t>
      </w:r>
    </w:p>
    <w:p>
      <w:pPr>
        <w:jc w:val="right"/>
      </w:pPr>
      <w:r>
        <w:t>وہ ہوائی باتیں کرتا ہے ہوائی باتیں</w:t>
      </w:r>
    </w:p>
    <w:p>
      <w:r>
        <w:rPr>
          <w:b/>
        </w:rPr>
        <w:t xml:space="preserve">[51:48] </w:t>
      </w:r>
      <w:r>
        <w:t>jise iqbal ne kaha tha ke nahi tera nisha mand qasr sultani gumbad par tu tu tu sain</w:t>
      </w:r>
    </w:p>
    <w:p>
      <w:pPr>
        <w:jc w:val="right"/>
      </w:pPr>
      <w:r>
        <w:t>جسے اقبال نے کہا تھا کہ نہیں تیرا نشہ مند قصر سلطانی گنبد پر تو تو تو سائیں</w:t>
      </w:r>
    </w:p>
    <w:p>
      <w:r>
        <w:rPr>
          <w:b/>
        </w:rPr>
        <w:t xml:space="preserve">[51:55] </w:t>
      </w:r>
      <w:r>
        <w:t>hai basey aa kar paharon ka chittana to iqbal bhi pahar par nahi gaye na koi un ka</w:t>
      </w:r>
    </w:p>
    <w:p>
      <w:pPr>
        <w:jc w:val="right"/>
      </w:pPr>
      <w:r>
        <w:t>ہے بسے ا کر پہاڑوں کا چٹانہ تو اقبال بھی پہاڑ پر نہیں گئے نہ کوئی ان کا</w:t>
      </w:r>
    </w:p>
    <w:p>
      <w:r>
        <w:rPr>
          <w:b/>
        </w:rPr>
        <w:t xml:space="preserve">[52:01] </w:t>
      </w:r>
      <w:r>
        <w:t>admir pahar par gaya beshumar fan hain iqbal ke lekin koi to nahi gaya pahar par</w:t>
      </w:r>
    </w:p>
    <w:p>
      <w:pPr>
        <w:jc w:val="right"/>
      </w:pPr>
      <w:r>
        <w:t>ایڈمائر پہاڑ پر گیا بے شمار فین ہیں اقبال کے لیکن کوئی تو نہیں گیا پہاڑ پر</w:t>
      </w:r>
    </w:p>
    <w:p>
      <w:r>
        <w:rPr>
          <w:b/>
        </w:rPr>
        <w:t xml:space="preserve">[52:07] </w:t>
      </w:r>
      <w:r>
        <w:t>bas hawai baatein karte hain</w:t>
      </w:r>
    </w:p>
    <w:p>
      <w:pPr>
        <w:jc w:val="right"/>
      </w:pPr>
      <w:r>
        <w:t>بس ہوائی باتیں کرتے ہیں</w:t>
      </w:r>
    </w:p>
    <w:p>
      <w:r>
        <w:rPr>
          <w:b/>
        </w:rPr>
        <w:t xml:space="preserve">[52:12] </w:t>
      </w:r>
      <w:r>
        <w:t>to musalmanon se jo cheez chhan gayi hai yaad rakhiye woh hai realism realistic approach har maamle mein</w:t>
      </w:r>
    </w:p>
    <w:p>
      <w:pPr>
        <w:jc w:val="right"/>
      </w:pPr>
      <w:r>
        <w:t>تو مسلمانوں سے جو چیز چھن گئی ہے یاد رکھیے وہ ہے ریلزم ریلسٹک اپروچ ہر معاملے میں</w:t>
      </w:r>
    </w:p>
    <w:p>
      <w:r>
        <w:rPr>
          <w:b/>
        </w:rPr>
        <w:t xml:space="preserve">[52:21] </w:t>
      </w:r>
      <w:r>
        <w:t>ya azdahah ke maamle mein saare musalman kya kehte hain rebuild</w:t>
      </w:r>
    </w:p>
    <w:p>
      <w:pPr>
        <w:jc w:val="right"/>
      </w:pPr>
      <w:r>
        <w:t>یا اژدہا کے معاملے میں سارے مسلمان کیا کہتے ہیں ری بلڈ</w:t>
      </w:r>
    </w:p>
    <w:p>
      <w:r>
        <w:rPr>
          <w:b/>
        </w:rPr>
        <w:t xml:space="preserve">[52:24] </w:t>
      </w:r>
      <w:r>
        <w:t>woh wahi banao wahi masjid phir banao wahi masjid phir banao sahi hai yeh possible hai yeh yeh quite impossible hai ke aap wahi masjid ko phir bana sakein isi isi tareeqe se yeh impossible hai india mein lekin bas wahi har aadmi yeh boli bolta hai aur jo yeh taqreerein karta hai ke masjid wahin banao is ki taliyan bajti hain jo aadmi stage par khara ho kar yeh kehta hai ke mas</w:t>
      </w:r>
    </w:p>
    <w:p>
      <w:pPr>
        <w:jc w:val="right"/>
      </w:pPr>
      <w:r>
        <w:t>وہ وہی بناؤ وہی مسجد پھر بناؤ وہی مسجد پھر بناؤ صحیح ہے یہ پاسیبل ہے یہ یہ کوائٹ امپاسیبل ہے کہ اپ وہی مسجد کو پھر بنا سکیں اسی اسی طریقے سے یہ امپاسیبل ہے انڈیا میں لیکن بس وہی ہر ادمی یہ بولی بولتا ہے اور جو یہ تقریریں کرتا ہے کہ مسجد وہیں بناؤ اس کی تالیاں بجتی ہیں جو ادمی اسٹیج پر کھڑا ہو کر یہ کہتا ہے کہ مس</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