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Changing Reference from War to Peace 10 Aug, 2019 - Maulana Wahiduddin Khan</w:t>
      </w:r>
    </w:p>
    <w:p>
      <w:r>
        <w:t>https://www.youtube.com/watch?v=gHKpwaSy1Ec</w:t>
      </w:r>
    </w:p>
    <w:p>
      <w:r>
        <w:rPr>
          <w:b/>
        </w:rPr>
        <w:t xml:space="preserve">[00:13] </w:t>
      </w:r>
      <w:r>
        <w:t>10 agast 2019.</w:t>
      </w:r>
    </w:p>
    <w:p>
      <w:pPr>
        <w:jc w:val="right"/>
      </w:pPr>
      <w:r>
        <w:t>10 اگست 2019۔</w:t>
      </w:r>
    </w:p>
    <w:p>
      <w:r>
        <w:rPr>
          <w:b/>
        </w:rPr>
        <w:t xml:space="preserve">[00:19] </w:t>
      </w:r>
      <w:r>
        <w:t>aaj meri tabiyat subah ko theek nahi thi, yahan tak ke aap ne ailaan kar diya ke meri teuz kharab hain.</w:t>
      </w:r>
    </w:p>
    <w:p>
      <w:pPr>
        <w:jc w:val="right"/>
      </w:pPr>
      <w:r>
        <w:t>آج میری طبیعت صبح کو ٹھیک نہیں تھی، یہاں تک کہ آپ نے اعلان کر دیا کہ میری تیوز خراب ہے۔</w:t>
      </w:r>
    </w:p>
    <w:p>
      <w:r>
        <w:rPr>
          <w:b/>
        </w:rPr>
        <w:t xml:space="preserve">[00:33] </w:t>
      </w:r>
      <w:r>
        <w:t>to</w:t>
      </w:r>
    </w:p>
    <w:p>
      <w:pPr>
        <w:jc w:val="right"/>
      </w:pPr>
      <w:r>
        <w:t>تو</w:t>
      </w:r>
    </w:p>
    <w:p>
      <w:r>
        <w:rPr>
          <w:b/>
        </w:rPr>
        <w:t xml:space="preserve">[00:38] </w:t>
      </w:r>
      <w:r>
        <w:t>aik shair hai: "Rukti hai meri tab to hoti hai rawaan aur."</w:t>
      </w:r>
    </w:p>
    <w:p>
      <w:pPr>
        <w:jc w:val="right"/>
      </w:pPr>
      <w:r>
        <w:t>ایک شعر ہے: "رکتی ہے مری تب تو ہوتی ہے رواں اور۔"</w:t>
      </w:r>
    </w:p>
    <w:p>
      <w:r>
        <w:rPr>
          <w:b/>
        </w:rPr>
        <w:t xml:space="preserve">[00:49] </w:t>
      </w:r>
      <w:r>
        <w:t>rukti hai meri tab to hoti hai rawaan aur. meri tabiyat jab rukti hai to aur chalne lagti hai, woh aur rawaan ho jati hai.</w:t>
      </w:r>
    </w:p>
    <w:p>
      <w:pPr>
        <w:jc w:val="right"/>
      </w:pPr>
      <w:r>
        <w:t>رکتی ہے مری تب تو ہوتی ہے رواں اور۔ میری طبیعت جب رکتی ہے تو اور چلنے لگتی ہے، وہ اور رواں ہو جاتی ہے۔</w:t>
      </w:r>
    </w:p>
    <w:p>
      <w:r>
        <w:rPr>
          <w:b/>
        </w:rPr>
        <w:t xml:space="preserve">[01:02] </w:t>
      </w:r>
      <w:r>
        <w:t>to is par sochte hue mujhe aaj ek baat samajh mein aai. woh baat yeh hai ke Hazrat Ali ek jang mein thay aur un ko teer lag gaya.</w:t>
      </w:r>
    </w:p>
    <w:p>
      <w:pPr>
        <w:jc w:val="right"/>
      </w:pPr>
      <w:r>
        <w:t>تو اس پر سوچتے ہوئے مجھے آج ایک بات سمجھ میں آئی۔ وہ بات یہ ہے کہ حضرت علی ایک جنگ میں تھے اور ان کو تیر لگ گیا۔</w:t>
      </w:r>
    </w:p>
    <w:p>
      <w:r>
        <w:rPr>
          <w:b/>
        </w:rPr>
        <w:t xml:space="preserve">[01:20] </w:t>
      </w:r>
      <w:r>
        <w:t>wo teer thas gaya, ab is ko nikalna tha.</w:t>
      </w:r>
    </w:p>
    <w:p>
      <w:pPr>
        <w:jc w:val="right"/>
      </w:pPr>
      <w:r>
        <w:t>وہ تیر تھس گیا، اب اس کو نکالنا تھا۔</w:t>
      </w:r>
    </w:p>
    <w:p>
      <w:r>
        <w:rPr>
          <w:b/>
        </w:rPr>
        <w:t xml:space="preserve">[01:27] </w:t>
      </w:r>
      <w:r>
        <w:t>to Hazrat Ali ne kaha ke main namaz jab parhoon tab nikal lo.</w:t>
      </w:r>
    </w:p>
    <w:p>
      <w:pPr>
        <w:jc w:val="right"/>
      </w:pPr>
      <w:r>
        <w:t>تو حضرت علی نے کہا کہ میں نماز جب پڑھوں تب نکال لو۔</w:t>
      </w:r>
    </w:p>
    <w:p>
      <w:r>
        <w:rPr>
          <w:b/>
        </w:rPr>
        <w:t xml:space="preserve">[01:40] </w:t>
      </w:r>
      <w:r>
        <w:t>to aisa kiya gaya aur waqai woh nikal liya gaya. aaj meri samajh mein ek baat aai, is par sochte hue,</w:t>
      </w:r>
    </w:p>
    <w:p>
      <w:pPr>
        <w:jc w:val="right"/>
      </w:pPr>
      <w:r>
        <w:t>تو ایسا کیا گیا اور واقعی وہ نکال لیا گیا۔ آج میری سمجھ میں ایک بات آئی، اس پر سوچتے ہوئے،</w:t>
      </w:r>
    </w:p>
    <w:p>
      <w:r>
        <w:rPr>
          <w:b/>
        </w:rPr>
        <w:t xml:space="preserve">[01:52] </w:t>
      </w:r>
      <w:r>
        <w:t>aur maine is par amal bhi kiya, insha'Allah. woh yeh ke</w:t>
      </w:r>
    </w:p>
    <w:p>
      <w:pPr>
        <w:jc w:val="right"/>
      </w:pPr>
      <w:r>
        <w:t>اور میں نے اس پر عمل بھی کیا، انشاءاللہ۔ وہ یہ کہ</w:t>
      </w:r>
    </w:p>
    <w:p>
      <w:r>
        <w:rPr>
          <w:b/>
        </w:rPr>
        <w:t xml:space="preserve">[02:06] </w:t>
      </w:r>
      <w:r>
        <w:t>sahaba ke zamane mein jo waqiat hain, woh woh daur tha jang ka, ladai bhadai ka.</w:t>
      </w:r>
    </w:p>
    <w:p>
      <w:pPr>
        <w:jc w:val="right"/>
      </w:pPr>
      <w:r>
        <w:t>صحابہ کے زمانے میں جو واقعات ہیں، وہ وہ دور تھا جنگ کا، لڑائی بھڑائی کا۔</w:t>
      </w:r>
    </w:p>
    <w:p>
      <w:r>
        <w:rPr>
          <w:b/>
        </w:rPr>
        <w:t xml:space="preserve">[02:15] </w:t>
      </w:r>
      <w:r>
        <w:t>to is in in waqiat mein aksar kuch na kuch ladai bhadai ki baatein aa jati hain. yeh reference jo hai, reference jo hai, woh sab ladai bhadai ka ho jata hai.</w:t>
      </w:r>
    </w:p>
    <w:p>
      <w:pPr>
        <w:jc w:val="right"/>
      </w:pPr>
      <w:r>
        <w:t>تو اس ان ان واقعات میں اکثر کچھ نہ کچھ لڑائی بھڑائی کی باتیں آ جاتی ہیں۔ یہ ریفرنس جو ہے، ریفرنس جو ہے، وہ سب لڑائی بھڑائی کا ہو جاتا ہے۔</w:t>
      </w:r>
    </w:p>
    <w:p>
      <w:r>
        <w:rPr>
          <w:b/>
        </w:rPr>
        <w:t xml:space="preserve">[02:31] </w:t>
      </w:r>
      <w:r>
        <w:t>to aaj maine socha ke</w:t>
      </w:r>
    </w:p>
    <w:p>
      <w:pPr>
        <w:jc w:val="right"/>
      </w:pPr>
      <w:r>
        <w:t>تو آج میں نے سوچا کہ</w:t>
      </w:r>
    </w:p>
    <w:p>
      <w:r>
        <w:rPr>
          <w:b/>
        </w:rPr>
        <w:t xml:space="preserve">[02:37] </w:t>
      </w:r>
      <w:r>
        <w:t>humein ek kaam yeh karna hai ke reference ko badalna hai. ab ladai ka zamana nahi, jang ka zamana nahi.</w:t>
      </w:r>
    </w:p>
    <w:p>
      <w:pPr>
        <w:jc w:val="right"/>
      </w:pPr>
      <w:r>
        <w:t>ہمیں ایک کام یہ کرنا ہے کہ ریفرنس کو بدلنا ہے۔ اب لڑائی کا زمانہ نہیں، جنگ کا زمانہ نہیں۔</w:t>
      </w:r>
    </w:p>
    <w:p>
      <w:r>
        <w:rPr>
          <w:b/>
        </w:rPr>
        <w:t xml:space="preserve">[02:47] </w:t>
      </w:r>
      <w:r>
        <w:t>to humein is is Allah ke is in'aam ko paane ke liye reference ko badalna badalna hoga.</w:t>
      </w:r>
    </w:p>
    <w:p>
      <w:pPr>
        <w:jc w:val="right"/>
      </w:pPr>
      <w:r>
        <w:t>تو ہمیں اس اس اللہ کے اس انعام کو پانے کے لیے ریفرنس کو بدلنا بدلنا ہوگا۔</w:t>
      </w:r>
    </w:p>
    <w:p>
      <w:r>
        <w:rPr>
          <w:b/>
        </w:rPr>
        <w:t xml:space="preserve">[02:59] </w:t>
      </w:r>
      <w:r>
        <w:t>to aaj maine kiya kiya?</w:t>
      </w:r>
    </w:p>
    <w:p>
      <w:pPr>
        <w:jc w:val="right"/>
      </w:pPr>
      <w:r>
        <w:t>تو آج میں نے کیا کیا؟</w:t>
      </w:r>
    </w:p>
    <w:p>
      <w:r>
        <w:rPr>
          <w:b/>
        </w:rPr>
        <w:t xml:space="preserve">[03:03] </w:t>
      </w:r>
      <w:r>
        <w:t>aaj maine yeh kiya ke aap se kaha ke kuch khane ko lao aur is bismillah rahman rahim keh kar bhai khana shuru kar diya. halanke subah se nahi kha raha tha main.</w:t>
      </w:r>
    </w:p>
    <w:p>
      <w:pPr>
        <w:jc w:val="right"/>
      </w:pPr>
      <w:r>
        <w:t>آج میں نے یہ کیا کہ آپ سے کہا کہ کچھ کھانے کو لاؤ اور اس بسم اللہ الرحمن الرحیم کہہ کر بھائی کھانا شروع کر دیا۔ حالانکہ صبح سے نہیں کھا رہا تھا میں۔</w:t>
      </w:r>
    </w:p>
    <w:p>
      <w:r>
        <w:rPr>
          <w:b/>
        </w:rPr>
        <w:t xml:space="preserve">[03:16] </w:t>
      </w:r>
      <w:r>
        <w:t>aur janab, ab ek dam main normal hoon. sirf zukaam ki wajah se meri awaz mein kuch farq hai.</w:t>
      </w:r>
    </w:p>
    <w:p>
      <w:pPr>
        <w:jc w:val="right"/>
      </w:pPr>
      <w:r>
        <w:t>اور جناب، اب ایک دم میں نارمل ہوں۔ صرف زکام کی وجہ سے میری آواز میں کچھ فرق ہے۔</w:t>
      </w:r>
    </w:p>
    <w:p>
      <w:r>
        <w:rPr>
          <w:b/>
        </w:rPr>
        <w:t xml:space="preserve">[03:27] </w:t>
      </w:r>
      <w:r>
        <w:t>is ki wajah yeh hai ke zukaam mein to thoda sa farq ho jata hai, woh insha'Allah bohat jald theek ho jayega awaz mein.</w:t>
      </w:r>
    </w:p>
    <w:p>
      <w:pPr>
        <w:jc w:val="right"/>
      </w:pPr>
      <w:r>
        <w:t>اس کی وجہ یہ ہے کہ زکام میں تو تھوڑا سا فرق ہو جاتا ہے، وہ انشاءاللہ بہت جلد ٹھیک ہو جائے گا آواز میں۔</w:t>
      </w:r>
    </w:p>
    <w:p>
      <w:r>
        <w:rPr>
          <w:b/>
        </w:rPr>
        <w:t xml:space="preserve">[03:39] </w:t>
      </w:r>
      <w:r>
        <w:t>to khana khate khate meri tabiyat normal ho gayi. yani wahan jo tha ke jang mein thay woh aur unhon ne kaha ke jab main namaz parhoon to mera teer nikal do.</w:t>
      </w:r>
    </w:p>
    <w:p>
      <w:pPr>
        <w:jc w:val="right"/>
      </w:pPr>
      <w:r>
        <w:t>تو کھانا کھاتے کھاتے میری طبیعت نارمل ہو گئی۔ یعنی وہاں جو تھا کہ جنگ میں تھے وہ اور انہوں نے کہا کہ جب میں نماز پڑھوں تو میرا تیر نکال دو۔</w:t>
      </w:r>
    </w:p>
    <w:p>
      <w:r>
        <w:rPr>
          <w:b/>
        </w:rPr>
        <w:t xml:space="preserve">[03:58] </w:t>
      </w:r>
      <w:r>
        <w:t>to woh jang ke mahaul, woh jang ka reference tha. ab jang ka reference nahi hai to kya kiya jaye? ab aap reference ko badal liya.</w:t>
      </w:r>
    </w:p>
    <w:p>
      <w:pPr>
        <w:jc w:val="right"/>
      </w:pPr>
      <w:r>
        <w:t>تو وہ جنگ کے ماحول، وہ جنگ کا ریفرنس تھا۔ اب جنگ کا ریفرنس نہیں ہے تو کیا کیا جائے؟ اب آپ ریفرنس کو بدل لیا۔</w:t>
      </w:r>
    </w:p>
    <w:p>
      <w:r>
        <w:rPr>
          <w:b/>
        </w:rPr>
        <w:t xml:space="preserve">[04:11] </w:t>
      </w:r>
      <w:r>
        <w:t>yani Allah ki</w:t>
      </w:r>
    </w:p>
    <w:p>
      <w:pPr>
        <w:jc w:val="right"/>
      </w:pPr>
      <w:r>
        <w:t>یعنی اللہ کی</w:t>
      </w:r>
    </w:p>
    <w:p>
      <w:r>
        <w:rPr>
          <w:b/>
        </w:rPr>
        <w:t xml:space="preserve">[04:15] </w:t>
      </w:r>
      <w:r>
        <w:t>Allah ki madad ko</w:t>
      </w:r>
    </w:p>
    <w:p>
      <w:pPr>
        <w:jc w:val="right"/>
      </w:pPr>
      <w:r>
        <w:t>اللہ کی مدد کو</w:t>
      </w:r>
    </w:p>
    <w:p>
      <w:r>
        <w:rPr>
          <w:b/>
        </w:rPr>
        <w:t xml:space="preserve">[04:20] </w:t>
      </w:r>
      <w:r>
        <w:t>talab karne ke liye naya reference paida kijiye. to mujhe ek ayat yaad aai, yeh ayat parhiye aap:</w:t>
      </w:r>
    </w:p>
    <w:p>
      <w:pPr>
        <w:jc w:val="right"/>
      </w:pPr>
      <w:r>
        <w:t>طلب کرنے کے لیے نیا ریفرنس پیدا کیجئے۔ تو مجھے ایک آیت یاد آئی، یہ آیت پڑھیے آپ:</w:t>
      </w:r>
    </w:p>
    <w:p>
      <w:r>
        <w:rPr>
          <w:b/>
        </w:rPr>
        <w:t xml:space="preserve">[04:30] </w:t>
      </w:r>
      <w:r>
        <w:t>"ilayhi yas'adu al-kalim al-tayyib wa al-'amal al-salih yarfa'" surah fatir ayat number 10. isi ki taraf pakiza kalam chadhta hai aur amal saleh is ko oopar uthata hai.</w:t>
      </w:r>
    </w:p>
    <w:p>
      <w:pPr>
        <w:jc w:val="right"/>
      </w:pPr>
      <w:r>
        <w:t>"الیہ صدر الکلم الطیب والعمل الصالحیرفع" سورہ فاطر آیت نمبر 10۔ اسی کی طرف پاکیزہ کلام چڑھتا ہے اور عمل صالح اس کو اوپر اٹھاتا ہے۔</w:t>
      </w:r>
    </w:p>
    <w:p>
      <w:r>
        <w:rPr>
          <w:b/>
        </w:rPr>
        <w:t xml:space="preserve">[04:46] </w:t>
      </w:r>
      <w:r>
        <w:t>kya tarjuma hai? isi ki taraf pakiza kalam chadhta hai aur amal saleh is ko oopar uthata hai.</w:t>
      </w:r>
    </w:p>
    <w:p>
      <w:pPr>
        <w:jc w:val="right"/>
      </w:pPr>
      <w:r>
        <w:t>کیا ترجمہ ہے؟ اسی کی طرف پاکیزہ کلام چڑھتا ہے اور عمل صالح اس کو اوپر اٹھاتا ہے۔</w:t>
      </w:r>
    </w:p>
    <w:p>
      <w:r>
        <w:rPr>
          <w:b/>
        </w:rPr>
        <w:t xml:space="preserve">[04:54] </w:t>
      </w:r>
      <w:r>
        <w:t>haan, pakiza kalam Allah ki taraf chadhta hai aur amal saleh is ko oopar le aata hai.</w:t>
      </w:r>
    </w:p>
    <w:p>
      <w:pPr>
        <w:jc w:val="right"/>
      </w:pPr>
      <w:r>
        <w:t>ہاں، پاکیزہ کلام اللہ کی طرف چڑھتا ہے اور عمل صالح اس کو اوپر لے آتا ہے۔</w:t>
      </w:r>
    </w:p>
    <w:p>
      <w:r>
        <w:rPr>
          <w:b/>
        </w:rPr>
        <w:t xml:space="preserve">[05:07] </w:t>
      </w:r>
      <w:r>
        <w:t>to ab aap reference ko badlie.</w:t>
      </w:r>
    </w:p>
    <w:p>
      <w:pPr>
        <w:jc w:val="right"/>
      </w:pPr>
      <w:r>
        <w:t>تو اب آپ ریفرنس کو بدلیے۔</w:t>
      </w:r>
    </w:p>
    <w:p>
      <w:r>
        <w:rPr>
          <w:b/>
        </w:rPr>
        <w:t xml:space="preserve">[05:13] </w:t>
      </w:r>
      <w:r>
        <w:t>to maine reference ko badla. yani maine kaha ke khana lao, bilkul ji nahi chahta tha khane ka aur pitai jaise thi hi nahi.</w:t>
      </w:r>
    </w:p>
    <w:p>
      <w:pPr>
        <w:jc w:val="right"/>
      </w:pPr>
      <w:r>
        <w:t>تو میں نے ریفرنس کو بدلا۔ یعنی میں نے کہا کہ کھانا لاؤ، بالکل جی نہیں چاہتا تھا کھانے کا اور پٹائی جیسے تھی ہی نہیں۔</w:t>
      </w:r>
    </w:p>
    <w:p>
      <w:r>
        <w:rPr>
          <w:b/>
        </w:rPr>
        <w:t xml:space="preserve">[05:24] </w:t>
      </w:r>
      <w:r>
        <w:t>lekin phir bhi maine bismillah-hir-rahman-nir-rahim ko khana shuru kar diya. to ab main bilkul normal hoon. sirf yeh hai ke kyunke mujhe zukaam ho gaya tha to aawaz mein kuch farq hai.</w:t>
      </w:r>
    </w:p>
    <w:p>
      <w:pPr>
        <w:jc w:val="right"/>
      </w:pPr>
      <w:r>
        <w:t>لیکن پھر بھی میں نے بسم اللہ الرحمن الرحیم کو کھانا شروع کر دیا۔ تو اب میں بالکل نارمل ہوں۔ صرف یہ ہے کہ کیونکہ مجھے زکام ہو گیا تھا تو آواز میں کچھ فرق ہے۔</w:t>
      </w:r>
    </w:p>
    <w:p>
      <w:r>
        <w:rPr>
          <w:b/>
        </w:rPr>
        <w:t xml:space="preserve">[05:42] </w:t>
      </w:r>
      <w:r>
        <w:t>wo inshallah bahut jald theek ho jayega. to yeh cheez mujhe discovery hui ke aap "aliya aliya sadr al-kalim al-tayyib wal-amal al-salih"</w:t>
      </w:r>
    </w:p>
    <w:p>
      <w:pPr>
        <w:jc w:val="right"/>
      </w:pPr>
      <w:r>
        <w:t>وہ انشاءاللہ بہت جلد ٹھیک ہو جائے گا۔ تو یہ چیز مجھے ڈسکوری ہوئی کہ آپ "الیہ الیہ صدر الکلم الطیب والعمل الصالح"</w:t>
      </w:r>
    </w:p>
    <w:p>
      <w:r>
        <w:rPr>
          <w:b/>
        </w:rPr>
        <w:t xml:space="preserve">[05:58] </w:t>
      </w:r>
      <w:r>
        <w:t>ka reference badal liya, jang ka teer ka reference badal liya.</w:t>
      </w:r>
    </w:p>
    <w:p>
      <w:pPr>
        <w:jc w:val="right"/>
      </w:pPr>
      <w:r>
        <w:t>کا ریفرنس بدل لیا، جنگ کا تیر کا ریفرنس بدل لیا۔</w:t>
      </w:r>
    </w:p>
    <w:p>
      <w:r>
        <w:rPr>
          <w:b/>
        </w:rPr>
        <w:t xml:space="preserve">[06:09] </w:t>
      </w:r>
      <w:r>
        <w:t>yeh aaj mera tajurba hai. yani aap ne to ailaan kar diya tha meri tabiyat theek nahi hai.</w:t>
      </w:r>
    </w:p>
    <w:p>
      <w:pPr>
        <w:jc w:val="right"/>
      </w:pPr>
      <w:r>
        <w:t>یہ آج میرا تجربہ ہے۔ یعنی آپ نے تو اعلان کر دیا تھا میری طبیعت ٹھیک نہیں ہے۔</w:t>
      </w:r>
    </w:p>
    <w:p>
      <w:r>
        <w:rPr>
          <w:b/>
        </w:rPr>
        <w:t xml:space="preserve">[06:18] </w:t>
      </w:r>
      <w:r>
        <w:t>yani ke maine jab aisa kiya</w:t>
      </w:r>
    </w:p>
    <w:p>
      <w:pPr>
        <w:jc w:val="right"/>
      </w:pPr>
      <w:r>
        <w:t>یعنی کہ میں نے جب ایسا کیا</w:t>
      </w:r>
    </w:p>
    <w:p>
      <w:r>
        <w:rPr>
          <w:b/>
        </w:rPr>
        <w:t xml:space="preserve">[06:24] </w:t>
      </w:r>
      <w:r>
        <w:t>ke</w:t>
      </w:r>
    </w:p>
    <w:p>
      <w:pPr>
        <w:jc w:val="right"/>
      </w:pPr>
      <w:r>
        <w:t>کہ</w:t>
      </w:r>
    </w:p>
    <w:p>
      <w:r>
        <w:rPr>
          <w:b/>
        </w:rPr>
        <w:t xml:space="preserve">[06:28] </w:t>
      </w:r>
      <w:r>
        <w:t>appetite ke baghair khana khaya, bismillah-hir-rahman-nir-rahim kar ke,</w:t>
      </w:r>
    </w:p>
    <w:p>
      <w:pPr>
        <w:jc w:val="right"/>
      </w:pPr>
      <w:r>
        <w:t>اپیٹائٹ کے بغیر کھانا کھایا، بسم اللہ الرحمن الرحیم کر کے،</w:t>
      </w:r>
    </w:p>
    <w:p>
      <w:r>
        <w:rPr>
          <w:b/>
        </w:rPr>
        <w:t xml:space="preserve">[06:37] </w:t>
      </w:r>
      <w:r>
        <w:t>to Allah ke fazl se main normal ho gaya. ab jo hai zukaam ki aawaz thodi si hai, wo inshallah ho sakta hai ke aaj shaam tak ya kal subah tak khatm ho jaye.</w:t>
      </w:r>
    </w:p>
    <w:p>
      <w:pPr>
        <w:jc w:val="right"/>
      </w:pPr>
      <w:r>
        <w:t>تو اللہ کے فضل سے میں نارمل ہو گیا۔ اب جو ہے زکام کی آواز تھوڑی سی ہے، وہ انشاءاللہ ہو سکتا ہے کہ آج شام تک یا کل صبح تک ختم ہو جائے۔</w:t>
      </w:r>
    </w:p>
    <w:p>
      <w:r>
        <w:rPr>
          <w:b/>
        </w:rPr>
        <w:t xml:space="preserve">[06:53] </w:t>
      </w:r>
      <w:r>
        <w:t>yani jang ke reference ko badal kar aman ke reference mein lana chahiye.</w:t>
      </w:r>
    </w:p>
    <w:p>
      <w:pPr>
        <w:jc w:val="right"/>
      </w:pPr>
      <w:r>
        <w:t>یعنی جنگ کے ریفرنس کو بدل کر امن کے ریفرنس میں لانا چاہیے۔</w:t>
      </w:r>
    </w:p>
    <w:p>
      <w:r>
        <w:rPr>
          <w:b/>
        </w:rPr>
        <w:t xml:space="preserve">[07:03] </w:t>
      </w:r>
      <w:r>
        <w:t>jang ke reference ko badal kar peace ke reference mein lana chahiye</w:t>
      </w:r>
    </w:p>
    <w:p>
      <w:pPr>
        <w:jc w:val="right"/>
      </w:pPr>
      <w:r>
        <w:t>جنگ کے ریفرنس کو بدل کر پیس کے ریفرنس میں لانا چاہیے</w:t>
      </w:r>
    </w:p>
    <w:p>
      <w:r>
        <w:rPr>
          <w:b/>
        </w:rPr>
        <w:t xml:space="preserve">[07:11] </w:t>
      </w:r>
      <w:r>
        <w:t>aur dua karna chahiye. aur dua karna chahiye. yeh aaj meri samajh mein aaya.</w:t>
      </w:r>
    </w:p>
    <w:p>
      <w:pPr>
        <w:jc w:val="right"/>
      </w:pPr>
      <w:r>
        <w:t>اور دعا کرنا چاہیے۔ اور دعا کرنا چاہیے۔ یہ آج میری سمجھ میں آیا۔</w:t>
      </w:r>
    </w:p>
    <w:p>
      <w:r>
        <w:rPr>
          <w:b/>
        </w:rPr>
        <w:t xml:space="preserve">[07:32] </w:t>
      </w:r>
      <w:r>
        <w:t>maulana, reference badalne se pehle mindset badalna parega kyunke har ek ka ek ek mindset hota hai.</w:t>
      </w:r>
    </w:p>
    <w:p>
      <w:pPr>
        <w:jc w:val="right"/>
      </w:pPr>
      <w:r>
        <w:t>مولانا، ریفرنس بدلنے سے پہلے مائنڈ سیٹ بدلنا پڑے گا کیونکہ ہر ایک کا ایک ایک مائنڈ سیٹ ہوتا ہے۔</w:t>
      </w:r>
    </w:p>
    <w:p>
      <w:r>
        <w:rPr>
          <w:b/>
        </w:rPr>
        <w:t xml:space="preserve">[07:43] </w:t>
      </w:r>
      <w:r>
        <w:t>to wo mindset badalne ki shuruaat kaise ki jaye?</w:t>
      </w:r>
    </w:p>
    <w:p>
      <w:pPr>
        <w:jc w:val="right"/>
      </w:pPr>
      <w:r>
        <w:t>تو وہ مائنڈ سیٹ بدلنے کی شروعات کیسے کی جائے؟</w:t>
      </w:r>
    </w:p>
    <w:p>
      <w:r>
        <w:rPr>
          <w:b/>
        </w:rPr>
        <w:t xml:space="preserve">[07:51] </w:t>
      </w:r>
      <w:r>
        <w:t>tajurba. aap tajurba kijiye. mujhe apna ek qissa yaad aaya. ek martaba main fareed se sarai me ja raha tha, railway line kiraye kiraye.</w:t>
      </w:r>
    </w:p>
    <w:p>
      <w:pPr>
        <w:jc w:val="right"/>
      </w:pPr>
      <w:r>
        <w:t>تجربہ۔ آپ تجربہ کیجئے۔ مجھے اپنا ایک قصہ یاد آیا۔ ایک مرتبہ میں فریاد سے سرائمی جا رہا تھا، ریلوے لائن کرائے کرائے۔</w:t>
      </w:r>
    </w:p>
    <w:p>
      <w:r>
        <w:rPr>
          <w:b/>
        </w:rPr>
        <w:t xml:space="preserve">[08:05] </w:t>
      </w:r>
      <w:r>
        <w:t>mujhe sarai me jana tha to main railway ke line kiraye kiraye chal chal raha tha.</w:t>
      </w:r>
    </w:p>
    <w:p>
      <w:pPr>
        <w:jc w:val="right"/>
      </w:pPr>
      <w:r>
        <w:t>مجھے سرائمی جانا تھا تو میں ریلوے کے لائن کرائے کرائے چل چل رہا تھا۔</w:t>
      </w:r>
    </w:p>
    <w:p>
      <w:r>
        <w:rPr>
          <w:b/>
        </w:rPr>
        <w:t xml:space="preserve">[08:16] </w:t>
      </w:r>
      <w:r>
        <w:t>to ek jagah maine dekha ke ek</w:t>
      </w:r>
    </w:p>
    <w:p>
      <w:pPr>
        <w:jc w:val="right"/>
      </w:pPr>
      <w:r>
        <w:t>تو ایک جگہ میں نے دیکھا کہ ایک</w:t>
      </w:r>
    </w:p>
    <w:p>
      <w:r>
        <w:rPr>
          <w:b/>
        </w:rPr>
        <w:t xml:space="preserve">[08:22] </w:t>
      </w:r>
      <w:r>
        <w:t>bhains ka bachcha, jis ko kehte hain padiya, wo pada hua tha bazahir marne ki halat mein.</w:t>
      </w:r>
    </w:p>
    <w:p>
      <w:pPr>
        <w:jc w:val="right"/>
      </w:pPr>
      <w:r>
        <w:t>بھینس کا بچہ، جس کو کہتے ہیں پڑیا، وہ پڑا ہوا تھا بظاہر مرنے کی حالت میں۔</w:t>
      </w:r>
    </w:p>
    <w:p>
      <w:r>
        <w:rPr>
          <w:b/>
        </w:rPr>
        <w:t xml:space="preserve">[08:35] </w:t>
      </w:r>
      <w:r>
        <w:t>to us ke ghar wale, yani kisan jo the, un ke ghar ke samne tha qissa. wo pareshan the, sochte the ke ab bhai mar gaya.</w:t>
      </w:r>
    </w:p>
    <w:p>
      <w:pPr>
        <w:jc w:val="right"/>
      </w:pPr>
      <w:r>
        <w:t>تو اس کے گھر والے، یعنی کسان جو تھے، ان کے گھر کے سامنے تھا قصہ۔ وہ پریشان تھے، سوچتے تھے کہ اب بھئی مر گیا۔</w:t>
      </w:r>
    </w:p>
    <w:p>
      <w:r>
        <w:rPr>
          <w:b/>
        </w:rPr>
        <w:t xml:space="preserve">[08:48] </w:t>
      </w:r>
      <w:r>
        <w:t>to main wahan khara ho gaya.</w:t>
      </w:r>
    </w:p>
    <w:p>
      <w:pPr>
        <w:jc w:val="right"/>
      </w:pPr>
      <w:r>
        <w:t>تو میں وہاں کھڑا ہو گیا۔</w:t>
      </w:r>
    </w:p>
    <w:p>
      <w:r>
        <w:rPr>
          <w:b/>
        </w:rPr>
        <w:t xml:space="preserve">[08:53] </w:t>
      </w:r>
      <w:r>
        <w:t>yeh fareed aur sarai me ke beech ka waqia hai jab main padhta tha madrasay mein tabqa.</w:t>
      </w:r>
    </w:p>
    <w:p>
      <w:pPr>
        <w:jc w:val="right"/>
      </w:pPr>
      <w:r>
        <w:t>یہ فریاد اور سرامیر کے بیچ کا واقعہ ہے جب میں پڑھتا تھا مدرسے میں طبقہ۔</w:t>
      </w:r>
    </w:p>
    <w:p>
      <w:r>
        <w:rPr>
          <w:b/>
        </w:rPr>
        <w:t xml:space="preserve">[09:11] </w:t>
      </w:r>
      <w:r>
        <w:t>to zameen mein pada hua tha wo bachcha aur main wohin khara ho kar ke laga phoonk phoonkne,</w:t>
      </w:r>
    </w:p>
    <w:p>
      <w:pPr>
        <w:jc w:val="right"/>
      </w:pPr>
      <w:r>
        <w:t>تو زمین میں پڑا ہوا تھا وہ بچہ اور میں وہیں کھڑا ہو کر کے لگا پھونک پھونکنے،</w:t>
      </w:r>
    </w:p>
    <w:p>
      <w:r>
        <w:rPr>
          <w:b/>
        </w:rPr>
        <w:t xml:space="preserve">[09:22] </w:t>
      </w:r>
      <w:r>
        <w:t>koi duaen padh kar phoonkne laga. to ab tak mujhe yaad hai ke is mein harkat paida hui, wo aise aise kar ke uth ke khara ho gaya.</w:t>
      </w:r>
    </w:p>
    <w:p>
      <w:pPr>
        <w:jc w:val="right"/>
      </w:pPr>
      <w:r>
        <w:t>کوئی دعائیں پڑھ کر پھونکنے لگا۔ تو اب تک مجھے یاد ہے کہ اس میں حرکت پیدا ہوئی، وہ ایسے ایسے کر کے اٹھ کے کھڑا ہو گیا۔</w:t>
      </w:r>
    </w:p>
    <w:p>
      <w:r>
        <w:rPr>
          <w:b/>
        </w:rPr>
        <w:t xml:space="preserve">[09:36] </w:t>
      </w:r>
      <w:r>
        <w:t>yeh reference ko aise waqiat sahaba ki zindagi mein aate hain jang ke reference mein, jang ke reference mein.</w:t>
      </w:r>
    </w:p>
    <w:p>
      <w:pPr>
        <w:jc w:val="right"/>
      </w:pPr>
      <w:r>
        <w:t>یہ ریفرنس کو ایسے واقعات صحابہ کی زندگی میں آتے ہیں جنگ کے ریفرنس میں، جنگ کے ریفرنس میں۔</w:t>
      </w:r>
    </w:p>
    <w:p>
      <w:r>
        <w:rPr>
          <w:b/>
        </w:rPr>
        <w:t xml:space="preserve">[09:46] </w:t>
      </w:r>
      <w:r>
        <w:t>to main aaj meri samajh mein yeh baat aayi ke hum is is Allah ki is rehmat ko agar chahte hain dobara lotana to hamein jang ke reference ko badal kar aman ka reference mein lana chahiye.</w:t>
      </w:r>
    </w:p>
    <w:p>
      <w:pPr>
        <w:jc w:val="right"/>
      </w:pPr>
      <w:r>
        <w:t>تو میں آج میری سمجھ میں یہ بات آئی کہ ہم اس اس اللہ کی اس رحمت کو اگر چاہتے ہیں دوبارہ لوٹانا تو ہمیں جنگ کے ریفرنس کو بدل کر امن کا ریفرنس میں لانا چاہیے۔</w:t>
      </w:r>
    </w:p>
    <w:p>
      <w:r>
        <w:rPr>
          <w:b/>
        </w:rPr>
        <w:t xml:space="preserve">[10:10] </w:t>
      </w:r>
      <w:r>
        <w:t>to yeh mera ek ek tajurba tha aaj ka. to aap logon ko main yeh kahunga ke Allah par yaqeen paida kijiye,</w:t>
      </w:r>
    </w:p>
    <w:p>
      <w:pPr>
        <w:jc w:val="right"/>
      </w:pPr>
      <w:r>
        <w:t>تو یہ میرا ایک ایک تجربہ تھا آج کا۔ تو آپ لوگوں کو میں یہ کہوں گا کہ اللہ پر یقین پیدا کیجئے،</w:t>
      </w:r>
    </w:p>
    <w:p>
      <w:r>
        <w:rPr>
          <w:b/>
        </w:rPr>
        <w:t xml:space="preserve">[10:25] </w:t>
      </w:r>
      <w:r>
        <w:t>Allah par yaqeen paida kijiye aur jang ke reference ko aman ke reference mein badal liya.</w:t>
      </w:r>
    </w:p>
    <w:p>
      <w:pPr>
        <w:jc w:val="right"/>
      </w:pPr>
      <w:r>
        <w:t>اللہ پر یقین پیدا کیجئے اور جنگ کے ریفرنس کو امن کے ریفرنس میں بدل لیا۔</w:t>
      </w:r>
    </w:p>
    <w:p>
      <w:r>
        <w:rPr>
          <w:b/>
        </w:rPr>
        <w:t xml:space="preserve">[10:37] </w:t>
      </w:r>
      <w:r>
        <w:t>Kaisa? Aap logon ke samne kuch aata hai? Yeh</w:t>
      </w:r>
    </w:p>
    <w:p>
      <w:pPr>
        <w:jc w:val="right"/>
      </w:pPr>
      <w:r>
        <w:t>کیسا؟ آپ لوگوں کے سامنے کچھ آتا ہے؟ یہ</w:t>
      </w:r>
    </w:p>
    <w:p>
      <w:r>
        <w:rPr>
          <w:b/>
        </w:rPr>
        <w:t xml:space="preserve">[10:43] </w:t>
      </w:r>
      <w:r>
        <w:t>Maulana, aap yeh keh rahe hain ke jo badi badi baatein Sahaba ne jang ke reference mein jin par amal kiya, hum un ko reference se hata kar agar samajh paayein to aman ke reference mein hum is ko practice kar sakte hain.</w:t>
      </w:r>
    </w:p>
    <w:p>
      <w:pPr>
        <w:jc w:val="right"/>
      </w:pPr>
      <w:r>
        <w:t>مولانا، آپ یہ کہہ رہے ہیں کہ جو بڑی بڑی باتیں صحابہ نے جنگ کے ریفرنس میں جن پر عمل کیا، ہم ان کو ریفرنس سے ہٹا کر اگر سمجھ پائیں تو امن کے ریفرنس میں ہم اس کو پریکٹس کر سکتے ہیں۔</w:t>
      </w:r>
    </w:p>
    <w:p>
      <w:r>
        <w:rPr>
          <w:b/>
        </w:rPr>
        <w:t xml:space="preserve">[11:04] </w:t>
      </w:r>
      <w:r>
        <w:t>To Maulana, yeh bohat hi wisdom ki baat hai. Maulana, jab tak hum reference ko hata kar ke nahi lenge baaton mein, tab tak hum yeh samjhenge ke yeh hamare liye irrelevant baatein hain.</w:t>
      </w:r>
    </w:p>
    <w:p>
      <w:pPr>
        <w:jc w:val="right"/>
      </w:pPr>
      <w:r>
        <w:t>تو مولانا، یہ بہت ہی وزڈم کی بات ہے۔ مولانا، جب تک ہم ریفرنس کو ہٹا کر کے نہیں لیں گے باتوں میں، تب تک ہم یہ سمجھیں گے کہ یہ ہمارے لیے اریلیونٹ باتیں ہیں۔</w:t>
      </w:r>
    </w:p>
    <w:p>
      <w:r>
        <w:rPr>
          <w:b/>
        </w:rPr>
        <w:t xml:space="preserve">[11:24] </w:t>
      </w:r>
      <w:r>
        <w:t>Main samajhta hoon ke is tarah ke tajrube mujhe aur bhi hue hain, aur bhi hue hain. To mujhe yaqeen hai ke aap.</w:t>
      </w:r>
    </w:p>
    <w:p>
      <w:pPr>
        <w:jc w:val="right"/>
      </w:pPr>
      <w:r>
        <w:t>میں سمجھتا ہوں کہ اس طرح کے تجربے مجھے اور بھی ہوئے ہیں، اور بھی ہوئے ہیں۔ تو مجھے یقین ہے کہ آپ۔</w:t>
      </w:r>
    </w:p>
    <w:p>
      <w:r>
        <w:rPr>
          <w:b/>
        </w:rPr>
        <w:t xml:space="preserve">[11:37] </w:t>
      </w:r>
      <w:r>
        <w:t>Lekin is mein ek shart hai, ek shart hai. Woh yeh hai ke aitmad paida karna hoga, doosre aitmad ko aap ko chhodna padega.</w:t>
      </w:r>
    </w:p>
    <w:p>
      <w:pPr>
        <w:jc w:val="right"/>
      </w:pPr>
      <w:r>
        <w:t>لیکن اس میں ایک شرط ہے، ایک شرط ہے۔ وہ یہ ہے کہ اعتماد پیدا کرنا ہوگا، دوسرے اعتماد کو آپ کو چھوڑنا پڑے گا۔</w:t>
      </w:r>
    </w:p>
    <w:p>
      <w:r>
        <w:rPr>
          <w:b/>
        </w:rPr>
        <w:t xml:space="preserve">[11:56] </w:t>
      </w:r>
      <w:r>
        <w:t>Aaj kal logon ka haal yeh hai ke un ka sara aitmad apni family par hota hai, bas family, family, family, family. To aise log is competent nahi hain ke woh jang ke reference ko aman ke reference mein badalein.</w:t>
      </w:r>
    </w:p>
    <w:p>
      <w:pPr>
        <w:jc w:val="right"/>
      </w:pPr>
      <w:r>
        <w:t>آج کل لوگوں کا حال یہ ہے کہ ان کا سارا اعتماد اپنی فیملی پر ہوتا ہے، بس فیملی، فیملی، فیملی، فیملی۔ تو ایسے لوگ اس کمپیٹنٹ نہیں ہیں کہ وہ جنگ کے ریفرنس کو امن کے ریفرنس میں بدلیں۔</w:t>
      </w:r>
    </w:p>
    <w:p>
      <w:r>
        <w:rPr>
          <w:b/>
        </w:rPr>
        <w:t xml:space="preserve">[12:15] </w:t>
      </w:r>
      <w:r>
        <w:t>Woh competent nahi hain, woh badle to kuch hone wala nahi hai.</w:t>
      </w:r>
    </w:p>
    <w:p>
      <w:pPr>
        <w:jc w:val="right"/>
      </w:pPr>
      <w:r>
        <w:t>وہ کمپیٹنٹ نہیں ہیں، وہ بدلیں تو کچھ ہونے والا نہیں ہے۔</w:t>
      </w:r>
    </w:p>
    <w:p>
      <w:r>
        <w:rPr>
          <w:b/>
        </w:rPr>
        <w:t xml:space="preserve">[12:25] </w:t>
      </w:r>
      <w:r>
        <w:t>Quran mein dekhein, ek ayat hai,</w:t>
      </w:r>
    </w:p>
    <w:p>
      <w:pPr>
        <w:jc w:val="right"/>
      </w:pPr>
      <w:r>
        <w:t>قرآن میں دیکھیں، ایک آیت ہے،</w:t>
      </w:r>
    </w:p>
    <w:p>
      <w:r>
        <w:rPr>
          <w:b/>
        </w:rPr>
        <w:t xml:space="preserve">[12:30] </w:t>
      </w:r>
      <w:r>
        <w:t>Is ke alfaaz hain.</w:t>
      </w:r>
    </w:p>
    <w:p>
      <w:pPr>
        <w:jc w:val="right"/>
      </w:pPr>
      <w:r>
        <w:t>اس کے الفاظ ہیں۔</w:t>
      </w:r>
    </w:p>
    <w:p>
      <w:r>
        <w:rPr>
          <w:b/>
        </w:rPr>
        <w:t xml:space="preserve">[12:37] </w:t>
      </w:r>
      <w:r>
        <w:t>Woh ayat kya hai? Sahab, kaana fi ahli masroorah, in</w:t>
      </w:r>
    </w:p>
    <w:p>
      <w:pPr>
        <w:jc w:val="right"/>
      </w:pPr>
      <w:r>
        <w:t>وہ آیت کیا ہے؟ صاحب، کان فی اہلی مسرورہ، ان</w:t>
      </w:r>
    </w:p>
    <w:p>
      <w:r>
        <w:rPr>
          <w:b/>
        </w:rPr>
        <w:t xml:space="preserve">[12:41] </w:t>
      </w:r>
      <w:r>
        <w:t>Hu kaana fi ahli masroorah. Haan, is ka tarjuma padhiye. Beshak, woh tha apni family mein khush, khush hain.</w:t>
      </w:r>
    </w:p>
    <w:p>
      <w:pPr>
        <w:jc w:val="right"/>
      </w:pPr>
      <w:r>
        <w:t>ہ کان فی اہلی مسرورہ۔ ہاں، اس کا ترجمہ پڑھیے۔ بے شک، وہ تھا اپنی فیملی میں خوش، خوش ہیں۔</w:t>
      </w:r>
    </w:p>
    <w:p>
      <w:r>
        <w:rPr>
          <w:b/>
        </w:rPr>
        <w:t xml:space="preserve">[12:50] </w:t>
      </w:r>
      <w:r>
        <w:t>Beshak, woh apni family mein khush o khurram tha.</w:t>
      </w:r>
    </w:p>
    <w:p>
      <w:pPr>
        <w:jc w:val="right"/>
      </w:pPr>
      <w:r>
        <w:t>بے شک، وہ اپنی فیملی میں خوش و خرم تھا۔</w:t>
      </w:r>
    </w:p>
    <w:p>
      <w:r>
        <w:rPr>
          <w:b/>
        </w:rPr>
        <w:t xml:space="preserve">[12:53] </w:t>
      </w:r>
      <w:r>
        <w:t>Haan, ab aap ko khushi, khushi milti ho apni family mein, aap ko aitmad ho apni family mein, aap ko dil atka hua ho apni family mein,</w:t>
      </w:r>
    </w:p>
    <w:p>
      <w:pPr>
        <w:jc w:val="right"/>
      </w:pPr>
      <w:r>
        <w:t>ہاں، اب آپ کو خوشی، خوشی ملتی ہو اپنی فیملی میں، آپ کو اعتماد ہو اپنی فیملی میں، آپ کو دل اٹکا ہوا ہو اپنی فیملی میں،</w:t>
      </w:r>
    </w:p>
    <w:p>
      <w:r>
        <w:rPr>
          <w:b/>
        </w:rPr>
        <w:t xml:space="preserve">[13:10] </w:t>
      </w:r>
      <w:r>
        <w:t>Aap dua karein to woh dua</w:t>
      </w:r>
    </w:p>
    <w:p>
      <w:pPr>
        <w:jc w:val="right"/>
      </w:pPr>
      <w:r>
        <w:t>آپ دعا کریں تو وہ دعا</w:t>
      </w:r>
    </w:p>
    <w:p>
      <w:r>
        <w:rPr>
          <w:b/>
        </w:rPr>
        <w:t xml:space="preserve">[13:16] </w:t>
      </w:r>
      <w:r>
        <w:t>Yeh saboot karne wali nahi hai. Is dua ki koi haqeeqat nahi hai. Aap ko pehle apna trust ko badalna padega.</w:t>
      </w:r>
    </w:p>
    <w:p>
      <w:pPr>
        <w:jc w:val="right"/>
      </w:pPr>
      <w:r>
        <w:t>یہ ثبوت کرنے والی نہیں ہے۔ اس دعا کی کوئی حقیقت نہیں ہے۔ آپ کو پہلے اپنا ٹرسٹ کو بدلنا پڑے گا۔</w:t>
      </w:r>
    </w:p>
    <w:p>
      <w:r>
        <w:rPr>
          <w:b/>
        </w:rPr>
        <w:t xml:space="preserve">[13:34] </w:t>
      </w:r>
      <w:r>
        <w:t>Trust ko badalna padega. Trust ka matlab yeh hai ke aap ka dil</w:t>
      </w:r>
    </w:p>
    <w:p>
      <w:pPr>
        <w:jc w:val="right"/>
      </w:pPr>
      <w:r>
        <w:t>ٹرسٹ کو بدلنا پڑے گا۔ ٹرسٹ کا مطلب یہ ہے کہ آپ کا دل</w:t>
      </w:r>
    </w:p>
    <w:p>
      <w:r>
        <w:rPr>
          <w:b/>
        </w:rPr>
        <w:t xml:space="preserve">[13:44] </w:t>
      </w:r>
      <w:r>
        <w:t>Allah mein lag jaye.</w:t>
      </w:r>
    </w:p>
    <w:p>
      <w:pPr>
        <w:jc w:val="right"/>
      </w:pPr>
      <w:r>
        <w:t>اللہ میں لگ جائے۔</w:t>
      </w:r>
    </w:p>
    <w:p>
      <w:r>
        <w:rPr>
          <w:b/>
        </w:rPr>
        <w:t xml:space="preserve">[13:51] </w:t>
      </w:r>
      <w:r>
        <w:t>Agar dil Allah mein laga hua na ho to woh lift service hogi aur lift service wali dua kisi kaam ki nahi hai.</w:t>
      </w:r>
    </w:p>
    <w:p>
      <w:pPr>
        <w:jc w:val="right"/>
      </w:pPr>
      <w:r>
        <w:t>اگر دل اللہ میں لگا ہوا نہ ہو تو وہ لفٹ سروس ہوگی اور لفٹ سروس والی دعا کسی کام کی نہیں ہے۔</w:t>
      </w:r>
    </w:p>
    <w:p>
      <w:r>
        <w:rPr>
          <w:b/>
        </w:rPr>
        <w:t xml:space="preserve">[14:04] </w:t>
      </w:r>
      <w:r>
        <w:t>Ab aap log apni rai dein.</w:t>
      </w:r>
    </w:p>
    <w:p>
      <w:pPr>
        <w:jc w:val="right"/>
      </w:pPr>
      <w:r>
        <w:t>اب آپ لوگ اپنی رائے دیں۔</w:t>
      </w:r>
    </w:p>
    <w:p>
      <w:r>
        <w:rPr>
          <w:b/>
        </w:rPr>
        <w:t xml:space="preserve">[14:11] </w:t>
      </w:r>
      <w:r>
        <w:t>Maulana, ek sawaal aur ek observation hai ke aap ne apni life mein bhi ek aur change of reference demonstrate kiya ke jaise Maulana, pichhle zamane ke Musalmanon ne jang ki Yahudiyon ke saath, Isaiyon ke saath.</w:t>
      </w:r>
    </w:p>
    <w:p>
      <w:pPr>
        <w:jc w:val="right"/>
      </w:pPr>
      <w:r>
        <w:t>مولانا، ایک اہ سوال اور ایک ابزرویشن ہے کہ آپ نے اپنی لائف میں بھی اہ ایک اور چینج آف ریفرنس ڈیمونسٹریٹ کیا کہ جیسے مولانا، پچھلے زمانے کے مسلمانوں نے جنگ کی یہودیوں کے ساتھ، عیسائیوں کے ساتھ۔</w:t>
      </w:r>
    </w:p>
    <w:p>
      <w:r>
        <w:rPr>
          <w:b/>
        </w:rPr>
        <w:t xml:space="preserve">[14:30] </w:t>
      </w:r>
      <w:r>
        <w:t>To ab aap ki life se dekha ke jang ke muqable mein aap ne interaction jo hai, woh is ko aage badhaya.</w:t>
      </w:r>
    </w:p>
    <w:p>
      <w:pPr>
        <w:jc w:val="right"/>
      </w:pPr>
      <w:r>
        <w:t>تو اب آپ کی لائف سے دیکھا کہ اہ جنگ کے مقابلے میں آپ نے اہ انٹریکشن جو ہے، وہ اس کو آگے بڑھایا۔</w:t>
      </w:r>
    </w:p>
    <w:p>
      <w:r>
        <w:rPr>
          <w:b/>
        </w:rPr>
        <w:t xml:space="preserve">[14:40] </w:t>
      </w:r>
      <w:r>
        <w:t>Jaise Maulana, kal hi aap ko Delhi mein Rabai Ezekiel Malik ne apne synagogue mein bulaya. Maulana, to aap wahan gaye, aap ne apni baat bhi kahi aur unhone bhi bohat zyada aap ko yeh bataya ke aap ki wajah se bohat interaction ki opportunities jo hain, barhi hain aur bohat hi zyada unhone appreciate kiya aap ke interfaith work ko.</w:t>
      </w:r>
    </w:p>
    <w:p>
      <w:pPr>
        <w:jc w:val="right"/>
      </w:pPr>
      <w:r>
        <w:t>جیسے مولانا، کل ہی آپ کو دلی میں اہ ربائے ایزیکل مالک نے اپنے سینیگاگ میں بلایا۔ مولانا، تو آپ وہاں گئے، آپ نے اپنی بات بھی کہی اور انہوں نے بھی بہت زیادہ اہ آپ کی آپ کو یہ بتایا کہ آپ کی وجہ سے بہت انٹریکشن کی اپرچونیٹیز جو ہیں، بڑھی ہیں اور بہت ہی زیادہ انہوں نے ایپریشیٹ کیا آپ کے انٹر فیتھ ورک کو۔</w:t>
      </w:r>
    </w:p>
    <w:p>
      <w:r>
        <w:rPr>
          <w:b/>
        </w:rPr>
        <w:t xml:space="preserve">[15:06] </w:t>
      </w:r>
      <w:r>
        <w:t>To Maulana, yahan pe sawaal yeh aata hai ke Musalman to pichhle reference ko le ke hamesha Yahudiyon ko aur Isaiyon ko apna dushman mante hain.</w:t>
      </w:r>
    </w:p>
    <w:p>
      <w:pPr>
        <w:jc w:val="right"/>
      </w:pPr>
      <w:r>
        <w:t>تو مولانا، یہاں پہ سوال یہ آتا ہے کہ اہ مسلمان تو پچھلے ریفرنس کو لے کے ہمیشہ یہودیوں کو اور عیسائیوں کو اپنا دشمن مانتے ہیں۔</w:t>
      </w:r>
    </w:p>
    <w:p>
      <w:r>
        <w:rPr>
          <w:b/>
        </w:rPr>
        <w:t xml:space="preserve">[15:17] </w:t>
      </w:r>
      <w:r>
        <w:t>Lekin aaj ke daur mein aap ne woh reference change kiya jang ke reference ke muqable interaction. To woh us ke peeche kya hikmat hai ke aap kyun Yahudiyon ke saath, Isaiyon ke saath aur doosre mazhab ke logon ke saath interaction karte hain aur logon ko bhi kehte hain interaction karein?</w:t>
      </w:r>
    </w:p>
    <w:p>
      <w:pPr>
        <w:jc w:val="right"/>
      </w:pPr>
      <w:r>
        <w:t>اہ لیکن آج کے دور میں آپ نے وہ ریفرنس چینج کیا جنگ کے ریفرنس کے مقابلے انٹریکشن۔ تو وہ اہ اس کے پیچھے کیا حکمت ہے کہ آپ کیوں اہ یہودیوں کے ساتھ، عیسائیوں کے ساتھ اور دوسرے مذہب کے لوگوں کے ساتھ انٹریکشن کرتے ہیں اور لوگوں کو بھی کہتے ہیں انٹریکشن کریں؟</w:t>
      </w:r>
    </w:p>
    <w:p>
      <w:r>
        <w:rPr>
          <w:b/>
        </w:rPr>
        <w:t xml:space="preserve">[15:39] </w:t>
      </w:r>
      <w:r>
        <w:t>ab dekhen, main apna qissa batata hoon aap ko. yahan par aik colony hai, is colony ka naam hai</w:t>
      </w:r>
    </w:p>
    <w:p>
      <w:pPr>
        <w:jc w:val="right"/>
      </w:pPr>
      <w:r>
        <w:t>اب دیکھیں، میں اپنا قصہ بتاتا ہوں آپ کو۔ یہاں پر ایک کالونی ہے، اس کالونی کا نام ہے</w:t>
      </w:r>
    </w:p>
    <w:p>
      <w:r>
        <w:rPr>
          <w:b/>
        </w:rPr>
        <w:t xml:space="preserve">[15:55] </w:t>
      </w:r>
      <w:r>
        <w:t>woh bukhari nagar. aik colony hai to</w:t>
      </w:r>
    </w:p>
    <w:p>
      <w:pPr>
        <w:jc w:val="right"/>
      </w:pPr>
      <w:r>
        <w:t>وہ بخاری نگر۔ ایک کالونی ہے تو</w:t>
      </w:r>
    </w:p>
    <w:p>
      <w:r>
        <w:rPr>
          <w:b/>
        </w:rPr>
        <w:t xml:space="preserve">[16:07] </w:t>
      </w:r>
      <w:r>
        <w:t>woh hamare zamane mein bani thi jab hum dilli mein aaye. ab to bari colony ban gayi hai. woh shah prashad bukhari nagar.</w:t>
      </w:r>
    </w:p>
    <w:p>
      <w:pPr>
        <w:jc w:val="right"/>
      </w:pPr>
      <w:r>
        <w:t>وہ ہمارے زمانے میں بنی تھی جب ہم دلی میں آئے۔ اب تو بڑی کالونی بن گئی ہے۔ وہ شاہ پرشاد بخاری نگر۔</w:t>
      </w:r>
    </w:p>
    <w:p>
      <w:r>
        <w:rPr>
          <w:b/>
        </w:rPr>
        <w:t xml:space="preserve">[16:20] </w:t>
      </w:r>
      <w:r>
        <w:t>aap jante hain ke shah prashad aik jensen ke leader, leader thay. shah prashad bukhari, bukhari ji jensen ke leader, leader thay.</w:t>
      </w:r>
    </w:p>
    <w:p>
      <w:pPr>
        <w:jc w:val="right"/>
      </w:pPr>
      <w:r>
        <w:t>آپ جانتے ہیں کہ شاہ پرشاد ایک جنسن کے لیڈر، لیڈر تھے۔ شاہ پرشاد بخاری، بخاری جی جنسن کے لیڈر، لیڈر تھے۔</w:t>
      </w:r>
    </w:p>
    <w:p>
      <w:r>
        <w:rPr>
          <w:b/>
        </w:rPr>
        <w:t xml:space="preserve">[16:37] </w:t>
      </w:r>
      <w:r>
        <w:t>to un ke naam par aik bani hai colony. to ghaliban 1975 ki baat hai, 1975.</w:t>
      </w:r>
    </w:p>
    <w:p>
      <w:pPr>
        <w:jc w:val="right"/>
      </w:pPr>
      <w:r>
        <w:t>تو ان کے نام پر ایک بنی ہے کالونی۔ تو غالباً 1975 کی بات ہے، 1975۔</w:t>
      </w:r>
    </w:p>
    <w:p>
      <w:r>
        <w:rPr>
          <w:b/>
        </w:rPr>
        <w:t xml:space="preserve">[16:54] </w:t>
      </w:r>
      <w:r>
        <w:t>to us waqt main dilli mein kahin aur rehta tha.</w:t>
      </w:r>
    </w:p>
    <w:p>
      <w:pPr>
        <w:jc w:val="right"/>
      </w:pPr>
      <w:r>
        <w:t>تو اس وقت میں دلی میں کہیں اور رہتا تھا۔</w:t>
      </w:r>
    </w:p>
    <w:p>
      <w:r>
        <w:rPr>
          <w:b/>
        </w:rPr>
        <w:t xml:space="preserve">[17:03] </w:t>
      </w:r>
      <w:r>
        <w:t>to main ne chhe mahine ke liye wahan par aik aik ghar liya, chhe mahine ke liye.</w:t>
      </w:r>
    </w:p>
    <w:p>
      <w:pPr>
        <w:jc w:val="right"/>
      </w:pPr>
      <w:r>
        <w:t>تو میں نے چھ مہینے کے لیے وہاں پر ایک ایک گھر لیا، چھ مہینے کے لیے۔</w:t>
      </w:r>
    </w:p>
    <w:p>
      <w:r>
        <w:rPr>
          <w:b/>
        </w:rPr>
        <w:t xml:space="preserve">[17:18] </w:t>
      </w:r>
      <w:r>
        <w:t>is zamane mein in ka kiraya paanch sau rupay tha per month. aaj ke lehaz se</w:t>
      </w:r>
    </w:p>
    <w:p>
      <w:pPr>
        <w:jc w:val="right"/>
      </w:pPr>
      <w:r>
        <w:t>اس زمانے میں ان کا کرایہ پانچ سو روپے تھا پر منتھ۔ آج کے لحاظ سے</w:t>
      </w:r>
    </w:p>
    <w:p>
      <w:r>
        <w:rPr>
          <w:b/>
        </w:rPr>
        <w:t xml:space="preserve">[17:27] </w:t>
      </w:r>
      <w:r>
        <w:t>paanch sau bohat ziyada hai, bohat ziyada hai. to main poore chhe mahine is colony ke is ghar mein raha.</w:t>
      </w:r>
    </w:p>
    <w:p>
      <w:pPr>
        <w:jc w:val="right"/>
      </w:pPr>
      <w:r>
        <w:t>پانچ سو بہت زیادہ ہے، بہت زیادہ ہے۔ تو میں پورے چھ مہینے اس کالونی کے اس گھر میں رہا۔</w:t>
      </w:r>
    </w:p>
    <w:p>
      <w:r>
        <w:rPr>
          <w:b/>
        </w:rPr>
        <w:t xml:space="preserve">[17:44] </w:t>
      </w:r>
      <w:r>
        <w:t>dhamija aik thay, un ka woh ghar tha.</w:t>
      </w:r>
    </w:p>
    <w:p>
      <w:pPr>
        <w:jc w:val="right"/>
      </w:pPr>
      <w:r>
        <w:t>دھمیجہ ایک تھے، ان کا وہ گھر تھا۔</w:t>
      </w:r>
    </w:p>
    <w:p>
      <w:r>
        <w:rPr>
          <w:b/>
        </w:rPr>
        <w:t xml:space="preserve">[17:50] </w:t>
      </w:r>
      <w:r>
        <w:t>is dhamija neeche thay, main oopar bane kiraya par liya tha.</w:t>
      </w:r>
    </w:p>
    <w:p>
      <w:pPr>
        <w:jc w:val="right"/>
      </w:pPr>
      <w:r>
        <w:t>اس دھمیجہ نیچے تھے، میں اوپر بنے کرایہ پر لیا تھا۔</w:t>
      </w:r>
    </w:p>
    <w:p>
      <w:r>
        <w:rPr>
          <w:b/>
        </w:rPr>
        <w:t xml:space="preserve">[17:59] </w:t>
      </w:r>
      <w:r>
        <w:t>to aap jante hain chhe mahine kya kiya? main ne</w:t>
      </w:r>
    </w:p>
    <w:p>
      <w:pPr>
        <w:jc w:val="right"/>
      </w:pPr>
      <w:r>
        <w:t>تو آپ جانتے ہیں چھ مہینے کیا کیا؟ میں نے</w:t>
      </w:r>
    </w:p>
    <w:p>
      <w:r>
        <w:rPr>
          <w:b/>
        </w:rPr>
        <w:t xml:space="preserve">[18:05] </w:t>
      </w:r>
      <w:r>
        <w:t>chhe mahine wahan us waqt bohat pais tha. ab to suna hai ke wahan bheer bhaad ho gayi hai. us waqt bohat pais tha, wahan</w:t>
      </w:r>
    </w:p>
    <w:p>
      <w:pPr>
        <w:jc w:val="right"/>
      </w:pPr>
      <w:r>
        <w:t>چھ مہینے وہاں اس وقت بہت پیس تھا۔ اب تو سنا ہے کہ وہاں بھیڑ بھاڑ ہو گئی ہے۔ اس وقت بہت پیس تھا، وہاں</w:t>
      </w:r>
    </w:p>
    <w:p>
      <w:r>
        <w:rPr>
          <w:b/>
        </w:rPr>
        <w:t xml:space="preserve">[18:19] </w:t>
      </w:r>
      <w:r>
        <w:t>bohat pais tha is zamane mein. to poora chhe mahine main ne aik hi kaam kiya, aik hi kaam kiya.</w:t>
      </w:r>
    </w:p>
    <w:p>
      <w:pPr>
        <w:jc w:val="right"/>
      </w:pPr>
      <w:r>
        <w:t>بہت پیس تھا اس زمانے میں۔ تو پورا چھ مہینے میں نے ایک ہی کام کیا، ایک ہی کام کیا۔</w:t>
      </w:r>
    </w:p>
    <w:p>
      <w:r>
        <w:rPr>
          <w:b/>
        </w:rPr>
        <w:t xml:space="preserve">[18:31] </w:t>
      </w:r>
      <w:r>
        <w:t>woh hai bible ka mutala. bible jo old testament aur new testament ka majmooa kehte hain, bible.</w:t>
      </w:r>
    </w:p>
    <w:p>
      <w:pPr>
        <w:jc w:val="right"/>
      </w:pPr>
      <w:r>
        <w:t>وہ ہے بائبل کا مطالعہ۔ بائبل جو اولڈ ٹیسٹمنٹ اور نیو ٹیسٹمنٹ کا مجموعہ کہتے ہیں، بائبل۔</w:t>
      </w:r>
    </w:p>
    <w:p>
      <w:r>
        <w:rPr>
          <w:b/>
        </w:rPr>
        <w:t xml:space="preserve">[18:44] </w:t>
      </w:r>
      <w:r>
        <w:t>old testament aur new testament ke majmooe ko kehte hain bible.</w:t>
      </w:r>
    </w:p>
    <w:p>
      <w:pPr>
        <w:jc w:val="right"/>
      </w:pPr>
      <w:r>
        <w:t>اولڈ ٹیسٹمنٹ اور نیو ٹیسٹمنٹ کے مجموعے کو کہتے ہیں بائبل۔</w:t>
      </w:r>
    </w:p>
    <w:p>
      <w:r>
        <w:rPr>
          <w:b/>
        </w:rPr>
        <w:t xml:space="preserve">[18:56] </w:t>
      </w:r>
      <w:r>
        <w:t>to woh main ne hasil kiya kahin se aur is ka aik is ka english translation aur aik urdu translation do hasil kiya main ne.</w:t>
      </w:r>
    </w:p>
    <w:p>
      <w:pPr>
        <w:jc w:val="right"/>
      </w:pPr>
      <w:r>
        <w:t>تو وہ میں نے حاصل کیا کہیں سے اور اس کا ایک اس کا انگلش ٹرانسلیشن اور ایک اردو ٹرانسلیشن دو حاصل کیا میں نے۔</w:t>
      </w:r>
    </w:p>
    <w:p>
      <w:r>
        <w:rPr>
          <w:b/>
        </w:rPr>
        <w:t xml:space="preserve">[19:12] </w:t>
      </w:r>
      <w:r>
        <w:t>yeh english translation aur urdu translation.</w:t>
      </w:r>
    </w:p>
    <w:p>
      <w:pPr>
        <w:jc w:val="right"/>
      </w:pPr>
      <w:r>
        <w:t>یہ انگلش ٹرانسلیشن اور اردو ٹرانسلیشن۔</w:t>
      </w:r>
    </w:p>
    <w:p>
      <w:r>
        <w:rPr>
          <w:b/>
        </w:rPr>
        <w:t xml:space="preserve">[19:19] </w:t>
      </w:r>
      <w:r>
        <w:t>to yeh bible jo thi, is ko main ne chhe mahine tak koi doosra kaam nahi kiya.</w:t>
      </w:r>
    </w:p>
    <w:p>
      <w:pPr>
        <w:jc w:val="right"/>
      </w:pPr>
      <w:r>
        <w:t>تو یہ بائبل جو تھی، اس کو میں نے چھ مہینے تک کوئی دوسرا کام نہیں کیا۔</w:t>
      </w:r>
    </w:p>
    <w:p>
      <w:r>
        <w:rPr>
          <w:b/>
        </w:rPr>
        <w:t xml:space="preserve">[19:28] </w:t>
      </w:r>
      <w:r>
        <w:t>chhe mahine tak main ne koi doosra kaam nahi kiya, bas isi ko parhta raha, parhta raha, parhta raha. yani word by word main ne bible ko parha chhe mahine tak.</w:t>
      </w:r>
    </w:p>
    <w:p>
      <w:pPr>
        <w:jc w:val="right"/>
      </w:pPr>
      <w:r>
        <w:t>چھ مہینے تک میں نے کوئی دوسرا کام نہیں کیا، بس اسی کو پڑھتا رہا، پڑھتا رہا، پڑھتا رہا۔ یعنی ورڈ بائی ورڈ میں نے بائبل کو پڑھا چھ مہینے تک۔</w:t>
      </w:r>
    </w:p>
    <w:p>
      <w:r>
        <w:rPr>
          <w:b/>
        </w:rPr>
        <w:t xml:space="preserve">[19:41] </w:t>
      </w:r>
      <w:r>
        <w:t>to main keh sakta hoon ke quran fahmi mein mujhe bohat ziyada faida mila hai. jo log yeh mante hain ke ke</w:t>
      </w:r>
    </w:p>
    <w:p>
      <w:pPr>
        <w:jc w:val="right"/>
      </w:pPr>
      <w:r>
        <w:t>تو میں کہہ سکتا ہوں کہ قرآن فہمی میں مجھے بہت زیادہ فائدہ ملا ہے۔ جو لوگ یہ مانتے ہیں کہ کہ</w:t>
      </w:r>
    </w:p>
    <w:p>
      <w:r>
        <w:rPr>
          <w:b/>
        </w:rPr>
        <w:t xml:space="preserve">[19:58] </w:t>
      </w:r>
      <w:r>
        <w:t>rabt banar ayat, rabt banar sur, yeh qaleed hai, main is ko sahi nahi samajhta. is yeh maan kar ke aap quran ko mehdood kar rahe hain, mehdood kar dete hain.</w:t>
      </w:r>
    </w:p>
    <w:p>
      <w:pPr>
        <w:jc w:val="right"/>
      </w:pPr>
      <w:r>
        <w:t>ربط بنر آیات، ربط بنر سور، یہ کلید ہے، میں اس کو صحیح نہیں سمجھتا۔ اس یہ مان کر کہ آپ قرآن کو محدود کر رہے ہیں، محدود کر کر دیتے ہیں۔</w:t>
      </w:r>
    </w:p>
    <w:p>
      <w:r>
        <w:rPr>
          <w:b/>
        </w:rPr>
        <w:t xml:space="preserve">[20:12] </w:t>
      </w:r>
      <w:r>
        <w:t>wohi ayaten jo aas paas hain, bas usi ko sochte rahiye. nahi, aap tareekh ko milaiye, pichle nabiyon ke</w:t>
      </w:r>
    </w:p>
    <w:p>
      <w:pPr>
        <w:jc w:val="right"/>
      </w:pPr>
      <w:r>
        <w:t>وہی آیتیں جو اس پاس ہیں، بس اسی کو سوچتے رہیے۔ نہیں، آپ تاریخ کو ملائیے، پچھلے نبیوں کے</w:t>
      </w:r>
    </w:p>
    <w:p>
      <w:r>
        <w:rPr>
          <w:b/>
        </w:rPr>
        <w:t xml:space="preserve">[20:28] </w:t>
      </w:r>
      <w:r>
        <w:t>par jo kalam utra, us ko milaiye.</w:t>
      </w:r>
    </w:p>
    <w:p>
      <w:pPr>
        <w:jc w:val="right"/>
      </w:pPr>
      <w:r>
        <w:t>پر جو کلام اترا، اس کو ملائیے۔</w:t>
      </w:r>
    </w:p>
    <w:p>
      <w:r>
        <w:rPr>
          <w:b/>
        </w:rPr>
        <w:t xml:space="preserve">[20:33] </w:t>
      </w:r>
      <w:r>
        <w:t>jo relevant baaten hain quran se, us ko milaiye. tab aap ko samjhenge quran. main inshallah kisi moqa par yeh bataunga ke bible ke mutale se mujhe kya kya faiday hue hain.</w:t>
      </w:r>
    </w:p>
    <w:p>
      <w:pPr>
        <w:jc w:val="right"/>
      </w:pPr>
      <w:r>
        <w:t>جو ریلیونٹ باتیں ہیں قرآن سے، اس کو ملائیے۔ تب آپ کو سمجھیں گے قرآن۔ میں انشاءاللہ کسی موقع پر یہ بتاؤں گا کہ بائبل کے مطالعے سے مجھے کیا کیا فائدے ہوئے ہیں۔</w:t>
      </w:r>
    </w:p>
    <w:p>
      <w:r>
        <w:rPr>
          <w:b/>
        </w:rPr>
        <w:t xml:space="preserve">[20:51] </w:t>
      </w:r>
      <w:r>
        <w:t>quran fahmi mein mere paas bohat se references hain ke bible ke mutale se mujhe quran fahmi mein bohat zabardast faiday hasil hue.</w:t>
      </w:r>
    </w:p>
    <w:p>
      <w:pPr>
        <w:jc w:val="right"/>
      </w:pPr>
      <w:r>
        <w:t>قرآن فہمی میں میرے پاس بہت سے ریفرنسز ہیں کہ بائبل کے مطالعے سے مجھے قرآن فہمی میں بہت زبردست فائدے حاصل ہوئے۔</w:t>
      </w:r>
    </w:p>
    <w:p>
      <w:r>
        <w:rPr>
          <w:b/>
        </w:rPr>
        <w:t xml:space="preserve">[21:05] </w:t>
      </w:r>
      <w:r>
        <w:t>woh mein misalein doon ga aap ko kisi moqay par. to jo log yeh samajhte hain ke</w:t>
      </w:r>
    </w:p>
    <w:p>
      <w:pPr>
        <w:jc w:val="right"/>
      </w:pPr>
      <w:r>
        <w:t>وہ میں مثالیں دوں گا آپ کو کسی موقع پر۔ تو جو لوگ یہ سمجھتے ہیں کہ</w:t>
      </w:r>
    </w:p>
    <w:p>
      <w:r>
        <w:rPr>
          <w:b/>
        </w:rPr>
        <w:t xml:space="preserve">[21:16] </w:t>
      </w:r>
      <w:r>
        <w:t>rabt banar ayat, rabt banar sur, yeh bilkul mein is ko nahi manta. yeh quran ko mehdood karna hai, mehdood. quran to sari karat ka waqeem man ayat samawat wal ardh yamarun alaiha wa man mardun.</w:t>
      </w:r>
    </w:p>
    <w:p>
      <w:pPr>
        <w:jc w:val="right"/>
      </w:pPr>
      <w:r>
        <w:t>ربط بنر آیات، ربط بنر سور، یہ بالکل میں اس کو نہیں مانتا۔ یہ قرآن کو محدود کرنا ہے، محدود۔ قرآن تو ساری کارات کا وقیم من آیت سماوات والارض یمرون علیہا و من مردون۔</w:t>
      </w:r>
    </w:p>
    <w:p>
      <w:r>
        <w:rPr>
          <w:b/>
        </w:rPr>
        <w:t xml:space="preserve">[21:36] </w:t>
      </w:r>
      <w:r>
        <w:t>to yamarun ka mani hai ke woh waqiat ko samne atay hain aur phir bhi woh nazar andaz karte hain. to mein inshallah kisi moqay par misalein de kar bataoon ga ke quran fahmi mein mujhe kitna faida hua bible ke mutale se.</w:t>
      </w:r>
    </w:p>
    <w:p>
      <w:pPr>
        <w:jc w:val="right"/>
      </w:pPr>
      <w:r>
        <w:t>تو یمرون کا معنی ہے کہ وہ واقعات کو سامنے آتے ہیں اور پھر بھی وہ نظر انداز کرتے ہیں۔ تو میں انشاءاللہ کسی موقع پر مثالیں دے کر بتاؤں گا کہ قرآن فہمی میں مجھے کتنا فائدہ ہوا بائبل کے مطالعے سے۔</w:t>
      </w:r>
    </w:p>
    <w:p>
      <w:r>
        <w:rPr>
          <w:b/>
        </w:rPr>
        <w:t xml:space="preserve">[21:57] </w:t>
      </w:r>
      <w:r>
        <w:t>aaj ka yeh mozu nahi hai lekin mein aap ko batata hoon aur inshallah mein is ki misalein doon ga kisi aur moqay par.</w:t>
      </w:r>
    </w:p>
    <w:p>
      <w:pPr>
        <w:jc w:val="right"/>
      </w:pPr>
      <w:r>
        <w:t>آج کا یہ موضوع نہیں ہے لیکن میں آپ کو بتاتا ہوں اور انشاءاللہ میں اس کی مثالیں دوں گا کسی اور موقع پر۔</w:t>
      </w:r>
    </w:p>
    <w:p>
      <w:r>
        <w:rPr>
          <w:b/>
        </w:rPr>
        <w:t xml:space="preserve">[22:12] </w:t>
      </w:r>
      <w:r>
        <w:t>aur sirf yahi nahi, bible ki baat nahi hai. phir jab mein ne science parha, history parhi</w:t>
      </w:r>
    </w:p>
    <w:p>
      <w:pPr>
        <w:jc w:val="right"/>
      </w:pPr>
      <w:r>
        <w:t>اور صرف یہی نہیں، بائبل کی بات نہیں ہے۔ پھر جب میں نے سائنس پڑھا، ہسٹری پڑھی</w:t>
      </w:r>
    </w:p>
    <w:p>
      <w:r>
        <w:rPr>
          <w:b/>
        </w:rPr>
        <w:t xml:space="preserve">[22:23] </w:t>
      </w:r>
      <w:r>
        <w:t>to maloom hua ke jo log quran fahmi ke liye jo jin uloom ko samajhte hain, woh quran ko mehdood karna hai, mehdood.</w:t>
      </w:r>
    </w:p>
    <w:p>
      <w:pPr>
        <w:jc w:val="right"/>
      </w:pPr>
      <w:r>
        <w:t>تو معلوم ہوا کہ جو لوگ قرآن فہمی کے لیے جو جن علوم کو سمجھتے ہیں، وہ قرآن کو محدود کرنا ہے، محدود۔</w:t>
      </w:r>
    </w:p>
    <w:p>
      <w:r>
        <w:rPr>
          <w:b/>
        </w:rPr>
        <w:t xml:space="preserve">[22:38] </w:t>
      </w:r>
      <w:r>
        <w:t>tareekh bhi madadgar hai, bible bhi madadgar hai, qomon ke tajrubaat bhi madadgar hain.</w:t>
      </w:r>
    </w:p>
    <w:p>
      <w:pPr>
        <w:jc w:val="right"/>
      </w:pPr>
      <w:r>
        <w:t>تاریخ بھی مددگار ہے، بائبل بھی مددگار ہے، قوموں کے تجربات بھی مددگار ہیں۔</w:t>
      </w:r>
    </w:p>
    <w:p>
      <w:r>
        <w:rPr>
          <w:b/>
        </w:rPr>
        <w:t xml:space="preserve">[22:53] </w:t>
      </w:r>
      <w:r>
        <w:t>inshallah mein kisi moqay par misalein de kar is ko wazeh</w:t>
      </w:r>
    </w:p>
    <w:p>
      <w:pPr>
        <w:jc w:val="right"/>
      </w:pPr>
      <w:r>
        <w:t>انشاءاللہ میں کسی موقع پر مثالیں دے کر اس کو واضح</w:t>
      </w:r>
    </w:p>
    <w:p>
      <w:r>
        <w:rPr>
          <w:b/>
        </w:rPr>
        <w:t xml:space="preserve">[22:57] </w:t>
      </w:r>
      <w:r>
        <w:t>karoon ga. maulana doctor sahib ne apna comment diya hai ke aap ne yeh jo kaha ke woh reference badalne wala jo aap ne bataya ke reference badalna hai, pehle pehla daur jo tha rasool Allah ke zaman, woh violence ka daur tha.</w:t>
      </w:r>
    </w:p>
    <w:p>
      <w:pPr>
        <w:jc w:val="right"/>
      </w:pPr>
      <w:r>
        <w:t>کروں گا۔ مولانا ڈاکٹر صاحب نے اپنا کمنٹ دیا ہے کہ آپ نے یہ جو کہا کہ وہ ریفرنس بدلنے والا جو آپ نے بتایا کہ ریفرنس بدلنا ہے، پہلے پہلا دور جو تھا رسول اللہ کے زمانہ، وہ وائلنس کا دور تھا۔</w:t>
      </w:r>
    </w:p>
    <w:p>
      <w:r>
        <w:rPr>
          <w:b/>
        </w:rPr>
        <w:t xml:space="preserve">[23:11] </w:t>
      </w:r>
      <w:r>
        <w:t>tribes culture ki wajah se larai hoti thi to us zaman mein is reference se baat kahi gayi hai. aaj reference ko badalna hai to yeh unhon ne kaha yeh bohat ahem baat hai.</w:t>
      </w:r>
    </w:p>
    <w:p>
      <w:pPr>
        <w:jc w:val="right"/>
      </w:pPr>
      <w:r>
        <w:t>ٹرائبز کلچر کی وجہ سے لڑائی ہوتی تھی تو اس زمانے میں اس ریفرنس سے بات کہی گئی ہے۔ آج ریفرنس کو بدلنا ہے تو یہ انہوں نے کہا یہ بہت اہم بات ہے۔</w:t>
      </w:r>
    </w:p>
    <w:p>
      <w:r>
        <w:rPr>
          <w:b/>
        </w:rPr>
        <w:t xml:space="preserve">[23:20] </w:t>
      </w:r>
      <w:r>
        <w:t>is ko koi samajhta nahi hai, halankay aaj is ko samajhna hai. acha,</w:t>
      </w:r>
    </w:p>
    <w:p>
      <w:pPr>
        <w:jc w:val="right"/>
      </w:pPr>
      <w:r>
        <w:t>اس کو کوئی سمجھتا نہیں ہے، حالانکہ آج اس کو سمجھنا ہے۔ اچھا،</w:t>
      </w:r>
    </w:p>
    <w:p>
      <w:r>
        <w:rPr>
          <w:b/>
        </w:rPr>
        <w:t xml:space="preserve">[23:28] </w:t>
      </w:r>
      <w:r>
        <w:t>aur doosri baat to unhon ne yeh kahi ke jaise misal di unhon ne ke aik kashmir ke aik alam deen hain, un se kisi sahib ne kaha 25 saal se aap larai kar rahe hain, koi nateeja nahi nikla to kyun aisa kiya ja raha hai?</w:t>
      </w:r>
    </w:p>
    <w:p>
      <w:pPr>
        <w:jc w:val="right"/>
      </w:pPr>
      <w:r>
        <w:t>اور دوسری بات تو انہوں نے یہ کہی کہ جیسے مثال دی انہوں نے کہ ایک کشمیر کے ایک عالم دین ہیں، ان سے کسی صاحب نے کہا 25 سال سے آپ لڑائی کر رہے ہیں، کوئی نتیجہ نہیں نکلا تو کیوں ایسا کیا جا رہا ہے؟</w:t>
      </w:r>
    </w:p>
    <w:p>
      <w:r>
        <w:rPr>
          <w:b/>
        </w:rPr>
        <w:t xml:space="preserve">[23:42] </w:t>
      </w:r>
      <w:r>
        <w:t>to unhon ne kaha ke aap is ka result yahan dekhna chahte hain, is ka result akhirat mein nikle ga. sahi hai,</w:t>
      </w:r>
    </w:p>
    <w:p>
      <w:pPr>
        <w:jc w:val="right"/>
      </w:pPr>
      <w:r>
        <w:t>تو انہوں نے کہا کہ آپ اس کا رزلٹ یہاں دیکھنا چاہتے ہیں، اس کا رزلٹ آخرت میں نکلے گا۔ صحیح ہے،</w:t>
      </w:r>
    </w:p>
    <w:p>
      <w:r>
        <w:rPr>
          <w:b/>
        </w:rPr>
        <w:t xml:space="preserve">[23:53] </w:t>
      </w:r>
      <w:r>
        <w:t>kaha kashmir ke</w:t>
      </w:r>
    </w:p>
    <w:p>
      <w:pPr>
        <w:jc w:val="right"/>
      </w:pPr>
      <w:r>
        <w:t>کہا کشمیر کے</w:t>
      </w:r>
    </w:p>
    <w:p>
      <w:r>
        <w:rPr>
          <w:b/>
        </w:rPr>
        <w:t xml:space="preserve">[23:55] </w:t>
      </w:r>
      <w:r>
        <w:t>kashmir ke alam deen se kisi ne poocha ke 25 saal se aap larai kar rahe hain, aaj tak koi result nahi nikla? haan, to us alam deen ne yeh jawab diya ke result aap is is ka nateeja aap dunya mein kyun dekhna chahte hain?</w:t>
      </w:r>
    </w:p>
    <w:p>
      <w:pPr>
        <w:jc w:val="right"/>
      </w:pPr>
      <w:r>
        <w:t>کشمیر کے عالم دین سے کسی نے پوچھا کہ 25 سال سے آپ لڑائی کر رہے ہیں، آج تک کوئی رزلٹ نہیں نکلا؟ ہاں، تو اس عالم دین نے یہ جواب دیا کہ رزلٹ آپ اس اس کا نتیجہ آپ دنیا میں کیوں دیکھنا چاہتے ہیں؟</w:t>
      </w:r>
    </w:p>
    <w:p>
      <w:r>
        <w:rPr>
          <w:b/>
        </w:rPr>
        <w:t xml:space="preserve">[24:09] </w:t>
      </w:r>
      <w:r>
        <w:t>is ka nateeja akhirat mein nikle ga.</w:t>
      </w:r>
    </w:p>
    <w:p>
      <w:pPr>
        <w:jc w:val="right"/>
      </w:pPr>
      <w:r>
        <w:t>اس کا نتیجہ آخرت میں نکلے گا۔</w:t>
      </w:r>
    </w:p>
    <w:p>
      <w:r>
        <w:rPr>
          <w:b/>
        </w:rPr>
        <w:t xml:space="preserve">[24:11] </w:t>
      </w:r>
      <w:r>
        <w:t>yeh jhooti jhoota jawab hai,</w:t>
      </w:r>
    </w:p>
    <w:p>
      <w:pPr>
        <w:jc w:val="right"/>
      </w:pPr>
      <w:r>
        <w:t>یہ جھوٹی جھوٹا جواب ہے،</w:t>
      </w:r>
    </w:p>
    <w:p>
      <w:r>
        <w:rPr>
          <w:b/>
        </w:rPr>
        <w:t xml:space="preserve">[24:15] </w:t>
      </w:r>
      <w:r>
        <w:t>akhirat mein nikle ga hi iman ka, sachai mein jeene ka, Allah se darne ka, Allah par mohabbat karne ka.</w:t>
      </w:r>
    </w:p>
    <w:p>
      <w:pPr>
        <w:jc w:val="right"/>
      </w:pPr>
      <w:r>
        <w:t>آخرت میں نکلے گا ہی ایمان کا، سچائی میں جینے کا، اللہ سے ڈرنے کا، اللہ پر محبت کرنے کا۔</w:t>
      </w:r>
    </w:p>
    <w:p>
      <w:r>
        <w:rPr>
          <w:b/>
        </w:rPr>
        <w:t xml:space="preserve">[24:28] </w:t>
      </w:r>
      <w:r>
        <w:t>baqi larai to dunyavi waqia hai, aap darte kyun hain jab result nahi hai? to ladna dunyavi waqia hai, ladne ka result dunya mein bhi nikalna chahiye.</w:t>
      </w:r>
    </w:p>
    <w:p>
      <w:pPr>
        <w:jc w:val="right"/>
      </w:pPr>
      <w:r>
        <w:t>باقی لڑائی تو دنیاوی واقعہ ہے، آپ ڈرتے کیوں ہیں جب رزلٹ نہیں ہے؟ تو لڑنا دنیاوی واقعہ ہے، لڑنے کا رزلٹ دنیا میں بھی نکلنا چاہیے۔</w:t>
      </w:r>
    </w:p>
    <w:p>
      <w:r>
        <w:rPr>
          <w:b/>
        </w:rPr>
        <w:t xml:space="preserve">[24:43] </w:t>
      </w:r>
      <w:r>
        <w:t>haan, agar aap Allah se mohabbat karte hain, Allah par yaqeen karte hain, Allah wali baat karte hain, is ka result akhirat mein nikalna chahiye.</w:t>
      </w:r>
    </w:p>
    <w:p>
      <w:pPr>
        <w:jc w:val="right"/>
      </w:pPr>
      <w:r>
        <w:t>ہاں، اگر آپ اللہ سے محبت کرتے ہیں، اللہ پر یقین کرتے ہیں، اللہ والی بات کرتے ہیں، اس کا رزلٹ آخرت میں نکلنا چاہیے۔</w:t>
      </w:r>
    </w:p>
    <w:p>
      <w:r>
        <w:rPr>
          <w:b/>
        </w:rPr>
        <w:t xml:space="preserve">[24:58] </w:t>
      </w:r>
      <w:r>
        <w:t>yeh sahi hai, baqi larai bharai to dunyavi baat hai, is ka result agar dunya mein na niklta to aap chhod dijiye. rasool Allah ne chhod diya.</w:t>
      </w:r>
    </w:p>
    <w:p>
      <w:pPr>
        <w:jc w:val="right"/>
      </w:pPr>
      <w:r>
        <w:t>یہ صحیح ہے، باقی لڑائی بھڑائی تو دنیاوی بات ہے، اس کا رزلٹ اگر دنیا میں نہ نکلتا تو آپ چھوڑ دیجئے۔ رسول اللہ نے چھوڑ دیا۔</w:t>
      </w:r>
    </w:p>
    <w:p>
      <w:r>
        <w:rPr>
          <w:b/>
        </w:rPr>
        <w:t xml:space="preserve">[25:11] </w:t>
      </w:r>
      <w:r>
        <w:t>aap ghore kijiye ke uhud mein larai hui thi aur faida kuch nahi hua. to aindah jo aya hudaybiyah ka zaman, to aap ne hudaybiyah ko is liye chhod diya ke rasool Allah ka lafz mita diya.</w:t>
      </w:r>
    </w:p>
    <w:p>
      <w:pPr>
        <w:jc w:val="right"/>
      </w:pPr>
      <w:r>
        <w:t>آپ غور کیجئے کہ احد میں لڑائی ہوئی تھی اور فائدہ کچھ نہیں ہوا۔ تو آئندہ جو آیا حدیبیہ کا زمانہ، تو آپ نے حدیبیہ کو اس لیے چھوڑ دیا کہ رسول اللہ کا لفظ مٹا دیا۔</w:t>
      </w:r>
    </w:p>
    <w:p>
      <w:r>
        <w:rPr>
          <w:b/>
        </w:rPr>
        <w:t xml:space="preserve">[25:31] </w:t>
      </w:r>
      <w:r>
        <w:t>jhagda ban ho raha tha is ka. yeh unhon ne jo jawab diya, bilkul jhoota jawab tha. agar dunyavi kaam karte hain aap to is ka dunya mein, dunya mein result nikalna chahiye.</w:t>
      </w:r>
    </w:p>
    <w:p>
      <w:pPr>
        <w:jc w:val="right"/>
      </w:pPr>
      <w:r>
        <w:t>جھگڑا بن ہو رہا تھا اس کا۔ یہ انہوں نے جو جواب دیا، بالکل جھوٹا جواب تھا۔ اگر دنیاوی کام کرتے ہیں آپ تو اس کا دنیا میں، دنیا میں رزلٹ نکلنا چاہیے۔</w:t>
      </w:r>
    </w:p>
    <w:p>
      <w:r>
        <w:rPr>
          <w:b/>
        </w:rPr>
        <w:t xml:space="preserve">[25:47] </w:t>
      </w:r>
      <w:r>
        <w:t>haan, iman aur taqwa yeh sab cheezein jo hain, is ka result akhirat mein nikle ga.</w:t>
      </w:r>
    </w:p>
    <w:p>
      <w:pPr>
        <w:jc w:val="right"/>
      </w:pPr>
      <w:r>
        <w:t>ہاں، ایمان اور تقویٰ یہ سب چیزیں جو ہیں، اس کا رزلٹ آخرت میں نکلے گا۔</w:t>
      </w:r>
    </w:p>
    <w:p>
      <w:r>
        <w:rPr>
          <w:b/>
        </w:rPr>
        <w:t xml:space="preserve">[26:01] </w:t>
      </w:r>
      <w:r>
        <w:t>kehte hain zyada log fast food mein jee rahe hain aur is fast food ko Allah ki taraf mansoob kar dete hain.</w:t>
      </w:r>
    </w:p>
    <w:p>
      <w:pPr>
        <w:jc w:val="right"/>
      </w:pPr>
      <w:r>
        <w:t>کہتے ہیں زیادہ لوگ فاسٹ فوڈ میں جی رہے ہیں اور اس فاسٹ فوڈ کو اللہ کی طرف منسوب کر دیتے ہیں۔</w:t>
      </w:r>
    </w:p>
    <w:p>
      <w:r>
        <w:rPr>
          <w:b/>
        </w:rPr>
        <w:t xml:space="preserve">[26:09] </w:t>
      </w:r>
      <w:r>
        <w:t>Maulana priya ka question hai ke hum apne point of focus ko family se hata kar God par kaise karen?</w:t>
      </w:r>
    </w:p>
    <w:p>
      <w:pPr>
        <w:jc w:val="right"/>
      </w:pPr>
      <w:r>
        <w:t>مولانا پریا کا کوئسچن ہے کہ ہم اپنے پوائنٹ آف فوکس کو فیملی سے ہٹا کر گاڈ پر کیسے کریں؟</w:t>
      </w:r>
    </w:p>
    <w:p>
      <w:r>
        <w:rPr>
          <w:b/>
        </w:rPr>
        <w:t xml:space="preserve">[26:19] </w:t>
      </w:r>
      <w:r>
        <w:t>is ka koi formula bataiye.</w:t>
      </w:r>
    </w:p>
    <w:p>
      <w:pPr>
        <w:jc w:val="right"/>
      </w:pPr>
      <w:r>
        <w:t>اس کا کوئی فارمولا بتائیے۔</w:t>
      </w:r>
    </w:p>
    <w:p>
      <w:r>
        <w:rPr>
          <w:b/>
        </w:rPr>
        <w:t xml:space="preserve">[26:22] </w:t>
      </w:r>
      <w:r>
        <w:t>agar aap nahi kar sakte to Khuda ki baat karna chhod dijiye. ek baar mujhe aaye, aap kahiye ke mujhe Khuda par yaqeen nahi hai, mujhe to family par yaqeen hai.</w:t>
      </w:r>
    </w:p>
    <w:p>
      <w:pPr>
        <w:jc w:val="right"/>
      </w:pPr>
      <w:r>
        <w:t>اگر آپ نہیں کر سکتے تو خدا کی بات کرنا چھوڑ دیجئے۔ ایک بار مجھے آئے، آپ کہیے کہ مجھے خدا پر یقین نہیں ہے، مجھے تو فیملی پر یقین ہے۔</w:t>
      </w:r>
    </w:p>
    <w:p>
      <w:r>
        <w:rPr>
          <w:b/>
        </w:rPr>
        <w:t xml:space="preserve">[26:40] </w:t>
      </w:r>
      <w:r>
        <w:t>kyun ke dekhiye, jo sachche ahle imaan hain, un ki tasveer batai gayi Quran majeed mein. nahi, sach jo sachai se hate hue hain, un ki tasveer Khuda ko padhiye aur tarjuma kijiye.</w:t>
      </w:r>
    </w:p>
    <w:p>
      <w:pPr>
        <w:jc w:val="right"/>
      </w:pPr>
      <w:r>
        <w:t>کیونکہ دیکھیے، جو سچے اہل ایمان ہیں، ان کی تصویر بتائی گئی قرآن مجید میں۔ نہیں، سچ جو سچائی سے ہٹے ہوئے ہیں، ان کی تصویر خدا کو پڑھیے اور ترجمہ کیجئے۔</w:t>
      </w:r>
    </w:p>
    <w:p>
      <w:r>
        <w:rPr>
          <w:b/>
        </w:rPr>
        <w:t xml:space="preserve">[27:00] </w:t>
      </w:r>
      <w:r>
        <w:t>unh ka fi ahl masroorah. haan, unh ka fi ahl masroorah. hawala hoti hai, hawala.</w:t>
      </w:r>
    </w:p>
    <w:p>
      <w:pPr>
        <w:jc w:val="right"/>
      </w:pPr>
      <w:r>
        <w:t>انہ کا فی اہل مسرورہ۔ ہاں، انہ کا فی اہل مسرورہ۔ حوالہ ہوتی ہے، حوالہ۔</w:t>
      </w:r>
    </w:p>
    <w:p>
      <w:r>
        <w:rPr>
          <w:b/>
        </w:rPr>
        <w:t xml:space="preserve">[27:08] </w:t>
      </w:r>
      <w:r>
        <w:t>Al-Inshiqaq, beshak woh apne ahl-o-ayyal mein khush khurram tha. hain, beshak woh apni family mein khush khurram tha.</w:t>
      </w:r>
    </w:p>
    <w:p>
      <w:pPr>
        <w:jc w:val="right"/>
      </w:pPr>
      <w:r>
        <w:t>الانشقاق، بے شک وہ اپنے اہل و عیال میں خوش خرم تھا۔ ہیں، بے شک وہ اپنی فیملی میں خوش خرم تھا۔</w:t>
      </w:r>
    </w:p>
    <w:p>
      <w:r>
        <w:rPr>
          <w:b/>
        </w:rPr>
        <w:t xml:space="preserve">[27:20] </w:t>
      </w:r>
      <w:r>
        <w:t>haan, to khushi aap ko milti hai ahl-o-ayyal se, family family se. to theek hai, aap khushi khushiyon mein lijiye, lekin Khuda wali khushi nahi milegi aap ko.</w:t>
      </w:r>
    </w:p>
    <w:p>
      <w:pPr>
        <w:jc w:val="right"/>
      </w:pPr>
      <w:r>
        <w:t>ہاں، تو خوشی آپ کو ملتی ہے اہل و عیال سے، فیملی فیملی سے۔ تو ٹھیک ہے، آپ خوشی خوشیوں میں لیجئے، لیکن خدا والی خوشی نہیں ملے گی آپ کو۔</w:t>
      </w:r>
    </w:p>
    <w:p>
      <w:r>
        <w:rPr>
          <w:b/>
        </w:rPr>
        <w:t xml:space="preserve">[27:38] </w:t>
      </w:r>
      <w:r>
        <w:t>kaan fi ahl masroorah.</w:t>
      </w:r>
    </w:p>
    <w:p>
      <w:pPr>
        <w:jc w:val="right"/>
      </w:pPr>
      <w:r>
        <w:t>کان فی اہل مسرورہ۔</w:t>
      </w:r>
    </w:p>
    <w:p>
      <w:r>
        <w:rPr>
          <w:b/>
        </w:rPr>
        <w:t xml:space="preserve">[27:45] </w:t>
      </w:r>
      <w:r>
        <w:t>ek cheez cheez ko lene ke liye ek cheez chhodna padta hai. aap ko London jaana ho to aap ko Delhi chhodna padega. Delhi mein bhi rahen, London London hi pahunch jayen, yeh to nahi ho sakta.</w:t>
      </w:r>
    </w:p>
    <w:p>
      <w:pPr>
        <w:jc w:val="right"/>
      </w:pPr>
      <w:r>
        <w:t>ایک چیز چیز کو لینے کے لیے ایک چیز چھوڑنا پڑتا ہے۔ آپ کو لندن جانا ہو تو آپ کو دلی چھوڑنا پڑے گا۔ دلی میں بھی رہیں، لندن لندن ہی پہنچ جائیں، یہ تو نہیں ہو سکتا۔</w:t>
      </w:r>
    </w:p>
    <w:p>
      <w:r>
        <w:rPr>
          <w:b/>
        </w:rPr>
        <w:t xml:space="preserve">[28:01] </w:t>
      </w:r>
      <w:r>
        <w:t>kya kaha Maulana sahib?</w:t>
      </w:r>
    </w:p>
    <w:p>
      <w:pPr>
        <w:jc w:val="right"/>
      </w:pPr>
      <w:r>
        <w:t>کیا کہا مولانی صاحب؟</w:t>
      </w:r>
    </w:p>
    <w:p>
      <w:r>
        <w:rPr>
          <w:b/>
        </w:rPr>
        <w:t xml:space="preserve">[28:04] </w:t>
      </w:r>
      <w:r>
        <w:t>Maulana, aap yeh keh rahe hain ke ek cheez ko lene ke liye ek cheez chhodna padta hai. misaal ke taur par, agar aap ko Delhi jaana ho to aap ko London chhodna padega. aap chahen ke ek hi martaba mein Delhi mein bhi rahen aur London mein bhi, to aisa nahi ho sakta.</w:t>
      </w:r>
    </w:p>
    <w:p>
      <w:pPr>
        <w:jc w:val="right"/>
      </w:pPr>
      <w:r>
        <w:t>مولانا، آپ یہ کہہ رہے ہیں کہ ایک چیز کو لینے کے لیے ایک چیز چھوڑنا پڑتا ہے۔ مثال کے طور پر، اگر آپ کو دلی جانا ہو تو آپ کو لندن چھوڑنا پڑے گا۔ آپ چاہیں کہ ایک ہی مرتبہ میں دلی میں بھی رہیں اور لندن میں بھی، تو ایسا نہیں ہو سکتا۔</w:t>
      </w:r>
    </w:p>
    <w:p>
      <w:r>
        <w:rPr>
          <w:b/>
        </w:rPr>
        <w:t xml:space="preserve">[28:18] </w:t>
      </w:r>
      <w:r>
        <w:t>Maulana, yahi jo aap ne kaha, to is ki buniyad par mujhe ek hadith yaad aati hai. is ka sense yeh hai ke jo aadmi aakhirat ko pasand karega, woh apni duniya ko nuqsaan pahunchayega.</w:t>
      </w:r>
    </w:p>
    <w:p>
      <w:pPr>
        <w:jc w:val="right"/>
      </w:pPr>
      <w:r>
        <w:t>مولانا، یہی جو آپ نے کہا، تو اس کی بنیاد پر مجھے ایک حدیث یاد آتی ہے۔ اس کا سینس یہ ہے کہ جو آدمی آخرت کو پسند کرے گا، وہ اپنی دنیا کو نقصان پہنچائے گا۔</w:t>
      </w:r>
    </w:p>
    <w:p>
      <w:r>
        <w:rPr>
          <w:b/>
        </w:rPr>
        <w:t xml:space="preserve">[28:31] </w:t>
      </w:r>
      <w:r>
        <w:t>haan,</w:t>
      </w:r>
    </w:p>
    <w:p>
      <w:pPr>
        <w:jc w:val="right"/>
      </w:pPr>
      <w:r>
        <w:t>ہاں،</w:t>
      </w:r>
    </w:p>
    <w:p>
      <w:r>
        <w:rPr>
          <w:b/>
        </w:rPr>
        <w:t xml:space="preserve">[28:32] </w:t>
      </w:r>
      <w:r>
        <w:t>aur jo aadmi apni duniya se mohabbat karega, woh apni aakhirat ko nuqsaan pahunchayega. woh woh hadith padhiye aur tarjuma kijiye.</w:t>
      </w:r>
    </w:p>
    <w:p>
      <w:pPr>
        <w:jc w:val="right"/>
      </w:pPr>
      <w:r>
        <w:t>اور جو آدمی اپنی دنیا سے محبت کرے گا، وہ اپنی آخرت کو نقصان پہنچائے گا۔ وہ وہ حدیث پڑھیے اور ترجمہ کیجئے۔</w:t>
      </w:r>
    </w:p>
    <w:p>
      <w:r>
        <w:rPr>
          <w:b/>
        </w:rPr>
        <w:t xml:space="preserve">[28:40] </w:t>
      </w:r>
      <w:r>
        <w:t>man hubb akhirat adhar rubb dunya, man hubb dunya adhar rubb akhirat. fasar jabka allamah yafna.</w:t>
      </w:r>
    </w:p>
    <w:p>
      <w:pPr>
        <w:jc w:val="right"/>
      </w:pPr>
      <w:r>
        <w:t>من حب آخرت ادھر رب دنیا، من حب دنیا ادھر رب آخرت۔ فاسر جبکا علامہ یفنا۔</w:t>
      </w:r>
    </w:p>
    <w:p>
      <w:r>
        <w:rPr>
          <w:b/>
        </w:rPr>
        <w:t xml:space="preserve">[28:54] </w:t>
      </w:r>
      <w:r>
        <w:t>sahih alfaaz kya hain?</w:t>
      </w:r>
    </w:p>
    <w:p>
      <w:pPr>
        <w:jc w:val="right"/>
      </w:pPr>
      <w:r>
        <w:t>صحیح الفاظ کیا ہیں؟</w:t>
      </w:r>
    </w:p>
    <w:p>
      <w:r>
        <w:rPr>
          <w:b/>
        </w:rPr>
        <w:t xml:space="preserve">[29:05] </w:t>
      </w:r>
      <w:r>
        <w:t>yeh to fitri baat hai. aap ko London jaana hai to Delhi to chhodna padega. Delhi mein bhi rahen aur London bhi pahunch jayen, yeh nahi ho sakta.</w:t>
      </w:r>
    </w:p>
    <w:p>
      <w:pPr>
        <w:jc w:val="right"/>
      </w:pPr>
      <w:r>
        <w:t>یہ تو فطری بات ہے۔ آپ کو لندن جانا ہے تو دلی تو چھوڑنا پڑے گا۔ دلی میں بھی رہیں اور لندن بھی پہنچ جائیں، یہ نہیں ہو سکتا۔</w:t>
      </w:r>
    </w:p>
    <w:p>
      <w:r>
        <w:rPr>
          <w:b/>
        </w:rPr>
        <w:t xml:space="preserve">[29:15] </w:t>
      </w:r>
      <w:r>
        <w:t>Maulana, ek sawal aaya hai Rampur se, Irshad Ali sahib ne kiya hai. unhon ne likha hai, Maulana, ek hadith hai jis mein aaya hai ke Hazrat Umar apni namaz mein jang ki planning kiya karte the.</w:t>
      </w:r>
    </w:p>
    <w:p>
      <w:pPr>
        <w:jc w:val="right"/>
      </w:pPr>
      <w:r>
        <w:t>مولانا، ایک سوال آیا ہے رامپور سے، ارشاد علی صاحب نے کیا ہے۔ انہوں نے لکھا ہے، مولانا، ایک حدیث ہے جس میں آیا ہے کہ حضرت عمر اپنی نماز میں جنگ کی پلاننگ کیا کرتے تھے۔</w:t>
      </w:r>
    </w:p>
    <w:p>
      <w:r>
        <w:rPr>
          <w:b/>
        </w:rPr>
        <w:t xml:space="preserve">[29:31] </w:t>
      </w:r>
      <w:r>
        <w:t>Maulana, mera sawal yeh hai ke namaz ke dauran sochna ya kisi khayalat ka aana kya namaz mein khushu na hone ki</w:t>
      </w:r>
    </w:p>
    <w:p>
      <w:pPr>
        <w:jc w:val="right"/>
      </w:pPr>
      <w:r>
        <w:t>مولانا، میرا سوال یہ ہے کہ نماز کے دوران سوچنا یا کسی خیالات کا آنا کیا نماز میں خشوع نہ ہونے کی</w:t>
      </w:r>
    </w:p>
    <w:p>
      <w:r>
        <w:rPr>
          <w:b/>
        </w:rPr>
        <w:t xml:space="preserve">[29:41] </w:t>
      </w:r>
      <w:r>
        <w:t>alamat hai? kya karte the? galat hai. kya kya kya? kya kehne hain ke aisa mauqa aa gaya ke jang ka masla bhi hai aur namaz bhi padhna hai,</w:t>
      </w:r>
    </w:p>
    <w:p>
      <w:pPr>
        <w:jc w:val="right"/>
      </w:pPr>
      <w:r>
        <w:t>علامت ہے؟ کیا کرتے تھے؟ غلط ہے۔ کیا کیا کیا؟ کیا کہنے ہیں کہ ایسا موقع آ گیا کہ جنگ کا مسئلہ بھی ہے اور نماز بھی پڑھنا ہے،</w:t>
      </w:r>
    </w:p>
    <w:p>
      <w:r>
        <w:rPr>
          <w:b/>
        </w:rPr>
        <w:t xml:space="preserve">[30:00] </w:t>
      </w:r>
      <w:r>
        <w:t>to aise mauqe ko unhon ne khoya nahi, is ko istemal kiya. to Allah ne wahin madad kar di.</w:t>
      </w:r>
    </w:p>
    <w:p>
      <w:pPr>
        <w:jc w:val="right"/>
      </w:pPr>
      <w:r>
        <w:t>تو ایسے موقع کو انہوں نے کھویا نہیں، اس کو استعمال کیا۔ تو اللہ نے وہیں مدد کر دی۔</w:t>
      </w:r>
    </w:p>
    <w:p>
      <w:r>
        <w:rPr>
          <w:b/>
        </w:rPr>
        <w:t xml:space="preserve">[30:08] </w:t>
      </w:r>
      <w:r>
        <w:t>yeh galat hai ke karte the? nahi, aisa kiya unhon ne?</w:t>
      </w:r>
    </w:p>
    <w:p>
      <w:pPr>
        <w:jc w:val="right"/>
      </w:pPr>
      <w:r>
        <w:t>یہ غلط ہے کہ کرتے تھے؟ نہیں، ایسا کیا انہوں نے؟</w:t>
      </w:r>
    </w:p>
    <w:p>
      <w:r>
        <w:rPr>
          <w:b/>
        </w:rPr>
        <w:t xml:space="preserve">[30:13] </w:t>
      </w:r>
      <w:r>
        <w:t>ji to Maulana, isi ko reference bana ke un ka sawal yeh hai ke namaz ke dauran agar koi khayalat aa jayen, to kya is ko yeh kahenge ke namaz mein khushu ki kami hai?</w:t>
      </w:r>
    </w:p>
    <w:p>
      <w:pPr>
        <w:jc w:val="right"/>
      </w:pPr>
      <w:r>
        <w:t>جی تو مولانا، اسی کو ریفرنس بنا کے ان کا سوال یہ ہے کہ نماز کے دوران اگر کوئی خیالات آ جائیں، تو کیا اس کو یہ کہیں گے کہ نماز میں خشوع کی کمی ہے؟</w:t>
      </w:r>
    </w:p>
    <w:p>
      <w:r>
        <w:rPr>
          <w:b/>
        </w:rPr>
        <w:t xml:space="preserve">[30:30] </w:t>
      </w:r>
      <w:r>
        <w:t>khayal to aata hi aata hai.</w:t>
      </w:r>
    </w:p>
    <w:p>
      <w:pPr>
        <w:jc w:val="right"/>
      </w:pPr>
      <w:r>
        <w:t>خیال تو آتا ہی آتا ہے۔</w:t>
      </w:r>
    </w:p>
    <w:p>
      <w:r>
        <w:rPr>
          <w:b/>
        </w:rPr>
        <w:t xml:space="preserve">[30:34] </w:t>
      </w:r>
      <w:r>
        <w:t>khayal to aata hi aata hai. aisa koi nahi duniya mein jo khayal na aaye. Imam e azam jo kaha jata hai, un ko yani Imam Abu Hanifa, un se poocha gaya ke aap ko khana aa gaya hai aap ka aur namaz ka waqt bhi ho gaya hai,</w:t>
      </w:r>
    </w:p>
    <w:p>
      <w:pPr>
        <w:jc w:val="right"/>
      </w:pPr>
      <w:r>
        <w:t>خیال تو آتا ہی آتا ہے۔ ایسا کوئی نہیں دنیا میں جو خیال نہ آئے۔ امام اعظم جو کہا جاتا ہے، ان کو یعنی امام ابو حنیفہ، ان سے پوچھا گیا کہ آپ کو کھانا آ گیا ہے آپ کا اور نماز کا وقت بھی ہو گیا ہے،</w:t>
      </w:r>
    </w:p>
    <w:p>
      <w:r>
        <w:rPr>
          <w:b/>
        </w:rPr>
        <w:t xml:space="preserve">[30:55] </w:t>
      </w:r>
      <w:r>
        <w:t>to aap pehle khana khayenge, pehle namaz padhenge? To unhone kaha ke main is ko pasand karunga ke main khana khaoon, mere dil mein namaz ki yaad rahe.</w:t>
      </w:r>
    </w:p>
    <w:p>
      <w:pPr>
        <w:jc w:val="right"/>
      </w:pPr>
      <w:r>
        <w:t>تو آپ پہلے کھانا کھائیں گے، پہلے نماز پڑھیں گے؟ تو انہوں نے کہا کہ میں اس کو پسند کروں گا کہ میں کھانا کھاؤں، میرے دل میں نماز کی یاد رہے۔</w:t>
      </w:r>
    </w:p>
    <w:p>
      <w:r>
        <w:rPr>
          <w:b/>
        </w:rPr>
        <w:t xml:space="preserve">[31:08] </w:t>
      </w:r>
      <w:r>
        <w:t>is ke bajaye yeh ke main namaz parhoon aur mere dil mein khana yaad rahe.</w:t>
      </w:r>
    </w:p>
    <w:p>
      <w:pPr>
        <w:jc w:val="right"/>
      </w:pPr>
      <w:r>
        <w:t>اس کے بجائے یہ کہ میں نماز پڑھوں اور میرے دل میں کھانا یاد رہے۔</w:t>
      </w:r>
    </w:p>
    <w:p>
      <w:r>
        <w:rPr>
          <w:b/>
        </w:rPr>
        <w:t xml:space="preserve">[31:14] </w:t>
      </w:r>
      <w:r>
        <w:t>Maulana, kya khayalat ko khatam kiya ja sakta hai? Namaz nahi, woh ghair unnatural hai, khatam nahi kar sakte aap.</w:t>
      </w:r>
    </w:p>
    <w:p>
      <w:pPr>
        <w:jc w:val="right"/>
      </w:pPr>
      <w:r>
        <w:t>مولانا، کیا خیالات کو ختم کیا جا سکتا ہے؟ نماز نہیں، وہ غیر ان نیچرل ہے، ختم نہیں کر سکتے آپ۔</w:t>
      </w:r>
    </w:p>
    <w:p>
      <w:r>
        <w:rPr>
          <w:b/>
        </w:rPr>
        <w:t xml:space="preserve">[31:24] </w:t>
      </w:r>
      <w:r>
        <w:t>woh bhi rahega, woh bhi rahega. Maulana, lekin aksar logon ko lagta hai ke aise khayalat aanay se jo namaz hai, woh poori imaan ke sath nahi hoti hai.</w:t>
      </w:r>
    </w:p>
    <w:p>
      <w:pPr>
        <w:jc w:val="right"/>
      </w:pPr>
      <w:r>
        <w:t>وہ بھی رہے گا، وہ بھی رہے گا۔ مولانا، لیکن اکثر لوگوں کو لگتا ہے کہ ایسے خیالات آنے سے جو نماز ہے، وہ پوری ایمان کے ساتھ نہیں ہوتی ہے۔</w:t>
      </w:r>
    </w:p>
    <w:p>
      <w:r>
        <w:rPr>
          <w:b/>
        </w:rPr>
        <w:t xml:space="preserve">[31:36] </w:t>
      </w:r>
      <w:r>
        <w:t>nahi to kam</w:t>
      </w:r>
    </w:p>
    <w:p>
      <w:pPr>
        <w:jc w:val="right"/>
      </w:pPr>
      <w:r>
        <w:t>نہیں تو کم</w:t>
      </w:r>
    </w:p>
    <w:p>
      <w:r>
        <w:rPr>
          <w:b/>
        </w:rPr>
        <w:t xml:space="preserve">[31:37] </w:t>
      </w:r>
      <w:r>
        <w:t>ho jati hai. Nahi to Sahaba ke waqiat bohat hain. Is se khatam karne ki jo condition hai, woh galat hai.</w:t>
      </w:r>
    </w:p>
    <w:p>
      <w:pPr>
        <w:jc w:val="right"/>
      </w:pPr>
      <w:r>
        <w:t>ہو جاتی ہے۔ نہیں تو صحابہ کے واقعات بہت ہیں۔ اس سے ختم کرنے کی جو کنڈیشن ہے، وہ غلط ہے۔</w:t>
      </w:r>
    </w:p>
    <w:p>
      <w:r>
        <w:rPr>
          <w:b/>
        </w:rPr>
        <w:t xml:space="preserve">[31:47] </w:t>
      </w:r>
      <w:r>
        <w:t>woh bhi rahega, woh bhi rahega.</w:t>
      </w:r>
    </w:p>
    <w:p>
      <w:pPr>
        <w:jc w:val="right"/>
      </w:pPr>
      <w:r>
        <w:t>وہ بھی رہے گا، وہ بھی رہے گا۔</w:t>
      </w:r>
    </w:p>
    <w:p>
      <w:r>
        <w:rPr>
          <w:b/>
        </w:rPr>
        <w:t xml:space="preserve">[31:52] </w:t>
      </w:r>
      <w:r>
        <w:t>Maulana, agla sawal kya hai? Maulana Iqbal Umri ne Chennai se, unhone likha hai, ek ayat hai.</w:t>
      </w:r>
    </w:p>
    <w:p>
      <w:pPr>
        <w:jc w:val="right"/>
      </w:pPr>
      <w:r>
        <w:t>مولانا، اگلا سوال کیا ہے؟ مولانا اقبال عمری نے چنئی سے، انہوں نے لکھا ہے، ایک آیت ہے۔</w:t>
      </w:r>
    </w:p>
    <w:p>
      <w:r>
        <w:rPr>
          <w:b/>
        </w:rPr>
        <w:t xml:space="preserve">[32:01] </w:t>
      </w:r>
      <w:r>
        <w:t>Maulana,</w:t>
      </w:r>
    </w:p>
    <w:p>
      <w:pPr>
        <w:jc w:val="right"/>
      </w:pPr>
      <w:r>
        <w:t>مولانا،</w:t>
      </w:r>
    </w:p>
    <w:p>
      <w:r>
        <w:rPr>
          <w:b/>
        </w:rPr>
        <w:t xml:space="preserve">[32:05] </w:t>
      </w:r>
      <w:r>
        <w:t>Allah mohabbat karta hai un se jo jang karte hain Allah ke raste mein. Maulana, is ayat ka reference aman ke liye kaise is ko badlein?</w:t>
      </w:r>
    </w:p>
    <w:p>
      <w:pPr>
        <w:jc w:val="right"/>
      </w:pPr>
      <w:r>
        <w:t>اللہ محبت کرتا ہے ان سے جو جنگ کرتے ہیں اللہ کے راستے میں۔ مولانا، اس آیت کا ریفرنس امن کے لیے کیسے اس کو بدلیں؟</w:t>
      </w:r>
    </w:p>
    <w:p>
      <w:r>
        <w:rPr>
          <w:b/>
        </w:rPr>
        <w:t xml:space="preserve">[32:16] </w:t>
      </w:r>
      <w:r>
        <w:t>nahi, dekhiye, bohat bari ghalat fehmi hai ke ke is ko generalize karna, general banana.</w:t>
      </w:r>
    </w:p>
    <w:p>
      <w:pPr>
        <w:jc w:val="right"/>
      </w:pPr>
      <w:r>
        <w:t>نہیں، دیکھیے، بہت بڑی غلط فہمی ہے کہ کہ اس کو جنرلائز کرنا، جنرل بنانا۔</w:t>
      </w:r>
    </w:p>
    <w:p>
      <w:r>
        <w:rPr>
          <w:b/>
        </w:rPr>
        <w:t xml:space="preserve">[32:26] </w:t>
      </w:r>
      <w:r>
        <w:t>us waqt ki yeh ayat us waqt ki hai jab ke duniya mein jang ka zamana tha, daur jang tha. Duniya mein jang</w:t>
      </w:r>
    </w:p>
    <w:p>
      <w:pPr>
        <w:jc w:val="right"/>
      </w:pPr>
      <w:r>
        <w:t>اس وقت کی یہ آیت اس وقت کی ہے جب کہ دنیا میں جنگ کا زمانہ تھا، دور جنگ تھا۔ دنیا میں جنگ</w:t>
      </w:r>
    </w:p>
    <w:p>
      <w:r>
        <w:rPr>
          <w:b/>
        </w:rPr>
        <w:t xml:space="preserve">[32:39] </w:t>
      </w:r>
      <w:r>
        <w:t>ke magar chare hi nahi tha. Yani woh jo</w:t>
      </w:r>
    </w:p>
    <w:p>
      <w:pPr>
        <w:jc w:val="right"/>
      </w:pPr>
      <w:r>
        <w:t>کے مگر چارہ ہی نہیں تھا۔ یعنی وہ جو</w:t>
      </w:r>
    </w:p>
    <w:p>
      <w:r>
        <w:rPr>
          <w:b/>
        </w:rPr>
        <w:t xml:space="preserve">[32:49] </w:t>
      </w:r>
      <w:r>
        <w:t>jang pe itna yaqeen karte the ke</w:t>
      </w:r>
    </w:p>
    <w:p>
      <w:pPr>
        <w:jc w:val="right"/>
      </w:pPr>
      <w:r>
        <w:t>جنگ پہ اتنا یقین کرتے تھے کہ</w:t>
      </w:r>
    </w:p>
    <w:p>
      <w:r>
        <w:rPr>
          <w:b/>
        </w:rPr>
        <w:t xml:space="preserve">[32:55] </w:t>
      </w:r>
      <w:r>
        <w:t>ke is zamane mein kaha jata tha, ek shayar ne kaha hai ke woh ahyaanan ala bakrin akhina alam al khana.</w:t>
      </w:r>
    </w:p>
    <w:p>
      <w:pPr>
        <w:jc w:val="right"/>
      </w:pPr>
      <w:r>
        <w:t>کہ اس زمانے میں کہا جاتا تھا، ایک شاعر نے کہا ہے کہ وہ احیانا علی بکر اخینا علم الا خانہ۔</w:t>
      </w:r>
    </w:p>
    <w:p>
      <w:r>
        <w:rPr>
          <w:b/>
        </w:rPr>
        <w:t xml:space="preserve">[33:05] </w:t>
      </w:r>
      <w:r>
        <w:t>to jang to un ka kal culture tha, jis zamane mein jang culture bana hua tha, us zamane ki baat hai. Woh yeh nahi ke aam hai, woh harghiz nahi.</w:t>
      </w:r>
    </w:p>
    <w:p>
      <w:pPr>
        <w:jc w:val="right"/>
      </w:pPr>
      <w:r>
        <w:t>تو جنگ تو ان کا کل کلچر تھا۔ جس زمانے میں جنگ کلچر بنا ہوا تھا، اس زمانے کی بات ہے۔ وہ یہ نہیں کہ عام ہے، وہ ہرگز نہیں۔</w:t>
      </w:r>
    </w:p>
    <w:p>
      <w:r>
        <w:rPr>
          <w:b/>
        </w:rPr>
        <w:t xml:space="preserve">[33:17] </w:t>
      </w:r>
      <w:r>
        <w:t>aaj aaj jang ke koi matlab nahi hai. Aaj jang ka koi matlab nahi hai.</w:t>
      </w:r>
    </w:p>
    <w:p>
      <w:pPr>
        <w:jc w:val="right"/>
      </w:pPr>
      <w:r>
        <w:t>آج آج جنگ کے کوئی مطلب نہیں ہے۔ آج جنگ کا کوئی مطلب نہیں ہے۔</w:t>
      </w:r>
    </w:p>
    <w:p>
      <w:r>
        <w:rPr>
          <w:b/>
        </w:rPr>
        <w:t xml:space="preserve">[33:23] </w:t>
      </w:r>
      <w:r>
        <w:t>to Maulana, unhone likha hai ke kya yeh keh sakte hain ke aaj pur aman dawat jo karta hai, Allah un se mohabbat karega?</w:t>
      </w:r>
    </w:p>
    <w:p>
      <w:pPr>
        <w:jc w:val="right"/>
      </w:pPr>
      <w:r>
        <w:t>تو مولانا، انہوں نے لکھا ہے کہ کیا یہ کہہ سکتے ہیں کہ آج پرامن دعوت جو کرتا ہے، اللہ ان سے محبت کرے گا؟</w:t>
      </w:r>
    </w:p>
    <w:p>
      <w:r>
        <w:rPr>
          <w:b/>
        </w:rPr>
        <w:t xml:space="preserve">[33:33] </w:t>
      </w:r>
      <w:r>
        <w:t>aaj Allah mohabbat karega jab aman ki buniyad par manage karen. Aaj yani dawat ka kaam karen, aman ke usool par manage karen,</w:t>
      </w:r>
    </w:p>
    <w:p>
      <w:pPr>
        <w:jc w:val="right"/>
      </w:pPr>
      <w:r>
        <w:t>آج اللہ محبت کرے گا جب امن کی بنیاد پر مینج کریں۔ آج یعنی دعوت کا کام کریں، امن کے اصول پر مینج کریں،</w:t>
      </w:r>
    </w:p>
    <w:p>
      <w:r>
        <w:rPr>
          <w:b/>
        </w:rPr>
        <w:t xml:space="preserve">[33:47] </w:t>
      </w:r>
      <w:r>
        <w:t>planning karen. Aaj harghiz harghiz is ka matlab yeh nahi ke lado to Allah madad kare, mohabbat karega. Harghiz nahi. Pur aman planning karen to Allah madad karega.</w:t>
      </w:r>
    </w:p>
    <w:p>
      <w:pPr>
        <w:jc w:val="right"/>
      </w:pPr>
      <w:r>
        <w:t>پلاننگ کریں۔ آج ہرگز ہرگز اس کا مطلب یہ نہیں کہ لڑو تو اللہ مدد کرے، محبت کرے گا۔ ہرگز نہیں۔ پرامن پلاننگ کریں تو اللہ مدد کرے گا۔</w:t>
      </w:r>
    </w:p>
    <w:p>
      <w:r>
        <w:rPr>
          <w:b/>
        </w:rPr>
        <w:t xml:space="preserve">[33:59] </w:t>
      </w:r>
      <w:r>
        <w:t>aaj ke lehaz se is ka matlab hai ke tum pur aman planning karo to Allah tum se madad karega. Woh zamane ke baad jang culture bana hua tha.</w:t>
      </w:r>
    </w:p>
    <w:p>
      <w:pPr>
        <w:jc w:val="right"/>
      </w:pPr>
      <w:r>
        <w:t>آج کے لحاظ سے اس کا مطلب ہے کہ تم پرامن پلاننگ کرو تو اللہ تم سے مدد کرے گا۔ وہ زمانے کے بعد جنگ کلچر بنا ہوا تھا۔</w:t>
      </w:r>
    </w:p>
    <w:p>
      <w:r>
        <w:rPr>
          <w:b/>
        </w:rPr>
        <w:t xml:space="preserve">[34:12] </w:t>
      </w:r>
      <w:r>
        <w:t>chunanche ek shayar ne kaha ke woh ahyaanan ala bakrin akhina Allah khana.</w:t>
      </w:r>
    </w:p>
    <w:p>
      <w:pPr>
        <w:jc w:val="right"/>
      </w:pPr>
      <w:r>
        <w:t>چنانچہ ایک شاعر نے کہا کہ وہ احیانا علی بکر اخینا اللہ خانہ۔</w:t>
      </w:r>
    </w:p>
    <w:p>
      <w:r>
        <w:rPr>
          <w:b/>
        </w:rPr>
        <w:t xml:space="preserve">[34:22] </w:t>
      </w:r>
      <w:r>
        <w:t>yani apne hi logon se ladne lagte hain jab koi dushman ladne ke liye na ho. To yeh tha jab jang culture bani hui thi.</w:t>
      </w:r>
    </w:p>
    <w:p>
      <w:pPr>
        <w:jc w:val="right"/>
      </w:pPr>
      <w:r>
        <w:t>یعنی اپنے ہی لوگوں سے لڑنے لگتے ہیں جب کوئی دشمن لڑنے کے لیے نہ ہو۔ تو یہ تھا جب جنگ کلچر بنی ہوئی تھی۔</w:t>
      </w:r>
    </w:p>
    <w:p>
      <w:r>
        <w:rPr>
          <w:b/>
        </w:rPr>
        <w:t xml:space="preserve">[34:33] </w:t>
      </w:r>
      <w:r>
        <w:t>ab to koi jang sirf nadan log karte hain. Ab koi aqal mand aadmi jang nahi karega. To aap pur aman planning kijiye.</w:t>
      </w:r>
    </w:p>
    <w:p>
      <w:pPr>
        <w:jc w:val="right"/>
      </w:pPr>
      <w:r>
        <w:t>اب تو کوئی جنگ صرف نادان لوگ کرتے ہیں۔ اب کوئی عقل مند آدمی جنگ نہیں کرے گا۔ تو آپ پرامن پلاننگ کیجئے۔</w:t>
      </w:r>
    </w:p>
    <w:p>
      <w:r>
        <w:rPr>
          <w:b/>
        </w:rPr>
        <w:t xml:space="preserve">[34:43] </w:t>
      </w:r>
      <w:r>
        <w:t>hum jang ki baat hi karna chhod deejiye. aur unhi se Allah mohabbat karega.</w:t>
      </w:r>
    </w:p>
    <w:p>
      <w:pPr>
        <w:jc w:val="right"/>
      </w:pPr>
      <w:r>
        <w:t>ہم جنگ کی بات ہی کرنا چھوڑ دیجئے۔ اور انہی سے اللہ محبت کرے گا۔</w:t>
      </w:r>
    </w:p>
    <w:p>
      <w:r>
        <w:rPr>
          <w:b/>
        </w:rPr>
        <w:t xml:space="preserve">[34:53] </w:t>
      </w:r>
      <w:r>
        <w:t>maulana, comment bheja hai miss daniya mustafa ne pakistan se. unhone likha hai, "replacing the reference with our life and our times makes the life of sahaba more practical and applicable for us." jazak Allah maulana sahib.</w:t>
      </w:r>
    </w:p>
    <w:p>
      <w:pPr>
        <w:jc w:val="right"/>
      </w:pPr>
      <w:r>
        <w:t>مولانا، کمنٹ بھیجا ہے مس دانیہ مصطفی نے پاکستان سے۔ انہوں نے لکھا ہے، "ریپلیسنگ دا ریفرنس ود اور لائف اینڈ اور ٹائمز میکس دی لائف اف صحابہ مور پریکٹیکل اینڈ ایپلیکیبل فار اس۔" جزاک اللہ مولانا صاحب۔</w:t>
      </w:r>
    </w:p>
    <w:p>
      <w:r>
        <w:rPr>
          <w:b/>
        </w:rPr>
        <w:t xml:space="preserve">[35:12] </w:t>
      </w:r>
      <w:r>
        <w:t>masha Allah.</w:t>
      </w:r>
    </w:p>
    <w:p>
      <w:pPr>
        <w:jc w:val="right"/>
      </w:pPr>
      <w:r>
        <w:t>ماشاءاللہ۔</w:t>
      </w:r>
    </w:p>
    <w:p>
      <w:r>
        <w:rPr>
          <w:b/>
        </w:rPr>
        <w:t xml:space="preserve">[35:13] </w:t>
      </w:r>
      <w:r>
        <w:t>sajid anwar sahib ne mumbai se ek comment aur question bheja hai. unhone likha hai, "maulana, your point of changing the reference is very relevant.</w:t>
      </w:r>
    </w:p>
    <w:p>
      <w:pPr>
        <w:jc w:val="right"/>
      </w:pPr>
      <w:r>
        <w:t>ساجد انور صاحب نے ممبئی سے ایک کمنٹ اور کوئسچن بھیجا ہے۔ انہوں نے لکھا ہے، "مولانا، یور پوائنٹ اف چینجنگ دا ریفرنس از ویری ریلیونٹ۔</w:t>
      </w:r>
    </w:p>
    <w:p>
      <w:r>
        <w:rPr>
          <w:b/>
        </w:rPr>
        <w:t xml:space="preserve">[35:23] </w:t>
      </w:r>
      <w:r>
        <w:t>my question is how to change the existing reference to the right reference?" i am apprehensive that in this process i may land up in wrong reference.</w:t>
      </w:r>
    </w:p>
    <w:p>
      <w:pPr>
        <w:jc w:val="right"/>
      </w:pPr>
      <w:r>
        <w:t>مائی کوئسچن از ہاؤ ٹو چینج دی ایگزسٹنگ ریفرنس ٹو دا رائٹ ریفرنس؟" ائی ایم ایپریہنسیو دیٹ ان دس پروسیس ائی می لینڈ اپ ان رونگ ریفرنس۔</w:t>
      </w:r>
    </w:p>
    <w:p>
      <w:r>
        <w:rPr>
          <w:b/>
        </w:rPr>
        <w:t xml:space="preserve">[35:37] </w:t>
      </w:r>
      <w:r>
        <w:t>please advise</w:t>
      </w:r>
    </w:p>
    <w:p>
      <w:pPr>
        <w:jc w:val="right"/>
      </w:pPr>
      <w:r>
        <w:t>پلیز ایڈوائس</w:t>
      </w:r>
    </w:p>
    <w:p>
      <w:r>
        <w:rPr>
          <w:b/>
        </w:rPr>
        <w:t xml:space="preserve">[35:38] </w:t>
      </w:r>
      <w:r>
        <w:t>. nahin, sincerity shart hai. sincerity shart hai. agar kisi ka aadmi ka agar sincerity na ho to woh to kuch nahin kar sakta.</w:t>
      </w:r>
    </w:p>
    <w:p>
      <w:pPr>
        <w:jc w:val="right"/>
      </w:pPr>
      <w:r>
        <w:t>۔ نہیں، سنسیرٹی شرط ہے۔ سنسیرٹی شرط ہے۔ اگر کسی کا آدمی کا اگر سنسیرٹی نہ ہو تو وہ تو کچھ نہیں کر سکتا۔</w:t>
      </w:r>
    </w:p>
    <w:p>
      <w:r>
        <w:rPr>
          <w:b/>
        </w:rPr>
        <w:t xml:space="preserve">[35:51] </w:t>
      </w:r>
      <w:r>
        <w:t>sincerity to shart hai.</w:t>
      </w:r>
    </w:p>
    <w:p>
      <w:pPr>
        <w:jc w:val="right"/>
      </w:pPr>
      <w:r>
        <w:t>سنسیرٹی تو شرط ہے۔</w:t>
      </w:r>
    </w:p>
    <w:p>
      <w:r>
        <w:rPr>
          <w:b/>
        </w:rPr>
        <w:t xml:space="preserve">[35:56] </w:t>
      </w:r>
      <w:r>
        <w:t>aadmi ke andar itna to hona chahiye ke woh sincere ho jaye is maamle mein.</w:t>
      </w:r>
    </w:p>
    <w:p>
      <w:pPr>
        <w:jc w:val="right"/>
      </w:pPr>
      <w:r>
        <w:t>آدمی کے اندر اتنا تو ہونا چاہیے کہ وہ سنسیر ہو جائے اس معاملے میں۔</w:t>
      </w:r>
    </w:p>
    <w:p>
      <w:r>
        <w:rPr>
          <w:b/>
        </w:rPr>
        <w:t xml:space="preserve">[36:10] </w:t>
      </w:r>
      <w:r>
        <w:t>fayyaz sahib ne ek comment bheja hai hyderabad se. unhone likha hai, "applying war reference in peaceful situation is a unique idea that potentially could make great development in a belief in God." jazak Allah maulana.</w:t>
      </w:r>
    </w:p>
    <w:p>
      <w:pPr>
        <w:jc w:val="right"/>
      </w:pPr>
      <w:r>
        <w:t>فیاض صاحب نے ایک کمنٹ بھیجا ہے حیدرآباد سے۔ انہوں نے لکھا ہے، "اپلائنگ وار ریفرنس ان پیس فل سچویشن از ا یونیک آئیڈیا دیٹ پوٹینشلی کڈ میک گریٹ ڈیویلپمنٹ ان ا بیلیف ان گاڈ۔" جزاک اللہ مولانا۔</w:t>
      </w:r>
    </w:p>
    <w:p>
      <w:r>
        <w:rPr>
          <w:b/>
        </w:rPr>
        <w:t xml:space="preserve">[36:32] </w:t>
      </w:r>
      <w:r>
        <w:t>maulana, unka sawal yeh hai ke aap ne jo hazrat umar ke hawale se jo jawab diya ke unhone namaz padhte waqt jang ki planning ki to lekin woh ek war wali situation thi.</w:t>
      </w:r>
    </w:p>
    <w:p>
      <w:pPr>
        <w:jc w:val="right"/>
      </w:pPr>
      <w:r>
        <w:t>مولانا، ان کا سوال یہ ہے کہ آپ نے جو حضرت عمر کے حوالے سے جو جواب دیا کہ انہوں نے نماز پڑھتے وقت جنگ کی پلاننگ کی تو لیکن وہ ایک وار والی سچویشن تھی۔</w:t>
      </w:r>
    </w:p>
    <w:p>
      <w:r>
        <w:rPr>
          <w:b/>
        </w:rPr>
        <w:t xml:space="preserve">[36:47] </w:t>
      </w:r>
      <w:r>
        <w:t>lekin aap ne yeh bhi bataya h</w:t>
      </w:r>
    </w:p>
    <w:p>
      <w:pPr>
        <w:jc w:val="right"/>
      </w:pPr>
      <w:r>
        <w:t>لیکن آپ نے یہ بھی بتایا ہ</w:t>
      </w:r>
    </w:p>
    <w:p>
      <w:r>
        <w:rPr>
          <w:b/>
        </w:rPr>
        <w:t xml:space="preserve">[36:49] </w:t>
      </w:r>
      <w:r>
        <w:t>m se, dekhiye, woh ek waqea hai. ji ji, kyunke us waqt koi doosra option nahin tha. jab doosra option na ho to aap ko sochna padega jang mein.</w:t>
      </w:r>
    </w:p>
    <w:p>
      <w:pPr>
        <w:jc w:val="right"/>
      </w:pPr>
      <w:r>
        <w:t>م سے، دیکھیے، وہ ایک واقعہ ہے۔ جی جی، کیونکہ اس وقت کوئی دوسرا آپشن نہیں تھا۔ جب دوسرا آپشن نہ ہو تو آپ کو سوچنا پڑے گا جنگ میں۔</w:t>
      </w:r>
    </w:p>
    <w:p>
      <w:r>
        <w:rPr>
          <w:b/>
        </w:rPr>
        <w:t xml:space="preserve">[37:02] </w:t>
      </w:r>
      <w:r>
        <w:t>aap hain tab bhi sochna padega. koi option to nahin. yeh matlab nahin ke jab jang ho rahi hai to khade hogaye namaz padhne ke liye. yeh matlab nahin hai. jab doosra option nahin tha to aap ne yeh kiya.</w:t>
      </w:r>
    </w:p>
    <w:p>
      <w:pPr>
        <w:jc w:val="right"/>
      </w:pPr>
      <w:r>
        <w:t>آپ ہیں تب بھی سوچنا پڑے گا۔ کوئی آپشن تو نہیں۔ یہ مطلب نہیں کہ جب جنگ ہو رہی ہے تو کھڑے ہوگئے نماز پڑھنے کے لیے۔ یہ مطلب نہیں ہے۔ جب دوسرا آپشن نہیں تھا تو آپ نے یہ کیا۔</w:t>
      </w:r>
    </w:p>
    <w:p>
      <w:r>
        <w:rPr>
          <w:b/>
        </w:rPr>
        <w:t xml:space="preserve">[37:14] </w:t>
      </w:r>
      <w:r>
        <w:t>to maulana, unka yeh sawal hai ke aap ne yeh bhi bataya ke namaz padhte waqt khayal jo hain woh to aate rahenge. woh involuntary hain.</w:t>
      </w:r>
    </w:p>
    <w:p>
      <w:pPr>
        <w:jc w:val="right"/>
      </w:pPr>
      <w:r>
        <w:t>تو مولانا، ان کا یہ سوال ہے کہ آپ نے یہ بھی بتایا کہ نماز پڑھتے وقت خیال جو ہیں وہ تو آتے رہیں گے۔ وہ ان والنٹری ہیں۔</w:t>
      </w:r>
    </w:p>
    <w:p>
      <w:r>
        <w:rPr>
          <w:b/>
        </w:rPr>
        <w:t xml:space="preserve">[37:23] </w:t>
      </w:r>
      <w:r>
        <w:t>to aksar aisa hi hota hai ke insaan ke zehen mein khayal aate hain aur is khayal ke basis pe woh koi action le leta hai.</w:t>
      </w:r>
    </w:p>
    <w:p>
      <w:pPr>
        <w:jc w:val="right"/>
      </w:pPr>
      <w:r>
        <w:t>تو اکثر ایسا ہی ہوتا ہے کہ انسان کے ذہن میں خیال آتے ہیں اور اس خیال کے بیسز پہ وہ کوئی ایکشن لے لیتا ہے۔</w:t>
      </w:r>
    </w:p>
    <w:p>
      <w:r>
        <w:rPr>
          <w:b/>
        </w:rPr>
        <w:t xml:space="preserve">[37:33] </w:t>
      </w:r>
      <w:r>
        <w:t>to</w:t>
      </w:r>
    </w:p>
    <w:p>
      <w:pPr>
        <w:jc w:val="right"/>
      </w:pPr>
      <w:r>
        <w:t>تو</w:t>
      </w:r>
    </w:p>
    <w:p>
      <w:r>
        <w:rPr>
          <w:b/>
        </w:rPr>
        <w:t xml:space="preserve">[37:34] </w:t>
      </w:r>
      <w:r>
        <w:t>aane deejiye, khayal aane deejiye. is se pehle main ne ek baat batai thi. ek ek philosopher tha, british philosopher.</w:t>
      </w:r>
    </w:p>
    <w:p>
      <w:pPr>
        <w:jc w:val="right"/>
      </w:pPr>
      <w:r>
        <w:t>آنے دیجیے، خیال آنے دیجیے۔ اس سے پہلے میں نے ایک بات بتائی تھی۔ ایک ایک فلاسفر تھا، برٹش فلاسفر۔</w:t>
      </w:r>
    </w:p>
    <w:p>
      <w:r>
        <w:rPr>
          <w:b/>
        </w:rPr>
        <w:t xml:space="preserve">[37:43] </w:t>
      </w:r>
      <w:r>
        <w:t>us ne kaha tha, bahut badi baat kahi thi us ne ke "i am large enough to contain all these contradictions." "i am large enough to contain all these contradictions." mutazad, contradictory soch ko bhi aadmi jama kar sakta hai apne dimagh mein.</w:t>
      </w:r>
    </w:p>
    <w:p>
      <w:pPr>
        <w:jc w:val="right"/>
      </w:pPr>
      <w:r>
        <w:t>اس نے کہا تھا، بہت بڑی بات کہی تھی اس نے کہ "آئی ایم لارج انف ٹو کنٹین ال دس کنٹراڈکشنز۔" "آئی ایم لارج انف ٹو کنٹین ال دس کنٹراڈکشنز۔" متضاد، کنٹراڈکشنری اف سوچ کو بھی آدمی جمع کر سکتا ہے اپنے دماغ میں۔</w:t>
      </w:r>
    </w:p>
    <w:p>
      <w:r>
        <w:rPr>
          <w:b/>
        </w:rPr>
        <w:t xml:space="preserve">[38:07] </w:t>
      </w:r>
      <w:r>
        <w:t>yeh to koi baat nahin hai. yeh Allah ki jo deen hai, mind ki shakal mein, us ko aap us ko aap underestimate kar rahe hain.</w:t>
      </w:r>
    </w:p>
    <w:p>
      <w:pPr>
        <w:jc w:val="right"/>
      </w:pPr>
      <w:r>
        <w:t>یہ تو کوئی بات نہیں ہے۔ یہ اللہ کی جو دین ہے، مائنڈ کی شکل میں، اس کو آپ اس کو آپ انڈر ایسٹیمیٹ کر رہے ہیں۔</w:t>
      </w:r>
    </w:p>
    <w:p>
      <w:r>
        <w:rPr>
          <w:b/>
        </w:rPr>
        <w:t xml:space="preserve">[38:22] </w:t>
      </w:r>
      <w:r>
        <w:t>maulana, unka question yeh hai ke jab yeh thoughts jis jis ke upar hamara koi ikhtiyar nahin, koi control nahin, aur woh jab ab mind mein aate hain aur us ke basis pe hum koi action karte hain to is action ka gunah hamare upar kyun aata hai?</w:t>
      </w:r>
    </w:p>
    <w:p>
      <w:pPr>
        <w:jc w:val="right"/>
      </w:pPr>
      <w:r>
        <w:t>مولانا، ان کا کوئسچن یہ ہے کہ جب یہ تھاٹس جس جس کے اوپر ہمارا کوئی اختیار نہیں، کوئی کنٹرول نہیں، اور وہ جب اب مائنڈ میں آتے ہیں اور اس کے بیسز پہ ہم کوئی ایکشن کرتے ہیں تو اس ایکشن کا گناہ ہمارے اوپر کیوں آتا ہے؟</w:t>
      </w:r>
    </w:p>
    <w:p>
      <w:r>
        <w:rPr>
          <w:b/>
        </w:rPr>
        <w:t xml:space="preserve">[38:37] </w:t>
      </w:r>
      <w:r>
        <w:t>kyunke woh nahin, aap manage kar sakte hain. manage kyun nahin kiya aap ne? aap aap ki pakad us par hui ke jab tum manage kar sakte ho to manage kyun nahin karte</w:t>
      </w:r>
    </w:p>
    <w:p>
      <w:pPr>
        <w:jc w:val="right"/>
      </w:pPr>
      <w:r>
        <w:t>کیونکہ وہ نہیں، آپ مینج کر سکتے ہیں۔ مینج کیوں نہیں کیا آپ نے؟ آپ آپ کی پکڑ اس پر ہوئی کہ جب تم مینج کر سکتے ہو تو مینج کیوں نہیں کرتے</w:t>
      </w:r>
    </w:p>
    <w:p>
      <w:r>
        <w:rPr>
          <w:b/>
        </w:rPr>
        <w:t xml:space="preserve">[38:49] </w:t>
      </w:r>
      <w:r>
        <w:t>the? maulana, ek naghma aap ne ek comment bheja hai gurgaon se. unhone likha hai, "i realize today that we are not well.</w:t>
      </w:r>
    </w:p>
    <w:p>
      <w:pPr>
        <w:jc w:val="right"/>
      </w:pPr>
      <w:r>
        <w:t>تھے؟ مولانا، ایک نغمہ آپ نے ایک کمنٹ بھیجا ہے گڑگاؤں سے۔ انہوں نے لکھا ہے، "آئی ریلائز ٹوڈے دیٹ وی آر ناٹ ویل۔</w:t>
      </w:r>
    </w:p>
    <w:p>
      <w:r>
        <w:rPr>
          <w:b/>
        </w:rPr>
        <w:t xml:space="preserve">[39:00] </w:t>
      </w:r>
      <w:r>
        <w:t>we should think that it is an opportunity for our body to get refreshed." i also understood that if we depend solely on God, then then only our dua will be fulfilled.</w:t>
      </w:r>
    </w:p>
    <w:p>
      <w:pPr>
        <w:jc w:val="right"/>
      </w:pPr>
      <w:r>
        <w:t>وی شوڈ تھنک دیٹ اٹ از این اپرچونیٹی فار اور باڈی ٹو گیٹ ریفریشڈ۔" آئی السو انڈرسٹوڈ دیٹ اف وی ڈیپینڈ سولی ان گاڈ، دین دین اونلی اور دعا ول بی فلفلڈ۔</w:t>
      </w:r>
    </w:p>
    <w:p>
      <w:r>
        <w:rPr>
          <w:b/>
        </w:rPr>
        <w:t xml:space="preserve">[39:19] </w:t>
      </w:r>
      <w:r>
        <w:t>bhai, dekhiye, aap ke mind mein jab</w:t>
      </w:r>
    </w:p>
    <w:p>
      <w:pPr>
        <w:jc w:val="right"/>
      </w:pPr>
      <w:r>
        <w:t>بھائی، دیکھیے، آپ کے مائنڈ میں جب</w:t>
      </w:r>
    </w:p>
    <w:p>
      <w:r>
        <w:rPr>
          <w:b/>
        </w:rPr>
        <w:t xml:space="preserve">[39:30] </w:t>
      </w:r>
      <w:r>
        <w:t>yeh capacity hai ke woh do cheezon par soch sake, woh do contradictory ayat par soch sake, to aap ko aisa karna chahiye.</w:t>
      </w:r>
    </w:p>
    <w:p>
      <w:pPr>
        <w:jc w:val="right"/>
      </w:pPr>
      <w:r>
        <w:t>یہ کیپیسٹی ہے کہ وہ دو چیزوں پر سوچ سکے، وہ دو کنٹراڈکٹری آیات پر سوچ سکے، تو آپ کو ایسا کرنا چاہیے۔</w:t>
      </w:r>
    </w:p>
    <w:p>
      <w:r>
        <w:rPr>
          <w:b/>
        </w:rPr>
        <w:t xml:space="preserve">[39:41] </w:t>
      </w:r>
      <w:r>
        <w:t>is mind ki is capacity ko istemal karna chahiye. kyun nahi istemal karte aap? "I am large enough to contain all this contradictions." yeh kijiye.</w:t>
      </w:r>
    </w:p>
    <w:p>
      <w:pPr>
        <w:jc w:val="right"/>
      </w:pPr>
      <w:r>
        <w:t>اس مائنڈ کی اس کیپیسٹی کو استعمال کرنا چاہیے۔ کیوں نہیں استعمال کرتے آپ؟ "آئی ایم لارج انف ٹو کنٹین ال دس کنٹراڈکشنز۔" یہ کیجئے۔</w:t>
      </w:r>
    </w:p>
    <w:p>
      <w:r>
        <w:rPr>
          <w:b/>
        </w:rPr>
        <w:t xml:space="preserve">[40:00] </w:t>
      </w:r>
      <w:r>
        <w:t>Maulana, ek basic question yeh zehn mein aata hai ke jo Islamic history hai, woh har ek musalman jaanta hai.</w:t>
      </w:r>
    </w:p>
    <w:p>
      <w:pPr>
        <w:jc w:val="right"/>
      </w:pPr>
      <w:r>
        <w:t>مولانا، ایک بیسک کوئسچن یہ ذہن میں آتا ہے کہ جو اسلامک ہسٹری ہے، وہ ہر ایک مسلمان جانتا ہے۔</w:t>
      </w:r>
    </w:p>
    <w:p>
      <w:r>
        <w:rPr>
          <w:b/>
        </w:rPr>
        <w:t xml:space="preserve">[40:09] </w:t>
      </w:r>
      <w:r>
        <w:t>jaise is daur pe to Maulana ek ayat sunane par par bhi kode pade maare jaate thay. Lekin aaj yeh bhi zamana hai, yeh generalize kar diya aap ne.</w:t>
      </w:r>
    </w:p>
    <w:p>
      <w:pPr>
        <w:jc w:val="right"/>
      </w:pPr>
      <w:r>
        <w:t>جیسے اس دور پہ تو مولانا ایک آیت سنانے پر پر بھی کوڑے پڑے مارے جاتے تھے۔ لیکن آج یہ بھی زمانہ ہے، یہ جنرلائز کر دیا آپ نے۔</w:t>
      </w:r>
    </w:p>
    <w:p>
      <w:r>
        <w:rPr>
          <w:b/>
        </w:rPr>
        <w:t xml:space="preserve">[40:19] </w:t>
      </w:r>
      <w:r>
        <w:t>ji, maare jaate thay? nahi, mara gaya. ji haan, yeh mat kahein ke maare jaate thay to mara gaya. kode generalize, generalize</w:t>
      </w:r>
    </w:p>
    <w:p>
      <w:pPr>
        <w:jc w:val="right"/>
      </w:pPr>
      <w:r>
        <w:t>جی، مارے جاتے تھے؟ نہیں، مارا گیا۔ جی ہاں، یہ مت کہیں کہ مارے جاتے تھے تو مارا گیا۔ کوڑے جنرلائز، جنرلائز</w:t>
      </w:r>
    </w:p>
    <w:p>
      <w:r>
        <w:rPr>
          <w:b/>
        </w:rPr>
        <w:t xml:space="preserve">[40:28] </w:t>
      </w:r>
      <w:r>
        <w:t>kyun karte hain? ji, kode maare gaye Maulana. Lekin aaj to free Quran distribution hum log khud hi karte hain Maulana aur poori ki poori Quran distribute karte hain.</w:t>
      </w:r>
    </w:p>
    <w:p>
      <w:pPr>
        <w:jc w:val="right"/>
      </w:pPr>
      <w:r>
        <w:t>کیوں کرتے ہیں؟ جی، کوڑے مارے گئے مولانا۔ لیکن آج تو فری قرآن ڈسٹریبیوشن ہم لوگ خود ہی کرتے ہیں مولانا اور پوری کی پوری قرآن ڈسٹریبیوٹ کرتے ہیں۔</w:t>
      </w:r>
    </w:p>
    <w:p>
      <w:r>
        <w:rPr>
          <w:b/>
        </w:rPr>
        <w:t xml:space="preserve">[40:37] </w:t>
      </w:r>
      <w:r>
        <w:t>to koi masla nahi hai. to kyun kyun nahi woh reference ko change kar paate? Muslim is time pe war ka daur tha lekin ab woh khatam ho gaya.</w:t>
      </w:r>
    </w:p>
    <w:p>
      <w:pPr>
        <w:jc w:val="right"/>
      </w:pPr>
      <w:r>
        <w:t>تو کوئی مسئلہ نہیں ہے۔ تو کیوں کیوں نہیں وہ ریفرنس کو چینج کر پاتے؟ مسلم اس ٹائم پہ وار کا دوڑ تھا لیکن اب وہ ختم ہو گیا۔</w:t>
      </w:r>
    </w:p>
    <w:p>
      <w:r>
        <w:rPr>
          <w:b/>
        </w:rPr>
        <w:t xml:space="preserve">[40:48] </w:t>
      </w:r>
      <w:r>
        <w:t>tab ek ayat sunane par kode maare jaate thay. ab ab poori ki poori Quran distribute kar sakte hain Mol</w:t>
      </w:r>
    </w:p>
    <w:p>
      <w:pPr>
        <w:jc w:val="right"/>
      </w:pPr>
      <w:r>
        <w:t>تب ایک آیت سنانے پر کوڑے مارے جاتے تھے۔ اب اب پوری کی پوری قرآن ڈسٹریبیوٹ کر سکتے ہیں مول</w:t>
      </w:r>
    </w:p>
    <w:p>
      <w:r>
        <w:rPr>
          <w:b/>
        </w:rPr>
        <w:t xml:space="preserve">[40:55] </w:t>
      </w:r>
      <w:r>
        <w:t>ana. ab dekhein, kal hum log gaye thay yahood ke jalse mein. jis zamane mein Quran utra tha, yahudiyon ne inkar kiya ke yeh Quran Allah ki taraf se hai.</w:t>
      </w:r>
    </w:p>
    <w:p>
      <w:pPr>
        <w:jc w:val="right"/>
      </w:pPr>
      <w:r>
        <w:t>انا۔ اب دیکھیں، کل ہم لوگ گئے تھے یہود کے جلسے میں۔ جس زمانے میں قرآن اترا تھا، یہودیوں نے انکار کیا کہ یہ قرآن اللہ کی طرف سے ہے۔</w:t>
      </w:r>
    </w:p>
    <w:p>
      <w:r>
        <w:rPr>
          <w:b/>
        </w:rPr>
        <w:t xml:space="preserve">[41:07] </w:t>
      </w:r>
      <w:r>
        <w:t>inkar kiya tha unhon ne. lekin kal wahan free liya Quran distribute kiya gaya. yeh hai zamane ki baat. is zamane mein tolerance bohat bari cheez ban gayi hai.</w:t>
      </w:r>
    </w:p>
    <w:p>
      <w:pPr>
        <w:jc w:val="right"/>
      </w:pPr>
      <w:r>
        <w:t>انکار کیا تھا انہوں نے۔ لیکن کل وہاں فری لیا قرآن ڈسٹریبیوٹ کیا گیا۔ یہ ہے زمانے کی بات۔ اس زمانے میں ٹالرنس بہت بڑی چیز بن گئی ہے۔</w:t>
      </w:r>
    </w:p>
    <w:p>
      <w:r>
        <w:rPr>
          <w:b/>
        </w:rPr>
        <w:t xml:space="preserve">[41:21] </w:t>
      </w:r>
      <w:r>
        <w:t>ab aap woh nahi kar sakte. aap ko tolerate karna parta hai. yaani mein bhi sacha, tum bhi sache, yeh manna parta hai.</w:t>
      </w:r>
    </w:p>
    <w:p>
      <w:pPr>
        <w:jc w:val="right"/>
      </w:pPr>
      <w:r>
        <w:t>اب آپ وہ نہیں کر سکتے۔ آپ کو ٹالر کرنا پڑتا ہے۔ یعنی میں بھی سچا، تم بھی سچے، یہ ماننا پڑتا ہے۔</w:t>
      </w:r>
    </w:p>
    <w:p>
      <w:r>
        <w:rPr>
          <w:b/>
        </w:rPr>
        <w:t xml:space="preserve">[41:34] </w:t>
      </w:r>
      <w:r>
        <w:t>aur is ka is ka namuna kal kal kal tha.</w:t>
      </w:r>
    </w:p>
    <w:p>
      <w:pPr>
        <w:jc w:val="right"/>
      </w:pPr>
      <w:r>
        <w:t>اور اس کا اس کا نمونہ کل کل کل تھا۔</w:t>
      </w:r>
    </w:p>
    <w:p>
      <w:r>
        <w:rPr>
          <w:b/>
        </w:rPr>
        <w:t xml:space="preserve">[41:38] </w:t>
      </w:r>
      <w:r>
        <w:t>Maulana, ek aur jo bohat zabardast demonstration kal hua, woh yeh tha ke Hebrew mein Quran jo hai, woh abhi good world mein doctor Saniya ne samne publish karai.</w:t>
      </w:r>
    </w:p>
    <w:p>
      <w:pPr>
        <w:jc w:val="right"/>
      </w:pPr>
      <w:r>
        <w:t>مولانا، ایک اور جو بہت زبردست ڈیمونسٹریشن کل ہوا، وہ یہ تھا کہ ہبرو میں قرآن جو ہے، وہ ابھی گڈ ورلڈ میں ڈاکٹر سانیہ نے سامنے پبلش کرائی۔</w:t>
      </w:r>
    </w:p>
    <w:p>
      <w:r>
        <w:rPr>
          <w:b/>
        </w:rPr>
        <w:t xml:space="preserve">[41:53] </w:t>
      </w:r>
      <w:r>
        <w:t>aur woh Hebrew Quran unhon ne itni khushi se li aur us ke sath photo bhi khinchwai. unhon ne Rubal Malgar ne aur kai copies di gayi wahan pe.</w:t>
      </w:r>
    </w:p>
    <w:p>
      <w:pPr>
        <w:jc w:val="right"/>
      </w:pPr>
      <w:r>
        <w:t>اور وہ ہبرو قرآن انہوں نے اتنی خوشی سے لی اور اس کے ساتھ فوٹو بھی کھنچوائی۔ انہوں نے رباع مالگر نے اور کئی کاپیز دی گئی وہاں پہ۔</w:t>
      </w:r>
    </w:p>
    <w:p>
      <w:r>
        <w:rPr>
          <w:b/>
        </w:rPr>
        <w:t xml:space="preserve">[42:04] </w:t>
      </w:r>
      <w:r>
        <w:t>to unhon ne khud apne community ke logon ko Hebrew Quran jo hai, woh dilwaya aap ke hathon se. to yeh ek bohat bara demonstration tha</w:t>
      </w:r>
    </w:p>
    <w:p>
      <w:pPr>
        <w:jc w:val="right"/>
      </w:pPr>
      <w:r>
        <w:t>تو انہوں نے خود اپنے کمیونٹی کے لوگوں کو ہبرو قرآن جو ہے، وہ دلوایا آپ کے ہاتھوں سے۔ تو یہ ایک بہت بڑا ڈیمونسٹریشن تھا</w:t>
      </w:r>
    </w:p>
    <w:p>
      <w:r>
        <w:rPr>
          <w:b/>
        </w:rPr>
        <w:t xml:space="preserve">[42:14] </w:t>
      </w:r>
      <w:r>
        <w:t>Maulana. ji haan, ji haan, yeh zamana hi hai ke aap chahe apne ko sacha maanein, tab bhi doosre ko manna parega aap ko.</w:t>
      </w:r>
    </w:p>
    <w:p>
      <w:pPr>
        <w:jc w:val="right"/>
      </w:pPr>
      <w:r>
        <w:t>مولانا۔ جی ہاں، جی ہاں، یہ زمانہ ہی ہے کہ آپ چاہے اپنے کو سچا مانیں، تب بھی دوسرے کو ماننا پڑے گا آپ کو۔</w:t>
      </w:r>
    </w:p>
    <w:p>
      <w:r>
        <w:rPr>
          <w:b/>
        </w:rPr>
        <w:t xml:space="preserve">[42:23] </w:t>
      </w:r>
      <w:r>
        <w:t>nahi to aap backward shumar honge.</w:t>
      </w:r>
    </w:p>
    <w:p>
      <w:pPr>
        <w:jc w:val="right"/>
      </w:pPr>
      <w:r>
        <w:t>نہیں تو آپ بیکور شمار ہوں گے۔</w:t>
      </w:r>
    </w:p>
    <w:p>
      <w:r>
        <w:rPr>
          <w:b/>
        </w:rPr>
        <w:t xml:space="preserve">[42:28] </w:t>
      </w:r>
      <w:r>
        <w:t>Maulana, ek question bheja hai Islamabad Pakistan se Muhammad Tufail sahib ne. unhon ne likha hai, "I am an IT professional working in an educational institution.</w:t>
      </w:r>
    </w:p>
    <w:p>
      <w:pPr>
        <w:jc w:val="right"/>
      </w:pPr>
      <w:r>
        <w:t>مولانا، ایک کوئسچن بھیجا ہے اسلام آباد پاکستان سے محمد طفیل صاحب نے۔ انہوں نے لکھا ہے، "آئی ایم این آئی ٹی پروفیشنل ورکنگ ان این ایجوکیشنل انسٹیٹیوشن۔</w:t>
      </w:r>
    </w:p>
    <w:p>
      <w:r>
        <w:rPr>
          <w:b/>
        </w:rPr>
        <w:t xml:space="preserve">[42:41] </w:t>
      </w:r>
      <w:r>
        <w:t>I am willing to work for dawah, but don't know how IT information technology should be used for this purpose." is ke bare mein batayein.</w:t>
      </w:r>
    </w:p>
    <w:p>
      <w:pPr>
        <w:jc w:val="right"/>
      </w:pPr>
      <w:r>
        <w:t>آئی ایم ویلنگ ٹو ورک فار دعویٰ، بٹ ڈونٹ نو ہاؤ آئی ٹی انفارمیشن ٹیکنالوجی شوڈ بی یوزڈ فار دس پرپس۔" اس کے بارے میں بتائیں۔</w:t>
      </w:r>
    </w:p>
    <w:p>
      <w:r>
        <w:rPr>
          <w:b/>
        </w:rPr>
        <w:t xml:space="preserve">[42:53] </w:t>
      </w:r>
      <w:r>
        <w:t>hum to rozana istemal kar rahe hain. kaise aap ko batlaiye? hamare saathi sari duniya mein modern technology ko istemal kar rahe hain.</w:t>
      </w:r>
    </w:p>
    <w:p>
      <w:pPr>
        <w:jc w:val="right"/>
      </w:pPr>
      <w:r>
        <w:t>ہم تو روزانہ استعمال کر رہے ہیں۔ کیسے آپ کو بتلائیے؟ ہمارے ساتھی ساری دنیا میں ماڈرن ٹیکنالوجی کو استعمال کر رہے ہیں۔</w:t>
      </w:r>
    </w:p>
    <w:p>
      <w:r>
        <w:rPr>
          <w:b/>
        </w:rPr>
        <w:t xml:space="preserve">[43:05] </w:t>
      </w:r>
      <w:r>
        <w:t>ab woh aata rehta hai barabar khabron mein.</w:t>
      </w:r>
    </w:p>
    <w:p>
      <w:pPr>
        <w:jc w:val="right"/>
      </w:pPr>
      <w:r>
        <w:t>اب وہ آتا رہتا ہے برابر خبروں میں۔</w:t>
      </w:r>
    </w:p>
    <w:p>
      <w:r>
        <w:rPr>
          <w:b/>
        </w:rPr>
        <w:t xml:space="preserve">[43:13] </w:t>
      </w:r>
      <w:r>
        <w:t>woh to zamana hi khatam ho gaya jab yeh is tareeqe se masla hoti thi. ab yeh is tareeqe se masla nahi hai.</w:t>
      </w:r>
    </w:p>
    <w:p>
      <w:pPr>
        <w:jc w:val="right"/>
      </w:pPr>
      <w:r>
        <w:t>وہ تو زمانہ ہی ختم ہو گیا جب یہ اس طریقے سے مسئلہ ہوتی تھی۔ اب یہ اس طریقے سے مسئلہ نہیں ہے۔</w:t>
      </w:r>
    </w:p>
    <w:p>
      <w:r>
        <w:rPr>
          <w:b/>
        </w:rPr>
        <w:t xml:space="preserve">[43:20] </w:t>
      </w:r>
      <w:r>
        <w:t>Maulana, ek comment bheja hai Irshad Ali sahib ne Rampur se. unhon ne likha hai, "Maulana, do saal pehle jab mein haq ki talash mein nikla to mein ne bohat sare Islamic scholars ko suna.</w:t>
      </w:r>
    </w:p>
    <w:p>
      <w:pPr>
        <w:jc w:val="right"/>
      </w:pPr>
      <w:r>
        <w:t>مولانا، ایک کمنٹ بھیجا ہے ارشاد علی صاحب نے رامپور سے۔ انہوں نے لکھا ہے، "مولانا، دو سال پہلے جب میں حق کی تلاش میں نکلا تو میں نے بہت سارے اسلامک سکالرز کو سنا۔</w:t>
      </w:r>
    </w:p>
    <w:p>
      <w:r>
        <w:rPr>
          <w:b/>
        </w:rPr>
        <w:t xml:space="preserve">[43:35] </w:t>
      </w:r>
      <w:r>
        <w:t>lekin maine kisi bhi scholars ke followers ke andar positivity nahi paai siwaye aap ke aur javed</w:t>
      </w:r>
    </w:p>
    <w:p>
      <w:pPr>
        <w:jc w:val="right"/>
      </w:pPr>
      <w:r>
        <w:t>لیکن میں نے کسی بھی سکالرز کے فالوورز کے اندر پوزیٹیوٹی نہیں پائی سوائے آپ کے اور جاوید</w:t>
      </w:r>
    </w:p>
    <w:p>
      <w:r>
        <w:rPr>
          <w:b/>
        </w:rPr>
        <w:t xml:space="preserve">[43:44] </w:t>
      </w:r>
      <w:r>
        <w:t>ahmad gamdi sahib ke.</w:t>
      </w:r>
    </w:p>
    <w:p>
      <w:pPr>
        <w:jc w:val="right"/>
      </w:pPr>
      <w:r>
        <w:t>احمد گامدی صاحب کے۔"</w:t>
      </w:r>
    </w:p>
    <w:p>
      <w:r>
        <w:rPr>
          <w:b/>
        </w:rPr>
        <w:t xml:space="preserve">[43:46] </w:t>
      </w:r>
      <w:r>
        <w:t>maulana, main samajhta hoon ke in logon ko ruk jana chahiye aur sochna chahiye ke kahin hum kuch</w:t>
      </w:r>
    </w:p>
    <w:p>
      <w:pPr>
        <w:jc w:val="right"/>
      </w:pPr>
      <w:r>
        <w:t>مولانا، میں سمجھتا ہوں کہ ان لوگوں کو رک جانا چاہیے اور سوچنا چاہیے کہ کہیں ہم کچھ</w:t>
      </w:r>
    </w:p>
    <w:p>
      <w:r>
        <w:rPr>
          <w:b/>
        </w:rPr>
        <w:t xml:space="preserve">[43:54] </w:t>
      </w:r>
      <w:r>
        <w:t>ghalat to promote nahi kar rahe jis se hamare followers ka intellectual development nahi ho raha.</w:t>
      </w:r>
    </w:p>
    <w:p>
      <w:pPr>
        <w:jc w:val="right"/>
      </w:pPr>
      <w:r>
        <w:t>غلط تو پروموٹ نہیں کر رہے جس سے ہمارے فالوورز کا انٹلیکچول ڈیویلپمنٹ نہیں ہو رہا۔</w:t>
      </w:r>
    </w:p>
    <w:p>
      <w:r>
        <w:rPr>
          <w:b/>
        </w:rPr>
        <w:t xml:space="preserve">[44:05] </w:t>
      </w:r>
      <w:r>
        <w:t>acha, theek hai, dua kijiye.</w:t>
      </w:r>
    </w:p>
    <w:p>
      <w:pPr>
        <w:jc w:val="right"/>
      </w:pPr>
      <w:r>
        <w:t>اچھا، ٹھیک ہے، دعا کیجئے۔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