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Role of Suffering 31 Aug, 2019 - Maulana Wahiduddin Khan</w:t>
      </w:r>
    </w:p>
    <w:p>
      <w:r>
        <w:t>https://www.youtube.com/watch?v=y4B5iBknSpk</w:t>
      </w:r>
    </w:p>
    <w:p>
      <w:r>
        <w:rPr>
          <w:b/>
        </w:rPr>
        <w:t xml:space="preserve">[00:13] </w:t>
      </w:r>
      <w:r>
        <w:t>bismillah hir rahman nir rahim, wa salla Allahu ala nabiyyi al-karim.</w:t>
      </w:r>
    </w:p>
    <w:p>
      <w:pPr>
        <w:jc w:val="right"/>
      </w:pPr>
      <w:r>
        <w:t>بسم اللہ الرحمن الرحیم، و صلی اللہ علی نبی الکریم۔</w:t>
      </w:r>
    </w:p>
    <w:p>
      <w:r>
        <w:rPr>
          <w:b/>
        </w:rPr>
        <w:t xml:space="preserve">[00:22] </w:t>
      </w:r>
      <w:r>
        <w:t>aaj koi</w:t>
      </w:r>
    </w:p>
    <w:p>
      <w:pPr>
        <w:jc w:val="right"/>
      </w:pPr>
      <w:r>
        <w:t>آج کوئی</w:t>
      </w:r>
    </w:p>
    <w:p>
      <w:r>
        <w:rPr>
          <w:b/>
        </w:rPr>
        <w:t xml:space="preserve">[00:26] </w:t>
      </w:r>
      <w:r>
        <w:t>specific topic nahin hoga, balkeh interactive partan par baat hogi.</w:t>
      </w:r>
    </w:p>
    <w:p>
      <w:pPr>
        <w:jc w:val="right"/>
      </w:pPr>
      <w:r>
        <w:t>سپیسیفک ٹاپک نہیں ہوگا، بلکہ انٹرایکٹو پارٹن پر بات ہوگی۔</w:t>
      </w:r>
    </w:p>
    <w:p>
      <w:r>
        <w:rPr>
          <w:b/>
        </w:rPr>
        <w:t xml:space="preserve">[00:38] </w:t>
      </w:r>
      <w:r>
        <w:t>to aaj ke liye topic jo shuru karenge woh priya malik hai, phir hum log is mein hissa lenge.</w:t>
      </w:r>
    </w:p>
    <w:p>
      <w:pPr>
        <w:jc w:val="right"/>
      </w:pPr>
      <w:r>
        <w:t>تو آج کے لیے ٹاپک جو شروع کریں گے وہ پریا ملک ہے، پھر ہم لوگ اس میں حصہ لیں گے۔</w:t>
      </w:r>
    </w:p>
    <w:p>
      <w:r>
        <w:rPr>
          <w:b/>
        </w:rPr>
        <w:t xml:space="preserve">[00:50] </w:t>
      </w:r>
      <w:r>
        <w:t>chaliye sahib, shuru karen.</w:t>
      </w:r>
    </w:p>
    <w:p>
      <w:pPr>
        <w:jc w:val="right"/>
      </w:pPr>
      <w:r>
        <w:t>چلیے صاحب، شروع کریں۔</w:t>
      </w:r>
    </w:p>
    <w:p>
      <w:r>
        <w:rPr>
          <w:b/>
        </w:rPr>
        <w:t xml:space="preserve">[00:53] </w:t>
      </w:r>
      <w:r>
        <w:t>maulana, my topic is in form of a question. the question is very, question is very simple: that why is it that god realization only can be achieved through suffering?</w:t>
      </w:r>
    </w:p>
    <w:p>
      <w:pPr>
        <w:jc w:val="right"/>
      </w:pPr>
      <w:r>
        <w:t>مولانا، مائی ٹاپک از ان فارم آف ا کوئسچن۔ دا کوئسچن از ویری، کوئسچن از ویری سمپل: دیٹ وائی از اٹ دیٹ گاڈ ریلائزیشن اونلی کین بی اچیو تھرو سفلنگ؟</w:t>
      </w:r>
    </w:p>
    <w:p>
      <w:r>
        <w:rPr>
          <w:b/>
        </w:rPr>
        <w:t xml:space="preserve">[01:06] </w:t>
      </w:r>
      <w:r>
        <w:t>you have to undergo suffering to achieve god realization.</w:t>
      </w:r>
    </w:p>
    <w:p>
      <w:pPr>
        <w:jc w:val="right"/>
      </w:pPr>
      <w:r>
        <w:t>یو ہیو ٹو انڈرگو سفلنگ ٹو اچیو گاڈ ریلائزیشن۔</w:t>
      </w:r>
    </w:p>
    <w:p>
      <w:r>
        <w:rPr>
          <w:b/>
        </w:rPr>
        <w:t xml:space="preserve">[01:10] </w:t>
      </w:r>
      <w:r>
        <w:t>dekhiye,</w:t>
      </w:r>
    </w:p>
    <w:p>
      <w:pPr>
        <w:jc w:val="right"/>
      </w:pPr>
      <w:r>
        <w:t>دیکھیے،</w:t>
      </w:r>
    </w:p>
    <w:p>
      <w:r>
        <w:rPr>
          <w:b/>
        </w:rPr>
        <w:t xml:space="preserve">[01:15] </w:t>
      </w:r>
      <w:r>
        <w:t>main khud is sawal se bohat der tak, main is rah, is sawal se kyun, kyun suffering se god realization zyada hota hai?</w:t>
      </w:r>
    </w:p>
    <w:p>
      <w:pPr>
        <w:jc w:val="right"/>
      </w:pPr>
      <w:r>
        <w:t>میں خود اس سوال سے بہت دیر تک، میں اس راہ، اس سوال سے کیوں، کیوں سفلنگ سے گاڈ ریلائزیشن زیادہ ہوتا ہے؟</w:t>
      </w:r>
    </w:p>
    <w:p>
      <w:r>
        <w:rPr>
          <w:b/>
        </w:rPr>
        <w:t xml:space="preserve">[01:30] </w:t>
      </w:r>
      <w:r>
        <w:t>kyunke hadith se sabit hai.</w:t>
      </w:r>
    </w:p>
    <w:p>
      <w:pPr>
        <w:jc w:val="right"/>
      </w:pPr>
      <w:r>
        <w:t>کیونکہ حدیث سے ثابت ہے۔</w:t>
      </w:r>
    </w:p>
    <w:p>
      <w:r>
        <w:rPr>
          <w:b/>
        </w:rPr>
        <w:t xml:space="preserve">[01:35] </w:t>
      </w:r>
      <w:r>
        <w:t>to she english ek poet hai, shaili, to us ki ek line hai, us ki ek line hai, woh line padhiye: "aur swetest songs are those".</w:t>
      </w:r>
    </w:p>
    <w:p>
      <w:pPr>
        <w:jc w:val="right"/>
      </w:pPr>
      <w:r>
        <w:t>تو شے انگلش ایک پوئٹ ہے، شائلی، تو اس کی ایک لائن ہے، اس کی ایک لائن ہے، وہ لائن پڑھیے: "اور سویٹسٹ سونگز ار دوز"۔</w:t>
      </w:r>
    </w:p>
    <w:p>
      <w:r>
        <w:rPr>
          <w:b/>
        </w:rPr>
        <w:t xml:space="preserve">[01:52] </w:t>
      </w:r>
      <w:r>
        <w:t>aur swetest songs are those that tell of saddest thought. haan,</w:t>
      </w:r>
    </w:p>
    <w:p>
      <w:pPr>
        <w:jc w:val="right"/>
      </w:pPr>
      <w:r>
        <w:t>اور سویٹسٹ سونگز ار دوز دیٹ ٹیل اف سیڈسٹ تھاٹ۔ ہاں،</w:t>
      </w:r>
    </w:p>
    <w:p>
      <w:r>
        <w:rPr>
          <w:b/>
        </w:rPr>
        <w:t xml:space="preserve">[02:01] </w:t>
      </w:r>
      <w:r>
        <w:t>aur swetest songs are those that tell us the saddest song.</w:t>
      </w:r>
    </w:p>
    <w:p>
      <w:pPr>
        <w:jc w:val="right"/>
      </w:pPr>
      <w:r>
        <w:t>اور سویٹسٹ سونگز ار دوز دیٹ ٹیل اس دی سیٹسٹ سونگ۔</w:t>
      </w:r>
    </w:p>
    <w:p>
      <w:r>
        <w:rPr>
          <w:b/>
        </w:rPr>
        <w:t xml:space="preserve">[02:11] </w:t>
      </w:r>
      <w:r>
        <w:t>is par main sochta raha to aur bhi kuch meri zindagi mein experience hue.</w:t>
      </w:r>
    </w:p>
    <w:p>
      <w:pPr>
        <w:jc w:val="right"/>
      </w:pPr>
      <w:r>
        <w:t>اس پر میں سوچتا رہا تو اور بھی کچھ میری زندگی میں ایکسپیرینس ہوئے۔</w:t>
      </w:r>
    </w:p>
    <w:p>
      <w:r>
        <w:rPr>
          <w:b/>
        </w:rPr>
        <w:t xml:space="preserve">[02:23] </w:t>
      </w:r>
      <w:r>
        <w:t>dekhiye, insan ki banawat aisi hai, insan ki ka mind, insan ki jo mind hai, kuch is dhang par us ki banawat hui hai ke sab se zyada woh activate hota hai jab woh said hota hai.</w:t>
      </w:r>
    </w:p>
    <w:p>
      <w:pPr>
        <w:jc w:val="right"/>
      </w:pPr>
      <w:r>
        <w:t>دیکھیے، انسان کی بناوٹ ایسی ہے، انسان کی کا مائنڈ، انسان کی جو مائنڈ ہے، کچھ اس ڈھنگ پر اس کی بناوٹ ہوئی ہے کہ سب سے زیادہ وہ ایکٹیویٹ ہوتا ہے جب وہ سائیڈ ہوتا ہے۔</w:t>
      </w:r>
    </w:p>
    <w:p>
      <w:r>
        <w:rPr>
          <w:b/>
        </w:rPr>
        <w:t xml:space="preserve">[02:47] </w:t>
      </w:r>
      <w:r>
        <w:t>ke yeh nature hai, aap is ko kya karenge? aap khud tajurba kar lijiye, koi bhi shakhs tajurba kar le ke jab us par koi, koi cheez hit karti hai, bohat zyada, us waqt woh zyada jaag uthta hai.</w:t>
      </w:r>
    </w:p>
    <w:p>
      <w:pPr>
        <w:jc w:val="right"/>
      </w:pPr>
      <w:r>
        <w:t>کہ یہ نیچر ہے، آپ اس کو کیا کریں گے؟ آپ خود تجربہ کر لیجئے، کوئی بھی شخص تجربہ کر لے کہ جب اس پر کوئی، کوئی چیز ہٹ کرتی ہے، بہت زیادہ، اس وقت وہ زیادہ جاگ اٹھتا ہے۔</w:t>
      </w:r>
    </w:p>
    <w:p>
      <w:r>
        <w:rPr>
          <w:b/>
        </w:rPr>
        <w:t xml:space="preserve">[03:07] </w:t>
      </w:r>
      <w:r>
        <w:t>aap khush hon, magan hon to aap ka inner being jo hai ya aap ka mind jo hai, bohat zyada jaagta nahin hai,</w:t>
      </w:r>
    </w:p>
    <w:p>
      <w:pPr>
        <w:jc w:val="right"/>
      </w:pPr>
      <w:r>
        <w:t>آپ خوش ہوں، مگن ہوں تو آپ کا انر بینگ جو ہے یا آپ کا مائنڈ جو ہے، بہت زیادہ جاگتا نہیں ہے،</w:t>
      </w:r>
    </w:p>
    <w:p>
      <w:r>
        <w:rPr>
          <w:b/>
        </w:rPr>
        <w:t xml:space="preserve">[03:22] </w:t>
      </w:r>
      <w:r>
        <w:t>super freshness mein jaagta hai. lekin jab aisa ho ke aap ka, aap ka inner core hit ho jaye to phir apne pe nahin rehte aap.</w:t>
      </w:r>
    </w:p>
    <w:p>
      <w:pPr>
        <w:jc w:val="right"/>
      </w:pPr>
      <w:r>
        <w:t>سپر فریسٹنس میں جاگتا ہے۔ لیکن جب ایسا ہو کہ آپ کا، آپ کا انر کور ہٹ ہو جائے تو پھر اپنے پہ نہیں رہتے آپ۔</w:t>
      </w:r>
    </w:p>
    <w:p>
      <w:r>
        <w:rPr>
          <w:b/>
        </w:rPr>
        <w:t xml:space="preserve">[03:41] </w:t>
      </w:r>
      <w:r>
        <w:t>main mislan, main ne ek manzar dekha aise delhi mein, green park mein. green park mein hum log baithe hue the, ek ghar mein, ek flat mein.</w:t>
      </w:r>
    </w:p>
    <w:p>
      <w:pPr>
        <w:jc w:val="right"/>
      </w:pPr>
      <w:r>
        <w:t>میں مثلاً، میں نے ایک منظر دیکھا ایسے دلی میں، گرین پارک میں۔ گرین پارک میں ہم لوگ بیٹھے ہوئے تھے، ایک گھر میں، ایک فلیٹ میں۔</w:t>
      </w:r>
    </w:p>
    <w:p>
      <w:r>
        <w:rPr>
          <w:b/>
        </w:rPr>
        <w:t xml:space="preserve">[03:52] </w:t>
      </w:r>
      <w:r>
        <w:t>to ek sahib ke baap, father jo the, us waqt hospital mein admit the, hospital mein admit the, aur hum log wahan baithe the kuch news sunne ke liye.</w:t>
      </w:r>
    </w:p>
    <w:p>
      <w:pPr>
        <w:jc w:val="right"/>
      </w:pPr>
      <w:r>
        <w:t>تو ایک صاحب کے باپ، فادر جو تھے، اس وقت ہاسپٹل میں ایڈمٹ تھے، ہاسپٹل میں ایڈمٹ تھے، اور ہم لوگ وہاں بیٹھے تھے کچھ نیوز سننے کے لیے۔</w:t>
      </w:r>
    </w:p>
    <w:p>
      <w:r>
        <w:rPr>
          <w:b/>
        </w:rPr>
        <w:t xml:space="preserve">[04:11] </w:t>
      </w:r>
      <w:r>
        <w:t>to itne mein kisi ne news di ke un ke baap ki death ho gayi, un ke baap ki death ho gayi.</w:t>
      </w:r>
    </w:p>
    <w:p>
      <w:pPr>
        <w:jc w:val="right"/>
      </w:pPr>
      <w:r>
        <w:t>تو اتنے میں کسی نے نیوز دی کہ ان کے باپ کی ڈیتھ ہو گئی، ان کے باپ کی ڈیتھ ہو گئی۔</w:t>
      </w:r>
    </w:p>
    <w:p>
      <w:r>
        <w:rPr>
          <w:b/>
        </w:rPr>
        <w:t xml:space="preserve">[04:21] </w:t>
      </w:r>
      <w:r>
        <w:t>to jaise hi yeh kisi ne bataya to woh aadmi jis ka woh baap tha, achaanak woh aisi seenah pakad ke ek dum gir pada zameen mein, ajeeb halat us ki ho gayi.</w:t>
      </w:r>
    </w:p>
    <w:p>
      <w:pPr>
        <w:jc w:val="right"/>
      </w:pPr>
      <w:r>
        <w:t>تو جیسے ہی یہ کسی نے بتایا تو وہ آدمی جس کا وہ باپ تھا، اچانک وہ ایسی سینہ پکڑ کے ایک دم گر پڑا زمین میں، عجیب حالت اس کی ہو گئی۔</w:t>
      </w:r>
    </w:p>
    <w:p>
      <w:r>
        <w:rPr>
          <w:b/>
        </w:rPr>
        <w:t xml:space="preserve">[04:36] </w:t>
      </w:r>
      <w:r>
        <w:t>har ek is se bilkul normal tha, woh is se pehle woh normal tha.</w:t>
      </w:r>
    </w:p>
    <w:p>
      <w:pPr>
        <w:jc w:val="right"/>
      </w:pPr>
      <w:r>
        <w:t>ہر ایک اس سے بالکل نارمل تھا، وہ اس سے پہلے وہ نارمل تھا۔</w:t>
      </w:r>
    </w:p>
    <w:p>
      <w:r>
        <w:rPr>
          <w:b/>
        </w:rPr>
        <w:t xml:space="preserve">[04:43] </w:t>
      </w:r>
      <w:r>
        <w:t>to yeh ek waqea hai jo koi bhi shakhs, ah,</w:t>
      </w:r>
    </w:p>
    <w:p>
      <w:pPr>
        <w:jc w:val="right"/>
      </w:pPr>
      <w:r>
        <w:t>تو یہ ایک واقعہ ہے جو کوئی بھی شخص، اہ،</w:t>
      </w:r>
    </w:p>
    <w:p>
      <w:r>
        <w:rPr>
          <w:b/>
        </w:rPr>
        <w:t xml:space="preserve">[04:54] </w:t>
      </w:r>
      <w:r>
        <w:t>ab jaise main aaj aap, aap ko aaj ka ek experience batata hoon. aaj ka, aaj jo hai, mujhe ek qissa yaad aaya, hamare area mein ek sahib the jo soofi the, bare soofi,</w:t>
      </w:r>
    </w:p>
    <w:p>
      <w:pPr>
        <w:jc w:val="right"/>
      </w:pPr>
      <w:r>
        <w:t>اب جیسے میں آج آپ، آپ کو آج کا ایک ایکسپیرینس بتاتا ہوں۔ آج کا، آج جو ہے، مجھے ایک قصہ یاد آیا، ہمارے ایریا میں ایک صاحب تھے جو صوفی تھے، بڑے صوفی،</w:t>
      </w:r>
    </w:p>
    <w:p>
      <w:r>
        <w:rPr>
          <w:b/>
        </w:rPr>
        <w:t xml:space="preserve">[05:14] </w:t>
      </w:r>
      <w:r>
        <w:t>sofi. to sofi log</w:t>
      </w:r>
    </w:p>
    <w:p>
      <w:pPr>
        <w:jc w:val="right"/>
      </w:pPr>
      <w:r>
        <w:t>صوفی۔ تو صوفی لوگ</w:t>
      </w:r>
    </w:p>
    <w:p>
      <w:r>
        <w:rPr>
          <w:b/>
        </w:rPr>
        <w:t xml:space="preserve">[05:21] </w:t>
      </w:r>
      <w:r>
        <w:t>padi yatra karte hain, jaise shaheed log, log padi yatra karte hain. to woh sofi jo the, unhon ne padi yatra kiya tha himalaya ke janglon mein,</w:t>
      </w:r>
    </w:p>
    <w:p>
      <w:pPr>
        <w:jc w:val="right"/>
      </w:pPr>
      <w:r>
        <w:t>پد یاترا کرتے ہیں، جیسے شہید لوگ، لوگ پد یاترا کرتے ہیں۔ تو وہ صوفی جو تھے، انہوں نے پد یاترا کیا تھا ہمالیہ کے جنگلوں میں،</w:t>
      </w:r>
    </w:p>
    <w:p>
      <w:r>
        <w:rPr>
          <w:b/>
        </w:rPr>
        <w:t xml:space="preserve">[05:35] </w:t>
      </w:r>
      <w:r>
        <w:t>bahut lamba ek safar kiya tha unhon ne. to unhon ne bataya ke woh himalaya ke janglon mein chalte chalte chalte ek jagah pahunche to wahan ek boodha aadmi baitha hua tha,</w:t>
      </w:r>
    </w:p>
    <w:p>
      <w:pPr>
        <w:jc w:val="right"/>
      </w:pPr>
      <w:r>
        <w:t>بہت لمبا ایک سفر کیا تھا انہوں نے۔ تو انہوں نے بتایا کہ وہ ہمالیہ کے جنگلوں میں چلتے چلتے چلتے ایک جگہ پہنچے تو وہاں ایک بوڑھا آدمی بیٹھا ہوا تھا،</w:t>
      </w:r>
    </w:p>
    <w:p>
      <w:r>
        <w:rPr>
          <w:b/>
        </w:rPr>
        <w:t xml:space="preserve">[05:55] </w:t>
      </w:r>
      <w:r>
        <w:t>baitha, boodha aadmi baitha hua tha.</w:t>
      </w:r>
    </w:p>
    <w:p>
      <w:pPr>
        <w:jc w:val="right"/>
      </w:pPr>
      <w:r>
        <w:t>بیٹھا، بوڑھا آدمی بیٹھا ہوا تھا۔</w:t>
      </w:r>
    </w:p>
    <w:p>
      <w:r>
        <w:rPr>
          <w:b/>
        </w:rPr>
        <w:t xml:space="preserve">[06:04] </w:t>
      </w:r>
      <w:r>
        <w:t>to us se unhon ne poocha ke tumhara kya hai, tum kyun yahan baithe ho?</w:t>
      </w:r>
    </w:p>
    <w:p>
      <w:pPr>
        <w:jc w:val="right"/>
      </w:pPr>
      <w:r>
        <w:t>تو اس سے انہوں نے پوچھا کہ تمہارا کیا ہے، تم کیوں یہاں بیٹھے ہو؟</w:t>
      </w:r>
    </w:p>
    <w:p>
      <w:r>
        <w:rPr>
          <w:b/>
        </w:rPr>
        <w:t xml:space="preserve">[06:15] </w:t>
      </w:r>
      <w:r>
        <w:t>to us ne ek hi sentence bola, woh</w:t>
      </w:r>
    </w:p>
    <w:p>
      <w:pPr>
        <w:jc w:val="right"/>
      </w:pPr>
      <w:r>
        <w:t>تو اس نے ایک ہی سینٹنس بولا، وہ</w:t>
      </w:r>
    </w:p>
    <w:p>
      <w:r>
        <w:rPr>
          <w:b/>
        </w:rPr>
        <w:t xml:space="preserve">[06:21] </w:t>
      </w:r>
      <w:r>
        <w:t>ek hi sentence bola, woh us ne kaha ke,</w:t>
      </w:r>
    </w:p>
    <w:p>
      <w:pPr>
        <w:jc w:val="right"/>
      </w:pPr>
      <w:r>
        <w:t>ایک ہی سینٹنس بولا، وہ اس نے کہا کہ،</w:t>
      </w:r>
    </w:p>
    <w:p>
      <w:r>
        <w:rPr>
          <w:b/>
        </w:rPr>
        <w:t xml:space="preserve">[06:33] </w:t>
      </w:r>
      <w:r>
        <w:t>ke kaha ke gaye the ke aayenge, magar ab tak nahin aaye. kaha ke gaye the ke aayenge, magar ab tak nahin aaye.</w:t>
      </w:r>
    </w:p>
    <w:p>
      <w:pPr>
        <w:jc w:val="right"/>
      </w:pPr>
      <w:r>
        <w:t>کہ کہا کہ گئے تھے کہ آئیں گے، مگر اب تک نہیں آئے۔ کہا کہ گئے تھے کہ آئیں گے، مگر اب تک نہیں آئے۔</w:t>
      </w:r>
    </w:p>
    <w:p>
      <w:r>
        <w:rPr>
          <w:b/>
        </w:rPr>
        <w:t xml:space="preserve">[06:47] </w:t>
      </w:r>
      <w:r>
        <w:t>to main aise kuch sochta raha, sochta raha. to har aadmi ka ek yeh day off intezar hai, har aadmi ka ek intezar ka din hai.</w:t>
      </w:r>
    </w:p>
    <w:p>
      <w:pPr>
        <w:jc w:val="right"/>
      </w:pPr>
      <w:r>
        <w:t>تو میں ایسے کچھ سوچتا رہا، سوچتا رہا۔ تو ہر آدمی کا ایک یہ ڈے آف انتظار ہے، ہر آدمی کا ایک انتظار کا دن ہے۔</w:t>
      </w:r>
    </w:p>
    <w:p>
      <w:r>
        <w:rPr>
          <w:b/>
        </w:rPr>
        <w:t xml:space="preserve">[07:00] </w:t>
      </w:r>
      <w:r>
        <w:t>woh isi intezar mein hai kab woh aayenge, woh subah kabhi to aayegi, woh intezar kar raha hai ke woh subah kabhi to aayegi.</w:t>
      </w:r>
    </w:p>
    <w:p>
      <w:pPr>
        <w:jc w:val="right"/>
      </w:pPr>
      <w:r>
        <w:t>وہ اسی انتظار میں ہے کب وہ آئیں گے، وہ صبح کبھی تو آئے گی، وہ انتظار کر رہا ہے کہ وہ صبح کبھی تو آئے گی۔</w:t>
      </w:r>
    </w:p>
    <w:p>
      <w:r>
        <w:rPr>
          <w:b/>
        </w:rPr>
        <w:t xml:space="preserve">[07:12] </w:t>
      </w:r>
      <w:r>
        <w:t>to har insaan ka ek day off intezar hai,</w:t>
      </w:r>
    </w:p>
    <w:p>
      <w:pPr>
        <w:jc w:val="right"/>
      </w:pPr>
      <w:r>
        <w:t>تو ہر انسان کا ایک ڈے آف انتظار ہے،</w:t>
      </w:r>
    </w:p>
    <w:p>
      <w:r>
        <w:rPr>
          <w:b/>
        </w:rPr>
        <w:t xml:space="preserve">[07:21] </w:t>
      </w:r>
      <w:r>
        <w:t>woh day ka hai. kabhi is koi cheez us ko hit hit ki gayi hogi, hit</w:t>
      </w:r>
    </w:p>
    <w:p>
      <w:pPr>
        <w:jc w:val="right"/>
      </w:pPr>
      <w:r>
        <w:t>وہ ڈے کا ہے۔ کبھی اس کوئی چیز اس کو ہٹ ہٹ کی گئی ہوگی، ہٹ</w:t>
      </w:r>
    </w:p>
    <w:p>
      <w:r>
        <w:rPr>
          <w:b/>
        </w:rPr>
        <w:t xml:space="preserve">[07:31] </w:t>
      </w:r>
      <w:r>
        <w:t>to woh us ke baith gayi, us ke mind mein baith gayi hogi, aaj tak woh nikli nahin hogi. to har aadmi ka koi day off intezar hota hai.</w:t>
      </w:r>
    </w:p>
    <w:p>
      <w:pPr>
        <w:jc w:val="right"/>
      </w:pPr>
      <w:r>
        <w:t>تو وہ اس کے بیٹھ گئی، اس کے مائنڈ میں بیٹھ گئی ہوگی، آج تک وہ نکلی نہیں ہوگی۔ تو ہر آدمی کا کوئی ڈے آف انتظار ہوتا ہے۔</w:t>
      </w:r>
    </w:p>
    <w:p>
      <w:r>
        <w:rPr>
          <w:b/>
        </w:rPr>
        <w:t xml:space="preserve">[07:50] </w:t>
      </w:r>
      <w:r>
        <w:t>yeh, yeh jo intezar ka din jo hota hai na, wahi hota hai jahan aadmi bohat zyada hit</w:t>
      </w:r>
    </w:p>
    <w:p>
      <w:pPr>
        <w:jc w:val="right"/>
      </w:pPr>
      <w:r>
        <w:t>یہ، یہ جو انتظار کا دن جو ہوتا ہے نا، وہی ہوتا ہے جہاں آدمی بہت زیادہ ہٹ</w:t>
      </w:r>
    </w:p>
    <w:p>
      <w:r>
        <w:rPr>
          <w:b/>
        </w:rPr>
        <w:t xml:space="preserve">[07:55] </w:t>
      </w:r>
      <w:r>
        <w:t>hua ho, bohat zyada hit hua ho.</w:t>
      </w:r>
    </w:p>
    <w:p>
      <w:pPr>
        <w:jc w:val="right"/>
      </w:pPr>
      <w:r>
        <w:t>ہوا ہو، بہت زیادہ ہٹ ہوا ہو۔</w:t>
      </w:r>
    </w:p>
    <w:p>
      <w:r>
        <w:rPr>
          <w:b/>
        </w:rPr>
        <w:t xml:space="preserve">[08:00] </w:t>
      </w:r>
      <w:r>
        <w:t>to baharhal yeh ek</w:t>
      </w:r>
    </w:p>
    <w:p>
      <w:pPr>
        <w:jc w:val="right"/>
      </w:pPr>
      <w:r>
        <w:t>تو بہرحال یہ ایک</w:t>
      </w:r>
    </w:p>
    <w:p>
      <w:r>
        <w:rPr>
          <w:b/>
        </w:rPr>
        <w:t xml:space="preserve">[08:03] </w:t>
      </w:r>
      <w:r>
        <w:t>psychology ki baat hai ke aadmi</w:t>
      </w:r>
    </w:p>
    <w:p>
      <w:pPr>
        <w:jc w:val="right"/>
      </w:pPr>
      <w:r>
        <w:t>سائیکالوجی کی بات ہے کہ آدمی</w:t>
      </w:r>
    </w:p>
    <w:p>
      <w:r>
        <w:rPr>
          <w:b/>
        </w:rPr>
        <w:t xml:space="preserve">[08:07] </w:t>
      </w:r>
      <w:r>
        <w:t>ko jab koi seat</w:t>
      </w:r>
    </w:p>
    <w:p>
      <w:pPr>
        <w:jc w:val="right"/>
      </w:pPr>
      <w:r>
        <w:t>کو جب کوئی سیٹ</w:t>
      </w:r>
    </w:p>
    <w:p>
      <w:r>
        <w:rPr>
          <w:b/>
        </w:rPr>
        <w:t xml:space="preserve">[08:11] </w:t>
      </w:r>
      <w:r>
        <w:t>experience ho to us ko zyada hit, yani zyada uska</w:t>
      </w:r>
    </w:p>
    <w:p>
      <w:pPr>
        <w:jc w:val="right"/>
      </w:pPr>
      <w:r>
        <w:t>ایکسپیرینس ہو تو اس کو زیادہ ہٹ، یعنی زیادہ اس کا</w:t>
      </w:r>
    </w:p>
    <w:p>
      <w:r>
        <w:rPr>
          <w:b/>
        </w:rPr>
        <w:t xml:space="preserve">[08:20] </w:t>
      </w:r>
      <w:r>
        <w:t>wo asar parta hai,</w:t>
      </w:r>
    </w:p>
    <w:p>
      <w:pPr>
        <w:jc w:val="right"/>
      </w:pPr>
      <w:r>
        <w:t>وہ اثر پڑتا ہے،</w:t>
      </w:r>
    </w:p>
    <w:p>
      <w:r>
        <w:rPr>
          <w:b/>
        </w:rPr>
        <w:t xml:space="preserve">[08:23] </w:t>
      </w:r>
      <w:r>
        <w:t>woh zyada hit hota hai.</w:t>
      </w:r>
    </w:p>
    <w:p>
      <w:pPr>
        <w:jc w:val="right"/>
      </w:pPr>
      <w:r>
        <w:t>وہ زیادہ ہٹ ہوتا ہے۔</w:t>
      </w:r>
    </w:p>
    <w:p>
      <w:r>
        <w:rPr>
          <w:b/>
        </w:rPr>
        <w:t xml:space="preserve">[08:27] </w:t>
      </w:r>
      <w:r>
        <w:t>to Allah ko, yaani creator ko, creator ko,</w:t>
      </w:r>
    </w:p>
    <w:p>
      <w:pPr>
        <w:jc w:val="right"/>
      </w:pPr>
      <w:r>
        <w:t>تو اللہ کو، یعنی کریٹر کو، کریٹر کو،</w:t>
      </w:r>
    </w:p>
    <w:p>
      <w:r>
        <w:rPr>
          <w:b/>
        </w:rPr>
        <w:t xml:space="preserve">[08:39] </w:t>
      </w:r>
      <w:r>
        <w:t>creator ko realize karna to sab se bada, sab se badi cheez hai.</w:t>
      </w:r>
    </w:p>
    <w:p>
      <w:pPr>
        <w:jc w:val="right"/>
      </w:pPr>
      <w:r>
        <w:t>کریٹر کو ریلائز کرنا تو سب سے بڑا، سب سے بڑی چیز ہے۔</w:t>
      </w:r>
    </w:p>
    <w:p>
      <w:r>
        <w:rPr>
          <w:b/>
        </w:rPr>
        <w:t xml:space="preserve">[08:49] </w:t>
      </w:r>
      <w:r>
        <w:t>creator ko realize karna to sab se badi cheez hai. to us ke liye sab se bada shauk bhi to chahiye. sab se bada jo realization hai, woh hai God.</w:t>
      </w:r>
    </w:p>
    <w:p>
      <w:pPr>
        <w:jc w:val="right"/>
      </w:pPr>
      <w:r>
        <w:t>کریٹر کو ریلائز کرنا تو سب سے بڑی چیز ہے۔ تو اس کے لیے سب سے بڑا شک بھی تو چاہیے۔ سب سے بڑا جو ریلائزیشن ہے، وہ ہے گاڈ۔</w:t>
      </w:r>
    </w:p>
    <w:p>
      <w:r>
        <w:rPr>
          <w:b/>
        </w:rPr>
        <w:t xml:space="preserve">[09:03] </w:t>
      </w:r>
      <w:r>
        <w:t>God ka realization sab se bada realization hai. to us ke liye koi bahut bada shauk chahiye, koi bahut bada shauk.</w:t>
      </w:r>
    </w:p>
    <w:p>
      <w:pPr>
        <w:jc w:val="right"/>
      </w:pPr>
      <w:r>
        <w:t>گاڈ کا ریلائزیشن سب سے بڑا ریلائزیشن ہے۔ تو اس کے لیے کوئی بہت بڑا شک چاہیے، کوئی بہت بڑا شک۔</w:t>
      </w:r>
    </w:p>
    <w:p>
      <w:r>
        <w:rPr>
          <w:b/>
        </w:rPr>
        <w:t xml:space="preserve">[09:17] </w:t>
      </w:r>
      <w:r>
        <w:t>is, is law of nature yeh hai ke is law of nature ko le kar jab aap sochte hain to us mein hoti hai.</w:t>
      </w:r>
    </w:p>
    <w:p>
      <w:pPr>
        <w:jc w:val="right"/>
      </w:pPr>
      <w:r>
        <w:t>اس، اس لاء آف نیچر یہ ہے کہ اس لاء آف نیچر کو لے کر جب آپ سوچتے ہیں تو اس میں ہوتی ہے۔</w:t>
      </w:r>
    </w:p>
    <w:p>
      <w:r>
        <w:rPr>
          <w:b/>
        </w:rPr>
        <w:t xml:space="preserve">[09:28] </w:t>
      </w:r>
      <w:r>
        <w:t>yeh ek law of nature hai jo shailay ne us ko ban kiya.</w:t>
      </w:r>
    </w:p>
    <w:p>
      <w:pPr>
        <w:jc w:val="right"/>
      </w:pPr>
      <w:r>
        <w:t>یہ ایک لاء آف نیچر ہے جو شائلے نے اس کو بین کیا۔</w:t>
      </w:r>
    </w:p>
    <w:p>
      <w:r>
        <w:rPr>
          <w:b/>
        </w:rPr>
        <w:t xml:space="preserve">[09:37] </w:t>
      </w:r>
      <w:r>
        <w:t>yeh hai, yeh meri rai hai. ab aap log bataiye kuch</w:t>
      </w:r>
    </w:p>
    <w:p>
      <w:pPr>
        <w:jc w:val="right"/>
      </w:pPr>
      <w:r>
        <w:t>یہ ہے، یہ میری رائے ہے۔ اب آپ لوگ بتائیے کچھ</w:t>
      </w:r>
    </w:p>
    <w:p>
      <w:r>
        <w:rPr>
          <w:b/>
        </w:rPr>
        <w:t xml:space="preserve">[09:42] </w:t>
      </w:r>
      <w:r>
        <w:t>. ah Maulana, ah lekin jab ah koi aadmi sad situation ko face karta hai to woh aksar negative hota hai jabke God realization to ek ah positive aspect of shauk hai.</w:t>
      </w:r>
    </w:p>
    <w:p>
      <w:pPr>
        <w:jc w:val="right"/>
      </w:pPr>
      <w:r>
        <w:t>۔ اہ مولانا، اہ لیکن جب اہ کوئی آدمی سیڈ سچویشن کو فیس کرتا ہے تو وہ اکثر نیگیٹیو ہوتا ہے جبکہ گاڈ ریلائزیشن تو ایک اہ پوزیٹیو ایسپیکٹ آف شوق ہے۔</w:t>
      </w:r>
    </w:p>
    <w:p>
      <w:r>
        <w:rPr>
          <w:b/>
        </w:rPr>
        <w:t xml:space="preserve">[09:59] </w:t>
      </w:r>
      <w:r>
        <w:t>to yeh jo difference hai, difference of experience,</w:t>
      </w:r>
    </w:p>
    <w:p>
      <w:pPr>
        <w:jc w:val="right"/>
      </w:pPr>
      <w:r>
        <w:t>تو یہ جو ڈیفرنس ہے، ڈیفرنس آف ایکسپیرینس،</w:t>
      </w:r>
    </w:p>
    <w:p>
      <w:r>
        <w:rPr>
          <w:b/>
        </w:rPr>
        <w:t xml:space="preserve">[10:05] </w:t>
      </w:r>
      <w:r>
        <w:t>us ko aap dekhein. woh us ka mamla yeh hai ke hamare saath har moment ek setan watch kar raha hai ke kab woh koi victory point mile aur jump kar ke andar dakhil ho jaye.</w:t>
      </w:r>
    </w:p>
    <w:p>
      <w:pPr>
        <w:jc w:val="right"/>
      </w:pPr>
      <w:r>
        <w:t>اس کو آپ دیکھیں۔ وہ اس کا معاملہ یہ ہے کہ ہمارے ساتھ ہر مومنٹ ایک سیٹن واچ کر رہا ہے کہ کب وہ کوئی وٹری پوائنٹ ملے اور جمپ کر کے اندر داخل ہو جائے۔</w:t>
      </w:r>
    </w:p>
    <w:p>
      <w:r>
        <w:rPr>
          <w:b/>
        </w:rPr>
        <w:t xml:space="preserve">[10:30] </w:t>
      </w:r>
      <w:r>
        <w:t>yeh aik mein bohat dinon ki sochne ki baat ban gai. jana hai ke satan har aadmi ke sath laga hua hai, har aadmi ke sath.</w:t>
      </w:r>
    </w:p>
    <w:p>
      <w:pPr>
        <w:jc w:val="right"/>
      </w:pPr>
      <w:r>
        <w:t>یہ ایک میں بہت دنوں کی سوچنے کی بات بن گئی۔ جانا ہے کہ سیٹن ہر آدمی کے ساتھ لگا ہوا ہے، ہر آدمی کے ساتھ۔</w:t>
      </w:r>
    </w:p>
    <w:p>
      <w:r>
        <w:rPr>
          <w:b/>
        </w:rPr>
        <w:t xml:space="preserve">[10:43] </w:t>
      </w:r>
      <w:r>
        <w:t>to satan dekh raha hai, dekh raha hai, dekh raha hai ke kab is ki personality mein ya is ki mind mein koi aisa entry point mil jaye ke jab ghus ghus jaye, woh woh entry point ki talash mein rehta hai.</w:t>
      </w:r>
    </w:p>
    <w:p>
      <w:pPr>
        <w:jc w:val="right"/>
      </w:pPr>
      <w:r>
        <w:t>تو سیٹن دیکھ رہا ہے، دیکھ رہا ہے، دیکھ رہا ہے کہ کب اس کی پرسنیلٹی میں یا اس کی مائنڈ میں کوئی ایسا انٹری پوائنٹ مل جائے کہ جب گھس گھس جائے، وہ وہ انٹری پوائنٹ کی تلاش میں رہتا ہے۔</w:t>
      </w:r>
    </w:p>
    <w:p>
      <w:r>
        <w:rPr>
          <w:b/>
        </w:rPr>
        <w:t xml:space="preserve">[11:05] </w:t>
      </w:r>
      <w:r>
        <w:t>to jab aadmi ko aisa ho ke woh Khuda ka us ko relation ho raha ho to to is satan jump karega.</w:t>
      </w:r>
    </w:p>
    <w:p>
      <w:pPr>
        <w:jc w:val="right"/>
      </w:pPr>
      <w:r>
        <w:t>تو جب آدمی کو ایسا ہو کہ وہ خدا کا اس کو ریلیشن ہو رہا ہو تو تو اس سیٹن جمپ کرے گا۔</w:t>
      </w:r>
    </w:p>
    <w:p>
      <w:r>
        <w:rPr>
          <w:b/>
        </w:rPr>
        <w:t xml:space="preserve">[11:21] </w:t>
      </w:r>
      <w:r>
        <w:t>woh negative is liye ho jata hai ke satan jump kar ke dakhil ho jata hai wahan. Agar aap alert hon aur aap logon ko bachane wale hon to bacha len, to aap pehchan len ge.</w:t>
      </w:r>
    </w:p>
    <w:p>
      <w:pPr>
        <w:jc w:val="right"/>
      </w:pPr>
      <w:r>
        <w:t>وہ نیگیٹیو اس لیے ہو جاتا ہے کہ سیٹن جمپ کر کے داخل ہو جاتا ہے وہاں۔ اگر آپ الرٹ ہوں اور آپ لوگوں کو بچانے والے ہوں تو بچا لیں، تو آپ پہچان لیں گے۔</w:t>
      </w:r>
    </w:p>
    <w:p>
      <w:r>
        <w:rPr>
          <w:b/>
        </w:rPr>
        <w:t xml:space="preserve">[11:36] </w:t>
      </w:r>
      <w:r>
        <w:t>yeh Quran mein hai ke ke woh pehchan, woh pehchanne wali ayat kya hai? Sahab, paida hon</w:t>
      </w:r>
    </w:p>
    <w:p>
      <w:pPr>
        <w:jc w:val="right"/>
      </w:pPr>
      <w:r>
        <w:t>یہ قرآن میں ہے کہ کہ وہ پہچان، وہ پہچاننے والی آیت کیا ہے؟ صاحب، پیدا ہوں</w:t>
      </w:r>
    </w:p>
    <w:p>
      <w:r>
        <w:rPr>
          <w:b/>
        </w:rPr>
        <w:t xml:space="preserve">[11:48] </w:t>
      </w:r>
      <w:r>
        <w:t>kya hai? Woh ayat ya ayat hai? Hain yaad hai aap</w:t>
      </w:r>
    </w:p>
    <w:p>
      <w:pPr>
        <w:jc w:val="right"/>
      </w:pPr>
      <w:r>
        <w:t>کیا ہے؟ وہ آیت یا آیت ہے؟ ہیں یاد ہے آپ</w:t>
      </w:r>
    </w:p>
    <w:p>
      <w:r>
        <w:rPr>
          <w:b/>
        </w:rPr>
        <w:t xml:space="preserve">[11:57] </w:t>
      </w:r>
      <w:r>
        <w:t>ko? Innal lazina ittaqu minash shaitani tazakkaru. Haan, tazakkaru. Tazakkar ke mani hote hain yaad aa jata hai un ko.</w:t>
      </w:r>
    </w:p>
    <w:p>
      <w:pPr>
        <w:jc w:val="right"/>
      </w:pPr>
      <w:r>
        <w:t>کو؟ ان الذین اتقو من الشیطان تذکرو۔ ہاں، تذکرو۔ تذکر کے معنی ہوتے ہیں یاد آ جاتا ہے ان کو۔</w:t>
      </w:r>
    </w:p>
    <w:p>
      <w:r>
        <w:rPr>
          <w:b/>
        </w:rPr>
        <w:t xml:space="preserve">[12:11] </w:t>
      </w:r>
      <w:r>
        <w:t>to woh jo bohat zyada, yani alert hon ge, alert to jaise hi satan jump karega, woh pakad len ge ke dekho is ne to shadir ko ghusaya.</w:t>
      </w:r>
    </w:p>
    <w:p>
      <w:pPr>
        <w:jc w:val="right"/>
      </w:pPr>
      <w:r>
        <w:t>تو وہ جو بہت زیادہ، یعنی الرٹ ہوں گے، الرٹ تو جیسے ہی سیٹن جمپ کرے گا، وہ پکڑ لیں گے کہ دیکھو اس نے تو شادر کو گھسایا۔</w:t>
      </w:r>
    </w:p>
    <w:p>
      <w:r>
        <w:rPr>
          <w:b/>
        </w:rPr>
        <w:t xml:space="preserve">[12:31] </w:t>
      </w:r>
      <w:r>
        <w:t>to is ko tazakkar ho jayega. Yeh ayat ko parh kar kehta hai: "Japriye innal lazina ittaqu minash shaitani tazakkaru mubasirun" Surah Al-A'raf chapter number seven verse number 201.</w:t>
      </w:r>
    </w:p>
    <w:p>
      <w:pPr>
        <w:jc w:val="right"/>
      </w:pPr>
      <w:r>
        <w:t>تو اس کو تذکر ہو جائے گا۔ یہ آیت کو پڑھ کر کہتا ہے: "جپڑھیے ان الذین اتقو من الشیطان تذکرو مبصرون" سورہ الاعراف چیپٹر نمبر سیون ورس نمبر 201۔</w:t>
      </w:r>
    </w:p>
    <w:p>
      <w:r>
        <w:rPr>
          <w:b/>
        </w:rPr>
        <w:t xml:space="preserve">[12:47] </w:t>
      </w:r>
      <w:r>
        <w:t>Beshaq woh jo log, woh log jo Allah taala ka taqwa ikhtiyar karte hain, jab un ko shaitan ki taraf se koi waswasa hota hai to woh foran alert ho jate hain aur us waqt woh basirat wale ho jate hain.</w:t>
      </w:r>
    </w:p>
    <w:p>
      <w:pPr>
        <w:jc w:val="right"/>
      </w:pPr>
      <w:r>
        <w:t>بے شک وہ جو لوگ، وہ لوگ جو اللہ تعالی کا تقویٰ اختیار کرتے ہیں، جب ان کو شیطان کی طرف سے کوئی مس ہوتا ہے تو وہ فوراً الرٹ ہو جاتے ہیں اور اس وقت وہ بصیرت والے ہو جاتے ہیں۔</w:t>
      </w:r>
    </w:p>
    <w:p>
      <w:r>
        <w:rPr>
          <w:b/>
        </w:rPr>
        <w:t xml:space="preserve">[13:02] </w:t>
      </w:r>
      <w:r>
        <w:t>Hmm,</w:t>
      </w:r>
    </w:p>
    <w:p>
      <w:pPr>
        <w:jc w:val="right"/>
      </w:pPr>
      <w:r>
        <w:t>ہمم،</w:t>
      </w:r>
    </w:p>
    <w:p>
      <w:r>
        <w:rPr>
          <w:b/>
        </w:rPr>
        <w:t xml:space="preserve">[13:04] </w:t>
      </w:r>
      <w:r>
        <w:t>bola to aap itna alert rahen ke aap ko tazakkar ho jaye. Bas yahi bachane wali cheez hai.</w:t>
      </w:r>
    </w:p>
    <w:p>
      <w:pPr>
        <w:jc w:val="right"/>
      </w:pPr>
      <w:r>
        <w:t>بولا تو آپ اتنا الرٹ رہیں کہ آپ کو تذکر ہو جائے۔ بس یہی بچانے والی چیز ہے۔</w:t>
      </w:r>
    </w:p>
    <w:p>
      <w:r>
        <w:rPr>
          <w:b/>
        </w:rPr>
        <w:t xml:space="preserve">[13:16] </w:t>
      </w:r>
      <w:r>
        <w:t>Maulana, to alertness kaise barhai ja sakti hai? On a continuous basis, continuous basis pe alertness ko kaise barhaen</w:t>
      </w:r>
    </w:p>
    <w:p>
      <w:pPr>
        <w:jc w:val="right"/>
      </w:pPr>
      <w:r>
        <w:t>مولانا، تو الرٹنس کیسے بڑھائی جا سکتی ہے؟ ان ا کنٹینیوس بیسس، کنٹینیو، کنٹینیوس بیسس پہ الرٹنس کو کیسے بڑھائیں</w:t>
      </w:r>
    </w:p>
    <w:p>
      <w:r>
        <w:rPr>
          <w:b/>
        </w:rPr>
        <w:t xml:space="preserve">[13:27] </w:t>
      </w:r>
      <w:r>
        <w:t>? Sochen, sochen, sochen. Hum to apne aap ko watch karen, apne aap ko watch karna parega,</w:t>
      </w:r>
    </w:p>
    <w:p>
      <w:pPr>
        <w:jc w:val="right"/>
      </w:pPr>
      <w:r>
        <w:t>؟ سوچیں، سوچیں، سوچیں۔ ہم تو اپنے آپ کو واچ کریں، اپنے آپ کو واچ کرنا پڑے گا،</w:t>
      </w:r>
    </w:p>
    <w:p>
      <w:r>
        <w:rPr>
          <w:b/>
        </w:rPr>
        <w:t xml:space="preserve">[13:39] </w:t>
      </w:r>
      <w:r>
        <w:t>apne aap ko watch karna parega,</w:t>
      </w:r>
    </w:p>
    <w:p>
      <w:pPr>
        <w:jc w:val="right"/>
      </w:pPr>
      <w:r>
        <w:t>اپنے آپ کو واچ کرنا پڑے گا،</w:t>
      </w:r>
    </w:p>
    <w:p>
      <w:r>
        <w:rPr>
          <w:b/>
        </w:rPr>
        <w:t xml:space="preserve">[13:46] </w:t>
      </w:r>
      <w:r>
        <w:t>apne aap ko alert rakhna parega.</w:t>
      </w:r>
    </w:p>
    <w:p>
      <w:pPr>
        <w:jc w:val="right"/>
      </w:pPr>
      <w:r>
        <w:t>اپنے آپ کو الرٹ رکھنا پڑے گا۔</w:t>
      </w:r>
    </w:p>
    <w:p>
      <w:r>
        <w:rPr>
          <w:b/>
        </w:rPr>
        <w:t xml:space="preserve">[13:57] </w:t>
      </w:r>
      <w:r>
        <w:t>Ji Maulana, mera aik sawal hai aaj ke topic ko le ke. Jahan tak God realization ki baat hai aur suffering ki baat hai, uh, I believe, uh, it is not the suffering that decides whether we will realize God or not.</w:t>
      </w:r>
    </w:p>
    <w:p>
      <w:pPr>
        <w:jc w:val="right"/>
      </w:pPr>
      <w:r>
        <w:t>جی مولانا، میرا ایک سوال ہے آج کے ٹاپک کو لے کے۔ جہاں تک گاڈ ریلائزیشن کی بات ہے اور سفرنگ کی بات ہے، اہ، آئی بیلیو، اہ، اٹ از ناٹ دا سفرنگ دیٹ ڈیسائیڈز ویدر وی ول ریلائز گاڈ اور ناٹ۔</w:t>
      </w:r>
    </w:p>
    <w:p>
      <w:r>
        <w:rPr>
          <w:b/>
        </w:rPr>
        <w:t xml:space="preserve">[14:15] </w:t>
      </w:r>
      <w:r>
        <w:t>But I believe it's a response to that suffering that will decide whether we realize God or not. Aap is pe thora sa comment karen is baat pe.</w:t>
      </w:r>
    </w:p>
    <w:p>
      <w:pPr>
        <w:jc w:val="right"/>
      </w:pPr>
      <w:r>
        <w:t>بٹ آئی بیلیو اٹس ا ریسپانس ٹو دیٹ سفرنگ دیٹ ول ڈیسائیڈ ویدر وی ریلائز گاڈ اور ناٹ۔ آپ اس پہ تھوڑا سا کمنٹ کریں اس بات پہ۔</w:t>
      </w:r>
    </w:p>
    <w:p>
      <w:r>
        <w:rPr>
          <w:b/>
        </w:rPr>
        <w:t xml:space="preserve">[14:28] </w:t>
      </w:r>
      <w:r>
        <w:t>Maulana, woh Saleem yeh keh rahe hain ke, uh, Saleem, uh, ka question hai ke jo, uh, yeh kaha gaya ke suffering se God realization hoti hai, to woh yeh keh rahe hain ke main yeh kehna chahunga ke suffering nahi balkeh hamara jo response hai, uh, suffering wali situation ko le ke, us se God realization hoti hai.</w:t>
      </w:r>
    </w:p>
    <w:p>
      <w:pPr>
        <w:jc w:val="right"/>
      </w:pPr>
      <w:r>
        <w:t>مولانا، وہ سلیم یہ کہہ رہے ہیں کہ، اہ، سلیم، اہ، کا کوئسچن ہے کہ جو، اہ، یہ کہا گیا کہ سفرنگ سے گاڈ ریلائزیشن ہوتی ہے، تو وہ یہ کہہ رہے ہیں کہ میں یہ کہنا چاہوں گا کہ سفرنگ نہیں بلکہ ہمارا جو ریسپانس ہے، اہ، سفرنگ والی سچویشن کو لے کے، اس سے گاڈ ریلائزیشن ہوتی ہے۔</w:t>
      </w:r>
    </w:p>
    <w:p>
      <w:r>
        <w:rPr>
          <w:b/>
        </w:rPr>
        <w:t xml:space="preserve">[14:51] </w:t>
      </w:r>
      <w:r>
        <w:t>to is, is</w:t>
      </w:r>
    </w:p>
    <w:p>
      <w:pPr>
        <w:jc w:val="right"/>
      </w:pPr>
      <w:r>
        <w:t>تو اس، اس</w:t>
      </w:r>
    </w:p>
    <w:p>
      <w:r>
        <w:rPr>
          <w:b/>
        </w:rPr>
        <w:t xml:space="preserve">[14:53] </w:t>
      </w:r>
      <w:r>
        <w:t>Sahi, sahi hai, sahi hai. Yani suffering itself nahi, suffering itself nahi, balkeh us se aap ne jo liya, jo, jo woh, woh asal cheez hai ke aap ne kya liya.</w:t>
      </w:r>
    </w:p>
    <w:p>
      <w:pPr>
        <w:jc w:val="right"/>
      </w:pPr>
      <w:r>
        <w:t>صحیح، صحیح ہے، صحیح ہے۔ یعنی سفرنگ اٹ سیلف نہیں، سفرنگ اٹ سیلف نہیں، بلکہ اس سے آپ نے جو لیا، جو، جو وہ، وہ اصل چیز ہے کہ آپ نے کیا لیا۔</w:t>
      </w:r>
    </w:p>
    <w:p>
      <w:r>
        <w:rPr>
          <w:b/>
        </w:rPr>
        <w:t xml:space="preserve">[15:11] </w:t>
      </w:r>
      <w:r>
        <w:t>Uh, aaj jo baat Maulana ne kahi suffering, uh, wali ke us ke through God realization, uh, mumkin hota hai, yeh maine socha to samajh mein aya hai ke paighambaron ke qisson mein bhi hamein yeh baat milti hai ke Adam Alaihissalam ko jannat se nikal diya gaya aur us ke baad Ibrahim Alaihissalam ko aag mein daal diya gaya.</w:t>
      </w:r>
    </w:p>
    <w:p>
      <w:pPr>
        <w:jc w:val="right"/>
      </w:pPr>
      <w:r>
        <w:t>اہ، آج جو بات مولانا نے کہی سفرنگ، اہ، والی کہ اس کے تھرو گاڈ ریلائزیشن، اہ، ممکن ہوتا ہے، یہ میں نے سوچا تو سمجھ میں آیا ہے کہ پیغمبروں کے قصوں میں بھی ہمیں یہ بات ملتی ہے کہ آدم علیہ السلام کو جنت سے نکال دیا گیا اور اس کے بعد ابراہیم علیہ السلام کو آگ میں ڈال دیا گیا۔</w:t>
      </w:r>
    </w:p>
    <w:p>
      <w:r>
        <w:rPr>
          <w:b/>
        </w:rPr>
        <w:t xml:space="preserve">[15:37] </w:t>
      </w:r>
      <w:r>
        <w:t>Aise hi Musa Alaihissalam ke sath waqea pesh aya ke woh, uh, darya mein un ke walida ne dala un ko. Aise hi Yusuf Alaihissalam ko jail mein dala.</w:t>
      </w:r>
    </w:p>
    <w:p>
      <w:pPr>
        <w:jc w:val="right"/>
      </w:pPr>
      <w:r>
        <w:t>ایسے ہی موسی علیہ السلام کے ساتھ واقعہ پیش آیا کہ وہ، اہ، دریا میں ان کے والدہ نے ڈالا ان کو۔ ایسے ہی یوسف علیہ السلام کو جیل میں ڈالا۔</w:t>
      </w:r>
    </w:p>
    <w:p>
      <w:r>
        <w:rPr>
          <w:b/>
        </w:rPr>
        <w:t xml:space="preserve">[15:48] </w:t>
      </w:r>
      <w:r>
        <w:t>to aise aur bhi jo paighambar the jaise Ayyub Alaihissalam bimar ho gaye aur Yunus Alaihissalam, uh, machhli ke pait mein gaye.</w:t>
      </w:r>
    </w:p>
    <w:p>
      <w:pPr>
        <w:jc w:val="right"/>
      </w:pPr>
      <w:r>
        <w:t>تو ایسے اور بھی جو پیغمبر تھے جیسے ایوب علیہ السلام بیمار ہو گئے اور یونس علیہ السلام، اہ، مچھلی کے پیٹ میں گئے۔</w:t>
      </w:r>
    </w:p>
    <w:p>
      <w:r>
        <w:rPr>
          <w:b/>
        </w:rPr>
        <w:t xml:space="preserve">[15:57] </w:t>
      </w:r>
      <w:r>
        <w:t>to yeh, uh, baat samajh mein ati hai ke, uh, suffering ke zariye agar, uh, aap ka mind alert ho to God realization yaqeenan us se faida</w:t>
      </w:r>
    </w:p>
    <w:p>
      <w:pPr>
        <w:jc w:val="right"/>
      </w:pPr>
      <w:r>
        <w:t>تو یہ، اہ، بات سمجھ میں آتی ہے کہ، اہ، سفرنگ کے ذریعے اگر، اہ، آپ کا مائنڈ الرٹ ہو تو گاڈ ریلائزیشن یقینا اس سے فائد</w:t>
      </w:r>
    </w:p>
    <w:p>
      <w:r>
        <w:rPr>
          <w:b/>
        </w:rPr>
        <w:t xml:space="preserve">[16:12] </w:t>
      </w:r>
      <w:r>
        <w:t>hoga. sahi baat hai. maulana, aap how much do you agree to the buddhist concept that desires are the cause of all suffering?</w:t>
      </w:r>
    </w:p>
    <w:p>
      <w:pPr>
        <w:jc w:val="right"/>
      </w:pPr>
      <w:r>
        <w:t>ہ ہوگا۔ صحیح بات ہے۔ مولانا، آپ ہاؤ مچ ڈو یو ایگری ٹو دا بدھسٹ کانسیپٹ دیٹ ڈیزائرز ار دا کاز اف ال سفرنگ؟</w:t>
      </w:r>
    </w:p>
    <w:p>
      <w:r>
        <w:rPr>
          <w:b/>
        </w:rPr>
        <w:t xml:space="preserve">[16:25] </w:t>
      </w:r>
      <w:r>
        <w:t>maulana, priya ka sawal hai ke buddhist jo hain, buddhist, hmm, woh yeh kehte hain ke, ah, desires jo hain insaan ke andar wahi reason hai suffering ka.</w:t>
      </w:r>
    </w:p>
    <w:p>
      <w:pPr>
        <w:jc w:val="right"/>
      </w:pPr>
      <w:r>
        <w:t>مولانا، پریا کا سوال ہے کہ بدھسٹ جو ہیں، بدھسٹ، ہمم، وہ یہ کہتے ہیں کہ، اہ، ڈیزائرز جو ہیں انسان کے اندر وہی ریزن ہے سفرنگ کا۔</w:t>
      </w:r>
    </w:p>
    <w:p>
      <w:r>
        <w:rPr>
          <w:b/>
        </w:rPr>
        <w:t xml:space="preserve">[16:37] </w:t>
      </w:r>
      <w:r>
        <w:t>aur desire nikal do to to agar desire hum nikal dein to suffering bhi chali jayegi. to aap is</w:t>
      </w:r>
    </w:p>
    <w:p>
      <w:pPr>
        <w:jc w:val="right"/>
      </w:pPr>
      <w:r>
        <w:t>اور ڈیزائر نکال دو تو تو اگر ڈیزائر ہم نکال دیں تو سفرنگ بھی چلی جائے گی۔ تو آپ اس</w:t>
      </w:r>
    </w:p>
    <w:p>
      <w:r>
        <w:rPr>
          <w:b/>
        </w:rPr>
        <w:t xml:space="preserve">[16:43] </w:t>
      </w:r>
      <w:r>
        <w:t>mein, bhai, yeh inka apna manna hai, iska koi scientific proof nahi hai, yeh koi scientific idea nahi hai.</w:t>
      </w:r>
    </w:p>
    <w:p>
      <w:pPr>
        <w:jc w:val="right"/>
      </w:pPr>
      <w:r>
        <w:t>میں، بھائی، یہ ان کا اپنا ماننا ہے، اس کا کوئی سائنٹیفک پروف نہیں ہے، یہ کوئی سائنٹیفک آئیڈیا نہیں ہے۔</w:t>
      </w:r>
    </w:p>
    <w:p>
      <w:r>
        <w:rPr>
          <w:b/>
        </w:rPr>
        <w:t xml:space="preserve">[16:52] </w:t>
      </w:r>
      <w:r>
        <w:t>yeh to woh mante hain aisa. bas hum log jo mante hain woh science par base karti hoti hai.</w:t>
      </w:r>
    </w:p>
    <w:p>
      <w:pPr>
        <w:jc w:val="right"/>
      </w:pPr>
      <w:r>
        <w:t>یہ تو وہ مانتے ہیں ایسا۔ بس ہم لوگ جو مانتے ہیں وہ سائنس پر بیس کرتی ہوتی ہے۔</w:t>
      </w:r>
    </w:p>
    <w:p>
      <w:r>
        <w:rPr>
          <w:b/>
        </w:rPr>
        <w:t xml:space="preserve">[17:03] </w:t>
      </w:r>
      <w:r>
        <w:t>hamare tamam ideas jo hain na sab science par base karte hain aur jo log hain woh unke apne hi ideas hain, iski koi base science par nahi hai.</w:t>
      </w:r>
    </w:p>
    <w:p>
      <w:pPr>
        <w:jc w:val="right"/>
      </w:pPr>
      <w:r>
        <w:t>ہمارے تمام آئیڈیاز جو ہیں نا سب سائنس پر بیس کرتے ہیں اور جو لوگ ہیں وہ ان کے اپنے ہی آئیڈیاز ہیں، اس کی کوئی بیس سائنس پر نہیں ہے۔</w:t>
      </w:r>
    </w:p>
    <w:p>
      <w:r>
        <w:rPr>
          <w:b/>
        </w:rPr>
        <w:t xml:space="preserve">[17:17] </w:t>
      </w:r>
      <w:r>
        <w:t>maulana, abhi jaise agar hum budha ka life dekhte hain, unki life dekhte hain to unko koi suffering nahi thi.</w:t>
      </w:r>
    </w:p>
    <w:p>
      <w:pPr>
        <w:jc w:val="right"/>
      </w:pPr>
      <w:r>
        <w:t>مولانا، ابھی جیسے اگر ہم بدھا کا لائیو دیکھتے ہیں، ان کی لائیو دیکھتے ہیں تو ان کو کوئی سفرنگ نہیں تھی۔</w:t>
      </w:r>
    </w:p>
    <w:p>
      <w:r>
        <w:rPr>
          <w:b/>
        </w:rPr>
        <w:t xml:space="preserve">[17:27] </w:t>
      </w:r>
      <w:r>
        <w:t>he was jaise bolte hain na born with a silver spoon, magar unhone phir ghar chhoda</w:t>
      </w:r>
    </w:p>
    <w:p>
      <w:pPr>
        <w:jc w:val="right"/>
      </w:pPr>
      <w:r>
        <w:t>ہی واز جیسے بولتے ہیں نا بورن ودا سلور سپون، مگر انہوں نے پھر گھر چھوڑا</w:t>
      </w:r>
    </w:p>
    <w:p>
      <w:r>
        <w:rPr>
          <w:b/>
        </w:rPr>
        <w:t xml:space="preserve">[17:33] </w:t>
      </w:r>
      <w:r>
        <w:t>apna. dekhiye, ek baat sun lijiye ke hum science ka jab research dete hain to matlab kya hota hai? science ko hum koi source nahi mante, harghiz nahi.</w:t>
      </w:r>
    </w:p>
    <w:p>
      <w:pPr>
        <w:jc w:val="right"/>
      </w:pPr>
      <w:r>
        <w:t>اپنا۔ دیکھیں، ایک بات سن لیجئے کہ ہم سائنس کا جب ریسرچ دیتے ہیں تو مطلب کیا ہوتا ہے؟ سائنس کو ہم کوئی سورس نہیں مانتے، ہرگز نہیں۔</w:t>
      </w:r>
    </w:p>
    <w:p>
      <w:r>
        <w:rPr>
          <w:b/>
        </w:rPr>
        <w:t xml:space="preserve">[17:46] </w:t>
      </w:r>
      <w:r>
        <w:t>science ko source nahi hai.</w:t>
      </w:r>
    </w:p>
    <w:p>
      <w:pPr>
        <w:jc w:val="right"/>
      </w:pPr>
      <w:r>
        <w:t>سائنس کو سورس نہیں ہے۔</w:t>
      </w:r>
    </w:p>
    <w:p>
      <w:r>
        <w:rPr>
          <w:b/>
        </w:rPr>
        <w:t xml:space="preserve">[17:51] </w:t>
      </w:r>
      <w:r>
        <w:t>science to history, way of study ka naam hai. yeh study karte karte koi cheez usko discover ho jati hai.</w:t>
      </w:r>
    </w:p>
    <w:p>
      <w:pPr>
        <w:jc w:val="right"/>
      </w:pPr>
      <w:r>
        <w:t>سائنس تو ہسٹری، وے آف سٹڈی کا نام ہے۔ یہ سٹڈی کرتے کرتے کوئی چیز اس کو ڈسکور ہو جاتی ہے۔</w:t>
      </w:r>
    </w:p>
    <w:p>
      <w:r>
        <w:rPr>
          <w:b/>
        </w:rPr>
        <w:t xml:space="preserve">[18:02] </w:t>
      </w:r>
      <w:r>
        <w:t>misalan ek suraj ke, suraj nahi ghoomta hai balkeh zameen ghoomti hai.</w:t>
      </w:r>
    </w:p>
    <w:p>
      <w:pPr>
        <w:jc w:val="right"/>
      </w:pPr>
      <w:r>
        <w:t>مثلاً ایک سورج کے، سورج نہیں گھومتا ہے بلکہ زمین گھومتی ہے۔</w:t>
      </w:r>
    </w:p>
    <w:p>
      <w:r>
        <w:rPr>
          <w:b/>
        </w:rPr>
        <w:t xml:space="preserve">[18:11] </w:t>
      </w:r>
      <w:r>
        <w:t>yeh koi belief nahi hai, yeh science ne discover kiya hai. to hum science ko yani is liye mante hain ke woh experimental knowledge hoti hai.</w:t>
      </w:r>
    </w:p>
    <w:p>
      <w:pPr>
        <w:jc w:val="right"/>
      </w:pPr>
      <w:r>
        <w:t>یہ کوئی بیلیف نہیں ہے، یہ سائنس نے ڈسکور کیا ہے۔ تو ہم سائنس کو یعنی اس لیے مانتے ہیں کہ وہ ایکسپیریمنٹل نالج ہوتی ہے۔</w:t>
      </w:r>
    </w:p>
    <w:p>
      <w:r>
        <w:rPr>
          <w:b/>
        </w:rPr>
        <w:t xml:space="preserve">[18:28] </w:t>
      </w:r>
      <w:r>
        <w:t>experimental knowledge theek hai, woh apne aap mein koi source hai, is bare mein nahi mante hum.</w:t>
      </w:r>
    </w:p>
    <w:p>
      <w:pPr>
        <w:jc w:val="right"/>
      </w:pPr>
      <w:r>
        <w:t>ایکسپیریمنٹل نالج ٹھیک ہے، وہ اپنے آپ میں کوئی سورس ہے، اس بارے میں نہیں مانتے ہم۔</w:t>
      </w:r>
    </w:p>
    <w:p>
      <w:r>
        <w:rPr>
          <w:b/>
        </w:rPr>
        <w:t xml:space="preserve">[18:38] </w:t>
      </w:r>
      <w:r>
        <w:t>to science ek hi aisa branch hai jahan hamein ek print milti hai aur koi branch hai hi nahi.</w:t>
      </w:r>
    </w:p>
    <w:p>
      <w:pPr>
        <w:jc w:val="right"/>
      </w:pPr>
      <w:r>
        <w:t>تو سائنس ایک ہی ایسا برانچ ہے جہاں ہمیں ایک پرنٹ ملتی ہے اور کوئی برانچ ہے ہی نہیں۔</w:t>
      </w:r>
    </w:p>
    <w:p>
      <w:r>
        <w:rPr>
          <w:b/>
        </w:rPr>
        <w:t xml:space="preserve">[18:49] </w:t>
      </w:r>
      <w:r>
        <w:t>ismein haan bataiye.</w:t>
      </w:r>
    </w:p>
    <w:p>
      <w:pPr>
        <w:jc w:val="right"/>
      </w:pPr>
      <w:r>
        <w:t>اس میں ہاں بتائیے۔</w:t>
      </w:r>
    </w:p>
    <w:p>
      <w:r>
        <w:rPr>
          <w:b/>
        </w:rPr>
        <w:t xml:space="preserve">[18:55] </w:t>
      </w:r>
      <w:r>
        <w:t>ah maulana, yeh bas aap yeh bol rahe hain aur yeh bataiye matlab kya insaan desires ko khatm kar sakta hai? kya kya desires khatm ho sakti hain kisi ki?</w:t>
      </w:r>
    </w:p>
    <w:p>
      <w:pPr>
        <w:jc w:val="right"/>
      </w:pPr>
      <w:r>
        <w:t>اہ مولانا، یہ بس آپ یہ بول رہے ہیں اور یہ بتائیے مطلب کیا انسان ڈیزائرز کو ختم کر سکتا ہے؟ کیا کیا ڈیزائرز ختم ہو سکتی ہیں کسی کی؟</w:t>
      </w:r>
    </w:p>
    <w:p>
      <w:r>
        <w:rPr>
          <w:b/>
        </w:rPr>
        <w:t xml:space="preserve">[19:05] </w:t>
      </w:r>
      <w:r>
        <w:t>haan, kya hai? desire khatm ho sakti hai insaan</w:t>
      </w:r>
    </w:p>
    <w:p>
      <w:pPr>
        <w:jc w:val="right"/>
      </w:pPr>
      <w:r>
        <w:t>ہاں، کیا ہے؟ ڈیزائر ختم ہو سکتی ہے انسان</w:t>
      </w:r>
    </w:p>
    <w:p>
      <w:r>
        <w:rPr>
          <w:b/>
        </w:rPr>
        <w:t xml:space="preserve">[19:08] </w:t>
      </w:r>
      <w:r>
        <w:t>se? nahi, kabhi bhi nahi. woh to inter woven hai, woh to inter woven hai insaan ke andar, woh khatm nahi ho sakti.</w:t>
      </w:r>
    </w:p>
    <w:p>
      <w:pPr>
        <w:jc w:val="right"/>
      </w:pPr>
      <w:r>
        <w:t>سے؟ نہیں، کبھی بھی نہیں۔ وہ تو انٹر وون ہے، وہ تو انٹر وون ہے انسان کے اندر، وہ ختم نہیں ہو سکتی۔</w:t>
      </w:r>
    </w:p>
    <w:p>
      <w:r>
        <w:rPr>
          <w:b/>
        </w:rPr>
        <w:t xml:space="preserve">[19:17] </w:t>
      </w:r>
      <w:r>
        <w:t>aap sirf usko control kar sakte hain. bas ek hai khatm karna, ek hai control karna. to control karna to possible hai, khatm karna possible nahi hai.</w:t>
      </w:r>
    </w:p>
    <w:p>
      <w:pPr>
        <w:jc w:val="right"/>
      </w:pPr>
      <w:r>
        <w:t>آپ صرف اس کو کنٹرول کر سکتے ہیں۔ بس ایک ہے ختم کرنا، ایک ہے کنٹرول کرنا۔ تو کنٹرول کرنا تو پاسیبل ہے، ختم کرنا پاسیبل نہیں ہے۔</w:t>
      </w:r>
    </w:p>
    <w:p>
      <w:r>
        <w:rPr>
          <w:b/>
        </w:rPr>
        <w:t xml:space="preserve">[19:34] </w:t>
      </w:r>
      <w:r>
        <w:t>to jaise budha ke life se hum ko samajh dekh rahe hain ke that he brought suffering upon himself, ghar chhod ke woh gaye.</w:t>
      </w:r>
    </w:p>
    <w:p>
      <w:pPr>
        <w:jc w:val="right"/>
      </w:pPr>
      <w:r>
        <w:t>تو جیسے بدھا کے لائیو سے ہم کو سمجھ دیکھ رہے ہیں کہ دیٹ ہی براٹ سفرنگ اپون ہم سیلف، گھر چھوڑ کے وہ گئے۔</w:t>
      </w:r>
    </w:p>
    <w:p>
      <w:r>
        <w:rPr>
          <w:b/>
        </w:rPr>
        <w:t xml:space="preserve">[19:43] </w:t>
      </w:r>
      <w:r>
        <w:t>to yeh suffering hai ya koi ek bare sawal ka ke jawab ki talash jo ke insaan ko pareshan karta hai ya phir in us ke shaoor ko bedaar karta hai?</w:t>
      </w:r>
    </w:p>
    <w:p>
      <w:pPr>
        <w:jc w:val="right"/>
      </w:pPr>
      <w:r>
        <w:t>تو یہ سفرنگ ہے یا کوئی ایک بڑے سوال کا کہ جواب کی تلاش جو کہ انسان کو پریشان کرتا ہے یا پھر ان اس کے شعور کو بیدار کرتا ہے؟</w:t>
      </w:r>
    </w:p>
    <w:p>
      <w:r>
        <w:rPr>
          <w:b/>
        </w:rPr>
        <w:t xml:space="preserve">[19:53] </w:t>
      </w:r>
      <w:r>
        <w:t>kon si cheez hai?</w:t>
      </w:r>
    </w:p>
    <w:p>
      <w:pPr>
        <w:jc w:val="right"/>
      </w:pPr>
      <w:r>
        <w:t>کون سی چیز ہے؟</w:t>
      </w:r>
    </w:p>
    <w:p>
      <w:r>
        <w:rPr>
          <w:b/>
        </w:rPr>
        <w:t xml:space="preserve">[19:55] </w:t>
      </w:r>
      <w:r>
        <w:t>dekhiye, ek baat samajh nahi gayi. budha ke jo hai woh mostly kahani hai, woh koi history nahi hai. logon ne maan liya, bas maan liya.</w:t>
      </w:r>
    </w:p>
    <w:p>
      <w:pPr>
        <w:jc w:val="right"/>
      </w:pPr>
      <w:r>
        <w:t>دیکھیے، ایک بات سمجھ نہیں گئی۔ بدھا کے جو ہے وہ موسٹلی کہانی ہے، وہ کوئی ہسٹری نہیں ہے۔ لوگوں نے مان لیا، بس مان لیا۔</w:t>
      </w:r>
    </w:p>
    <w:p>
      <w:r>
        <w:rPr>
          <w:b/>
        </w:rPr>
        <w:t xml:space="preserve">[20:10] </w:t>
      </w:r>
      <w:r>
        <w:t>is par aap base kar ke koi koi idea nahi bana sakte, bas us ko maan lijiye.</w:t>
      </w:r>
    </w:p>
    <w:p>
      <w:pPr>
        <w:jc w:val="right"/>
      </w:pPr>
      <w:r>
        <w:t>اس پر آپ بیس کر کے کوئی کوئی آئیڈیا نہیں بنا سکتے، بس اس کو مان لیجئے۔</w:t>
      </w:r>
    </w:p>
    <w:p>
      <w:r>
        <w:rPr>
          <w:b/>
        </w:rPr>
        <w:t xml:space="preserve">[20:24] </w:t>
      </w:r>
      <w:r>
        <w:t>fragment kahaniyon ka fragment hai, is ko ikattha kar liya to budha ki kahani ban gai. aap is baat ko yaad rakhiye ke budha at itself jo hai woh pre history age ka hai.</w:t>
      </w:r>
    </w:p>
    <w:p>
      <w:pPr>
        <w:jc w:val="right"/>
      </w:pPr>
      <w:r>
        <w:t>فریگمنٹ کہانیوں کا فریگمنٹ ہے، اس کو اکٹھا کر لیا تو بدھا کی کہانی بن گئی۔ آپ اس بات کو یاد رکھیے کہ بدھا اٹ سیلف جو ہے وہ پری ہسٹری ایج کا ہے۔</w:t>
      </w:r>
    </w:p>
    <w:p>
      <w:r>
        <w:rPr>
          <w:b/>
        </w:rPr>
        <w:t xml:space="preserve">[20:44] </w:t>
      </w:r>
      <w:r>
        <w:t>woh pre history,</w:t>
      </w:r>
    </w:p>
    <w:p>
      <w:pPr>
        <w:jc w:val="right"/>
      </w:pPr>
      <w:r>
        <w:t>وہ پری ہسٹری،</w:t>
      </w:r>
    </w:p>
    <w:p>
      <w:r>
        <w:rPr>
          <w:b/>
        </w:rPr>
        <w:t xml:space="preserve">[20:52] </w:t>
      </w:r>
      <w:r>
        <w:t>koi historical figure nahi hai. budha jaise rasool Allah jo hai muhammad historical figure hain, to budha is tarah se koi historical figure nahi hai.</w:t>
      </w:r>
    </w:p>
    <w:p>
      <w:pPr>
        <w:jc w:val="right"/>
      </w:pPr>
      <w:r>
        <w:t>کوئی ہسٹاریکل فگر نہیں ہے۔ بدھا جیسے رسول اللہ جو ہے محمد ہسٹاریکل فگر ہیں، تو بدھا اس طرح سے کوئی ہسٹاریکل فگر نہیں ہے۔</w:t>
      </w:r>
    </w:p>
    <w:p>
      <w:r>
        <w:rPr>
          <w:b/>
        </w:rPr>
        <w:t xml:space="preserve">[21:05] </w:t>
      </w:r>
      <w:r>
        <w:t>mislan dekhiye, budha ke mutaliq kaha tha ke paris aa jata hai, is paris ka koi koi bhi trace nahi hai.</w:t>
      </w:r>
    </w:p>
    <w:p>
      <w:pPr>
        <w:jc w:val="right"/>
      </w:pPr>
      <w:r>
        <w:t>مثلاً دیکھیے، بدھا کے متعلق کہا تھا کہ پیرس آ جاتا ہے، اس پیرس کا کوئی کوئی بھی ٹریس نہیں ہے۔</w:t>
      </w:r>
    </w:p>
    <w:p>
      <w:r>
        <w:rPr>
          <w:b/>
        </w:rPr>
        <w:t xml:space="preserve">[21:17] </w:t>
      </w:r>
      <w:r>
        <w:t>is paris ka koi bhi trace nahi hai, woh ek kahani hai.</w:t>
      </w:r>
    </w:p>
    <w:p>
      <w:pPr>
        <w:jc w:val="right"/>
      </w:pPr>
      <w:r>
        <w:t>اس پیرس کا کوئی بھی ٹریس نہیں ہے، وہ ایک کہانی ہے۔</w:t>
      </w:r>
    </w:p>
    <w:p>
      <w:r>
        <w:rPr>
          <w:b/>
        </w:rPr>
        <w:t xml:space="preserve">[21:31] </w:t>
      </w:r>
      <w:r>
        <w:t>maulana amar ka sawal hai, haan ke amar ka sawal hai ke Allah taala nabiyon ko directly apni, Allah taala nabiyon ko directly apni nishaniyan dikhata hai.</w:t>
      </w:r>
    </w:p>
    <w:p>
      <w:pPr>
        <w:jc w:val="right"/>
      </w:pPr>
      <w:r>
        <w:t>مولانا عمار کا سوال ہے، ہاں کہ عمار کا سوال ہے کہ اللہ تعالی نبیوں کو ڈائریکٹلی اپنی، اللہ تعالی نبیوں کو ڈائریکٹلی اپنی نشانیاں دکھاتا ہے۔</w:t>
      </w:r>
    </w:p>
    <w:p>
      <w:r>
        <w:rPr>
          <w:b/>
        </w:rPr>
        <w:t xml:space="preserve">[21:44] </w:t>
      </w:r>
      <w:r>
        <w:t>to kya</w:t>
      </w:r>
    </w:p>
    <w:p>
      <w:pPr>
        <w:jc w:val="right"/>
      </w:pPr>
      <w:r>
        <w:t>تو کیا</w:t>
      </w:r>
    </w:p>
    <w:p>
      <w:r>
        <w:rPr>
          <w:b/>
        </w:rPr>
        <w:t xml:space="preserve">[21:45] </w:t>
      </w:r>
      <w:r>
        <w:t>isi? nahi, nahi, aisa nahi hai. aap aap jo karein, tajrube guzarta hai, tajrube se guzarta hai. haan, ibrahim ko to aag mein daal diya gaya, rasool Allah ko bhi pathar lage, khoon baha.</w:t>
      </w:r>
    </w:p>
    <w:p>
      <w:pPr>
        <w:jc w:val="right"/>
      </w:pPr>
      <w:r>
        <w:t>اسی؟ نہیں، نہیں، ایسا نہیں ہے۔ آپ آپ جو کریں، تجربے گزارتا ہے، تجربے سے گزارتا ہے۔ ہاں، ابراہیم کو تو آگ میں ڈال دیا گیا، رسول اللہ کو بھی پتھر لگے، خون بہا۔</w:t>
      </w:r>
    </w:p>
    <w:p>
      <w:r>
        <w:rPr>
          <w:b/>
        </w:rPr>
        <w:t xml:space="preserve">[22:00] </w:t>
      </w:r>
      <w:r>
        <w:t>aisa nahi hota, tajrube se guzarta hai. peghambar ko bhi Allah ko nahi. woh doosra sawal kar raha hoon, woh yeh keh rahe hain ke Allah taala apni nishaniyan dikhata hai.</w:t>
      </w:r>
    </w:p>
    <w:p>
      <w:pPr>
        <w:jc w:val="right"/>
      </w:pPr>
      <w:r>
        <w:t>ایسا نہیں ہوتا، تجربے سے گزرتا ہے۔ پیغمبر کو بھی اللہ کو نہیں۔ وہ دوسرا سوال کر رہا ہوں، وہ یہ کہہ رہے ہیں کہ اللہ تعالی اپنی نشانیاں دکھاتا ہے۔</w:t>
      </w:r>
    </w:p>
    <w:p>
      <w:r>
        <w:rPr>
          <w:b/>
        </w:rPr>
        <w:t xml:space="preserve">[22:11] </w:t>
      </w:r>
      <w:r>
        <w:t>hain, Allah taala apni</w:t>
      </w:r>
    </w:p>
    <w:p>
      <w:pPr>
        <w:jc w:val="right"/>
      </w:pPr>
      <w:r>
        <w:t>ہیں، اللہ تعالی اپنی</w:t>
      </w:r>
    </w:p>
    <w:p>
      <w:r>
        <w:rPr>
          <w:b/>
        </w:rPr>
        <w:t xml:space="preserve">[22:13] </w:t>
      </w:r>
      <w:r>
        <w:t>ayat nishaniyan ko wali baat partial sense mein hai. partial sense mein hai, woh poori marifat ke silsile nahi hain.</w:t>
      </w:r>
    </w:p>
    <w:p>
      <w:pPr>
        <w:jc w:val="right"/>
      </w:pPr>
      <w:r>
        <w:t>آیات نشانیاں کو والی بات پارشل سینس میں ہے۔ پارشل سینس میں ہے، وہ پوری معرفت کے سلسلے نہیں ہے۔</w:t>
      </w:r>
    </w:p>
    <w:p>
      <w:r>
        <w:rPr>
          <w:b/>
        </w:rPr>
        <w:t xml:space="preserve">[22:25] </w:t>
      </w:r>
      <w:r>
        <w:t>maulana, woh yeh janna chah rahe hain ke jaise peghambaron ke upar ayat utarti thi to ek tarike se yeh ek nishani thi Khuda ko le ke.</w:t>
      </w:r>
    </w:p>
    <w:p>
      <w:pPr>
        <w:jc w:val="right"/>
      </w:pPr>
      <w:r>
        <w:t>مولانا، وہ یہ جاننا چاہ رہے ہیں کہ جیسے پیغمبروں کے اوپر آیت اترتی تھی تو ایک طریقے سے یہ ایک نشانی تھی خدا کو لے کے۔</w:t>
      </w:r>
    </w:p>
    <w:p>
      <w:r>
        <w:rPr>
          <w:b/>
        </w:rPr>
        <w:t xml:space="preserve">[22:35] </w:t>
      </w:r>
      <w:r>
        <w:t>to aaj ka ek normal</w:t>
      </w:r>
    </w:p>
    <w:p>
      <w:pPr>
        <w:jc w:val="right"/>
      </w:pPr>
      <w:r>
        <w:t>تو آج کا ایک نارمل</w:t>
      </w:r>
    </w:p>
    <w:p>
      <w:r>
        <w:rPr>
          <w:b/>
        </w:rPr>
        <w:t xml:space="preserve">[22:37] </w:t>
      </w:r>
      <w:r>
        <w:t>insan nahi, woh woh ayat utarti thi. yeh to alif lam meem daal ki kitab daar hai. woh</w:t>
      </w:r>
    </w:p>
    <w:p>
      <w:pPr>
        <w:jc w:val="right"/>
      </w:pPr>
      <w:r>
        <w:t>انسان نہیں، وہ وہ آیت اترتی تھی۔ یہ تو الف لام میم دال کی کتاب دار ہے۔ وہ</w:t>
      </w:r>
    </w:p>
    <w:p>
      <w:r>
        <w:rPr>
          <w:b/>
        </w:rPr>
        <w:t xml:space="preserve">[22:46] </w:t>
      </w:r>
      <w:r>
        <w:t>marifat nahi utarti thi. marifat ko peghambar ko bhi discover karna pada, ghar hira mein ja kar ke rehna pada.</w:t>
      </w:r>
    </w:p>
    <w:p>
      <w:pPr>
        <w:jc w:val="right"/>
      </w:pPr>
      <w:r>
        <w:t>معرفت نہیں اترتی تھی۔ معرفت کو پیغمبر کو بھی ڈسکور کرنا پڑا، غار حرا میں جا کر کے رہنا پڑا۔</w:t>
      </w:r>
    </w:p>
    <w:p>
      <w:r>
        <w:rPr>
          <w:b/>
        </w:rPr>
        <w:t xml:space="preserve">[22:57] </w:t>
      </w:r>
      <w:r>
        <w:t>yeh mat samjhiye ke peghambar par har cheez utarti thi, discover karna pada un ko bhi.</w:t>
      </w:r>
    </w:p>
    <w:p>
      <w:pPr>
        <w:jc w:val="right"/>
      </w:pPr>
      <w:r>
        <w:t>یہ مت سمجھئے کہ پیغمبر پر ہر چیز اترتی تھی، ڈسکور کرنا پڑا ان کو بھی۔</w:t>
      </w:r>
    </w:p>
    <w:p>
      <w:r>
        <w:rPr>
          <w:b/>
        </w:rPr>
        <w:t xml:space="preserve">[23:07] </w:t>
      </w:r>
      <w:r>
        <w:t>aur to ab dekhein, mislan dekhiye, ek hadith hai.</w:t>
      </w:r>
    </w:p>
    <w:p>
      <w:pPr>
        <w:jc w:val="right"/>
      </w:pPr>
      <w:r>
        <w:t>اور تو اب دیکھیں، مثلاً دیکھیے، ایک حدیث ہے۔</w:t>
      </w:r>
    </w:p>
    <w:p>
      <w:r>
        <w:rPr>
          <w:b/>
        </w:rPr>
        <w:t xml:space="preserve">[23:11] </w:t>
      </w:r>
      <w:r>
        <w:t>maulana, jo yeh surah al an'am, ek hadith hai ke rasool Allah bimari mein thay to ek aadmi milne ke liye aaya un se.</w:t>
      </w:r>
    </w:p>
    <w:p>
      <w:pPr>
        <w:jc w:val="right"/>
      </w:pPr>
      <w:r>
        <w:t>مولانا، جو یہ سورہ الانعام، ایک حدیث ہے کہ رسول اللہ بیماری میں تھے تو ایک آدمی ملنے کے لیے آیا ان سے۔</w:t>
      </w:r>
    </w:p>
    <w:p>
      <w:r>
        <w:rPr>
          <w:b/>
        </w:rPr>
        <w:t xml:space="preserve">[23:23] </w:t>
      </w:r>
      <w:r>
        <w:t>to aap ko woh woh tha, bukhar tha, bohat tez, bohat tez bukhar tha.</w:t>
      </w:r>
    </w:p>
    <w:p>
      <w:pPr>
        <w:jc w:val="right"/>
      </w:pPr>
      <w:r>
        <w:t>تو آپ کو وہ وہ تھا، بخار تھا، بہت تیز، بہت تیز بخار تھا۔</w:t>
      </w:r>
    </w:p>
    <w:p>
      <w:r>
        <w:rPr>
          <w:b/>
        </w:rPr>
        <w:t xml:space="preserve">[23:32] </w:t>
      </w:r>
      <w:r>
        <w:t>itna tez ke aap haanp rahe thay.</w:t>
      </w:r>
    </w:p>
    <w:p>
      <w:pPr>
        <w:jc w:val="right"/>
      </w:pPr>
      <w:r>
        <w:t>اتنا تیز کہ آپ ہانپ رہے تھے۔</w:t>
      </w:r>
    </w:p>
    <w:p>
      <w:r>
        <w:rPr>
          <w:b/>
        </w:rPr>
        <w:t xml:space="preserve">[23:35] </w:t>
      </w:r>
      <w:r>
        <w:t>to sahabi jo milne aaye thay, unhone kaha,</w:t>
      </w:r>
    </w:p>
    <w:p>
      <w:pPr>
        <w:jc w:val="right"/>
      </w:pPr>
      <w:r>
        <w:t>تو صحابی جو ملنے آئے تھے، انہوں نے کہا،</w:t>
      </w:r>
    </w:p>
    <w:p>
      <w:r>
        <w:rPr>
          <w:b/>
        </w:rPr>
        <w:t xml:space="preserve">[23:40] </w:t>
      </w:r>
      <w:r>
        <w:t>"int to ek bar rasool Allah, aap bhi bukhar se haanp rahe hain."</w:t>
      </w:r>
    </w:p>
    <w:p>
      <w:pPr>
        <w:jc w:val="right"/>
      </w:pPr>
      <w:r>
        <w:t>"انت تو ایک بار رسول اللہ، آپ بھی بخار سے ہانپ رہے ہیں۔"</w:t>
      </w:r>
    </w:p>
    <w:p>
      <w:r>
        <w:rPr>
          <w:b/>
        </w:rPr>
        <w:t xml:space="preserve">[23:47] </w:t>
      </w:r>
      <w:r>
        <w:t>to aap ne kaha ke "haan, main double</w:t>
      </w:r>
    </w:p>
    <w:p>
      <w:pPr>
        <w:jc w:val="right"/>
      </w:pPr>
      <w:r>
        <w:t>تو آپ نے کہا کہ "ہاں، میں ڈبل</w:t>
      </w:r>
    </w:p>
    <w:p>
      <w:r>
        <w:rPr>
          <w:b/>
        </w:rPr>
        <w:t xml:space="preserve">[23:50] </w:t>
      </w:r>
      <w:r>
        <w:t>tum ko, tumhare maqam mein hum double."</w:t>
      </w:r>
    </w:p>
    <w:p>
      <w:pPr>
        <w:jc w:val="right"/>
      </w:pPr>
      <w:r>
        <w:t>تم کو، تمہارے مقام میں ہم ڈبل۔"</w:t>
      </w:r>
    </w:p>
    <w:p>
      <w:r>
        <w:rPr>
          <w:b/>
        </w:rPr>
        <w:t xml:space="preserve">[23:53] </w:t>
      </w:r>
      <w:r>
        <w:t>yeh mat samjhiye ke baghair</w:t>
      </w:r>
    </w:p>
    <w:p>
      <w:pPr>
        <w:jc w:val="right"/>
      </w:pPr>
      <w:r>
        <w:t>یہ مت سمجھئے کہ بغیر</w:t>
      </w:r>
    </w:p>
    <w:p>
      <w:r>
        <w:rPr>
          <w:b/>
        </w:rPr>
        <w:t xml:space="preserve">[23:56] </w:t>
      </w:r>
      <w:r>
        <w:t>paighamabr ko har cheez,</w:t>
      </w:r>
    </w:p>
    <w:p>
      <w:pPr>
        <w:jc w:val="right"/>
      </w:pPr>
      <w:r>
        <w:t>پیغمبر کو ہر چیز،</w:t>
      </w:r>
    </w:p>
    <w:p>
      <w:r>
        <w:rPr>
          <w:b/>
        </w:rPr>
        <w:t xml:space="preserve">[24:00] </w:t>
      </w:r>
      <w:r>
        <w:t>paighamabr bhi isi tareeqay se experience se guzarta tha jis tarah hum ab guzartay hain.</w:t>
      </w:r>
    </w:p>
    <w:p>
      <w:pPr>
        <w:jc w:val="right"/>
      </w:pPr>
      <w:r>
        <w:t>پیغمبر بھی اسی طریقے سے ایکسپیرینس سے گزرتا تھا جس طرح ہم اب گزرتے ہیں۔</w:t>
      </w:r>
    </w:p>
    <w:p>
      <w:r>
        <w:rPr>
          <w:b/>
        </w:rPr>
        <w:t xml:space="preserve">[24:06] </w:t>
      </w:r>
      <w:r>
        <w:t>koi tasawwur galat hai woh.</w:t>
      </w:r>
    </w:p>
    <w:p>
      <w:pPr>
        <w:jc w:val="right"/>
      </w:pPr>
      <w:r>
        <w:t>کوئی تصور غلط ہے وہ۔</w:t>
      </w:r>
    </w:p>
    <w:p>
      <w:r>
        <w:rPr>
          <w:b/>
        </w:rPr>
        <w:t xml:space="preserve">[24:09] </w:t>
      </w:r>
      <w:r>
        <w:t>maulana, ah, jo Allah ke creation ki nishaniyan hain, us ke creation ke sign hain, is se bhi to ordinary aadmi agar soche to us ko god realization ho sakta hai ke us ne yeh sab kuch jo banaya hai.</w:t>
      </w:r>
    </w:p>
    <w:p>
      <w:pPr>
        <w:jc w:val="right"/>
      </w:pPr>
      <w:r>
        <w:t>مولانا، اہ، جو اللہ کے کریشن کی نشانیاں ہیں، اس کے کریشن کے سائن ہیں، اس سے بھی تو آرڈینری آدمی اگر سوچے تو اس کو گاڈ ریلائزیشن ہو سکتا ہے کہ اس نے یہ سب کچھ جو بنایا ہے۔</w:t>
      </w:r>
    </w:p>
    <w:p>
      <w:r>
        <w:rPr>
          <w:b/>
        </w:rPr>
        <w:t xml:space="preserve">[24:27] </w:t>
      </w:r>
      <w:r>
        <w:t>agar aap ki thinking aisi hai ke yeh Allah hi ke saare sign hain, Allah hi ne yeh sab kuch diya hai, to is se god realization karna sahi hai.</w:t>
      </w:r>
    </w:p>
    <w:p>
      <w:pPr>
        <w:jc w:val="right"/>
      </w:pPr>
      <w:r>
        <w:t>اگر آپ کی تھنکنگ ایسی ہے کہ یہ اللہ ہی کے سارے سائن ہیں، اللہ ہی نے یہ سب کچھ دیا ہے، تو اس سے گاڈ ریلائزیشن کرنا صحیح ہے۔</w:t>
      </w:r>
    </w:p>
    <w:p>
      <w:r>
        <w:rPr>
          <w:b/>
        </w:rPr>
        <w:t xml:space="preserve">[24:39] </w:t>
      </w:r>
      <w:r>
        <w:t>hmm, Maulana, inti, inti yeh keh rahi hain ke jo Allah ke jo creation hain, Allah ki jo signs hain, ah, us ko dekh ke bhi to ek aam insan god realization kar sakta hai.</w:t>
      </w:r>
    </w:p>
    <w:p>
      <w:pPr>
        <w:jc w:val="right"/>
      </w:pPr>
      <w:r>
        <w:t>ہمم، مولانا، انٹی، انٹی یہ کہہ رہی ہیں کہ جو اللہ کے جو کریشن ہیں، اللہ کی جو سائنز ہیں، اہ، اس کو دیکھ کے بھی تو ایک عام انسان گاڈ ریلائزیشن کر سکتا ہے۔</w:t>
      </w:r>
    </w:p>
    <w:p>
      <w:r>
        <w:rPr>
          <w:b/>
        </w:rPr>
        <w:t xml:space="preserve">[24:54] </w:t>
      </w:r>
      <w:r>
        <w:t>in direct way mein, direct nahi. haan, yeh bohat bari yani under estimation hoga Khuda ka. Khuda ka under estimation hoga ke aap manen kisi ko, kuch ne dekha,</w:t>
      </w:r>
    </w:p>
    <w:p>
      <w:pPr>
        <w:jc w:val="right"/>
      </w:pPr>
      <w:r>
        <w:t>ان ڈائریکٹ وے میں، ڈائریکٹ نہیں۔ ہاں، یہ بہت بڑی یعنی انڈر ایسٹیمیشن ہوگا خدا کا۔ خدا کا انڈر ایسٹیمیشن ہوگا کہ آپ مانیں کسی کو، کچھ نے دیکھا،</w:t>
      </w:r>
    </w:p>
    <w:p>
      <w:r>
        <w:rPr>
          <w:b/>
        </w:rPr>
        <w:t xml:space="preserve">[25:07] </w:t>
      </w:r>
      <w:r>
        <w:t>chahay woh ummati kyun na ho. yeh khuda ka underestimation hai. aap bataiye, science ne jo daryaft kiya hai, jo aap woh kitab parhiye, "evidence of god in the 17 universe".</w:t>
      </w:r>
    </w:p>
    <w:p>
      <w:pPr>
        <w:jc w:val="right"/>
      </w:pPr>
      <w:r>
        <w:t>چاہے وہ امتی کیوں نہ ہو۔ یہ خدا کا انڈر ایسٹیمیشن ہے۔ آپ بتائیے، سائنس نے جو دریافت کیا ہے، جو آپ وہ کتاب پڑھیے، "ایویڈنس آف گاڈ ان دا 17 یونیورس"۔</w:t>
      </w:r>
    </w:p>
    <w:p>
      <w:r>
        <w:rPr>
          <w:b/>
        </w:rPr>
        <w:t xml:space="preserve">[25:24] </w:t>
      </w:r>
      <w:r>
        <w:t>yeh science ki daryaft hai ke zameen ke universe jo hai, sara taraf phail rahi hai, sara taraf phail rahi hai, aur har 144 saal mein is ki tamam</w:t>
      </w:r>
    </w:p>
    <w:p>
      <w:pPr>
        <w:jc w:val="right"/>
      </w:pPr>
      <w:r>
        <w:t>یہ سائنس کی دریافت ہے کہ زمین کے یونیورس جو ہے، سارا طرف پھیل رہی ہے، سارا طرف پھیل رہی ہے، اور ہر 144 سال میں اس کی تمام</w:t>
      </w:r>
    </w:p>
    <w:p>
      <w:r>
        <w:rPr>
          <w:b/>
        </w:rPr>
        <w:t xml:space="preserve">[25:46] </w:t>
      </w:r>
      <w:r>
        <w:t>dooriyan double ho jati hain. ab phir kitna bara hai, woh kitna bara hai, kitna bara hai, woh unimaginable hi nahi hai.</w:t>
      </w:r>
    </w:p>
    <w:p>
      <w:pPr>
        <w:jc w:val="right"/>
      </w:pPr>
      <w:r>
        <w:t>دوریاں ڈبل ہو جاتی ہیں۔ اب پھر کتنا بڑا ہے، وہ کتنا بڑا ہے، کتنا بڑا ہے، وہ ان امیجنیبل ہی نہیں ہے۔</w:t>
      </w:r>
    </w:p>
    <w:p>
      <w:r>
        <w:rPr>
          <w:b/>
        </w:rPr>
        <w:t xml:space="preserve">[25:55] </w:t>
      </w:r>
      <w:r>
        <w:t>woh</w:t>
      </w:r>
    </w:p>
    <w:p>
      <w:pPr>
        <w:jc w:val="right"/>
      </w:pPr>
      <w:r>
        <w:t>وہ</w:t>
      </w:r>
    </w:p>
    <w:p>
      <w:r>
        <w:rPr>
          <w:b/>
        </w:rPr>
        <w:t xml:space="preserve">[25:59] </w:t>
      </w:r>
      <w:r>
        <w:t>musalmanon ne ek kahaniyan sunai hain, suni hain apne paighambar ki, to samajhti hai ke hamare paighambar ne ja ke Allah Allah apne god mein utha liya tha.</w:t>
      </w:r>
    </w:p>
    <w:p>
      <w:pPr>
        <w:jc w:val="right"/>
      </w:pPr>
      <w:r>
        <w:t>مسلمانوں نے ایک کہانیاں سنائی ہیں، سنی ہیں اپنے پیغمبر کی، تو سمجھتی ہے کہ ہمارے پیغمبر نے جا کے اللہ اللہ اپنے گود میں اٹھا لیا تھا۔</w:t>
      </w:r>
    </w:p>
    <w:p>
      <w:r>
        <w:rPr>
          <w:b/>
        </w:rPr>
        <w:t xml:space="preserve">[26:10] </w:t>
      </w:r>
      <w:r>
        <w:t>hain, sab yeh abstract baatein hain. is waqt Allah ki meraj hui, phir Allah ne Muhammad ko apne god mein utha liya.</w:t>
      </w:r>
    </w:p>
    <w:p>
      <w:pPr>
        <w:jc w:val="right"/>
      </w:pPr>
      <w:r>
        <w:t>ہیں، سب یہ ایبسٹریکٹ باتیں ہیں۔ اس وقت اللہ کی معراج ہوئی، پھر اللہ نے محمد کو اپنے گود میں اٹھا لیا۔</w:t>
      </w:r>
    </w:p>
    <w:p>
      <w:r>
        <w:rPr>
          <w:b/>
        </w:rPr>
        <w:t xml:space="preserve">[26:21] </w:t>
      </w:r>
      <w:r>
        <w:t>bilkul ahmaqana baatein hain. is waqt koi is ka sir pair nahi hai. ek khuda ko underestimate karna hai. yeh aur Hazrat Aisha ki riwayat hai ke jis ne yeh kaha ke Muhammad ne dekha Allah ko, to faqat kutub to jhoot kaha.</w:t>
      </w:r>
    </w:p>
    <w:p>
      <w:pPr>
        <w:jc w:val="right"/>
      </w:pPr>
      <w:r>
        <w:t>بالکل احمقانہ باتیں ہیں۔ اس وقت کوئی اس کا سر پیر نہیں ہے۔ ایک خدا کو انڈر ایسٹیمیٹ کرنا ہے۔ یہ اور حضرت عائشہ کی روایت ہے کہ جس نے یہ کہا کہ محمد نے دیکھا اللہ کو، تو فقط کتب تو جھوٹ کہا۔</w:t>
      </w:r>
    </w:p>
    <w:p>
      <w:r>
        <w:rPr>
          <w:b/>
        </w:rPr>
        <w:t xml:space="preserve">[26:39] </w:t>
      </w:r>
      <w:r>
        <w:t>un se bara kon janne wala ho sakta hai?</w:t>
      </w:r>
    </w:p>
    <w:p>
      <w:pPr>
        <w:jc w:val="right"/>
      </w:pPr>
      <w:r>
        <w:t>ان سے بڑا کون جاننے والا ہو سکتا ہے؟</w:t>
      </w:r>
    </w:p>
    <w:p>
      <w:r>
        <w:rPr>
          <w:b/>
        </w:rPr>
        <w:t xml:space="preserve">[26:46] </w:t>
      </w:r>
      <w:r>
        <w:t>maulana, i would like you to explain this verse, chapter 56, verse 60 to 62. it is be who have ordained death for all of you, and we cannot be prevented from replacing you by others like yourself, or changing your forms, and recreating you in forms that you know nothing of.</w:t>
      </w:r>
    </w:p>
    <w:p>
      <w:pPr>
        <w:jc w:val="right"/>
      </w:pPr>
      <w:r>
        <w:t>مولانا، آئی وڈ لائک یو ٹو ایکسپلین دس ورس، چیپٹر 56، ورس 60 ٹو 62۔ اٹ از بی ہو ہیو اڈینٹ ڈیتھ فار ال اف یو، اینڈ وی کین ناٹ بی پریوینٹڈ فرام ریپلیسنگ یو بائے ادرز لائک یور سیلف، اور چینجنگ یور فارمز، اینڈ ری کریٹنگ یو ان فارمز دیٹ یو نو نتھنگ اف۔</w:t>
      </w:r>
    </w:p>
    <w:p>
      <w:r>
        <w:rPr>
          <w:b/>
        </w:rPr>
        <w:t xml:space="preserve">[27:10] </w:t>
      </w:r>
      <w:r>
        <w:t>which forms are they? maulana, yeh quran ki ayat hai.</w:t>
      </w:r>
    </w:p>
    <w:p>
      <w:pPr>
        <w:jc w:val="right"/>
      </w:pPr>
      <w:r>
        <w:t>وچ فارمز ار دیو؟ مولانا، یہ قرآن کی آیت ہے۔</w:t>
      </w:r>
    </w:p>
    <w:p>
      <w:r>
        <w:rPr>
          <w:b/>
        </w:rPr>
        <w:t xml:space="preserve">[27:16] </w:t>
      </w:r>
      <w:r>
        <w:t>kahan se hai? quran ki ayat hai. quran ki ayat? ji. hmm, nahnu qaddarna bainakumul mawta wa nahnu masbuqeen ala an nubaddila amthalakum wa nushee'akum fi ma la ta'lamoon.</w:t>
      </w:r>
    </w:p>
    <w:p>
      <w:pPr>
        <w:jc w:val="right"/>
      </w:pPr>
      <w:r>
        <w:t>کہاں سے ہے؟ قرآن کی آیت ہے۔ قرآن کی آیت؟ جی۔ ہمم، نحن قدرنا بینکم الموت وما نحن قدرنا، نحن قدرنا بینکم الموت وما نحن بمسبوقین علی ان نبدل امثالکم ونشیعکم فی ما لا تعلمون۔</w:t>
      </w:r>
    </w:p>
    <w:p>
      <w:r>
        <w:rPr>
          <w:b/>
        </w:rPr>
        <w:t xml:space="preserve">[27:36] </w:t>
      </w:r>
      <w:r>
        <w:t>wa laqad 'alimtum, wa laqad 'alimtum an-nash'ata al-oola falawla tadhakkaroon. ke hum ne tumhare darmiyan maut ka ko muqaddar kar rakha hai, aur hum is mein peechay rehne wale nahi hain is baat se ke hum tumhare jaisay se tum ko tabdeel kar dein, aur phir le aaein woh cheez jis ko tum nahi jante ho.</w:t>
      </w:r>
    </w:p>
    <w:p>
      <w:pPr>
        <w:jc w:val="right"/>
      </w:pPr>
      <w:r>
        <w:t>ولقد علمتم، ولقد علمتم النشأة الأولى فلولا تذکرون۔ کہ ہم نے تمہارے درمیان موت کا کو مقدر کر رکھا ہے، اور ہم اس میں پیچھے رہنے والے نہیں ہیں اس بات سے کہ ہم تمہارے جیسے سے تم کو تبدیل کر دیں، اور پھر لے آئیں وہ چیز جس کو تم نہیں جانتے ہو۔</w:t>
      </w:r>
    </w:p>
    <w:p>
      <w:r>
        <w:rPr>
          <w:b/>
        </w:rPr>
        <w:t xml:space="preserve">[28:01] </w:t>
      </w:r>
      <w:r>
        <w:t>aur tum jante ho pehle ki qomon ko, to tum naseehat kyun nahi pakarte ho? to is par woh sawal kar rahe hain ke is ayat ka matlab kya hai?</w:t>
      </w:r>
    </w:p>
    <w:p>
      <w:pPr>
        <w:jc w:val="right"/>
      </w:pPr>
      <w:r>
        <w:t>اور تم جانتے ہو پہلے کی قوموں کو، تو تم نصیحت کیوں نہیں پکڑتے ہیں؟ تو اس پر وہ سوال کر رہے ہیں کہ اس آیت کا مطلب کیا ہے؟</w:t>
      </w:r>
    </w:p>
    <w:p>
      <w:r>
        <w:rPr>
          <w:b/>
        </w:rPr>
        <w:t xml:space="preserve">[28:13] </w:t>
      </w:r>
      <w:r>
        <w:t>bhai, sawal bataein ke is mein in ko sawal kya hai? forms ke kis form? sawal to wohi bataenge na? maulana, woh yeh keh rahe hain ke yeh tabdeeli jo hogi, kis form mein hogi?</w:t>
      </w:r>
    </w:p>
    <w:p>
      <w:pPr>
        <w:jc w:val="right"/>
      </w:pPr>
      <w:r>
        <w:t>بھئی، سوال بتائیں کہ اس میں ان کو سوال کیا ہے؟ فارمز کے کس فارم؟ سوال تو وہی بتائیں گے نا؟ مولانا، وہ یہ کہہ رہے ہیں کہ یہ تبدیلی جو ہوگی، کس فارم میں ہوگی؟</w:t>
      </w:r>
    </w:p>
    <w:p>
      <w:r>
        <w:rPr>
          <w:b/>
        </w:rPr>
        <w:t xml:space="preserve">[28:24] </w:t>
      </w:r>
      <w:r>
        <w:t>ala an nubaddila amthalakum. hain, ala an nubaddila amthalakum ke hum tum jaisay se tum ko badal denge.</w:t>
      </w:r>
    </w:p>
    <w:p>
      <w:pPr>
        <w:jc w:val="right"/>
      </w:pPr>
      <w:r>
        <w:t>علی ان نبدل امثالکم۔ ہیں، علی ان نبدل امثالکم کہ ہم تم جیسے سے تم کو بدل دیں گے۔</w:t>
      </w:r>
    </w:p>
    <w:p>
      <w:r>
        <w:rPr>
          <w:b/>
        </w:rPr>
        <w:t xml:space="preserve">[28:32] </w:t>
      </w:r>
      <w:r>
        <w:t>to yeh kis form mein hoga? jaisay se? nahi, kon se form se? kya</w:t>
      </w:r>
    </w:p>
    <w:p>
      <w:pPr>
        <w:jc w:val="right"/>
      </w:pPr>
      <w:r>
        <w:t>تو یہ کس فارم میں ہوگا؟ جیسے سے؟ نہیں، کون سے فارم سے؟ کیا</w:t>
      </w:r>
    </w:p>
    <w:p>
      <w:r>
        <w:rPr>
          <w:b/>
        </w:rPr>
        <w:t xml:space="preserve">[28:41] </w:t>
      </w:r>
      <w:r>
        <w:t>kya tabdeeli ka zikr hai? ala an nubaddila amthalakum. woh jo jo is mein mention kiya gaya ke hain forms, forms ko le ke ke badal denge, to woh kis forms ki baat ho rahi hai?</w:t>
      </w:r>
    </w:p>
    <w:p>
      <w:pPr>
        <w:jc w:val="right"/>
      </w:pPr>
      <w:r>
        <w:t>کیا تبدیلی کا ذکر ہے؟ علی ان نبدل امثالکم۔ وہ جو جو اس میں مینشن کیا گیا کہ ہیں فارمز، فارمز کو لے کے کہ بدل دیں گے، تو وہ کس فارمز کی بات ہو رہی ہے؟</w:t>
      </w:r>
    </w:p>
    <w:p>
      <w:r>
        <w:rPr>
          <w:b/>
        </w:rPr>
        <w:t xml:space="preserve">[28:59] </w:t>
      </w:r>
      <w:r>
        <w:t>from, from. mein sawal samjha raha</w:t>
      </w:r>
    </w:p>
    <w:p>
      <w:pPr>
        <w:jc w:val="right"/>
      </w:pPr>
      <w:r>
        <w:t>فرام، فرام۔ میں سوال سمجھا رہ</w:t>
      </w:r>
    </w:p>
    <w:p>
      <w:r>
        <w:rPr>
          <w:b/>
        </w:rPr>
        <w:t xml:space="preserve">[29:05] </w:t>
      </w:r>
      <w:r>
        <w:t>hoon. maulana, is mein jo likha hai, jo aaya hai, from replacing you by others like yourself, or changing your forms, and recreating you in forms that you know nothing of.</w:t>
      </w:r>
    </w:p>
    <w:p>
      <w:pPr>
        <w:jc w:val="right"/>
      </w:pPr>
      <w:r>
        <w:t>ا ہوں۔ مولانا، اس میں جو لکھا ہے، جو آیا ہے، فرام ریپلیسنگ یو بائے ادرز لائک یور سیلف، اور چینجنگ یور فارمز، اینڈ ری کریٹنگ یو ان فارمز دیٹ یو نو نتھنگ اف۔</w:t>
      </w:r>
    </w:p>
    <w:p>
      <w:r>
        <w:rPr>
          <w:b/>
        </w:rPr>
        <w:t xml:space="preserve">[29:21] </w:t>
      </w:r>
      <w:r>
        <w:t>to yeh jo forms ka zikr hai, woh is se kya</w:t>
      </w:r>
    </w:p>
    <w:p>
      <w:pPr>
        <w:jc w:val="right"/>
      </w:pPr>
      <w:r>
        <w:t>تو یہ جو فارمز کا ذکر ہے، وہ اس سے کیا</w:t>
      </w:r>
    </w:p>
    <w:p>
      <w:r>
        <w:rPr>
          <w:b/>
        </w:rPr>
        <w:t xml:space="preserve">[29:24] </w:t>
      </w:r>
      <w:r>
        <w:t>matlab hai? agar is is ayat par hai, un ka jo ayat mein hai ke woh hum badal denge, woh ayat parhiye: ala an nubaddila amthalakum wa nushee'akum fi ma la ta'lamoon.</w:t>
      </w:r>
    </w:p>
    <w:p>
      <w:pPr>
        <w:jc w:val="right"/>
      </w:pPr>
      <w:r>
        <w:t>مطلب ہے؟ اگر اس اس آیت پر ہے، ان کا جو آیت میں ہے کہ وہ ہم بدل دیں گے، وہ آیت پڑھیے: علی ان نبدل امثالکم ونشیعکم فی ما لا تعلمون۔</w:t>
      </w:r>
    </w:p>
    <w:p>
      <w:r>
        <w:rPr>
          <w:b/>
        </w:rPr>
        <w:t xml:space="preserve">[29:41] </w:t>
      </w:r>
      <w:r>
        <w:t>haan, yeh to badalna wohi hai ke aap aap ko reject kar diya jaye ke yeh aur kisi aur qom ko khara kar diya jaye.</w:t>
      </w:r>
    </w:p>
    <w:p>
      <w:pPr>
        <w:jc w:val="right"/>
      </w:pPr>
      <w:r>
        <w:t>ہاں، یہ تو بدلنا وہی ہے کہ آپ آپ کو ریجیکٹ کر دیا جائے کہ یہ اور کسی اور قوم کو کھڑا کر دیا جائے۔</w:t>
      </w:r>
    </w:p>
    <w:p>
      <w:r>
        <w:rPr>
          <w:b/>
        </w:rPr>
        <w:t xml:space="preserve">[29:51] </w:t>
      </w:r>
      <w:r>
        <w:t>wohi ayat hai na? ek aur ayat mein hai ji</w:t>
      </w:r>
    </w:p>
    <w:p>
      <w:pPr>
        <w:jc w:val="right"/>
      </w:pPr>
      <w:r>
        <w:t>وہی آیت ہے نا؟ ایک اور آیت میں ہے جی</w:t>
      </w:r>
    </w:p>
    <w:p>
      <w:r>
        <w:rPr>
          <w:b/>
        </w:rPr>
        <w:t xml:space="preserve">[29:55] </w:t>
      </w:r>
      <w:r>
        <w:t>ke phir woh tumhare jaisay na honge. woh ayat parhiye: in</w:t>
      </w:r>
    </w:p>
    <w:p>
      <w:pPr>
        <w:jc w:val="right"/>
      </w:pPr>
      <w:r>
        <w:t>کہ پھر وہ تمہارے جیسے نہ ہوں گے۔ وہ آیت پڑھیے: ان</w:t>
      </w:r>
    </w:p>
    <w:p>
      <w:r>
        <w:rPr>
          <w:b/>
        </w:rPr>
        <w:t xml:space="preserve">[30:06] </w:t>
      </w:r>
      <w:r>
        <w:t>la. yahi hai. kisi doosri qom khara kar diye, maslan musalman qom fail ho jayein, hindu hindu ka khara kar diya jaye.</w:t>
      </w:r>
    </w:p>
    <w:p>
      <w:pPr>
        <w:jc w:val="right"/>
      </w:pPr>
      <w:r>
        <w:t>لا۔ یہی ہے۔ کسی دوسری قوم کھڑا کر دیے، مثلاً مسلمان قوم فیل ہو جائیں، ہندو ہندو کا کھڑا کر دیا جائے۔</w:t>
      </w:r>
    </w:p>
    <w:p>
      <w:r>
        <w:rPr>
          <w:b/>
        </w:rPr>
        <w:t xml:space="preserve">[30:17] </w:t>
      </w:r>
      <w:r>
        <w:t>yeh allah taala qadir hai ke tumhari jo muslim community hai, muslim community hi par depend nahi karta iska mamla.</w:t>
      </w:r>
    </w:p>
    <w:p>
      <w:pPr>
        <w:jc w:val="right"/>
      </w:pPr>
      <w:r>
        <w:t>یہ اللہ تعالی قادر ہے کہ تمہاری جو مسلم کمیونٹی ہے، مسلم کمیونٹی ہی پر ڈیپینڈ نہیں کرتا اس کا معاملہ۔</w:t>
      </w:r>
    </w:p>
    <w:p>
      <w:r>
        <w:rPr>
          <w:b/>
        </w:rPr>
        <w:t xml:space="preserve">[30:28] </w:t>
      </w:r>
      <w:r>
        <w:t>woh kisi aur ko khada kar kar sakta hai. yeh aisa hi ma</w:t>
      </w:r>
    </w:p>
    <w:p>
      <w:pPr>
        <w:jc w:val="right"/>
      </w:pPr>
      <w:r>
        <w:t>وہ کسی اور کو کھڑا کر کر سکتا ہے۔ یہ ایسا ہی مع</w:t>
      </w:r>
    </w:p>
    <w:p>
      <w:r>
        <w:rPr>
          <w:b/>
        </w:rPr>
        <w:t xml:space="preserve">[30:32] </w:t>
      </w:r>
      <w:r>
        <w:t>ni hai. koi bhi. Maulana, is mein jo lafz aaya hai ke recreating you in forms that you know nothing of, toh Nodiep yeh pooch rahe hain ke yeh yeh kis cheez ko refer kar raha hai?</w:t>
      </w:r>
    </w:p>
    <w:p>
      <w:pPr>
        <w:jc w:val="right"/>
      </w:pPr>
      <w:r>
        <w:t>نی ہے۔ کوئی بھی۔ مولانا، اس میں جو لفظ آیا ہے کہ ری کریٹنگ یو ان فارمز دیٹ یو نو نتھنگ اف، تو نودیپ یہ پوچھ رہے ہیں کہ یہ یہ کس چیز کو ریفر کر رہا ہے؟</w:t>
      </w:r>
    </w:p>
    <w:p>
      <w:r>
        <w:rPr>
          <w:b/>
        </w:rPr>
        <w:t xml:space="preserve">[30:45] </w:t>
      </w:r>
      <w:r>
        <w:t>do baatein mil gayi hain is mein. haan, ek toh creation wali baat ji, doosre replacement ki baat. haan haan, achha, replacement ki baat alag hai,</w:t>
      </w:r>
    </w:p>
    <w:p>
      <w:pPr>
        <w:jc w:val="right"/>
      </w:pPr>
      <w:r>
        <w:t>دو باتیں مل گئی ہیں اس میں۔ ہاں، ایک تو کریشن والی بات جی، دوسرے ریپلیسمنٹ کی بات۔ ہاں ہاں، اچھا، ریپلیسمنٹ کی بات الگ ہے،</w:t>
      </w:r>
    </w:p>
    <w:p>
      <w:r>
        <w:rPr>
          <w:b/>
        </w:rPr>
        <w:t xml:space="preserve">[30:58] </w:t>
      </w:r>
      <w:r>
        <w:t>creation ki baat alag hai.</w:t>
      </w:r>
    </w:p>
    <w:p>
      <w:pPr>
        <w:jc w:val="right"/>
      </w:pPr>
      <w:r>
        <w:t>کریشن کی بات الگ ہے۔</w:t>
      </w:r>
    </w:p>
    <w:p>
      <w:r>
        <w:rPr>
          <w:b/>
        </w:rPr>
        <w:t xml:space="preserve">[31:01] </w:t>
      </w:r>
      <w:r>
        <w:t>Maulana, agla sawal lete hain. yeh Miss Shabana Ansari ka hai Pakistan se. hmm, unhone likha hai: "Maulana, shock treatment is the thing that triggers the mind fully.</w:t>
      </w:r>
    </w:p>
    <w:p>
      <w:pPr>
        <w:jc w:val="right"/>
      </w:pPr>
      <w:r>
        <w:t>مولانا، اگلا سوال لیتے ہیں۔ یہ مس شبانہ انصاری کا ہے پاکستان سے۔ ہمم، انہوں نے لکھا ہے: "مولانا، شاک ٹریٹمنٹ از دا تھنگ دیٹ ٹریگرز دا مائنڈ فلی۔</w:t>
      </w:r>
    </w:p>
    <w:p>
      <w:r>
        <w:rPr>
          <w:b/>
        </w:rPr>
        <w:t xml:space="preserve">[31:16] </w:t>
      </w:r>
      <w:r>
        <w:t>That is why we think deeply and run towards God." Am I correct in thinking? Haan, bilkul, 100 percent correct.</w:t>
      </w:r>
    </w:p>
    <w:p>
      <w:pPr>
        <w:jc w:val="right"/>
      </w:pPr>
      <w:r>
        <w:t>دیٹ از وائی وی تھنک ڈیپلی اینڈ رن ٹورڈز گاڈ۔" ایم آئی کریکٹ ان تھنکنگ؟ ہاں، بالکل، 100 پرسنٹ کریکٹ۔</w:t>
      </w:r>
    </w:p>
    <w:p>
      <w:r>
        <w:rPr>
          <w:b/>
        </w:rPr>
        <w:t xml:space="preserve">[31:26] </w:t>
      </w:r>
      <w:r>
        <w:t>hmm, 100 percent correct.</w:t>
      </w:r>
    </w:p>
    <w:p>
      <w:pPr>
        <w:jc w:val="right"/>
      </w:pPr>
      <w:r>
        <w:t>ہمم، 100 پرسنٹ کریکٹ۔</w:t>
      </w:r>
    </w:p>
    <w:p>
      <w:r>
        <w:rPr>
          <w:b/>
        </w:rPr>
        <w:t xml:space="preserve">[31:30] </w:t>
      </w:r>
      <w:r>
        <w:t>Maulana Rampur se Irshad Ali sahib ka sawal hai. unhone likha hai: "Maulana, hum yeh kaise pehchanen ke jo hum galat kaam karte hain, is mein shaitan ka dakhil hota hai,</w:t>
      </w:r>
    </w:p>
    <w:p>
      <w:pPr>
        <w:jc w:val="right"/>
      </w:pPr>
      <w:r>
        <w:t>مولانا رامپور سے ارشاد علی صاحب کا سوال ہے۔ انہوں نے لکھا ہے: "مولانا، ہم یہ کیسے پہچانیں کہ جو ہم غلط کام کرتے ہیں، اس میں شیطان کا داخل ہوتا ہے،</w:t>
      </w:r>
    </w:p>
    <w:p>
      <w:r>
        <w:rPr>
          <w:b/>
        </w:rPr>
        <w:t xml:space="preserve">[31:44] </w:t>
      </w:r>
      <w:r>
        <w:t>dakhal hota hai, ya hum apni khwahish o nafs ki wajah se karte hain?</w:t>
      </w:r>
    </w:p>
    <w:p>
      <w:pPr>
        <w:jc w:val="right"/>
      </w:pPr>
      <w:r>
        <w:t>دخل ہوتا ہے، یا ہم اپنی خواہش و نفس کی وجہ سے کرتے ہیں؟</w:t>
      </w:r>
    </w:p>
    <w:p>
      <w:r>
        <w:rPr>
          <w:b/>
        </w:rPr>
        <w:t xml:space="preserve">[31:52] </w:t>
      </w:r>
      <w:r>
        <w:t>" Dekhiye, Quran mein yeh hai ke aadmi woh usko pehchan leta hai. tadq karo ji.</w:t>
      </w:r>
    </w:p>
    <w:p>
      <w:pPr>
        <w:jc w:val="right"/>
      </w:pPr>
      <w:r>
        <w:t>" دیکھیے، قرآن میں یہ ہے کہ آدمی وہ اس کو پہچان لیتا ہے۔ تدق کرو جی۔</w:t>
      </w:r>
    </w:p>
    <w:p>
      <w:r>
        <w:rPr>
          <w:b/>
        </w:rPr>
        <w:t xml:space="preserve">[32:02] </w:t>
      </w:r>
      <w:r>
        <w:t>Toh asal cheez yeh hai ke aap bahut jitna zyada aap mentally, jitna yani intellectual development aap ka hua rahega, pata hi aap pehchanen ge.</w:t>
      </w:r>
    </w:p>
    <w:p>
      <w:pPr>
        <w:jc w:val="right"/>
      </w:pPr>
      <w:r>
        <w:t>تو اصل چیز یہ ہے کہ آپ بہت جتنا زیادہ آپ مینٹلی، جتنا یعنی انٹلیکچول ڈیویلپمنٹ آپ کا ہوا رہے گا، پتہ ہی آپ پہچانیں گے۔</w:t>
      </w:r>
    </w:p>
    <w:p>
      <w:r>
        <w:rPr>
          <w:b/>
        </w:rPr>
        <w:t xml:space="preserve">[32:18] </w:t>
      </w:r>
      <w:r>
        <w:t>Yeh sara mamla depend karta hai yeh intellectual development ka, spiritual development ka.</w:t>
      </w:r>
    </w:p>
    <w:p>
      <w:pPr>
        <w:jc w:val="right"/>
      </w:pPr>
      <w:r>
        <w:t>یہ سارا معاملہ ڈیپینڈ کرتا ہے یہ انٹلیکچول ڈیویلپمنٹ کا، اسپیریچول ڈیویلپمنٹ کا۔</w:t>
      </w:r>
    </w:p>
    <w:p>
      <w:r>
        <w:rPr>
          <w:b/>
        </w:rPr>
        <w:t xml:space="preserve">[32:27] </w:t>
      </w:r>
      <w:r>
        <w:t>Aap ne kitna develop kiya hai apne apne aap ko, usi par depend karta hai ke aap pehchan paayein.</w:t>
      </w:r>
    </w:p>
    <w:p>
      <w:pPr>
        <w:jc w:val="right"/>
      </w:pPr>
      <w:r>
        <w:t>آپ نے کتنا ڈیویلپ کیا ہے اپنے اپنے آپ کو، اسی پر ڈیپینڈ کرتا ہے کہ آپ پہچان پائیں۔</w:t>
      </w:r>
    </w:p>
    <w:p>
      <w:r>
        <w:rPr>
          <w:b/>
        </w:rPr>
        <w:t xml:space="preserve">[32:42] </w:t>
      </w:r>
      <w:r>
        <w:t>maulana aasim aasim sahib ka sawal hai canada se.</w:t>
      </w:r>
    </w:p>
    <w:p>
      <w:pPr>
        <w:jc w:val="right"/>
      </w:pPr>
      <w:r>
        <w:t>مولانا عاصم عاصم صاحب کا سوال ہے کینیڈا سے۔</w:t>
      </w:r>
    </w:p>
    <w:p>
      <w:r>
        <w:rPr>
          <w:b/>
        </w:rPr>
        <w:t xml:space="preserve">[32:47] </w:t>
      </w:r>
      <w:r>
        <w:t>unhon ne likha hai:</w:t>
      </w:r>
    </w:p>
    <w:p>
      <w:pPr>
        <w:jc w:val="right"/>
      </w:pPr>
      <w:r>
        <w:t>انہوں نے لکھا ہے:</w:t>
      </w:r>
    </w:p>
    <w:p>
      <w:r>
        <w:rPr>
          <w:b/>
        </w:rPr>
        <w:t xml:space="preserve">[32:49] </w:t>
      </w:r>
      <w:r>
        <w:t>"jab kisi apnay se dil dukhay to kaisay positive rahen is banday ke sath?" aur aaj kal samnay</w:t>
      </w:r>
    </w:p>
    <w:p>
      <w:pPr>
        <w:jc w:val="right"/>
      </w:pPr>
      <w:r>
        <w:t>"جب کسی اپنے سے دل دکھے تو کیسے پوزیٹیو رہیں اس بندے کے ساتھ؟" اور آج کل سامنے</w:t>
      </w:r>
    </w:p>
    <w:p>
      <w:r>
        <w:rPr>
          <w:b/>
        </w:rPr>
        <w:t xml:space="preserve">[32:58] </w:t>
      </w:r>
      <w:r>
        <w:t>walay ko samnay walay ka pata nahi chalta ke woh hamaray sath baitha hai, hans bol raha hai,</w:t>
      </w:r>
    </w:p>
    <w:p>
      <w:pPr>
        <w:jc w:val="right"/>
      </w:pPr>
      <w:r>
        <w:t>والے کو سامنے والے کا پتہ نہیں چلتا کہ وہ ہمارے ساتھ بیٹھا ہے، ہنس بول رہا ہے،</w:t>
      </w:r>
    </w:p>
    <w:p>
      <w:r>
        <w:rPr>
          <w:b/>
        </w:rPr>
        <w:t xml:space="preserve">[33:05] </w:t>
      </w:r>
      <w:r>
        <w:t>aur jab hamaray paas se uthay to pata nahi kya baat pakar kar le gaya aur logon mein</w:t>
      </w:r>
    </w:p>
    <w:p>
      <w:pPr>
        <w:jc w:val="right"/>
      </w:pPr>
      <w:r>
        <w:t>اور جب ہمارے پاس سے اٹھے تو پتہ نہیں کیا بات پکڑ کر لے گیا اور لوگوں میں</w:t>
      </w:r>
    </w:p>
    <w:p>
      <w:r>
        <w:rPr>
          <w:b/>
        </w:rPr>
        <w:t xml:space="preserve">[33:11] </w:t>
      </w:r>
      <w:r>
        <w:t>hamari burai karta hai.</w:t>
      </w:r>
    </w:p>
    <w:p>
      <w:pPr>
        <w:jc w:val="right"/>
      </w:pPr>
      <w:r>
        <w:t>ہماری برائی کرتا ہے۔</w:t>
      </w:r>
    </w:p>
    <w:p>
      <w:r>
        <w:rPr>
          <w:b/>
        </w:rPr>
        <w:t xml:space="preserve">[33:14] </w:t>
      </w:r>
      <w:r>
        <w:t>O Allah, yeh toh hum baar baar kar chuke hain ke woh aadmi jis se aap affect hote hain na, woh toh aap ke sawal ko badhata hai, aap ke reward ko badhata hai.</w:t>
      </w:r>
    </w:p>
    <w:p>
      <w:pPr>
        <w:jc w:val="right"/>
      </w:pPr>
      <w:r>
        <w:t>او اللہ، یہ تو ہم بار بار کر چکے ہیں کہ وہ آدمی جس سے آپ افیکٹ ہوتے ہیں نا، وہ تو آپ کے سوال کو بڑھاتا ہے، آپ کے ریوارڈ کو بڑھاتا ہے۔</w:t>
      </w:r>
    </w:p>
    <w:p>
      <w:r>
        <w:rPr>
          <w:b/>
        </w:rPr>
        <w:t xml:space="preserve">[33:31] </w:t>
      </w:r>
      <w:r>
        <w:t>Iska shukr ada kijiye. ghussa kyun hote hain un se?</w:t>
      </w:r>
    </w:p>
    <w:p>
      <w:pPr>
        <w:jc w:val="right"/>
      </w:pPr>
      <w:r>
        <w:t>اس کا شکر ادا کیجئے۔ غصہ کیوں ہوتے ہیں ان سے؟</w:t>
      </w:r>
    </w:p>
    <w:p>
      <w:r>
        <w:rPr>
          <w:b/>
        </w:rPr>
        <w:t xml:space="preserve">[33:37] </w:t>
      </w:r>
      <w:r>
        <w:t>Kyunke aap mauqa deta hai ke aap in zyada Allah se ta'alluq badhayein, zyada rewardable banayein apna amal ko.</w:t>
      </w:r>
    </w:p>
    <w:p>
      <w:pPr>
        <w:jc w:val="right"/>
      </w:pPr>
      <w:r>
        <w:t>کیونکہ آپ موقع دیتا ہے کہ آپ ان زیادہ اللہ سے تعلق بڑھائیں، زیادہ ریوارڈیبل بنائیں اپنا عمل کو۔</w:t>
      </w:r>
    </w:p>
    <w:p>
      <w:r>
        <w:rPr>
          <w:b/>
        </w:rPr>
        <w:t xml:space="preserve">[33:50] </w:t>
      </w:r>
      <w:r>
        <w:t>Woh toh aap ka mohsin hai, woh toh aap ka mohsin hai.</w:t>
      </w:r>
    </w:p>
    <w:p>
      <w:pPr>
        <w:jc w:val="right"/>
      </w:pPr>
      <w:r>
        <w:t>وہ تو آپ کا محسن ہے، وہ تو آپ کا محسن ہے۔</w:t>
      </w:r>
    </w:p>
    <w:p>
      <w:r>
        <w:rPr>
          <w:b/>
        </w:rPr>
        <w:t xml:space="preserve">[33:58] </w:t>
      </w:r>
      <w:r>
        <w:t>Maulana Mahboob bhai ka Mumbai se sawal hai. unhone likha hai: "Maulana, main yeh kaise samjhun ke mere andar self-correction process jaari ho chuka hai aur usko kaise barkarar rakha jaaye?"</w:t>
      </w:r>
    </w:p>
    <w:p>
      <w:pPr>
        <w:jc w:val="right"/>
      </w:pPr>
      <w:r>
        <w:t>مولانا محبوب بھائی کا ممبئی سے سوال ہے۔ انہوں نے لکھا ہے: "مولانا، میں یہ کیسے سمجھوں کہ میرے اندر سیلف کریکشن پروسیس جاری ہو چکا ہے اور اس کو کیسے برقرار رکھا جائے؟"</w:t>
      </w:r>
    </w:p>
    <w:p>
      <w:r>
        <w:rPr>
          <w:b/>
        </w:rPr>
        <w:t xml:space="preserve">[34:15] </w:t>
      </w:r>
      <w:r>
        <w:t>Yeh sab dekhne ki zaroorat nahi hai. Yeh ek process jaanna hai. Aap process ko jaanen ge, aap jo ho raha hai woh woh wahan tak toh sirf angel ki pahunch hoti hai, farishton ki.</w:t>
      </w:r>
    </w:p>
    <w:p>
      <w:pPr>
        <w:jc w:val="right"/>
      </w:pPr>
      <w:r>
        <w:t>یہ سب دیکھنے کی ضرورت نہیں ہے۔ یہ ایک پراسیس جاننا ہے۔ آپ پراسیس کو جانیں گے، آپ جو ہو رہا ہے وہ وہ وہاں تک تو صرف اینجل کی پہنچ ہوتی ہے، فرشتوں کی۔</w:t>
      </w:r>
    </w:p>
    <w:p>
      <w:r>
        <w:rPr>
          <w:b/>
        </w:rPr>
        <w:t xml:space="preserve">[34:32] </w:t>
      </w:r>
      <w:r>
        <w:t>Bas</w:t>
      </w:r>
    </w:p>
    <w:p>
      <w:pPr>
        <w:jc w:val="right"/>
      </w:pPr>
      <w:r>
        <w:t>بس</w:t>
      </w:r>
    </w:p>
    <w:p>
      <w:r>
        <w:rPr>
          <w:b/>
        </w:rPr>
        <w:t xml:space="preserve">[34:39] </w:t>
      </w:r>
      <w:r>
        <w:t>batar news, batar khabar ko laani nahi. Aap ki pahunch yahin tak hai ke batar khabar ke janne ho.</w:t>
      </w:r>
    </w:p>
    <w:p>
      <w:pPr>
        <w:jc w:val="right"/>
      </w:pPr>
      <w:r>
        <w:t>بتر نیوز، بتر خبر کو لانی نہیں۔ آپ کی پہنچ یہیں تک ہے کہ بتر خبر کے جاننے ہو۔</w:t>
      </w:r>
    </w:p>
    <w:p>
      <w:r>
        <w:rPr>
          <w:b/>
        </w:rPr>
        <w:t xml:space="preserve">[34:59] </w:t>
      </w:r>
      <w:r>
        <w:t>Maulana, kya yeh keh sakte hain hum ke ah pre ah Muhammad era mein zyada it is to be physical torture suffering and not is more mental suffering?</w:t>
      </w:r>
    </w:p>
    <w:p>
      <w:pPr>
        <w:jc w:val="right"/>
      </w:pPr>
      <w:r>
        <w:t>مولانا، کیا یہ کہہ سکتے ہیں ہم کہ اہ پری اہ محمد ایرا میں زیادہ اٹ از ٹو بی فزیکل ٹارچر سفرنگ اینڈ ناٹ از مور مینٹل سفرنگ؟</w:t>
      </w:r>
    </w:p>
    <w:p>
      <w:r>
        <w:rPr>
          <w:b/>
        </w:rPr>
        <w:t xml:space="preserve">[35:12] </w:t>
      </w:r>
      <w:r>
        <w:t>Can we say that people suffered more physically in the dows times pre ah pre Muhammad period? Aisa kuch keh sakte hain? Maulana sahib, abhi aaj kal mental suffering zyada hai.</w:t>
      </w:r>
    </w:p>
    <w:p>
      <w:pPr>
        <w:jc w:val="right"/>
      </w:pPr>
      <w:r>
        <w:t>کین وی سے دیٹ پیپل سفرڈ مور فزیکلی ان دا دوز ٹائمز پری اہ پری محمد پیریڈ؟ ایسا کچھ کہہ سکتے ہیں؟ مولانا صاحب، ابھی آج کل مینٹل سفرنگ زیادہ ہے۔</w:t>
      </w:r>
    </w:p>
    <w:p>
      <w:r>
        <w:rPr>
          <w:b/>
        </w:rPr>
        <w:t xml:space="preserve">[35:25] </w:t>
      </w:r>
      <w:r>
        <w:t>mein samjha, mein samjha nahin.</w:t>
      </w:r>
    </w:p>
    <w:p>
      <w:pPr>
        <w:jc w:val="right"/>
      </w:pPr>
      <w:r>
        <w:t>میں سمجھا، میں سمجھا نہیں۔</w:t>
      </w:r>
    </w:p>
    <w:p>
      <w:r>
        <w:rPr>
          <w:b/>
        </w:rPr>
        <w:t xml:space="preserve">[35:27] </w:t>
      </w:r>
      <w:r>
        <w:t>woh priya ka sawal yeh hai ke ah prophet se jo pehle ka daur tha, us daur mein physical suffering zyada thi aur aaj ke daur mein mental suffering zyada hai.</w:t>
      </w:r>
    </w:p>
    <w:p>
      <w:pPr>
        <w:jc w:val="right"/>
      </w:pPr>
      <w:r>
        <w:t>وہ پریا کا سوال یہ ہے کہ اہ پرافٹ سے جو پہلے کا دور تھا، اس دور میں فزیکل سفرنگ زیادہ تھی اور آج کے دور میں مینٹل سفرنگ زیادہ ہے۔</w:t>
      </w:r>
    </w:p>
    <w:p>
      <w:r>
        <w:rPr>
          <w:b/>
        </w:rPr>
        <w:t xml:space="preserve">[35:40] </w:t>
      </w:r>
      <w:r>
        <w:t>toh kya is ko aise kaha ja sakta hai? kya yeh sahi hai kehna?</w:t>
      </w:r>
    </w:p>
    <w:p>
      <w:pPr>
        <w:jc w:val="right"/>
      </w:pPr>
      <w:r>
        <w:t>تو کیا اس کو ایسے کہا جا سکتا ہے؟ کیا یہ صحیح ہے کہنا؟</w:t>
      </w:r>
    </w:p>
    <w:p>
      <w:r>
        <w:rPr>
          <w:b/>
        </w:rPr>
        <w:t xml:space="preserve">[35:48] </w:t>
      </w:r>
      <w:r>
        <w:t>partial sense mein se ho sakta hai, partial sense mein. kyunke sara mamla yeh hai ke aap kitna apne kuch mein involve karte hain.</w:t>
      </w:r>
    </w:p>
    <w:p>
      <w:pPr>
        <w:jc w:val="right"/>
      </w:pPr>
      <w:r>
        <w:t>پارشل سینس میں سے ہو سکتا ہے، پارشل سینس میں۔ کیونکہ سارا معاملہ یہ ہے کہ آپ کتنا اپنے کچھ میں انوالو کرتے ہیں۔</w:t>
      </w:r>
    </w:p>
    <w:p>
      <w:r>
        <w:rPr>
          <w:b/>
        </w:rPr>
        <w:t xml:space="preserve">[36:01] </w:t>
      </w:r>
      <w:r>
        <w:t>involve kijiye toh physical suffering aa jayegi. jaise aap dekhiye, hussain thay makka mein rehte thay toh khabar suni unhon ne kufa ki toh rawana ho gaye.</w:t>
      </w:r>
    </w:p>
    <w:p>
      <w:pPr>
        <w:jc w:val="right"/>
      </w:pPr>
      <w:r>
        <w:t>انوالو کیجئے تو فزیکل سفرنگ آ جائے گی۔ جیسے آپ دیکھیے، حسین تھے مکہ میں رہتے تھے تو خبر سنی انہوں نے کوفہ کی تو روانہ ہو گئے۔</w:t>
      </w:r>
    </w:p>
    <w:p>
      <w:r>
        <w:rPr>
          <w:b/>
        </w:rPr>
        <w:t xml:space="preserve">[36:17] </w:t>
      </w:r>
      <w:r>
        <w:t>rastay mein farazdaq mila, aik aik aadmi tha farazdaq. us ne kaha aap mat jaiye, woh kufa wale aise hotay hain. phir bhi woh gaye toh jab wahan pohanchay toh waqai woh hua jo jo farazdaq ne kar rakha tha.</w:t>
      </w:r>
    </w:p>
    <w:p>
      <w:pPr>
        <w:jc w:val="right"/>
      </w:pPr>
      <w:r>
        <w:t>راستے میں فرزدق ملا، ایک ایک آدمی تھا فرزدق۔ اس نے کہا آپ مت جائیے، وہ کوفہ والے ایسے ہوتے ہیں۔ پھر بھی وہ گئے تو جب وہاں پہنچے تو واقعی وہ ہوا جو جو فرزدق نے کر رکھا تھا۔</w:t>
      </w:r>
    </w:p>
    <w:p>
      <w:r>
        <w:rPr>
          <w:b/>
        </w:rPr>
        <w:t xml:space="preserve">[36:34] </w:t>
      </w:r>
      <w:r>
        <w:t>toh toh apne ko khud hi jhonkna hai. pehle bhi aisa hota tha ke aadmi na jhuke, aaj bhi aisa hota hai ke aadmi na jhuke.</w:t>
      </w:r>
    </w:p>
    <w:p>
      <w:pPr>
        <w:jc w:val="right"/>
      </w:pPr>
      <w:r>
        <w:t>تو تو اپنے کو خود ہی جھونکنا ہے۔ پہلے بھی ایسا ہوتا تھا کہ آدمی نہ جھکے، آج بھی ایسا ہوتا ہے کہ آدمی نہ جھکے۔</w:t>
      </w:r>
    </w:p>
    <w:p>
      <w:r>
        <w:rPr>
          <w:b/>
        </w:rPr>
        <w:t xml:space="preserve">[36:44] </w:t>
      </w:r>
      <w:r>
        <w:t>misalan india mein dekhiye, sare log wahan bjp, mein toh kuch bhi nahin, mein sirf phir parha tha, waise ab bhi hoon, mujhe koi pareshani nahin hai.</w:t>
      </w:r>
    </w:p>
    <w:p>
      <w:pPr>
        <w:jc w:val="right"/>
      </w:pPr>
      <w:r>
        <w:t>مثلاً انڈیا میں دیکھیے، سارے لوگ وہاں بی جے پی، میں تو کچھ بھی نہیں، میں صرف پھر پڑھے تھا، ویسے اب بھی ہوں، مجھے کوئی پریشانی نہیں ہے۔</w:t>
      </w:r>
    </w:p>
    <w:p>
      <w:r>
        <w:rPr>
          <w:b/>
        </w:rPr>
        <w:t xml:space="preserve">[36:59] </w:t>
      </w:r>
      <w:r>
        <w:t>yeh yeh yeh aik relative yaani baat hai, yeh is ko real nahin samjhiye.</w:t>
      </w:r>
    </w:p>
    <w:p>
      <w:pPr>
        <w:jc w:val="right"/>
      </w:pPr>
      <w:r>
        <w:t>یہ یہ یہ ایک ریلیٹو یعنی بات ہے، یہ اس کو ریل نہیں سمجھیے۔</w:t>
      </w:r>
    </w:p>
    <w:p>
      <w:r>
        <w:rPr>
          <w:b/>
        </w:rPr>
        <w:t xml:space="preserve">[37:08] </w:t>
      </w:r>
      <w:r>
        <w:t>hain nafs ammara kya hota hai? nafs ammara, nafs ammara aur nafs al-lawwamah koi mysterious baat nahin hai,</w:t>
      </w:r>
    </w:p>
    <w:p>
      <w:pPr>
        <w:jc w:val="right"/>
      </w:pPr>
      <w:r>
        <w:t>ہیں نفس امارہ کیا ہوتا ہے؟ نفس امارہ، نفس امارہ اور نفس الوامہ کوئی مسٹیریس بات نہیں ہے،</w:t>
      </w:r>
    </w:p>
    <w:p>
      <w:r>
        <w:rPr>
          <w:b/>
        </w:rPr>
        <w:t xml:space="preserve">[37:23] </w:t>
      </w:r>
      <w:r>
        <w:t>mysterious baat nahin hai. dekhiye, aadmi rozana mukhtalif qism ke cheezon ke darmiyan guzarta hai toh nafs al-lawwamah jo hai,</w:t>
      </w:r>
    </w:p>
    <w:p>
      <w:pPr>
        <w:jc w:val="right"/>
      </w:pPr>
      <w:r>
        <w:t>مسٹیریس بات نہیں ہے۔ دیکھیے، آدمی روزانہ مختلف قسم کے چیزوں کے درمیان گزرتا ہے تو نفس لوامہ جو ہے،</w:t>
      </w:r>
    </w:p>
    <w:p>
      <w:r>
        <w:rPr>
          <w:b/>
        </w:rPr>
        <w:t xml:space="preserve">[37:37] </w:t>
      </w:r>
      <w:r>
        <w:t>woh right direction mein aap ko woh karta hai,</w:t>
      </w:r>
    </w:p>
    <w:p>
      <w:pPr>
        <w:jc w:val="right"/>
      </w:pPr>
      <w:r>
        <w:t>وہ رائٹ ڈائریکشن میں آپ کو وہ کرتا ہے،</w:t>
      </w:r>
    </w:p>
    <w:p>
      <w:r>
        <w:rPr>
          <w:b/>
        </w:rPr>
        <w:t xml:space="preserve">[37:44] </w:t>
      </w:r>
      <w:r>
        <w:t>guide karta hai, tawajjuh dilata hai. aur nafs al-lawwamah jo hai, ghalat direction mein, matlab woh woh farishte ke asar se hota hai ya shaitan ke asar se hota hai.</w:t>
      </w:r>
    </w:p>
    <w:p>
      <w:pPr>
        <w:jc w:val="right"/>
      </w:pPr>
      <w:r>
        <w:t>گائیڈ کرتا ہے، توجہ دلاتا ہے۔ اور نفس لوامہ جو ہے، غلط ڈائریکشن میں، مطلب وہ وہ فرشتے کے اثر سے ہوتا ہے یا شیطان کے اثر سے ہوتا ہے۔</w:t>
      </w:r>
    </w:p>
    <w:p>
      <w:r>
        <w:rPr>
          <w:b/>
        </w:rPr>
        <w:t xml:space="preserve">[37:57] </w:t>
      </w:r>
      <w:r>
        <w:t>yeh bohat hi yeh koi mysterious baat nahin hai, koi mysterious baat nahin hai. yeh yeh common aik common se experience ki baat hai.</w:t>
      </w:r>
    </w:p>
    <w:p>
      <w:pPr>
        <w:jc w:val="right"/>
      </w:pPr>
      <w:r>
        <w:t>یہ بہت ہی یہ کوئی مسٹیریس بات نہیں ہے، کوئی مسٹیریس بات نہیں ہے۔ یہ یہ کامن ایک کامن سے ایکسپیرینس کی بات ہے۔</w:t>
      </w:r>
    </w:p>
    <w:p>
      <w:r>
        <w:rPr>
          <w:b/>
        </w:rPr>
        <w:t xml:space="preserve">[38:17] </w:t>
      </w:r>
      <w:r>
        <w:t>maulana, you said that our mind gets activated when we are hit with some sad experience.</w:t>
      </w:r>
    </w:p>
    <w:p>
      <w:pPr>
        <w:jc w:val="right"/>
      </w:pPr>
      <w:r>
        <w:t>مولانا، یو سیڈ دیٹ اور مائنڈ گیٹس ایکٹیویٹڈ وین وی ار ہٹ ود سم سیڈ ایکسپیرینس۔</w:t>
      </w:r>
    </w:p>
    <w:p>
      <w:r>
        <w:rPr>
          <w:b/>
        </w:rPr>
        <w:t xml:space="preserve">[38:28] </w:t>
      </w:r>
      <w:r>
        <w:t>can it be that at that time we feel helpless and that is why inspiration comes from god?</w:t>
      </w:r>
    </w:p>
    <w:p>
      <w:pPr>
        <w:jc w:val="right"/>
      </w:pPr>
      <w:r>
        <w:t>کین اٹ بی دیٹ ایٹ دیٹ ٹائم وی فیل ہیلپ لیس اینڈ دیٹ از وائی انسپیریشن کمز فرام گاڈ؟</w:t>
      </w:r>
    </w:p>
    <w:p>
      <w:r>
        <w:rPr>
          <w:b/>
        </w:rPr>
        <w:t xml:space="preserve">[38:37] </w:t>
      </w:r>
      <w:r>
        <w:t>if we are able to take that situation positively and not react to it? rajab,</w:t>
      </w:r>
    </w:p>
    <w:p>
      <w:pPr>
        <w:jc w:val="right"/>
      </w:pPr>
      <w:r>
        <w:t>اف وی ار ایبل ٹو ٹیک دیٹ سچویشن پوزیٹیولی اینڈ ناٹ ری ایکٹ ٹو اٹ؟ رجب،</w:t>
      </w:r>
    </w:p>
    <w:p>
      <w:r>
        <w:rPr>
          <w:b/>
        </w:rPr>
        <w:t xml:space="preserve">[38:50] </w:t>
      </w:r>
      <w:r>
        <w:t>kya kaha? say inspiration aati hai. maulana, woh yeh keh rahi hain ke jo aap ne bataya ke jab aik insaan suffering ko face karta hai toh us time pe woh helpless ho jata hai aur isi wajah se nahin, yeh yeh ghalat nikala hai.</w:t>
      </w:r>
    </w:p>
    <w:p>
      <w:pPr>
        <w:jc w:val="right"/>
      </w:pPr>
      <w:r>
        <w:t>کیا کہا؟ سے انسپیریشن آتی ہے۔ مولانا، وہ یہ کہہ رہی ہیں کہ جو آپ نے بتایا کہ جب ایک انسان سفرنگ کو فیس کرتا ہے تو اس ٹائم پہ وہ ہیلپ لیس ہو جاتا ہے اور اسی وجہ سے نہیں، یہ یہ غلط نکالا ہے۔</w:t>
      </w:r>
    </w:p>
    <w:p>
      <w:r>
        <w:rPr>
          <w:b/>
        </w:rPr>
        <w:t xml:space="preserve">[39:14] </w:t>
      </w:r>
      <w:r>
        <w:t>aap ne helpless ho jata hai, zyada sensitive ho jata hai. yeh kahiye ji,</w:t>
      </w:r>
    </w:p>
    <w:p>
      <w:pPr>
        <w:jc w:val="right"/>
      </w:pPr>
      <w:r>
        <w:t>آپ نے ہیلپ لیس ہو جاتا ہے، زیادہ سینسٹیو ہو جاتا ہے۔ یہ کہیے جی،</w:t>
      </w:r>
    </w:p>
    <w:p>
      <w:r>
        <w:rPr>
          <w:b/>
        </w:rPr>
        <w:t xml:space="preserve">[39:19] </w:t>
      </w:r>
      <w:r>
        <w:t>helpless hua. haan, hum hum ne toh bohat suffering uthai, uthai hai, bohat suffer.</w:t>
      </w:r>
    </w:p>
    <w:p>
      <w:pPr>
        <w:jc w:val="right"/>
      </w:pPr>
      <w:r>
        <w:t>ہیلپ لیس ہوا۔ ہاں، ہم ہم نے تو بہت سفرنگ اٹھائی، اٹھائی ہے، بہت سفر۔</w:t>
      </w:r>
    </w:p>
    <w:p>
      <w:r>
        <w:rPr>
          <w:b/>
        </w:rPr>
        <w:t xml:space="preserve">[39:30] </w:t>
      </w:r>
      <w:r>
        <w:t>aaj aaj ki baat batata hoon mein ke itni bari mujhe suffering hui thi, aaj hi, aaj hi ke maine kaha khudaaya, mein jannat ka mustahiq nahin hoon, mujhe toh sirf aik aik aik nazar khuda ko dekh lena hai,</w:t>
      </w:r>
    </w:p>
    <w:p>
      <w:pPr>
        <w:jc w:val="right"/>
      </w:pPr>
      <w:r>
        <w:t>آج آج کی بات بتاتا ہوں میں کہ اتنی بڑی مجھے سفرنگ ہوئی تھی، آج ہی، آج ہی کہ میں نے کہا خدایا، میں جنت کا مستحق نہیں ہوں، مجھے تو صرف ایک ایک ایک نظر خدا کو دیکھ لینا ہے،</w:t>
      </w:r>
    </w:p>
    <w:p>
      <w:r>
        <w:rPr>
          <w:b/>
        </w:rPr>
        <w:t xml:space="preserve">[39:47] </w:t>
      </w:r>
      <w:r>
        <w:t>bas dekh loon, bas qissa khatam. aaj ki baat karta hoon, itni zyada mujhe mujhe aaj kuch baat hui thi, experience ke mein ne kaha bhai, mein jannat ka ki price nahin de sakta, mere bas mein nahin hai,</w:t>
      </w:r>
    </w:p>
    <w:p>
      <w:pPr>
        <w:jc w:val="right"/>
      </w:pPr>
      <w:r>
        <w:t>بس دیکھ لوں، بس قصہ ختم۔ آج کی بات کرتا ہوں، اتنی زیادہ مجھے مجھے آج کچھ بات ہوئی تھی، ایکسپیرینس کہ میں نے کہا بھئی، میں جنت کا کی پرائس نہیں دے سکتا، میرے بس میں نہیں ہے،</w:t>
      </w:r>
    </w:p>
    <w:p>
      <w:r>
        <w:rPr>
          <w:b/>
        </w:rPr>
        <w:t xml:space="preserve">[40:06] </w:t>
      </w:r>
      <w:r>
        <w:t>toh mein jannat ka mustahiq nahin hoon. lekin yeh toh woh jis ne mujhe paida kiya, woh kaisa hoga,</w:t>
      </w:r>
    </w:p>
    <w:p>
      <w:pPr>
        <w:jc w:val="right"/>
      </w:pPr>
      <w:r>
        <w:t>تو میں جنت کا مستحق نہیں ہوں۔ لیکن یہ تو وہ جس نے مجھے پیدا کیا، وہ کیسا ہوگا،</w:t>
      </w:r>
    </w:p>
    <w:p>
      <w:r>
        <w:rPr>
          <w:b/>
        </w:rPr>
        <w:t xml:space="preserve">[40:18] </w:t>
      </w:r>
      <w:r>
        <w:t>bas yeh baat janna chahta hoon. aik aik jhalak dekhna chahta hoon, yeh aaj ka tajurba batata hoon aap ko.</w:t>
      </w:r>
    </w:p>
    <w:p>
      <w:pPr>
        <w:jc w:val="right"/>
      </w:pPr>
      <w:r>
        <w:t>بس یہ بات جاننا چاہتا ہوں۔ ایک ایک جھلک دیکھنا چاہتا ہوں، یہ آج کا تجربہ بتاتا ہوں آپ کو۔</w:t>
      </w:r>
    </w:p>
    <w:p>
      <w:r>
        <w:rPr>
          <w:b/>
        </w:rPr>
        <w:t xml:space="preserve">[40:33] </w:t>
      </w:r>
      <w:r>
        <w:t>aaj mein ne dua ki ke khudaaya, mujhe apni aik jhalak dikha de, aik glimpse, glimpse, us waqt mujhe khatam kar de,</w:t>
      </w:r>
    </w:p>
    <w:p>
      <w:pPr>
        <w:jc w:val="right"/>
      </w:pPr>
      <w:r>
        <w:t>آج میں نے دعا کی کہ خدایا، مجھے اپنی ایک جھلک دکھا دے، ایک گلمس، گلمس، اس وقت مجھے ختم کر دے،</w:t>
      </w:r>
    </w:p>
    <w:p>
      <w:r>
        <w:rPr>
          <w:b/>
        </w:rPr>
        <w:t xml:space="preserve">[40:46] </w:t>
      </w:r>
      <w:r>
        <w:t>is se zyada ka mustahiq nahi hoon. main</w:t>
      </w:r>
    </w:p>
    <w:p>
      <w:pPr>
        <w:jc w:val="right"/>
      </w:pPr>
      <w:r>
        <w:t>اس سے زیادہ کا مستحق نہیں ہوں۔ میں</w:t>
      </w:r>
    </w:p>
    <w:p>
      <w:r>
        <w:rPr>
          <w:b/>
        </w:rPr>
        <w:t xml:space="preserve">[40:59] </w:t>
      </w:r>
      <w:r>
        <w:t>Maulana, jo aap ne kaha ke suffering yeh God realization ke liye ek</w:t>
      </w:r>
    </w:p>
    <w:p>
      <w:pPr>
        <w:jc w:val="right"/>
      </w:pPr>
      <w:r>
        <w:t>مولانا، جو آپ نے کہا کہ سفرنگ یہ گاڈ ریلائزیشن کے لیے ایک</w:t>
      </w:r>
    </w:p>
    <w:p>
      <w:r>
        <w:rPr>
          <w:b/>
        </w:rPr>
        <w:t xml:space="preserve">[41:10] </w:t>
      </w:r>
      <w:r>
        <w:t>bohat hi ahem mor hota hai, jahan se aadmi Khuda ki taraf mutawajjah hota hai. to Maulana, is ke liye Ashab-e-Kahf ka waqia bhi Quran mein Allah ne naqal kar ke kaha tha, kaha hai:</w:t>
      </w:r>
    </w:p>
    <w:p>
      <w:pPr>
        <w:jc w:val="right"/>
      </w:pPr>
      <w:r>
        <w:t>بہت ہی اہم موڑ ہوتا ہے، جہاں سے آدمی خدا کی طرف متوجہ ہوتا ہے۔ تو مولانا، اس کے لیے اصحاب کہف کا واقعہ بھی قرآن میں اللہ نے نقل کر کے کہا تھا، کہا ہے:</w:t>
      </w:r>
    </w:p>
    <w:p>
      <w:r>
        <w:rPr>
          <w:b/>
        </w:rPr>
        <w:t xml:space="preserve">[41:27] </w:t>
      </w:r>
      <w:r>
        <w:t>"Innahum fityatun aamanoo birabbihim wa zidnahum huda" ke Khuda ne kaha ke in logon ko jo religious persecution ko face karna pada, to is ki is ki wajah se un ke imaan mein aur bhi izafa ho gaya.</w:t>
      </w:r>
    </w:p>
    <w:p>
      <w:pPr>
        <w:jc w:val="right"/>
      </w:pPr>
      <w:r>
        <w:t>"إنهم فتية آمنوا بربهم وزدناهم هدى" کہ خدا نے کہا کہ ان لوگوں کو جو ریلیجس پرسیکیوشن کو فیس کرنا پڑا، تو اس کی اس کی وجہ سے ان کے ایمان میں اور بھی اضافہ ہو گیا۔</w:t>
      </w:r>
    </w:p>
    <w:p>
      <w:r>
        <w:rPr>
          <w:b/>
        </w:rPr>
        <w:t xml:space="preserve">[41:49] </w:t>
      </w:r>
      <w:r>
        <w:t>to Maulana, yeh baat aap jo keh rahe hain, bohat hi mukhtalif waqiat se yeh baat bohat achi tarah sabit hoti hai. Maulana, to yeh bohat hi hamare liye positive baat hai aur encouraging hai.</w:t>
      </w:r>
    </w:p>
    <w:p>
      <w:pPr>
        <w:jc w:val="right"/>
      </w:pPr>
      <w:r>
        <w:t>تو مولانا، یہ بات آپ جو کہہ رہے ہیں، بہت ہی مختلف واقعات سے یہ بات بہت اچھی طرح ثابت ہوتی ہے۔ مولانا، تو یہ بہت ہی ہمارے لیے پوزیٹیو بات ہے اور انکریجنگ ہے۔</w:t>
      </w:r>
    </w:p>
    <w:p>
      <w:r>
        <w:rPr>
          <w:b/>
        </w:rPr>
        <w:t xml:space="preserve">[42:02] </w:t>
      </w:r>
      <w:r>
        <w:t>negative situations ko ke hum is ko imaan mein izafe ka sabab banayein.</w:t>
      </w:r>
    </w:p>
    <w:p>
      <w:pPr>
        <w:jc w:val="right"/>
      </w:pPr>
      <w:r>
        <w:t>نیگیٹیو سچویشنز کو کہ ہم اس کو ایمان میں اضافے کا سبب بنائیں۔</w:t>
      </w:r>
    </w:p>
    <w:p>
      <w:r>
        <w:rPr>
          <w:b/>
        </w:rPr>
        <w:t xml:space="preserve">[42:09] </w:t>
      </w:r>
      <w:r>
        <w:t>Bhai, bhai, samjha nahi. Maulana yaar bhai, hain Yaqoob sahib, yeh keh rahe hain ke aap ne yeh jo kaha ke aadmi jab suffering mein aata hai to us ko God, aadmi jab suffering mein aata hai to us ko God realization hota hai.</w:t>
      </w:r>
    </w:p>
    <w:p>
      <w:pPr>
        <w:jc w:val="right"/>
      </w:pPr>
      <w:r>
        <w:t>بھائی، بھائی، سمجھا نہیں۔ مولانا یار بھائی، ہیں یعقوب صاحب، یہ کہہ رہے ہیں کہ آپ نے یہ جو کہا کہ آدمی جب سفرنگ میں آتا ہے تو اس کو گاڈ، آدمی جب سفرنگ میں آتا ہے تو اس کو گاڈ ریلائزیشن ہوتا ہے۔</w:t>
      </w:r>
    </w:p>
    <w:p>
      <w:r>
        <w:rPr>
          <w:b/>
        </w:rPr>
        <w:t xml:space="preserve">[42:25] </w:t>
      </w:r>
      <w:r>
        <w:t>to unhon ne kaha hai ke yeh cheez bohat a</w:t>
      </w:r>
    </w:p>
    <w:p>
      <w:pPr>
        <w:jc w:val="right"/>
      </w:pPr>
      <w:r>
        <w:t>تو انہوں نے کہا ہے کہ یہ چیز بہت ا</w:t>
      </w:r>
    </w:p>
    <w:p>
      <w:r>
        <w:rPr>
          <w:b/>
        </w:rPr>
        <w:t xml:space="preserve">[42:28] </w:t>
      </w:r>
      <w:r>
        <w:t>ham hai aur dekhiye, suffering apne aap nahi, main ne kaha hai apne aap nahi ke dard ho raha hai yahan par to realize ho jayega.</w:t>
      </w:r>
    </w:p>
    <w:p>
      <w:pPr>
        <w:jc w:val="right"/>
      </w:pPr>
      <w:r>
        <w:t>ہم ہے اور دیکھیے، سفرنگ اپنے آپ نہیں، میں نے کہا ہے اپنے آپ نہیں کہ درد ہو رہا ہے یہاں پر تو ریلائز ہو جائے گا۔</w:t>
      </w:r>
    </w:p>
    <w:p>
      <w:r>
        <w:rPr>
          <w:b/>
        </w:rPr>
        <w:t xml:space="preserve">[42:40] </w:t>
      </w:r>
      <w:r>
        <w:t>yeh main ne nahi kaha hai, suffering ko main ne kaha hai ke inner core jo hai insaan ka, us ko hila deti hai.</w:t>
      </w:r>
    </w:p>
    <w:p>
      <w:pPr>
        <w:jc w:val="right"/>
      </w:pPr>
      <w:r>
        <w:t>یہ میں نے نہیں کہا ہے، سفرنگ کو میں نے کہا ہے کہ انر کور جو ہے انسان کا، اس کو ہلا دیتی ہے۔</w:t>
      </w:r>
    </w:p>
    <w:p>
      <w:r>
        <w:rPr>
          <w:b/>
        </w:rPr>
        <w:t xml:space="preserve">[42:49] </w:t>
      </w:r>
      <w:r>
        <w:t>wo jis tarah se main ne kaha hai, aap ke mind ka jo inner core hai, spirituality ka jo inner core hai, aap ke personality ka jo inner core hai, wo to hil jata hai, itna kisi khushi se nahi hilta.</w:t>
      </w:r>
    </w:p>
    <w:p>
      <w:pPr>
        <w:jc w:val="right"/>
      </w:pPr>
      <w:r>
        <w:t>وہ جس طرح سے میں نے کہا ہے، آپ کے مائنڈ کا جو انر کور ہے، اسپیریچولیٹی کا جو انر کور ہے، آپ کے پرسنیلٹی کا جو انر کور ہے، وہ تو ہل جاتا ہے، اتنا کسی خوشی سے نہیں ہلتا۔</w:t>
      </w:r>
    </w:p>
    <w:p>
      <w:r>
        <w:rPr>
          <w:b/>
        </w:rPr>
        <w:t xml:space="preserve">[43:06] </w:t>
      </w:r>
      <w:r>
        <w:t>aap khush hon to aap ka inner core hilega.</w:t>
      </w:r>
    </w:p>
    <w:p>
      <w:pPr>
        <w:jc w:val="right"/>
      </w:pPr>
      <w:r>
        <w:t>آپ خوش ہوں تو آپ کا انر کور ہلے گا۔</w:t>
      </w:r>
    </w:p>
    <w:p>
      <w:r>
        <w:rPr>
          <w:b/>
        </w:rPr>
        <w:t xml:space="preserve">[43:13] </w:t>
      </w:r>
      <w:r>
        <w:t>to main ne wo kiya cheez ki hai ke insaan ke potential ka jaag uthna, jis tarah unhon ne kaha hai, insaan ke potential jo hai, wo aakhir had tak jaag uthte hain.</w:t>
      </w:r>
    </w:p>
    <w:p>
      <w:pPr>
        <w:jc w:val="right"/>
      </w:pPr>
      <w:r>
        <w:t>تو میں نے وہ کیا چیز کی ہے کہ انسان کے پوٹینشل کا جاگ اٹھنا، جس طرح انہوں نے کہا ہے، انسان کے پوٹینشل جو ہے، وہ آخر حد تک جاگ اٹھتے ہیں۔</w:t>
      </w:r>
    </w:p>
    <w:p>
      <w:r>
        <w:rPr>
          <w:b/>
        </w:rPr>
        <w:t xml:space="preserve">[43:28] </w:t>
      </w:r>
      <w:r>
        <w:t>suffering jab hoti hai jo khushi mein nahi jaagte, yeh main ne kaha hai.</w:t>
      </w:r>
    </w:p>
    <w:p>
      <w:pPr>
        <w:jc w:val="right"/>
      </w:pPr>
      <w:r>
        <w:t>سفرنگ جب ہوتی ہے جو خوشی میں نہیں جاگتے، یہ میں نے کہا ہے۔</w:t>
      </w:r>
    </w:p>
    <w:p>
      <w:r>
        <w:rPr>
          <w:b/>
        </w:rPr>
        <w:t xml:space="preserve">[43:42] </w:t>
      </w:r>
      <w:r>
        <w:t>Maulana to keh sakte hain ke jin ko Khuda pyar karta hai, un ko zyada suffering milti hai. hain, wo keh rahi hain ke kya Priya keh rahi hain ke kya yeh keh sakte hain ke Allah jis ko pyar zyada karta hai, us ko suffering milti hai?</w:t>
      </w:r>
    </w:p>
    <w:p>
      <w:pPr>
        <w:jc w:val="right"/>
      </w:pPr>
      <w:r>
        <w:t>مولانا تو کہہ سکتے ہیں کہ جن کو خدا پیار کرتا ہے، ان کو زیادہ سفرنگ ملتی ہے۔ ہیں، وہ کہہ رہی ہیں کہ کیا پریا کہہ رہی ہیں کہ کیا یہ کہہ سکتے ہیں کہ اللہ جس کو پیار زیادہ کرتا ہے، اس کو سفرنگ ملتی ہے؟</w:t>
      </w:r>
    </w:p>
    <w:p>
      <w:r>
        <w:rPr>
          <w:b/>
        </w:rPr>
        <w:t xml:space="preserve">[44:02] </w:t>
      </w:r>
      <w:r>
        <w:t>pyar karta hai? kya Allah mein koi lath pyar ka wahan culture hai? yeh sab nahi hai, matlab nahi hai. jo zyada apne aap ko competent sabit karta hai,</w:t>
      </w:r>
    </w:p>
    <w:p>
      <w:pPr>
        <w:jc w:val="right"/>
      </w:pPr>
      <w:r>
        <w:t>پیار کرتا ہے؟ کیا اللہ میں کوئی لاٹھ پیار کا وہاں کلچر ہے؟ یہ سب نہیں ہے، مطلب نہیں ہے۔ جو زیادہ اپنے آپ کو کمپیٹنٹ ثابت کرتا ہے،</w:t>
      </w:r>
    </w:p>
    <w:p>
      <w:r>
        <w:rPr>
          <w:b/>
        </w:rPr>
        <w:t xml:space="preserve">[44:16] </w:t>
      </w:r>
      <w:r>
        <w:t>yeh matlab hai. yeh nahi ke wahan koi lath pyar chalta hai, wahan love affair chalta hai. wo yeh love affair ki baat nahi hai, yeh yaad rakhiye, wo competence ki baat hai.</w:t>
      </w:r>
    </w:p>
    <w:p>
      <w:pPr>
        <w:jc w:val="right"/>
      </w:pPr>
      <w:r>
        <w:t>یہ معنی ہے۔ یہ نہیں کہ وہاں کوئی لاٹھ پیار چلتا ہے، وہاں لو افیئر چلتا ہے۔ وہ یہ لو افیئر کی بات نہیں ہے، یہ یاد رکھیے، وہ کمپیٹنس کی بات ہے۔</w:t>
      </w:r>
    </w:p>
    <w:p>
      <w:r>
        <w:rPr>
          <w:b/>
        </w:rPr>
        <w:t xml:space="preserve">[44:38] </w:t>
      </w:r>
      <w:r>
        <w:t>Rajat, there is a question that Saleem asked and I think it didn't get answered or didn't get conveyed. The question was that mental suffering and physical suffering, they both stimulate the brain in a similar manner.</w:t>
      </w:r>
    </w:p>
    <w:p>
      <w:pPr>
        <w:jc w:val="right"/>
      </w:pPr>
      <w:r>
        <w:t>رجت، دیر از اے کوئسچن دیٹ سلیم اسکڈ اینڈ آئی تھنک اٹ ڈن گیٹ انسرڈ اور ڈن گیٹ کنویڈ۔ دا کوئسچن واز دیٹ مینٹل سفرنگ اینڈ فزیکل سفرنگ، دے بوتھ سٹیمولیٹ دا برین ان ا سیمیلر مینر۔</w:t>
      </w:r>
    </w:p>
    <w:p>
      <w:r>
        <w:rPr>
          <w:b/>
        </w:rPr>
        <w:t xml:space="preserve">[44:53] </w:t>
      </w:r>
      <w:r>
        <w:t>So his question was that, uh, he believes therefore that, uh, hell is actually mental suffering.</w:t>
      </w:r>
    </w:p>
    <w:p>
      <w:pPr>
        <w:jc w:val="right"/>
      </w:pPr>
      <w:r>
        <w:t>سو ہز کوئسچن واز دیٹ، اہ، ہی بیلیوز دیر فور دیٹ، اہ، ہیل از ایکچولی مینٹل سفرنگ۔</w:t>
      </w:r>
    </w:p>
    <w:p>
      <w:r>
        <w:rPr>
          <w:b/>
        </w:rPr>
        <w:t xml:space="preserve">[45:03] </w:t>
      </w:r>
      <w:r>
        <w:t>It's a state of mind where in you are suffering mentally. It is not a physical place where you'll be burning, burning, etc. It's a state where in you'll be suffering mentally.</w:t>
      </w:r>
    </w:p>
    <w:p>
      <w:pPr>
        <w:jc w:val="right"/>
      </w:pPr>
      <w:r>
        <w:t>اٹس ا سٹیٹ اف مائنڈ ویر ان یو آر سفرنگ مینٹلی۔ اٹ از ناٹ ا فزیکل پلیس ویر یو بی برننگ، برننگ، ایٹسیدرا۔ اٹس ا سٹیٹ ویر ان یو بی سفرنگ مینٹلی۔</w:t>
      </w:r>
    </w:p>
    <w:p>
      <w:r>
        <w:rPr>
          <w:b/>
        </w:rPr>
        <w:t xml:space="preserve">[45:14] </w:t>
      </w:r>
      <w:r>
        <w:t>Is that right? Or what is Maulana's view on this?</w:t>
      </w:r>
    </w:p>
    <w:p>
      <w:pPr>
        <w:jc w:val="right"/>
      </w:pPr>
      <w:r>
        <w:t>از دیٹ رائٹ؟ اور واٹ از مولانا ویو ان دس؟</w:t>
      </w:r>
    </w:p>
    <w:p>
      <w:r>
        <w:rPr>
          <w:b/>
        </w:rPr>
        <w:t xml:space="preserve">[45:18] </w:t>
      </w:r>
      <w:r>
        <w:t>Maulana, aap ne jab aaj desires ka ek sawal aaya tha ke desire kabhi khatam nahi honge, aap ne kaha insaan ke andar, to desire ko control kar sakte hain.</w:t>
      </w:r>
    </w:p>
    <w:p>
      <w:pPr>
        <w:jc w:val="right"/>
      </w:pPr>
      <w:r>
        <w:t>مولانا، آپ نے جب آج ڈیزائرز کا ایک سوال آیا تھا کہ ڈیزائر کبھی ختم نہیں ہوں گے، آپ نے کہا انسان کے اندر، تو ڈیزائر کو کنٹرول کر سکتے ہیں۔</w:t>
      </w:r>
    </w:p>
    <w:p>
      <w:r>
        <w:rPr>
          <w:b/>
        </w:rPr>
        <w:t xml:space="preserve">[45:32] </w:t>
      </w:r>
      <w:r>
        <w:t>to Maulana, kaise control kar sakte hain desires ko?</w:t>
      </w:r>
    </w:p>
    <w:p>
      <w:pPr>
        <w:jc w:val="right"/>
      </w:pPr>
      <w:r>
        <w:t>تو مولانا، کیسے کنٹرول کر سکتے ہیں ڈیزائرز کو؟</w:t>
      </w:r>
    </w:p>
    <w:p>
      <w:r>
        <w:rPr>
          <w:b/>
        </w:rPr>
        <w:t xml:space="preserve">[45:39] </w:t>
      </w:r>
      <w:r>
        <w:t>Desire ka koi khali cheez hai? yeh to Buddhism mein desire ko burai bana diya. koi burai hai hi nahi, wo desire koi burai hai hi nahi.</w:t>
      </w:r>
    </w:p>
    <w:p>
      <w:pPr>
        <w:jc w:val="right"/>
      </w:pPr>
      <w:r>
        <w:t>ڈیزائر کا کوئی خالی چیز ہے؟ یہ تو بدھزم میں ڈیزائر کو برائی بنا دیا۔ کوئی برائی ہے ہی نہیں، وہ ڈیزائر کوئی برائی ہے ہی نہیں۔</w:t>
      </w:r>
    </w:p>
    <w:p>
      <w:r>
        <w:rPr>
          <w:b/>
        </w:rPr>
        <w:t xml:space="preserve">[45:51] </w:t>
      </w:r>
      <w:r>
        <w:t>wo</w:t>
      </w:r>
    </w:p>
    <w:p>
      <w:pPr>
        <w:jc w:val="right"/>
      </w:pPr>
      <w:r>
        <w:t>وہ</w:t>
      </w:r>
    </w:p>
    <w:p>
      <w:r>
        <w:rPr>
          <w:b/>
        </w:rPr>
        <w:t xml:space="preserve">[45:54] </w:t>
      </w:r>
      <w:r>
        <w:t>desire to ek bohat high class ki yani insani sifat hai.</w:t>
      </w:r>
    </w:p>
    <w:p>
      <w:pPr>
        <w:jc w:val="right"/>
      </w:pPr>
      <w:r>
        <w:t>ڈیزائر تو ایک بہت ہائی کلاس کی یعنی انسانی صفت ہے۔</w:t>
      </w:r>
    </w:p>
    <w:p>
      <w:r>
        <w:rPr>
          <w:b/>
        </w:rPr>
        <w:t xml:space="preserve">[46:10] </w:t>
      </w:r>
      <w:r>
        <w:t>yeh to hai ke desire koi buri cheez hai.</w:t>
      </w:r>
    </w:p>
    <w:p>
      <w:pPr>
        <w:jc w:val="right"/>
      </w:pPr>
      <w:r>
        <w:t>یہ تو ہے کہ ڈیزائر کوئی بری چیز ہے۔</w:t>
      </w:r>
    </w:p>
    <w:p>
      <w:r>
        <w:rPr>
          <w:b/>
        </w:rPr>
        <w:t xml:space="preserve">[46:17] </w:t>
      </w:r>
      <w:r>
        <w:t>misal ke taur par, maine yeh desire paida hui ke main jannat ka mustahiq to banai hoon, lekin Allah ka ek jhalak mujhe dikhana dekhne ko mil jaye.</w:t>
      </w:r>
    </w:p>
    <w:p>
      <w:pPr>
        <w:jc w:val="right"/>
      </w:pPr>
      <w:r>
        <w:t>مثلاً، میں نے یہ ڈیزائر پیدا ہوئی کہ میں جنت کا مستحق تو بنائی ہوں، لیکن اللہ کا ایک جھلک مجھے دکھانا دیکھنے کو مل جائے۔</w:t>
      </w:r>
    </w:p>
    <w:p>
      <w:r>
        <w:rPr>
          <w:b/>
        </w:rPr>
        <w:t xml:space="preserve">[46:30] </w:t>
      </w:r>
      <w:r>
        <w:t>ek glimpse yeh desire thi, to kya desire koi galat nahi hai?</w:t>
      </w:r>
    </w:p>
    <w:p>
      <w:pPr>
        <w:jc w:val="right"/>
      </w:pPr>
      <w:r>
        <w:t>ایک گلمس یہ ڈیزائر تھی، تو کیا ڈیزائر کوئی غلط نہیں ہے؟</w:t>
      </w:r>
    </w:p>
    <w:p>
      <w:r>
        <w:rPr>
          <w:b/>
        </w:rPr>
        <w:t xml:space="preserve">[46:43] </w:t>
      </w:r>
      <w:r>
        <w:t>Maulana, mera yeh sawal hai ke jab Allah hum se naraz ho jata hai to kya woh hum se naik kaam yani ke achhe kaam lene chhod deta hai?</w:t>
      </w:r>
    </w:p>
    <w:p>
      <w:pPr>
        <w:jc w:val="right"/>
      </w:pPr>
      <w:r>
        <w:t>مولانا، میرا یہ سوال ہے کہ جب اللہ ہم سے ناراض ہو جاتا ہے تو کیا وہ ہم سے نیک کام یعنی کہ اچھے کام لینے چھوڑ دیتا ہے؟</w:t>
      </w:r>
    </w:p>
    <w:p>
      <w:r>
        <w:rPr>
          <w:b/>
        </w:rPr>
        <w:t xml:space="preserve">[47:00] </w:t>
      </w:r>
      <w:r>
        <w:t>Maulana, sawal yeh hai ke jab Allah hum se naraz ho jata hai to kya woh hum se naik kaam lena chhod deta hai?</w:t>
      </w:r>
    </w:p>
    <w:p>
      <w:pPr>
        <w:jc w:val="right"/>
      </w:pPr>
      <w:r>
        <w:t>مولانا، سوال یہ ہے کہ جب اللہ ہم سے ناراض ہو جاتا ہے تو کیا وہ ہم سے نیک کام لینا چھوڑ دیتا ہے؟</w:t>
      </w:r>
    </w:p>
    <w:p>
      <w:r>
        <w:rPr>
          <w:b/>
        </w:rPr>
        <w:t xml:space="preserve">[47:10] </w:t>
      </w:r>
      <w:r>
        <w:t>Zaroor nahi, chhodna nahi, chhodta nahi. Hum lautein, tauba naseeb karein. Yeh to bohat zyada likha hua hai Quran mein ke Allah taala lautne walon ko bohat pasand karta hai.</w:t>
      </w:r>
    </w:p>
    <w:p>
      <w:pPr>
        <w:jc w:val="right"/>
      </w:pPr>
      <w:r>
        <w:t>ضرور نہیں، چھوڑنا نہیں، چھوڑتا نہیں۔ ہم لوٹیں، توبہ نصیب کریں۔ یہ تو بہت زیادہ لکھا ہوا ہے قرآن میں کہ اللہ تعالیٰ لوٹنے والوں کو بہت پسند کرتا ہے۔</w:t>
      </w:r>
    </w:p>
    <w:p>
      <w:r>
        <w:rPr>
          <w:b/>
        </w:rPr>
        <w:t xml:space="preserve">[47:26] </w:t>
      </w:r>
      <w:r>
        <w:t>Phir sahib ji,</w:t>
      </w:r>
    </w:p>
    <w:p>
      <w:pPr>
        <w:jc w:val="right"/>
      </w:pPr>
      <w:r>
        <w:t>پھر صاحب جی،</w:t>
      </w:r>
    </w:p>
    <w:p>
      <w:r>
        <w:rPr>
          <w:b/>
        </w:rPr>
        <w:t xml:space="preserve">[47:30] </w:t>
      </w:r>
      <w:r>
        <w:t>lautne wala jo hai, woh to Allah ka most wanted insan hai jo laute.</w:t>
      </w:r>
    </w:p>
    <w:p>
      <w:pPr>
        <w:jc w:val="right"/>
      </w:pPr>
      <w:r>
        <w:t>لوٹنے والا جو ہے، وہ تو اللہ کا موسٹ وانٹڈ انسان ہے جو لوٹے۔</w:t>
      </w:r>
    </w:p>
    <w:p>
      <w:r>
        <w:rPr>
          <w:b/>
        </w:rPr>
        <w:t xml:space="preserve">[47:40] </w:t>
      </w:r>
      <w:r>
        <w:t>Sachhe tareeqe se log lautate nahi. Lautein to lautna yani tauba to bohat bada yeh rewardable amal hai.</w:t>
      </w:r>
    </w:p>
    <w:p>
      <w:pPr>
        <w:jc w:val="right"/>
      </w:pPr>
      <w:r>
        <w:t>سچے طریقے سے لوگ لوٹتے نہیں۔ لوٹیں تو لوٹنا یعنی توبہ تو بہت بڑا یہ ریوارڈیبل عمل ہے۔</w:t>
      </w:r>
    </w:p>
    <w:p>
      <w:r>
        <w:rPr>
          <w:b/>
        </w:rPr>
        <w:t xml:space="preserve">[47:51] </w:t>
      </w:r>
      <w:r>
        <w:t>yeh</w:t>
      </w:r>
    </w:p>
    <w:p>
      <w:pPr>
        <w:jc w:val="right"/>
      </w:pPr>
      <w:r>
        <w:t>یہ</w:t>
      </w:r>
    </w:p>
    <w:p>
      <w:r>
        <w:rPr>
          <w:b/>
        </w:rPr>
        <w:t xml:space="preserve">[47:58] </w:t>
      </w:r>
      <w:r>
        <w:t>Lekin sachha lautna kya cheez hai jis ko tauba naseeb kaha gaya hai?</w:t>
      </w:r>
    </w:p>
    <w:p>
      <w:pPr>
        <w:jc w:val="right"/>
      </w:pPr>
      <w:r>
        <w:t>لیکن سچا لوٹنا کیا چیز ہے جس کو توبہ نصیب کہا گیا ہے؟</w:t>
      </w:r>
    </w:p>
    <w:p>
      <w:r>
        <w:rPr>
          <w:b/>
        </w:rPr>
        <w:t xml:space="preserve">[48:07] </w:t>
      </w:r>
      <w:r>
        <w:t>Is par Allah ki inayatein hain. Ah,</w:t>
      </w:r>
    </w:p>
    <w:p>
      <w:pPr>
        <w:jc w:val="right"/>
      </w:pPr>
      <w:r>
        <w:t>اس پر اللہ کی عنایتیں ہیں۔ اہ،</w:t>
      </w:r>
    </w:p>
    <w:p>
      <w:r>
        <w:rPr>
          <w:b/>
        </w:rPr>
        <w:t xml:space="preserve">[48:15] </w:t>
      </w:r>
      <w:r>
        <w:t>Maulana, ek ek hadith hai. Hain, ek hadith hai: "Azam al-nas hamman al-mu'min alladhi yahtammu bi-amri dunya wa amri akhiratihi" ke logon mein sab se zyada plan karne wala momin hota hai.</w:t>
      </w:r>
    </w:p>
    <w:p>
      <w:pPr>
        <w:jc w:val="right"/>
      </w:pPr>
      <w:r>
        <w:t>مولانا، ایک ایک حدیث ہے۔ ہیں، ایک حدیث ہے: "اعظم الناس ہمن المومن الذی یحتم بامر دنیا و امر اخرتہ" کہ لوگوں میں سب سے زیادہ پلان کرنے والا مومن ہوتا ہے۔</w:t>
      </w:r>
    </w:p>
    <w:p>
      <w:r>
        <w:rPr>
          <w:b/>
        </w:rPr>
        <w:t xml:space="preserve">[48:33] </w:t>
      </w:r>
      <w:r>
        <w:t>Logon mein sab se zyada plan karne wala momin hota hai. Woh apne duniya ke mamlaat ki planning karta hai aur apne akhirat ke mamlaat ki planning karta hai.</w:t>
      </w:r>
    </w:p>
    <w:p>
      <w:pPr>
        <w:jc w:val="right"/>
      </w:pPr>
      <w:r>
        <w:t>لوگوں میں سب سے زیادہ پلان کرنے والا مومن ہوتا ہے۔ وہ اپنے دنیا کے معاملات کی پلاننگ کرتا ہے اور اپنے اخرت کے معاملات کی پلاننگ کرتا ہے۔</w:t>
      </w:r>
    </w:p>
    <w:p>
      <w:r>
        <w:rPr>
          <w:b/>
        </w:rPr>
        <w:t xml:space="preserve">[48:42] </w:t>
      </w:r>
      <w:r>
        <w:t>Hmm, to momin ke liye to yeh wazeh hai ke woh akhirat ke mamlaat ki planning karta hai. Duniya ke mamlaat ki planning kya hai momin ke liye?</w:t>
      </w:r>
    </w:p>
    <w:p>
      <w:pPr>
        <w:jc w:val="right"/>
      </w:pPr>
      <w:r>
        <w:t>ہمم، تو مومن کے لیے تو یہ واضح ہے کہ وہ اخرت کے معاملات کی پلاننگ کرتا ہے۔ دنیا کے معاملات کی پلاننگ کیا ہے مومن کے لیے؟</w:t>
      </w:r>
    </w:p>
    <w:p>
      <w:r>
        <w:rPr>
          <w:b/>
        </w:rPr>
        <w:t xml:space="preserve">[48:51] </w:t>
      </w:r>
      <w:r>
        <w:t>Yahan isi ma'ne mein hai ke momin bohat zyada sensitive insan hota hai. Sara ma'mla sensitivity ka hai.</w:t>
      </w:r>
    </w:p>
    <w:p>
      <w:pPr>
        <w:jc w:val="right"/>
      </w:pPr>
      <w:r>
        <w:t>یہاں اسی معنی میں ہے کہ مومن بہت زیادہ حساس انسان ہوتا ہے۔ سارا معاملہ حساسیت کا ہے۔</w:t>
      </w:r>
    </w:p>
    <w:p>
      <w:r>
        <w:rPr>
          <w:b/>
        </w:rPr>
        <w:t xml:space="preserve">[49:00] </w:t>
      </w:r>
      <w:r>
        <w:t>Yeh momin yani kalma padhne wale ka nahi hai. Yani jo kalma padh le, woh aisa ho jayega nahi.</w:t>
      </w:r>
    </w:p>
    <w:p>
      <w:pPr>
        <w:jc w:val="right"/>
      </w:pPr>
      <w:r>
        <w:t>یہ مومن یعنی کلمہ پڑھنے والے کا نہیں ہے۔ یعنی جو کلمہ پڑھ لے، وہ ایسا ہو جائے گا نہیں۔</w:t>
      </w:r>
    </w:p>
    <w:p>
      <w:r>
        <w:rPr>
          <w:b/>
        </w:rPr>
        <w:t xml:space="preserve">[49:14] </w:t>
      </w:r>
      <w:r>
        <w:t>Jo waqai is ma'amle mein momin bada hai, sensitivity ke momin hain, to us ki har cheez mein uska izhaar hoga.</w:t>
      </w:r>
    </w:p>
    <w:p>
      <w:pPr>
        <w:jc w:val="right"/>
      </w:pPr>
      <w:r>
        <w:t>جو واقعی اس معاملے میں مومن بڑا ہے، حساسیت کے مومن ہیں، تو اس کی ہر چیز میں اس کا اظہار ہوگا۔</w:t>
      </w:r>
    </w:p>
    <w:p>
      <w:r>
        <w:rPr>
          <w:b/>
        </w:rPr>
        <w:t xml:space="preserve">[49:24] </w:t>
      </w:r>
      <w:r>
        <w:t>Ji ji, Maulana, mera ek aakhri sawal hai aaj ke discussion ka. Woh that's based on the concept of Iblis, Satan.</w:t>
      </w:r>
    </w:p>
    <w:p>
      <w:pPr>
        <w:jc w:val="right"/>
      </w:pPr>
      <w:r>
        <w:t>جی جی، مولانا، میرا ایک آخری سوال ہے آج کے ڈسکشن کا۔ وہ دیٹس بیسڈ ان دا کانسیپٹ اف ابلیس، سیٹن۔</w:t>
      </w:r>
    </w:p>
    <w:p>
      <w:r>
        <w:rPr>
          <w:b/>
        </w:rPr>
        <w:t xml:space="preserve">[49:34] </w:t>
      </w:r>
      <w:r>
        <w:t>Ah, maine kahin padha tha ke Satan was extremely in love with God and he still is. Unko Allah se bohat mohabbat thi, unhone Allah ki har jagah pe ibadat ki thi.</w:t>
      </w:r>
    </w:p>
    <w:p>
      <w:pPr>
        <w:jc w:val="right"/>
      </w:pPr>
      <w:r>
        <w:t>اہ، میں نے کہیں پڑھا تھا کہ سیٹن واز ایکسٹریملی ان لو ود گاڈ اینڈ ہی سٹل از۔ ان کو اللہ سے بہت محبت تھی، انہوں نے اللہ کی ہر جگہ پہ عبادت کی تھی۔</w:t>
      </w:r>
    </w:p>
    <w:p>
      <w:r>
        <w:rPr>
          <w:b/>
        </w:rPr>
        <w:t xml:space="preserve">[49:45] </w:t>
      </w:r>
      <w:r>
        <w:t>Haan, to woh aaj bhi he is in love with God. But jab Allah taala ne unko Adam ko sajda karne ke liye kaha to unse woh baat rahi nahi gayi, because he was given a competitor for his love with God.</w:t>
      </w:r>
    </w:p>
    <w:p>
      <w:pPr>
        <w:jc w:val="right"/>
      </w:pPr>
      <w:r>
        <w:t>ہاں، تو وہ آج بھی ہی از ان لو ود گاڈ۔ بٹ جب اللہ تعالیٰ نے ان کو آدم کو سجدہ کرنے کے لیے کہا تو ان سے وہ بات رہی نہیں گئی، بیکاز ہی واز گیون اے کمپیٹیٹر فار ہز لو ود گاڈ۔</w:t>
      </w:r>
    </w:p>
    <w:p>
      <w:r>
        <w:rPr>
          <w:b/>
        </w:rPr>
        <w:t xml:space="preserve">[49:58] </w:t>
      </w:r>
      <w:r>
        <w:t>To woh aaj bhi hum ko Allah se door karne pe ade hue hain. Jab whenever we want to go close to God, he or he makes us repel and woh hum ko Allah se door kar dete hain.</w:t>
      </w:r>
    </w:p>
    <w:p>
      <w:pPr>
        <w:jc w:val="right"/>
      </w:pPr>
      <w:r>
        <w:t>تو وہ آج بھی ہم کو اللہ سے دور کرنے پہ اڑے ہوئے ہیں۔ جب وین ایور وی وانٹ ٹو گو کلوز ٹو گاڈ، ہی اور ہی میکس اس ریپیل اینڈ وہ ہم کو اللہ سے دور کر دیتے ہیں۔</w:t>
      </w:r>
    </w:p>
    <w:p>
      <w:r>
        <w:rPr>
          <w:b/>
        </w:rPr>
        <w:t xml:space="preserve">[50:10] </w:t>
      </w:r>
      <w:r>
        <w:t>Kya hum ko Iblis se nafrat rakhna kya hai is hisab se sahi hai ke g</w:t>
      </w:r>
    </w:p>
    <w:p>
      <w:pPr>
        <w:jc w:val="right"/>
      </w:pPr>
      <w:r>
        <w:t>کیا ہم کو ابلیس سے نفرت رکھنا کیا ہے اس حساب سے صحیح ہے کہ غ</w:t>
      </w:r>
    </w:p>
    <w:p>
      <w:r>
        <w:rPr>
          <w:b/>
        </w:rPr>
        <w:t xml:space="preserve">[50:15] </w:t>
      </w:r>
      <w:r>
        <w:t>Ghalat hai? Nahi, kyun ke nafrat kyun? Nafrat kyun? Apne se nafrat karo ke hum kyun uska shikar ban jate hain? Rasool Allah se aisi koi hadith to nahi ke Rasool Allah Iblis se nafrat karte the?</w:t>
      </w:r>
    </w:p>
    <w:p>
      <w:pPr>
        <w:jc w:val="right"/>
      </w:pPr>
      <w:r>
        <w:t>لط ہے؟ نہیں، کیوں کہ نفرت کیوں؟ نفرت کیوں؟ اپنے سے نفرت کرو کہ ہم کیوں اس کا شکار بن جاتے ہیں؟ رسول اللہ سے ایسی کوئی حدیث تو نہیں کہ رسول اللہ ابلیس سے نفرت کرتے تھے؟</w:t>
      </w:r>
    </w:p>
    <w:p>
      <w:r>
        <w:rPr>
          <w:b/>
        </w:rPr>
        <w:t xml:space="preserve">[50:30] </w:t>
      </w:r>
      <w:r>
        <w:t>apne sath nafrat karo ke hum kyun shikar ban jate hain?</w:t>
      </w:r>
    </w:p>
    <w:p>
      <w:pPr>
        <w:jc w:val="right"/>
      </w:pPr>
      <w:r>
        <w:t>اپنے ساتھ نفرت کرو کہ ہم کیوں شکار بن جاتے ہیں؟</w:t>
      </w:r>
    </w:p>
    <w:p>
      <w:r>
        <w:rPr>
          <w:b/>
        </w:rPr>
        <w:t xml:space="preserve">[50:37] </w:t>
      </w:r>
      <w:r>
        <w:t>nafrat to yeh yeh thi yani yeh jo bigre hue in</w:t>
      </w:r>
    </w:p>
    <w:p>
      <w:pPr>
        <w:jc w:val="right"/>
      </w:pPr>
      <w:r>
        <w:t>نفرت تو یہ یہ تھی یعنی یہ جو بگڑے ہوئے 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