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The Quran September 03, 2006 Maulana Wahiduddin Khan</w:t>
      </w:r>
    </w:p>
    <w:p>
      <w:r>
        <w:t>https://www.youtube.com/watch?v=LJU2AJuPQZc</w:t>
      </w:r>
    </w:p>
    <w:p>
      <w:r>
        <w:rPr>
          <w:b/>
        </w:rPr>
        <w:t xml:space="preserve">[00:13] </w:t>
      </w:r>
      <w:r>
        <w:t>bismillah rahman al rahim, wa salallahu ala nabiy al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al uqdatan min lisani yafqahu qawli.</w:t>
      </w:r>
    </w:p>
    <w:p>
      <w:pPr>
        <w:jc w:val="right"/>
      </w:pPr>
      <w:r>
        <w:t>واحل العقدۃ من لسانی یفقہ قولی۔</w:t>
      </w:r>
    </w:p>
    <w:p>
      <w:r>
        <w:rPr>
          <w:b/>
        </w:rPr>
        <w:t xml:space="preserve">[00:37] </w:t>
      </w:r>
      <w:r>
        <w:t>aaj ka jo topic hai woh ramzan ke roze ko le kar hai.</w:t>
      </w:r>
    </w:p>
    <w:p>
      <w:pPr>
        <w:jc w:val="right"/>
      </w:pPr>
      <w:r>
        <w:t>آج کا جو ٹاپک ہے وہ رمضان کے روزے کو لے کر ہے۔</w:t>
      </w:r>
    </w:p>
    <w:p>
      <w:r>
        <w:rPr>
          <w:b/>
        </w:rPr>
        <w:t xml:space="preserve">[00:47] </w:t>
      </w:r>
      <w:r>
        <w:t>aap jante hain ke ramzan shuru hone wala hai september 25 se, yani isi mahine mein.</w:t>
      </w:r>
    </w:p>
    <w:p>
      <w:pPr>
        <w:jc w:val="right"/>
      </w:pPr>
      <w:r>
        <w:t>آپ جانتے ہیں کہ رمضان شروع ہونے والا ہے ستمبر 25 سے، یعنی اسی مہینے میں۔</w:t>
      </w:r>
    </w:p>
    <w:p>
      <w:r>
        <w:rPr>
          <w:b/>
        </w:rPr>
        <w:t xml:space="preserve">[00:58] </w:t>
      </w:r>
      <w:r>
        <w:t>is liye aaj ramzan ka topic chuna gaya.</w:t>
      </w:r>
    </w:p>
    <w:p>
      <w:pPr>
        <w:jc w:val="right"/>
      </w:pPr>
      <w:r>
        <w:t>اس لیے آج رمضان کا ٹاپک چنا گیا۔</w:t>
      </w:r>
    </w:p>
    <w:p>
      <w:r>
        <w:rPr>
          <w:b/>
        </w:rPr>
        <w:t xml:space="preserve">[01:11] </w:t>
      </w:r>
      <w:r>
        <w:t>roza,</w:t>
      </w:r>
    </w:p>
    <w:p>
      <w:pPr>
        <w:jc w:val="right"/>
      </w:pPr>
      <w:r>
        <w:t>روزہ،</w:t>
      </w:r>
    </w:p>
    <w:p>
      <w:r>
        <w:rPr>
          <w:b/>
        </w:rPr>
        <w:t xml:space="preserve">[01:15] </w:t>
      </w:r>
      <w:r>
        <w:t>yani ramzan mein jo ibadat ki jati hai, us ko hum roza kehte hain. Arabic mein is ke liye saum ka word hai, S-A-U-M, saum.</w:t>
      </w:r>
    </w:p>
    <w:p>
      <w:pPr>
        <w:jc w:val="right"/>
      </w:pPr>
      <w:r>
        <w:t>یعنی رمضان میں جو عبادت کی جاتی ہے، اس کو ہم روزہ کہتے ہیں۔ عربک میں اس کے لیے صوم کا ورڈ ہے، S-A-U-M، صوم۔</w:t>
      </w:r>
    </w:p>
    <w:p>
      <w:r>
        <w:rPr>
          <w:b/>
        </w:rPr>
        <w:t xml:space="preserve">[01:28] </w:t>
      </w:r>
      <w:r>
        <w:t>English mein aap is ko fasting kehte hain. Urdu mein aur Persian mein is ko roza kaha jata hai.</w:t>
      </w:r>
    </w:p>
    <w:p>
      <w:pPr>
        <w:jc w:val="right"/>
      </w:pPr>
      <w:r>
        <w:t>انگلش میں آپ اس کو فاسٹنگ کہتے ہیں۔ اردو میں اور پرشین میں اس کو روزہ کہا جاتا ہے۔</w:t>
      </w:r>
    </w:p>
    <w:p>
      <w:r>
        <w:rPr>
          <w:b/>
        </w:rPr>
        <w:t xml:space="preserve">[01:41] </w:t>
      </w:r>
      <w:r>
        <w:t>Quran mein roze ke bare mein jahan hukum diya gaya hai, wahan par yeh shabd aaye hain:</w:t>
      </w:r>
    </w:p>
    <w:p>
      <w:pPr>
        <w:jc w:val="right"/>
      </w:pPr>
      <w:r>
        <w:t>قرآن میں روزے کے بارے میں جہاں حکم دیا گیا ہے، وہاں پر یہ शब्द آئے ہیں:</w:t>
      </w:r>
    </w:p>
    <w:p>
      <w:r>
        <w:rPr>
          <w:b/>
        </w:rPr>
        <w:t xml:space="preserve">[01:52] </w:t>
      </w:r>
      <w:r>
        <w:t>kutiba alaikumu al-siyam kama kutiba ala alladhina minkum qablikum. Tum par roza farz kiya gaya jis tarah pichle logon par farz kiya gaya tha.</w:t>
      </w:r>
    </w:p>
    <w:p>
      <w:pPr>
        <w:jc w:val="right"/>
      </w:pPr>
      <w:r>
        <w:t>كُتِبَ عَلَيْكُمُ الصَّيَامُ كَمَا كُتِبَ عَلَى الَّذِينَ مِنْ قَبْلِكُمْ۔ تم پر روزہ فرض کیا گیا جس طرح پچھلے لوگوں پر فرض کیا گیا تھا۔</w:t>
      </w:r>
    </w:p>
    <w:p>
      <w:r>
        <w:rPr>
          <w:b/>
        </w:rPr>
        <w:t xml:space="preserve">[02:08] </w:t>
      </w:r>
      <w:r>
        <w:t>dekhen, is se ek bahut badi baat maloom hoti hai, woh yeh ke roza ek universal tradition hai.</w:t>
      </w:r>
    </w:p>
    <w:p>
      <w:pPr>
        <w:jc w:val="right"/>
      </w:pPr>
      <w:r>
        <w:t>دیکھیں، اس سے ایک بہت بڑی بات معلوم ہوتی ہے، وہ یہ کہ روزہ ایک یونیورسل ٹریڈیشن ہے۔</w:t>
      </w:r>
    </w:p>
    <w:p>
      <w:r>
        <w:rPr>
          <w:b/>
        </w:rPr>
        <w:t xml:space="preserve">[02:21] </w:t>
      </w:r>
      <w:r>
        <w:t>chala aa raha hai, chala aa raha hai, chala aa raha hai, jab se insan tha is duniya mein, jab se prophet aaye is duniya mein. To hamesha se Khuda ne apne bando ko roze ka hukum diya,</w:t>
      </w:r>
    </w:p>
    <w:p>
      <w:pPr>
        <w:jc w:val="right"/>
      </w:pPr>
      <w:r>
        <w:t>چلا آ رہا ہے، چلا آ رہا ہے، چلا آ رہا ہے، جب سے انسان تھا اس دنیا میں، جب سے پرافٹ آئے اس دنیا میں۔ تو ہمیشہ سے خدا نے اپنے بندوں کو روزے کا حکم دیا،</w:t>
      </w:r>
    </w:p>
    <w:p>
      <w:r>
        <w:rPr>
          <w:b/>
        </w:rPr>
        <w:t xml:space="preserve">[02:37] </w:t>
      </w:r>
      <w:r>
        <w:t>aur wahi hukum Islam mein bhi aaya. To goya ke roza ek universal tradition hai.</w:t>
      </w:r>
    </w:p>
    <w:p>
      <w:pPr>
        <w:jc w:val="right"/>
      </w:pPr>
      <w:r>
        <w:t>اور وہی حکم اسلام میں بھی آیا۔ تو گویا کہ روزہ ایک یونیورسل ٹریڈیشن ہے۔</w:t>
      </w:r>
    </w:p>
    <w:p>
      <w:r>
        <w:rPr>
          <w:b/>
        </w:rPr>
        <w:t xml:space="preserve">[02:48] </w:t>
      </w:r>
      <w:r>
        <w:t>yeh hijri calendar ke nauwein mahine mein, yani ramzan mein, ek mahine ke liye hota hai.</w:t>
      </w:r>
    </w:p>
    <w:p>
      <w:pPr>
        <w:jc w:val="right"/>
      </w:pPr>
      <w:r>
        <w:t>یہ ہجری کیلنڈر کے نویں مہینے میں، یعنی رمضان میں، ایک مہینے کے لیے ہوتا ہے۔</w:t>
      </w:r>
    </w:p>
    <w:p>
      <w:r>
        <w:rPr>
          <w:b/>
        </w:rPr>
        <w:t xml:space="preserve">[02:59] </w:t>
      </w:r>
      <w:r>
        <w:t>is ka tareeqa kya hai? Shaban ki aakhri tareekh ko chand dekha jata hai, yani new moon.</w:t>
      </w:r>
    </w:p>
    <w:p>
      <w:pPr>
        <w:jc w:val="right"/>
      </w:pPr>
      <w:r>
        <w:t>اس کا طریقہ کیا ہے؟ شعبان کی آخری تاریخ کو چاند دیکھا جاتا ہے، یعنی نیو مون۔</w:t>
      </w:r>
    </w:p>
    <w:p>
      <w:r>
        <w:rPr>
          <w:b/>
        </w:rPr>
        <w:t xml:space="preserve">[03:10] </w:t>
      </w:r>
      <w:r>
        <w:t>new moon ya hilal ko dekh kar</w:t>
      </w:r>
    </w:p>
    <w:p>
      <w:pPr>
        <w:jc w:val="right"/>
      </w:pPr>
      <w:r>
        <w:t>نیو مون یا ہلال کو دیکھ کر</w:t>
      </w:r>
    </w:p>
    <w:p>
      <w:r>
        <w:rPr>
          <w:b/>
        </w:rPr>
        <w:t xml:space="preserve">[03:15] </w:t>
      </w:r>
      <w:r>
        <w:t>roza shuru hota hai.</w:t>
      </w:r>
    </w:p>
    <w:p>
      <w:pPr>
        <w:jc w:val="right"/>
      </w:pPr>
      <w:r>
        <w:t>روزہ شروع ہوتا ہے۔</w:t>
      </w:r>
    </w:p>
    <w:p>
      <w:r>
        <w:rPr>
          <w:b/>
        </w:rPr>
        <w:t xml:space="preserve">[03:18] </w:t>
      </w:r>
      <w:r>
        <w:t>phir din ka jo roza hai,</w:t>
      </w:r>
    </w:p>
    <w:p>
      <w:pPr>
        <w:jc w:val="right"/>
      </w:pPr>
      <w:r>
        <w:t>پھر دن کا جو روزہ ہے،</w:t>
      </w:r>
    </w:p>
    <w:p>
      <w:r>
        <w:rPr>
          <w:b/>
        </w:rPr>
        <w:t xml:space="preserve">[03:22] </w:t>
      </w:r>
      <w:r>
        <w:t>is ka tareeqa yeh hai ke</w:t>
      </w:r>
    </w:p>
    <w:p>
      <w:pPr>
        <w:jc w:val="right"/>
      </w:pPr>
      <w:r>
        <w:t>اس کا طریقہ یہ ہے کہ</w:t>
      </w:r>
    </w:p>
    <w:p>
      <w:r>
        <w:rPr>
          <w:b/>
        </w:rPr>
        <w:t xml:space="preserve">[03:25] </w:t>
      </w:r>
      <w:r>
        <w:t>morning mein, jis ko hum kehtay hain morning</w:t>
      </w:r>
    </w:p>
    <w:p>
      <w:pPr>
        <w:jc w:val="right"/>
      </w:pPr>
      <w:r>
        <w:t>مارننگ میں، جس کو ہم کہتے ہیں مارننگ</w:t>
      </w:r>
    </w:p>
    <w:p>
      <w:r>
        <w:rPr>
          <w:b/>
        </w:rPr>
        <w:t xml:space="preserve">[03:30] </w:t>
      </w:r>
      <w:r>
        <w:t>to twilight, yani subah ko jab sunrise se pehlay</w:t>
      </w:r>
    </w:p>
    <w:p>
      <w:pPr>
        <w:jc w:val="right"/>
      </w:pPr>
      <w:r>
        <w:t>ٹو لائٹ، یعنی صبح کو جب سن رائز سے پہلے</w:t>
      </w:r>
    </w:p>
    <w:p>
      <w:r>
        <w:rPr>
          <w:b/>
        </w:rPr>
        <w:t xml:space="preserve">[03:38] </w:t>
      </w:r>
      <w:r>
        <w:t>aik khaas waqt par suraj</w:t>
      </w:r>
    </w:p>
    <w:p>
      <w:pPr>
        <w:jc w:val="right"/>
      </w:pPr>
      <w:r>
        <w:t>ایک خاص وقت پر سورج</w:t>
      </w:r>
    </w:p>
    <w:p>
      <w:r>
        <w:rPr>
          <w:b/>
        </w:rPr>
        <w:t xml:space="preserve">[03:44] </w:t>
      </w:r>
      <w:r>
        <w:t>ki kuch alamatain zahir hoti hain ufuq par,</w:t>
      </w:r>
    </w:p>
    <w:p>
      <w:pPr>
        <w:jc w:val="right"/>
      </w:pPr>
      <w:r>
        <w:t>کی کچھ علامتیں ظاہر ہوتی ہیں افق پر،</w:t>
      </w:r>
    </w:p>
    <w:p>
      <w:r>
        <w:rPr>
          <w:b/>
        </w:rPr>
        <w:t xml:space="preserve">[03:50] </w:t>
      </w:r>
      <w:r>
        <w:t>kuch roshan nishaniyan, us ko kehte hain morning to light. To woh shuru hone, woh hai waqt, woh hai roza shuru karne ka waqt.</w:t>
      </w:r>
    </w:p>
    <w:p>
      <w:pPr>
        <w:jc w:val="right"/>
      </w:pPr>
      <w:r>
        <w:t>کچھ روشن علامتیں، اس کو کہتے ہیں مارننگ ٹو لائٹ۔ تو وہ شروع ہونے، وہ ہے وقت، وہ ہے روزہ شروع کرنے کا وقت۔</w:t>
      </w:r>
    </w:p>
    <w:p>
      <w:r>
        <w:rPr>
          <w:b/>
        </w:rPr>
        <w:t xml:space="preserve">[04:03] </w:t>
      </w:r>
      <w:r>
        <w:t>aur sham ko jab sun set hota hai to us par roza khatam hota hai, yani morning to light se le kar ke sun set tak, yeh hai roze ka waqt.</w:t>
      </w:r>
    </w:p>
    <w:p>
      <w:pPr>
        <w:jc w:val="right"/>
      </w:pPr>
      <w:r>
        <w:t>اور شام کو جب سن سیٹ ہوتا ہے تو اس پر روزہ ختم ہوتا ہے، یعنی مارننگ ٹو لائٹ سے لے کر کے سن سیٹ تک، یہ ہے روزے کا وقت۔</w:t>
      </w:r>
    </w:p>
    <w:p>
      <w:r>
        <w:rPr>
          <w:b/>
        </w:rPr>
        <w:t xml:space="preserve">[04:15] </w:t>
      </w:r>
      <w:r>
        <w:t>to aap dekhen ke chand aur suraj is mein shamil hain. New moon ko dekh kar aap ne roza rakha, aur suraj ki jo nishaniyan zahir hoti hain aasman par, yani morning to light aur sun rise aur sun set,</w:t>
      </w:r>
    </w:p>
    <w:p>
      <w:pPr>
        <w:jc w:val="right"/>
      </w:pPr>
      <w:r>
        <w:t>تو آپ دیکھیں کہ چاند اور سورج اس میں شامل ہیں۔ نیو مون کو دیکھ کر آپ نے روزہ رکھا، اور سورج کی جو علامتیں ظاہر ہوتی ہیں آسمان پر، یعنی مارننگ ٹو لائٹ اور سن رائز اور سن سیٹ،</w:t>
      </w:r>
    </w:p>
    <w:p>
      <w:r>
        <w:rPr>
          <w:b/>
        </w:rPr>
        <w:t xml:space="preserve">[04:33] </w:t>
      </w:r>
      <w:r>
        <w:t>us par aap ne roze ko khatam kiya. To yani rehte hain hum zameen par, lekin hukum aa raha hai aasman ki taraf se.</w:t>
      </w:r>
    </w:p>
    <w:p>
      <w:pPr>
        <w:jc w:val="right"/>
      </w:pPr>
      <w:r>
        <w:t>اس پر آپ نے روزے کو ختم کیا۔ تو یعنی رہتے ہیں ہم زمین پر، لیکن حکم آ رہا ہے آسمان کی طرف سے۔</w:t>
      </w:r>
    </w:p>
    <w:p>
      <w:r>
        <w:rPr>
          <w:b/>
        </w:rPr>
        <w:t xml:space="preserve">[04:42] </w:t>
      </w:r>
      <w:r>
        <w:t>yeh goya ek tarah ki yaad dahani hai ke ae zameen ke logon, tum Khuda ke</w:t>
      </w:r>
    </w:p>
    <w:p>
      <w:pPr>
        <w:jc w:val="right"/>
      </w:pPr>
      <w:r>
        <w:t>یہ گویا ایک طرح کی یاد دہانی ہے کہ اے زمین کے لوگوں، تم خدا کے</w:t>
      </w:r>
    </w:p>
    <w:p>
      <w:r>
        <w:rPr>
          <w:b/>
        </w:rPr>
        <w:t xml:space="preserve">[04:51] </w:t>
      </w:r>
      <w:r>
        <w:t>subject ho. Khuda ke hukum ke tehat tumhe chalna hai. Yeh sochne ki baat hai ke zameen par hum rehte hain, aur zameen se barah lakh meel door hai suraj, aur us ke movement ko dekh kar hum tay karte hain apna roze ka time.</w:t>
      </w:r>
    </w:p>
    <w:p>
      <w:pPr>
        <w:jc w:val="right"/>
      </w:pPr>
      <w:r>
        <w:t>سبجیکٹ ہو۔ خدا کے حکم کے تحت تمہیں چلنا ہے۔ یہ سوچنے کی بات ہے کہ زمین پر ہم رہتے ہیں، اور زمین سے بارہ لاکھ میل دور ہے سورج، اور اس کے موومنٹ کو دیکھ کر ہم طے کرتے ہیں اپنا روزے کا ٹائم۔</w:t>
      </w:r>
    </w:p>
    <w:p>
      <w:r>
        <w:rPr>
          <w:b/>
        </w:rPr>
        <w:t xml:space="preserve">[05:11] </w:t>
      </w:r>
      <w:r>
        <w:t>to yeh ek nishani hai is baat ki ke insan jo zameen par hai, woh upar wale ke matahat hai.</w:t>
      </w:r>
    </w:p>
    <w:p>
      <w:pPr>
        <w:jc w:val="right"/>
      </w:pPr>
      <w:r>
        <w:t>تو یہ ایک علامت ہے اس بات کی کہ انسان جو زمین پر ہے، وہ اوپر والے کے ماتحت ہے۔</w:t>
      </w:r>
    </w:p>
    <w:p>
      <w:r>
        <w:rPr>
          <w:b/>
        </w:rPr>
        <w:t xml:space="preserve">[05:23] </w:t>
      </w:r>
      <w:r>
        <w:t>upar walay ke hukum ke tehat is ko chalna hai.</w:t>
      </w:r>
    </w:p>
    <w:p>
      <w:pPr>
        <w:jc w:val="right"/>
      </w:pPr>
      <w:r>
        <w:t>اوپر والے کے حکم کے تحت اس کو چلنا ہے۔</w:t>
      </w:r>
    </w:p>
    <w:p>
      <w:r>
        <w:rPr>
          <w:b/>
        </w:rPr>
        <w:t xml:space="preserve">[05:30] </w:t>
      </w:r>
      <w:r>
        <w:t>ramzan ka jo mahina hai, main samajhta hoon ke is ko hum keh sakte hain aaj kal ke term mein ke woh aik refresher course hai. refresher course, yani saal ka aik mahina,</w:t>
      </w:r>
    </w:p>
    <w:p>
      <w:pPr>
        <w:jc w:val="right"/>
      </w:pPr>
      <w:r>
        <w:t>رمضان کا جو مہینہ ہے، میں سمجھتا ہوں کہ اس کو ہم کہہ سکتے ہیں آج کل کے ٹرم میں کہ وہ ایک ریفریشر کورس ہے۔ ریفریشر کورس، یعنی سال کا ایک مہینہ،</w:t>
      </w:r>
    </w:p>
    <w:p>
      <w:r>
        <w:rPr>
          <w:b/>
        </w:rPr>
        <w:t xml:space="preserve">[05:44] </w:t>
      </w:r>
      <w:r>
        <w:t>barah mahine mein se aik mahina chuna jata hai refresher course ke liye. ke aglay giarah mahine jis tarah hamein batane hain, us ki training hum ko di jati hai ramzan ke mahine mein.</w:t>
      </w:r>
    </w:p>
    <w:p>
      <w:pPr>
        <w:jc w:val="right"/>
      </w:pPr>
      <w:r>
        <w:t>بارہ مہینے میں سے ایک مہینہ چنا جاتا ہے ریفریشر کورس کے لیے۔ کہ اگلے گیارہ مہینے جس طرح ہمیں بتانے ہیں، اس کی ٹریننگ ہم کو دی جاتی ہے رمضان کے مہینے میں۔</w:t>
      </w:r>
    </w:p>
    <w:p>
      <w:r>
        <w:rPr>
          <w:b/>
        </w:rPr>
        <w:t xml:space="preserve">[06:03] </w:t>
      </w:r>
      <w:r>
        <w:t>isi liye hadith mein ramzan ke mahine ko kaha gaya hai shahr al-sabr.</w:t>
      </w:r>
    </w:p>
    <w:p>
      <w:pPr>
        <w:jc w:val="right"/>
      </w:pPr>
      <w:r>
        <w:t>اسی لیے حدیث میں رمضان کے مہینے کو کہا گیا ہے شہر الصبر۔</w:t>
      </w:r>
    </w:p>
    <w:p>
      <w:r>
        <w:rPr>
          <w:b/>
        </w:rPr>
        <w:t xml:space="preserve">[06:12] </w:t>
      </w:r>
      <w:r>
        <w:t>ramzan ka mahina goya ke refresher course ka mahina hai.</w:t>
      </w:r>
    </w:p>
    <w:p>
      <w:pPr>
        <w:jc w:val="right"/>
      </w:pPr>
      <w:r>
        <w:t>رمضان کا مہینہ گویا کہ ریفریشر کورس کا مہینہ ہے۔</w:t>
      </w:r>
    </w:p>
    <w:p>
      <w:r>
        <w:rPr>
          <w:b/>
        </w:rPr>
        <w:t xml:space="preserve">[06:20] </w:t>
      </w:r>
      <w:r>
        <w:t>ramzan mein hamein khana aur pani chhodna parta hai.</w:t>
      </w:r>
    </w:p>
    <w:p>
      <w:pPr>
        <w:jc w:val="right"/>
      </w:pPr>
      <w:r>
        <w:t>رمضان میں ہمیں کھانا اور پانی چھوڑنا پڑتا ہے۔</w:t>
      </w:r>
    </w:p>
    <w:p>
      <w:r>
        <w:rPr>
          <w:b/>
        </w:rPr>
        <w:t xml:space="preserve">[06:30] </w:t>
      </w:r>
      <w:r>
        <w:t>yeh minimum tark hai, yani kam se kam chhodna. aur maximum tark kya hai, yani maximum tor par chhodna kya hai?</w:t>
      </w:r>
    </w:p>
    <w:p>
      <w:pPr>
        <w:jc w:val="right"/>
      </w:pPr>
      <w:r>
        <w:t>یہ منیمم ترک ہے، یعنی کم سے کم چھوڑنا۔ اور میکسیمم ترک کیا ہے، یعنی میکسیمم طور پر چھوڑنا کیا ہے؟</w:t>
      </w:r>
    </w:p>
    <w:p>
      <w:r>
        <w:rPr>
          <w:b/>
        </w:rPr>
        <w:t xml:space="preserve">[06:43] </w:t>
      </w:r>
      <w:r>
        <w:t>to quran mein aaya hai ke:</w:t>
      </w:r>
    </w:p>
    <w:p>
      <w:pPr>
        <w:jc w:val="right"/>
      </w:pPr>
      <w:r>
        <w:t>تو قرآن میں آیا ہے کہ:</w:t>
      </w:r>
    </w:p>
    <w:p>
      <w:r>
        <w:rPr>
          <w:b/>
        </w:rPr>
        <w:t xml:space="preserve">[06:48] </w:t>
      </w:r>
      <w:r>
        <w:t>innallaha ashtara minal mu'mineena anfusahum wa amwalahum bi-anna lahumul jannah.</w:t>
      </w:r>
    </w:p>
    <w:p>
      <w:pPr>
        <w:jc w:val="right"/>
      </w:pPr>
      <w:r>
        <w:t>إِنَّ اللَّهَ اَشْتَرَى مِنَ الْمُؤْمِنِينَ أَنْفَسَهُمْ وَأَمْبَالَهُمْ بَنَّهُمْ لَهُمْ الجَنَّةَ۔</w:t>
      </w:r>
    </w:p>
    <w:p>
      <w:r>
        <w:rPr>
          <w:b/>
        </w:rPr>
        <w:t xml:space="preserve">[06:58] </w:t>
      </w:r>
      <w:r>
        <w:t>quran mein hai ke Allah ne apne momin bondon se khareed liya hai un ka jaan aur maal.</w:t>
      </w:r>
    </w:p>
    <w:p>
      <w:pPr>
        <w:jc w:val="right"/>
      </w:pPr>
      <w:r>
        <w:t>قرآن میں ہے کہ اللہ نے اپنے مومن بندوں سے خرید لیا ہے ان کا جان اور مال۔</w:t>
      </w:r>
    </w:p>
    <w:p>
      <w:r>
        <w:rPr>
          <w:b/>
        </w:rPr>
        <w:t xml:space="preserve">[07:08] </w:t>
      </w:r>
      <w:r>
        <w:t>goya ke sab kuch Khuda hi ka hai, bi-anna lahumul jannah. is liye ke is ke badle mein Khuda unhein paradise dene wala hai.</w:t>
      </w:r>
    </w:p>
    <w:p>
      <w:pPr>
        <w:jc w:val="right"/>
      </w:pPr>
      <w:r>
        <w:t>گویا کہ سب کچھ خدا ہی کا ہے، بَنَّهُمْ الْجَنَّةَ۔ اس لیے کہ اس کے بدلے میں خدا انہیں پیراڈائز دینے والا ہے۔</w:t>
      </w:r>
    </w:p>
    <w:p>
      <w:r>
        <w:rPr>
          <w:b/>
        </w:rPr>
        <w:t xml:space="preserve">[07:21] </w:t>
      </w:r>
      <w:r>
        <w:t>to dunya mein hamein sab kuch apna de dena hai taake akhirat mein hamein paradise milay. to minimum jo jo sacrifice hai,</w:t>
      </w:r>
    </w:p>
    <w:p>
      <w:pPr>
        <w:jc w:val="right"/>
      </w:pPr>
      <w:r>
        <w:t>تو دنیا میں ہمیں سب کچھ اپنا دے دینا ہے تاکہ آخرت میں ہمیں پیراڈائز ملے۔ تو منیمم جو جو سیکریفائس ہے،</w:t>
      </w:r>
    </w:p>
    <w:p>
      <w:r>
        <w:rPr>
          <w:b/>
        </w:rPr>
        <w:t xml:space="preserve">[07:35] </w:t>
      </w:r>
      <w:r>
        <w:t>woh rozay mein hoti hai. aur jo maximum sacrifice hai, woh is ayat se maloom hoti hai ke sab kuch aadmi Khuda ke liye apne aap ko dedicate kar day.</w:t>
      </w:r>
    </w:p>
    <w:p>
      <w:pPr>
        <w:jc w:val="right"/>
      </w:pPr>
      <w:r>
        <w:t>وہ روزے میں ہوتی ہے۔ اور جو میکسیمم سیکریفائس ہے، وہ اس آیت سے معلوم ہوتی ہے کہ سب کچھ آدمی خدا کے لیے اپنے آپ کو ڈیڈیکیٹ کر دے۔</w:t>
      </w:r>
    </w:p>
    <w:p>
      <w:r>
        <w:rPr>
          <w:b/>
        </w:rPr>
        <w:t xml:space="preserve">[07:46] </w:t>
      </w:r>
      <w:r>
        <w:t>is se aap samajh sakte hain ke kya spirit hai rozay ki.</w:t>
      </w:r>
    </w:p>
    <w:p>
      <w:pPr>
        <w:jc w:val="right"/>
      </w:pPr>
      <w:r>
        <w:t>اس سے آپ سمجھ سکتے ہیں کہ کیا اسپرٹ ہے روزے کی۔</w:t>
      </w:r>
    </w:p>
    <w:p>
      <w:r>
        <w:rPr>
          <w:b/>
        </w:rPr>
        <w:t xml:space="preserve">[07:57] </w:t>
      </w:r>
      <w:r>
        <w:t>aik aik persian line hai,</w:t>
      </w:r>
    </w:p>
    <w:p>
      <w:pPr>
        <w:jc w:val="right"/>
      </w:pPr>
      <w:r>
        <w:t>ایک ایک پرشین لائن ہے،</w:t>
      </w:r>
    </w:p>
    <w:p>
      <w:r>
        <w:rPr>
          <w:b/>
        </w:rPr>
        <w:t xml:space="preserve">[08:01] </w:t>
      </w:r>
      <w:r>
        <w:t>aaj kal aap jante hain ke har jagah yeh hai, india mein aur saare arab countries mein, iran mein, europe, america mein, ke roza to rakhte hain log, yeh khoob khate peete hain.</w:t>
      </w:r>
    </w:p>
    <w:p>
      <w:pPr>
        <w:jc w:val="right"/>
      </w:pPr>
      <w:r>
        <w:t>آج کل آپ جانتے ہیں کہ ہر جگہ یہ ہے، انڈیا میں اور سارے عرب کنٹریز میں، ایران میں، یورپ، امریکہ میں، کہ روزہ تو رکھتے ہیں لوگ، یہ خوب کھاتے پیتے ہیں۔</w:t>
      </w:r>
    </w:p>
    <w:p>
      <w:r>
        <w:rPr>
          <w:b/>
        </w:rPr>
        <w:t xml:space="preserve">[08:15] </w:t>
      </w:r>
      <w:r>
        <w:t>khoob khate peete hain taake din ko bhook na lagay. concept yeh hai ke khoob khao, khoob khao taake din ko bhook na lagay.</w:t>
      </w:r>
    </w:p>
    <w:p>
      <w:pPr>
        <w:jc w:val="right"/>
      </w:pPr>
      <w:r>
        <w:t>خوب کھاتے پیتے ہیں تاکہ دن کو بھوک نہ لگے۔ کانسیپٹ یہ ہے کہ خوب کھاؤ، خوب کھاؤ تاکہ دن کو بھوک نہ لگے۔</w:t>
      </w:r>
    </w:p>
    <w:p>
      <w:r>
        <w:rPr>
          <w:b/>
        </w:rPr>
        <w:t xml:space="preserve">[08:27] </w:t>
      </w:r>
      <w:r>
        <w:t>yeh to rozay ki jo spirit hai, us ka ulta hai yeh. rozay ka maqsad hai bhook lagna, yeh nahi ke bhook hi na lagay.</w:t>
      </w:r>
    </w:p>
    <w:p>
      <w:pPr>
        <w:jc w:val="right"/>
      </w:pPr>
      <w:r>
        <w:t>یہ تو روزے کی جو اسپرٹ ہے، اس کا الٹا ہے یہ۔ روزہ کا مقصد ہے بھوک لگنا، یہ نہیں کہ بھوک ہی نہ لگے۔</w:t>
      </w:r>
    </w:p>
    <w:p>
      <w:r>
        <w:rPr>
          <w:b/>
        </w:rPr>
        <w:t xml:space="preserve">[08:39] </w:t>
      </w:r>
      <w:r>
        <w:t>kyun ke roza kya hai phir woh?</w:t>
      </w:r>
    </w:p>
    <w:p>
      <w:pPr>
        <w:jc w:val="right"/>
      </w:pPr>
      <w:r>
        <w:t>کیونکہ روزہ کیا ہے پھر وہ؟</w:t>
      </w:r>
    </w:p>
    <w:p>
      <w:r>
        <w:rPr>
          <w:b/>
        </w:rPr>
        <w:t xml:space="preserve">[08:45] </w:t>
      </w:r>
      <w:r>
        <w:t>isi ko aik persian shair ne kaha ke: tan parwari khalq fazu shud dar riyazat, juz garmi iftar nadarad ramzan hej.</w:t>
      </w:r>
    </w:p>
    <w:p>
      <w:pPr>
        <w:jc w:val="right"/>
      </w:pPr>
      <w:r>
        <w:t>اسی کو ایک پرشین شاعر نے کہا کہ: تن پروری خلق فضو شد ذریاضت، جز گرمی افطار ندارت رمضان ہیج۔</w:t>
      </w:r>
    </w:p>
    <w:p>
      <w:r>
        <w:rPr>
          <w:b/>
        </w:rPr>
        <w:t xml:space="preserve">[09:00] </w:t>
      </w:r>
      <w:r>
        <w:t>ke logon ka jo hai khana peena ka shauq aur barh gaya roza rakh kar ke, aur ihtimam karte hain khana peena ka.</w:t>
      </w:r>
    </w:p>
    <w:p>
      <w:pPr>
        <w:jc w:val="right"/>
      </w:pPr>
      <w:r>
        <w:t>کہ لوگوں کا جو ہے کھانے پینے کا شوق اور بڑھ گیا روزہ رکھ کر کے، اور اہتمام کرتے ہیں کھانے پینے کا۔</w:t>
      </w:r>
    </w:p>
    <w:p>
      <w:r>
        <w:rPr>
          <w:b/>
        </w:rPr>
        <w:t xml:space="preserve">[09:11] </w:t>
      </w:r>
      <w:r>
        <w:t>aap jante hain ke rozay mein har jagah, har ghar mein khoob dhoom se ihtimam kiya jata hai.</w:t>
      </w:r>
    </w:p>
    <w:p>
      <w:pPr>
        <w:jc w:val="right"/>
      </w:pPr>
      <w:r>
        <w:t>آپ جانتے ہیں کہ روزے میں ہر جگہ، ہر گھر میں خوب دھوم سے اہتمام کیا جاتا ہے۔</w:t>
      </w:r>
    </w:p>
    <w:p>
      <w:r>
        <w:rPr>
          <w:b/>
        </w:rPr>
        <w:t xml:space="preserve">[09:21] </w:t>
      </w:r>
      <w:r>
        <w:t>aur itna khate hain, itna khate hain ke dil ko bhook hi na lagay.</w:t>
      </w:r>
    </w:p>
    <w:p>
      <w:pPr>
        <w:jc w:val="right"/>
      </w:pPr>
      <w:r>
        <w:t>اور اتنا کھاتے ہیں، اتنا کھاتے ہیں کہ دل کو بھوک ہی نہ لگے۔</w:t>
      </w:r>
    </w:p>
    <w:p>
      <w:r>
        <w:rPr>
          <w:b/>
        </w:rPr>
        <w:t xml:space="preserve">[09:30] </w:t>
      </w:r>
      <w:r>
        <w:t>dekhein yeh bohat hi ziyada, yani is yeh rozay ki spirit ko kill karna hai.</w:t>
      </w:r>
    </w:p>
    <w:p>
      <w:pPr>
        <w:jc w:val="right"/>
      </w:pPr>
      <w:r>
        <w:t>دیکھیں یہ بہت ہی زیادہ، یعنی اس یہ روزے کی اسپرٹ کو کل کرنا ہے۔</w:t>
      </w:r>
    </w:p>
    <w:p>
      <w:r>
        <w:rPr>
          <w:b/>
        </w:rPr>
        <w:t xml:space="preserve">[09:41] </w:t>
      </w:r>
      <w:r>
        <w:t>rozay ki spirit kya hai? woh yeh hai ke aadmi din ko khana peena chhod day sham tak ke liye,</w:t>
      </w:r>
    </w:p>
    <w:p>
      <w:pPr>
        <w:jc w:val="right"/>
      </w:pPr>
      <w:r>
        <w:t>روزے کی اسپرٹ کیا ہے؟ وہ یہ ہے کہ آدمی دن کو کھانا پینا چھوڑ دے شام تک کے لیے،</w:t>
      </w:r>
    </w:p>
    <w:p>
      <w:r>
        <w:rPr>
          <w:b/>
        </w:rPr>
        <w:t xml:space="preserve">[09:56] </w:t>
      </w:r>
      <w:r>
        <w:t>aur phir us ko bhook lagay.</w:t>
      </w:r>
    </w:p>
    <w:p>
      <w:pPr>
        <w:jc w:val="right"/>
      </w:pPr>
      <w:r>
        <w:t>اور پھر اس کو بھوک لگے۔</w:t>
      </w:r>
    </w:p>
    <w:p>
      <w:r>
        <w:rPr>
          <w:b/>
        </w:rPr>
        <w:t xml:space="preserve">[10:01] </w:t>
      </w:r>
      <w:r>
        <w:t>dil mein us ko woh kasak paida ho jo bhook se paida hoti hai, is ka halaq sookh jaye jo pani ko chhodne se hota hai.</w:t>
      </w:r>
    </w:p>
    <w:p>
      <w:pPr>
        <w:jc w:val="right"/>
      </w:pPr>
      <w:r>
        <w:t>دل میں اس کو وہ کسک پیدا ہو جو بھوک سے پیدا ہوتی ہے، اس کا حلق سوکھ جائے جو پانی کو چھوڑنے سے ہوتا ہے۔</w:t>
      </w:r>
    </w:p>
    <w:p>
      <w:r>
        <w:rPr>
          <w:b/>
        </w:rPr>
        <w:t xml:space="preserve">[10:13] </w:t>
      </w:r>
      <w:r>
        <w:t>is halat mein woh kaise gaye? Yani bhook ka experience kar ke. Ka roze ka maqsad hai bhook ka tajurba karana.</w:t>
      </w:r>
    </w:p>
    <w:p>
      <w:pPr>
        <w:jc w:val="right"/>
      </w:pPr>
      <w:r>
        <w:t>اس حالت میں وہ کیسے گئے؟ یعنی بھوک کا ایکسپیرینس کر کے۔ کا روزے کا مقصد ہے بھوک کا تجربہ کرانا۔</w:t>
      </w:r>
    </w:p>
    <w:p>
      <w:r>
        <w:rPr>
          <w:b/>
        </w:rPr>
        <w:t xml:space="preserve">[10:26] </w:t>
      </w:r>
      <w:r>
        <w:t>yaad rakhiye roza is liye nahi hai ke khoob kha pee lein aap taake aap ko bhook hi na lagay. Roza ka maqsad hai bhook ka tajurba karana.</w:t>
      </w:r>
    </w:p>
    <w:p>
      <w:pPr>
        <w:jc w:val="right"/>
      </w:pPr>
      <w:r>
        <w:t>یاد رکھیے روزہ اس لیے نہیں ہے کہ خوب کھا پی لیں آپ تاکہ آپ کو بھوک ہی نہ لگے۔ روزہ کا مقصد ہے بھوک کا تجربہ کرانا۔</w:t>
      </w:r>
    </w:p>
    <w:p>
      <w:r>
        <w:rPr>
          <w:b/>
        </w:rPr>
        <w:t xml:space="preserve">[10:39] </w:t>
      </w:r>
      <w:r>
        <w:t>taake jab aap ko bhook lagay to aap ki zuban se niklay ke: oh god, let not me experience hunger again in the world hereafter.</w:t>
      </w:r>
    </w:p>
    <w:p>
      <w:pPr>
        <w:jc w:val="right"/>
      </w:pPr>
      <w:r>
        <w:t>تاکہ جب آپ کو بھوک لگے تو آپ کی زبان سے نکلے کہ: اوہ گاڈ، لیٹ ناٹ می ایکسپیرینس ہنگر اگین ان دا ورلڈ ہیر افٹر۔</w:t>
      </w:r>
    </w:p>
    <w:p>
      <w:r>
        <w:rPr>
          <w:b/>
        </w:rPr>
        <w:t xml:space="preserve">[10:57] </w:t>
      </w:r>
      <w:r>
        <w:t>yeh kaise karein aap?</w:t>
      </w:r>
    </w:p>
    <w:p>
      <w:pPr>
        <w:jc w:val="right"/>
      </w:pPr>
      <w:r>
        <w:t>یہ کیسے کریں آپ؟</w:t>
      </w:r>
    </w:p>
    <w:p>
      <w:r>
        <w:rPr>
          <w:b/>
        </w:rPr>
        <w:t xml:space="preserve">[11:02] </w:t>
      </w:r>
      <w:r>
        <w:t>jab bhook pyas aap ko tarpaye to woh practical situation paida ki jati hai jahan sachi duaen niklen, jahan gehri duaen niklen, jahan dil wali duaen niklen.</w:t>
      </w:r>
    </w:p>
    <w:p>
      <w:pPr>
        <w:jc w:val="right"/>
      </w:pPr>
      <w:r>
        <w:t>جب بھوک پیاس آپ کو تڑپائے تو وہ پریکٹیکل سچویشن پیدا کی جاتی ہے جہاں سچی دعائیں نکلیں، جہاں گہری دعائیں نکلیں، جہاں دل والی دعائیں نکلیں۔</w:t>
      </w:r>
    </w:p>
    <w:p>
      <w:r>
        <w:rPr>
          <w:b/>
        </w:rPr>
        <w:t xml:space="preserve">[11:16] </w:t>
      </w:r>
      <w:r>
        <w:t>hum jo duaen karte hain woh to lip service hoti hai. Kuch arabic word ko yaad kar liya, us ko dohra liya, us ko hum samajhte hain ke dua.</w:t>
      </w:r>
    </w:p>
    <w:p>
      <w:pPr>
        <w:jc w:val="right"/>
      </w:pPr>
      <w:r>
        <w:t>ہم جو دعائیں کرتے ہیں وہ تو لپ سروس ہوتی ہے۔ کچھ عربک ورڈ کو یاد کر لیا، اس کو دہرا لیا، اس کو ہم سمجھتے ہیں کہ دعا۔</w:t>
      </w:r>
    </w:p>
    <w:p>
      <w:r>
        <w:rPr>
          <w:b/>
        </w:rPr>
        <w:t xml:space="preserve">[11:26] </w:t>
      </w:r>
      <w:r>
        <w:t>yeh dua nahi hai, yeh to kuch bhi nahi hai. Lip service agar hai to woh dua nahi hai. Dua naam hai dil ki tarap ka.</w:t>
      </w:r>
    </w:p>
    <w:p>
      <w:pPr>
        <w:jc w:val="right"/>
      </w:pPr>
      <w:r>
        <w:t>یہ دعا نہیں ہے، یہ تو کچھ بھی نہیں ہے۔ لپ سروس اگر ہے تو وہ دعا نہیں ہے۔ دعا نام ہے دل کی تڑپ کا۔</w:t>
      </w:r>
    </w:p>
    <w:p>
      <w:r>
        <w:rPr>
          <w:b/>
        </w:rPr>
        <w:t xml:space="preserve">[11:40] </w:t>
      </w:r>
      <w:r>
        <w:t>dil ki tarap se jo shabd niklte hain aap ke munh se, usi ka naam hai dua. To roza is liye hai ke aap ko bhook tarpaye,</w:t>
      </w:r>
    </w:p>
    <w:p>
      <w:pPr>
        <w:jc w:val="right"/>
      </w:pPr>
      <w:r>
        <w:t>دل کی تڑپ سے جو शब्द نکلتے ہیں آپ کے منہ سے، اسی کا نام ہے دعا۔ تو روزہ اس لیے ہے کہ آپ کو بھوک تڑپائے،</w:t>
      </w:r>
    </w:p>
    <w:p>
      <w:r>
        <w:rPr>
          <w:b/>
        </w:rPr>
        <w:t xml:space="preserve">[11:55] </w:t>
      </w:r>
      <w:r>
        <w:t>aur phir aap ki zuban se niklay ke: oh god, let not me experience hunger again in the world hereafter.</w:t>
      </w:r>
    </w:p>
    <w:p>
      <w:pPr>
        <w:jc w:val="right"/>
      </w:pPr>
      <w:r>
        <w:t>اور پھر آپ کی زبان سے نکلے کہ: اوہ گاڈ، لیٹ ناٹ می ایکسپیرینس ہنگر اگین ان دا ورلڈ ہیر افٹر۔</w:t>
      </w:r>
    </w:p>
    <w:p>
      <w:r>
        <w:rPr>
          <w:b/>
        </w:rPr>
        <w:t xml:space="preserve">[12:05] </w:t>
      </w:r>
      <w:r>
        <w:t>oh khuda, aye allah, tu bhook ko dobara mere liye akhirat mein muqaddar na kar.</w:t>
      </w:r>
    </w:p>
    <w:p>
      <w:pPr>
        <w:jc w:val="right"/>
      </w:pPr>
      <w:r>
        <w:t>اوہ خدا، اے اللہ، تو بھوک کو دوبارہ میرے لیے آخرت میں مقدر نہ کر۔</w:t>
      </w:r>
    </w:p>
    <w:p>
      <w:r>
        <w:rPr>
          <w:b/>
        </w:rPr>
        <w:t xml:space="preserve">[12:20] </w:t>
      </w:r>
      <w:r>
        <w:t>yeh hai maqsad roze ka.</w:t>
      </w:r>
    </w:p>
    <w:p>
      <w:pPr>
        <w:jc w:val="right"/>
      </w:pPr>
      <w:r>
        <w:t>یہ ہے مقصد روزے کا۔</w:t>
      </w:r>
    </w:p>
    <w:p>
      <w:r>
        <w:rPr>
          <w:b/>
        </w:rPr>
        <w:t xml:space="preserve">[12:31] </w:t>
      </w:r>
      <w:r>
        <w:t>aap jante hain ke insan ke andar tarah tarah ki desires hain, tarah tarah ki khwahishen hain. Isi mein se yeh bhi hai ke aadmi bhook lagti hai woh khata hai, pyas lagti hai woh pani peeta hai,</w:t>
      </w:r>
    </w:p>
    <w:p>
      <w:pPr>
        <w:jc w:val="right"/>
      </w:pPr>
      <w:r>
        <w:t>آپ جانتے ہیں کہ انسان کے اندر طرح طرح کی ڈیزائر ہیں، طرح طرح کی خواہشیں ہیں۔ اسی میں سے یہ بھی ہے کہ آدمی بھوک لگتی ہے وہ کھاتا ہے، پیاس لگتی ہے وہ پانی پیتا ہے،</w:t>
      </w:r>
    </w:p>
    <w:p>
      <w:r>
        <w:rPr>
          <w:b/>
        </w:rPr>
        <w:t xml:space="preserve">[12:45] </w:t>
      </w:r>
      <w:r>
        <w:t>neend lagti hai woh sota hai. Roze mein yeh sare mamulat, sare habits toot jate hain.</w:t>
      </w:r>
    </w:p>
    <w:p>
      <w:pPr>
        <w:jc w:val="right"/>
      </w:pPr>
      <w:r>
        <w:t>نیند لگتی ہے وہ سوتا ہے۔ روزے میں یہ سارے معمولات، سارے ہیبٹس ٹوٹ جاتے ہیں۔</w:t>
      </w:r>
    </w:p>
    <w:p>
      <w:r>
        <w:rPr>
          <w:b/>
        </w:rPr>
        <w:t xml:space="preserve">[12:56] </w:t>
      </w:r>
      <w:r>
        <w:t>sirf aisa nahi hota ke aap khana chhodna padta hai. Jisko kehte hain mamulat ya habits, woh sab toot jate hain.</w:t>
      </w:r>
    </w:p>
    <w:p>
      <w:pPr>
        <w:jc w:val="right"/>
      </w:pPr>
      <w:r>
        <w:t>صرف ایسا نہیں ہوتا کہ آپ کھانا چھوڑنا پڑتا ہے۔ جس کو کہتے ہیں معمولات یا ہیبٹس، وہ سب ٹوٹ جاتے ہیں۔</w:t>
      </w:r>
    </w:p>
    <w:p>
      <w:r>
        <w:rPr>
          <w:b/>
        </w:rPr>
        <w:t xml:space="preserve">[13:09] </w:t>
      </w:r>
      <w:r>
        <w:t>routine aap ka baqi nahi rehta. Aur routine ka tootna khud apne aap mein ek bahut bada yani masla ban jata hai.</w:t>
      </w:r>
    </w:p>
    <w:p>
      <w:pPr>
        <w:jc w:val="right"/>
      </w:pPr>
      <w:r>
        <w:t>روٹین آپ کا باقی نہیں رہتا۔ اور روٹین کا ٹوٹنا خود اپنے آپ میں ایک بہت بڑا یعنی مسئلہ بن جاتا ہے۔</w:t>
      </w:r>
    </w:p>
    <w:p>
      <w:r>
        <w:rPr>
          <w:b/>
        </w:rPr>
        <w:t xml:space="preserve">[13:20] </w:t>
      </w:r>
      <w:r>
        <w:t>to is lihaz se agar mein kahoon to mein kahoon ga ke roza jo hai woh hai desire management ko sikhata hai aap ko.</w:t>
      </w:r>
    </w:p>
    <w:p>
      <w:pPr>
        <w:jc w:val="right"/>
      </w:pPr>
      <w:r>
        <w:t>تو اس لحاظ سے اگر میں کہوں تو میں کہوں گا کہ روزہ جو ہے وہ ہے ڈیزائر مینجمنٹ کو سکھاتا ہے آپ کو۔</w:t>
      </w:r>
    </w:p>
    <w:p>
      <w:r>
        <w:rPr>
          <w:b/>
        </w:rPr>
        <w:t xml:space="preserve">[13:31] </w:t>
      </w:r>
      <w:r>
        <w:t>how to manage your desires.</w:t>
      </w:r>
    </w:p>
    <w:p>
      <w:pPr>
        <w:jc w:val="right"/>
      </w:pPr>
      <w:r>
        <w:t>ہاؤ ٹو مینج یور ڈیزائرز۔</w:t>
      </w:r>
    </w:p>
    <w:p>
      <w:r>
        <w:rPr>
          <w:b/>
        </w:rPr>
        <w:t xml:space="preserve">[13:35] </w:t>
      </w:r>
      <w:r>
        <w:t>how to manage your desires. Ke jab aap ko desires satayein to aap kahein ke: khudaya, yeh to ne hi yeh desires mujhe di hain.</w:t>
      </w:r>
    </w:p>
    <w:p>
      <w:pPr>
        <w:jc w:val="right"/>
      </w:pPr>
      <w:r>
        <w:t>ہاؤ ٹو مینج یور ڈیزائرز۔ کہ جب آپ کو ڈیزائرز ستائیں تو آپ کہیں کہ: خدایا، یہ تو نے ہی یہ ڈیزائرز مجھے دی ہیں۔</w:t>
      </w:r>
    </w:p>
    <w:p>
      <w:r>
        <w:rPr>
          <w:b/>
        </w:rPr>
        <w:t xml:space="preserve">[13:47] </w:t>
      </w:r>
      <w:r>
        <w:t>maine khud se desire ko create nahi kiya hai.</w:t>
      </w:r>
    </w:p>
    <w:p>
      <w:pPr>
        <w:jc w:val="right"/>
      </w:pPr>
      <w:r>
        <w:t>میں نے خود سے ڈیزائر کو کریئیٹ نہیں کیا ہے۔</w:t>
      </w:r>
    </w:p>
    <w:p>
      <w:r>
        <w:rPr>
          <w:b/>
        </w:rPr>
        <w:t xml:space="preserve">[13:53] </w:t>
      </w:r>
      <w:r>
        <w:t>desire jo hai, aap jante hain ke animal mein nahi hoti. To aap khuda se yeh keh sakein ke: khudaya, yeh desire jo mere andar hain, maine khud se create nahi kiya.</w:t>
      </w:r>
    </w:p>
    <w:p>
      <w:pPr>
        <w:jc w:val="right"/>
      </w:pPr>
      <w:r>
        <w:t>ڈیزائر جو ہے، آپ جانتے ہیں کہ اینیمل میں نہیں ہوتی۔ تو آپ خدا سے یہ کہہ سکیں کہ: خدایا، یہ ڈیزائر جو میرے اندر ہیں، میں نے خود سے کریئیٹ نہیں کیا۔</w:t>
      </w:r>
    </w:p>
    <w:p>
      <w:r>
        <w:rPr>
          <w:b/>
        </w:rPr>
        <w:t xml:space="preserve">[14:07] </w:t>
      </w:r>
      <w:r>
        <w:t>tu ne hi diya hai is liye mere andar yeh sab desires hain. To khudaya, duniya mein mein in desires se roza rakhta hoon tere hukum se.</w:t>
      </w:r>
    </w:p>
    <w:p>
      <w:pPr>
        <w:jc w:val="right"/>
      </w:pPr>
      <w:r>
        <w:t>تو نے ہی دیا ہے اس لیے میرے اندر یہ سب ڈیزائر ہیں۔ تو خدایا، دنیا میں میں ان ڈیزائرز سے روزہ رکھتا ہوں تیرے حکم سے۔</w:t>
      </w:r>
    </w:p>
    <w:p>
      <w:r>
        <w:rPr>
          <w:b/>
        </w:rPr>
        <w:t xml:space="preserve">[14:17] </w:t>
      </w:r>
      <w:r>
        <w:t>akhirat mein mujhe tofeeq de ke mein yeh sari desires meri fulfill ho sakein.</w:t>
      </w:r>
    </w:p>
    <w:p>
      <w:pPr>
        <w:jc w:val="right"/>
      </w:pPr>
      <w:r>
        <w:t>آخرت میں مجھے توفیق دے کہ میں یہ ساری ڈیزائر میری فلفل ہو سکیں۔</w:t>
      </w:r>
    </w:p>
    <w:p>
      <w:r>
        <w:rPr>
          <w:b/>
        </w:rPr>
        <w:t xml:space="preserve">[14:25] </w:t>
      </w:r>
      <w:r>
        <w:t>to roza amli situation mein daal kar aap ko</w:t>
      </w:r>
    </w:p>
    <w:p>
      <w:pPr>
        <w:jc w:val="right"/>
      </w:pPr>
      <w:r>
        <w:t>تو روزہ عملی سچویشن میں ڈال کر آپ کو</w:t>
      </w:r>
    </w:p>
    <w:p>
      <w:r>
        <w:rPr>
          <w:b/>
        </w:rPr>
        <w:t xml:space="preserve">[14:32] </w:t>
      </w:r>
      <w:r>
        <w:t>dua ki sacha tajurba karana hai. dua ka.</w:t>
      </w:r>
    </w:p>
    <w:p>
      <w:pPr>
        <w:jc w:val="right"/>
      </w:pPr>
      <w:r>
        <w:t>دعا کی سچا تجربہ کرانا ہے۔ دعا کا۔</w:t>
      </w:r>
    </w:p>
    <w:p>
      <w:r>
        <w:rPr>
          <w:b/>
        </w:rPr>
        <w:t xml:space="preserve">[14:39] </w:t>
      </w:r>
      <w:r>
        <w:t>profit of islam</w:t>
      </w:r>
    </w:p>
    <w:p>
      <w:pPr>
        <w:jc w:val="right"/>
      </w:pPr>
      <w:r>
        <w:t>پرافٹ آف اسلام</w:t>
      </w:r>
    </w:p>
    <w:p>
      <w:r>
        <w:rPr>
          <w:b/>
        </w:rPr>
        <w:t xml:space="preserve">[14:43] </w:t>
      </w:r>
      <w:r>
        <w:t>ke bare mein ek hadith aati hai rasool Allah sal Allah alaihi wasallam ke bare mein ke jab aap ko bohat sataya ja raha tha makka mein to ek din khuda ne angel bheja.</w:t>
      </w:r>
    </w:p>
    <w:p>
      <w:pPr>
        <w:jc w:val="right"/>
      </w:pPr>
      <w:r>
        <w:t>کے بارے میں ایک حدیث آتی ہے رسول اللہ صلی اللہ علیہ وسلم کے بارے میں کہ جب آپ کو بہت ستایا جا رہا تھا مکہ میں تو ایک دن خدا نے اینجل بھیجا۔</w:t>
      </w:r>
    </w:p>
    <w:p>
      <w:r>
        <w:rPr>
          <w:b/>
        </w:rPr>
        <w:t xml:space="preserve">[15:00] </w:t>
      </w:r>
      <w:r>
        <w:t>is zamane mein wahan par na khane ka koi thikana tha, na kisi cheez ka thikana tha, na aaram tha. to angel ne aa kar ke khuda ki taraf se kaha ke khuda ne yeh paigham diya hai: agar aap chahein to yeh yeh sara jo area hai, is ko butha kaha jata tha,</w:t>
      </w:r>
    </w:p>
    <w:p>
      <w:pPr>
        <w:jc w:val="right"/>
      </w:pPr>
      <w:r>
        <w:t>اس زمانے میں وہاں پر نہ کھانے کا کوئی ٹھکانہ تھا، نہ کسی چیز کا ٹھکانہ تھا، نہ آرام تھا۔ تو اینجل نے آ کر کے خدا کی طرف سے کہا کہ خدا نے یہ پیغام دیا ہے: اگر آپ چاہیں تو یہ یہ سارا جو ایریا ہے، اس کو بتھا کہا جاتا تھا،</w:t>
      </w:r>
    </w:p>
    <w:p>
      <w:r>
        <w:rPr>
          <w:b/>
        </w:rPr>
        <w:t xml:space="preserve">[15:27] </w:t>
      </w:r>
      <w:r>
        <w:t>yeh sara area aap ke liye sona bana diya jaye. sona. yun ke aap keh sakte hain ke yani golden mountain bana diya jaye.</w:t>
      </w:r>
    </w:p>
    <w:p>
      <w:pPr>
        <w:jc w:val="right"/>
      </w:pPr>
      <w:r>
        <w:t>یہ سارا ایریا آپ کے لیے سونا بنا دیا جائے۔ سونا۔ یوں کہ آپ کہہ سکتے ہیں کہ یعنی گولڈن ماؤنٹین بنا دیا جائے۔</w:t>
      </w:r>
    </w:p>
    <w:p>
      <w:r>
        <w:rPr>
          <w:b/>
        </w:rPr>
        <w:t xml:space="preserve">[15:42] </w:t>
      </w:r>
      <w:r>
        <w:t>aur aap ko phir koi takleef na ho. to aap ne farmaya: la ya rabb,</w:t>
      </w:r>
    </w:p>
    <w:p>
      <w:pPr>
        <w:jc w:val="right"/>
      </w:pPr>
      <w:r>
        <w:t>اور آپ کو پھر کوئی تکلیف نہ ہو۔ تو آپ نے فرمایا: لا یا رب،</w:t>
      </w:r>
    </w:p>
    <w:p>
      <w:r>
        <w:rPr>
          <w:b/>
        </w:rPr>
        <w:t xml:space="preserve">[15:51] </w:t>
      </w:r>
      <w:r>
        <w:t>la ya rabb, aye mere rabb nahi,</w:t>
      </w:r>
    </w:p>
    <w:p>
      <w:pPr>
        <w:jc w:val="right"/>
      </w:pPr>
      <w:r>
        <w:t>لا یا رب، اے میرے رب نہیں،</w:t>
      </w:r>
    </w:p>
    <w:p>
      <w:r>
        <w:rPr>
          <w:b/>
        </w:rPr>
        <w:t xml:space="preserve">[15:58] </w:t>
      </w:r>
      <w:r>
        <w:t>main to chahta hoon ke</w:t>
      </w:r>
    </w:p>
    <w:p>
      <w:pPr>
        <w:jc w:val="right"/>
      </w:pPr>
      <w:r>
        <w:t>میں تو چاہتا ہوں کہ</w:t>
      </w:r>
    </w:p>
    <w:p>
      <w:r>
        <w:rPr>
          <w:b/>
        </w:rPr>
        <w:t xml:space="preserve">[16:02] </w:t>
      </w:r>
      <w:r>
        <w:t>ke ifta jo tadhraat ke mujhe bhook lage, main bhook se tadpun aur tere aage gurgurau, aur phir jab mujhe khane mile aur pani mile to main tera shukar ada karun.</w:t>
      </w:r>
    </w:p>
    <w:p>
      <w:pPr>
        <w:jc w:val="right"/>
      </w:pPr>
      <w:r>
        <w:t>کہ اذا جوت تضرات کہ مجھے بھوک لگے، میں بھوک سے تڑپوں اور تیرے آگے گڑگڑاؤں، اور پھر جب مجھے کھانے ملے اور پانی ملے تو میں تیرا شکر ادا کروں۔</w:t>
      </w:r>
    </w:p>
    <w:p>
      <w:r>
        <w:rPr>
          <w:b/>
        </w:rPr>
        <w:t xml:space="preserve">[16:20] </w:t>
      </w:r>
      <w:r>
        <w:t>is hadith par maine ghor kiya to mujhe samajh aaya ke dua ka talluq situation se hai, halaat se hai.</w:t>
      </w:r>
    </w:p>
    <w:p>
      <w:pPr>
        <w:jc w:val="right"/>
      </w:pPr>
      <w:r>
        <w:t>اس حدیث پر میں نے غور کیا تو مجھے سمجھ آیا کہ دعا کا تعلق سچویشن سے ہے، حالات سے ہے۔</w:t>
      </w:r>
    </w:p>
    <w:p>
      <w:r>
        <w:rPr>
          <w:b/>
        </w:rPr>
        <w:t xml:space="preserve">[16:33] </w:t>
      </w:r>
      <w:r>
        <w:t>yani agar aap khoob subah sham raat din khoob kha pee rahe hon, tarah tarah ki testy cheezein kha rahe hon to aap ke andar woh dua hi nahi niklegi jo matloob hai.</w:t>
      </w:r>
    </w:p>
    <w:p>
      <w:pPr>
        <w:jc w:val="right"/>
      </w:pPr>
      <w:r>
        <w:t>یعنی اگر آپ خوب صبح شام رات دن خوب کھا پی رہے ہوں، طرح طرح کی ٹیسٹی چیزیں کھا رہے ہوں تو آپ کے اندر وہ دعا ہی نہیں نکلے گی جو مطلوب ہے۔</w:t>
      </w:r>
    </w:p>
    <w:p>
      <w:r>
        <w:rPr>
          <w:b/>
        </w:rPr>
        <w:t xml:space="preserve">[16:49] </w:t>
      </w:r>
      <w:r>
        <w:t>dua hi nahi niklegi. jhoota alhamdulillah to nikal sakta hai, sacha alhamdulillah aap ki zuban se nahi niklega.</w:t>
      </w:r>
    </w:p>
    <w:p>
      <w:pPr>
        <w:jc w:val="right"/>
      </w:pPr>
      <w:r>
        <w:t>دعا ہی نہیں نکلے گی۔ جھوٹا الحمدللہ تو نکل سکتا ہے، سچا الحمدللہ آپ کی زبان سے نہیں نکلے گا۔</w:t>
      </w:r>
    </w:p>
    <w:p>
      <w:r>
        <w:rPr>
          <w:b/>
        </w:rPr>
        <w:t xml:space="preserve">[17:01] </w:t>
      </w:r>
      <w:r>
        <w:t>kyun ke profit jab profit ko zaroorat thi ke is par bhook lage, khana na mile aur tadpe bhook se, tab woh khuda ke aage giriya o zaari kare, tab woh khuda ke aage gurguraye,</w:t>
      </w:r>
    </w:p>
    <w:p>
      <w:pPr>
        <w:jc w:val="right"/>
      </w:pPr>
      <w:r>
        <w:t>کیونکہ پرافٹ جب پرافٹ کو ضرورت تھی کہ اس پر بھوک لگے، کھانا نہ ملے اور تڑپے بھوک سے، تب وہ خدا کے آگے گریہ و زاری کرے، تب وہ خدا کے آگے گڑگڑائے،</w:t>
      </w:r>
    </w:p>
    <w:p>
      <w:r>
        <w:rPr>
          <w:b/>
        </w:rPr>
        <w:t xml:space="preserve">[17:16] </w:t>
      </w:r>
      <w:r>
        <w:t>to zahir hai ke hum bhi exception to nahi ho sakte hain. to halaat ke baghair dua nahi, halaat ke baghair sachi spirit nahi.</w:t>
      </w:r>
    </w:p>
    <w:p>
      <w:pPr>
        <w:jc w:val="right"/>
      </w:pPr>
      <w:r>
        <w:t>تو ظاہر ہے کہ ہم بھی ایکسیپشن تو نہیں ہو سکتے ہیں۔ تو حالات کے بغیر دعا نہیں، حالات کے بغیر سچی اسپرٹ نہیں۔</w:t>
      </w:r>
    </w:p>
    <w:p>
      <w:r>
        <w:rPr>
          <w:b/>
        </w:rPr>
        <w:t xml:space="preserve">[17:29] </w:t>
      </w:r>
      <w:r>
        <w:t>isi liye ek hadith mein hai ke rasool Allah ke Allah taala ne farmaya: aye jibril, yani ek ek banda musibat mein tha to Allah taala ne farmaya ke: aye jibril, us ki musibat ko door na kar,</w:t>
      </w:r>
    </w:p>
    <w:p>
      <w:pPr>
        <w:jc w:val="right"/>
      </w:pPr>
      <w:r>
        <w:t>اسی لیے ایک حدیث میں ہے کہ رسول اللہ کہ اللہ تعالی نے فرمایا: اے جبرائیل، یعنی ایک ایک بندہ مصیبت میں تھا تو اللہ تعالی نے فرمایا کہ: اے جبرائیل، اس کی مصیبت کو دور نہ کر،</w:t>
      </w:r>
    </w:p>
    <w:p>
      <w:r>
        <w:rPr>
          <w:b/>
        </w:rPr>
        <w:t xml:space="preserve">[17:47] </w:t>
      </w:r>
      <w:r>
        <w:t>der us ki musibat ko door karne mein der kar,</w:t>
      </w:r>
    </w:p>
    <w:p>
      <w:pPr>
        <w:jc w:val="right"/>
      </w:pPr>
      <w:r>
        <w:t>دیر اس کی مصیبت کو دور کرنے میں دیر کر،</w:t>
      </w:r>
    </w:p>
    <w:p>
      <w:r>
        <w:rPr>
          <w:b/>
        </w:rPr>
        <w:t xml:space="preserve">[17:53] </w:t>
      </w:r>
      <w:r>
        <w:t>us ki musibat ko door karne mein der kar. kyun? kyun ke mujhe us ki awaz pasand hai. fani ahabbahu, fani ahabbahu.</w:t>
      </w:r>
    </w:p>
    <w:p>
      <w:pPr>
        <w:jc w:val="right"/>
      </w:pPr>
      <w:r>
        <w:t>اس کی مصیبت کو دور کرنے میں دیر کر۔ کیوں؟ کیونکہ مجھے اس کی آواز پسند ہے۔ فانی احبہ، فانی احبہ۔</w:t>
      </w:r>
    </w:p>
    <w:p>
      <w:r>
        <w:rPr>
          <w:b/>
        </w:rPr>
        <w:t xml:space="preserve">[18:06] </w:t>
      </w:r>
      <w:r>
        <w:t>to woh jo aadmi musibat mein jis tarah se woh dard ke sath bolta hai, aur jab mahroomi ke ehsas mein jab woh jab tadapta hai, us waqt jo yani pur soz baatein nikalti hain us ki zuban se,</w:t>
      </w:r>
    </w:p>
    <w:p>
      <w:pPr>
        <w:jc w:val="right"/>
      </w:pPr>
      <w:r>
        <w:t>تو وہ جو آدمی مصیبت میں جس طرح سے وہ درد کے ساتھ بولتا ہے، اور جب محرومی کے احساس میں جب وہ جب تڑپتا ہے، اس وقت جو یعنی پرسوز باتیں نکلتی ہیں اس کی زبان سے،</w:t>
      </w:r>
    </w:p>
    <w:p>
      <w:r>
        <w:rPr>
          <w:b/>
        </w:rPr>
        <w:t xml:space="preserve">[18:27] </w:t>
      </w:r>
      <w:r>
        <w:t>woh Allah ko pasand hain. pasand ke maane yeh nahi ke hum jaise hum kisi gaane ko pasand karte hain is sense mein. is ka matlab yeh hai ke woh sachi dua hoti hai.</w:t>
      </w:r>
    </w:p>
    <w:p>
      <w:pPr>
        <w:jc w:val="right"/>
      </w:pPr>
      <w:r>
        <w:t>وہ اللہ کو پسند ہیں۔ پسند کے معنی یہ نہیں کہ ہم جیسے ہم کسی گانے کو پسند کرتے ہیں اس سینس میں۔ اس کا مطلب یہ ہے کہ وہ سچی دعا ہوتی ہے۔</w:t>
      </w:r>
    </w:p>
    <w:p>
      <w:r>
        <w:rPr>
          <w:b/>
        </w:rPr>
        <w:t xml:space="preserve">[18:39] </w:t>
      </w:r>
      <w:r>
        <w:t>woh woh dua hoti hai jo Allah ko matloob hai.</w:t>
      </w:r>
    </w:p>
    <w:p>
      <w:pPr>
        <w:jc w:val="right"/>
      </w:pPr>
      <w:r>
        <w:t>وہ وہ دعا ہوتی ہے جو اللہ کو مطلوب ہے۔</w:t>
      </w:r>
    </w:p>
    <w:p>
      <w:r>
        <w:rPr>
          <w:b/>
        </w:rPr>
        <w:t xml:space="preserve">[18:45] </w:t>
      </w:r>
      <w:r>
        <w:t>to desire management ka sab se bara raaz jo bataya gaya hai hadith mein woh hai qanaat, contentment. contentment.</w:t>
      </w:r>
    </w:p>
    <w:p>
      <w:pPr>
        <w:jc w:val="right"/>
      </w:pPr>
      <w:r>
        <w:t>تو ڈیزائر مینجمنٹ کا سب سے بڑا راز جو بتایا گیا ہے حدیث میں وہ ہے قناعت، کنٹینٹمنٹ۔ کنٹینٹمنٹ۔</w:t>
      </w:r>
    </w:p>
    <w:p>
      <w:r>
        <w:rPr>
          <w:b/>
        </w:rPr>
        <w:t xml:space="preserve">[18:56] </w:t>
      </w:r>
      <w:r>
        <w:t>agar aap contentment par razi na hon to yaad rakhiye kabhi bhi aap desire management ka amal nahi kar sakte.</w:t>
      </w:r>
    </w:p>
    <w:p>
      <w:pPr>
        <w:jc w:val="right"/>
      </w:pPr>
      <w:r>
        <w:t>اگر آپ کنٹینٹمنٹ پر راضی نہ ہوں تو یاد رکھیے کبھی بھی آپ ڈیزائر مینجمنٹ کا عمل نہیں کر سکتے۔</w:t>
      </w:r>
    </w:p>
    <w:p>
      <w:r>
        <w:rPr>
          <w:b/>
        </w:rPr>
        <w:t xml:space="preserve">[19:15] </w:t>
      </w:r>
      <w:r>
        <w:t>jo desire tarah tarah ki di gayi hain hum ko,</w:t>
      </w:r>
    </w:p>
    <w:p>
      <w:pPr>
        <w:jc w:val="right"/>
      </w:pPr>
      <w:r>
        <w:t>جو ڈیزائر طرح طرح کی دی گئی ہیں ہم کو،</w:t>
      </w:r>
    </w:p>
    <w:p>
      <w:r>
        <w:rPr>
          <w:b/>
        </w:rPr>
        <w:t xml:space="preserve">[19:20] </w:t>
      </w:r>
      <w:r>
        <w:t>un ko humein manage karna hai. kyun ke poori hongi woh paradise mein, duniya mein nahi. fulfillment milega paradise mein, duniya mein to humein in desires ko manage karna hai.</w:t>
      </w:r>
    </w:p>
    <w:p>
      <w:pPr>
        <w:jc w:val="right"/>
      </w:pPr>
      <w:r>
        <w:t>ان کو ہمیں مینج کرنا ہے۔ کیونکہ پوری ہوں گی وہ پیراڈائز میں، دنیا میں نہیں۔ فلفلمنٹ ملے گا پیراڈائز میں، دنیا میں تو ہمیں ان ڈیزائر کو مینج کرنا ہے۔</w:t>
      </w:r>
    </w:p>
    <w:p>
      <w:r>
        <w:rPr>
          <w:b/>
        </w:rPr>
        <w:t xml:space="preserve">[19:34] </w:t>
      </w:r>
      <w:r>
        <w:t>aur manage karne ka formula kya hai? qanaat. hadith mein aata hai: qana Allah bima ata. is ke andar contentment ho us par jo khuda ne use diya hai.</w:t>
      </w:r>
    </w:p>
    <w:p>
      <w:pPr>
        <w:jc w:val="right"/>
      </w:pPr>
      <w:r>
        <w:t>اور مینج کرنے کا فارمولا کیا ہے؟ قناعت۔ حدیث میں آتا ہے: قنا اللہ بما آتا۔ اس کے اندر کنٹینٹمنٹ ہو اس پر جو خدا نے اسے دیا ہے۔</w:t>
      </w:r>
    </w:p>
    <w:p>
      <w:r>
        <w:rPr>
          <w:b/>
        </w:rPr>
        <w:t xml:space="preserve">[19:52] </w:t>
      </w:r>
      <w:r>
        <w:t>jab tak containment aap ke andar na ho, aap desire mein phanse rahenge, kabhi bhi is se bahar nahi nikalenge. impossible hai.</w:t>
      </w:r>
    </w:p>
    <w:p>
      <w:pPr>
        <w:jc w:val="right"/>
      </w:pPr>
      <w:r>
        <w:t>جب تک کنٹینٹمنٹ آپ کے اندر نہ ہو، آپ ڈیزائر میں پھنسے رہیں گے، کبھی بھی اس سے باہر نہیں نکلیں گے۔ امپاسیبل ہے۔</w:t>
      </w:r>
    </w:p>
    <w:p>
      <w:r>
        <w:rPr>
          <w:b/>
        </w:rPr>
        <w:t xml:space="preserve">[20:04] </w:t>
      </w:r>
      <w:r>
        <w:t>yani koi bhi cheez aisi nahi hogi jo aap ke desire ko khatam kar de. ek cheez milegi doosri cheez ki khwahish, doosri milegi teesri cheez ki khwahish.</w:t>
      </w:r>
    </w:p>
    <w:p>
      <w:pPr>
        <w:jc w:val="right"/>
      </w:pPr>
      <w:r>
        <w:t>یعنی کوئی بھی چیز ایسی نہیں ہوگی جو آپ کے ڈیزائر کو ختم کر دے۔ ایک چیز ملے گی دوسری چیز کی خواہش، دوسری ملے گی تیسری چیز کی خواہش۔</w:t>
      </w:r>
    </w:p>
    <w:p>
      <w:r>
        <w:rPr>
          <w:b/>
        </w:rPr>
        <w:t xml:space="preserve">[20:19] </w:t>
      </w:r>
      <w:r>
        <w:t>to desire kabhi khatam nahi hoti. poori history mein aisa koi insaan nahi paida hua jis ka target yeh ho ke use apni desire ko poora karna hai, aur kabhi is ka target ka end aa jaye.</w:t>
      </w:r>
    </w:p>
    <w:p>
      <w:pPr>
        <w:jc w:val="right"/>
      </w:pPr>
      <w:r>
        <w:t>تو ڈیزائر کبھی ختم نہیں ہوتی۔ پوری ہسٹری میں ایسا کوئی انسان نہیں پیدا ہوا جس کا ٹارگٹ یہ ہو کہ اسے اپنی ڈیزائر کو پورا کرنا ہے، اور کبھی اس کا ٹارگٹ کا اینڈ آ جائے۔</w:t>
      </w:r>
    </w:p>
    <w:p>
      <w:r>
        <w:rPr>
          <w:b/>
        </w:rPr>
        <w:t xml:space="preserve">[20:33] </w:t>
      </w:r>
      <w:r>
        <w:t>kabhi bhi aisa nahi hua. chahe woh king ho, chahe woh koi yani businessman ho, kisi bhi line ka aadmi ho, jo apna target yeh banaye ke mujhe apni desire ko poora karna hai,</w:t>
      </w:r>
    </w:p>
    <w:p>
      <w:pPr>
        <w:jc w:val="right"/>
      </w:pPr>
      <w:r>
        <w:t>کبھی بھی ایسا نہیں ہوا۔ چاہے وہ کنگ ہو، چاہے وہ کوئی یعنی بزنس مین ہو، کسی بھی لائن کا آدمی ہو، جو اپنا ٹارگٹ یہ بنائے کہ مجھے اپنی ڈیزائر کو پورا کرنا ہے،</w:t>
      </w:r>
    </w:p>
    <w:p>
      <w:r>
        <w:rPr>
          <w:b/>
        </w:rPr>
        <w:t xml:space="preserve">[20:52] </w:t>
      </w:r>
      <w:r>
        <w:t>woh ek aisi cheez ko target banata hai jo kabhi bhi poori hone wali nahi. to is wajah se is duniya mein hamein we have to learn the art of desire management.</w:t>
      </w:r>
    </w:p>
    <w:p>
      <w:pPr>
        <w:jc w:val="right"/>
      </w:pPr>
      <w:r>
        <w:t>وہ ایک ایسی چیز کو ٹارگٹ بناتا ہے جو کبھی بھی پوری ہونے والی نہیں۔ تو اس وجہ سے اس دنیا میں ہمیں وی ہیو ٹو لرن دا آرٹ آف ڈیزائر مینجمنٹ۔</w:t>
      </w:r>
    </w:p>
    <w:p>
      <w:r>
        <w:rPr>
          <w:b/>
        </w:rPr>
        <w:t xml:space="preserve">[21:04] </w:t>
      </w:r>
      <w:r>
        <w:t>is ke siwa koi bhi option hamare liye nahi hai is duniya mein.</w:t>
      </w:r>
    </w:p>
    <w:p>
      <w:pPr>
        <w:jc w:val="right"/>
      </w:pPr>
      <w:r>
        <w:t>اس کے سوا کوئی بھی آپشن ہمارے لیے نہیں ہے اس دنیا میں۔</w:t>
      </w:r>
    </w:p>
    <w:p>
      <w:r>
        <w:rPr>
          <w:b/>
        </w:rPr>
        <w:t xml:space="preserve">[21:14] </w:t>
      </w:r>
      <w:r>
        <w:t>aaj kal activism ka lafz bahut bola jata hai.</w:t>
      </w:r>
    </w:p>
    <w:p>
      <w:pPr>
        <w:jc w:val="right"/>
      </w:pPr>
      <w:r>
        <w:t>آج کل ایکٹیوزم کا لفظ بہت بولا جاتا ہے۔</w:t>
      </w:r>
    </w:p>
    <w:p>
      <w:r>
        <w:rPr>
          <w:b/>
        </w:rPr>
        <w:t xml:space="preserve">[21:21] </w:t>
      </w:r>
      <w:r>
        <w:t>judicial activism, media activism, educational activism. to is ko le kar agar main kahoon to main kahoon ga ke roze ka mahina jo hai woh woh hai spiritual activism ka mahina.</w:t>
      </w:r>
    </w:p>
    <w:p>
      <w:pPr>
        <w:jc w:val="right"/>
      </w:pPr>
      <w:r>
        <w:t>جوڈیشل ایکٹیوزم، میڈیا ایکٹیوزم، ایجوکیشنل ایکٹیوزم۔ تو اس کو لے کر اگر میں کہوں تو میں کہوں گا کہ روزے کا مہینہ جو ہے وہ وہ ہے اسپیچول ایکٹیوزم کا مہینہ۔</w:t>
      </w:r>
    </w:p>
    <w:p>
      <w:r>
        <w:rPr>
          <w:b/>
        </w:rPr>
        <w:t xml:space="preserve">[21:39] </w:t>
      </w:r>
      <w:r>
        <w:t>spiritual activism.</w:t>
      </w:r>
    </w:p>
    <w:p>
      <w:pPr>
        <w:jc w:val="right"/>
      </w:pPr>
      <w:r>
        <w:t>اسپیچول ایکٹیوزم۔</w:t>
      </w:r>
    </w:p>
    <w:p>
      <w:r>
        <w:rPr>
          <w:b/>
        </w:rPr>
        <w:t xml:space="preserve">[21:46] </w:t>
      </w:r>
      <w:r>
        <w:t>yani ek mahina hum khaas karte hain is ke liye ke hum</w:t>
      </w:r>
    </w:p>
    <w:p>
      <w:pPr>
        <w:jc w:val="right"/>
      </w:pPr>
      <w:r>
        <w:t>یعنی ایک مہینہ ہم خاص کرتے ہیں اس کے لیے کہ ہم</w:t>
      </w:r>
    </w:p>
    <w:p>
      <w:r>
        <w:rPr>
          <w:b/>
        </w:rPr>
        <w:t xml:space="preserve">[21:54] </w:t>
      </w:r>
      <w:r>
        <w:t>apni spirituality ko jagayenge. hamare andar jo jo content hai spirituality ka, woh aam dino mein soya rehta hai.</w:t>
      </w:r>
    </w:p>
    <w:p>
      <w:pPr>
        <w:jc w:val="right"/>
      </w:pPr>
      <w:r>
        <w:t>اپنی اسپیچولیٹی کو جگائیں گے۔ ہمارے اندر جو جو کنٹینٹ ہے اسپیچولیٹی کا، وہ عام دنوں میں سویا رہتا ہے۔</w:t>
      </w:r>
    </w:p>
    <w:p>
      <w:r>
        <w:rPr>
          <w:b/>
        </w:rPr>
        <w:t xml:space="preserve">[22:04] </w:t>
      </w:r>
      <w:r>
        <w:t>is ko hum jagayenge. jaise jo misaal abhi di maine ke bhookh jab tadpati hai tab woh ehsaasaat jaagte hain jis ko hum kehte hain Khuda ka gadgadana.</w:t>
      </w:r>
    </w:p>
    <w:p>
      <w:pPr>
        <w:jc w:val="right"/>
      </w:pPr>
      <w:r>
        <w:t>اس کو ہم جگائیں گے۔ جیسے جو مثال ابھی دی میں نے کہ بھوک جب تڑپاتی ہے تب وہ احساسات جاگتے ہیں جس کو ہم کہتے ہیں خدا کا گڑگڑانا۔</w:t>
      </w:r>
    </w:p>
    <w:p>
      <w:r>
        <w:rPr>
          <w:b/>
        </w:rPr>
        <w:t xml:space="preserve">[22:19] </w:t>
      </w:r>
      <w:r>
        <w:t>agar bhookh na tadpaye to Khuda ke saamne gadgadana, Khuda ke liye rona yeh kabhi bhi nahi aayega.</w:t>
      </w:r>
    </w:p>
    <w:p>
      <w:pPr>
        <w:jc w:val="right"/>
      </w:pPr>
      <w:r>
        <w:t>اگر بھوک نہ تڑپائے تو خدا کے سامنے گڑگڑانا، خدا کے لیے رونا یہ کبھی بھی نہیں آئے گا۔</w:t>
      </w:r>
    </w:p>
    <w:p>
      <w:r>
        <w:rPr>
          <w:b/>
        </w:rPr>
        <w:t xml:space="preserve">[22:29] </w:t>
      </w:r>
      <w:r>
        <w:t>kabhi bhi nahi aayega. to is liye yeh spiritual activism hai jo roze mein is ka tajurba karaya jata hai.</w:t>
      </w:r>
    </w:p>
    <w:p>
      <w:pPr>
        <w:jc w:val="right"/>
      </w:pPr>
      <w:r>
        <w:t>کبھی بھی نہیں آئے گا۔ تو اس لیے یہ اسپیچول ایکٹیوزم ہے جو روزے میں اس کا تجربہ کرایا جاتا ہے۔</w:t>
      </w:r>
    </w:p>
    <w:p>
      <w:r>
        <w:rPr>
          <w:b/>
        </w:rPr>
        <w:t xml:space="preserve">[22:40] </w:t>
      </w:r>
      <w:r>
        <w:t>jaise</w:t>
      </w:r>
    </w:p>
    <w:p>
      <w:pPr>
        <w:jc w:val="right"/>
      </w:pPr>
      <w:r>
        <w:t>جیسے</w:t>
      </w:r>
    </w:p>
    <w:p>
      <w:r>
        <w:rPr>
          <w:b/>
        </w:rPr>
        <w:t xml:space="preserve">[22:44] </w:t>
      </w:r>
      <w:r>
        <w:t>isi ka ek pehlu yeh hai spiritual activism ka ke hamare andar, hum mein se har shakhs ke andar arrogance hai.</w:t>
      </w:r>
    </w:p>
    <w:p>
      <w:pPr>
        <w:jc w:val="right"/>
      </w:pPr>
      <w:r>
        <w:t>اسی کا ایک پہلو یہ ہے اسپیچول ایکٹیوزم کا کہ ہمارے اندر، ہم میں سے ہر شخص کے اندر اروگنس ہے۔</w:t>
      </w:r>
    </w:p>
    <w:p>
      <w:r>
        <w:rPr>
          <w:b/>
        </w:rPr>
        <w:t xml:space="preserve">[22:54] </w:t>
      </w:r>
      <w:r>
        <w:t>is arrogance ko todna yeh matloob hai. har aadmi by birth arrogant hota hai.</w:t>
      </w:r>
    </w:p>
    <w:p>
      <w:pPr>
        <w:jc w:val="right"/>
      </w:pPr>
      <w:r>
        <w:t>اس اروگنس کو توڑنا یہ مطلوب ہے۔ ہر آدمی بائی برتھ اروگنٹ ہوتا ہے۔</w:t>
      </w:r>
    </w:p>
    <w:p>
      <w:r>
        <w:rPr>
          <w:b/>
        </w:rPr>
        <w:t xml:space="preserve">[23:04] </w:t>
      </w:r>
      <w:r>
        <w:t>koi exception is mein nahi hai.</w:t>
      </w:r>
    </w:p>
    <w:p>
      <w:pPr>
        <w:jc w:val="right"/>
      </w:pPr>
      <w:r>
        <w:t>کوئی ایکسیپشن اس میں نہیں ہے۔</w:t>
      </w:r>
    </w:p>
    <w:p>
      <w:r>
        <w:rPr>
          <w:b/>
        </w:rPr>
        <w:t xml:space="preserve">[23:08] </w:t>
      </w:r>
      <w:r>
        <w:t>to aap ke arrogance ko todna</w:t>
      </w:r>
    </w:p>
    <w:p>
      <w:pPr>
        <w:jc w:val="right"/>
      </w:pPr>
      <w:r>
        <w:t>تو آپ کے اروگنس کو توڑنا</w:t>
      </w:r>
    </w:p>
    <w:p>
      <w:r>
        <w:rPr>
          <w:b/>
        </w:rPr>
        <w:t xml:space="preserve">[23:13] </w:t>
      </w:r>
      <w:r>
        <w:t>yeh roze ka yeh bhi ek maqsad hai. kyunke aam halaat mein aadmi jab khata peeta hai to uska arrogance tootata nahi.</w:t>
      </w:r>
    </w:p>
    <w:p>
      <w:pPr>
        <w:jc w:val="right"/>
      </w:pPr>
      <w:r>
        <w:t>یہ روزے کا یہ بھی ایک مقصد ہے۔ کیونکہ عام حالات میں آدمی جب کھاتا پیتا ہے تو اس کا اروگنس ٹوٹتا نہیں۔</w:t>
      </w:r>
    </w:p>
    <w:p>
      <w:r>
        <w:rPr>
          <w:b/>
        </w:rPr>
        <w:t xml:space="preserve">[23:22] </w:t>
      </w:r>
      <w:r>
        <w:t>yani us ko helplessness ka ehsaas nahi hota kabhi. woh criticize nahi hota. jab pani pyaas lagi ho to pani pi liya, khwahish hui to chai pi liya, bhookh lagi ho to khana kha liya.</w:t>
      </w:r>
    </w:p>
    <w:p>
      <w:pPr>
        <w:jc w:val="right"/>
      </w:pPr>
      <w:r>
        <w:t>یعنی اس کو ہیلپ لیسنس کا احساس نہیں ہوتا کبھی۔ وہ کریٹیسائز نہیں ہوتا۔ جب پانی پیاس لگی ہو تو پانی پی لیا، خواہش ہوئی تو چائے پی لیا، بھوک لگی ہو تو کھانا کھا لیا۔</w:t>
      </w:r>
    </w:p>
    <w:p>
      <w:r>
        <w:rPr>
          <w:b/>
        </w:rPr>
        <w:t xml:space="preserve">[23:35] </w:t>
      </w:r>
      <w:r>
        <w:t>saari us ki cheezein us ko mil rahi hain, woh poori ho rahi hain. to us ko helplessness ka ehsaas kahan se hoga? to roze ka to roza helplessness ka tajurba karata hai.</w:t>
      </w:r>
    </w:p>
    <w:p>
      <w:pPr>
        <w:jc w:val="right"/>
      </w:pPr>
      <w:r>
        <w:t>ساری اس کی چیزیں اس کو مل رہی ہیں، وہ پورا ہو رہی ہیں۔ تو اس کو ہیلپ لیسنس کا احساس کہاں سے ہوگا؟ تو روزے کا تو روزہ جو ہے ہیلپ لیسنس کا تجربہ کراتا ہے۔</w:t>
      </w:r>
    </w:p>
    <w:p>
      <w:r>
        <w:rPr>
          <w:b/>
        </w:rPr>
        <w:t xml:space="preserve">[23:55] </w:t>
      </w:r>
      <w:r>
        <w:t>helplessness ka tajurba karata hai. jo log bahut zyada baat karte hain, yani abhi main Doordarshan ka ek program tha, parson narsoun,</w:t>
      </w:r>
    </w:p>
    <w:p>
      <w:pPr>
        <w:jc w:val="right"/>
      </w:pPr>
      <w:r>
        <w:t>ہیلپ لیسنس کا تجربہ کراتا ہے۔ جو لوگ بہت زیادہ بات کرتے ہیں، یعنی ابھی میں دورदर्شن کا ایک پروگرام تھا، پرسوں نرسوں،</w:t>
      </w:r>
    </w:p>
    <w:p>
      <w:r>
        <w:rPr>
          <w:b/>
        </w:rPr>
        <w:t xml:space="preserve">[24:10] </w:t>
      </w:r>
      <w:r>
        <w:t>wahan saare intellectual professor class ke log baithe hue the. har aadmi ajeeb ajeeb point nikaal kar ke apne ko superior bata raha tha.</w:t>
      </w:r>
    </w:p>
    <w:p>
      <w:pPr>
        <w:jc w:val="right"/>
      </w:pPr>
      <w:r>
        <w:t>وہاں سارے انٹلیکچول پروفیسر کلاس کے لوگ بیٹھے ہوئے تھے۔ ہر آدمی عجیب عجیب پوائنٹ نکال کر کے اپنے کو سپیریئر بتا رہا تھا۔</w:t>
      </w:r>
    </w:p>
    <w:p>
      <w:r>
        <w:rPr>
          <w:b/>
        </w:rPr>
        <w:t xml:space="preserve">[24:21] </w:t>
      </w:r>
      <w:r>
        <w:t>aur baat kahin khatam nahi hui. ek commercial harmony subject tha is ka, lekin hum koi message nahi de sake logon ko. kyunke har aadmi ek nayi baat nikaalta tha.</w:t>
      </w:r>
    </w:p>
    <w:p>
      <w:pPr>
        <w:jc w:val="right"/>
      </w:pPr>
      <w:r>
        <w:t>اور بات کہیں ختم نہیں ہوئی۔ ایک کمرل ہارمونی سبجیکٹ تھا اس کا، لیکن ہم کوئی میسج نہیں دے سکے لوگوں کو۔ کیونکہ ہر آدمی ایک نئی بات نکالتا تھا۔</w:t>
      </w:r>
    </w:p>
    <w:p>
      <w:r>
        <w:rPr>
          <w:b/>
        </w:rPr>
        <w:t xml:space="preserve">[24:33] </w:t>
      </w:r>
      <w:r>
        <w:t>kai baar maine dekha ke ek achhi baat kahi gayi</w:t>
      </w:r>
    </w:p>
    <w:p>
      <w:pPr>
        <w:jc w:val="right"/>
      </w:pPr>
      <w:r>
        <w:t>کئی بار میں نے دیکھا کہ ایک اچھی بات کہی گئی</w:t>
      </w:r>
    </w:p>
    <w:p>
      <w:r>
        <w:rPr>
          <w:b/>
        </w:rPr>
        <w:t xml:space="preserve">[24:42] </w:t>
      </w:r>
      <w:r>
        <w:t>aur usne ek ek ek ajeeb o ghareeb tor par us ko bhi radd kar diya. maslan main ne kaha ke ke aaj kal hamare India mein sab se zyada zaroorat hai education ki.</w:t>
      </w:r>
    </w:p>
    <w:p>
      <w:pPr>
        <w:jc w:val="right"/>
      </w:pPr>
      <w:r>
        <w:t>اور اس نے ایک ایک ایک عجیب و غریب طور پر اس کو بھی رد کر دیا۔ مثلاً میں نے کہا کہ کہ آج کل ہمارے انڈیا میں سب سے زیادہ ضرورت ہے ایجوکیشن کی۔</w:t>
      </w:r>
    </w:p>
    <w:p>
      <w:r>
        <w:rPr>
          <w:b/>
        </w:rPr>
        <w:t xml:space="preserve">[24:53] </w:t>
      </w:r>
      <w:r>
        <w:t>to ek professor sahab kya kehte hain? nahin, sewa ke baghair education nahin. kyunke Gandhi ji ne kaha tha ke sewa hona chahiye. ab koi yeh nahin sochta ke sewa gram banaya unhon ne aur fail ho gaya.</w:t>
      </w:r>
    </w:p>
    <w:p>
      <w:pPr>
        <w:jc w:val="right"/>
      </w:pPr>
      <w:r>
        <w:t>تو ایک پروفیسر صاحب کیا کہتے ہیں؟ نہیں، سیوا کے بغیر ایجوکیشن نہیں۔ کیونکہ گاندھی جی نے کہا تھا کہ سیوا ہونا چاہیے۔ اب کوئی یہ نہیں سوچتا کہ سیوا گرام بنایا انہوں نے اور فیل ہو گیا۔</w:t>
      </w:r>
    </w:p>
    <w:p>
      <w:r>
        <w:rPr>
          <w:b/>
        </w:rPr>
        <w:t xml:space="preserve">[25:05] </w:t>
      </w:r>
      <w:r>
        <w:t>to ab to re assessment ka mauqa hai.</w:t>
      </w:r>
    </w:p>
    <w:p>
      <w:pPr>
        <w:jc w:val="right"/>
      </w:pPr>
      <w:r>
        <w:t>تو اب تو ری اسیسمنٹ کا موقع ہے۔</w:t>
      </w:r>
    </w:p>
    <w:p>
      <w:r>
        <w:rPr>
          <w:b/>
        </w:rPr>
        <w:t xml:space="preserve">[25:10] </w:t>
      </w:r>
      <w:r>
        <w:t>yeh sahi Gandhi ji ne bataya tha, sewa ko unhon ne base banaya tha aur sewa gram banaya tha. yaani teen village banaye gaye: sewa gram, kasturba gram, vinoba gram.</w:t>
      </w:r>
    </w:p>
    <w:p>
      <w:pPr>
        <w:jc w:val="right"/>
      </w:pPr>
      <w:r>
        <w:t>یہ صحیح گاندھی جی نے بتایا تھا، سیوا کو انہوں نے بیس بنایا تھا اور سیوا گرام بنایا تھا۔ یعنی تین ولیج بنائے گئے: سیوا گرام، کستوروا گرام، وینوبا گرام۔</w:t>
      </w:r>
    </w:p>
    <w:p>
      <w:r>
        <w:rPr>
          <w:b/>
        </w:rPr>
        <w:t xml:space="preserve">[25:22] </w:t>
      </w:r>
      <w:r>
        <w:t>aur teeno fail ho gaye. main teeno mein gaya hoon, main wahan wahi hai jo har jagah hota hai. wahi corruption, wahi anarchy, wahi jhagde.</w:t>
      </w:r>
    </w:p>
    <w:p>
      <w:pPr>
        <w:jc w:val="right"/>
      </w:pPr>
      <w:r>
        <w:t>اور تینوں فیل ہو گئے۔ میں تینوں میں گیا ہوں، میں وہاں وہی ہے جو ہر جگہ ہوتا ہے۔ وہی کرپشن، وہی انارکی، وہی جھگڑے۔</w:t>
      </w:r>
    </w:p>
    <w:p>
      <w:r>
        <w:rPr>
          <w:b/>
        </w:rPr>
        <w:t xml:space="preserve">[25:32] </w:t>
      </w:r>
      <w:r>
        <w:t>to sewa ko le kar ke sudhaar paida karna woh to fail ho chuka hai. to re assessment karne ki zaroorat hai.</w:t>
      </w:r>
    </w:p>
    <w:p>
      <w:pPr>
        <w:jc w:val="right"/>
      </w:pPr>
      <w:r>
        <w:t>تو سیوا کو لے کر کے سدھار پیدا کرنا وہ تو فیل ہو چکا ہے۔ تو ری اسیسمنٹ کرنے کی ضرورت ہے۔</w:t>
      </w:r>
    </w:p>
    <w:p>
      <w:r>
        <w:rPr>
          <w:b/>
        </w:rPr>
        <w:t xml:space="preserve">[25:41] </w:t>
      </w:r>
      <w:r>
        <w:t>to main ne jab education ki baat kahi to Gandhi ke naam le kar unhon ne is ko kaat diya. phir main ne kaha ke South Korea mein, Singapore mein, Japan mein dekhen, education se unhon ne koi starting point banaya to us se itni taraqqi wahan par hui.</w:t>
      </w:r>
    </w:p>
    <w:p>
      <w:pPr>
        <w:jc w:val="right"/>
      </w:pPr>
      <w:r>
        <w:t>تو میں نے جب ایجوکیشن کی بات کہی تو گاندھی کے نام لے کر انہوں نے اس کو کاٹ دیا۔ پھر میں نے کہا کہ ساؤتھ کوریا میں، سنگاپور میں، جاپان میں دیکھیں، ایجوکیشن سے انہوں نے کوئی سٹارٹنگ پوائنٹ بنایا تو اس سے اتنی ترقی وہاں پر ہوئی۔</w:t>
      </w:r>
    </w:p>
    <w:p>
      <w:r>
        <w:rPr>
          <w:b/>
        </w:rPr>
        <w:t xml:space="preserve">[25:59] </w:t>
      </w:r>
      <w:r>
        <w:t>to ek sahab kya kehte hain? wahan bhi jhagde hain. ab yeh bilkul stupid baat hai yeh. jhagde khatm nahin ho sakte kabhi bhi.</w:t>
      </w:r>
    </w:p>
    <w:p>
      <w:pPr>
        <w:jc w:val="right"/>
      </w:pPr>
      <w:r>
        <w:t>تو ایک صاحب کیا کہتے ہیں؟ وہاں بھی جھگڑے ہیں۔ اب یہ بالکل سٹوپڈ بات ہے یہ۔ جھگڑے ختم نہیں ہو سکتے کبھی بھی۔</w:t>
      </w:r>
    </w:p>
    <w:p>
      <w:r>
        <w:rPr>
          <w:b/>
        </w:rPr>
        <w:t xml:space="preserve">[26:10] </w:t>
      </w:r>
      <w:r>
        <w:t>to main ne kaha ke jis cheez ko aap jhagda kehte hain, woh differences hote hain. to is ka hal kya hai?</w:t>
      </w:r>
    </w:p>
    <w:p>
      <w:pPr>
        <w:jc w:val="right"/>
      </w:pPr>
      <w:r>
        <w:t>تو میں نے کہا کہ جس چیز کو آپ جھگڑا کہتے ہیں، وہ ڈیفرنسز ہوتے ہیں۔ تو اس کا حل کیا ہے؟</w:t>
      </w:r>
    </w:p>
    <w:p>
      <w:r>
        <w:rPr>
          <w:b/>
        </w:rPr>
        <w:t xml:space="preserve">[26:19] </w:t>
      </w:r>
      <w:r>
        <w:t>you have to learn the art of different management. tab ek sahab kya kehte hain? sahab, anyaay to ladna padega. ab dekhen, anyaay ladna padega to result to dekho.</w:t>
      </w:r>
    </w:p>
    <w:p>
      <w:pPr>
        <w:jc w:val="right"/>
      </w:pPr>
      <w:r>
        <w:t>یو ہیو ٹو لرن دا آرٹ آف ڈیفرنٹ مینجمنٹ۔ تب ایک صاحب کیا کہتے ہیں؟ صاحب، انیاس تو لڑنا پڑے گا۔ اب دیکھیں، انیاس لڑنا پڑے گا تو رزلٹ تو دیکھو۔</w:t>
      </w:r>
    </w:p>
    <w:p>
      <w:r>
        <w:rPr>
          <w:b/>
        </w:rPr>
        <w:t xml:space="preserve">[26:33] </w:t>
      </w:r>
      <w:r>
        <w:t>yaani anyaay ladne ke liye aap apni jaan de denge.</w:t>
      </w:r>
    </w:p>
    <w:p>
      <w:pPr>
        <w:jc w:val="right"/>
      </w:pPr>
      <w:r>
        <w:t>یعنی انیاس لڑنے کے لیے آپ اپنی جان دے دیں گے۔</w:t>
      </w:r>
    </w:p>
    <w:p>
      <w:r>
        <w:rPr>
          <w:b/>
        </w:rPr>
        <w:t xml:space="preserve">[26:38] </w:t>
      </w:r>
      <w:r>
        <w:t>anyaay se ladne ke liye, injustice se ladne ke liye phir sochna padega ke result kya nikalne wala hai. to ek ke baad ek, ek ke baad ek aadmi ek ek ek shosha nikaal nikaal kar ke aur baaton ko radd karte rahe woh, aur baat aakhir mein kuch bhi nahin bani.</w:t>
      </w:r>
    </w:p>
    <w:p>
      <w:pPr>
        <w:jc w:val="right"/>
      </w:pPr>
      <w:r>
        <w:t>انیاس سے لڑنے کے لیے، انجسٹس سے لڑنے کے لیے پھر سوچنا پڑے گا کہ رزلٹ کیا نکلنے والا ہے۔ تو ایک کے بعد ایک، ایک کے بعد ایک آدمی ایک ایک ایک شوشہ نکال نکال کر کے اور باتوں کو رد کرتے رہے وہ، اور بات آخر میں کچھ بھی نہیں بنی۔</w:t>
      </w:r>
    </w:p>
    <w:p>
      <w:r>
        <w:rPr>
          <w:b/>
        </w:rPr>
        <w:t xml:space="preserve">[26:58] </w:t>
      </w:r>
      <w:r>
        <w:t>to jab main wahan se utha to mere mind mein, main waqi ke main ro raha tha aur mere mind mein yeh tha ke yeh yeh jis cheez ko logic kehte hain, woh logic kya hai?</w:t>
      </w:r>
    </w:p>
    <w:p>
      <w:pPr>
        <w:jc w:val="right"/>
      </w:pPr>
      <w:r>
        <w:t>تو جب میں وہاں سے اٹھا تو میرے مائنڈ میں، میں واقعی کہ میں رو رہا تھا اور میرے مائنڈ میں یہ تھا کہ یہ یہ جس چیز کو لاجک کہتے ہیں، وہ لاجک کیا ہے؟</w:t>
      </w:r>
    </w:p>
    <w:p>
      <w:r>
        <w:rPr>
          <w:b/>
        </w:rPr>
        <w:t xml:space="preserve">[27:19] </w:t>
      </w:r>
      <w:r>
        <w:t>to main ne kaha ke logic is a phenomena of stubbornness rather than of scientific attitude.</w:t>
      </w:r>
    </w:p>
    <w:p>
      <w:pPr>
        <w:jc w:val="right"/>
      </w:pPr>
      <w:r>
        <w:t>تو میں نے کہا کہ لاجک از اے فیناومینا آف اسٹبرنس رادر دین آف سائنٹیفک ایٹیٹیوڈ۔</w:t>
      </w:r>
    </w:p>
    <w:p>
      <w:r>
        <w:rPr>
          <w:b/>
        </w:rPr>
        <w:t xml:space="preserve">[27:30] </w:t>
      </w:r>
      <w:r>
        <w:t>is isi ehsaas ko le kar main wahan se lauta. har aadmi ek jhooti logic, ek false logic laga raha hai. false logic laga kar har baat ko defeat kar raha hai woh.</w:t>
      </w:r>
    </w:p>
    <w:p>
      <w:pPr>
        <w:jc w:val="right"/>
      </w:pPr>
      <w:r>
        <w:t>اس اسی احساس کو لے کر میں وہاں سے لوٹا۔ ہر آدمی ایک جھوٹی لاجک، ایک فالس لاجک لگا رہا ہے۔ فالس لاجک لگا کر ہر بات کو ڈیفیوٹ کر رہا ہے وہ۔</w:t>
      </w:r>
    </w:p>
    <w:p>
      <w:r>
        <w:rPr>
          <w:b/>
        </w:rPr>
        <w:t xml:space="preserve">[27:39] </w:t>
      </w:r>
      <w:r>
        <w:t>to main wapas hua, mera dil ro raha tha aur main keh raha tha ke logic is a phenomena of stubbornness rather than of scientific attitude.</w:t>
      </w:r>
    </w:p>
    <w:p>
      <w:pPr>
        <w:jc w:val="right"/>
      </w:pPr>
      <w:r>
        <w:t>تو میں واپس ہوا، میرا دل رو رہا تھا اور میں کہہ رہا تھا کہ لاجک از اے فیناومینا آف اسٹبرنس رادر دین آف سائنٹیفک ایٹیٹیوڈ۔</w:t>
      </w:r>
    </w:p>
    <w:p>
      <w:r>
        <w:rPr>
          <w:b/>
        </w:rPr>
        <w:t xml:space="preserve">[27:50] </w:t>
      </w:r>
      <w:r>
        <w:t>isi ko todne ke liye roza rakha gaya hai. log stubbornness ko todna, log arrogance ko todna, apni apne superiority ke ehsaas ko todna.</w:t>
      </w:r>
    </w:p>
    <w:p>
      <w:pPr>
        <w:jc w:val="right"/>
      </w:pPr>
      <w:r>
        <w:t>اسی کو توڑنے کے لیے روزہ رکھا گیا ہے۔ لوگ اسٹبرنس کو توڑنا، لوگ اروگنس کو توڑنا، اپنی اپنے سپیریٹی کے احساس کو توڑنا۔</w:t>
      </w:r>
    </w:p>
    <w:p>
      <w:r>
        <w:rPr>
          <w:b/>
        </w:rPr>
        <w:t xml:space="preserve">[28:05] </w:t>
      </w:r>
      <w:r>
        <w:t>to roza ek bahut badi scheme hai insaan ke sudhaar ke liye.</w:t>
      </w:r>
    </w:p>
    <w:p>
      <w:pPr>
        <w:jc w:val="right"/>
      </w:pPr>
      <w:r>
        <w:t>تو روزہ ایک بہت بڑی اسکیم ہے انسان کے سدھار کے لیے۔</w:t>
      </w:r>
    </w:p>
    <w:p>
      <w:r>
        <w:rPr>
          <w:b/>
        </w:rPr>
        <w:t xml:space="preserve">[28:14] </w:t>
      </w:r>
      <w:r>
        <w:t>kuch log, ek sahab mujhe mile, woh kya kehne lage ke sahab, woh Arab mein khane peene ko nahin hota tha to wahan roza rakh diya gaya.</w:t>
      </w:r>
    </w:p>
    <w:p>
      <w:pPr>
        <w:jc w:val="right"/>
      </w:pPr>
      <w:r>
        <w:t>کچھ لوگ، ایک صاحب مجھے ملے، وہ کیا کہنے لگے کہ صاحب، وہ عرب میں کھانے پینے کو نہیں ہوتا تھا تو وہاں روزہ رکھ دیا گیا۔</w:t>
      </w:r>
    </w:p>
    <w:p>
      <w:r>
        <w:rPr>
          <w:b/>
        </w:rPr>
        <w:t xml:space="preserve">[28:25] </w:t>
      </w:r>
      <w:r>
        <w:t>kaha yeh bilkul stupid baat hai yeh. roza spiritual development ke liye hai, personality development ke liye hai, intellectual development ke liye hai.</w:t>
      </w:r>
    </w:p>
    <w:p>
      <w:pPr>
        <w:jc w:val="right"/>
      </w:pPr>
      <w:r>
        <w:t>کہا یہ بالکل سٹوپڈ بات ہے یہ۔ روزہ اسپیچول ڈیولپمنٹ کے لیے ہے، پرسنیلٹی ڈیولپمنٹ کے لیے ہے، انٹلیکچول ڈیولپمنٹ کے لیے ہے۔</w:t>
      </w:r>
    </w:p>
    <w:p>
      <w:r>
        <w:rPr>
          <w:b/>
        </w:rPr>
        <w:t xml:space="preserve">[28:36] </w:t>
      </w:r>
      <w:r>
        <w:t>is liye nahin ke woh khana peena nahin tha, is liye wahan roza rakh diya gaya. to intellectuals jo hain, kya karte hain? ek false logic nikaal kar is ko defeat kar dete hain.</w:t>
      </w:r>
    </w:p>
    <w:p>
      <w:pPr>
        <w:jc w:val="right"/>
      </w:pPr>
      <w:r>
        <w:t>اس لیے نہیں کہ وہ کھانا پینا نہیں تھا، اس لیے وہاں روزہ رکھ دیا گیا۔ تو انٹلیکچولز جو ہیں، کیا کرتے ہیں؟ ایک فالس لاجک نکال کر اس کو ڈیفیوٹ کر دیتے ہیں۔</w:t>
      </w:r>
    </w:p>
    <w:p>
      <w:r>
        <w:rPr>
          <w:b/>
        </w:rPr>
        <w:t xml:space="preserve">[28:48] </w:t>
      </w:r>
      <w:r>
        <w:t>main ne poori duniya mein yeh dekha hai, Europe mein, America mein, har jagah mein. aaj kal to main nahin ja raha hoon, conferences mein jaata tha. har conference jo hai, yaani baghair result ke khatm ho jati hai.</w:t>
      </w:r>
    </w:p>
    <w:p>
      <w:pPr>
        <w:jc w:val="right"/>
      </w:pPr>
      <w:r>
        <w:t>میں نے پوری دنیا میں یہ دیکھا ہے، یورپ میں، امریکہ میں، ہر جگہ میں۔ آج کل تو میں نہیں جا رہا ہوں، کانفرنسز میں جاتا تھا۔ ہر کانفرنس جو ہے، یعنی بغیر رزلٹ کے ختم ہو جاتی ہے۔</w:t>
      </w:r>
    </w:p>
    <w:p>
      <w:r>
        <w:rPr>
          <w:b/>
        </w:rPr>
        <w:t xml:space="preserve">[29:02] </w:t>
      </w:r>
      <w:r>
        <w:t>main without any exception keh sakta hoon ke har conference, intellectuals ki jo conference hoti hai, professors ki, intellectuals ki, baghair kisi result ke khatm ho jati hai.</w:t>
      </w:r>
    </w:p>
    <w:p>
      <w:pPr>
        <w:jc w:val="right"/>
      </w:pPr>
      <w:r>
        <w:t>میں ودا آؤٹ اینی ایکسیپشن کہہ سکتا ہوں کہ ہر کانفرنس، انٹلیکچولز کی جو کانفرنس ہوتی ہے، پروفیسرز کی، انٹلیکچولز کی، بغیر کسی رزلٹ کے ختم ہو جاتی ہے۔</w:t>
      </w:r>
    </w:p>
    <w:p>
      <w:r>
        <w:rPr>
          <w:b/>
        </w:rPr>
        <w:t xml:space="preserve">[29:14] </w:t>
      </w:r>
      <w:r>
        <w:t>kyunke har aadmi doosre baat ko defeat karta hai. har aadmi doosre baat ko defeat karta hai, koi manta hi nahin.</w:t>
      </w:r>
    </w:p>
    <w:p>
      <w:pPr>
        <w:jc w:val="right"/>
      </w:pPr>
      <w:r>
        <w:t>کیونکہ ہر آدمی دوسرے بات کو ڈیفیوٹ کرتا ہے۔ ہر آدمی دوسرے بات کو ڈیفیوٹ کرتا ہے، کوئی مانتا ہی نہیں۔</w:t>
      </w:r>
    </w:p>
    <w:p>
      <w:r>
        <w:rPr>
          <w:b/>
        </w:rPr>
        <w:t xml:space="preserve">[29:23] </w:t>
      </w:r>
      <w:r>
        <w:t>isi isi yani isi mizaj ko torny ke liye roza rakha gaya hai. logon ke andar stubbornness khatm ho, logon ke andar arrogance khatm ho to saal mein ek mahina rakha gaya hai is ke liye.</w:t>
      </w:r>
    </w:p>
    <w:p>
      <w:pPr>
        <w:jc w:val="right"/>
      </w:pPr>
      <w:r>
        <w:t>اسی اسی یعنی اسی مزاج کو توڑنے کے لیے روزہ رکھا گیا ہے۔ لوگوں کے اندر اسٹبرنس ختم ہو، لوگوں کے اندر اروگنس ختم ہو تو سال میں ایک مہینہ رکھا گیا ہے اس کے لیے۔</w:t>
      </w:r>
    </w:p>
    <w:p>
      <w:r>
        <w:rPr>
          <w:b/>
        </w:rPr>
        <w:t xml:space="preserve">[29:40] </w:t>
      </w:r>
      <w:r>
        <w:t>yahan mein ek baat yeh arz karoon ke psychological studies se maloom hua hai ke habit forming ki ek period hoti hai.</w:t>
      </w:r>
    </w:p>
    <w:p>
      <w:pPr>
        <w:jc w:val="right"/>
      </w:pPr>
      <w:r>
        <w:t>یہاں میں ایک بات یہ عرض کروں کہ سائیکلوجیکل اسٹڈیز سے معلوم ہوا ہے کہ ہیبٹ فارمنگ کی ایک پیریڈ ہوتی ہے۔</w:t>
      </w:r>
    </w:p>
    <w:p>
      <w:r>
        <w:rPr>
          <w:b/>
        </w:rPr>
        <w:t xml:space="preserve">[29:50] </w:t>
      </w:r>
      <w:r>
        <w:t>yeh thirty days se, ab agar aap kisi kaam ko ek din karen, do din karen to aap ki habit nahi banegi woh. lekin kisi ek kaam ko aap continuously thirty days tak karen, ek mahine tak karen to woh cheez aap ki habit ban jati hai.</w:t>
      </w:r>
    </w:p>
    <w:p>
      <w:pPr>
        <w:jc w:val="right"/>
      </w:pPr>
      <w:r>
        <w:t>یہ تھرٹی ڈیز سے، اب اگر آپ کسی کام کو ایک دن کریں، دو دن کریں تو آپ کی ہیبٹ نہیں بنے گی وہ۔ لیکن کسی ایک کام کو آپ کنٹینیوسلی تھرٹی ڈیز تک کریں، ایک مہینے تک کریں تو وہ چیز آپ کی ہیبٹ بن جاتی ہے۔</w:t>
      </w:r>
    </w:p>
    <w:p>
      <w:r>
        <w:rPr>
          <w:b/>
        </w:rPr>
        <w:t xml:space="preserve">[30:10] </w:t>
      </w:r>
      <w:r>
        <w:t>woh cheez aap ki habit ban jati hai. to is wajah se yeh jo rakha gaya hai ek mahina, to yeh kaha gaya ke habit forming period hai.</w:t>
      </w:r>
    </w:p>
    <w:p>
      <w:pPr>
        <w:jc w:val="right"/>
      </w:pPr>
      <w:r>
        <w:t>وہ چیز آپ کی ہیبٹ بن جاتی ہے۔ تو اس وجہ سے یہ جو رکھا گیا ہے ایک مہینہ، تو یہ کہا گیا کہ ہیبٹ فارمنگ پیریڈ ہے۔</w:t>
      </w:r>
    </w:p>
    <w:p>
      <w:r>
        <w:rPr>
          <w:b/>
        </w:rPr>
        <w:t xml:space="preserve">[30:22] </w:t>
      </w:r>
      <w:r>
        <w:t>matlab bohat hi scientific hai yeh. bohat hi scientific hai.</w:t>
      </w:r>
    </w:p>
    <w:p>
      <w:pPr>
        <w:jc w:val="right"/>
      </w:pPr>
      <w:r>
        <w:t>مطلب بہت ہی سائنٹیفک ہے یہ۔ بہت ہی سائنٹیفک ہے۔</w:t>
      </w:r>
    </w:p>
    <w:p>
      <w:r>
        <w:rPr>
          <w:b/>
        </w:rPr>
        <w:t xml:space="preserve">[30:31] </w:t>
      </w:r>
      <w:r>
        <w:t>yani woh woh period, woh minimum period, yeh minimum period hai yeh. aap saal bhar agar karen kisi kaam ko to zahir hai ke tab bhi aap ki woh habit ban jayegi woh.</w:t>
      </w:r>
    </w:p>
    <w:p>
      <w:pPr>
        <w:jc w:val="right"/>
      </w:pPr>
      <w:r>
        <w:t>یعنی وہ وہ پیریڈ، وہ منیمم پیریڈ، یہ منیمم پیریڈ ہے یہ۔ آپ سال بھر اگر کریں کسی کام کو تو ظاہر ہے کہ تب بھی آپ کی وہ ہیبٹ بن جائے گی وہ۔</w:t>
      </w:r>
    </w:p>
    <w:p>
      <w:r>
        <w:rPr>
          <w:b/>
        </w:rPr>
        <w:t xml:space="preserve">[30:44] </w:t>
      </w:r>
      <w:r>
        <w:t>bohat pakki ho jayegi woh. lekin yeh thirty days jo hai, minimum period hai. jab ke woh cheez aap ki habit ban jaye. to roze mein yeh jo kiya aata hai, desire management aur helplessness ka ehsas aur Khuda se jodna waghera waghera, jo kiya aata hai woh</w:t>
      </w:r>
    </w:p>
    <w:p>
      <w:pPr>
        <w:jc w:val="right"/>
      </w:pPr>
      <w:r>
        <w:t>بہت پکی ہو جائے گی وہ۔ لیکن یہ تھرٹی ڈیز جو ہے، منیمم پیریڈ ہے۔ جب کہ وہ چیز آپ کی ہیبٹ بن جائے۔ تو روزے میں یہ جو کیا آتا ہے، ڈیزائر مینجمنٹ اور ہیلپ لیسنس کا احساس اور خدا سے جوڑنا وغیرہ وغیرہ، جو کیا آتا ہے وہ</w:t>
      </w:r>
    </w:p>
    <w:p>
      <w:r>
        <w:rPr>
          <w:b/>
        </w:rPr>
        <w:t xml:space="preserve">[31:08] </w:t>
      </w:r>
      <w:r>
        <w:t>woh aap tees din tak is liye karwaya jata hai ke woh cheez aap ki habit ban jaye aur phir aage ke jo mahine hain, poora saal, woh aap ke sath, aap ki zindagi mein shamil rahe.</w:t>
      </w:r>
    </w:p>
    <w:p>
      <w:pPr>
        <w:jc w:val="right"/>
      </w:pPr>
      <w:r>
        <w:t>وہ آپ تیس دن تک اس لیے کروایا جاتا ہے کہ وہ چیز آپ کی ہیبٹ بن جائے اور پھر آگے کے جو مہینے ہیں، پورا سال، وہ آپ کے ساتھ، آپ کی زندگی میں شامل رہے۔</w:t>
      </w:r>
    </w:p>
    <w:p>
      <w:r>
        <w:rPr>
          <w:b/>
        </w:rPr>
        <w:t xml:space="preserve">[31:24] </w:t>
      </w:r>
      <w:r>
        <w:t>aap jante hain ke roza jo hai, aap jante hain ke yani calendar ek woh hota hai jo sun par base karta hai, ek hai moon par base karta hai.</w:t>
      </w:r>
    </w:p>
    <w:p>
      <w:pPr>
        <w:jc w:val="right"/>
      </w:pPr>
      <w:r>
        <w:t>آپ جانتے ہیں کہ روزہ جو ہے، آپ جانتے ہیں کہ یعنی کیلنڈر ایک وہ ہوتا ہے جو سن پر بیس کرتا ہے، ایک ہے مون پر بیس کرتا ہے۔</w:t>
      </w:r>
    </w:p>
    <w:p>
      <w:r>
        <w:rPr>
          <w:b/>
        </w:rPr>
        <w:t xml:space="preserve">[31:34] </w:t>
      </w:r>
      <w:r>
        <w:t>to hamara jo Christian calendar hai, woh to sun par base karta hai. sun ki movement par. lekin roza jo rakha gaya hai, woh yeh Hijri calendar hai, woh jo moon par base karta hai.</w:t>
      </w:r>
    </w:p>
    <w:p>
      <w:pPr>
        <w:jc w:val="right"/>
      </w:pPr>
      <w:r>
        <w:t>تو ہمارا جو کرسچین کیلنڈر ہے، وہ تو سن پر بیس کرتا ہے۔ سن کی موومنٹ پر۔ لیکن روزہ جو رکھا گیا ہے، وہ یہ ہجری کیلنڈر ہے، وہ جو مون پر بیس کرتا ہے۔</w:t>
      </w:r>
    </w:p>
    <w:p>
      <w:r>
        <w:rPr>
          <w:b/>
        </w:rPr>
        <w:t xml:space="preserve">[31:49] </w:t>
      </w:r>
      <w:r>
        <w:t>iski wajah se kya hota hai ke roze ka mahina mukhtalif mausam mein aata hai. agar sun par kiya aata hai, farz karen ke December ke mahine mein rakho to hamesha woh aata thanday mausam mein.</w:t>
      </w:r>
    </w:p>
    <w:p>
      <w:pPr>
        <w:jc w:val="right"/>
      </w:pPr>
      <w:r>
        <w:t>اس کی وجہ سے کیا ہوتا ہے کہ روزے کا مہینہ مختلف موسم میں آتا ہے۔ اگر سن پر کیا آتا ہے، فرض کریں کہ دسمبر کے مہینے میں رکھو تو ہمیشہ وہ آتا ٹھنڈے موسم میں۔</w:t>
      </w:r>
    </w:p>
    <w:p>
      <w:r>
        <w:rPr>
          <w:b/>
        </w:rPr>
        <w:t xml:space="preserve">[32:08] </w:t>
      </w:r>
      <w:r>
        <w:t>thanday mausam mein aata. June mein kabhi bhi na aata. lekin Hijri calendar ka matlab yeh hua ke woh badalta rahega.</w:t>
      </w:r>
    </w:p>
    <w:p>
      <w:pPr>
        <w:jc w:val="right"/>
      </w:pPr>
      <w:r>
        <w:t>ٹھنڈے موسم میں آتا۔ جون میں کبھی بھی نہ آتا۔ لیکن ہجری کیلنڈر کا مطلب یہ ہوا کہ وہ بدلتا رہے گا۔</w:t>
      </w:r>
    </w:p>
    <w:p>
      <w:r>
        <w:rPr>
          <w:b/>
        </w:rPr>
        <w:t xml:space="preserve">[32:19] </w:t>
      </w:r>
      <w:r>
        <w:t>kabhi garmi mein, kabhi jhaade mein, kabhi barsaat mein. yani bar bar woh badalta rahega aur mukhtalif mausam mein aata rahega.</w:t>
      </w:r>
    </w:p>
    <w:p>
      <w:pPr>
        <w:jc w:val="right"/>
      </w:pPr>
      <w:r>
        <w:t>کبھی گرمی میں، کبھی جھاڑے میں، کبھی برسات میں۔ یعنی بار بار وہ بدلتا رہے گا اور مختلف موسم میں آتا رہے گا۔</w:t>
      </w:r>
    </w:p>
    <w:p>
      <w:r>
        <w:rPr>
          <w:b/>
        </w:rPr>
        <w:t xml:space="preserve">[32:31] </w:t>
      </w:r>
      <w:r>
        <w:t>yeh jo hai, yeh bhi bohat bari hikmat hai is ke andar. is se andaza hota hai ke Khuda yeksaniyat ko nahi chahta.</w:t>
      </w:r>
    </w:p>
    <w:p>
      <w:pPr>
        <w:jc w:val="right"/>
      </w:pPr>
      <w:r>
        <w:t>یہ جو ہے، یہ بھی بہت بڑی حکمت ہے اس کے اندر۔ اس سے اندازہ ہوتا ہے کہ خدا یکسانیت کو نہیں چاہتا۔</w:t>
      </w:r>
    </w:p>
    <w:p>
      <w:r>
        <w:rPr>
          <w:b/>
        </w:rPr>
        <w:t xml:space="preserve">[32:43] </w:t>
      </w:r>
      <w:r>
        <w:t>Khuda ko yeksaniyat pasand nahi hai. Khuda ka jo takhleeqi mansooba hai, takhleeqi mansoobe mein yeksaniyat ke liye koi jagah nahi hai.</w:t>
      </w:r>
    </w:p>
    <w:p>
      <w:pPr>
        <w:jc w:val="right"/>
      </w:pPr>
      <w:r>
        <w:t>خدا کو یکسانیت پسند نہیں ہے۔ خدا کا جو تخلیقی منصوبہ ہے، تخلیقی منصوبے میں یکسانیت کے لیے کوئی جگہ نہیں ہے۔</w:t>
      </w:r>
    </w:p>
    <w:p>
      <w:r>
        <w:rPr>
          <w:b/>
        </w:rPr>
        <w:t xml:space="preserve">[32:55] </w:t>
      </w:r>
      <w:r>
        <w:t>kyun?</w:t>
      </w:r>
    </w:p>
    <w:p>
      <w:pPr>
        <w:jc w:val="right"/>
      </w:pPr>
      <w:r>
        <w:t>کیوں؟</w:t>
      </w:r>
    </w:p>
    <w:p>
      <w:r>
        <w:rPr>
          <w:b/>
        </w:rPr>
        <w:t xml:space="preserve">[33:00] </w:t>
      </w:r>
      <w:r>
        <w:t>Khuda ka mansooba challenge par base karta hai. muqable par base karta hai. to agar yeksaniyat ho to challenge nahi hoga.</w:t>
      </w:r>
    </w:p>
    <w:p>
      <w:pPr>
        <w:jc w:val="right"/>
      </w:pPr>
      <w:r>
        <w:t>خدا کا منصوبہ چیلنج پر بیس کرتا ہے۔ مقابلے پر بیس کرتا ہے۔ تو اگر یکسانیت ہو تو چیلنج نہیں ہوگا۔</w:t>
      </w:r>
    </w:p>
    <w:p>
      <w:r>
        <w:rPr>
          <w:b/>
        </w:rPr>
        <w:t xml:space="preserve">[33:10] </w:t>
      </w:r>
      <w:r>
        <w:t>challenge nahi hoga to taraqqi nahi hogi. to Khuda ne roze ko</w:t>
      </w:r>
    </w:p>
    <w:p>
      <w:pPr>
        <w:jc w:val="right"/>
      </w:pPr>
      <w:r>
        <w:t>چیلنج نہیں ہوگا تو ترقی نہیں ہوگا۔ تو خدا نے روزے کو</w:t>
      </w:r>
    </w:p>
    <w:p>
      <w:r>
        <w:rPr>
          <w:b/>
        </w:rPr>
        <w:t xml:space="preserve">[33:20] </w:t>
      </w:r>
      <w:r>
        <w:t>Hijri calendar par banaya, yani Qamri calendar par, ta ke woh mukhtalif mausam mein aata rahe. kabhi garmi mein, kabhi sardi mein, kabhi barsaat mein, kabhi is mein, kabhi is mein.</w:t>
      </w:r>
    </w:p>
    <w:p>
      <w:pPr>
        <w:jc w:val="right"/>
      </w:pPr>
      <w:r>
        <w:t>ہجری کیلنڈر پر بنایا، یعنی قمری کیلنڈر پر، تاکہ وہ مختلف موسم میں آتا رہے۔ کبھی گرمی میں، کبھی سردی میں، کبھی برسات میں، کبھی اس میں، کبھی اس میں۔</w:t>
      </w:r>
    </w:p>
    <w:p>
      <w:r>
        <w:rPr>
          <w:b/>
        </w:rPr>
        <w:t xml:space="preserve">[33:34] </w:t>
      </w:r>
      <w:r>
        <w:t>ta ke yeksaniyat barqarar rahe. aadmi ko har tarah ke mausam ka tajurba ho. woh garmi ka bhi hissa hai aur jhaade ka bhi hissa hai.</w:t>
      </w:r>
    </w:p>
    <w:p>
      <w:pPr>
        <w:jc w:val="right"/>
      </w:pPr>
      <w:r>
        <w:t>تاکہ یکسانیت برقرار رہے۔ آدمی کو ہر طرح کے موسم کا تجربہ ہو۔ وہ گرمی کا بھی حصہ ہے اور جھاڑے کا بھی حصہ ہے۔</w:t>
      </w:r>
    </w:p>
    <w:p>
      <w:r>
        <w:rPr>
          <w:b/>
        </w:rPr>
        <w:t xml:space="preserve">[33:45] </w:t>
      </w:r>
      <w:r>
        <w:t>to is tarah se, is se maine yeh samjha hai ke yeksaniyat Khuda ki scheme mein nahi hai. Khuda ki scheme mein yeksaniyat nahi hai.</w:t>
      </w:r>
    </w:p>
    <w:p>
      <w:pPr>
        <w:jc w:val="right"/>
      </w:pPr>
      <w:r>
        <w:t>تو اس طرح سے، اس سے میں نے یہ سمجھا ہے کہ یکسانیت خدا کی اسکیم میں نہیں ہے۔ خدا کی اسکیم میں یکسانیت نہیں ہے۔</w:t>
      </w:r>
    </w:p>
    <w:p>
      <w:r>
        <w:rPr>
          <w:b/>
        </w:rPr>
        <w:t xml:space="preserve">[33:59] </w:t>
      </w:r>
      <w:r>
        <w:t>Khuda ki scheme yeh hai ke mukhtalif soorat-e-haal pesh ayen. ta ke aadmi aur ziyada active ho. aadmi ki jo salahiyaten hain, aur ziyada woh woh jaaghen.</w:t>
      </w:r>
    </w:p>
    <w:p>
      <w:pPr>
        <w:jc w:val="right"/>
      </w:pPr>
      <w:r>
        <w:t>خدا کی اسکیم یہ ہے کہ مختلف صورتحال پیش آئیں۔ تاکہ آدمی اور زیادہ ایکٹیو ہو۔ آدمی کی جو صلاحیتیں ہیں، اور زیادہ وہ وہ جاگیں۔</w:t>
      </w:r>
    </w:p>
    <w:p>
      <w:r>
        <w:rPr>
          <w:b/>
        </w:rPr>
        <w:t xml:space="preserve">[34:11] </w:t>
      </w:r>
      <w:r>
        <w:t>aadmi ke andar jo potential hai, woh aur ziyada bedar ho. yeksaniyat agar bilkul hamwar soorat-e-haal ho, yeksaniyat soorat-e-haal ho, is mein aadmi ki taraqqi ruk jayegi.</w:t>
      </w:r>
    </w:p>
    <w:p>
      <w:pPr>
        <w:jc w:val="right"/>
      </w:pPr>
      <w:r>
        <w:t>آدمی کے اندر جو پوٹینشل ہے، وہ اور زیادہ بیدار ہو۔ یکسانیت اگر بالکل ہموار صورتحال ہو، یکسانیت صورتحال ہو، اس میں آدمی کی ترقی رک جائے گی۔</w:t>
      </w:r>
    </w:p>
    <w:p>
      <w:r>
        <w:rPr>
          <w:b/>
        </w:rPr>
        <w:t xml:space="preserve">[34:24] </w:t>
      </w:r>
      <w:r>
        <w:t>yeh maine samjha hai is ka raaz.</w:t>
      </w:r>
    </w:p>
    <w:p>
      <w:pPr>
        <w:jc w:val="right"/>
      </w:pPr>
      <w:r>
        <w:t>یہ میں نے سمجھا ہے اس کا راز۔</w:t>
      </w:r>
    </w:p>
    <w:p>
      <w:r>
        <w:rPr>
          <w:b/>
        </w:rPr>
        <w:t xml:space="preserve">[34:31] </w:t>
      </w:r>
      <w:r>
        <w:t>jaisa ke maine arz kiya, roze ke liye jo lafz aaya hai Arabic mein, woh hai saum. SAUM saum.</w:t>
      </w:r>
    </w:p>
    <w:p>
      <w:pPr>
        <w:jc w:val="right"/>
      </w:pPr>
      <w:r>
        <w:t>جیسا کہ میں نے عرض کیا، روزے کے لیے جو لفظ آیا ہے عربک میں، وہ ہے صوم۔ ایس اے یو ایم صوم۔</w:t>
      </w:r>
    </w:p>
    <w:p>
      <w:r>
        <w:rPr>
          <w:b/>
        </w:rPr>
        <w:t xml:space="preserve">[34:39] </w:t>
      </w:r>
      <w:r>
        <w:t>soom ka matlab hota hai parhez.</w:t>
      </w:r>
    </w:p>
    <w:p>
      <w:pPr>
        <w:jc w:val="right"/>
      </w:pPr>
      <w:r>
        <w:t>صوم کا مطلب ہوتا ہے پرہیز۔</w:t>
      </w:r>
    </w:p>
    <w:p>
      <w:r>
        <w:rPr>
          <w:b/>
        </w:rPr>
        <w:t xml:space="preserve">[34:46] </w:t>
      </w:r>
      <w:r>
        <w:t>to soom kehte hain arbi mein, yeh ghore jo pehlan hua karte hain, jin ko ke tarbiyat kiya jata tha.</w:t>
      </w:r>
    </w:p>
    <w:p>
      <w:pPr>
        <w:jc w:val="right"/>
      </w:pPr>
      <w:r>
        <w:t>تو صوم کہتے ہیں عربی میں، یہ گھوڑے جو پہلوان ہوا کرتے ہیں، جن کو کہ تربیت کیا جاتا تھا۔</w:t>
      </w:r>
    </w:p>
    <w:p>
      <w:r>
        <w:rPr>
          <w:b/>
        </w:rPr>
        <w:t xml:space="preserve">[34:55] </w:t>
      </w:r>
      <w:r>
        <w:t>to kaha jata tha ke ek shair ne kaha ke khail-e-siyam o khail-e-ghair saima.</w:t>
      </w:r>
    </w:p>
    <w:p>
      <w:pPr>
        <w:jc w:val="right"/>
      </w:pPr>
      <w:r>
        <w:t>تو کہا جاتا تھا کہ ایک شاعر نے کہا کہ خیل صیام و خیل غیر صائمۃ۔</w:t>
      </w:r>
    </w:p>
    <w:p>
      <w:r>
        <w:rPr>
          <w:b/>
        </w:rPr>
        <w:t xml:space="preserve">[35:06] </w:t>
      </w:r>
      <w:r>
        <w:t>yani rozedar ghore. rozedar ghore ka matlab kya hota hai? woh ghore jo jin ko aap kehte hain tarbiyat shuda ghore.</w:t>
      </w:r>
    </w:p>
    <w:p>
      <w:pPr>
        <w:jc w:val="right"/>
      </w:pPr>
      <w:r>
        <w:t>یعنی روزے دار گھوڑے۔ روزے دار گھوڑے کا مطلب کیا ہوتا ہے؟ وہ گھوڑے جو جن کو آپ کہتے ہیں تربیت شدہ گھوڑے۔</w:t>
      </w:r>
    </w:p>
    <w:p>
      <w:r>
        <w:rPr>
          <w:b/>
        </w:rPr>
        <w:t xml:space="preserve">[35:15] </w:t>
      </w:r>
      <w:r>
        <w:t>tarbiyat shuda ghore kaun se hote the? ke un ko kabhi kai din tak khana nahi diya jata tha, kabhi pani nahi diya jata tha, kabhi aaram karne ka moqa nahi diya jata tha un ko.</w:t>
      </w:r>
    </w:p>
    <w:p>
      <w:pPr>
        <w:jc w:val="right"/>
      </w:pPr>
      <w:r>
        <w:t>تربیت شدہ گھوڑے کون سے ہوتے تھے؟ کہ ان کو کبھی کئی دن تک کھانا نہیں دیا جاتا تھا، کبھی پانی نہیں دیا جاتا تھا، کبھی آرام کرنے کا موقع نہیں دیا جاتا تھا ان کو۔</w:t>
      </w:r>
    </w:p>
    <w:p>
      <w:r>
        <w:rPr>
          <w:b/>
        </w:rPr>
        <w:t xml:space="preserve">[35:26] </w:t>
      </w:r>
      <w:r>
        <w:t>kyun ke ghore is zamane mein ladai mein istemal kiye jate the. jab yeh sab nahi tha, aaj kal ke jo hathiyar hain, to sab se bara jo zariya tha ladai ke liye, woh tha ghoda.</w:t>
      </w:r>
    </w:p>
    <w:p>
      <w:pPr>
        <w:jc w:val="right"/>
      </w:pPr>
      <w:r>
        <w:t>کیونکہ گھوڑے اس زمانے میں لڑائی میں استعمال کیے جاتے تھے۔ جب یہ سب نہیں تھا، آج کل کے جو ہتھیار ہیں، تو سب سے بڑا جو ذریعہ تھا لڑائی کے لیے، وہ تھا گھوڑا۔</w:t>
      </w:r>
    </w:p>
    <w:p>
      <w:r>
        <w:rPr>
          <w:b/>
        </w:rPr>
        <w:t xml:space="preserve">[35:40] </w:t>
      </w:r>
      <w:r>
        <w:t>to woh tarbiyat karte the ghore ko.</w:t>
      </w:r>
    </w:p>
    <w:p>
      <w:pPr>
        <w:jc w:val="right"/>
      </w:pPr>
      <w:r>
        <w:t>تو وہ تربیت کرتے تھے گھوڑے کو۔</w:t>
      </w:r>
    </w:p>
    <w:p>
      <w:r>
        <w:rPr>
          <w:b/>
        </w:rPr>
        <w:t xml:space="preserve">[35:45] </w:t>
      </w:r>
      <w:r>
        <w:t>is se aap samajh sakte hain ke soom jo is ka rakha gaya naam, roze ka, is mein yani bohat bari hikmat hai</w:t>
      </w:r>
    </w:p>
    <w:p>
      <w:pPr>
        <w:jc w:val="right"/>
      </w:pPr>
      <w:r>
        <w:t>اس سے آپ سمجھ سکتے ہیں کہ صوم جو اس کا رکھا گیا نام، روزے کا، اس میں یعنی بہت بڑی حکمت ہے</w:t>
      </w:r>
    </w:p>
    <w:p>
      <w:r>
        <w:rPr>
          <w:b/>
        </w:rPr>
        <w:t xml:space="preserve">[35:57] </w:t>
      </w:r>
      <w:r>
        <w:t>jo is ke naam se maloom hoti hai. roze ke bare mein agar mein yeh kahoon ke woh khud nazm o zabt ka mahina hai, yeh bilkul sahi hoga.</w:t>
      </w:r>
    </w:p>
    <w:p>
      <w:pPr>
        <w:jc w:val="right"/>
      </w:pPr>
      <w:r>
        <w:t>جو اس کے نام سے معلوم ہوتی ہے۔ روزے کے بارے میں اگر میں یہ کہوں کہ وہ خود نظم و ضبط کا مہینہ ہے، یہ بالکل صحیح ہوگا۔</w:t>
      </w:r>
    </w:p>
    <w:p>
      <w:r>
        <w:rPr>
          <w:b/>
        </w:rPr>
        <w:t xml:space="preserve">[36:13] </w:t>
      </w:r>
      <w:r>
        <w:t>khud nazm o zabt, khud control. yani aam dinon mein aap apni marzi se khate hain. lekin roze ke zamane mein aap is par nazm o zabt mein rehte hain.</w:t>
      </w:r>
    </w:p>
    <w:p>
      <w:pPr>
        <w:jc w:val="right"/>
      </w:pPr>
      <w:r>
        <w:t>خود نظم و ضبط، خود کنٹرول۔ یعنی عام دنوں میں آپ اپنی مرضی سے کھاتے ہیں۔ لیکن روزے کے زمانے میں آپ اس پر نظم و ضبط میں رہتے ہیں۔</w:t>
      </w:r>
    </w:p>
    <w:p>
      <w:r>
        <w:rPr>
          <w:b/>
        </w:rPr>
        <w:t xml:space="preserve">[36:26] </w:t>
      </w:r>
      <w:r>
        <w:t>yeh is waqt khana, is waqt nahi khana hai. is waqt peena, is waqt nahi peena hai. is waqt aaram karna hai, is waqt nahi aaram karna hai. to yeh nazm o zabt ki tarbiyat hai.</w:t>
      </w:r>
    </w:p>
    <w:p>
      <w:pPr>
        <w:jc w:val="right"/>
      </w:pPr>
      <w:r>
        <w:t>یہ اس وقت کھانا، اس وقت نہیں کھانا ہے۔ اس وقت پینا، اس وقت نہیں پینا ہے۔ اس وقت آرام کرنا ہے، اس وقت نہیں آرام کرنا ہے۔ تو یہ نظم و ضبط کی تربیت ہے۔</w:t>
      </w:r>
    </w:p>
    <w:p>
      <w:r>
        <w:rPr>
          <w:b/>
        </w:rPr>
        <w:t xml:space="preserve">[36:37] </w:t>
      </w:r>
      <w:r>
        <w:t>nazm o zabt rawaiyya, nazm o zabt zindagi ki yeh tarbiyat hai. mein samajhta hoon ke</w:t>
      </w:r>
    </w:p>
    <w:p>
      <w:pPr>
        <w:jc w:val="right"/>
      </w:pPr>
      <w:r>
        <w:t>نظم و ضبط رویہ، نظم و ضبط زندگی کی یہ تربیت ہے۔ میں سمجھتا ہوں کہ</w:t>
      </w:r>
    </w:p>
    <w:p>
      <w:r>
        <w:rPr>
          <w:b/>
        </w:rPr>
        <w:t xml:space="preserve">[36:47] </w:t>
      </w:r>
      <w:r>
        <w:t>nazm o zabt jo hai, zindagi mein bohat zyada aham hai. jis aadmi ke andar nazm o zabt rawaiyya ho, wohi koi bari kamyabi is dunya mein pata hai.</w:t>
      </w:r>
    </w:p>
    <w:p>
      <w:pPr>
        <w:jc w:val="right"/>
      </w:pPr>
      <w:r>
        <w:t>نظم و ضبط جو ہے، زندگی میں بہت زیادہ اہم ہے۔ جس آدمی کے اندر نظم و ضبط رویہ ہو، وہی کوئی بڑی کامیابی اس دنیا میں پاتا ہے۔</w:t>
      </w:r>
    </w:p>
    <w:p>
      <w:r>
        <w:rPr>
          <w:b/>
        </w:rPr>
        <w:t xml:space="preserve">[37:04] </w:t>
      </w:r>
      <w:r>
        <w:t>aur jin logon ke andar nazm o zabt rawaiyya na ho, woh koi bari kamyabi is dunya mein kabhi nahi paate.</w:t>
      </w:r>
    </w:p>
    <w:p>
      <w:pPr>
        <w:jc w:val="right"/>
      </w:pPr>
      <w:r>
        <w:t>اور جن لوگوں کے اندر نظم و ضبط رویہ نہ ہو، وہ کوئی بڑی کامیابی اس دنیا میں کبھی نہیں پاتے۔</w:t>
      </w:r>
    </w:p>
    <w:p>
      <w:r>
        <w:rPr>
          <w:b/>
        </w:rPr>
        <w:t xml:space="preserve">[37:15] </w:t>
      </w:r>
      <w:r>
        <w:t>quran mein jahan hukum diya gaya hai roze ka, to wahan par aaya hai ke la'allakum tattaqun. ta ke tumhare andar taqwa paida ho.</w:t>
      </w:r>
    </w:p>
    <w:p>
      <w:pPr>
        <w:jc w:val="right"/>
      </w:pPr>
      <w:r>
        <w:t>قرآن میں جہاں حکم دیا گیا ہے روزے کا، تو وہاں پر آیا ہے کہ لعلکم تتقون۔ تاکہ تمہارے اندر تقویٰ پیدا ہو۔</w:t>
      </w:r>
    </w:p>
    <w:p>
      <w:r>
        <w:rPr>
          <w:b/>
        </w:rPr>
        <w:t xml:space="preserve">[37:27] </w:t>
      </w:r>
      <w:r>
        <w:t>ta ke tum mutaqqi bano. dekhein, mutaqqi kehte hain hoshiyar aadmi ko. hoshiyar.</w:t>
      </w:r>
    </w:p>
    <w:p>
      <w:pPr>
        <w:jc w:val="right"/>
      </w:pPr>
      <w:r>
        <w:t>تاکہ تم متقی بنو۔ دیکھیں، متقی کہتے ہیں ہوشیار آدمی کو۔ ہوشیار۔</w:t>
      </w:r>
    </w:p>
    <w:p>
      <w:r>
        <w:rPr>
          <w:b/>
        </w:rPr>
        <w:t xml:space="preserve">[37:36] </w:t>
      </w:r>
      <w:r>
        <w:t>yani ehtiyat, muhtat mizaj.</w:t>
      </w:r>
    </w:p>
    <w:p>
      <w:pPr>
        <w:jc w:val="right"/>
      </w:pPr>
      <w:r>
        <w:t>یعنی احتیاط، محتاط مزاج۔</w:t>
      </w:r>
    </w:p>
    <w:p>
      <w:r>
        <w:rPr>
          <w:b/>
        </w:rPr>
        <w:t xml:space="preserve">[37:45] </w:t>
      </w:r>
      <w:r>
        <w:t>to aadmi ke andar ehtiyat ka mizaj aaye, woh hoshiyar insan ban kar rahe dunya mein, yeh hai roze ka maqsad.</w:t>
      </w:r>
    </w:p>
    <w:p>
      <w:pPr>
        <w:jc w:val="right"/>
      </w:pPr>
      <w:r>
        <w:t>تو آدمی کے اندر احتیاط کا مزاج آئے، وہ ہوشیار انسان بن کر رہے دنیا میں، یہ ہے روزے کا مقصد۔</w:t>
      </w:r>
    </w:p>
    <w:p>
      <w:r>
        <w:rPr>
          <w:b/>
        </w:rPr>
        <w:t xml:space="preserve">[37:56] </w:t>
      </w:r>
      <w:r>
        <w:t>kyun ke khana samne hai, aap nahi khate to aap ehtiyati to kar rahe hain. pani samne hai, aap nahi peete piyas ke bawajood to aap ehtiyati to kar rahe hain, yahi hai taqwa.</w:t>
      </w:r>
    </w:p>
    <w:p>
      <w:pPr>
        <w:jc w:val="right"/>
      </w:pPr>
      <w:r>
        <w:t>کیونکہ کھانا سامنے ہے، آپ نہیں کھاتے تو آپ احتیاطی تو کر رہے ہیں۔ پانی سامنے ہے، آپ نہیں پیتے پیاس کے باوجود تو آپ احتیاطی تو کر رہے ہیں، یہی ہے تقویٰ۔</w:t>
      </w:r>
    </w:p>
    <w:p>
      <w:r>
        <w:rPr>
          <w:b/>
        </w:rPr>
        <w:t xml:space="preserve">[38:11] </w:t>
      </w:r>
      <w:r>
        <w:t>to aap hoshiyar bane rehte hain pure mahine mein. to taqwa ki tarbiyat hoti hai roze mein. ke aap ek hoshiyar insan ban kar rahe, is ki tarbiyat di jati hai aap ko roze mein.</w:t>
      </w:r>
    </w:p>
    <w:p>
      <w:pPr>
        <w:jc w:val="right"/>
      </w:pPr>
      <w:r>
        <w:t>تو آپ ہوشیار بنے رہتے ہیں پورے مہینے میں۔ تو تقویٰ کی تربیت ہوتی ہے روزے میں۔ کہ آپ ایک ہوشیار انسان بن کر رہیں، اس کی تربیت دی جاتی ہے آپ کو روزے میں۔</w:t>
      </w:r>
    </w:p>
    <w:p>
      <w:r>
        <w:rPr>
          <w:b/>
        </w:rPr>
        <w:t xml:space="preserve">[38:25] </w:t>
      </w:r>
      <w:r>
        <w:t>to taqwa kya hai? is ke bare mein mein aap ko ek waqia sunata hoon. islam mein jo sani khalifa the, umar bin al-khattab, woh bohat hi top ke aadmi mane jate hain islam ki tareekh mein.</w:t>
      </w:r>
    </w:p>
    <w:p>
      <w:pPr>
        <w:jc w:val="right"/>
      </w:pPr>
      <w:r>
        <w:t>تو تقویٰ کیا ہے؟ اس کے بارے میں میں آپ کو ایک واقعہ سناتا ہوں۔ اسلام میں جو ثانی خلیفہ تھے، عمر بن الخطاب، وہ بہت ہی ٹاپ کے آدمی مانے جاتے ہیں اسلام کی تاریخ میں۔</w:t>
      </w:r>
    </w:p>
    <w:p>
      <w:r>
        <w:rPr>
          <w:b/>
        </w:rPr>
        <w:t xml:space="preserve">[38:42] </w:t>
      </w:r>
      <w:r>
        <w:t>to unhone ek aur sathi se kaha ke yeh batao ke taqwa kya hai?</w:t>
      </w:r>
    </w:p>
    <w:p>
      <w:pPr>
        <w:jc w:val="right"/>
      </w:pPr>
      <w:r>
        <w:t>تو انہوں نے ایک اور ساتھی سے کہا کہ یہ بتاؤ کہ تقویٰ کیا ہے؟</w:t>
      </w:r>
    </w:p>
    <w:p>
      <w:r>
        <w:rPr>
          <w:b/>
        </w:rPr>
        <w:t xml:space="preserve">[38:54] </w:t>
      </w:r>
      <w:r>
        <w:t>taqwa kya hai? to unhone kaha ke kya aap kabhi chalte hain aise rastay mein jahan jhariyan hon dono taraf?</w:t>
      </w:r>
    </w:p>
    <w:p>
      <w:pPr>
        <w:jc w:val="right"/>
      </w:pPr>
      <w:r>
        <w:t>تقویٰ کیا ہے؟ تو انہوں نے کہا کہ کیا آپ کبھی ہل سلکتا طریقاً ذا شوقن؟ کیا آپ کبھی چلے ہیں ایسے راستے میں جہاں جھاڑیاں ہوں دونوں طرف؟</w:t>
      </w:r>
    </w:p>
    <w:p>
      <w:r>
        <w:rPr>
          <w:b/>
        </w:rPr>
        <w:t xml:space="preserve">[39:07] </w:t>
      </w:r>
      <w:r>
        <w:t>kaante daar jhariyan? kyun ke wahan par bohat aisa hota tha. ab to har taraf sarkain ban gayi hain. lekin pehle to rastay jo hua karte the, woh aise hi hua karte the.</w:t>
      </w:r>
    </w:p>
    <w:p>
      <w:pPr>
        <w:jc w:val="right"/>
      </w:pPr>
      <w:r>
        <w:t>کانٹے دار جھاڑیاں؟ کیونکہ وہاں پر بہت ایسا ہوتا تھا۔ اب تو ہر طرف سڑکیں بن گئی ہیں۔ لیکن پہلے تو راستے جو ہوا کرتے تھے، وہ ایسے ہی ہوا کرتے تھے۔</w:t>
      </w:r>
    </w:p>
    <w:p>
      <w:r>
        <w:rPr>
          <w:b/>
        </w:rPr>
        <w:t xml:space="preserve">[39:21] </w:t>
      </w:r>
      <w:r>
        <w:t>to unhone poocha ke kya aap kabhi aise kisi rastay se guzre hain jahan dono taraf kaante daar jhariyan hon? to unhone kaha ke haan.</w:t>
      </w:r>
    </w:p>
    <w:p>
      <w:pPr>
        <w:jc w:val="right"/>
      </w:pPr>
      <w:r>
        <w:t>تو انہوں نے پوچھا کہ کیا آپ کبھی ایسے کسی راستے سے گزرے ہیں جہاں دونوں طرف کانٹے دار جھاڑیاں ہوں؟ تو انہوں نے کہا کہ ہاں۔</w:t>
      </w:r>
    </w:p>
    <w:p>
      <w:r>
        <w:rPr>
          <w:b/>
        </w:rPr>
        <w:t xml:space="preserve">[39:30] </w:t>
      </w:r>
      <w:r>
        <w:t>to unhon ne kaha ke aap ne kya kiya? to unhon ne kaha ke **shrunk my bedsheet**. yaani main ne apne kapre samait liye.</w:t>
      </w:r>
    </w:p>
    <w:p>
      <w:pPr>
        <w:jc w:val="right"/>
      </w:pPr>
      <w:r>
        <w:t>تو انہوں نے کہا کہ آپ نے کیا کیا؟ تو انہوں نے کہا کہ شمرت و بشتہت۔ یعنی میں نے اپنے کپڑے سمیٹ لیے۔</w:t>
      </w:r>
    </w:p>
    <w:p>
      <w:r>
        <w:rPr>
          <w:b/>
        </w:rPr>
        <w:t xml:space="preserve">[39:42] </w:t>
      </w:r>
      <w:r>
        <w:t>aur bachta hua nikal gaya. yaani idhar bhi kaantay daar jhaari. idhar bhi kaantay daar jhaari. yaani thaarni bush jis ko kehte hain.</w:t>
      </w:r>
    </w:p>
    <w:p>
      <w:pPr>
        <w:jc w:val="right"/>
      </w:pPr>
      <w:r>
        <w:t>اور بچتا ہوا نکل گیا۔ یعنی ادھر بھی کانٹے دار جھاڑی۔ ادھر بھی کانٹے دار جھاڑی۔ یعنی تھارنی بُش جس کو کہتے ہیں۔</w:t>
      </w:r>
    </w:p>
    <w:p>
      <w:r>
        <w:rPr>
          <w:b/>
        </w:rPr>
        <w:t xml:space="preserve">[39:53] </w:t>
      </w:r>
      <w:r>
        <w:t>thaarni bush idhar bhi, thaarni bush idhar bhi. to unhon ne kaha ke main ne aik aik kapre jo hain woh apne samaitay aur bachta hua nikal gaya.</w:t>
      </w:r>
    </w:p>
    <w:p>
      <w:pPr>
        <w:jc w:val="right"/>
      </w:pPr>
      <w:r>
        <w:t>تھارنی بُش ادھر بھی، تھارنی بُش ادھر بھی۔ تو انہوں نے کہا کہ میں نے ایک ایک کپڑے جو ہیں وہ اپنے سمیٹے اور بچتا ہوا نکل گیا۔</w:t>
      </w:r>
    </w:p>
    <w:p>
      <w:r>
        <w:rPr>
          <w:b/>
        </w:rPr>
        <w:t xml:space="preserve">[40:03] </w:t>
      </w:r>
      <w:r>
        <w:t>to unhon ne kaha ke zaalik al-taqwa. yahi taqwa hai. yahi hai hoshiyar banna. to dunya ki zindagi jo hai, is mein har taraf ka thaarni bushz hain.</w:t>
      </w:r>
    </w:p>
    <w:p>
      <w:pPr>
        <w:jc w:val="right"/>
      </w:pPr>
      <w:r>
        <w:t>تو انہوں نے کہا کہ ذالک التقویٰ۔ یہی تقویٰ ہے۔ یہی ہے ہوشیار بننا۔ تو دنیا کی زندگی جو ہے، اس میں ہر طرف کا تھارنی بُشز ہیں۔</w:t>
      </w:r>
    </w:p>
    <w:p>
      <w:r>
        <w:rPr>
          <w:b/>
        </w:rPr>
        <w:t xml:space="preserve">[40:19] </w:t>
      </w:r>
      <w:r>
        <w:t>matlab har taraf. yaani aisi targeebaat hain jo hamein burai mein daal deti hain.</w:t>
      </w:r>
    </w:p>
    <w:p>
      <w:pPr>
        <w:jc w:val="right"/>
      </w:pPr>
      <w:r>
        <w:t>مطلب ہر طرف۔ یعنی ایسی ترغیبات ہیں جو ہمیں برائی میں ڈال دیتی ہیں۔</w:t>
      </w:r>
    </w:p>
    <w:p>
      <w:r>
        <w:rPr>
          <w:b/>
        </w:rPr>
        <w:t xml:space="preserve">[40:30] </w:t>
      </w:r>
      <w:r>
        <w:t>har taraf targeebaat. poori dunya bhari hui hai targeebaat se. to in targeebaat ke beech mein hamein apna safar karna parta hai.</w:t>
      </w:r>
    </w:p>
    <w:p>
      <w:pPr>
        <w:jc w:val="right"/>
      </w:pPr>
      <w:r>
        <w:t>ہر طرف ترغیبات۔ پوری دنیا بھری ہوئی ہے ترغیبات سے۔ تو ان ترغیبات کے بیچ میں ہمیں اپنا سفر کرنا پڑتا ہے۔</w:t>
      </w:r>
    </w:p>
    <w:p>
      <w:r>
        <w:rPr>
          <w:b/>
        </w:rPr>
        <w:t xml:space="preserve">[40:44] </w:t>
      </w:r>
      <w:r>
        <w:t>to kaise karein? waise hi karein jaise ke thaarni bush ke beech se aap guzarte hain. yaani bachte hue, bachte hue, bachte hue chale jana.</w:t>
      </w:r>
    </w:p>
    <w:p>
      <w:pPr>
        <w:jc w:val="right"/>
      </w:pPr>
      <w:r>
        <w:t>تو کیسے کریں؟ ویسے ہی کریں جیسے کہ تھارنی بُش کے بیچ سے آپ گزرتے ہیں۔ یعنی بچتے ہوئے، بچتے ہوئے، بچتے ہوئے چلے جانا۔</w:t>
      </w:r>
    </w:p>
    <w:p>
      <w:r>
        <w:rPr>
          <w:b/>
        </w:rPr>
        <w:t xml:space="preserve">[41:00] </w:t>
      </w:r>
      <w:r>
        <w:t>main samajhta hoon ke yeh jo misaal hai, yeh bohat achhi tarah batati hai ke</w:t>
      </w:r>
    </w:p>
    <w:p>
      <w:pPr>
        <w:jc w:val="right"/>
      </w:pPr>
      <w:r>
        <w:t>میں سمجھتا ہوں کہ یہ جو مثال ہے، یہ بہت اچھی طرح بتاتی ہے کہ</w:t>
      </w:r>
    </w:p>
    <w:p>
      <w:r>
        <w:rPr>
          <w:b/>
        </w:rPr>
        <w:t xml:space="preserve">[41:10] </w:t>
      </w:r>
      <w:r>
        <w:t>roza mein kis baat ki tarbiyat di jaati hai ya roze ka maqsad kya hai.</w:t>
      </w:r>
    </w:p>
    <w:p>
      <w:pPr>
        <w:jc w:val="right"/>
      </w:pPr>
      <w:r>
        <w:t>روزہ میں کس بات کی تربیت دی جاتی ہے یا روزے کا مقصد کیا ہے۔</w:t>
      </w:r>
    </w:p>
    <w:p>
      <w:r>
        <w:rPr>
          <w:b/>
        </w:rPr>
        <w:t xml:space="preserve">[41:23] </w:t>
      </w:r>
      <w:r>
        <w:t>quran mein jahan yeh hukum diya gaya hai roze ka, to farmaya ke roze ka, yaani roza rakhne ke liye is mahine ko Khuda ne chuna hai jab ke quran utara gaya.</w:t>
      </w:r>
    </w:p>
    <w:p>
      <w:pPr>
        <w:jc w:val="right"/>
      </w:pPr>
      <w:r>
        <w:t>قرآن میں جہاں یہ حکم دیا گیا ہے روزے کا، تو فرمایا کہ روزے کا، یعنی روزہ رکھنے کے لیے اس مہینے کو خدا نے چنا ہے جب کہ قرآن اتارا گیا۔</w:t>
      </w:r>
    </w:p>
    <w:p>
      <w:r>
        <w:rPr>
          <w:b/>
        </w:rPr>
        <w:t xml:space="preserve">[41:41] </w:t>
      </w:r>
      <w:r>
        <w:t>shahr ramzan allazi unzil fihi al-quran. yaani rasool Allah par jab quran utra tha ya utarna shuru hua tha, to woh yahi mahina tha ramzan ka mahina.</w:t>
      </w:r>
    </w:p>
    <w:p>
      <w:pPr>
        <w:jc w:val="right"/>
      </w:pPr>
      <w:r>
        <w:t>شہر رمضان الذی انزل فیہ القرآن۔ یعنی رسول اللہ پر جب قرآن اترا تھا یا اترنا شروع ہوا تھا، تو وہ یہی مہینہ تھا رمضان کا مہینہ۔</w:t>
      </w:r>
    </w:p>
    <w:p>
      <w:r>
        <w:rPr>
          <w:b/>
        </w:rPr>
        <w:t xml:space="preserve">[41:52] </w:t>
      </w:r>
      <w:r>
        <w:t>to isi mahine mein roza farz kiya gaya logon ke upar. to is mauqa par kaha gaya hai ke quran jo hai, woh furqan kaha gaya us ko. ke quran furqan hai.</w:t>
      </w:r>
    </w:p>
    <w:p>
      <w:pPr>
        <w:jc w:val="right"/>
      </w:pPr>
      <w:r>
        <w:t>تو اسی مہینے میں روزہ فرض کیا گیا لوگوں کے اوپر۔ تو اس موقع پر کہا گیا ہے کہ قرآن جو ہے، وہ فرقان کہا گیا اس کو۔ کہ قرآن فرقان ہے۔</w:t>
      </w:r>
    </w:p>
    <w:p>
      <w:r>
        <w:rPr>
          <w:b/>
        </w:rPr>
        <w:t xml:space="preserve">[42:03] </w:t>
      </w:r>
      <w:r>
        <w:t>furqan ka matlab kya hota hai?</w:t>
      </w:r>
    </w:p>
    <w:p>
      <w:pPr>
        <w:jc w:val="right"/>
      </w:pPr>
      <w:r>
        <w:t>فرقان کا مطلب کیا ہوتا ہے؟</w:t>
      </w:r>
    </w:p>
    <w:p>
      <w:r>
        <w:rPr>
          <w:b/>
        </w:rPr>
        <w:t xml:space="preserve">[42:08] </w:t>
      </w:r>
      <w:r>
        <w:t>furqan ka matlab hai meyar. kasoti. cheez jaanch kar ke cheezon ko jaanna ke kaun theek hai, kaun be theek hai.</w:t>
      </w:r>
    </w:p>
    <w:p>
      <w:pPr>
        <w:jc w:val="right"/>
      </w:pPr>
      <w:r>
        <w:t>فرقان کا مطلب ہے معیار۔ کسوٹی۔ چیز جانچ کر کے چیزوں کو جاننا کہ کون ٹھیک ہے، کون بے ٹھیک ہے۔</w:t>
      </w:r>
    </w:p>
    <w:p>
      <w:r>
        <w:rPr>
          <w:b/>
        </w:rPr>
        <w:t xml:space="preserve">[42:19] </w:t>
      </w:r>
      <w:r>
        <w:t>kaun kya hai, kaun kya nahi hai. to quran jo hai, woh hamare liye aik meyar hai. aik kasoti hai jis par jaanch kar ke hum samajh sakein ke kya kaam theek hai, kya kaam nahi theek hai.</w:t>
      </w:r>
    </w:p>
    <w:p>
      <w:pPr>
        <w:jc w:val="right"/>
      </w:pPr>
      <w:r>
        <w:t>کون کیا ہے، کون کیا نہیں ہے۔ تو قرآن جو ہے، وہ ہمارے لیے ایک معیار ہے۔ ایک کسوٹی ہے جس پر جانچ کر کے ہم سمجھ سکیں کہ کیا کام ٹھیک ہے، کیا کام نہیں ٹھیک ہے۔</w:t>
      </w:r>
    </w:p>
    <w:p>
      <w:r>
        <w:rPr>
          <w:b/>
        </w:rPr>
        <w:t xml:space="preserve">[42:33] </w:t>
      </w:r>
      <w:r>
        <w:t>aksar log aap sunein ge is tarah ki baatein bolte hue ke falan jagah kitaab mein likha hai. aur falan buzurg ke haan aisa hota hai.</w:t>
      </w:r>
    </w:p>
    <w:p>
      <w:pPr>
        <w:jc w:val="right"/>
      </w:pPr>
      <w:r>
        <w:t>اکثر لوگ آپ سنیں گے اس طرح کی باتیں بولتے ہوئے کہ فلاں جگہ کتاب میں لکھا ہے۔ اور فلاں بزرگ کے ہاں ایسا ہوتا ہے۔</w:t>
      </w:r>
    </w:p>
    <w:p>
      <w:r>
        <w:rPr>
          <w:b/>
        </w:rPr>
        <w:t xml:space="preserve">[42:47] </w:t>
      </w:r>
      <w:r>
        <w:t>falan. yaani is tarah ke hawala jaat dete hain log. yeh hawala jo hai, hamesha jaancha jayega quran par.</w:t>
      </w:r>
    </w:p>
    <w:p>
      <w:pPr>
        <w:jc w:val="right"/>
      </w:pPr>
      <w:r>
        <w:t>فلاں۔ یعنی اس طرح کے حوالہ جات دیتے ہیں لوگ۔ یہ حوالہ جو ہے، ہمیشہ جانچا جائے گا قرآن پر۔</w:t>
      </w:r>
    </w:p>
    <w:p>
      <w:r>
        <w:rPr>
          <w:b/>
        </w:rPr>
        <w:t xml:space="preserve">[42:56] </w:t>
      </w:r>
      <w:r>
        <w:t>koi bhi mashq jo chal rahi ho, to usay jaancha jayega quran par. mislan roze ke mahine mein khoob naat khwani hoti hai.</w:t>
      </w:r>
    </w:p>
    <w:p>
      <w:pPr>
        <w:jc w:val="right"/>
      </w:pPr>
      <w:r>
        <w:t>کوئی بھی مشق جو چل رہی ہو، تو اسے جانچا جائے گا قرآن پر۔ مثلاً روزے کے مہینے میں خوب نعت خوانی ہوتی ہے۔</w:t>
      </w:r>
    </w:p>
    <w:p>
      <w:r>
        <w:rPr>
          <w:b/>
        </w:rPr>
        <w:t xml:space="preserve">[43:06] </w:t>
      </w:r>
      <w:r>
        <w:t>khoob naatein parhte hain. woh samajhte hain ke yeh koi sawab ke kaam hain. aap kya karein ke us ko jaanchein ke quran par. kya quran mein kahin yeh bataya gaya hai ke roze mein naat khwani karo?</w:t>
      </w:r>
    </w:p>
    <w:p>
      <w:pPr>
        <w:jc w:val="right"/>
      </w:pPr>
      <w:r>
        <w:t>خوب نعتیں پڑھتے ہیں۔ وہ سمجھتے ہیں کہ یہ کوئی ثواب کے کام ہیں۔ آپ کیا کریں کہ اس کو جانچیں کہ قرآن پر۔ کیا قرآن میں کہیں یہ بتایا گیا ہے کہ روزے میں نعت خوانی کرو؟</w:t>
      </w:r>
    </w:p>
    <w:p>
      <w:r>
        <w:rPr>
          <w:b/>
        </w:rPr>
        <w:t xml:space="preserve">[43:18] </w:t>
      </w:r>
      <w:r>
        <w:t>naatein parho? ya rasool Allah aisa karte the? ya sahaba aise karte the? jab aap dekhein ke wahan par aisa nahi hota tha, to woh mustarad qarar payega.</w:t>
      </w:r>
    </w:p>
    <w:p>
      <w:pPr>
        <w:jc w:val="right"/>
      </w:pPr>
      <w:r>
        <w:t>نعتیں پڑھو؟ یا رسول اللہ ایسا کرتے تھے؟ یا صحابہ ایسے کرتے تھے؟ جب آپ دیکھیں کہ وہاں پر ایسا نہیں ہوتا تھا، تو وہ مسترد قرار پائے گا۔</w:t>
      </w:r>
    </w:p>
    <w:p>
      <w:r>
        <w:rPr>
          <w:b/>
        </w:rPr>
        <w:t xml:space="preserve">[43:35] </w:t>
      </w:r>
      <w:r>
        <w:t>to quran jo hai, meyar hai kisi bhi cheez ko jaanchne ke liye, kisi bhi cheez ko. jab tak quran se quran manzoor na kare, tab tak aap ko haq nahi hai ke us ko ikhtiyar karein aap.</w:t>
      </w:r>
    </w:p>
    <w:p>
      <w:pPr>
        <w:jc w:val="right"/>
      </w:pPr>
      <w:r>
        <w:t>تو قرآن جو ہے، معیار ہے کسی بھی چیز کو جانچنے کے لیے، کسی بھی چیز کو۔ جب تک قرآن سے قرآن منظور نہ کرے، تب تک آپ کو حق نہیں ہے کہ اس کو اختیار کریں آپ۔</w:t>
      </w:r>
    </w:p>
    <w:p>
      <w:r>
        <w:rPr>
          <w:b/>
        </w:rPr>
        <w:t xml:space="preserve">[43:48] </w:t>
      </w:r>
      <w:r>
        <w:t>kisi bhi cheez ko kisi aur hawale se aap nahi le sakte.</w:t>
      </w:r>
    </w:p>
    <w:p>
      <w:pPr>
        <w:jc w:val="right"/>
      </w:pPr>
      <w:r>
        <w:t>کسی بھی چیز کو کسی اور حوالہ سے آپ نہیں لے سکتے۔</w:t>
      </w:r>
    </w:p>
    <w:p>
      <w:r>
        <w:rPr>
          <w:b/>
        </w:rPr>
        <w:t xml:space="preserve">[43:57] </w:t>
      </w:r>
      <w:r>
        <w:t>isi tarah se farmaya hai ke roze ke bare mein ke roze ka jo hukum diya gaya hai, to la'allakum tashkaroon. taake tum shukr karne wale bano.</w:t>
      </w:r>
    </w:p>
    <w:p>
      <w:pPr>
        <w:jc w:val="right"/>
      </w:pPr>
      <w:r>
        <w:t>اسی طرح سے فرمایا ہے کہ روزے کے بارے میں کہ روزے کا جو حکم دیا گیا ہے، تو لعلکم تشکرون۔ تاکہ تم شکر کرنے والے بنو۔</w:t>
      </w:r>
    </w:p>
    <w:p>
      <w:r>
        <w:rPr>
          <w:b/>
        </w:rPr>
        <w:t xml:space="preserve">[44:09] </w:t>
      </w:r>
      <w:r>
        <w:t>shukr ka matlab hota hai pehchan karna. to yeh kaise hota hai? jab aap ko bhook lagi.</w:t>
      </w:r>
    </w:p>
    <w:p>
      <w:pPr>
        <w:jc w:val="right"/>
      </w:pPr>
      <w:r>
        <w:t>شکر کا مطلب ہوتا ہے پہچان کرنا۔ تو یہ کیسے ہوتا ہے؟ جب آپ کو بھوک لگی۔</w:t>
      </w:r>
    </w:p>
    <w:p>
      <w:r>
        <w:rPr>
          <w:b/>
        </w:rPr>
        <w:t xml:space="preserve">[44:22] </w:t>
      </w:r>
      <w:r>
        <w:t>aur bhook ke baad aap ne shaam ko iftar kiya. us waqt aap ko ehsaas hota hai ke khana kitni bari nemat hai.</w:t>
      </w:r>
    </w:p>
    <w:p>
      <w:pPr>
        <w:jc w:val="right"/>
      </w:pPr>
      <w:r>
        <w:t>اور بھوک کے بعد آپ نے شام کو افطار کیا۔ اس وقت آپ کو احساس ہوتا ہے کہ کھانا کتنی بڑی نعمت ہے۔</w:t>
      </w:r>
    </w:p>
    <w:p>
      <w:r>
        <w:rPr>
          <w:b/>
        </w:rPr>
        <w:t xml:space="preserve">[44:33] </w:t>
      </w:r>
      <w:r>
        <w:t>rasool Allah ne roza rakhne ke baad shaam ko jab iftar kiya to aap ki zuban se nikla ke</w:t>
      </w:r>
    </w:p>
    <w:p>
      <w:pPr>
        <w:jc w:val="right"/>
      </w:pPr>
      <w:r>
        <w:t>رسول اللہ نے روزہ رکھنے کے بعد شام کو جب افطار کیا تو آپ کی زبان سے نکلا کہ</w:t>
      </w:r>
    </w:p>
    <w:p>
      <w:r>
        <w:rPr>
          <w:b/>
        </w:rPr>
        <w:t xml:space="preserve">[44:43] </w:t>
      </w:r>
      <w:r>
        <w:t>pyaas chali gayi aur ragen tar ho gayeen. to bhookh jo hoti hai aadmi ki, bhookh aur pyaas, to sara jism jo hai, ajeeb haalat us ki ho jati hai.</w:t>
      </w:r>
    </w:p>
    <w:p>
      <w:pPr>
        <w:jc w:val="right"/>
      </w:pPr>
      <w:r>
        <w:t>پیاس چلی گئی اور رگیں تر ہو گئیں۔ تو بھوک جو ہوتی ہے آدمی کی، بھوک اور پیاس، تو سارا جسم جو ہے، عجیب حالت اس کی ہو جاتی ہے۔</w:t>
      </w:r>
    </w:p>
    <w:p>
      <w:r>
        <w:rPr>
          <w:b/>
        </w:rPr>
        <w:t xml:space="preserve">[44:53] </w:t>
      </w:r>
      <w:r>
        <w:t>phir jab aap khate hain aur peete hain to ek ek sarur milta hai, ek khushi milti hai, ek itminan milta hai. us waqt jo hai, aap jante hain ke kitni badi nemat hai, kitni badi barkat hai yeh khana aur yeh pani.</w:t>
      </w:r>
    </w:p>
    <w:p>
      <w:pPr>
        <w:jc w:val="right"/>
      </w:pPr>
      <w:r>
        <w:t>پھر جب آپ کھاتے ہیں اور پیتے ہیں تو ایک ایک سرور ملتا ہے، ایک خوشی ملتی ہے، ایک اطمینان ملتا ہے۔ اس وقت جو ہے، آپ جانتے ہیں کہ کتنی بڑی نعمت ہے، کتنی بڑی برکت ہے یہ کھانا اور یہ پانی۔</w:t>
      </w:r>
    </w:p>
    <w:p>
      <w:r>
        <w:rPr>
          <w:b/>
        </w:rPr>
        <w:t xml:space="preserve">[45:08] </w:t>
      </w:r>
      <w:r>
        <w:t>to us waqt aap us haalat mein hote hain ke aap Khuda ke is barkat ko pehchanen. shukr ada karen. is ka etiraf karen.</w:t>
      </w:r>
    </w:p>
    <w:p>
      <w:pPr>
        <w:jc w:val="right"/>
      </w:pPr>
      <w:r>
        <w:t>تو اس وقت آپ اس حالت میں ہوتے ہیں کہ آپ خدا کے اس برکت کو پہچانیں۔ شکر ادا کریں۔ اس کا اعتراف کریں۔</w:t>
      </w:r>
    </w:p>
    <w:p>
      <w:r>
        <w:rPr>
          <w:b/>
        </w:rPr>
        <w:t xml:space="preserve">[45:17] </w:t>
      </w:r>
      <w:r>
        <w:t>is ko pehchanen. to kya ke ek haalat paida kar ke aap ke andar yeh rooh jagai jati hai ke aap Khuda ke</w:t>
      </w:r>
    </w:p>
    <w:p>
      <w:pPr>
        <w:jc w:val="right"/>
      </w:pPr>
      <w:r>
        <w:t>اس کو پہچانیں۔ تو کیا کہ ایک حالت پیدا کر کے آپ کے اندر یہ روح جگائی جاتی ہے کہ آپ خدا کے</w:t>
      </w:r>
    </w:p>
    <w:p>
      <w:r>
        <w:rPr>
          <w:b/>
        </w:rPr>
        <w:t xml:space="preserve">[45:34] </w:t>
      </w:r>
      <w:r>
        <w:t>ke</w:t>
      </w:r>
    </w:p>
    <w:p>
      <w:pPr>
        <w:jc w:val="right"/>
      </w:pPr>
      <w:r>
        <w:t>کے</w:t>
      </w:r>
    </w:p>
    <w:p>
      <w:r>
        <w:rPr>
          <w:b/>
        </w:rPr>
        <w:t xml:space="preserve">[45:38] </w:t>
      </w:r>
      <w:r>
        <w:t>nematon ko samjhen. Khuda ki barkat ko samajh saken.</w:t>
      </w:r>
    </w:p>
    <w:p>
      <w:pPr>
        <w:jc w:val="right"/>
      </w:pPr>
      <w:r>
        <w:t>نعمتوں کو سمجھیں۔ خدا کی برکت کو سمجھ سکیں۔</w:t>
      </w:r>
    </w:p>
    <w:p>
      <w:r>
        <w:rPr>
          <w:b/>
        </w:rPr>
        <w:t xml:space="preserve">[45:46] </w:t>
      </w:r>
      <w:r>
        <w:t>Quran mein jo hukum hai, us ke sath yeh farmaya ke wa la takbiru Allah ala ma hadakum. yani tum Khuda ki jalal bayan karo.</w:t>
      </w:r>
    </w:p>
    <w:p>
      <w:pPr>
        <w:jc w:val="right"/>
      </w:pPr>
      <w:r>
        <w:t>قرآن میں جو حکم ہے، اس کے ساتھ یہ فرمایا کہ ولا تكبروا الله على ما هداكم۔ یعنی تم خدا کی جلال بیان کرو۔</w:t>
      </w:r>
    </w:p>
    <w:p>
      <w:r>
        <w:rPr>
          <w:b/>
        </w:rPr>
        <w:t xml:space="preserve">[45:56] </w:t>
      </w:r>
      <w:r>
        <w:t>Khuda ki barhai bayan karo.</w:t>
      </w:r>
    </w:p>
    <w:p>
      <w:pPr>
        <w:jc w:val="right"/>
      </w:pPr>
      <w:r>
        <w:t>خدا کی بڑائی بیان کرو۔</w:t>
      </w:r>
    </w:p>
    <w:p>
      <w:r>
        <w:rPr>
          <w:b/>
        </w:rPr>
        <w:t xml:space="preserve">[46:01] </w:t>
      </w:r>
      <w:r>
        <w:t>yani roza jab rakhen aap, to is ka maqsad yeh bataya gaya hai ke Khuda ki barhai bayan karna. kyunke aap Khuda dikhai nahi deta.</w:t>
      </w:r>
    </w:p>
    <w:p>
      <w:pPr>
        <w:jc w:val="right"/>
      </w:pPr>
      <w:r>
        <w:t>یعنی روزہ جب رکھیں آپ، تو اس کا مقصد یہ بتایا گیا ہے کہ خدا کی بڑائی بیان کرنا۔ کیونکہ آپ خدا دکھائی نہیں دیتا۔</w:t>
      </w:r>
    </w:p>
    <w:p>
      <w:r>
        <w:rPr>
          <w:b/>
        </w:rPr>
        <w:t xml:space="preserve">[46:12] </w:t>
      </w:r>
      <w:r>
        <w:t>Khuda aap ke paas koi apni taqaton ke sath samne khada hua nahi hai. phir bhi aap Khuda ke hukum par roza rakhte hain.</w:t>
      </w:r>
    </w:p>
    <w:p>
      <w:pPr>
        <w:jc w:val="right"/>
      </w:pPr>
      <w:r>
        <w:t>خدا آپ کے پاس کوئی اپنی طاقتوں کے ساتھ سامنے کھڑا ہوا نہیں ہے۔ پھر بھی آپ خدا کے حکم پر روزہ رکھتے ہیں۔</w:t>
      </w:r>
    </w:p>
    <w:p>
      <w:r>
        <w:rPr>
          <w:b/>
        </w:rPr>
        <w:t xml:space="preserve">[46:21] </w:t>
      </w:r>
      <w:r>
        <w:t>to kya aap ne Khuda ka agar surrender kiya? Khuda ke hukum ko mana? to is ayat par soch raha tha mein ke wa la takbiru Allah ala ma hadakum.</w:t>
      </w:r>
    </w:p>
    <w:p>
      <w:pPr>
        <w:jc w:val="right"/>
      </w:pPr>
      <w:r>
        <w:t>تو کیا آپ نے خدا کا اگر سرنڈر کیا؟ خدا کے حکم کو مانا؟ تو اس آیت پر سوچ رہا تھا میں کہ ولا تكبروا الله على ما هداكم۔</w:t>
      </w:r>
    </w:p>
    <w:p>
      <w:r>
        <w:rPr>
          <w:b/>
        </w:rPr>
        <w:t xml:space="preserve">[46:32] </w:t>
      </w:r>
      <w:r>
        <w:t>yani Khuda ki barhai ko manna. to mein ne socha, ek misal mere zehn mein aayi. ke Khuda agar yeh kehta ke tumhara test yeh hai ke tum suraj ki barhai ko mano.</w:t>
      </w:r>
    </w:p>
    <w:p>
      <w:pPr>
        <w:jc w:val="right"/>
      </w:pPr>
      <w:r>
        <w:t>یعنی خدا کی بڑائی کو ماننا۔ تو میں نے سوچا، ایک مثال میرے ذہن میں آئی۔ کہ خدا اگر یہ کہتا کہ تمہارا ٹیسٹ یہ ہے کہ تم سورج کی بڑائی کو مانو۔</w:t>
      </w:r>
    </w:p>
    <w:p>
      <w:r>
        <w:rPr>
          <w:b/>
        </w:rPr>
        <w:t xml:space="preserve">[46:47] </w:t>
      </w:r>
      <w:r>
        <w:t>to kya yeh test hota? yani zameen, tumhari zameen ke muqable mein suraj jo hai, bada hai. to aap jante hain ke aaj hum jante hain is baat ko ke suraj jo hai, zameen se barah lakh guna bada hai.</w:t>
      </w:r>
    </w:p>
    <w:p>
      <w:pPr>
        <w:jc w:val="right"/>
      </w:pPr>
      <w:r>
        <w:t>تو کیا یہ ٹیسٹ ہوتا؟ یعنی زمین، تمہاری زمین کے مقابلے میں سورج جو ہے، بڑا ہے۔ تو آپ جانتے ہیں کہ آج ہم جانتے ہیں اس بات کو کہ سورج جو ہے، زمین سے بارہ لاکھ گنا بڑا ہے۔</w:t>
      </w:r>
    </w:p>
    <w:p>
      <w:r>
        <w:rPr>
          <w:b/>
        </w:rPr>
        <w:t xml:space="preserve">[47:03] </w:t>
      </w:r>
      <w:r>
        <w:t>yani barah lakh zameenen ban sakti hain suraj ka jo madah hai us se. to agar Khuda yeh kehta ke suraj ki barhai ko tum mano, to tumhare liye jannat hai.</w:t>
      </w:r>
    </w:p>
    <w:p>
      <w:pPr>
        <w:jc w:val="right"/>
      </w:pPr>
      <w:r>
        <w:t>یعنی بارہ لاکھ زمینیں بن سکتی ہیں سورج کا جو مادہ ہے اس سے۔ تو اگر خدا یہ کہتا کہ سورج کی بڑائی کو تم مانو، تو تمہارے لیے جنت ہے۔</w:t>
      </w:r>
    </w:p>
    <w:p>
      <w:r>
        <w:rPr>
          <w:b/>
        </w:rPr>
        <w:t xml:space="preserve">[47:18] </w:t>
      </w:r>
      <w:r>
        <w:t>to mein ne mawazna kiya ke Khuda ki barhai ko mano, to us waqt tumhare liye jannat hai. to kya farq hai dono mein? yani ek yeh hai ke suraj ki barhai ko mano, to tumhare liye jannat hai.</w:t>
      </w:r>
    </w:p>
    <w:p>
      <w:pPr>
        <w:jc w:val="right"/>
      </w:pPr>
      <w:r>
        <w:t>تو میں نے موازنہ کیا کہ خدا کی بڑائی کو مانو، تو اس وقت تمہارے لیے جنت ہے۔ تو کیا فرق ہے دونوں میں؟ یعنی ایک یہ ہے کہ سورج کی بڑائی کو مانو، تو تمہارے لیے جنت ہے۔</w:t>
      </w:r>
    </w:p>
    <w:p>
      <w:r>
        <w:rPr>
          <w:b/>
        </w:rPr>
        <w:t xml:space="preserve">[47:32] </w:t>
      </w:r>
      <w:r>
        <w:t>ek yeh hai ke Khuda ki barhai ko mano, to tumhare liye jannat hai. dono mein kya farq hai? to farq kya hai?</w:t>
      </w:r>
    </w:p>
    <w:p>
      <w:pPr>
        <w:jc w:val="right"/>
      </w:pPr>
      <w:r>
        <w:t>ایک یہ ہے کہ خدا کی بڑائی کو مانو، تو تمہارے لیے جنت ہے۔ دونوں میں کیا فرق ہے؟ تو فرق کیا ہے؟</w:t>
      </w:r>
    </w:p>
    <w:p>
      <w:r>
        <w:rPr>
          <w:b/>
        </w:rPr>
        <w:t xml:space="preserve">[47:41] </w:t>
      </w:r>
      <w:r>
        <w:t>woh yeh hai ke suraj ki barhai ko manna lazmi taur par hota hai. hamari jo riyaziati maniq hai, woh majbur karti hai hamein ke hum suraj ki barhai ko manen.</w:t>
      </w:r>
    </w:p>
    <w:p>
      <w:pPr>
        <w:jc w:val="right"/>
      </w:pPr>
      <w:r>
        <w:t>وہ یہ ہے کہ سورج کی بڑائی کو ماننا لازمی طور پر ہوتا ہے۔ ہماری جو ریاضیاتی منطق ہے، وہ مجبور کرتی ہے ہمیں کہ ہم سورج کی بڑائی کو مانیں۔</w:t>
      </w:r>
    </w:p>
    <w:p>
      <w:r>
        <w:rPr>
          <w:b/>
        </w:rPr>
        <w:t xml:space="preserve">[47:54] </w:t>
      </w:r>
      <w:r>
        <w:t>kyunke suraj ki barhai jo hai, riyaziati taur par sabit hai. ain sciences mein woh cheez sabit ho chuki hai ke suraj bada hai, zameen choti hai. ab aap is mein koi aap ke liye koi intikhab nahi hai.</w:t>
      </w:r>
    </w:p>
    <w:p>
      <w:pPr>
        <w:jc w:val="right"/>
      </w:pPr>
      <w:r>
        <w:t>کیونکہ سورج کی بڑائی جو ہے، ریاضیاتی طور پر ثابت ہے۔ عین سائنسز میں وہ چیز ثابت ہو چکی ہے کہ سورج بڑا ہے، زمین چھوٹی ہے۔ اب آپ اس میں کوئی آپ کے لیے کوئی انتخاب نہیں ہے۔</w:t>
      </w:r>
    </w:p>
    <w:p>
      <w:r>
        <w:rPr>
          <w:b/>
        </w:rPr>
        <w:t xml:space="preserve">[48:08] </w:t>
      </w:r>
      <w:r>
        <w:t>lekin Khuda ki barhai ko manna jo hai, to is tarike se koi riyaziati majburi wahan par nahi hai.</w:t>
      </w:r>
    </w:p>
    <w:p>
      <w:pPr>
        <w:jc w:val="right"/>
      </w:pPr>
      <w:r>
        <w:t>لیکن خدا کی بڑائی کو ماننا جو ہے، تو اس طریقے سے کوئی ریاضیاتی مجبوری وہاں پر نہیں ہے۔</w:t>
      </w:r>
    </w:p>
    <w:p>
      <w:r>
        <w:rPr>
          <w:b/>
        </w:rPr>
        <w:t xml:space="preserve">[48:18] </w:t>
      </w:r>
      <w:r>
        <w:t>jaisa ke aap jante hain ke do qism ki sciences mani jati hain, ek ain sciences aur doosri tajridi sciences. to ain sciences mein majburi hoti hai.</w:t>
      </w:r>
    </w:p>
    <w:p>
      <w:pPr>
        <w:jc w:val="right"/>
      </w:pPr>
      <w:r>
        <w:t>جیسا کہ آپ جانتے ہیں کہ دو قسم کی سائنسز مانی جاتی ہیں، ایک عین سائنسز اور دوسری تجریدی سائنسز۔ تو عین سائنسز میں مجبوری ہوتی ہے۔</w:t>
      </w:r>
    </w:p>
    <w:p>
      <w:r>
        <w:rPr>
          <w:b/>
        </w:rPr>
        <w:t xml:space="preserve">[48:30] </w:t>
      </w:r>
      <w:r>
        <w:t>riyaziati majburi. do aur do mil kar char hi manna parega aap ko. aap yeh nahi keh sakte ke do aur do mil kar panch. do aur do mil kar saat. to wahan par majburi hai ke aap wahi kahen.</w:t>
      </w:r>
    </w:p>
    <w:p>
      <w:pPr>
        <w:jc w:val="right"/>
      </w:pPr>
      <w:r>
        <w:t>ریاضیاتی مجبوری۔ دو اور دو مل کر چار ہی ماننا پڑے گا آپ کو۔ آپ یہ نہیں کہہ سکتے کہ دو اور دو مل کر پانچ۔ دو اور دو مل کر سات۔ تو وہاں پر مجبوری ہے کہ آپ وہی کہیں۔</w:t>
      </w:r>
    </w:p>
    <w:p>
      <w:r>
        <w:rPr>
          <w:b/>
        </w:rPr>
        <w:t xml:space="preserve">[48:43] </w:t>
      </w:r>
      <w:r>
        <w:t>lekin</w:t>
      </w:r>
    </w:p>
    <w:p>
      <w:pPr>
        <w:jc w:val="right"/>
      </w:pPr>
      <w:r>
        <w:t>لیکن</w:t>
      </w:r>
    </w:p>
    <w:p>
      <w:r>
        <w:rPr>
          <w:b/>
        </w:rPr>
        <w:t xml:space="preserve">[48:48] </w:t>
      </w:r>
      <w:r>
        <w:t>mazhab ya rohaniyat ya yeh jo mozuat hain, yeh un ko kaha jata hai aaj kal ki zaban mein tajridi sciences.</w:t>
      </w:r>
    </w:p>
    <w:p>
      <w:pPr>
        <w:jc w:val="right"/>
      </w:pPr>
      <w:r>
        <w:t>مذہب یا روحانیت یا یہ جو موضوعات ہیں، یہ ان کو کہا جاتا ہے آج کل کی زبان میں تجریدی سائنسز۔</w:t>
      </w:r>
    </w:p>
    <w:p>
      <w:r>
        <w:rPr>
          <w:b/>
        </w:rPr>
        <w:t xml:space="preserve">[48:58] </w:t>
      </w:r>
      <w:r>
        <w:t>to wahan par aisa koi majburi nahi hai. to Khuda ki barhai ko manna bila dekhe manna hai. aur suraj ki barhai ko manna hai, is ko dekh kar manna hai.</w:t>
      </w:r>
    </w:p>
    <w:p>
      <w:pPr>
        <w:jc w:val="right"/>
      </w:pPr>
      <w:r>
        <w:t>تو وہاں پر ایسا کوئی مجبوری نہیں ہے۔ تو خدا کی بڑائی کو ماننا بلا دیکھے ماننا ہے۔ اور سورج کی بڑائی کو ماننا ہے، اس کو دیکھ کر ماننا ہے۔</w:t>
      </w:r>
    </w:p>
    <w:p>
      <w:r>
        <w:rPr>
          <w:b/>
        </w:rPr>
        <w:t xml:space="preserve">[49:09] </w:t>
      </w:r>
      <w:r>
        <w:t>isi liye agar aap yeh manen ke khuda, ke suraj bara hai, to us par koi inaam nahi hai. lekin agar aap yeh sache dil se maan saken ke khuda bara hai,</w:t>
      </w:r>
    </w:p>
    <w:p>
      <w:pPr>
        <w:jc w:val="right"/>
      </w:pPr>
      <w:r>
        <w:t>اسی لیے اگر آپ یہ مانیں کہ خدا، کہ سورج بڑا ہے، تو اس پر کوئی انعام نہیں ہے۔ لیکن اگر آپ یہ سچے دل سے مان سکیں کہ خدا بڑا ہے،</w:t>
      </w:r>
    </w:p>
    <w:p>
      <w:r>
        <w:rPr>
          <w:b/>
        </w:rPr>
        <w:t xml:space="preserve">[49:22] </w:t>
      </w:r>
      <w:r>
        <w:t>to us ke baad aap us ke inaam mein aap ko, yaani woh ek inaami amal ban jata hai, aap ko jannat aap ke liye likh di jati hai.</w:t>
      </w:r>
    </w:p>
    <w:p>
      <w:pPr>
        <w:jc w:val="right"/>
      </w:pPr>
      <w:r>
        <w:t>تو اس کے بعد آپ اس کے انعام میں آپ کو، یعنی وہ ایک انعامی عمل بن جاتا ہے، آپ کو جنت آپ کے لیے لکھ دی جاتی ہے۔</w:t>
      </w:r>
    </w:p>
    <w:p>
      <w:r>
        <w:rPr>
          <w:b/>
        </w:rPr>
        <w:t xml:space="preserve">[49:34] </w:t>
      </w:r>
      <w:r>
        <w:t>isi tarah se dekhiye.</w:t>
      </w:r>
    </w:p>
    <w:p>
      <w:pPr>
        <w:jc w:val="right"/>
      </w:pPr>
      <w:r>
        <w:t>اسی طرح سے دیکھیے۔</w:t>
      </w:r>
    </w:p>
    <w:p>
      <w:r>
        <w:rPr>
          <w:b/>
        </w:rPr>
        <w:t xml:space="preserve">[49:42] </w:t>
      </w:r>
      <w:r>
        <w:t>main samajhta hoon ke roze ka ek bohat bara faida yeh hai ke hum roze mein</w:t>
      </w:r>
    </w:p>
    <w:p>
      <w:pPr>
        <w:jc w:val="right"/>
      </w:pPr>
      <w:r>
        <w:t>میں سمجھتا ہوں کہ روزے کا ایک بہت بڑا فائدہ یہ ہے کہ ہم روزے میں</w:t>
      </w:r>
    </w:p>
    <w:p>
      <w:r>
        <w:rPr>
          <w:b/>
        </w:rPr>
        <w:t xml:space="preserve">[49:53] </w:t>
      </w:r>
      <w:r>
        <w:t>izat ki daryaft karte hain. izat ka matlab hai be basi. apni be basi ki daryaft karte hain. main samajhta hoon ke yeh sab se bara faida hai roze ka.</w:t>
      </w:r>
    </w:p>
    <w:p>
      <w:pPr>
        <w:jc w:val="right"/>
      </w:pPr>
      <w:r>
        <w:t>عزت کی دریافت کرتے ہیں۔ عزت کا مطلب ہے بے بسی۔ اپنی بے بسی کی دریافت کرتے ہیں۔ میں سمجھتا ہوں کہ یہ سب سے بڑا فائدہ ہے روزے کا۔</w:t>
      </w:r>
    </w:p>
    <w:p>
      <w:r>
        <w:rPr>
          <w:b/>
        </w:rPr>
        <w:t xml:space="preserve">[50:04] </w:t>
      </w:r>
      <w:r>
        <w:t>aam halaat mein hum kha rahe hain, pi rahe hain, aa rahe hain, ja rahe hain. sare mamlaat hamare pure ho rahe hain, so rahe hain, jaag rahe hain. to sab kaam hamare theek theek hue chala ja raha hai.</w:t>
      </w:r>
    </w:p>
    <w:p>
      <w:pPr>
        <w:jc w:val="right"/>
      </w:pPr>
      <w:r>
        <w:t>عام حالات میں ہم کھا رہے ہیں، پی رہے ہیں، آ رہے ہیں، جا رہے ہیں۔ سارے معاملات ہمارے پورے ہو رہے ہیں، سو رہے ہیں، جاگ رہے ہیں۔ تو سب کام ہمارے ٹھیک ٹھیک ہوئے چلا جا رہا ہے۔</w:t>
      </w:r>
    </w:p>
    <w:p>
      <w:r>
        <w:rPr>
          <w:b/>
        </w:rPr>
        <w:t xml:space="preserve">[50:16] </w:t>
      </w:r>
      <w:r>
        <w:t>to hum apni be basi ka tajurba nahi kar paate. to roze mein aisa kiya jata hai ke</w:t>
      </w:r>
    </w:p>
    <w:p>
      <w:pPr>
        <w:jc w:val="right"/>
      </w:pPr>
      <w:r>
        <w:t>تو ہم اپنی بے بسی کا تجربہ نہیں کر پاتے۔ تو روزے میں ایسا کیا جاتا ہے کہ</w:t>
      </w:r>
    </w:p>
    <w:p>
      <w:r>
        <w:rPr>
          <w:b/>
        </w:rPr>
        <w:t xml:space="preserve">[50:28] </w:t>
      </w:r>
      <w:r>
        <w:t>aap ko lazmi taur par yeh tajurba karaya jata hai, yeh tajurba karaya jata hai ke aap be bas hain.</w:t>
      </w:r>
    </w:p>
    <w:p>
      <w:pPr>
        <w:jc w:val="right"/>
      </w:pPr>
      <w:r>
        <w:t>آپ کو لازمی طور پر یہ تجربہ کرایا جاتا ہے، یہ تجربہ کرایا جاتا ہے کہ آپ بے بس ہیں۔</w:t>
      </w:r>
    </w:p>
    <w:p>
      <w:r>
        <w:rPr>
          <w:b/>
        </w:rPr>
        <w:t xml:space="preserve">[50:37] </w:t>
      </w:r>
      <w:r>
        <w:t>matlab yeh ke agar aap barabar khana na khayen to aap mar jayenge. barabar pani na piyen to aap ka khatma ho jayega. barabar hawa mein saans na len to aap khatam ho jayenge.</w:t>
      </w:r>
    </w:p>
    <w:p>
      <w:pPr>
        <w:jc w:val="right"/>
      </w:pPr>
      <w:r>
        <w:t>مطلب یہ کہ اگر آپ برابر کھانا نہ کھائیں تو آپ مر جائیں گے۔ برابر پانی نہ پیئیں تو آپ کا خاتمہ ہو جائے گا۔ برابر ہوا میں سانس نہ لیں تو آپ ختم ہو جائیں گے۔</w:t>
      </w:r>
    </w:p>
    <w:p>
      <w:r>
        <w:rPr>
          <w:b/>
        </w:rPr>
        <w:t xml:space="preserve">[50:49] </w:t>
      </w:r>
      <w:r>
        <w:t>to yeh be basi jo hai insan ki. aam halaat mein aadmi is se be khabar rehta hai. to aadmi apni is, apni jo us ki asal, yaani asal jo haqeeqi halat us ki hai, jo asal haqeeqat us ki hai, woh ajzi hai.</w:t>
      </w:r>
    </w:p>
    <w:p>
      <w:pPr>
        <w:jc w:val="right"/>
      </w:pPr>
      <w:r>
        <w:t>تو یہ بے بسی جو ہے انسان کی۔ عام حالات میں آدمی اس سے بے خبر رہتا ہے۔ تو آدمی اپنی اس، اپنی جو اس کی اصل، یعنی اصل جو جو حقیقی حالت اس کی ہے، جو اصل حقیقت اس کی ہے، وہ عجزی ہے۔</w:t>
      </w:r>
    </w:p>
    <w:p>
      <w:r>
        <w:rPr>
          <w:b/>
        </w:rPr>
        <w:t xml:space="preserve">[51:07] </w:t>
      </w:r>
      <w:r>
        <w:t>aur ajz ka aadmi tajurba karta hai, yaani roze mein. aur main samajhta hoon ke yeh bohat hi bari baat hai.</w:t>
      </w:r>
    </w:p>
    <w:p>
      <w:pPr>
        <w:jc w:val="right"/>
      </w:pPr>
      <w:r>
        <w:t>اور عجز کا آدمی تجربہ کرتا ہے، یعنی روزے میں۔ اور میں سمجھتا ہوں کہ یہ بہت ہی بڑی بات ہے۔</w:t>
      </w:r>
    </w:p>
    <w:p>
      <w:r>
        <w:rPr>
          <w:b/>
        </w:rPr>
        <w:t xml:space="preserve">[51:27] </w:t>
      </w:r>
      <w:r>
        <w:t>hadees mein aata hai ke Allah taala ne farmaya: "ala kullakum jaa'i illa man at'amtani" sun lo ke tum mein se har shakhs bhooka hai.</w:t>
      </w:r>
    </w:p>
    <w:p>
      <w:pPr>
        <w:jc w:val="right"/>
      </w:pPr>
      <w:r>
        <w:t>حدیث میں آتا ہے کہ اللہ تعالیٰ نے فرمایا: "علیٰ کلكم جائے الا من اطعمت" سن لو کہ تم میں سے ہر شخص بھوکا ہے۔</w:t>
      </w:r>
    </w:p>
    <w:p>
      <w:r>
        <w:rPr>
          <w:b/>
        </w:rPr>
        <w:t xml:space="preserve">[51:46] </w:t>
      </w:r>
      <w:r>
        <w:t>sivaye us ke jis ko main khilaoon.</w:t>
      </w:r>
    </w:p>
    <w:p>
      <w:pPr>
        <w:jc w:val="right"/>
      </w:pPr>
      <w:r>
        <w:t>سوائے اس کے جس کو میں کھلاؤں۔</w:t>
      </w:r>
    </w:p>
    <w:p>
      <w:r>
        <w:rPr>
          <w:b/>
        </w:rPr>
        <w:t xml:space="preserve">[51:51] </w:t>
      </w:r>
      <w:r>
        <w:t>to yeh yeh haqeeqat, yeh haqeeqat ke ek ke hum khud se gehoon nahi paida kar sakte.</w:t>
      </w:r>
    </w:p>
    <w:p>
      <w:pPr>
        <w:jc w:val="right"/>
      </w:pPr>
      <w:r>
        <w:t>تو یہ یہ حقیقت، یہ حقیقت کہ ایک کہ ہم خود سے گیہوں نہیں پیدا کر سکتے۔</w:t>
      </w:r>
    </w:p>
    <w:p>
      <w:r>
        <w:rPr>
          <w:b/>
        </w:rPr>
        <w:t xml:space="preserve">[52:03] </w:t>
      </w:r>
      <w:r>
        <w:t>khud se chawal nahi paida kar sakte. khud se pani nahi bana sakte. yeh haqeeqat jo hai, hum is ko bhule rehte hain.</w:t>
      </w:r>
    </w:p>
    <w:p>
      <w:pPr>
        <w:jc w:val="right"/>
      </w:pPr>
      <w:r>
        <w:t>خود سے چاول نہیں پیدا کر سکتے۔ خود سے پانی نہیں بنا سکتے۔ یہ حقیقت جو ہے، ہم اس کو بھولے رہتے ہیں۔</w:t>
      </w:r>
    </w:p>
    <w:p>
      <w:r>
        <w:rPr>
          <w:b/>
        </w:rPr>
        <w:t xml:space="preserve">[52:13] </w:t>
      </w:r>
      <w:r>
        <w:t>kyun ke farawani se mil raha hai hum ko har cheez. to aarzi taur par hum ko ek aise course mein dala jata hai jahan hum tajurba kar saken ke hum, yaani hum kisi bhi cheez ke zaati malik nahi hain.</w:t>
      </w:r>
    </w:p>
    <w:p>
      <w:pPr>
        <w:jc w:val="right"/>
      </w:pPr>
      <w:r>
        <w:t>کیونکہ فراوانی سے مل رہا ہے ہم کو ہر چیز۔ تو عارضی طور پر ہم کو ایک ایسے کورس میں ڈالا جاتا ہے جہاں ہم تجربہ کر سکیں کہ ہم، یعنی ہم کسی بھی چیز کے ذاتی مالک نہیں ہیں۔</w:t>
      </w:r>
    </w:p>
    <w:p>
      <w:r>
        <w:rPr>
          <w:b/>
        </w:rPr>
        <w:t xml:space="preserve">[52:30] </w:t>
      </w:r>
      <w:r>
        <w:t>kisi cheez ko hum khud se khareed, khud se paida nahi kar sakte.</w:t>
      </w:r>
    </w:p>
    <w:p>
      <w:pPr>
        <w:jc w:val="right"/>
      </w:pPr>
      <w:r>
        <w:t>کسی چیز کو ہم خود سے خرید، خود سے پیدا نہیں کر سکتے۔</w:t>
      </w:r>
    </w:p>
    <w:p>
      <w:r>
        <w:rPr>
          <w:b/>
        </w:rPr>
        <w:t xml:space="preserve">[52:37] </w:t>
      </w:r>
      <w:r>
        <w:t>to yahi woh cheez hai jis ko main kehta hoon kathputli hona. aadmi aam halaat mein woh jaise ke ghubara hota hai.</w:t>
      </w:r>
    </w:p>
    <w:p>
      <w:pPr>
        <w:jc w:val="right"/>
      </w:pPr>
      <w:r>
        <w:t>تو یہی وہ چیز ہے جس کو میں کہتا ہوں کٹھ پتلی ہونا۔ آدمی عام حالات میں وہ جیسے کہ غبارہ ہوتا ہے۔</w:t>
      </w:r>
    </w:p>
    <w:p>
      <w:r>
        <w:rPr>
          <w:b/>
        </w:rPr>
        <w:t xml:space="preserve">[52:49] </w:t>
      </w:r>
      <w:r>
        <w:t>ghubare mein hawa bhar dete hain aap, to itna bahar se dikhai deta hai. haalankeh haqeeqat mein woh itna sa hota hai, chhota sa.</w:t>
      </w:r>
    </w:p>
    <w:p>
      <w:pPr>
        <w:jc w:val="right"/>
      </w:pPr>
      <w:r>
        <w:t>غبارے میں ہوا بھر دیتے ہیں آپ، تو اتنا باہر سے دکھائی دیتا ہے۔ حالانکہ حقیقت میں وہ اتنا سا ہوتا ہے، چھوٹا سا۔</w:t>
      </w:r>
    </w:p>
    <w:p>
      <w:r>
        <w:rPr>
          <w:b/>
        </w:rPr>
        <w:t xml:space="preserve">[53:00] </w:t>
      </w:r>
      <w:r>
        <w:t>to jab aap us ki hawa nikaal dein to woh kathputli ho gaya. to har aadmi isi tarike se ghubare ki manind hai.</w:t>
      </w:r>
    </w:p>
    <w:p>
      <w:pPr>
        <w:jc w:val="right"/>
      </w:pPr>
      <w:r>
        <w:t>تو جب آپ اس کی ہوا نکال دیں تو وہ کٹھ پتلی ہو گیا۔ تو ہر آدمی اسی طریقے سے غبارے کی مانند ہے۔</w:t>
      </w:r>
    </w:p>
    <w:p>
      <w:r>
        <w:rPr>
          <w:b/>
        </w:rPr>
        <w:t xml:space="preserve">[53:09] </w:t>
      </w:r>
      <w:r>
        <w:t>woh phoola hua hai. kyun ke us ki zarooraten poori ho rahi hain. use khana peena mil raha hai. us ki jeb mein paise hain ashya khareedne ke liye.</w:t>
      </w:r>
    </w:p>
    <w:p>
      <w:pPr>
        <w:jc w:val="right"/>
      </w:pPr>
      <w:r>
        <w:t>وہ پھولا ہوا ہے۔ کیونکہ اس کی ضرورتیں پوری ہو رہی ہیں۔ اسے کھانا پینا مل رہا ہے۔ اس کی جیب میں پیسے ہیں اشیاء خریدنے کے لیے۔</w:t>
      </w:r>
    </w:p>
    <w:p>
      <w:r>
        <w:rPr>
          <w:b/>
        </w:rPr>
        <w:t xml:space="preserve">[53:19] </w:t>
      </w:r>
      <w:r>
        <w:t>to woh har aadmi masnooi</w:t>
      </w:r>
    </w:p>
    <w:p>
      <w:pPr>
        <w:jc w:val="right"/>
      </w:pPr>
      <w:r>
        <w:t>تو وہ ہر آدمی مصنوعی</w:t>
      </w:r>
    </w:p>
    <w:p>
      <w:r>
        <w:rPr>
          <w:b/>
        </w:rPr>
        <w:t xml:space="preserve">[53:25] </w:t>
      </w:r>
      <w:r>
        <w:t>ehsas mein jeeta hai. us ko apni, yaani jo us ki asal hesiyat hai, us se woh be khabar rehta hai.</w:t>
      </w:r>
    </w:p>
    <w:p>
      <w:pPr>
        <w:jc w:val="right"/>
      </w:pPr>
      <w:r>
        <w:t>احساس میں جیتا ہے۔ اس کو اپنی، یعنی جو اس کی اصل حیثیت ہے، اس سے وہ بے خبر رہتا ہے۔</w:t>
      </w:r>
    </w:p>
    <w:p>
      <w:r>
        <w:rPr>
          <w:b/>
        </w:rPr>
        <w:t xml:space="preserve">[53:37] </w:t>
      </w:r>
      <w:r>
        <w:t>to Ramzan ka mahina ka maqsad yeh hai ke aadmi ko kathputli kiya jaye. us ke ghubare ki hawa nikaal di jaye.</w:t>
      </w:r>
    </w:p>
    <w:p>
      <w:pPr>
        <w:jc w:val="right"/>
      </w:pPr>
      <w:r>
        <w:t>تو رمضان کا مہینہ کا مقصد یہ ہے کہ آدمی کو کٹھ پتلی کیا جائے۔ اس کے غبارے کی ہوا نکال دی جائے۔</w:t>
      </w:r>
    </w:p>
    <w:p>
      <w:r>
        <w:rPr>
          <w:b/>
        </w:rPr>
        <w:t xml:space="preserve">[53:46] </w:t>
      </w:r>
      <w:r>
        <w:t>taake us ke andar sachcha shukr paida ho. jab tak aap kathputli na hon. main samajhta hoon ke sab se bara hikmat hai kathputli hona.</w:t>
      </w:r>
    </w:p>
    <w:p>
      <w:pPr>
        <w:jc w:val="right"/>
      </w:pPr>
      <w:r>
        <w:t>تاکہ اس کے اندر سچا شکر پیدا ہو۔ جب تک آپ کٹھ پتلی نہ ہوں۔ میں سمجھتا ہوں کہ سب سے بڑا حکمت ہے کٹھ پتلی ہونا۔</w:t>
      </w:r>
    </w:p>
    <w:p>
      <w:r>
        <w:rPr>
          <w:b/>
        </w:rPr>
        <w:t xml:space="preserve">[53:59] </w:t>
      </w:r>
      <w:r>
        <w:t>kath putli ka matlab kya hai? jab 1971 mein jab pakistan ke do tukde hue the.</w:t>
      </w:r>
    </w:p>
    <w:p>
      <w:pPr>
        <w:jc w:val="right"/>
      </w:pPr>
      <w:r>
        <w:t>کٹھ پتلی کا مطلب کیا ہے؟ جب 1971 میں جب پاکستان کے دو ٹکڑے ہوئے تھے۔</w:t>
      </w:r>
    </w:p>
    <w:p>
      <w:r>
        <w:rPr>
          <w:b/>
        </w:rPr>
        <w:t xml:space="preserve">[54:09] </w:t>
      </w:r>
      <w:r>
        <w:t>bangla desh ban kar alag hua tha. aap jante hain ke pehle pakistan jo tha, east pakistan aur west pakistan kaha jata tha. jo jo east pakistan hai, woh ab bangla desh kaha jata hai.</w:t>
      </w:r>
    </w:p>
    <w:p>
      <w:pPr>
        <w:jc w:val="right"/>
      </w:pPr>
      <w:r>
        <w:t>بنگلہ دیش بن کر الگ ہوا تھا۔ آپ جانتے ہیں کہ پہلے پاکستان جو تھا، ایسٹ پاکستان اور ویسٹ پاکستان کہا جاتا تھا۔ جو جو ایسٹ پاکستان ہے، وہ اب بنگلہ دیش کہا جاتا ہے۔</w:t>
      </w:r>
    </w:p>
    <w:p>
      <w:r>
        <w:rPr>
          <w:b/>
        </w:rPr>
        <w:t xml:space="preserve">[54:20] </w:t>
      </w:r>
      <w:r>
        <w:t>to do tukde ho gaya. is zamane mein bohat si kitabein chhapi thin. mislan "dismemberment of pakistan" aur "pakistan after" yani kai is tarah ki kitabein chhapi thin.</w:t>
      </w:r>
    </w:p>
    <w:p>
      <w:pPr>
        <w:jc w:val="right"/>
      </w:pPr>
      <w:r>
        <w:t>تو دو ٹکڑے ہو گیا۔ اس زمانے میں بہت سی کتابیں چھپی تھیں۔ مثلاً "ڈس ممبرمنٹ آف پاکستان" اور "پاکستان آفٹر" یعنی کئی اس طرح کی کتابیں چھپی تھیں۔</w:t>
      </w:r>
    </w:p>
    <w:p>
      <w:r>
        <w:rPr>
          <w:b/>
        </w:rPr>
        <w:t xml:space="preserve">[54:34] </w:t>
      </w:r>
      <w:r>
        <w:t>"partition of after partition" waghera. to ek unwan mujhe bohat pasand aaya tha. woh tha "pakistan kath putli".</w:t>
      </w:r>
    </w:p>
    <w:p>
      <w:pPr>
        <w:jc w:val="right"/>
      </w:pPr>
      <w:r>
        <w:t>"پارٹیشن آف آفٹر پارٹیشن" وغیرہ۔ تو ایک عنوان مجھے بہت پسند آیا تھا۔ وہ تھا "پاکستان کٹھ پتلی"۔</w:t>
      </w:r>
    </w:p>
    <w:p>
      <w:r>
        <w:rPr>
          <w:b/>
        </w:rPr>
        <w:t xml:space="preserve">[54:47] </w:t>
      </w:r>
      <w:r>
        <w:t>"pakistan kath putli" yani pakistan wahan ho gaya, waisa ho gaya jaisa ke woh haqiqatan tha. yani yeh masnooi soorat-e-haal thi ke beech mein ek hazar meel ki doori hai.</w:t>
      </w:r>
    </w:p>
    <w:p>
      <w:pPr>
        <w:jc w:val="right"/>
      </w:pPr>
      <w:r>
        <w:t>"پاکستان کٹھ پتلی" یعنی پاکستان وہاں ہو گیا، ویسا ہو گیا جیسا کہ وہ حقیقتاً تھا۔ یعنی یہ مصنوعی صورتحال تھی کہ بیچ میں ایک ہزار میل کی دوری ہے۔</w:t>
      </w:r>
    </w:p>
    <w:p>
      <w:r>
        <w:rPr>
          <w:b/>
        </w:rPr>
        <w:t xml:space="preserve">[55:04] </w:t>
      </w:r>
      <w:r>
        <w:t>kyun ke aap jante hain ke dono pakistan ke dono hisse jo the, us mein hazar meel ka faasla tha. to yeh ek jighrafiai ajuba tha.</w:t>
      </w:r>
    </w:p>
    <w:p>
      <w:pPr>
        <w:jc w:val="right"/>
      </w:pPr>
      <w:r>
        <w:t>کیونکہ آپ جانتے ہیں کہ دونوں پاکستان کے دونوں حصے جو تھے، اس میں ہزار میل کا فاصلہ تھا۔ تو یہ ایک جغرافیائی عجوبہ تھا۔</w:t>
      </w:r>
    </w:p>
    <w:p>
      <w:r>
        <w:rPr>
          <w:b/>
        </w:rPr>
        <w:t xml:space="preserve">[55:15] </w:t>
      </w:r>
      <w:r>
        <w:t>ke aise do ilaqe ek mulk hon. to isi ko us ne kaha ke "pakistan kath putli". to jo haqeeqi soorat-e-haal thi, wahan pakistan aa gaya.</w:t>
      </w:r>
    </w:p>
    <w:p>
      <w:pPr>
        <w:jc w:val="right"/>
      </w:pPr>
      <w:r>
        <w:t>کہ ایسے دو علاقے ایک ملک ہوں۔ تو اسی کو اس نے کہا کہ "پاکستان کٹھ پتلی"۔ تو جو حقیقی صورتحال تھی، وہاں پاکستان آگیا۔</w:t>
      </w:r>
    </w:p>
    <w:p>
      <w:r>
        <w:rPr>
          <w:b/>
        </w:rPr>
        <w:t xml:space="preserve">[55:29] </w:t>
      </w:r>
      <w:r>
        <w:t>to har insaan ki zindagi mein main samajhta hoon ke yahi hona chahiye ke woh kath putli ho. insaan ki asal halat jo hai, woh yeh hai ke maine apne aap ko khud se takhleeq nahi kiya hai.</w:t>
      </w:r>
    </w:p>
    <w:p>
      <w:pPr>
        <w:jc w:val="right"/>
      </w:pPr>
      <w:r>
        <w:t>تو ہر انسان کی زندگی میں میں سمجھتا ہوں کہ یہی ہونا چاہیے کہ وہ کٹھ پتلی ہو۔ انسان کی اصل حالت جو ہے، وہ یہ ہے کہ میں نے اپنے آپ کو خود سے تخلیق نہیں کیا ہے۔</w:t>
      </w:r>
    </w:p>
    <w:p>
      <w:r>
        <w:rPr>
          <w:b/>
        </w:rPr>
        <w:t xml:space="preserve">[55:42] </w:t>
      </w:r>
      <w:r>
        <w:t>kisi ne takhleeq kiya tab main bana hoon. yeh hawa, yeh pani, yeh suraj, yeh roshni, yeh khana peena sab maine nahi banaya hai.</w:t>
      </w:r>
    </w:p>
    <w:p>
      <w:pPr>
        <w:jc w:val="right"/>
      </w:pPr>
      <w:r>
        <w:t>کسی نے تخلیق کیا تب میں بنا ہوں۔ یہ ہوا، یہ پانی، یہ سورج، یہ روشنی، یہ کھانا پینا سب میں نے نہیں بنایا ہے۔</w:t>
      </w:r>
    </w:p>
    <w:p>
      <w:r>
        <w:rPr>
          <w:b/>
        </w:rPr>
        <w:t xml:space="preserve">[55:51] </w:t>
      </w:r>
      <w:r>
        <w:t>kisi ne diya hai tab mujhe mila hai. to aam halaat mein chunke cheezein milti rehti hain, milti rehti hain logon ko, to log soch nahi paate.</w:t>
      </w:r>
    </w:p>
    <w:p>
      <w:pPr>
        <w:jc w:val="right"/>
      </w:pPr>
      <w:r>
        <w:t>کسی نے دیا ہے تب مجھے ملا ہے۔ تو عام حالات میں چونکہ چیزیں ملتی رہتی ہیں، ملتی رہتی ہیں لوگوں کو، تو لوگ سوچ نہیں پاتے۔</w:t>
      </w:r>
    </w:p>
    <w:p>
      <w:r>
        <w:rPr>
          <w:b/>
        </w:rPr>
        <w:t xml:space="preserve">[56:05] </w:t>
      </w:r>
      <w:r>
        <w:t>log soch nahi paate. to roze ka mahina is liye hai taake log logon ko aise halaat paida kiye jayen, aisi soorat-e-haal takhleeq ki jaye jabke woh sochein.</w:t>
      </w:r>
    </w:p>
    <w:p>
      <w:pPr>
        <w:jc w:val="right"/>
      </w:pPr>
      <w:r>
        <w:t>لوگ سوچ نہیں پاتے۔ تو روزے کا مہینہ اس لیے ہے تاکہ لوگ لوگوں کو ایسے حالات پیدا کیے جائیں، ایسی صورتحال تخلیق کی جائے جبکہ وہ سوچیں۔</w:t>
      </w:r>
    </w:p>
    <w:p>
      <w:r>
        <w:rPr>
          <w:b/>
        </w:rPr>
        <w:t xml:space="preserve">[56:21] </w:t>
      </w:r>
      <w:r>
        <w:t>aur kath putli banen. dekhiye, jab tak aadmi kath putli na ho, tab tak khuda se uska sachha ta'alluq banta nahi.</w:t>
      </w:r>
    </w:p>
    <w:p>
      <w:pPr>
        <w:jc w:val="right"/>
      </w:pPr>
      <w:r>
        <w:t>اور کٹھ پتلی بنیں۔ دیکھیے، جب تک آدمی کٹھ پتلی نہ ہو، تب تک خدا سے اس کا سچا تعلق بنتا نہیں۔</w:t>
      </w:r>
    </w:p>
    <w:p>
      <w:r>
        <w:rPr>
          <w:b/>
        </w:rPr>
        <w:t xml:space="preserve">[56:34] </w:t>
      </w:r>
      <w:r>
        <w:t>kyun ke khuda,</w:t>
      </w:r>
    </w:p>
    <w:p>
      <w:pPr>
        <w:jc w:val="right"/>
      </w:pPr>
      <w:r>
        <w:t>کیونکہ خدا،</w:t>
      </w:r>
    </w:p>
    <w:p>
      <w:r>
        <w:rPr>
          <w:b/>
        </w:rPr>
        <w:t xml:space="preserve">[56:38] </w:t>
      </w:r>
      <w:r>
        <w:t>yani jab hamare andar gharoor ho, to hum khuda ke barabar ban jate hain.</w:t>
      </w:r>
    </w:p>
    <w:p>
      <w:pPr>
        <w:jc w:val="right"/>
      </w:pPr>
      <w:r>
        <w:t>یعنی جب ہمارے اندر غرور ہو، تو ہم خدا کے برابر بن جاتے ہیں۔</w:t>
      </w:r>
    </w:p>
    <w:p>
      <w:r>
        <w:rPr>
          <w:b/>
        </w:rPr>
        <w:t xml:space="preserve">[56:49] </w:t>
      </w:r>
      <w:r>
        <w:t>agar jab barabar hum ban jayen khuda ke, to kaise hamara khuda se ta'alluq kaise banega? to hum jab is halat mein pahunchen ke hum be-bas hain aur khuda jo hai, sab sara qadir-e-mutlaq hai, tab ja kar khuda se hamara ta'alluq banta hai.</w:t>
      </w:r>
    </w:p>
    <w:p>
      <w:pPr>
        <w:jc w:val="right"/>
      </w:pPr>
      <w:r>
        <w:t>اگر جب برابر ہم بن جائیں خدا کے، تو کیسے ہمارا خدا سے تعلق کیسے بنے گا؟ تو ہم جب اس حالت میں پہنچیں کہ ہم بے بس ہیں اور خدا جو ہے، سب سارا قادر مطلق ہے، تب جا کر خدا سے ہمارا تعلق بنتا ہے۔</w:t>
      </w:r>
    </w:p>
    <w:p>
      <w:r>
        <w:rPr>
          <w:b/>
        </w:rPr>
        <w:t xml:space="preserve">[57:09] </w:t>
      </w:r>
      <w:r>
        <w:t>warna banta hi nahi hai.</w:t>
      </w:r>
    </w:p>
    <w:p>
      <w:pPr>
        <w:jc w:val="right"/>
      </w:pPr>
      <w:r>
        <w:t>ورنہ بنتا ہی نہیں ہے۔</w:t>
      </w:r>
    </w:p>
    <w:p>
      <w:r>
        <w:rPr>
          <w:b/>
        </w:rPr>
        <w:t xml:space="preserve">[57:13] </w:t>
      </w:r>
      <w:r>
        <w:t>to goya ke roze mein aap ko kath putli kar ke yeh mauqa diya jata hai ke aap khuda se qareeb ho saken.</w:t>
      </w:r>
    </w:p>
    <w:p>
      <w:pPr>
        <w:jc w:val="right"/>
      </w:pPr>
      <w:r>
        <w:t>تو گویا کہ روزے میں آپ کو کٹھ پتلی کر کے یہ موقع دیا جاتا ہے کہ آپ خدا سے قریب ہو سکیں۔</w:t>
      </w:r>
    </w:p>
    <w:p>
      <w:r>
        <w:rPr>
          <w:b/>
        </w:rPr>
        <w:t xml:space="preserve">[57:24] </w:t>
      </w:r>
      <w:r>
        <w:t>khuda ke paas pahunch saken. aur sachhi dua nikle aap ki zuban se. isi liye quran mein hai ke jahan hukum diya gaya hai roze ka, wahan par aata hai ke</w:t>
      </w:r>
    </w:p>
    <w:p>
      <w:pPr>
        <w:jc w:val="right"/>
      </w:pPr>
      <w:r>
        <w:t>خدا کے پاس پہنچ سکیں۔ اور سچی دعا نکلے آپ کی زبان سے۔ اسی لیے قرآن میں ہے کہ جہاں حکم دیا گیا ہے روزے کا، وہاں پر آتا ہے کہ</w:t>
      </w:r>
    </w:p>
    <w:p>
      <w:r>
        <w:rPr>
          <w:b/>
        </w:rPr>
        <w:t xml:space="preserve">[57:47] </w:t>
      </w:r>
      <w:r>
        <w:t>yani log poochte hain ke khuda ke bare mein, mere bare mein. to keh do ke main bando se qareeb hoon.</w:t>
      </w:r>
    </w:p>
    <w:p>
      <w:pPr>
        <w:jc w:val="right"/>
      </w:pPr>
      <w:r>
        <w:t>یعنی لوگ پوچھتے ہیں کہ خدا کے بارے میں، میرے بارے میں۔ تو کہہ دو کہ میں بندوں سے قریب ہوں۔</w:t>
      </w:r>
    </w:p>
    <w:p>
      <w:r>
        <w:rPr>
          <w:b/>
        </w:rPr>
        <w:t xml:space="preserve">[57:58] </w:t>
      </w:r>
      <w:r>
        <w:t>ani qareeb, main bando se qareeb hoon.</w:t>
      </w:r>
    </w:p>
    <w:p>
      <w:pPr>
        <w:jc w:val="right"/>
      </w:pPr>
      <w:r>
        <w:t>انی قریب، میں بندوں سے قریب ہوں۔</w:t>
      </w:r>
    </w:p>
    <w:p>
      <w:r>
        <w:rPr>
          <w:b/>
        </w:rPr>
        <w:t xml:space="preserve">[58:04] </w:t>
      </w:r>
      <w:r>
        <w:t>jab woh pukarta hai mujh ko, to main us ki pukar ko sunta hoon. is ka matlab kya hai? is ka matlab yeh hai ke roze se aadmi ke andar yeh sifat aati hai ke woh</w:t>
      </w:r>
    </w:p>
    <w:p>
      <w:pPr>
        <w:jc w:val="right"/>
      </w:pPr>
      <w:r>
        <w:t>جب وہ پکارتا ہے مجھ کو، تو میں اس کی پکار کو سنتا ہوں۔ اس کا مطلب کیا ہے؟ اس کا مطلب یہ ہے کہ روزے سے آدمی کے اندر یہ صفت آتی ہے کہ وہ</w:t>
      </w:r>
    </w:p>
    <w:p>
      <w:r>
        <w:rPr>
          <w:b/>
        </w:rPr>
        <w:t xml:space="preserve">[58:21] </w:t>
      </w:r>
      <w:r>
        <w:t>khuda se qareeb ho. jab aap ka dil bhara hua ho, aap ki sari zarooraten poori ho rahi hon, aap ko koi kami na ho, to aap khuda ko pukarenge kyun?</w:t>
      </w:r>
    </w:p>
    <w:p>
      <w:pPr>
        <w:jc w:val="right"/>
      </w:pPr>
      <w:r>
        <w:t>خدا سے قریب ہو۔ جب آپ کا دل بھرا ہوا ہو، آپ کی ساری ضرورتیں پوری ہو رہی ہوں، آپ کو کوئی کمی نہ ہو، تو آپ خدا کو پکاریں گے کیوں؟</w:t>
      </w:r>
    </w:p>
    <w:p>
      <w:r>
        <w:rPr>
          <w:b/>
        </w:rPr>
        <w:t xml:space="preserve">[58:34] </w:t>
      </w:r>
      <w:r>
        <w:t>isi tarah zindagi guzarte hue to mar jayenge. aur tab pata chalega ke af, woh kitni bari bhool hamari thi ke hum masnooi zindagi bata rahe the.</w:t>
      </w:r>
    </w:p>
    <w:p>
      <w:pPr>
        <w:jc w:val="right"/>
      </w:pPr>
      <w:r>
        <w:t>اسی طرح زندگی گزارتے ہوئے تو مر جائیں گے۔ اور تب پتہ چلے گا کہ اف، وہ کتنی بڑی بھول ہے ہماری تھی کہ ہم مصنوعی زندگی بتا رہے تھے۔</w:t>
      </w:r>
    </w:p>
    <w:p>
      <w:r>
        <w:rPr>
          <w:b/>
        </w:rPr>
        <w:t xml:space="preserve">[58:44] </w:t>
      </w:r>
      <w:r>
        <w:t>kyun ke asal mein to yeh tha ke hum be-bas the. kyun ke yeh jo kuch mila hai duniya mein, dekhiye, yeh test ke liye mila hai. yeh bator-e-inaam nahi mila hai, yaad rakhiye.</w:t>
      </w:r>
    </w:p>
    <w:p>
      <w:pPr>
        <w:jc w:val="right"/>
      </w:pPr>
      <w:r>
        <w:t>کیونکہ اصل میں تو یہ تھا کہ ہم بے بس تھے۔ کیونکہ یہ جو کچھ ملا ہے دنیا میں، دیکھیے، یہ ٹیسٹ کے لیے ملا ہے۔ یہ بطور انعام نہیں ملا ہے، یاد رکھیے۔</w:t>
      </w:r>
    </w:p>
    <w:p>
      <w:r>
        <w:rPr>
          <w:b/>
        </w:rPr>
        <w:t xml:space="preserve">[58:56] </w:t>
      </w:r>
      <w:r>
        <w:t>jo kuch bhi hamein mila hua hai, chahe khana ho, pani ho, gari ho, makan ho, kuch bhi ho, woh sab bator-e-test mila hua hai. test ke ma'ne kya hue?</w:t>
      </w:r>
    </w:p>
    <w:p>
      <w:pPr>
        <w:jc w:val="right"/>
      </w:pPr>
      <w:r>
        <w:t>جو کچھ بھی ہمیں ملا ہوا ہے، چاہے کھانا ہو، پانی ہو، گاڑی ہو، مکان ہو، کچھ بھی ہو، وہ سب بطور ٹیسٹ ملا ہوا ہے۔ ٹیسٹ کے معنی کیا ہوئے؟</w:t>
      </w:r>
    </w:p>
    <w:p>
      <w:r>
        <w:rPr>
          <w:b/>
        </w:rPr>
        <w:t xml:space="preserve">[59:05] </w:t>
      </w:r>
      <w:r>
        <w:t>jaise hi test khatm, woh chhan jayega. Yani teen ghante mein ek talib-e-ilm ko imtehani hall mein bohat si cheezein di jaati hain.</w:t>
      </w:r>
    </w:p>
    <w:p>
      <w:pPr>
        <w:jc w:val="right"/>
      </w:pPr>
      <w:r>
        <w:t>جیسے ہی ٹیسٹ ختم، وہ چھن جائے گا۔ یعنی تین گھنٹے میں ایک طالب علم کو امتحانی ہال میں بہت سی چیزیں دی جاتی ہیں۔</w:t>
      </w:r>
    </w:p>
    <w:p>
      <w:r>
        <w:rPr>
          <w:b/>
        </w:rPr>
        <w:t xml:space="preserve">[59:15] </w:t>
      </w:r>
      <w:r>
        <w:t>lekin lekin teen ghanta khatm hote hain, woh sab khud chhan jata hai, woh sab kuch bhi nahin. To jab tak woh waqt nahin aata, aadmi samajhta hai ke mere paas yeh hai, mere paas woh hai.</w:t>
      </w:r>
    </w:p>
    <w:p>
      <w:pPr>
        <w:jc w:val="right"/>
      </w:pPr>
      <w:r>
        <w:t>لیکن لیکن تین گھنٹہ ختم ہوتے ہیں، وہ سب خود چھن جاتا ہے، وہ سب کچھ بھی نہیں۔ تو جب تک وہ وقت نہیں آتا، آدمی سمجھتا ہے کہ میرے پاس یہ ہے، میرے پاس وہ ہے۔</w:t>
      </w:r>
    </w:p>
    <w:p>
      <w:r>
        <w:rPr>
          <w:b/>
        </w:rPr>
        <w:t xml:space="preserve">[59:27] </w:t>
      </w:r>
      <w:r>
        <w:t>mere paas yani billing hai, mere paas bank balance hai, mere paas motor car hai, mere paas hawai jahaz hai, mere paas khane peene hain, sab farawani se maujood hai.</w:t>
      </w:r>
    </w:p>
    <w:p>
      <w:pPr>
        <w:jc w:val="right"/>
      </w:pPr>
      <w:r>
        <w:t>میرے پاس یعنی بلنگ ہے، میرے پاس بینک بیلنس ہے، میرے پاس موٹر کار ہے، میرے پاس ہوائی جہاز ہے، میرے پاس کھانے پینے ہیں، سب فراوانی سے موجود ہے۔</w:t>
      </w:r>
    </w:p>
    <w:p>
      <w:r>
        <w:rPr>
          <w:b/>
        </w:rPr>
        <w:t xml:space="preserve">[59:39] </w:t>
      </w:r>
      <w:r>
        <w:t>yeh is ehsas mein jeeta hai woh. Yeh bhool jata hai ke yeh to test ke liye hai. Yeh to haq ke taur par nahin hai. Na to haq ke taur par hai aur na woh inaam ke taur par hai.</w:t>
      </w:r>
    </w:p>
    <w:p>
      <w:pPr>
        <w:jc w:val="right"/>
      </w:pPr>
      <w:r>
        <w:t>یہ اس احساس میں جیتا ہے وہ۔ یہ بھول جاتا ہے کہ یہ تو ٹیسٹ کے لیے ہے۔ یہ تو حق کے طور پر نہیں ہے۔ نہ تو حق کے طور پر ہے اور نہ وہ انعام کے طور پر ہے۔</w:t>
      </w:r>
    </w:p>
    <w:p>
      <w:r>
        <w:rPr>
          <w:b/>
        </w:rPr>
        <w:t xml:space="preserve">[59:54] </w:t>
      </w:r>
      <w:r>
        <w:t>jaise hi test ka din khatm ho gaya, yeh khatm. Yeh yaad dilane ke liye roza hai. Ke yeh sab jo tumhara jo hai, jo jo mila hua hai tum ko, zindagi ka sahara system jo mila hua hai aur jo saman tum ko mila hua hai, woh test ke liye hai.</w:t>
      </w:r>
    </w:p>
    <w:p>
      <w:pPr>
        <w:jc w:val="right"/>
      </w:pPr>
      <w:r>
        <w:t>جیسے ہی ٹیسٹ کا دن ختم ہو گیا، یہ ختم۔ یہ یاد دلانے کے لیے روزہ ہے۔ کہ یہ سب جو تمہارا جو ہے، جو جو ملا ہوا ہے تم کو، زندگی کا سہارا سسٹم جو ملا ہوا ہے اور جو سامان تم کو ملا ہوا ہے، وہ ٹیسٹ کے لیے ہے۔</w:t>
      </w:r>
    </w:p>
    <w:p>
      <w:r>
        <w:rPr>
          <w:b/>
        </w:rPr>
        <w:t xml:space="preserve">[1:00:12] </w:t>
      </w:r>
      <w:r>
        <w:t>test khatm to sab chhan jayega tum se. To kitna bara kirdaar hai roze ka hamari zindagi mein. Kitna bara kirdaar hai.</w:t>
      </w:r>
    </w:p>
    <w:p>
      <w:pPr>
        <w:jc w:val="right"/>
      </w:pPr>
      <w:r>
        <w:t>ٹیسٹ ختم تو سب چھن جائے گا تم سے۔ تو کتنا بڑا کردار ہے روزے کا ہماری زندگی میں۔ کتنا بڑا کردار ہے۔</w:t>
      </w:r>
    </w:p>
    <w:p>
      <w:r>
        <w:rPr>
          <w:b/>
        </w:rPr>
        <w:t xml:space="preserve">[1:00:23] </w:t>
      </w:r>
      <w:r>
        <w:t>ke jo haqeeqat hai, us ko woh yaad dilata hai. Dekhiye, har aadmi ke upar ek lamha aane wala hai jab sab kuch chhan jaye.</w:t>
      </w:r>
    </w:p>
    <w:p>
      <w:pPr>
        <w:jc w:val="right"/>
      </w:pPr>
      <w:r>
        <w:t>کہ جو حقیقت ہے، اس کو وہ یاد دلاتا ہے۔ دیکھیے، ہر آدمی کے اوپر ایک لمحہ آنے والا ہے جب سب کچھ چھن جائے۔</w:t>
      </w:r>
    </w:p>
    <w:p>
      <w:r>
        <w:rPr>
          <w:b/>
        </w:rPr>
        <w:t xml:space="preserve">[1:00:35] </w:t>
      </w:r>
      <w:r>
        <w:t>jis tarah ek talib-e-ilm par woh ek lamha aata hai jab ke imtehani hall mein se us ko bahar aana padta hai. Wahan jo kursi mili hui hai, wahan jo mez mila hua hai, wahan jo saman mila hua hai, woh sab use chhan jata hai.</w:t>
      </w:r>
    </w:p>
    <w:p>
      <w:pPr>
        <w:jc w:val="right"/>
      </w:pPr>
      <w:r>
        <w:t>جس طرح ایک طالب علم پر وہ ایک لمحہ آتا ہے جب کہ امتحانی ہال میں سے اس کو باہر آنا پڑتا ہے۔ وہاں جو کرسی ملی ہوئی ہے، وہاں جو میز ملا ہوا ہے، وہاں جو سامان ملا ہوا ہے، وہ سب اسے چھن جاتا ہے۔</w:t>
      </w:r>
    </w:p>
    <w:p>
      <w:r>
        <w:rPr>
          <w:b/>
        </w:rPr>
        <w:t xml:space="preserve">[1:00:47] </w:t>
      </w:r>
      <w:r>
        <w:t>us ko bahar aana padta hai. Jaise hi teen ghanta poora hua, chalo bahar. To yeh aisa hi hum mein har ek ke sath hone wala hai.</w:t>
      </w:r>
    </w:p>
    <w:p>
      <w:pPr>
        <w:jc w:val="right"/>
      </w:pPr>
      <w:r>
        <w:t>اس کو باہر آنا پڑتا ہے۔ جیسے ہی تین گھنٹہ پورا ہوا، چلو باہر۔ تو یہ ایسا ہی ہم میں ہر ایک کے ساتھ ہونے والا ہے۔</w:t>
      </w:r>
    </w:p>
    <w:p>
      <w:r>
        <w:rPr>
          <w:b/>
        </w:rPr>
        <w:t xml:space="preserve">[1:01:00] </w:t>
      </w:r>
      <w:r>
        <w:t>lekin hum bhule rehte hain. To is bhool ko todne ke liye roza ek yaad dehani hai. Ek yaad dehani hai.</w:t>
      </w:r>
    </w:p>
    <w:p>
      <w:pPr>
        <w:jc w:val="right"/>
      </w:pPr>
      <w:r>
        <w:t>لیکن ہم بھولے رہتے ہیں۔ تو اس بھول کو توڑنے کے لیے روزہ ایک یاد دہانی ہے۔ ایک یاد دہانی ہے۔</w:t>
      </w:r>
    </w:p>
    <w:p>
      <w:r>
        <w:rPr>
          <w:b/>
        </w:rPr>
        <w:t xml:space="preserve">[1:01:15] </w:t>
      </w:r>
      <w:r>
        <w:t>ke yeh cheezein jo hain, tum ko jo mili hui hain, woh</w:t>
      </w:r>
    </w:p>
    <w:p>
      <w:pPr>
        <w:jc w:val="right"/>
      </w:pPr>
      <w:r>
        <w:t>کہ یہ چیزیں جو ہیں، تم کو جو ملی ہوئی ہیں، وہ</w:t>
      </w:r>
    </w:p>
    <w:p>
      <w:r>
        <w:rPr>
          <w:b/>
        </w:rPr>
        <w:t xml:space="preserve">[1:01:23] </w:t>
      </w:r>
      <w:r>
        <w:t>woh bator test hain, bator inaam nahin hain. Yeh tumhein, yeh tumhare haq ke taur par tum ko nahin mili hui hain.</w:t>
      </w:r>
    </w:p>
    <w:p>
      <w:pPr>
        <w:jc w:val="right"/>
      </w:pPr>
      <w:r>
        <w:t>وہ بطور ٹیسٹ ہیں، بطور انعام نہیں ہیں۔ یہ تمہیں، یہ تمہارے حق کے طور پر تم کو نہیں ملی ہوئی ہیں۔</w:t>
      </w:r>
    </w:p>
    <w:p>
      <w:r>
        <w:rPr>
          <w:b/>
        </w:rPr>
        <w:t xml:space="preserve">[1:01:36] </w:t>
      </w:r>
      <w:r>
        <w:t>to Quran ke bare mein doosra lafz jo hai, woh hai hidayat. Hidayat.</w:t>
      </w:r>
    </w:p>
    <w:p>
      <w:pPr>
        <w:jc w:val="right"/>
      </w:pPr>
      <w:r>
        <w:t>تو قرآن کے بارے میں دوسرا لفظ جو ہے، وہ ہے ہدایت۔ ہدایت۔</w:t>
      </w:r>
    </w:p>
    <w:p>
      <w:r>
        <w:rPr>
          <w:b/>
        </w:rPr>
        <w:t xml:space="preserve">[1:01:45] </w:t>
      </w:r>
      <w:r>
        <w:t>rehnnumai. Quran jo jis zamane mein, yani roze ke zamane mein jo Quran, yani yeh</w:t>
      </w:r>
    </w:p>
    <w:p>
      <w:pPr>
        <w:jc w:val="right"/>
      </w:pPr>
      <w:r>
        <w:t>رہنمائی۔ قرآن جو جس زمانے میں، یعنی روزے کے زمانے میں جو قرآن، یعنی یہ</w:t>
      </w:r>
    </w:p>
    <w:p>
      <w:r>
        <w:rPr>
          <w:b/>
        </w:rPr>
        <w:t xml:space="preserve">[1:01:53] </w:t>
      </w:r>
      <w:r>
        <w:t>Quran jis jis mahine mein utra tha, us mahine mein roza rakha gaya. To roze ki, to to to Quran ke teen, Quran ke hawale se teen baatein batai gayi hain.</w:t>
      </w:r>
    </w:p>
    <w:p>
      <w:pPr>
        <w:jc w:val="right"/>
      </w:pPr>
      <w:r>
        <w:t>قرآن جس جس مہینے میں اترا تھا، اس مہینے میں روزہ رکھا گیا۔ تو روزے کی، تو تو تو قرآن کے تین، قرآن کے حوالے سے تین باتیں بتائی گئی ہیں۔</w:t>
      </w:r>
    </w:p>
    <w:p>
      <w:r>
        <w:rPr>
          <w:b/>
        </w:rPr>
        <w:t xml:space="preserve">[1:02:09] </w:t>
      </w:r>
      <w:r>
        <w:t>ek to wahi jo main ne arz kiya. Doosra jo hai hidayat.</w:t>
      </w:r>
    </w:p>
    <w:p>
      <w:pPr>
        <w:jc w:val="right"/>
      </w:pPr>
      <w:r>
        <w:t>ایک تو وہی جو میں نے عرض کیا۔ دوسرا جو ہے ہدایت۔</w:t>
      </w:r>
    </w:p>
    <w:p>
      <w:r>
        <w:rPr>
          <w:b/>
        </w:rPr>
        <w:t xml:space="preserve">[1:02:17] </w:t>
      </w:r>
      <w:r>
        <w:t>rehnnumai. Yani is duniya mein aadmi paida hota hai. Aap ghor kijiye ke har insan paida ho raha hai.</w:t>
      </w:r>
    </w:p>
    <w:p>
      <w:pPr>
        <w:jc w:val="right"/>
      </w:pPr>
      <w:r>
        <w:t>رہنمائی۔ یعنی اس دنیا میں آدمی پیدا ہوتا ہے۔ آپ غور کیجیے کہ ہر انسان پیدا ہو رہا ہے۔</w:t>
      </w:r>
    </w:p>
    <w:p>
      <w:r>
        <w:rPr>
          <w:b/>
        </w:rPr>
        <w:t xml:space="preserve">[1:02:27] </w:t>
      </w:r>
      <w:r>
        <w:t>lekin us ko kuch nahin maloom ke ho aur mai.</w:t>
      </w:r>
    </w:p>
    <w:p>
      <w:pPr>
        <w:jc w:val="right"/>
      </w:pPr>
      <w:r>
        <w:t>لیکن اس کو کچھ نہیں معلوم کہ ہو اور مائی۔</w:t>
      </w:r>
    </w:p>
    <w:p>
      <w:r>
        <w:rPr>
          <w:b/>
        </w:rPr>
        <w:t xml:space="preserve">[1:02:37] </w:t>
      </w:r>
      <w:r>
        <w:t>yeh duniya kya hai? Main kahan ja raha hoon?</w:t>
      </w:r>
    </w:p>
    <w:p>
      <w:pPr>
        <w:jc w:val="right"/>
      </w:pPr>
      <w:r>
        <w:t>یہ دنیا کیا ہے؟ میں کہاں جا رہا ہوں؟</w:t>
      </w:r>
    </w:p>
    <w:p>
      <w:r>
        <w:rPr>
          <w:b/>
        </w:rPr>
        <w:t xml:space="preserve">[1:02:43] </w:t>
      </w:r>
      <w:r>
        <w:t>meri shuruat kya hai? Mera anjam kya hai? Mera haal kya hai? Mera mustaqbil kya hai? Is ke bare mein khud se andaza kar ke kuch rai bana leta hai woh.</w:t>
      </w:r>
    </w:p>
    <w:p>
      <w:pPr>
        <w:jc w:val="right"/>
      </w:pPr>
      <w:r>
        <w:t>میری شروعات کیا ہے؟ میرا انجام کیا ہے؟ میرا حال کیا ہے؟ میرا مستقبل کیا ہے؟ اس کے بارے میں خود سے اندازہ کر کے کچھ رائے بنا لیتا ہے وہ۔</w:t>
      </w:r>
    </w:p>
    <w:p>
      <w:r>
        <w:rPr>
          <w:b/>
        </w:rPr>
        <w:t xml:space="preserve">[1:02:53] </w:t>
      </w:r>
      <w:r>
        <w:t>to Quran jo hai, woh Khuda ki kitab hai. Aur bohat bari barkat hamare liye hai.</w:t>
      </w:r>
    </w:p>
    <w:p>
      <w:pPr>
        <w:jc w:val="right"/>
      </w:pPr>
      <w:r>
        <w:t>تو قرآن جو ہے، وہ خدا کی کتاب ہے۔ اور بہت بڑی برکت ہمارے لیے ہے۔</w:t>
      </w:r>
    </w:p>
    <w:p>
      <w:r>
        <w:rPr>
          <w:b/>
        </w:rPr>
        <w:t xml:space="preserve">[1:03:06] </w:t>
      </w:r>
      <w:r>
        <w:t>ke woh sawalat</w:t>
      </w:r>
    </w:p>
    <w:p>
      <w:pPr>
        <w:jc w:val="right"/>
      </w:pPr>
      <w:r>
        <w:t>کہ وہ سوالات</w:t>
      </w:r>
    </w:p>
    <w:p>
      <w:r>
        <w:rPr>
          <w:b/>
        </w:rPr>
        <w:t xml:space="preserve">[1:03:10] </w:t>
      </w:r>
      <w:r>
        <w:t>jin ko jaan, jin ka jawab janna hamare liye lazmi hai, woh hum ko Quran se maloom hota hai. Yani Quran ek haqeeqi zariya hai.</w:t>
      </w:r>
    </w:p>
    <w:p>
      <w:pPr>
        <w:jc w:val="right"/>
      </w:pPr>
      <w:r>
        <w:t>جن کو جان، جن کا جواب جاننا ہمارے لیے لازمی ہے، وہ ہم کو قرآن سے معلوم ہوتا ہے۔ یعنی قرآن ایک حقیقی ذریعہ ہے۔</w:t>
      </w:r>
    </w:p>
    <w:p>
      <w:r>
        <w:rPr>
          <w:b/>
        </w:rPr>
        <w:t xml:space="preserve">[1:03:22] </w:t>
      </w:r>
      <w:r>
        <w:t>Quran ek haqeeqi zariya hai in sawalat ke jawab ko janne ka. Yani hum kaun hain? Kahan se aaye hain?</w:t>
      </w:r>
    </w:p>
    <w:p>
      <w:pPr>
        <w:jc w:val="right"/>
      </w:pPr>
      <w:r>
        <w:t>قرآن ایک حقیقی ذریعہ ہے ان سوالات کے جواب کو جاننے کا۔ یعنی ہم کون ہیں؟ کہاں سے آئے ہیں؟</w:t>
      </w:r>
    </w:p>
    <w:p>
      <w:r>
        <w:rPr>
          <w:b/>
        </w:rPr>
        <w:t xml:space="preserve">[1:03:30] </w:t>
      </w:r>
      <w:r>
        <w:t>kahan jana hai? Zindagi ka anjam kya hai? Shuruat kya hai? Maut se pehle kya hai?</w:t>
      </w:r>
    </w:p>
    <w:p>
      <w:pPr>
        <w:jc w:val="right"/>
      </w:pPr>
      <w:r>
        <w:t>کہاں جانا ہے؟ زندگی کا انجام کیا ہے؟ شروعات کیا ہے؟ موت سے پہلے کیا ہے؟</w:t>
      </w:r>
    </w:p>
    <w:p>
      <w:r>
        <w:rPr>
          <w:b/>
        </w:rPr>
        <w:t xml:space="preserve">[1:03:39] </w:t>
      </w:r>
      <w:r>
        <w:t>mote ke baad kya hai? in saare sawalat ka jawab aadmi janna chahta hai. to quran hi ek aisi kitaab hai is aasman ke neeche jo is maamle mein haqeeqi zariye kitaab ki hesiyat rakhti hai.</w:t>
      </w:r>
    </w:p>
    <w:p>
      <w:pPr>
        <w:jc w:val="right"/>
      </w:pPr>
      <w:r>
        <w:t>موت کے بعد کیا ہے؟ ان سارے سوالات کا جواب آدمی جاننا چاہتا ہے۔ تو قرآن ہی ایک ایسی کتاب ہے اس آسمان کے نیچے جو اس معاملے میں حقیقی ذریعہ کتاب کی حیثیت رکھتی ہے۔</w:t>
      </w:r>
    </w:p>
    <w:p>
      <w:r>
        <w:rPr>
          <w:b/>
        </w:rPr>
        <w:t xml:space="preserve">[1:03:56] </w:t>
      </w:r>
      <w:r>
        <w:t>yeh baatein maine aap se kahein roze ke bare mein quran ko le kar. ab main kuch baatein hadith ko le kar kahunga. hadith mein, hadith ki kitaabon mein bahut si hadisein aayi hain.</w:t>
      </w:r>
    </w:p>
    <w:p>
      <w:pPr>
        <w:jc w:val="right"/>
      </w:pPr>
      <w:r>
        <w:t>یہ باتیں میں نے آپ سے کہیں روزے کے بارے میں قرآن کو لے کر۔ اب میں کچھ باتیں حدیث کو لے کر کہوں گا۔ حدیث میں، حدیث کی کتابوں میں بہت سی حدیثیں آئی ہیں۔</w:t>
      </w:r>
    </w:p>
    <w:p>
      <w:r>
        <w:rPr>
          <w:b/>
        </w:rPr>
        <w:t xml:space="preserve">[1:04:11] </w:t>
      </w:r>
      <w:r>
        <w:t>jo ramzan ko le kar ke hain.</w:t>
      </w:r>
    </w:p>
    <w:p>
      <w:pPr>
        <w:jc w:val="right"/>
      </w:pPr>
      <w:r>
        <w:t>جو رمضان کو لے کر کے ہیں۔</w:t>
      </w:r>
    </w:p>
    <w:p>
      <w:r>
        <w:rPr>
          <w:b/>
        </w:rPr>
        <w:t xml:space="preserve">[1:04:26] </w:t>
      </w:r>
      <w:r>
        <w:t>misalan quran mein, misalan hadith mein hai ke mun lam yadeh awl al-zur wal-amal bih fa laysa lilah hajja fi yadih ta'amuhu wa sharabuhu yaani jo shakhs roza rakhe aur roza rakh kar ke woh jhoot bolna aur jhoot par amal karna na chhode to khuda ko iski zaroorat nahi ke woh khana aur peena chhod de.</w:t>
      </w:r>
    </w:p>
    <w:p>
      <w:pPr>
        <w:jc w:val="right"/>
      </w:pPr>
      <w:r>
        <w:t>مثلاً قرآن میں، مثلاً حدیث میں ہے کہ من لمیدہ اول الزور والعمل به فلیس للہ حاجۃ فییدہ طعامہ و شرابہ یعنی جو شخص روزہ رکھے اور روزہ رکھ کر کے وہ جھوٹ بولنا اور جھوٹ پر عمل کرنا نہ چھوڑے تو خدا کو اس کی ضرورت نہیں کہ وہ کھانا اور پینا چھوڑ دے۔</w:t>
      </w:r>
    </w:p>
    <w:p>
      <w:r>
        <w:rPr>
          <w:b/>
        </w:rPr>
        <w:t xml:space="preserve">[1:04:55] </w:t>
      </w:r>
      <w:r>
        <w:t>ise kya maloom hua? ke roza khane peene ke rasam o karam nahi hai. roza ek tarbiyat hai.</w:t>
      </w:r>
    </w:p>
    <w:p>
      <w:pPr>
        <w:jc w:val="right"/>
      </w:pPr>
      <w:r>
        <w:t>اسے کیا معلوم ہوا؟ کہ روزہ کھانے پینے کے رسم و کرام نہیں ہے۔ روزہ ایک تربیت ہے۔</w:t>
      </w:r>
    </w:p>
    <w:p>
      <w:r>
        <w:rPr>
          <w:b/>
        </w:rPr>
        <w:t xml:space="preserve">[1:05:06] </w:t>
      </w:r>
      <w:r>
        <w:t>ek</w:t>
      </w:r>
    </w:p>
    <w:p>
      <w:pPr>
        <w:jc w:val="right"/>
      </w:pPr>
      <w:r>
        <w:t>ایک</w:t>
      </w:r>
    </w:p>
    <w:p>
      <w:r>
        <w:rPr>
          <w:b/>
        </w:rPr>
        <w:t xml:space="preserve">[1:05:10] </w:t>
      </w:r>
      <w:r>
        <w:t>ek kirdaar banana hai. iski tarbiyat hai yeh. woh kirdaar kya hai? ke aadmi na to jhoot bole aur na jhoot par amal kare.</w:t>
      </w:r>
    </w:p>
    <w:p>
      <w:pPr>
        <w:jc w:val="right"/>
      </w:pPr>
      <w:r>
        <w:t>ایک کردار بنانا ہے۔ اس کی تربیت ہے یہ۔ وہ کردار کیا ہے؟ کہ آدمی نہ تو جھوٹ بولے اور نہ جھوٹ پر عمل کرے۔</w:t>
      </w:r>
    </w:p>
    <w:p>
      <w:r>
        <w:rPr>
          <w:b/>
        </w:rPr>
        <w:t xml:space="preserve">[1:05:23] </w:t>
      </w:r>
      <w:r>
        <w:t>jhoot bolna aap jante hain ke aadmi woh baat kahe jo yaani waqe'e ke khilaf ho. aur jhoot par amal karna mein jahan tak samjha hoon yeh hai ke jis ko hum kehte hain munafiqat.</w:t>
      </w:r>
    </w:p>
    <w:p>
      <w:pPr>
        <w:jc w:val="right"/>
      </w:pPr>
      <w:r>
        <w:t>جھوٹ بولنا آپ جانتے ہیں کہ آدمی وہ بات کہے جو یعنی واقعے کے خلاف ہو۔ اور جھوٹ پر عمل کرنا میں جہاں تک سمجھا ہوں یہ ہے کہ جس کو ہم کہتے ہیں منافقت۔</w:t>
      </w:r>
    </w:p>
    <w:p>
      <w:r>
        <w:rPr>
          <w:b/>
        </w:rPr>
        <w:t xml:space="preserve">[1:05:37] </w:t>
      </w:r>
      <w:r>
        <w:t>yaani munafiqat. munafiqat jo hai woh jhoot par amal karna hai. ke aap ke dil mein kuch hai aur munh par kuch hai.</w:t>
      </w:r>
    </w:p>
    <w:p>
      <w:pPr>
        <w:jc w:val="right"/>
      </w:pPr>
      <w:r>
        <w:t>یعنی منافقت۔ منافقت جو ہے وہ جھوٹ پر عمل کرنا ہے۔ کہ آپ کے دل میں کچھ ہے اور منہ پر کچھ ہے۔</w:t>
      </w:r>
    </w:p>
    <w:p>
      <w:r>
        <w:rPr>
          <w:b/>
        </w:rPr>
        <w:t xml:space="preserve">[1:05:49] </w:t>
      </w:r>
      <w:r>
        <w:t>to jhoot bolna bhi islam mein bura hai. roze ke khilaf hai, roze ki rooh ke khilaf hai.</w:t>
      </w:r>
    </w:p>
    <w:p>
      <w:pPr>
        <w:jc w:val="right"/>
      </w:pPr>
      <w:r>
        <w:t>تو جھوٹ بولنا بھی اسلام میں برا ہے۔ روزے کے خلاف ہے، روزے کی روح کے خلاف ہے۔</w:t>
      </w:r>
    </w:p>
    <w:p>
      <w:r>
        <w:rPr>
          <w:b/>
        </w:rPr>
        <w:t xml:space="preserve">[1:05:59] </w:t>
      </w:r>
      <w:r>
        <w:t>kyunke roze ki rooh yeh hai ke aap ke andar khuda se dar paida ho. khuda se dar paida ho. to jab aap jhoot bolein to iska matlab hai ke khuda ka dar nahi hai aap ke dil mein.</w:t>
      </w:r>
    </w:p>
    <w:p>
      <w:pPr>
        <w:jc w:val="right"/>
      </w:pPr>
      <w:r>
        <w:t>کیونکہ روزے کی روح یہ ہے کہ آپ کے اندر خدا سے ڈر پیدا ہو۔ خدا سے ڈر پیدا ہو۔ تو جب آپ جھوٹ بولیں تو اس کا معنی ہے کہ خدا کا ڈر نہیں ہے آپ کے دل میں۔</w:t>
      </w:r>
    </w:p>
    <w:p>
      <w:r>
        <w:rPr>
          <w:b/>
        </w:rPr>
        <w:t xml:space="preserve">[1:06:13] </w:t>
      </w:r>
      <w:r>
        <w:t>aur jhoot par amal karne ka matlab yeh hai ke dil mein kuch aur zuban par kuch. dil mein kuch aur amal mein kuch.</w:t>
      </w:r>
    </w:p>
    <w:p>
      <w:pPr>
        <w:jc w:val="right"/>
      </w:pPr>
      <w:r>
        <w:t>اور جھوٹ پر عمل کرنے کا مطلب یہ ہے کہ دل میں کچھ اور زبان پر کچھ۔ دل میں کچھ اور عمل میں کچھ۔</w:t>
      </w:r>
    </w:p>
    <w:p>
      <w:r>
        <w:rPr>
          <w:b/>
        </w:rPr>
        <w:t xml:space="preserve">[1:06:21] </w:t>
      </w:r>
      <w:r>
        <w:t>isi ko hum munafiqat kehte hain ya munafiqat kehte hain. to yeh bhi roze ki rooh ke khilaf hai.</w:t>
      </w:r>
    </w:p>
    <w:p>
      <w:pPr>
        <w:jc w:val="right"/>
      </w:pPr>
      <w:r>
        <w:t>اسی کو ہم منافقت کہتے ہیں یا منافقت کہتے ہیں۔ تو یہ بھی روزے کی روح کے خلاف ہے۔</w:t>
      </w:r>
    </w:p>
    <w:p>
      <w:r>
        <w:rPr>
          <w:b/>
        </w:rPr>
        <w:t xml:space="preserve">[1:06:32] </w:t>
      </w:r>
      <w:r>
        <w:t>is se maine yeh samjha hai ke roze ka maqsad hai mazboot shakhsiyat banana. dekhiye jo aadmi jhoot bole aur dil mein kuch rakhe aur munh se kuch bole, dil mein kuch hai, amal kuch kare to woh kamzor shakhsiyat hai.</w:t>
      </w:r>
    </w:p>
    <w:p>
      <w:pPr>
        <w:jc w:val="right"/>
      </w:pPr>
      <w:r>
        <w:t>اس سے میں نے یہ سمجھا ہے کہ روزے کا مقصد ہے مضبوط شخصیت بنانا۔ دیکھیے جو آدمی جھوٹ بولے اور دل میں کچھ رکھے اور منہ سے کچھ بولے، دل میں کچھ ہے، عمل کچھ کرے تو وہ کمزور شخصیت ہے۔</w:t>
      </w:r>
    </w:p>
    <w:p>
      <w:r>
        <w:rPr>
          <w:b/>
        </w:rPr>
        <w:t xml:space="preserve">[1:06:54] </w:t>
      </w:r>
      <w:r>
        <w:t>kamzor shakhsiyat. aur jis ke kehne mein aur karne mein farq na ho to woh mazboot shakhsiyat hai.</w:t>
      </w:r>
    </w:p>
    <w:p>
      <w:pPr>
        <w:jc w:val="right"/>
      </w:pPr>
      <w:r>
        <w:t>کمزور شخصیت۔ اور جس کے کہنے میں اور کرنے میں فرق نہ ہو تو وہ مضبوط شخصیت ہے۔</w:t>
      </w:r>
    </w:p>
    <w:p>
      <w:r>
        <w:rPr>
          <w:b/>
        </w:rPr>
        <w:t xml:space="preserve">[1:07:06] </w:t>
      </w:r>
      <w:r>
        <w:t>to main samajhta hoon ke roze ka maqsad agar yeh kaha jaye to bilkul sahi hoga ke roze ka maqsad hai ke aadmi ke andar mazboot shakhsiyat bane.</w:t>
      </w:r>
    </w:p>
    <w:p>
      <w:pPr>
        <w:jc w:val="right"/>
      </w:pPr>
      <w:r>
        <w:t>تو میں سمجھتا ہوں کہ روزے کا مقصد اگر یہ کہا جائے تو بالکل صحیح ہوگا کہ روزے کا مقصد ہے کہ آدمی کے اندر مضبوط شخصیت بنے۔</w:t>
      </w:r>
    </w:p>
    <w:p>
      <w:r>
        <w:rPr>
          <w:b/>
        </w:rPr>
        <w:t xml:space="preserve">[1:07:20] </w:t>
      </w:r>
      <w:r>
        <w:t>ek aisi shakhsiyat jis ke upar aap bharosa kar sakein. jo pesh goi ho.</w:t>
      </w:r>
    </w:p>
    <w:p>
      <w:pPr>
        <w:jc w:val="right"/>
      </w:pPr>
      <w:r>
        <w:t>ایک ایسی شخصیت جس کے اوپر آپ بھروسہ کر سکیں۔ جو پیش گوئی ہو۔</w:t>
      </w:r>
    </w:p>
    <w:p>
      <w:r>
        <w:rPr>
          <w:b/>
        </w:rPr>
        <w:t xml:space="preserve">[1:07:29] </w:t>
      </w:r>
      <w:r>
        <w:t>aam taur par log yaani kamzoriyon mein jeete hain, un kamzoriyon ko khatam karna yeh maqsad hai roze ka.</w:t>
      </w:r>
    </w:p>
    <w:p>
      <w:pPr>
        <w:jc w:val="right"/>
      </w:pPr>
      <w:r>
        <w:t>عام طور پر لوگ یعنی کمزوریوں میں جیتے ہیں، ان کمزوریوں کو ختم کرنا یہ مقصد ہے روزے کا۔</w:t>
      </w:r>
    </w:p>
    <w:p>
      <w:r>
        <w:rPr>
          <w:b/>
        </w:rPr>
        <w:t xml:space="preserve">[1:07:39] </w:t>
      </w:r>
      <w:r>
        <w:t>ek hadith hai ke jo aadmi roza rakhe to woh</w:t>
      </w:r>
    </w:p>
    <w:p>
      <w:pPr>
        <w:jc w:val="right"/>
      </w:pPr>
      <w:r>
        <w:t>ایک حدیث ہے کہ جو آدمی روزہ رکھے تو وہ</w:t>
      </w:r>
    </w:p>
    <w:p>
      <w:r>
        <w:rPr>
          <w:b/>
        </w:rPr>
        <w:t xml:space="preserve">[1:07:50] </w:t>
      </w:r>
      <w:r>
        <w:t>gaali na de, shor na kare. aur agar koi us ko gaali de</w:t>
      </w:r>
    </w:p>
    <w:p>
      <w:pPr>
        <w:jc w:val="right"/>
      </w:pPr>
      <w:r>
        <w:t>گالی نہ دے، شور نہ کرے۔ اور اگر کوئی اس کو گالی دے</w:t>
      </w:r>
    </w:p>
    <w:p>
      <w:r>
        <w:rPr>
          <w:b/>
        </w:rPr>
        <w:t xml:space="preserve">[1:08:01] </w:t>
      </w:r>
      <w:r>
        <w:t>agar koi us ko gaali de to us ko kehna chahiye ke bhai main to rozedaar hoon. main tumhari gaali ki jawab mein gaali nahi de sakta.</w:t>
      </w:r>
    </w:p>
    <w:p>
      <w:pPr>
        <w:jc w:val="right"/>
      </w:pPr>
      <w:r>
        <w:t>اگر کوئی اس کو گالی دے تو اس کو کہنا چاہیے کہ بھائی میں تو روزے دار ہوں۔ میں تمہاری گالی کی جواب میں گالی نہیں دے سکتا۔</w:t>
      </w:r>
    </w:p>
    <w:p>
      <w:r>
        <w:rPr>
          <w:b/>
        </w:rPr>
        <w:t xml:space="preserve">[1:08:17] </w:t>
      </w:r>
      <w:r>
        <w:t>is ka matlab kya hua? ke roze ka maqsad sirf khana peena chhodna nahi hai. har woh cheez chhod dena hai jo khuda ki marzi ke khilaf ho.</w:t>
      </w:r>
    </w:p>
    <w:p>
      <w:pPr>
        <w:jc w:val="right"/>
      </w:pPr>
      <w:r>
        <w:t>اس کا مطلب کیا ہوا؟ کہ روزے کا مقصد صرف کھانا پینا چھوڑنا نہیں ہے۔ ہر وہ چیز چھوڑ دینا ہے جو خدا کی مرضی کے خلاف ہو۔</w:t>
      </w:r>
    </w:p>
    <w:p>
      <w:r>
        <w:rPr>
          <w:b/>
        </w:rPr>
        <w:t xml:space="preserve">[1:08:30] </w:t>
      </w:r>
      <w:r>
        <w:t>yaani aap ko aadmi kirdaar banana hai.</w:t>
      </w:r>
    </w:p>
    <w:p>
      <w:pPr>
        <w:jc w:val="right"/>
      </w:pPr>
      <w:r>
        <w:t>یعنی آپ کو آدمی کردار بننا ہے۔</w:t>
      </w:r>
    </w:p>
    <w:p>
      <w:r>
        <w:rPr>
          <w:b/>
        </w:rPr>
        <w:t xml:space="preserve">[1:08:36] </w:t>
      </w:r>
      <w:r>
        <w:t>aadmi kirdaar banana hai. yaani yeh hadith jo hai ke jo aadmi roza rakhe woh shor o ghul na kare, woh jhoot na boley. is ka matlab kya hai?</w:t>
      </w:r>
    </w:p>
    <w:p>
      <w:pPr>
        <w:jc w:val="right"/>
      </w:pPr>
      <w:r>
        <w:t>آدمی کردار بننا ہے۔ یعنی یہ حدیث جو ہے کہ جو آدمی روزہ رکھے وہ شور و غل نہ کرے، وہ جھوٹ نہ بولے۔ اس کا مطلب کیا ہے؟</w:t>
      </w:r>
    </w:p>
    <w:p>
      <w:r>
        <w:rPr>
          <w:b/>
        </w:rPr>
        <w:t xml:space="preserve">[1:08:47] </w:t>
      </w:r>
      <w:r>
        <w:t>is ka matlab yahi main samjha hoon ke khuda chahta hai ke roze ke zariye tarbiyat kar ke aap ko aadmi kirdaar banaye.</w:t>
      </w:r>
    </w:p>
    <w:p>
      <w:pPr>
        <w:jc w:val="right"/>
      </w:pPr>
      <w:r>
        <w:t>اس کا مطلب یہی میں سمجھا ہوں کہ خدا چاہتا ہے کہ روزے کے ذریعے تربیت کر کے آپ کو آدمی کردار بنائے۔</w:t>
      </w:r>
    </w:p>
    <w:p>
      <w:r>
        <w:rPr>
          <w:b/>
        </w:rPr>
        <w:t xml:space="preserve">[1:08:57] </w:t>
      </w:r>
      <w:r>
        <w:t>aap ek aise insaan hon jo puramn tareeqe se rahen. jo akhlaqi qadar ko follow karen.</w:t>
      </w:r>
    </w:p>
    <w:p>
      <w:pPr>
        <w:jc w:val="right"/>
      </w:pPr>
      <w:r>
        <w:t>آپ ایک ایسے انسان ہوں جو پُرامن طریقے سے رہیں۔ جو اخلاقی اقدار کو فالو کریں۔</w:t>
      </w:r>
    </w:p>
    <w:p>
      <w:r>
        <w:rPr>
          <w:b/>
        </w:rPr>
        <w:t xml:space="preserve">[1:09:07] </w:t>
      </w:r>
      <w:r>
        <w:t>jo insaanon ke darmiyan yaani insaan dostana ravaiye ke sath rahen.</w:t>
      </w:r>
    </w:p>
    <w:p>
      <w:pPr>
        <w:jc w:val="right"/>
      </w:pPr>
      <w:r>
        <w:t>جو انسانوں کے درمیان یعنی انسان دوستانہ رویے کے ساتھ رہیں۔</w:t>
      </w:r>
    </w:p>
    <w:p>
      <w:r>
        <w:rPr>
          <w:b/>
        </w:rPr>
        <w:t xml:space="preserve">[1:09:17] </w:t>
      </w:r>
      <w:r>
        <w:t>yeh hai maqsad roze ka. ek hadith mein hai ke</w:t>
      </w:r>
    </w:p>
    <w:p>
      <w:pPr>
        <w:jc w:val="right"/>
      </w:pPr>
      <w:r>
        <w:t>یہ ہے مقصد روزے کا۔ ایک حدیث میں ہے کہ</w:t>
      </w:r>
    </w:p>
    <w:p>
      <w:r>
        <w:rPr>
          <w:b/>
        </w:rPr>
        <w:t xml:space="preserve">[1:09:23] </w:t>
      </w:r>
      <w:r>
        <w:t>har amal ka sawab diya jata hai saat sau guna tak. lekin roze ke bare mein aaya hai ke roza sirf mere liye hai aur main is ka jitna chahunga ajr dunga.</w:t>
      </w:r>
    </w:p>
    <w:p>
      <w:pPr>
        <w:jc w:val="right"/>
      </w:pPr>
      <w:r>
        <w:t>ہر عمل کا ثواب دیا جاتا ہے سات سو گنا تک۔ لیکن روزے کے بارے میں آیا ہے کہ روزہ صرف میرے لیے ہے اور میں اس کا جتنا چاہوں گا اجر دوں گا۔</w:t>
      </w:r>
    </w:p>
    <w:p>
      <w:r>
        <w:rPr>
          <w:b/>
        </w:rPr>
        <w:t xml:space="preserve">[1:09:40] </w:t>
      </w:r>
      <w:r>
        <w:t>yeh matlab yeh hai ke la mehdood inaam.</w:t>
      </w:r>
    </w:p>
    <w:p>
      <w:pPr>
        <w:jc w:val="right"/>
      </w:pPr>
      <w:r>
        <w:t>یہ مطلب یہ ہے کہ لامحدود انعام۔</w:t>
      </w:r>
    </w:p>
    <w:p>
      <w:r>
        <w:rPr>
          <w:b/>
        </w:rPr>
        <w:t xml:space="preserve">[1:09:46] </w:t>
      </w:r>
      <w:r>
        <w:t>roze mein la mehdood inaam ki khushkhabri di gayi hai hadith mein. ab yeh sochiye ke</w:t>
      </w:r>
    </w:p>
    <w:p>
      <w:pPr>
        <w:jc w:val="right"/>
      </w:pPr>
      <w:r>
        <w:t>روزے میں لامحدود انعام کی خوشخبری دی گئی ہے حدیث میں۔ اب یہ سوچیے کہ</w:t>
      </w:r>
    </w:p>
    <w:p>
      <w:r>
        <w:rPr>
          <w:b/>
        </w:rPr>
        <w:t xml:space="preserve">[1:10:00] </w:t>
      </w:r>
      <w:r>
        <w:t>ke roze mein la mehdood inaam kyun? yaani yeh ek mazahikhaiz baat hogi ke aap yeh samajh len ke subah se shaam tak agar bhooka reh gaya to la mehdood inaam is ke liye hai.</w:t>
      </w:r>
    </w:p>
    <w:p>
      <w:pPr>
        <w:jc w:val="right"/>
      </w:pPr>
      <w:r>
        <w:t>کہ روزے میں لامحدود انعام کیوں؟ یعنی یہ ایک مضحکہ خیز بات ہوگی کہ آپ یہ سمجھ لیں کہ صبح سے شام تک اگر بھوکا رہ گیا تو لامحدود انعام اس کے لیے ہے۔</w:t>
      </w:r>
    </w:p>
    <w:p>
      <w:r>
        <w:rPr>
          <w:b/>
        </w:rPr>
        <w:t xml:space="preserve">[1:10:13] </w:t>
      </w:r>
      <w:r>
        <w:t>yaani Khuda ko kam samajhna hai. agar aap yeh samajhen ke subah se shaam tak hum raat ko to khoob khaya.</w:t>
      </w:r>
    </w:p>
    <w:p>
      <w:pPr>
        <w:jc w:val="right"/>
      </w:pPr>
      <w:r>
        <w:t>یعنی خدا کو کم سمجھنا ہے۔ اگر آپ یہ سمجھیں کہ صبح سے شام تک ہم رات کو تو خوب کھایا۔</w:t>
      </w:r>
    </w:p>
    <w:p>
      <w:r>
        <w:rPr>
          <w:b/>
        </w:rPr>
        <w:t xml:space="preserve">[1:10:23] </w:t>
      </w:r>
      <w:r>
        <w:t>raat ko to khoob khaya aur din mein khana chhod diya. is par hai la mehdood inaam. main samajhta hoon ke yeh Khuda ko kam samajhna hoga.</w:t>
      </w:r>
    </w:p>
    <w:p>
      <w:pPr>
        <w:jc w:val="right"/>
      </w:pPr>
      <w:r>
        <w:t>رات کو تو خوب کھایا اور دن میں کھانا چھوڑ دیا۔ اس پر ہے لامحدود انعام۔ میں سمجھتا ہوں کہ یہ خدا کو کم سمجھنا ہوگا۔</w:t>
      </w:r>
    </w:p>
    <w:p>
      <w:r>
        <w:rPr>
          <w:b/>
        </w:rPr>
        <w:t xml:space="preserve">[1:10:40] </w:t>
      </w:r>
      <w:r>
        <w:t>yeh la mehdood inaam is liye hai ke roza aadmi ko Khuda ke qareeb pahunchata hai.</w:t>
      </w:r>
    </w:p>
    <w:p>
      <w:pPr>
        <w:jc w:val="right"/>
      </w:pPr>
      <w:r>
        <w:t>یہ لامحدود انعام اس لیے ہے کہ روزہ آدمی کو خدا کے قریب پہنچاتا ہے۔</w:t>
      </w:r>
    </w:p>
    <w:p>
      <w:r>
        <w:rPr>
          <w:b/>
        </w:rPr>
        <w:t xml:space="preserve">[1:10:51] </w:t>
      </w:r>
      <w:r>
        <w:t>Khuda ke qareeb pahunchata hai. woh kaise? hadith se maloom hota hai ke agar ek aadmi maghroor hai to Khuda se qurbat is ki qaim nahin hogi.</w:t>
      </w:r>
    </w:p>
    <w:p>
      <w:pPr>
        <w:jc w:val="right"/>
      </w:pPr>
      <w:r>
        <w:t>خدا کے قریب پہنچاتا ہے۔ وہ کیسے؟ حدیث سے معلوم ہوتا ہے کہ اگر ایک آدمی مغرور ہے تو خدا سے قربت اس کی قائم نہیں ہوگی۔</w:t>
      </w:r>
    </w:p>
    <w:p>
      <w:r>
        <w:rPr>
          <w:b/>
        </w:rPr>
        <w:t xml:space="preserve">[1:11:01] </w:t>
      </w:r>
      <w:r>
        <w:t>kyunki Khuda apne bare mein kehta hai ke main main hoon jis ko haq hai ke woh maghroor bane. kibr mera haq hai.</w:t>
      </w:r>
    </w:p>
    <w:p>
      <w:pPr>
        <w:jc w:val="right"/>
      </w:pPr>
      <w:r>
        <w:t>کیونکہ خدا اپنے بارے میں کہتا ہے کہ میں میں ہوں جس کو حق ہے کہ وہ مغرور بنے۔ کبر میرا حق ہے۔</w:t>
      </w:r>
    </w:p>
    <w:p>
      <w:r>
        <w:rPr>
          <w:b/>
        </w:rPr>
        <w:t xml:space="preserve">[1:11:12] </w:t>
      </w:r>
      <w:r>
        <w:t>kyunki main main is qadir mutlaq hoon. to mujhe haq hai ke main maghroor banun. ab doosra aadmi agar maghroor banta hai to woh Khuda ka barabar banta hai.</w:t>
      </w:r>
    </w:p>
    <w:p>
      <w:pPr>
        <w:jc w:val="right"/>
      </w:pPr>
      <w:r>
        <w:t>کیونکہ میں میں اس قادر مطلق ہوں۔ تو مجھے حق ہے کہ میں مغرور بنوں۔ اب دوسرا آدمی اگر مغرور بنتا ہے تو وہ خدا کا برابر بنتا ہے۔</w:t>
      </w:r>
    </w:p>
    <w:p>
      <w:r>
        <w:rPr>
          <w:b/>
        </w:rPr>
        <w:t xml:space="preserve">[1:11:25] </w:t>
      </w:r>
      <w:r>
        <w:t>apne aap ko Khuda ki barabri par le aata hai woh. to aap jante hain ke do maghrooron ke beech mein koi rishta qaim nahin ho sakta.</w:t>
      </w:r>
    </w:p>
    <w:p>
      <w:pPr>
        <w:jc w:val="right"/>
      </w:pPr>
      <w:r>
        <w:t>اپنے آپ کو خدا کی برابری پر لے آتا ہے وہ۔ تو آپ جانتے ہیں کہ دو مغروروں کے بیچ میں کوئی رشتہ قائم نہیں ہو سکتا۔</w:t>
      </w:r>
    </w:p>
    <w:p>
      <w:r>
        <w:rPr>
          <w:b/>
        </w:rPr>
        <w:t xml:space="preserve">[1:11:35] </w:t>
      </w:r>
      <w:r>
        <w:t>main bhi maghroor, aap bhi maghroor. to zahir hai takrao hoga. koi doori bani rahe gi mere aur aap ke beech mein. isi wajah se Khuda se qurbat is ki banti hai jo ajz ka tajruba kare.</w:t>
      </w:r>
    </w:p>
    <w:p>
      <w:pPr>
        <w:jc w:val="right"/>
      </w:pPr>
      <w:r>
        <w:t>میں بھی مغرور، آپ بھی مغرور۔ تو ظاہر ہے ٹکراؤ ہوگا۔ کوئی دوری بنی رہے گی میرے اور آپ کے بیچ میں۔ اسی وجہ سے خدا سے قربت اس کی بنتی ہے جو عجز کا تجربہ کرے۔</w:t>
      </w:r>
    </w:p>
    <w:p>
      <w:r>
        <w:rPr>
          <w:b/>
        </w:rPr>
        <w:t xml:space="preserve">[1:11:53] </w:t>
      </w:r>
      <w:r>
        <w:t>be basi ki satah par apne aap ko le jaye. yaani chhota ho jaye jo.</w:t>
      </w:r>
    </w:p>
    <w:p>
      <w:pPr>
        <w:jc w:val="right"/>
      </w:pPr>
      <w:r>
        <w:t>بے بسی کی سطح پر اپنے آپ کو لے جائے۔ یعنی چھوٹا ہو جائے جو۔</w:t>
      </w:r>
    </w:p>
    <w:p>
      <w:r>
        <w:rPr>
          <w:b/>
        </w:rPr>
        <w:t xml:space="preserve">[1:12:02] </w:t>
      </w:r>
      <w:r>
        <w:t>ya aap rozana ki zindagi samajh sakte hain ke do maghroor aadmi ke andar kabhi bhi mel jol nahin hota.</w:t>
      </w:r>
    </w:p>
    <w:p>
      <w:pPr>
        <w:jc w:val="right"/>
      </w:pPr>
      <w:r>
        <w:t>یا آپ روزانہ کی زندگی سمجھ سکتے ہیں کہ دو مغرور آدمی کے اندر کبھی بھی میل جول نہیں ہوتا۔</w:t>
      </w:r>
    </w:p>
    <w:p>
      <w:r>
        <w:rPr>
          <w:b/>
        </w:rPr>
        <w:t xml:space="preserve">[1:12:10] </w:t>
      </w:r>
      <w:r>
        <w:t>misr a bhi maghroor hai, misr b bhi maghroor hai. to baat baat mein takrao hoga. baat baat mein jhagda hoga. baat baat mein ikhtilafat aayenge.</w:t>
      </w:r>
    </w:p>
    <w:p>
      <w:pPr>
        <w:jc w:val="right"/>
      </w:pPr>
      <w:r>
        <w:t>مصر اے بھی مغرور ہے، مصر بی بھی مغرور ہے۔ تو بات بات میں ٹکراؤ ہوگا۔ بات بات میں جھگڑا ہوگا۔ بات بات میں اختلافات آئیں گے۔</w:t>
      </w:r>
    </w:p>
    <w:p>
      <w:r>
        <w:rPr>
          <w:b/>
        </w:rPr>
        <w:t xml:space="preserve">[1:12:19] </w:t>
      </w:r>
      <w:r>
        <w:t>in mein kabhi bhi dosti nahin banegi. kabhi dosti nahin banegi.</w:t>
      </w:r>
    </w:p>
    <w:p>
      <w:pPr>
        <w:jc w:val="right"/>
      </w:pPr>
      <w:r>
        <w:t>ان میں کبھی بھی دوستی نہیں بنے گی۔ کبھی دوستی نہیں بنے گی۔</w:t>
      </w:r>
    </w:p>
    <w:p>
      <w:r>
        <w:rPr>
          <w:b/>
        </w:rPr>
        <w:t xml:space="preserve">[1:12:25] </w:t>
      </w:r>
      <w:r>
        <w:t>isi liye hadith mein aaya hai ke yaani maghroori jo hai woh sirf Khuda ka haq hai. ab yaani kyunke woh aala hai.</w:t>
      </w:r>
    </w:p>
    <w:p>
      <w:pPr>
        <w:jc w:val="right"/>
      </w:pPr>
      <w:r>
        <w:t>اسی لیے حدیث میں آیا ہے کہ یعنی مغروری جو ہے وہ صرف خدا کا حق ہے۔ اب یعنی کیونکہ وہ اعلیٰ ہے۔</w:t>
      </w:r>
    </w:p>
    <w:p>
      <w:r>
        <w:rPr>
          <w:b/>
        </w:rPr>
        <w:t xml:space="preserve">[1:12:36] </w:t>
      </w:r>
      <w:r>
        <w:t>woh khaliq hai. woh qadir mutlaq hai. ab agar doosra insaan apne ko doosre insaan ke andar agar maghroori ho, woh apne ko bada samjhe to Khuda se is ka rabt koi nahin qaim hoga.</w:t>
      </w:r>
    </w:p>
    <w:p>
      <w:pPr>
        <w:jc w:val="right"/>
      </w:pPr>
      <w:r>
        <w:t>وہ خالق ہے۔ وہ قادر مطلق ہے۔ اب اگر دوسرا انسان اپنے کو دوسرے انسان کے اندر اگر مغروری ہو، وہ اپنے کو بڑا سمجھے تو خدا سے اس کا ربط کوئی نہیں قائم ہوگا۔</w:t>
      </w:r>
    </w:p>
    <w:p>
      <w:r>
        <w:rPr>
          <w:b/>
        </w:rPr>
        <w:t xml:space="preserve">[1:12:54] </w:t>
      </w:r>
      <w:r>
        <w:t>phir to woh apne ko barabar banaya Khuda ka us ne. to do barabar se bande mein jhagda hota hai. to is ke mani yeh hain ke yeh jo hai ke la mehdood inaam yeh is insaan ke liye hai jo sab se jo is kaam ko kare jo mere nazdeek sab se bari qurbani hai.</w:t>
      </w:r>
    </w:p>
    <w:p>
      <w:pPr>
        <w:jc w:val="right"/>
      </w:pPr>
      <w:r>
        <w:t>پھر تو وہ اپنے کو برابر بنایا خدا کا اس نے۔ تو دو برابر سے بندے میں جھگڑا ہوتا ہے۔ تو اس کے معنی یہ ہیں کہ یہ جو ہے کہ لامحدود انعام یہ اس انسان کے لیے ہے جو سب سے جو اس کام کو کرے جو میرے نزدیک سب سے بڑی قربانی ہے۔</w:t>
      </w:r>
    </w:p>
    <w:p>
      <w:r>
        <w:rPr>
          <w:b/>
        </w:rPr>
        <w:t xml:space="preserve">[1:13:16] </w:t>
      </w:r>
      <w:r>
        <w:t>is duniya mein yaad rakhiye sab se bari qurbani yeh hai ke aadmi</w:t>
      </w:r>
    </w:p>
    <w:p>
      <w:pPr>
        <w:jc w:val="right"/>
      </w:pPr>
      <w:r>
        <w:t>اس دنیا میں یاد رکھیے سب سے بڑی قربانی یہ ہے کہ آدمی</w:t>
      </w:r>
    </w:p>
    <w:p>
      <w:r>
        <w:rPr>
          <w:b/>
        </w:rPr>
        <w:t xml:space="preserve">[1:13:26] </w:t>
      </w:r>
      <w:r>
        <w:t>azadi rakhte hue apne aap ko paband bana le. yaani ikhtiyar rakhte hue apne aap ko be ikhtiyar kar le.</w:t>
      </w:r>
    </w:p>
    <w:p>
      <w:pPr>
        <w:jc w:val="right"/>
      </w:pPr>
      <w:r>
        <w:t>آزادی رکھتے ہوئے اپنے آپ کو پابند بنا لے۔ یعنی اختیار رکھتے ہوئے اپنے آپ کو بے اختیار کر لے۔</w:t>
      </w:r>
    </w:p>
    <w:p>
      <w:r>
        <w:rPr>
          <w:b/>
        </w:rPr>
        <w:t xml:space="preserve">[1:13:36] </w:t>
      </w:r>
      <w:r>
        <w:t>Khuda ne insaan ko ikhtiyar diya hai. aur Khuda ne is ko azadi di hai. Khuda ne insaan ko yeh haq diya hai ke woh keh sake ke yeh bhi keh sakta hai ke main hi Khuda hoon.</w:t>
      </w:r>
    </w:p>
    <w:p>
      <w:pPr>
        <w:jc w:val="right"/>
      </w:pPr>
      <w:r>
        <w:t>خدا نے انسان کو اختیار دیا ہے۔ اور خدا نے اس کو آزادی دی ہے۔ خدا نے انسان کو یہ حق دیا ہے کہ وہ کہہ سکے کہ یہ بھی کہہ سکتا ہے کہ میں ہی خدا ہوں۔</w:t>
      </w:r>
    </w:p>
    <w:p>
      <w:r>
        <w:rPr>
          <w:b/>
        </w:rPr>
        <w:t xml:space="preserve">[1:13:50] </w:t>
      </w:r>
      <w:r>
        <w:t>yeh bhi kehne ka ikhtiyar is ko mila hua hai.</w:t>
      </w:r>
    </w:p>
    <w:p>
      <w:pPr>
        <w:jc w:val="right"/>
      </w:pPr>
      <w:r>
        <w:t>یہ بھی کہنے کا اختیار اس کو ملا ہوا ہے۔</w:t>
      </w:r>
    </w:p>
    <w:p>
      <w:r>
        <w:rPr>
          <w:b/>
        </w:rPr>
        <w:t xml:space="preserve">[1:13:57] </w:t>
      </w:r>
      <w:r>
        <w:t>kuch logon ne aisa kaha ke main apne ko khuda qarar de diya unhon ne. Aur yun keh diya khuda zinda hai, khuda mar chuka hai, yeh bhi kehne ka ikhtiyar hai insaan ko.</w:t>
      </w:r>
    </w:p>
    <w:p>
      <w:pPr>
        <w:jc w:val="right"/>
      </w:pPr>
      <w:r>
        <w:t>کچھ لوگوں نے ایسا کہا کہ میں اپنے کو خدا قرار دے دیا انہوں نے۔ اور یوں کہہ دیا خدا زندہ ہے، خدا مر چکا ہے، یہ بھی کہنے کا اختیار ہے انسان کو۔</w:t>
      </w:r>
    </w:p>
    <w:p>
      <w:r>
        <w:rPr>
          <w:b/>
        </w:rPr>
        <w:t xml:space="preserve">[1:14:08] </w:t>
      </w:r>
      <w:r>
        <w:t>to yeh jo azmaish ka dour hai is mein insaan ko Khuda ne</w:t>
      </w:r>
    </w:p>
    <w:p>
      <w:pPr>
        <w:jc w:val="right"/>
      </w:pPr>
      <w:r>
        <w:t>تو یہ جو آزمائش کا دور ہے اس میں انسان کو خدا نے</w:t>
      </w:r>
    </w:p>
    <w:p>
      <w:r>
        <w:rPr>
          <w:b/>
        </w:rPr>
        <w:t xml:space="preserve">[1:14:13] </w:t>
      </w:r>
      <w:r>
        <w:t>mukammal azaadi diya hai.</w:t>
      </w:r>
    </w:p>
    <w:p>
      <w:pPr>
        <w:jc w:val="right"/>
      </w:pPr>
      <w:r>
        <w:t>مکمل آزادی دیا ہے۔</w:t>
      </w:r>
    </w:p>
    <w:p>
      <w:r>
        <w:rPr>
          <w:b/>
        </w:rPr>
        <w:t xml:space="preserve">[1:14:17] </w:t>
      </w:r>
      <w:r>
        <w:t>to azaadi hotay huay jo apnay aap ko</w:t>
      </w:r>
    </w:p>
    <w:p>
      <w:pPr>
        <w:jc w:val="right"/>
      </w:pPr>
      <w:r>
        <w:t>تو آزادی ہوتے ہوئے جو اپنے آپ کو</w:t>
      </w:r>
    </w:p>
    <w:p>
      <w:r>
        <w:rPr>
          <w:b/>
        </w:rPr>
        <w:t xml:space="preserve">[1:14:22] </w:t>
      </w:r>
      <w:r>
        <w:t>aisa bana le</w:t>
      </w:r>
    </w:p>
    <w:p>
      <w:pPr>
        <w:jc w:val="right"/>
      </w:pPr>
      <w:r>
        <w:t>ایسا بنا لے</w:t>
      </w:r>
    </w:p>
    <w:p>
      <w:r>
        <w:rPr>
          <w:b/>
        </w:rPr>
        <w:t xml:space="preserve">[1:14:26] </w:t>
      </w:r>
      <w:r>
        <w:t>Khuda ke muqablay mein ke Khudaya</w:t>
      </w:r>
    </w:p>
    <w:p>
      <w:pPr>
        <w:jc w:val="right"/>
      </w:pPr>
      <w:r>
        <w:t>خدا کے مقابلے میں کہ خدایا</w:t>
      </w:r>
    </w:p>
    <w:p>
      <w:r>
        <w:rPr>
          <w:b/>
        </w:rPr>
        <w:t xml:space="preserve">[1:14:29] </w:t>
      </w:r>
      <w:r>
        <w:t>tu hi bara hai, mein chhota hoon.</w:t>
      </w:r>
    </w:p>
    <w:p>
      <w:pPr>
        <w:jc w:val="right"/>
      </w:pPr>
      <w:r>
        <w:t>تو ہی بڑا ہے، میں چھوٹا ہوں۔</w:t>
      </w:r>
    </w:p>
    <w:p>
      <w:r>
        <w:rPr>
          <w:b/>
        </w:rPr>
        <w:t xml:space="preserve">[1:14:38] </w:t>
      </w:r>
      <w:r>
        <w:t>yani sachay to dil ke sath jo is ko daryaft kar le ke barhai sirf khuda ke liye hai, meri taraf koi barhai nahi hai.</w:t>
      </w:r>
    </w:p>
    <w:p>
      <w:pPr>
        <w:jc w:val="right"/>
      </w:pPr>
      <w:r>
        <w:t>یعنی سچے تو دل کے ساتھ جو اس کو دریافت کر لے کہ بڑائی صرف خدا کے لیے ہے، میری طرف کوئی بڑائی نہیں ہے۔</w:t>
      </w:r>
    </w:p>
    <w:p>
      <w:r>
        <w:rPr>
          <w:b/>
        </w:rPr>
        <w:t xml:space="preserve">[1:14:49] </w:t>
      </w:r>
      <w:r>
        <w:t>to yeh sab se bari daryaft hai. Kyun ke hazar cheezein aisi hain jo is jo aap ko is daryaft tak pohnchanay nahi deti. Bohat se yani banawati qism ki cheezein hain jis mein aap yani jhootay junoon mein paray rehtay hain.</w:t>
      </w:r>
    </w:p>
    <w:p>
      <w:pPr>
        <w:jc w:val="right"/>
      </w:pPr>
      <w:r>
        <w:t>تو یہ سب سے بڑی دریافت ہے۔ کیونکہ ہزار چیزیں ایسی ہیں جو اس جو آپ کو اس دریافت تک پہنچانے نہیں دیتی۔ بہت سے یعنی بناوٹی قسم کی چیزیں ہیں جس میں آپ یعنی جھوٹے جنون میں پڑے رہتے ہیں۔</w:t>
      </w:r>
    </w:p>
    <w:p>
      <w:r>
        <w:rPr>
          <w:b/>
        </w:rPr>
        <w:t xml:space="preserve">[1:15:08] </w:t>
      </w:r>
      <w:r>
        <w:t>ke mere paas to yeh hai, mere paas to woh hai. Mere paas taqat e azlaat hai, mere paas paisa hai, mere paas main aik qadir e mutlaq aadmi hoon.</w:t>
      </w:r>
    </w:p>
    <w:p>
      <w:pPr>
        <w:jc w:val="right"/>
      </w:pPr>
      <w:r>
        <w:t>کہ میرے پاس تو یہ ہے، میرے پاس تو وہ ہے۔ میرے پاس طاقتِ عضلات ہے، میرے پاس پیسہ ہے، میرے پاس میں ایک قادر مطلق آدمی ہوں۔</w:t>
      </w:r>
    </w:p>
    <w:p>
      <w:r>
        <w:rPr>
          <w:b/>
        </w:rPr>
        <w:t xml:space="preserve">[1:15:19] </w:t>
      </w:r>
      <w:r>
        <w:t>kal main dekh raha tha is aik TV par woh aadmi woh student union ka woh leader bol raha tha.</w:t>
      </w:r>
    </w:p>
    <w:p>
      <w:pPr>
        <w:jc w:val="right"/>
      </w:pPr>
      <w:r>
        <w:t>کل میں دیکھ رہا تھا اس ایک ٹی وی پر وہ آدمی وہ اسٹوڈنٹ یونین کا وہ لیڈر بول رہا تھا۔</w:t>
      </w:r>
    </w:p>
    <w:p>
      <w:r>
        <w:rPr>
          <w:b/>
        </w:rPr>
        <w:t xml:space="preserve">[1:15:31] </w:t>
      </w:r>
      <w:r>
        <w:t>yani woh is university jis university mein professor ko maar dala hai, wahan ke student union ka leader aisa bol raha tha jaise ke bas yahi badshah hai zameen o aasman ka badshah hai.</w:t>
      </w:r>
    </w:p>
    <w:p>
      <w:pPr>
        <w:jc w:val="right"/>
      </w:pPr>
      <w:r>
        <w:t>یعنی وہ اس یونیورسٹی جس یونیورسٹی میں پروفیسر کو مار ڈالا ہے، وہاں کے اسٹوڈنٹ یونین کا لیڈر ایسا بول رہا تھا جیسے کہ بس یہی بادشاہ ہے زمین و آسمان کا بادشاہ ہے۔</w:t>
      </w:r>
    </w:p>
    <w:p>
      <w:r>
        <w:rPr>
          <w:b/>
        </w:rPr>
        <w:t xml:space="preserve">[1:15:44] </w:t>
      </w:r>
      <w:r>
        <w:t>yani jaise ke yani koi nahi hai jo is ko challenge kar sakay is ki azaadi ko.</w:t>
      </w:r>
    </w:p>
    <w:p>
      <w:pPr>
        <w:jc w:val="right"/>
      </w:pPr>
      <w:r>
        <w:t>یعنی جیسے کہ یعنی کوئی نہیں ہے جو اس کو چیلنج کر سکے اس کی آزادی کو۔</w:t>
      </w:r>
    </w:p>
    <w:p>
      <w:r>
        <w:rPr>
          <w:b/>
        </w:rPr>
        <w:t xml:space="preserve">[1:15:54] </w:t>
      </w:r>
      <w:r>
        <w:t>to meri samajh mein aaya hai ke sab se bari qurbani yeh hai ke aadmi ikhtiyar ke hotay hue apne ko be ikhtiyar bana le. Yeh jhoot bolne ka mujhe ikhtiyar hasil hai lekin main jhoot na boloon.</w:t>
      </w:r>
    </w:p>
    <w:p>
      <w:pPr>
        <w:jc w:val="right"/>
      </w:pPr>
      <w:r>
        <w:t>تو میری سمجھ میں آیا ہے کہ سب سے بڑی قربانی یہ ہے کہ آدمی اختیار کے ہوتے ہوئے اپنے کو بے اختیار بنا لے۔ یہ جھوٹ بولنے کا مجھے اختیار حاصل ہے لیکن میں جھوٹ نہ بولوں۔</w:t>
      </w:r>
    </w:p>
    <w:p>
      <w:r>
        <w:rPr>
          <w:b/>
        </w:rPr>
        <w:t xml:space="preserve">[1:16:08] </w:t>
      </w:r>
      <w:r>
        <w:t>sab se bari qurbani yeh hai apni ana ko torna, apne nafs ko khatam karna. Apne yani har aadmi pedaishi tor par apne ko aala samajhta hai.</w:t>
      </w:r>
    </w:p>
    <w:p>
      <w:pPr>
        <w:jc w:val="right"/>
      </w:pPr>
      <w:r>
        <w:t>سب سے بڑی قربانی یہ ہے اپنی انا کو توڑنا، اپنے نفس کو ختم کرنا۔ اپنے یعنی ہر آدمی پیدائشی طور پر اپنے کو اعلیٰ سمجھتا ہے۔</w:t>
      </w:r>
    </w:p>
    <w:p>
      <w:r>
        <w:rPr>
          <w:b/>
        </w:rPr>
        <w:t xml:space="preserve">[1:16:20] </w:t>
      </w:r>
      <w:r>
        <w:t>kisi ko bhi kuredye, kisi larka ko, larki ko, kisi mard ko, عورت ko. Lagay ga ke andar se apne ko aala samajhta hai. Jaise ke maine aik qissa bataya tha yahan aik bar ke main apne office mein baitha hua kaam kar raha tha, neechay se awaz aai.</w:t>
      </w:r>
    </w:p>
    <w:p>
      <w:pPr>
        <w:jc w:val="right"/>
      </w:pPr>
      <w:r>
        <w:t>کسی کو بھی کریدئے، کسی لڑکا کو، لڑکی کو، کسی مرد کو، عورت کو۔ لگے گا کہ اندر سے اپنے کو اعلیٰ سمجھتا ہے۔ جیسے کہ میں نے ایک قصہ بتایا تھا یہاں ایک بار کہ میں اپنے آفس میں بیٹھا ہوا کام کر رہا تھا، نیچے سے آواز آئی۔</w:t>
      </w:r>
    </w:p>
    <w:p>
      <w:r>
        <w:rPr>
          <w:b/>
        </w:rPr>
        <w:t xml:space="preserve">[1:16:36] </w:t>
      </w:r>
      <w:r>
        <w:t>to yani colony ki aik khatoon ka woh jhagda ho raha tha aik aik aik sweeper se, jo safai ka mulazim hai, us se.</w:t>
      </w:r>
    </w:p>
    <w:p>
      <w:pPr>
        <w:jc w:val="right"/>
      </w:pPr>
      <w:r>
        <w:t>تو یعنی کالونی کی ایک خاتون کا وہ جھگڑا ہو رہا تھا ایک ایک ایک سویپر سے، جو صفائی کا ملازم ہے، اس سے۔</w:t>
      </w:r>
    </w:p>
    <w:p>
      <w:r>
        <w:rPr>
          <w:b/>
        </w:rPr>
        <w:t xml:space="preserve">[1:16:50] </w:t>
      </w:r>
      <w:r>
        <w:t>to woh safai ka mulazim jo عورت thi woh kehti hai begum sahib tum ko apni kothi ka nasha hai to hum ko apni jhonpari ka nasha hai.</w:t>
      </w:r>
    </w:p>
    <w:p>
      <w:pPr>
        <w:jc w:val="right"/>
      </w:pPr>
      <w:r>
        <w:t>تو وہ صفائی کا ملازم جو عورت تھی وہ کہتی ہے بیگم صاحب تم کو اپنی کوٹھی کا نشہ ہے تو ہم کو اپنی جھونپڑی کا نشہ ہے۔</w:t>
      </w:r>
    </w:p>
    <w:p>
      <w:r>
        <w:rPr>
          <w:b/>
        </w:rPr>
        <w:t xml:space="preserve">[1:17:00] </w:t>
      </w:r>
      <w:r>
        <w:t>yeh hai insaan ka maghroori. Kabhi aadmi jhuknay ko tayyar nahi hota. Jaise ke maine arz kiya ke woh aadmi jis ne qatal kiya professor ka, tab bhi bol raha hai woh.</w:t>
      </w:r>
    </w:p>
    <w:p>
      <w:pPr>
        <w:jc w:val="right"/>
      </w:pPr>
      <w:r>
        <w:t>یہ ہے انسان کا مغروری۔ کبھی آدمی جھکنے کو تیار نہیں ہوتا۔ جیسے کہ میں نے عرض کیا کہ وہ آدمی جس نے قتل کیا پروفیسر کا، تب بھی بول رہا ہے وہ۔</w:t>
      </w:r>
    </w:p>
    <w:p>
      <w:r>
        <w:rPr>
          <w:b/>
        </w:rPr>
        <w:t xml:space="preserve">[1:17:12] </w:t>
      </w:r>
      <w:r>
        <w:t>aur us ko kehta hai ke yeh student activism hai yeh. Yani qatal kar dala us ne nahaq aik professor ko, woh kehta hai ke yeh student activism hai, aap is ko challenge nahi kar saktay.</w:t>
      </w:r>
    </w:p>
    <w:p>
      <w:pPr>
        <w:jc w:val="right"/>
      </w:pPr>
      <w:r>
        <w:t>اور اس کو کہتا ہے کہ یہ اسٹوڈنٹ ایکٹیوزم ہے یہ۔ یعنی قتل کر ڈالا اس نے ناحق ایک پروفیسر کو، وہ کہتا ہے کہ یہ اسٹوڈنٹ ایکٹیوزم ہے، آپ اس کو چیلنج نہیں کر سکتے۔</w:t>
      </w:r>
    </w:p>
    <w:p>
      <w:r>
        <w:rPr>
          <w:b/>
        </w:rPr>
        <w:t xml:space="preserve">[1:17:26] </w:t>
      </w:r>
      <w:r>
        <w:t>to maine socha ke sab se bari qurbani yeh hai ke aadmi zaban rakhtay hue chup ho jaye.</w:t>
      </w:r>
    </w:p>
    <w:p>
      <w:pPr>
        <w:jc w:val="right"/>
      </w:pPr>
      <w:r>
        <w:t>تو میں نے سوچا کہ سب سے بڑی قربانی یہ ہے کہ آدمی زبان رکھتے ہوئے چپ ہو جائے۔</w:t>
      </w:r>
    </w:p>
    <w:p>
      <w:r>
        <w:rPr>
          <w:b/>
        </w:rPr>
        <w:t xml:space="preserve">[1:17:35] </w:t>
      </w:r>
      <w:r>
        <w:t>zaban rakhtay hue chup ho jaye. Ikhtiyar rakhtay hue apne ko be ikhtiyar bana le. Inkar ka haq rakhtay hue, yani inkar karne ka haq rakhtay hue apne ko yani maan le woh baat ko.</w:t>
      </w:r>
    </w:p>
    <w:p>
      <w:pPr>
        <w:jc w:val="right"/>
      </w:pPr>
      <w:r>
        <w:t>زبان رکھتے ہوئے چپ ہو جائے۔ اختیار رکھتے ہوئے اپنے کو بے اختیار بنا لے۔ انکار کا حق رکھتے ہوئے، یعنی انکار کرنے کا حق رکھتے ہوئے اپنے کو یعنی مان لے وہ بات کو۔</w:t>
      </w:r>
    </w:p>
    <w:p>
      <w:r>
        <w:rPr>
          <w:b/>
        </w:rPr>
        <w:t xml:space="preserve">[1:17:50] </w:t>
      </w:r>
      <w:r>
        <w:t>yeh hai woh insaan, yeh hai woh rozay daar jo aadmi aisa roza rakha hai to is ke liye khuda ke haan la mehdood inaam hai.</w:t>
      </w:r>
    </w:p>
    <w:p>
      <w:pPr>
        <w:jc w:val="right"/>
      </w:pPr>
      <w:r>
        <w:t>یہ ہے وہ انسان، یہ ہے وہ روزے دار جو آدمی ایسا روزہ رکھا ہے تو اس کے لیے خدا کے ہاں لامحدود انعام ہے۔</w:t>
      </w:r>
    </w:p>
    <w:p>
      <w:r>
        <w:rPr>
          <w:b/>
        </w:rPr>
        <w:t xml:space="preserve">[1:18:03] </w:t>
      </w:r>
      <w:r>
        <w:t>be hisab inaam hai.</w:t>
      </w:r>
    </w:p>
    <w:p>
      <w:pPr>
        <w:jc w:val="right"/>
      </w:pPr>
      <w:r>
        <w:t>بے حساب انعام ہے۔</w:t>
      </w:r>
    </w:p>
    <w:p>
      <w:r>
        <w:rPr>
          <w:b/>
        </w:rPr>
        <w:t xml:space="preserve">[1:18:09] </w:t>
      </w:r>
      <w:r>
        <w:t>be hisab inaam hai.</w:t>
      </w:r>
    </w:p>
    <w:p>
      <w:pPr>
        <w:jc w:val="right"/>
      </w:pPr>
      <w:r>
        <w:t>بے حساب انعام ہے۔</w:t>
      </w:r>
    </w:p>
    <w:p>
      <w:r>
        <w:rPr>
          <w:b/>
        </w:rPr>
        <w:t xml:space="preserve">[1:18:16] </w:t>
      </w:r>
      <w:r>
        <w:t>aik hadith mein hai ke aap jantay hain ke ramzan mein subah ke waqt yani subah se pehle kuch khaya piya jata hai jis ko sehri kehtay hain.</w:t>
      </w:r>
    </w:p>
    <w:p>
      <w:pPr>
        <w:jc w:val="right"/>
      </w:pPr>
      <w:r>
        <w:t>ایک حدیث میں ہے کہ آپ جانتے ہیں کہ رمضان میں صبح کے وقت یعنی صبح سے پہلے کچھ کھایا پیا جاتا ہے جس کو سحری کہتے ہیں۔</w:t>
      </w:r>
    </w:p>
    <w:p>
      <w:r>
        <w:rPr>
          <w:b/>
        </w:rPr>
        <w:t xml:space="preserve">[1:18:31] </w:t>
      </w:r>
      <w:r>
        <w:t>is ke baad roza shuru hota hai. To hadith mein aata hai ke aur sham ko khatay hain jab roza torney ke liye, us ko iftar kaha jata hai.</w:t>
      </w:r>
    </w:p>
    <w:p>
      <w:pPr>
        <w:jc w:val="right"/>
      </w:pPr>
      <w:r>
        <w:t>اس کے بعد روزہ شروع ہوتا ہے۔ تو حدیث میں آتا ہے کہ اور شام کو کھاتے ہیں جب روزہ توڑنے کے لیے، اس کو افطار کہا جاتا ہے۔</w:t>
      </w:r>
    </w:p>
    <w:p>
      <w:r>
        <w:rPr>
          <w:b/>
        </w:rPr>
        <w:t xml:space="preserve">[1:18:46] </w:t>
      </w:r>
      <w:r>
        <w:t>to hadith mein aata hai ke meri ummat is waqt tak yani khair par rahay gi jab tak woh iftar mein jaldi karay.</w:t>
      </w:r>
    </w:p>
    <w:p>
      <w:pPr>
        <w:jc w:val="right"/>
      </w:pPr>
      <w:r>
        <w:t>تو حدیث میں آتا ہے کہ میری امت اس وقت تک یعنی خیر پر رہے گی جب تک وہ افطار میں جلدی کرے۔</w:t>
      </w:r>
    </w:p>
    <w:p>
      <w:r>
        <w:rPr>
          <w:b/>
        </w:rPr>
        <w:t xml:space="preserve">[1:19:04] </w:t>
      </w:r>
      <w:r>
        <w:t>ma iftar karne mein jaldi karay. Yani sham ko jab roza toda jata hai gharoob e aaftab par to is mein jaldi karay, tab tak woh woh khair par rahay gi, yani achi halat mein rahay gi.</w:t>
      </w:r>
    </w:p>
    <w:p>
      <w:pPr>
        <w:jc w:val="right"/>
      </w:pPr>
      <w:r>
        <w:t>ما افطار کرنے میں جلدی کرے۔ یعنی شام کو جب روزہ توڑا جاتا ہے غروب آفتاب پر تو اس میں جلدی کرے، تب تک وہ وہ خیر پر رہے گی، یعنی اچھی حالت میں رہے گی۔</w:t>
      </w:r>
    </w:p>
    <w:p>
      <w:r>
        <w:rPr>
          <w:b/>
        </w:rPr>
        <w:t xml:space="preserve">[1:19:22] </w:t>
      </w:r>
      <w:r>
        <w:t>to is ka matlab kya hai? is ka matlab isi se nikalta hai kyunke hadith mein aata hai ke ke kyunke yahood takheer karte hain, yahood der mein iftar karte hain.</w:t>
      </w:r>
    </w:p>
    <w:p>
      <w:pPr>
        <w:jc w:val="right"/>
      </w:pPr>
      <w:r>
        <w:t>تو اس کا مطلب کیا ہے؟ اس کا مطلب اسی سے نکلتا ہے کیونکہ حدیث میں آتا ہے کہ کہ کیونکہ یہود تاخیر کرتے ہیں، یہود دیر میں افطار کرتے ہیں۔</w:t>
      </w:r>
    </w:p>
    <w:p>
      <w:r>
        <w:rPr>
          <w:b/>
        </w:rPr>
        <w:t xml:space="preserve">[1:19:39] </w:t>
      </w:r>
      <w:r>
        <w:t>to tum is ke khilaf karo. khalif al-yahood fi al-iftar. log is ka samajhte hain matlab ke yahood koi bohat buri cheez hain, to is liye un ke khilaf chalo.</w:t>
      </w:r>
    </w:p>
    <w:p>
      <w:pPr>
        <w:jc w:val="right"/>
      </w:pPr>
      <w:r>
        <w:t>تو تم اس کے خلاف کرو۔ خالف الیہود فی الافطار۔ لوگ اس کا سمجھتے ہیں مطلب کہ یہود کوئی بہت بری چیز ہیں، تو اس لیے ان کے خلاف چلو۔</w:t>
      </w:r>
    </w:p>
    <w:p>
      <w:r>
        <w:rPr>
          <w:b/>
        </w:rPr>
        <w:t xml:space="preserve">[1:19:55] </w:t>
      </w:r>
      <w:r>
        <w:t>yeh matlab nahi hai. yahood jo thay is waqt woh apne zawal ke daur mein thay. yaani degeneration ka zamana aa chuka tha un ka.</w:t>
      </w:r>
    </w:p>
    <w:p>
      <w:pPr>
        <w:jc w:val="right"/>
      </w:pPr>
      <w:r>
        <w:t>یہ مطلب نہیں ہے۔ یہود جو تھے اس وقت وہ اپنے زوال کے دور میں تھے۔ یعنی ڈی جنریشن کا زمانہ آ چکا تھا ان کا۔</w:t>
      </w:r>
    </w:p>
    <w:p>
      <w:r>
        <w:rPr>
          <w:b/>
        </w:rPr>
        <w:t xml:space="preserve">[1:20:07] </w:t>
      </w:r>
      <w:r>
        <w:t>un par zawal ka zamana aa chuka tha. yaani un ka jo zinda mazhab tha un ke andar woh baqi nahi raha tha woh. murda mazhab tha un ke andar.</w:t>
      </w:r>
    </w:p>
    <w:p>
      <w:pPr>
        <w:jc w:val="right"/>
      </w:pPr>
      <w:r>
        <w:t>ان پر زوال کا زمانہ آ چکا تھا۔ یعنی ان کا جو زندہ مذہب تھا ان کے اندر وہ باقی نہیں رہا تھا وہ۔ مردہ مذہب تھا ان کے اندر۔</w:t>
      </w:r>
    </w:p>
    <w:p>
      <w:r>
        <w:rPr>
          <w:b/>
        </w:rPr>
        <w:t xml:space="preserve">[1:20:18] </w:t>
      </w:r>
      <w:r>
        <w:t>aur jab bhi aisa hota hai ke koi ummat zawal par aa jati hai, jab is ka degeneration ho jata hai to is ke andar kya hota hai?</w:t>
      </w:r>
    </w:p>
    <w:p>
      <w:pPr>
        <w:jc w:val="right"/>
      </w:pPr>
      <w:r>
        <w:t>اور جب بھی ایسا ہوتا ہے کہ کوئی امت زوال پر آ جاتی ہے، جب اس کا ڈی جنریشن ہو جاتا ہے تو اس کے اندر کیا ہوتا ہے؟</w:t>
      </w:r>
    </w:p>
    <w:p>
      <w:r>
        <w:rPr>
          <w:b/>
        </w:rPr>
        <w:t xml:space="preserve">[1:20:31] </w:t>
      </w:r>
      <w:r>
        <w:t>form ki dhoom shuru ho jati hai. rooh ki dhoom khatam ho jati hai, form ki dhoom shuru ho jati hai. to form ki jab dhoom aati hai to yahi hota hai.</w:t>
      </w:r>
    </w:p>
    <w:p>
      <w:pPr>
        <w:jc w:val="right"/>
      </w:pPr>
      <w:r>
        <w:t>فارم کی دھوم شروع ہو جاتی ہے۔ روح کی دھوم ختم ہو جاتی ہے، فارم کی دھوم شروع ہو جاتی ہے۔ تو فارم کی جب دھوم آتی ہے تو یہی ہوتا ہے۔</w:t>
      </w:r>
    </w:p>
    <w:p>
      <w:r>
        <w:rPr>
          <w:b/>
        </w:rPr>
        <w:t xml:space="preserve">[1:20:40] </w:t>
      </w:r>
      <w:r>
        <w:t>keh rahe hain bhai thoda ehtiyat, paanch minute ehtiyat kar lo. paanch minute baad karein ge iftar. lekin jab rooh zinda ho to woh kahenge ke bhai paanch minute kis liye?</w:t>
      </w:r>
    </w:p>
    <w:p>
      <w:pPr>
        <w:jc w:val="right"/>
      </w:pPr>
      <w:r>
        <w:t>کہہ رہے ہیں بھائی تھوڑا احتیاط، پانچ منٹ احتیاط کر لو۔ پانچ منٹ بعد کریں گے افطار۔ لیکن جب روح زندہ ہو تو وہ کہیں گے کہ بھائی پانچ منٹ کس لیے؟</w:t>
      </w:r>
    </w:p>
    <w:p>
      <w:r>
        <w:rPr>
          <w:b/>
        </w:rPr>
        <w:t xml:space="preserve">[1:20:51] </w:t>
      </w:r>
      <w:r>
        <w:t>ghuroob aaftab hua to hum iftar kar lete hain.</w:t>
      </w:r>
    </w:p>
    <w:p>
      <w:pPr>
        <w:jc w:val="right"/>
      </w:pPr>
      <w:r>
        <w:t>غروب آفتاب ہوا تو ہم افطار کر لیتے ہیں۔</w:t>
      </w:r>
    </w:p>
    <w:p>
      <w:r>
        <w:rPr>
          <w:b/>
        </w:rPr>
        <w:t xml:space="preserve">[1:20:55] </w:t>
      </w:r>
      <w:r>
        <w:t>main jab pehle adam garh mein rehta tha to us waqt wahan yeh. yeh sab yeh radio waghera nahi hota tha is zamane mein.</w:t>
      </w:r>
    </w:p>
    <w:p>
      <w:pPr>
        <w:jc w:val="right"/>
      </w:pPr>
      <w:r>
        <w:t>میں جب پہلے آدم گڑھ میں رہتا تھا تو اس وقت وہاں یہ۔ یہ سب یہ ریڈیو وغیرہ نہیں ہوتا تھا اس زمانے میں۔</w:t>
      </w:r>
    </w:p>
    <w:p>
      <w:r>
        <w:rPr>
          <w:b/>
        </w:rPr>
        <w:t xml:space="preserve">[1:21:06] </w:t>
      </w:r>
      <w:r>
        <w:t>lekin telegraph office jo tha, is is mein har roz chaar baje shaam ko waqt aata tha. chaar baje ek khaas aawaz hoti thi, tik tik tik tik.</w:t>
      </w:r>
    </w:p>
    <w:p>
      <w:pPr>
        <w:jc w:val="right"/>
      </w:pPr>
      <w:r>
        <w:t>لیکن ٹیلی گراف آفس جو تھا، اس اس میں ہر روز چار بجے شام کو وقت آتا تھا۔ چار بجے ایک خاص آواز ہوتی تھی، ٹک ٹک ٹک ٹک۔</w:t>
      </w:r>
    </w:p>
    <w:p>
      <w:r>
        <w:rPr>
          <w:b/>
        </w:rPr>
        <w:t xml:space="preserve">[1:21:19] </w:t>
      </w:r>
      <w:r>
        <w:t>woh theek chaar bajta tha. main yeh nahi jaanta ke ab yeh system hai ke nahi hai, pehle hota tha aisa. to main ramzan mein rozana jaata tha wahan chaar baje.</w:t>
      </w:r>
    </w:p>
    <w:p>
      <w:pPr>
        <w:jc w:val="right"/>
      </w:pPr>
      <w:r>
        <w:t>وہ ٹھیک چار بجتا تھا۔ میں یہ نہیں جانتا کہ اب یہ سسٹم ہے کہ نہیں ہے، پہلے ہوتا تھا ایسا۔ تو میں رمضان میں روزانہ جاتا تھا وہاں چار بجے۔</w:t>
      </w:r>
    </w:p>
    <w:p>
      <w:r>
        <w:rPr>
          <w:b/>
        </w:rPr>
        <w:t xml:space="preserve">[1:21:30] </w:t>
      </w:r>
      <w:r>
        <w:t>aur jab woh chaar baje ka woh alarm aata tha to main apni ghari bajata tha. aur phir theek waqt pe iftar karta tha main.</w:t>
      </w:r>
    </w:p>
    <w:p>
      <w:pPr>
        <w:jc w:val="right"/>
      </w:pPr>
      <w:r>
        <w:t>اور جب وہ چار بجے کا وہ الارم آتا تھا تو میں اپنی گھڑی بجاتا تھا۔ اور پھر ٹھیک وقت پہ افطار کرتا تھا میں۔</w:t>
      </w:r>
    </w:p>
    <w:p>
      <w:r>
        <w:rPr>
          <w:b/>
        </w:rPr>
        <w:t xml:space="preserve">[1:21:40] </w:t>
      </w:r>
      <w:r>
        <w:t>ek dam, ek ek minute aage nahi peechhe. yeh sahi rooh hai mere nazdeek. aur yeh rooh keh rahi hai bhayi thoda ehtiyat kar lo.</w:t>
      </w:r>
    </w:p>
    <w:p>
      <w:pPr>
        <w:jc w:val="right"/>
      </w:pPr>
      <w:r>
        <w:t>ایک دم، ایک ایک منٹ آگے نہیں پیچھے۔ یہ صحیح روح ہے میرے نزدیک۔ اور یہ روح کہہ رہی ہے بھئی تھوڑا احتیاط کر لو۔</w:t>
      </w:r>
    </w:p>
    <w:p>
      <w:r>
        <w:rPr>
          <w:b/>
        </w:rPr>
        <w:t xml:space="preserve">[1:21:51] </w:t>
      </w:r>
      <w:r>
        <w:t>yeh hai yaani woh daur zawal ki alamat hai yeh. to yahood jo thay is zamane mein chunchke un ka degeneration ho chuka tha.</w:t>
      </w:r>
    </w:p>
    <w:p>
      <w:pPr>
        <w:jc w:val="right"/>
      </w:pPr>
      <w:r>
        <w:t>یہ ہے یعنی وہ دور زوال کی علامت ہے یہ۔ تو یہود جو تھے اس زمانے میں چونکہ ان کا ڈی جنریشن ہو چکا تھا۔</w:t>
      </w:r>
    </w:p>
    <w:p>
      <w:r>
        <w:rPr>
          <w:b/>
        </w:rPr>
        <w:t xml:space="preserve">[1:22:04] </w:t>
      </w:r>
      <w:r>
        <w:t>aur jab degeneration hota hai to form ki ahmiyat barh jati hai. form ki ahmiyat barh jati hai. rooh ki ahmiyat kharr jati hai. to log zyada dhoom machane lagte hain form ki.</w:t>
      </w:r>
    </w:p>
    <w:p>
      <w:pPr>
        <w:jc w:val="right"/>
      </w:pPr>
      <w:r>
        <w:t>اور جب ڈی جنریشن ہوتا ہے تو فارم کی اہمیت بڑھ جاتی ہے۔ فارم کی اہمیت بڑھ جاتی ہے۔ روح کی اہمیت کھڑ جاتی ہے۔ تو لوگ زیادہ دھوم مچانے لگتے ہیں فارم کی۔</w:t>
      </w:r>
    </w:p>
    <w:p>
      <w:r>
        <w:rPr>
          <w:b/>
        </w:rPr>
        <w:t xml:space="preserve">[1:22:17] </w:t>
      </w:r>
      <w:r>
        <w:t>aur rooh jo hai woh is ka koi zikr nahi karta. to yeh jo farmaya hai ke meri ummat khair par rahe gi jab tak woh iftar mein jaldi kare, is ka matlab kya hai?</w:t>
      </w:r>
    </w:p>
    <w:p>
      <w:pPr>
        <w:jc w:val="right"/>
      </w:pPr>
      <w:r>
        <w:t>اور روح جو ہے وہ اس کا کوئی ذکر نہیں کرتا۔ تو یہ جو فرمایا ہے کہ میری امت خیر پر رہے گی جب تک وہ افطار میں جلدی کرے، اس کا مطلب کیا ہے؟</w:t>
      </w:r>
    </w:p>
    <w:p>
      <w:r>
        <w:rPr>
          <w:b/>
        </w:rPr>
        <w:t xml:space="preserve">[1:22:29] </w:t>
      </w:r>
      <w:r>
        <w:t>ke tab jab woh iftar mein der kare gi to woh waqt aa chuka hoga jo us ko hum degeneration kehte hain.</w:t>
      </w:r>
    </w:p>
    <w:p>
      <w:pPr>
        <w:jc w:val="right"/>
      </w:pPr>
      <w:r>
        <w:t>کہ تب جب وہ افطار میں دیر کرے گی تو وہ وقت آ چکا ہوگا جو اس کو ہم ڈی جنریشن کہتے ہیں۔</w:t>
      </w:r>
    </w:p>
    <w:p>
      <w:r>
        <w:rPr>
          <w:b/>
        </w:rPr>
        <w:t xml:space="preserve">[1:22:37] </w:t>
      </w:r>
      <w:r>
        <w:t>zawal aa chuka hoga us waqt. to yeh dono yaani alamati alfaaz hain. to yeh koi achhi baat nahi hai ke aap khwamkhwah ehtiyat ke hote hue der kar ke yaani ehtiyat ke naam par der kar ke iftar karein.</w:t>
      </w:r>
    </w:p>
    <w:p>
      <w:pPr>
        <w:jc w:val="right"/>
      </w:pPr>
      <w:r>
        <w:t>زوال آ چکا ہوگا اس وقت۔ تو یہ دونوں یعنی علامتی الفاظ ہیں۔ تو یہ کوئی اچھی بات نہیں ہے کہ آپ خوامخواہ احتیاط کے ہوتے ہوئے دیر کر کے یعنی احتیاط کے نام پر دیر کر کے افطار کریں۔</w:t>
      </w:r>
    </w:p>
    <w:p>
      <w:r>
        <w:rPr>
          <w:b/>
        </w:rPr>
        <w:t xml:space="preserve">[1:22:55] </w:t>
      </w:r>
      <w:r>
        <w:t>ramzan mein dekhiye</w:t>
      </w:r>
    </w:p>
    <w:p>
      <w:pPr>
        <w:jc w:val="right"/>
      </w:pPr>
      <w:r>
        <w:t>رمضان میں دیکھیے</w:t>
      </w:r>
    </w:p>
    <w:p>
      <w:r>
        <w:rPr>
          <w:b/>
        </w:rPr>
        <w:t xml:space="preserve">[1:22:59] </w:t>
      </w:r>
      <w:r>
        <w:t>aitkaf bhi kiya jata hai. aitkaf ka matlab yeh hota hai ke mahine ke kuch din, woh ek din bhi ho sakte hain, das din bhi ho sakte hain.</w:t>
      </w:r>
    </w:p>
    <w:p>
      <w:pPr>
        <w:jc w:val="right"/>
      </w:pPr>
      <w:r>
        <w:t>اعتکاف بھی کیا جاتا ہے۔ اعتکاف کا مطلب یہ ہوتا ہے کہ مہینے کے کچھ دن، وہ ایک دن بھی ہو سکتے ہیں، دس دن بھی ہو سکتے ہیں۔</w:t>
      </w:r>
    </w:p>
    <w:p>
      <w:r>
        <w:rPr>
          <w:b/>
        </w:rPr>
        <w:t xml:space="preserve">[1:23:11] </w:t>
      </w:r>
      <w:r>
        <w:t>kuch log poora poora mahina karte hain ke masjid ke goshe mein ja kar aadmi baith jata hai. masjid ke kisi kone mein.</w:t>
      </w:r>
    </w:p>
    <w:p>
      <w:pPr>
        <w:jc w:val="right"/>
      </w:pPr>
      <w:r>
        <w:t>کچھ لوگ پورا پورا مہینہ کرتے ہیں کہ مسجد کے گوشے میں جا کر آدمی بیٹھ جاتا ہے۔ مسجد کے کسی کونے میں۔</w:t>
      </w:r>
    </w:p>
    <w:p>
      <w:r>
        <w:rPr>
          <w:b/>
        </w:rPr>
        <w:t xml:space="preserve">[1:23:23] </w:t>
      </w:r>
      <w:r>
        <w:t>aur wahan par woh poora ramzan ke aakhir tak rehta hai. phir wahan par namaz parhna, quran parhna aur dua karna, yahi sab karta hai woh.</w:t>
      </w:r>
    </w:p>
    <w:p>
      <w:pPr>
        <w:jc w:val="right"/>
      </w:pPr>
      <w:r>
        <w:t>اور وہاں پر وہ پورا رمضان کے آخر تک رہتا ہے۔ پھر وہاں پر نماز پڑھنا، قرآن پڑھنا اور دعا کرنا، یہی سب کرتا ہے وہ۔</w:t>
      </w:r>
    </w:p>
    <w:p>
      <w:r>
        <w:rPr>
          <w:b/>
        </w:rPr>
        <w:t xml:space="preserve">[1:23:36] </w:t>
      </w:r>
      <w:r>
        <w:t>is ko kehte hain aitkaf. yeh aitkaf kiya hai? hadith mein aata hai ke</w:t>
      </w:r>
    </w:p>
    <w:p>
      <w:pPr>
        <w:jc w:val="right"/>
      </w:pPr>
      <w:r>
        <w:t>اس کو کہتے ہیں اعتکاف۔ یہ اعتکاف کیا ہے؟ حدیث میں آتا ہے کہ</w:t>
      </w:r>
    </w:p>
    <w:p>
      <w:r>
        <w:rPr>
          <w:b/>
        </w:rPr>
        <w:t xml:space="preserve">[1:23:47] </w:t>
      </w:r>
      <w:r>
        <w:t>yeh aitkaf jo hai sachi baat hai ke yeh khud ehtisabi ka aitkaf hai yeh. aadmi alag ho kar ke apne ko alag kar ke muashre se kuch din wahan par is halat mein guzarta hai ke woh sirf khud ehtisabi karta hai apna.</w:t>
      </w:r>
    </w:p>
    <w:p>
      <w:pPr>
        <w:jc w:val="right"/>
      </w:pPr>
      <w:r>
        <w:t>یہ اعتکاف جو ہے سچی بات ہے کہ یہ خود احتسابی کا اعتکاف ہے یہ۔ آدمی الگ ہو کر کے اپنے کو الگ کر کے معاشرے سے کچھ دن وہاں پر اس حالت میں گزارتا ہے کہ وہ صرف خود احتسابی کرتا ہے اپنا۔</w:t>
      </w:r>
    </w:p>
    <w:p>
      <w:r>
        <w:rPr>
          <w:b/>
        </w:rPr>
        <w:t xml:space="preserve">[1:24:07] </w:t>
      </w:r>
      <w:r>
        <w:t>dobara jaiza leta hai apni zindagi ko. ke maine is saal bhar kya kiya, ab mujhe kya karna hai. yaani main bhi keh sakta hoon aaj kal ki zabaan mein ke apni deconditioning karta hai woh.</w:t>
      </w:r>
    </w:p>
    <w:p>
      <w:pPr>
        <w:jc w:val="right"/>
      </w:pPr>
      <w:r>
        <w:t>دوبارہ جائزہ لیتا ہے اپنی زندگی کو۔ کہ میں نے اس سال بھر کیا کیا، اب مجھے کیا کرنا ہے۔ یعنی میں بھی کہہ سکتا ہوں آج کل کی زبان میں کہ اپنی ڈی کنڈیشننگ کرتا ہے وہ۔</w:t>
      </w:r>
    </w:p>
    <w:p>
      <w:r>
        <w:rPr>
          <w:b/>
        </w:rPr>
        <w:t xml:space="preserve">[1:24:21] </w:t>
      </w:r>
      <w:r>
        <w:t>aitkaf ka zamana goya apni apni de conditioning karne ka zamana hai. masjid ke yani puraman mahol mein, masjid ke muqaddas mahol mein woh reh kar ke apni de conditioning karta hai.</w:t>
      </w:r>
    </w:p>
    <w:p>
      <w:pPr>
        <w:jc w:val="right"/>
      </w:pPr>
      <w:r>
        <w:t>اعتکاف کا زمانہ گویا اپنی اپنی ڈی کنڈیشننگ کرنے کا زمانہ ہے۔ مسجد کے یعنی پُرامن ماحول میں، مسجد کے مقدس ماحول میں وہ رہ کر کے اپنی ڈی کنڈیشننگ کرتا ہے۔</w:t>
      </w:r>
    </w:p>
    <w:p>
      <w:r>
        <w:rPr>
          <w:b/>
        </w:rPr>
        <w:t xml:space="preserve">[1:24:38] </w:t>
      </w:r>
      <w:r>
        <w:t>apne ko dobara jaiza leta hai apna. woh khud ehtisabi karta hai apna. isi liye hadith mein aata hai ke ya ke jab aadmi aitkaf karta hai to woh gunahon se aitkaf karta hai.</w:t>
      </w:r>
    </w:p>
    <w:p>
      <w:pPr>
        <w:jc w:val="right"/>
      </w:pPr>
      <w:r>
        <w:t>اپنے کو دوبارہ جائزہ لیتا ہے اپنا۔ وہ خود احتسابی کرتا ہے اپنا۔ اسی لیے حدیث میں آتا ہے کہ یا کہ جب آدمی اعتکاف کرتا ہے تو وہ گناہوں سے اعتکاف کرتا ہے۔</w:t>
      </w:r>
    </w:p>
    <w:p>
      <w:r>
        <w:rPr>
          <w:b/>
        </w:rPr>
        <w:t xml:space="preserve">[1:24:55] </w:t>
      </w:r>
      <w:r>
        <w:t>iska matlab yahi hai. iska matlab yahi hai. isi tarah se ramzan ke mahine mein taraveeh padhi jati hai.</w:t>
      </w:r>
    </w:p>
    <w:p>
      <w:pPr>
        <w:jc w:val="right"/>
      </w:pPr>
      <w:r>
        <w:t>اس کا مطلب یہی ہے۔ اس کا مطلب یہی ہے۔ اسی طرح سے رمضان کے مہینے میں تراویح پڑھی جاتی ہے۔</w:t>
      </w:r>
    </w:p>
    <w:p>
      <w:r>
        <w:rPr>
          <w:b/>
        </w:rPr>
        <w:t xml:space="preserve">[1:25:06] </w:t>
      </w:r>
      <w:r>
        <w:t>har din isha ke baad aath rak'at ya bees rak'at taraveeh padhi jati hai. jis mein mahine mein poora poora quran padh kar sunaya jata hai.</w:t>
      </w:r>
    </w:p>
    <w:p>
      <w:pPr>
        <w:jc w:val="right"/>
      </w:pPr>
      <w:r>
        <w:t>ہر دن عشاء کے بعد آٹھ رکعت یا بیس رکعت تراویح پڑھی جاتی ہے۔ جس میں مہینے میں پورا پورا قرآن پڑھ کر سنایا جاتا ہے۔</w:t>
      </w:r>
    </w:p>
    <w:p>
      <w:r>
        <w:rPr>
          <w:b/>
        </w:rPr>
        <w:t xml:space="preserve">[1:25:16] </w:t>
      </w:r>
      <w:r>
        <w:t>log is ko sunte hain. taraveeh kya hai? taraveeh ka matlab hai namaz ki halat mein quran ko sunna.</w:t>
      </w:r>
    </w:p>
    <w:p>
      <w:pPr>
        <w:jc w:val="right"/>
      </w:pPr>
      <w:r>
        <w:t>لوگ اس کو سنتے ہیں۔ تراویح کیا ہے؟ تراویح کا مطلب ہے نماز کی حالت میں قرآن کو سننا۔</w:t>
      </w:r>
    </w:p>
    <w:p>
      <w:r>
        <w:rPr>
          <w:b/>
        </w:rPr>
        <w:t xml:space="preserve">[1:25:26] </w:t>
      </w:r>
      <w:r>
        <w:t>yani quran to hum ek aisi kitab hai khuda ki ke rozana padhte hain is ko. aur padhna chahiye. lekin taraveeh ka matlab yeh hai ke aap namaz ki halat mein is ko sunen.</w:t>
      </w:r>
    </w:p>
    <w:p>
      <w:pPr>
        <w:jc w:val="right"/>
      </w:pPr>
      <w:r>
        <w:t>یعنی قرآن تو ہم ایک ایسی کتاب ہے خدا کی کہ روزانہ پڑھتے ہیں اس کو۔ اور پڑھنا چاہیے۔ لیکن تراویح کا مطلب یہ ہے کہ آپ نماز کی حالت میں اس کو سنیں۔</w:t>
      </w:r>
    </w:p>
    <w:p>
      <w:r>
        <w:rPr>
          <w:b/>
        </w:rPr>
        <w:t xml:space="preserve">[1:25:40] </w:t>
      </w:r>
      <w:r>
        <w:t>yani namaz ke liye aap wazu kiya, aap ne wazu kar ke masjid mein gaye. wahan aap ne namaz ki, isha ki namaz ada ki.</w:t>
      </w:r>
    </w:p>
    <w:p>
      <w:pPr>
        <w:jc w:val="right"/>
      </w:pPr>
      <w:r>
        <w:t>یعنی نماز کے لیے آپ وضو کیا، آپ نے وضو کر کے مسجد میں گئے۔ وہاں آپ نے نماز کی، عشاء کی نماز ادا کی۔</w:t>
      </w:r>
    </w:p>
    <w:p>
      <w:r>
        <w:rPr>
          <w:b/>
        </w:rPr>
        <w:t xml:space="preserve">[1:25:51] </w:t>
      </w:r>
      <w:r>
        <w:t>phir aap namaz ki halat mein khade hue aur is halat mein aap ne yani imam ki zuban se quran padhna shuru kiya.</w:t>
      </w:r>
    </w:p>
    <w:p>
      <w:pPr>
        <w:jc w:val="right"/>
      </w:pPr>
      <w:r>
        <w:t>پھر آپ نماز کی حالت میں کھڑے ہوئے اور اس حالت میں آپ نے یعنی امام کی زبان سے قرآن پڑھنا شروع کیا۔</w:t>
      </w:r>
    </w:p>
    <w:p>
      <w:r>
        <w:rPr>
          <w:b/>
        </w:rPr>
        <w:t xml:space="preserve">[1:26:02] </w:t>
      </w:r>
      <w:r>
        <w:t>quran ko sunna shuru kiya. to yeh yeh jo hai ek khaas کیفیت is se aati hai.</w:t>
      </w:r>
    </w:p>
    <w:p>
      <w:pPr>
        <w:jc w:val="right"/>
      </w:pPr>
      <w:r>
        <w:t>قرآن کو سننا شروع کیا۔ تو یہ یہ جو ہے ایک خاص کیفیت اس سے آتی ہے۔</w:t>
      </w:r>
    </w:p>
    <w:p>
      <w:r>
        <w:rPr>
          <w:b/>
        </w:rPr>
        <w:t xml:space="preserve">[1:26:13] </w:t>
      </w:r>
      <w:r>
        <w:t>aam halat mein quran padhne se woh کیفیت nahi aa sakti thi lekin jab namaz ki halat mein aur masjid ke mahol mein aap quran ko sunte hain imam ki zuban se to khaas کیفیت aati hai.</w:t>
      </w:r>
    </w:p>
    <w:p>
      <w:pPr>
        <w:jc w:val="right"/>
      </w:pPr>
      <w:r>
        <w:t>عام حالت میں قرآن پڑھنے سے وہ کیفیت نہیں آ سکتی تھی لیکن جب نماز کی حالت میں اور مسجد کے ماحول میں آپ قرآن کو سنتے ہیں امام کی زبان سے تو خاص کیفیت آتی ہے۔</w:t>
      </w:r>
    </w:p>
    <w:p>
      <w:r>
        <w:rPr>
          <w:b/>
        </w:rPr>
        <w:t xml:space="preserve">[1:26:25] </w:t>
      </w:r>
      <w:r>
        <w:t>aisi hi shab qadr hai ramzan ke aakhir mein. hazrat aisha ne poocha ke agar mein shab qadr paoon to kya kahoon? quran mein bataya ke yeh kaho ke allah</w:t>
      </w:r>
    </w:p>
    <w:p>
      <w:pPr>
        <w:jc w:val="right"/>
      </w:pPr>
      <w:r>
        <w:t>ایسی ہی شب قدر ہے رمضان کے آخر میں۔ حضرت عائشہ نے پوچھا کہ اگر میں شب قدر پاؤں تو کیا کہوں؟ قرآن میں بتایا کہ یہ کہو کہ اللہ</w:t>
      </w:r>
    </w:p>
    <w:p>
      <w:r>
        <w:rPr>
          <w:b/>
        </w:rPr>
        <w:t xml:space="preserve">[1:26:38] </w:t>
      </w:r>
      <w:r>
        <w:t>min yani khuda se maaf'i ki darkhwast karo. khuda se jannat mango. khuda se nijat mango. ek hadith mein hai ke rasool allah sallallahu alaihi wasallam ek masjid mein the aur bahar aaye to do aadmi lad rahe the.</w:t>
      </w:r>
    </w:p>
    <w:p>
      <w:pPr>
        <w:jc w:val="right"/>
      </w:pPr>
      <w:r>
        <w:t>من یعنی خدا سے معافی کی درخواست کرو۔ خدا سے جنت مانگو۔ خدا سے نجات مانگو۔ ایک حدیث میں ہے کہ رسول اللہ صلی اللہ علیہ وسلم ایک مسجد میں تھے اور باہر آئے تو دو آدمی لڑ رہے تھے۔</w:t>
      </w:r>
    </w:p>
    <w:p>
      <w:r>
        <w:rPr>
          <w:b/>
        </w:rPr>
        <w:t xml:space="preserve">[1:26:56] </w:t>
      </w:r>
      <w:r>
        <w:t>bahar do musalman. to aap ne farmaya ke ke mujh par shab qadr batai gayi thi ke shab qadr kis tareekh ko hoti hai.</w:t>
      </w:r>
    </w:p>
    <w:p>
      <w:pPr>
        <w:jc w:val="right"/>
      </w:pPr>
      <w:r>
        <w:t>باہر دو مسلمان۔ تو آپ نے فرمایا کہ کہ مجھ پر شب قدر بتائی گئی تھی کہ شب قدر کس تاریخ کو ہوتی ہے۔</w:t>
      </w:r>
    </w:p>
    <w:p>
      <w:r>
        <w:rPr>
          <w:b/>
        </w:rPr>
        <w:t xml:space="preserve">[1:27:07] </w:t>
      </w:r>
      <w:r>
        <w:t>lekin bahar jab nikla mein to do aadmi lad rahe ladne lage to to woh utha liya gaya.</w:t>
      </w:r>
    </w:p>
    <w:p>
      <w:pPr>
        <w:jc w:val="right"/>
      </w:pPr>
      <w:r>
        <w:t>لیکن باہر جب نکلا میں تو دو آدمی لڑ رہے لڑنے لگے تو تو وہ اٹھا لیا گیا۔</w:t>
      </w:r>
    </w:p>
    <w:p>
      <w:r>
        <w:rPr>
          <w:b/>
        </w:rPr>
        <w:t xml:space="preserve">[1:27:18] </w:t>
      </w:r>
      <w:r>
        <w:t>min is se andaza yeh hua ke ek itni bari barkat nazil hui hai rasool allah par ke shab qadr ki tareekh bata di gayi hai aap ko. lekin jab ladne lage log to allah ta'ala ne is ko utha liya.</w:t>
      </w:r>
    </w:p>
    <w:p>
      <w:pPr>
        <w:jc w:val="right"/>
      </w:pPr>
      <w:r>
        <w:t>من اس سے اندازہ یہ ہوا کہ ایک اتنی بڑی برکت نازل ہوئی ہے رسول اللہ پر کہ شب قدر کی تاریخ بتا دی گئی ہے آپ کو۔ لیکن جب لڑنے لگے لوگ تو اللہ تعالیٰ نے اس کو اٹھا لیا۔</w:t>
      </w:r>
    </w:p>
    <w:p>
      <w:r>
        <w:rPr>
          <w:b/>
        </w:rPr>
        <w:t xml:space="preserve">[1:27:31] </w:t>
      </w:r>
      <w:r>
        <w:t>yani rasool allah ke zehan se is ko محو kar diya. is se aap andaza kar sakte hain ke aapas ka jhagda fasad kitni buri cheez hai.</w:t>
      </w:r>
    </w:p>
    <w:p>
      <w:pPr>
        <w:jc w:val="right"/>
      </w:pPr>
      <w:r>
        <w:t>یعنی رسول اللہ کے ذہن سے اس کو محو کر دیا۔ اس سے آپ اندازہ کر سکتے ہیں کہ آپس کا جھگڑا فساد کتنی بری چیز ہے۔</w:t>
      </w:r>
    </w:p>
    <w:p>
      <w:r>
        <w:rPr>
          <w:b/>
        </w:rPr>
        <w:t xml:space="preserve">[1:27:42] </w:t>
      </w:r>
      <w:r>
        <w:t>yani aaya hua ilm utha liya gaya.</w:t>
      </w:r>
    </w:p>
    <w:p>
      <w:pPr>
        <w:jc w:val="right"/>
      </w:pPr>
      <w:r>
        <w:t>یعنی آیا ہوا علم اٹھا لیا گیا۔</w:t>
      </w:r>
    </w:p>
    <w:p>
      <w:r>
        <w:rPr>
          <w:b/>
        </w:rPr>
        <w:t xml:space="preserve">[1:27:52] </w:t>
      </w:r>
      <w:r>
        <w:t>ke do musalman aapas mein lad gaye to allah ta'ala ne woh ilm jo woh utara tha mujhe ke shab qadr falan tareekh ko hai woh utha liya gaya. mere mere dimagh se bhula diya gaya.</w:t>
      </w:r>
    </w:p>
    <w:p>
      <w:pPr>
        <w:jc w:val="right"/>
      </w:pPr>
      <w:r>
        <w:t>کہ دو مسلمان آپس میں لڑ گئے تو اللہ تعالیٰ نے وہ علم جو وہ اتارا تھا مجھے کہ شب قدر فلاں تاریخ کو ہے وہ اٹھا لیا گیا۔ میرے میرے دماغ سے بھلا دیا گیا۔</w:t>
      </w:r>
    </w:p>
    <w:p>
      <w:r>
        <w:rPr>
          <w:b/>
        </w:rPr>
        <w:t xml:space="preserve">[1:28:05] </w:t>
      </w:r>
      <w:r>
        <w:t>yeh bohat bari warning hai. ke aapas mein ladna, jhagadna, ek doosre se nafraten karna yeh itni buri cheez hai, itni buri cheez hai ke peghambar ke zariye aayi hui barkat bhi utha li jati hai.</w:t>
      </w:r>
    </w:p>
    <w:p>
      <w:pPr>
        <w:jc w:val="right"/>
      </w:pPr>
      <w:r>
        <w:t>یہ بہت بڑی وارننگ ہے۔ کہ آپس میں لڑنا، جھگڑنا، ایک دوسرے سے نفرتیں کرنا یہ اتنی بری چیز ہے، اتنی بری چیز ہے کہ پیغمبر کے ذریعے آئی ہوئی برکت بھی اٹھا لی جاتی ہے۔</w:t>
      </w:r>
    </w:p>
    <w:p>
      <w:r>
        <w:rPr>
          <w:b/>
        </w:rPr>
        <w:t xml:space="preserve">[1:28:24] </w:t>
      </w:r>
      <w:r>
        <w:t>to woh cheez jis ko mein kehta hoon yani art of mukhtalif management woh bohat hi zaroori cheez hai khuda ki barkat paane ke liye.</w:t>
      </w:r>
    </w:p>
    <w:p>
      <w:pPr>
        <w:jc w:val="right"/>
      </w:pPr>
      <w:r>
        <w:t>تو وہ چیز جس کو میں کہتا ہوں یعنی آرٹ آف مختلف مینجمنٹ وہ بہت ہی ضروری چیز ہے خدا کی برکت پانے کے لیے۔</w:t>
      </w:r>
    </w:p>
    <w:p>
      <w:r>
        <w:rPr>
          <w:b/>
        </w:rPr>
        <w:t xml:space="preserve">[1:28:36] </w:t>
      </w:r>
      <w:r>
        <w:t>farq to baharhal honge. farq yeh hai ke zindagi ka hissa hai. lekin farq ka matlab yeh nahi hai ke ladna shuru kar diya jaye.</w:t>
      </w:r>
    </w:p>
    <w:p>
      <w:pPr>
        <w:jc w:val="right"/>
      </w:pPr>
      <w:r>
        <w:t>فرق تو بہرحال ہوں گے۔ فرق یہ ہے کہ زندگی کا حصہ ہے۔ لیکن فرق کا مطلب یہ نہیں ہے کہ لڑنا شروع کر دیا جائے۔</w:t>
      </w:r>
    </w:p>
    <w:p>
      <w:r>
        <w:rPr>
          <w:b/>
        </w:rPr>
        <w:t xml:space="preserve">[1:28:46] </w:t>
      </w:r>
      <w:r>
        <w:t>hathiyar uthaye jayen. aur bam aur goli chalai jaye.</w:t>
      </w:r>
    </w:p>
    <w:p>
      <w:pPr>
        <w:jc w:val="right"/>
      </w:pPr>
      <w:r>
        <w:t>ہتھیار اٹھائے جائیں۔ اور بم اور گولی چلائی جائے۔</w:t>
      </w:r>
    </w:p>
    <w:p>
      <w:r>
        <w:rPr>
          <w:b/>
        </w:rPr>
        <w:t xml:space="preserve">[1:28:54] </w:t>
      </w:r>
      <w:r>
        <w:t>iska yeh matlab nahi hai. farq ko talen, talen na kar saken to manage kijiye. to yeh yeh paigham hai ramzan ka.</w:t>
      </w:r>
    </w:p>
    <w:p>
      <w:pPr>
        <w:jc w:val="right"/>
      </w:pPr>
      <w:r>
        <w:t>اس کا یہ مطلب نہیں ہے۔ فرق کو ٹالیں، ٹالیں نہ کر سکیں تو مینج کیجیے۔ تو یہ یہ پیغام ہے رمضان کا۔</w:t>
      </w:r>
    </w:p>
    <w:p>
      <w:r>
        <w:rPr>
          <w:b/>
        </w:rPr>
        <w:t xml:space="preserve">[1:29:08] </w:t>
      </w:r>
      <w:r>
        <w:t>ke khuda se qurbat talash kijiye. aur aapas ka ladai jhagda chhod dijiye. tabhi yeh mumkin hai ke ramzan ki barkaten aap ko hasil hon.</w:t>
      </w:r>
    </w:p>
    <w:p>
      <w:pPr>
        <w:jc w:val="right"/>
      </w:pPr>
      <w:r>
        <w:t>کہ خدا سے قربت تلاش کیجیے۔ اور آپس کا لڑائی جھگڑا چھوڑ دیجیے۔ تبھی یہ ممکن ہے کہ رمضان کی برکتیں آپ کو حاصل ہوں۔</w:t>
      </w:r>
    </w:p>
    <w:p>
      <w:r>
        <w:rPr>
          <w:b/>
        </w:rPr>
        <w:t xml:space="preserve">[1:29:23] </w:t>
      </w:r>
      <w:r>
        <w:t>aqool qooli haza wastaghfirullaha li walakum ajmaeen.</w:t>
      </w:r>
    </w:p>
    <w:p>
      <w:pPr>
        <w:jc w:val="right"/>
      </w:pPr>
      <w:r>
        <w:t>أقول قولی هذا واستغفراللہ لي ولكم اجمعین۔</w:t>
      </w:r>
    </w:p>
    <w:p>
      <w:r>
        <w:rPr>
          <w:b/>
        </w:rPr>
        <w:t xml:space="preserve">[1:29:40] </w:t>
      </w:r>
      <w:r>
        <w:t>please switch off your mobile phones, we are starting.</w:t>
      </w:r>
    </w:p>
    <w:p>
      <w:pPr>
        <w:jc w:val="right"/>
      </w:pPr>
      <w:r>
        <w:t>پلیز سوئچ آف یور موبائل فونز، وی آر سٹارٹنگ۔</w:t>
      </w:r>
    </w:p>
    <w:p>
      <w:r>
        <w:rPr>
          <w:b/>
        </w:rPr>
        <w:t xml:space="preserve">[1:29:47] </w:t>
      </w:r>
      <w:r>
        <w:t>yeh sawal hai abdul rahim sahib. dunya ki zindagi ki misaal aisi hai jaise ke pani.</w:t>
      </w:r>
    </w:p>
    <w:p>
      <w:pPr>
        <w:jc w:val="right"/>
      </w:pPr>
      <w:r>
        <w:t>یہ سوال ہے عبدالرحیم صاحب۔ دنیا کی زندگی کی مثال ایسی ہے جیسے کہ پانی۔</w:t>
      </w:r>
    </w:p>
    <w:p>
      <w:r>
        <w:rPr>
          <w:b/>
        </w:rPr>
        <w:t xml:space="preserve">[1:29:55] </w:t>
      </w:r>
      <w:r>
        <w:t>hum ne is ko aasman se barsaya to zameen ka sabza khoob nikla. jis ko aadmi aur haiwan khate hain. yahan tak ke jab zameen poori ronak par aa gayi aur sanwar uthi.</w:t>
      </w:r>
    </w:p>
    <w:p>
      <w:pPr>
        <w:jc w:val="right"/>
      </w:pPr>
      <w:r>
        <w:t>ہم نے اس کو آسمان سے برسایا تو زمین کا سبزہ خوب نکلا۔ جس کو آدمی اور حیوان کھاتے ہیں۔ یہاں تک کہ جب زمین پوری رونق پر آ گئی اور سنور اٹھی۔</w:t>
      </w:r>
    </w:p>
    <w:p>
      <w:r>
        <w:rPr>
          <w:b/>
        </w:rPr>
        <w:t xml:space="preserve">[1:30:09] </w:t>
      </w:r>
      <w:r>
        <w:t>aur zameen walon ne guman kar liya ke ab yeh hamare qabu mein hai. to achaanak is par hamara hukum raat ko ya din ko aa gaya.</w:t>
      </w:r>
    </w:p>
    <w:p>
      <w:pPr>
        <w:jc w:val="right"/>
      </w:pPr>
      <w:r>
        <w:t>اور زمین والوں نے گمان کر لیا کہ اب یہ ہمارے قابو میں ہے۔ تو اچانک اس پر ہمارا حکم رات کو یا دن کو آ گیا۔</w:t>
      </w:r>
    </w:p>
    <w:p>
      <w:r>
        <w:rPr>
          <w:b/>
        </w:rPr>
        <w:t xml:space="preserve">[1:30:19] </w:t>
      </w:r>
      <w:r>
        <w:t>phir hum ne is ko kaat kar dher kar diya. goya kal yahan kuch tha hi nahin. is tarah hum nishaniyon ko bayan karte hain un logon ke liye jo ghor karte hain.</w:t>
      </w:r>
    </w:p>
    <w:p>
      <w:pPr>
        <w:jc w:val="right"/>
      </w:pPr>
      <w:r>
        <w:t>پھر ہم نے اس کو کاٹ کر ڈھیر کر دیا۔ گویا کل یہاں کچھ تھا ہی نہیں۔ اس طرح ہم نشانیوں کو بیان کرتے ہیں ان لوگوں کے لیے جو غور کرتے ہیں۔</w:t>
      </w:r>
    </w:p>
    <w:p>
      <w:r>
        <w:rPr>
          <w:b/>
        </w:rPr>
        <w:t xml:space="preserve">[1:30:32] </w:t>
      </w:r>
      <w:r>
        <w:t>is ayat ka matlab kya hai? yeh main janna chahta hoon. dekhiye yeh jo misaal hai yeh ayat muqabla to akhirat hai.</w:t>
      </w:r>
    </w:p>
    <w:p>
      <w:pPr>
        <w:jc w:val="right"/>
      </w:pPr>
      <w:r>
        <w:t>اس آیات کا مطلب کیا ہے؟ یہ میں جاننا چاہتا ہوں۔ دیکھیے یہ جو مثال ہے یہ آیت مقابلہ تو آخرت ہے۔</w:t>
      </w:r>
    </w:p>
    <w:p>
      <w:r>
        <w:rPr>
          <w:b/>
        </w:rPr>
        <w:t xml:space="preserve">[1:30:43] </w:t>
      </w:r>
      <w:r>
        <w:t>yani dunya mein hum ko dikhaya jata hai ke khoobsurat bagh hain aur sar sabz kheti hai.</w:t>
      </w:r>
    </w:p>
    <w:p>
      <w:pPr>
        <w:jc w:val="right"/>
      </w:pPr>
      <w:r>
        <w:t>یعنی دنیا میں ہم کو دکھایا جاتا ہے کہ خوبصورت باغ ہیں اور سرسبز کھیتی ہے۔</w:t>
      </w:r>
    </w:p>
    <w:p>
      <w:r>
        <w:rPr>
          <w:b/>
        </w:rPr>
        <w:t xml:space="preserve">[1:30:54] </w:t>
      </w:r>
      <w:r>
        <w:t>tarah tarah ki ronakein hain. to bataya gaya hai ke yeh ronakein jo hain yeh aarzi hain. kisi bhi din khuda ka hukum aa kar ke use khatam kar de ga.</w:t>
      </w:r>
    </w:p>
    <w:p>
      <w:pPr>
        <w:jc w:val="right"/>
      </w:pPr>
      <w:r>
        <w:t>طرح طرح کی رونقیں ہیں۔ تو بتایا گیا ہے کہ یہ رونقیں جو ہیں یہ عارضی ہیں۔ کسی بھی دن خدا کا حکم آ کر کے اسے ختم کر دے گا۔</w:t>
      </w:r>
    </w:p>
    <w:p>
      <w:r>
        <w:rPr>
          <w:b/>
        </w:rPr>
        <w:t xml:space="preserve">[1:31:06] </w:t>
      </w:r>
      <w:r>
        <w:t>jaisa ke juzwi tor par aap dekhte rehte hain. kabhi sitara maya, kabhi woh jis ko kehte hain pala, pala parta hai is mein khetiyan kharab ho jati hain.</w:t>
      </w:r>
    </w:p>
    <w:p>
      <w:pPr>
        <w:jc w:val="right"/>
      </w:pPr>
      <w:r>
        <w:t>جیسا کہ جزوی طور پر آپ دیکھتے رہتے ہیں۔ کبھی ستارہ مایا، کبھی وہ جس کو کہتے ہیں پالا، پالا پڑتا ہے اس میں کھیتیاں خراب ہو جاتی ہیں۔</w:t>
      </w:r>
    </w:p>
    <w:p>
      <w:r>
        <w:rPr>
          <w:b/>
        </w:rPr>
        <w:t xml:space="preserve">[1:31:19] </w:t>
      </w:r>
      <w:r>
        <w:t>ya oli parta hai. to mukhtalif qism ke waqiat hote rehte hain. jis mein ke juzwi tor par dunya in cheezon ko tabah kar deta hai khuda.</w:t>
      </w:r>
    </w:p>
    <w:p>
      <w:pPr>
        <w:jc w:val="right"/>
      </w:pPr>
      <w:r>
        <w:t>یا اولی پڑتا ہے۔ تو مختلف قسم کے واقعات ہوتے رہتے ہیں۔ جس میں کہ جزوی طور پر دنیا ان چیزوں کو تباہ کر دیتا ہے خدا۔</w:t>
      </w:r>
    </w:p>
    <w:p>
      <w:r>
        <w:rPr>
          <w:b/>
        </w:rPr>
        <w:t xml:space="preserve">[1:31:29] </w:t>
      </w:r>
      <w:r>
        <w:t>khatam kar deta hai. to ek waqt aaye ga ke sari hi ronakein khatam kar di jayengi. to yeh asal mein bataya gaya hai ke dunya ki ronakein jo hain aarzi hain.</w:t>
      </w:r>
    </w:p>
    <w:p>
      <w:pPr>
        <w:jc w:val="right"/>
      </w:pPr>
      <w:r>
        <w:t>ختم کر دیتا ہے۔ تو ایک وقت آئے گا کہ ساری ہی رونقیں ختم کر دی جائیں گی۔ تو یہ اصل میں بتایا گیا ہے کہ دنیا کی رونقیں جو ہیں عارضی ہیں۔</w:t>
      </w:r>
    </w:p>
    <w:p>
      <w:r>
        <w:rPr>
          <w:b/>
        </w:rPr>
        <w:t xml:space="preserve">[1:31:41] </w:t>
      </w:r>
      <w:r>
        <w:t>asal ronak woh hai jo akhirat mein hone wali hai. is dor mein. to jo log ke isi dunya ko sab kuch samajh kar isi mein lagte hain apna mustaqbil banane, apne sare khwahishat ko poora karne ki koshish karne lagte hain, un ke khilaf yeh baat hai ke tumhari jo dunya tum chahte ho,</w:t>
      </w:r>
    </w:p>
    <w:p>
      <w:pPr>
        <w:jc w:val="right"/>
      </w:pPr>
      <w:r>
        <w:t>اصل رونق وہ ہے جو آخرت میں ہونے والی ہے۔ اس دور میں۔ تو جو لوگ کہ اسی دنیا کو سب کچھ سمجھ کر اسی میں لگتے ہیں اپنا مستقبل بنانے، اپنے سارے خواہشات کو پورا کرنے کی کوشش کرنے لگتے ہیں، ان کے خلاف یہ بات ہے کہ تمہاری جو دنیا تم چاہتے ہو،</w:t>
      </w:r>
    </w:p>
    <w:p>
      <w:r>
        <w:rPr>
          <w:b/>
        </w:rPr>
        <w:t xml:space="preserve">[1:32:04] </w:t>
      </w:r>
      <w:r>
        <w:t>woh dunya tumhein milne wali nahin hai. yeh to is ko to tabah hona hai. is ko to khatam hona hai. is liye jo is dor mein jo khuda ne mawaqe rakhe hain, is is ke lehaz se kaam karo.</w:t>
      </w:r>
    </w:p>
    <w:p>
      <w:pPr>
        <w:jc w:val="right"/>
      </w:pPr>
      <w:r>
        <w:t>وہ دنیا تمہیں ملنے والی نہیں ہے۔ یہ تو اس کو تو تباہ ہونا ہے۔ اس کو تو ختم ہونا ہے۔ اس لیے جو اس دور میں جو خدا نے مواقع رکھے ہیں، اس اس کے لحاظ سے کام کرو۔</w:t>
      </w:r>
    </w:p>
    <w:p>
      <w:r>
        <w:rPr>
          <w:b/>
        </w:rPr>
        <w:t xml:space="preserve">[1:32:21] </w:t>
      </w:r>
      <w:r>
        <w:t>taake wahan tumhein abadi jannat mile. yeh hai matlab is ka.</w:t>
      </w:r>
    </w:p>
    <w:p>
      <w:pPr>
        <w:jc w:val="right"/>
      </w:pPr>
      <w:r>
        <w:t>تاکہ وہاں تمہیں ابدی جنت ملے۔ یہ ہے مطلب اس کا۔</w:t>
      </w:r>
    </w:p>
    <w:p>
      <w:r>
        <w:rPr>
          <w:b/>
        </w:rPr>
        <w:t xml:space="preserve">[1:32:28] </w:t>
      </w:r>
      <w:r>
        <w:t>yeh sawal hai bharija. taking learning from today lecture to practical life, would i be wrong in saying that helplessness creates strong personalities?</w:t>
      </w:r>
    </w:p>
    <w:p>
      <w:pPr>
        <w:jc w:val="right"/>
      </w:pPr>
      <w:r>
        <w:t>یہ سوال ہے بھریجا۔ ٹیکنگ لرننگ فرام ٹوڈے لیکچر ٹو پریکٹیکل لائف، وڈ آئی بی رونگ ان سینگ دیٹ ہیلپ لیسنس کریٹ سٹرانگ پرسنیلٹیز؟</w:t>
      </w:r>
    </w:p>
    <w:p>
      <w:r>
        <w:rPr>
          <w:b/>
        </w:rPr>
        <w:t xml:space="preserve">[1:32:40] </w:t>
      </w:r>
      <w:r>
        <w:t>please explain.</w:t>
      </w:r>
    </w:p>
    <w:p>
      <w:pPr>
        <w:jc w:val="right"/>
      </w:pPr>
      <w:r>
        <w:t>پلیز ایکسپلین۔</w:t>
      </w:r>
    </w:p>
    <w:p>
      <w:r>
        <w:rPr>
          <w:b/>
        </w:rPr>
        <w:t xml:space="preserve">[1:32:44] </w:t>
      </w:r>
      <w:r>
        <w:t>dekhiye helplessness ki baat jo main ne kahi hai woh hai ayat muqabla to khuda. ayat muqabla to insan nahin.</w:t>
      </w:r>
    </w:p>
    <w:p>
      <w:pPr>
        <w:jc w:val="right"/>
      </w:pPr>
      <w:r>
        <w:t>دیکھیے ہیلپ لیسنس کی بات جو میں نے کہی ہے وہ ہے آیت مقابلہ تو خدا۔ آیت مقابلہ تو انسان نہیں۔</w:t>
      </w:r>
    </w:p>
    <w:p>
      <w:r>
        <w:rPr>
          <w:b/>
        </w:rPr>
        <w:t xml:space="preserve">[1:32:53] </w:t>
      </w:r>
      <w:r>
        <w:t>yeh aap jante hain aur mera bhi tajurba hai ke sab se bari kamzori jo hai woh hai gharoor.</w:t>
      </w:r>
    </w:p>
    <w:p>
      <w:pPr>
        <w:jc w:val="right"/>
      </w:pPr>
      <w:r>
        <w:t>یہ آپ جانتے ہیں اور میرا بھی تجربہ ہے کہ سب سے بڑی کمزوری جو ہے وہ ہے غرور۔</w:t>
      </w:r>
    </w:p>
    <w:p>
      <w:r>
        <w:rPr>
          <w:b/>
        </w:rPr>
        <w:t xml:space="preserve">[1:33:04] </w:t>
      </w:r>
      <w:r>
        <w:t>yeh dunya mein sab se bari kamzori jo hai woh gharoor hai. kyun? gharoor aadmi se jaisa hai waisa soch chheen jati hai.</w:t>
      </w:r>
    </w:p>
    <w:p>
      <w:pPr>
        <w:jc w:val="right"/>
      </w:pPr>
      <w:r>
        <w:t>یہ دنیا میں سب سے بڑی کمزوری جو ہے وہ غرور ہے۔ کیوں؟ غرور آدمی سے جیسا ہے ویسا سوچ چھن جاتی ہے۔</w:t>
      </w:r>
    </w:p>
    <w:p>
      <w:r>
        <w:rPr>
          <w:b/>
        </w:rPr>
        <w:t xml:space="preserve">[1:33:17] </w:t>
      </w:r>
      <w:r>
        <w:t>woh apne ko kuch bara samajhne lagta hai. yani masnooi tor par apne ko zyada samajh leta hai. samajh lijiye ke woh bilkul balloon ki tarah se hai ho jata hai jo hawa bhar ke us ko phula diya gaya ho.</w:t>
      </w:r>
    </w:p>
    <w:p>
      <w:pPr>
        <w:jc w:val="right"/>
      </w:pPr>
      <w:r>
        <w:t>وہ اپنے کو کچھ بڑا سمجھنے لگتا ہے۔ یعنی مصنوعی طور پر اپنے کو زیادہ سمجھ لیتا ہے۔ سمجھ لیجیے کہ وہ بالکل بلون کی طرح سے ہے ہو جاتا ہے جو ہوا بھر کے اس کو پھلا دیا گیا ہو۔</w:t>
      </w:r>
    </w:p>
    <w:p>
      <w:r>
        <w:rPr>
          <w:b/>
        </w:rPr>
        <w:t xml:space="preserve">[1:33:33] </w:t>
      </w:r>
      <w:r>
        <w:t>to khuda ka jo khauf hai, khauf khuda ka jo hai woh aadmi ko tanqidi banata hai. yani mr nature banata hai. yani agar aam gharoor aadmi mr masnooi hota hai.</w:t>
      </w:r>
    </w:p>
    <w:p>
      <w:pPr>
        <w:jc w:val="right"/>
      </w:pPr>
      <w:r>
        <w:t>تو خدا کا جو خوف ہے، خوف خدا کا جو ہے وہ آدمی کو تنقیدی بناتا ہے۔ یعنی مسٹر نیچر بناتا ہے۔ یعنی اگر عام غرور آدمی مسٹر مصنوعی ہوتا ہے۔</w:t>
      </w:r>
    </w:p>
    <w:p>
      <w:r>
        <w:rPr>
          <w:b/>
        </w:rPr>
        <w:t xml:space="preserve">[1:33:49] </w:t>
      </w:r>
      <w:r>
        <w:t>aur khuda se darne wala aadmi mr nature hota hai. mr haqeeqat pasand hota hai. to sab se bari taqat is dunya mein yeh hai ke aadmi mr haqeeqat pasand ho.</w:t>
      </w:r>
    </w:p>
    <w:p>
      <w:pPr>
        <w:jc w:val="right"/>
      </w:pPr>
      <w:r>
        <w:t>اور خدا سے ڈرنے والا آدمی مسٹر نیچر ہوتا ہے۔ مسٹر حقیقت پسند ہوتا ہے۔ تو سب سے بڑی طاقت اس دنیا میں یہ ہے کہ آدمی مسٹر حقیقت پسند ہو۔</w:t>
      </w:r>
    </w:p>
    <w:p>
      <w:r>
        <w:rPr>
          <w:b/>
        </w:rPr>
        <w:t xml:space="preserve">[1:33:59] </w:t>
      </w:r>
      <w:r>
        <w:t>aur sab se bari kamzori yeh hai ke woh mr masnooi ho. to jo aadmi khuda ke muqable mein apne helplessness ko daryaft karta hai, to woh is ke nateejay mein aisa nahin hota ke woh bilkul kamzor ban kar reh jaye.</w:t>
      </w:r>
    </w:p>
    <w:p>
      <w:pPr>
        <w:jc w:val="right"/>
      </w:pPr>
      <w:r>
        <w:t>اور سب سے بڑی کمزوری یہ ہے کہ وہ مسٹر مصنوعی ہو۔ تو جو آدمی خدا کے مقابلے میں اپنے ہیلپ لیسنس کو دریافت کرتا ہے، تو وہ اس کے نتیجے میں ایسا نہیں ہوتا کہ وہ بالکل کمزور بن کر رہ جائے۔</w:t>
      </w:r>
    </w:p>
    <w:p>
      <w:r>
        <w:rPr>
          <w:b/>
        </w:rPr>
        <w:t xml:space="preserve">[1:34:17] </w:t>
      </w:r>
      <w:r>
        <w:t>woh kamzor nahin banta balkeh haqeeqat pasand banta hai. yani is ke nateejay mein, is ke nateejay mein jo cheez paida hoti hai woh kamzor personality nahin hoti hai.</w:t>
      </w:r>
    </w:p>
    <w:p>
      <w:pPr>
        <w:jc w:val="right"/>
      </w:pPr>
      <w:r>
        <w:t>وہ کمزور نہیں بنتا بلکہ حقیقت پسند بنتا ہے۔ یعنی اس کے نتیجے میں، اس کے نتیجے میں جو چیز پیدا ہوتی ہے وہ کمزور پرسنیلٹی نہیں ہوتی ہے۔</w:t>
      </w:r>
    </w:p>
    <w:p>
      <w:r>
        <w:rPr>
          <w:b/>
        </w:rPr>
        <w:t xml:space="preserve">[1:34:27] </w:t>
      </w:r>
      <w:r>
        <w:t>woh haqeeqat pasandana approach is ke andar aata hai. woh haqeeqat pasandana personality banti hai. to woh to sab se bari cheez hai. jis zamane mein yahan par khalsa movement chal rahi thi punjab mein, pandrah saal pehle,</w:t>
      </w:r>
    </w:p>
    <w:p>
      <w:pPr>
        <w:jc w:val="right"/>
      </w:pPr>
      <w:r>
        <w:t>وہ حقیقت پسندانہ اپروچ اس کے اندر آتا ہے۔ وہ حقیقت پسندانہ پرسنیلٹی بنتی ہے۔ تو وہ تو سب سے بڑی چیز ہے۔ جس زمانے میں یہاں پر خالصہ موومنٹ چل رہی تھی پنجاب میں، پندرہ سال پہلے،</w:t>
      </w:r>
    </w:p>
    <w:p>
      <w:r>
        <w:rPr>
          <w:b/>
        </w:rPr>
        <w:t xml:space="preserve">[1:34:43] </w:t>
      </w:r>
      <w:r>
        <w:t>to mein ne hindustan times mein aik article likha tha, is ka naam tha acceptance of haqeeqat. acceptance of haqeeqat.</w:t>
      </w:r>
    </w:p>
    <w:p>
      <w:pPr>
        <w:jc w:val="right"/>
      </w:pPr>
      <w:r>
        <w:t>تو میں نے ہندوستان ٹائمز میں ایک آرٹیکل لکھا تھا، اس کا نام تھا ایکسیپٹنس آف حقیقت۔ ایکسیپٹنس آف حقیقت۔</w:t>
      </w:r>
    </w:p>
    <w:p>
      <w:r>
        <w:rPr>
          <w:b/>
        </w:rPr>
        <w:t xml:space="preserve">[1:34:54] </w:t>
      </w:r>
      <w:r>
        <w:t>ise mein ne kaha tha ke aap log jo chala rahe hain movement aur samajhte hain ke india se alag kar ke punjab ko aik azaad riyasat bana den ge, yeh haqeeqat ke khilaaf hai.</w:t>
      </w:r>
    </w:p>
    <w:p>
      <w:pPr>
        <w:jc w:val="right"/>
      </w:pPr>
      <w:r>
        <w:t>اسے میں نے کہا تھا کہ آپ لوگ جو چلا رہے ہیں موومنٹ اور سمجھتے ہیں کہ انڈیا سے الگ کر کے پنجاب کو ایک آزاد ریاست بنا دیں گے، یہ حقیقت کے خلاف ہے۔</w:t>
      </w:r>
    </w:p>
    <w:p>
      <w:r>
        <w:rPr>
          <w:b/>
        </w:rPr>
        <w:t xml:space="preserve">[1:35:07] </w:t>
      </w:r>
      <w:r>
        <w:t>yeh mumkin hi nahi sary se. lekin woh log chounke kuch dinon ke liye, woh canada mein aik aadmi baitha hua tha, wahan se woh aisi baatein bolta tha ke log samajh gaye ke hum bana sakte hain alag.</w:t>
      </w:r>
    </w:p>
    <w:p>
      <w:pPr>
        <w:jc w:val="right"/>
      </w:pPr>
      <w:r>
        <w:t>یہ ممکن ہی نہیں سرے سے۔ لیکن وہ لوگ چونکہ کچھ دنوں کے لیے، وہ کینیڈا میں ایک آدمی بیٹھا ہوا تھا، وہاں سے وہ ایسی باتیں بولتا تھا کہ لوگ سمجھ گئے کہ ہم بنا سکتے ہیں الگ۔</w:t>
      </w:r>
    </w:p>
    <w:p>
      <w:r>
        <w:rPr>
          <w:b/>
        </w:rPr>
        <w:t xml:space="preserve">[1:35:22] </w:t>
      </w:r>
      <w:r>
        <w:t>to isi ko mein ne kaha tha acceptance of haqeeqat, yaani jo haqeeqat hai us ko qabool kijiye.</w:t>
      </w:r>
    </w:p>
    <w:p>
      <w:pPr>
        <w:jc w:val="right"/>
      </w:pPr>
      <w:r>
        <w:t>تو اسی کو میں نے کہا تھا ایکسیپٹنس آف حقیقت، یعنی جو حقیقت ہے اس کو قبول کیجیے۔</w:t>
      </w:r>
    </w:p>
    <w:p>
      <w:r>
        <w:rPr>
          <w:b/>
        </w:rPr>
        <w:t xml:space="preserve">[1:35:30] </w:t>
      </w:r>
      <w:r>
        <w:t>to jab qabool kiya unhon ne to aap dekhiye ke punjab aik pehle se ziyada mazboot ban gaya. yahi infiradi zindagi mein hota hai, yahi qaumi zindagi mein hota hai.</w:t>
      </w:r>
    </w:p>
    <w:p>
      <w:pPr>
        <w:jc w:val="right"/>
      </w:pPr>
      <w:r>
        <w:t>تو جب قبول کیا انہوں نے تو آپ دیکھیے کہ پنجاب ایک پہلے سے زیادہ مضبوط بن گیا۔ یہی انفرادی زندگی میں ہوتا ہے، یہی قومی زندگی میں ہوتا ہے۔</w:t>
      </w:r>
    </w:p>
    <w:p>
      <w:r>
        <w:rPr>
          <w:b/>
        </w:rPr>
        <w:t xml:space="preserve">[1:35:42] </w:t>
      </w:r>
      <w:r>
        <w:t>to khuda ke muqable mein apni kamzori ko daryaft karna yeh kamzori nahi hai balke yeh haqeeqat pasandi ko daryaft karna hai.</w:t>
      </w:r>
    </w:p>
    <w:p>
      <w:pPr>
        <w:jc w:val="right"/>
      </w:pPr>
      <w:r>
        <w:t>تو خدا کے مقابلے میں اپنی کمزوری کو دریافت کرنا یہ کمزوری نہیں ہے بلکہ یہ حقیقت پسندی کو دریافت کرنا ہے۔</w:t>
      </w:r>
    </w:p>
    <w:p>
      <w:r>
        <w:rPr>
          <w:b/>
        </w:rPr>
        <w:t xml:space="preserve">[1:35:52] </w:t>
      </w:r>
      <w:r>
        <w:t>yeh fitrat ko daryaft karna hai. haqeeqat ko daryaft karna hai. woh to bohat hi mazboot ho jata hai aadmi. is ka approach haqeeqat pasandana hota hai.</w:t>
      </w:r>
    </w:p>
    <w:p>
      <w:pPr>
        <w:jc w:val="right"/>
      </w:pPr>
      <w:r>
        <w:t>یہ فطرت کو دریافت کرنا ہے۔ حقیقت کو دریافت کرنا ہے۔ وہ تو بہت ہی مضبوط ہو جاتا ہے آدمی۔ اس کا اپروچ حقیقت پسندانہ ہوتا ہے۔</w:t>
      </w:r>
    </w:p>
    <w:p>
      <w:r>
        <w:rPr>
          <w:b/>
        </w:rPr>
        <w:t xml:space="preserve">[1:36:02] </w:t>
      </w:r>
      <w:r>
        <w:t>is ki planning haqeeqat pasandana planning hoti hai. is ki soch jo hai jaisi hai waisi hoti hai. to woh to bohat hi mazboot ban jata hai aadmi.</w:t>
      </w:r>
    </w:p>
    <w:p>
      <w:pPr>
        <w:jc w:val="right"/>
      </w:pPr>
      <w:r>
        <w:t>اس کی پلاننگ حقیقت پسندانہ پلاننگ ہوتی ہے۔ اس کی سوچ جو ہے جیسی ہے ویسے ہوتی ہے۔ تو وہ تو بہت ہی مضبوط بن جاتا ہے آدمی۔</w:t>
      </w:r>
    </w:p>
    <w:p>
      <w:r>
        <w:rPr>
          <w:b/>
        </w:rPr>
        <w:t xml:space="preserve">[1:36:15] </w:t>
      </w:r>
      <w:r>
        <w:t>jo cheez aap samajh rahe hain is mein ke maadi cheezon ke muqable mein aadmi apne ko kamzor mehsoos kare, woh zaroor kamzor ho jayega woh.</w:t>
      </w:r>
    </w:p>
    <w:p>
      <w:pPr>
        <w:jc w:val="right"/>
      </w:pPr>
      <w:r>
        <w:t>جو چیز آپ سمجھ رہے ہیں اس میں کہ مادی چیزوں کے مقابلے میں آدمی اپنے کو کمزور محسوس کرے، وہ ضرور کمزور ہو جائے گا وہ۔</w:t>
      </w:r>
    </w:p>
    <w:p>
      <w:r>
        <w:rPr>
          <w:b/>
        </w:rPr>
        <w:t xml:space="preserve">[1:36:26] </w:t>
      </w:r>
      <w:r>
        <w:t>lekin khuda ke muqable mein jo samjhe apne aap ko to woh to aik daryaft hi hoti hai. woh kamzori nahi hota, woh daryaft hi hoti hai. yeh mein samjhaun.</w:t>
      </w:r>
    </w:p>
    <w:p>
      <w:pPr>
        <w:jc w:val="right"/>
      </w:pPr>
      <w:r>
        <w:t>لیکن خدا کے مقابلے میں جو سمجھے اپنے آپ کو تو وہ تو ایک دریافت ہی ہوتی ہے۔ وہ کمزوری نہیں ہوتا، وہ دریافت ہی ہوتی ہے۔ یہ میں سمجھاؤں۔</w:t>
      </w:r>
    </w:p>
    <w:p>
      <w:r>
        <w:rPr>
          <w:b/>
        </w:rPr>
        <w:t xml:space="preserve">[1:36:39] </w:t>
      </w:r>
      <w:r>
        <w:t>yeh sawal hai slash rawat. kya farq hai ambition aur khwahish?</w:t>
      </w:r>
    </w:p>
    <w:p>
      <w:pPr>
        <w:jc w:val="right"/>
      </w:pPr>
      <w:r>
        <w:t>یہ سوال ہے سلیش راوت۔ کیا فرق ہے امبیشن اور خواہش؟</w:t>
      </w:r>
    </w:p>
    <w:p>
      <w:r>
        <w:rPr>
          <w:b/>
        </w:rPr>
        <w:t xml:space="preserve">[1:36:59] </w:t>
      </w:r>
      <w:r>
        <w:t>mein samajhta hoon ke dono mein koi bohat ziyada farq nahi hai. yaani khwahish jo hai woh yaani sari hi cheezon ko cover kar rahi hai.</w:t>
      </w:r>
    </w:p>
    <w:p>
      <w:pPr>
        <w:jc w:val="right"/>
      </w:pPr>
      <w:r>
        <w:t>میں سمجھتا ہوں کہ دونوں میں کوئی بہت زیادہ فرق نہیں ہے۔ یعنی خواہش جو ہے وہ یعنی ساری ہی چیزوں کو کور کر رہی ہے۔</w:t>
      </w:r>
    </w:p>
    <w:p>
      <w:r>
        <w:rPr>
          <w:b/>
        </w:rPr>
        <w:t xml:space="preserve">[1:37:09] </w:t>
      </w:r>
      <w:r>
        <w:t>aur ambition jo hai woh isi ka aik hissa hai. ambition ka lafz ziyada tar bola jata hai ke mein mislan mein arb pati banna chahoon, mein wazir e azam banna chahoon, us ke liye.</w:t>
      </w:r>
    </w:p>
    <w:p>
      <w:pPr>
        <w:jc w:val="right"/>
      </w:pPr>
      <w:r>
        <w:t>اور امبیشن جو ہے وہ اسی کا ایک حصہ ہے۔ امبیشن کا لفظ زیادہ تر بولا جاتا ہے کہ میں مثلاً میں ارب پتی بننا چاہوں، میں وزیر اعظم بننا چاہوں، اس کے لیے۔</w:t>
      </w:r>
    </w:p>
    <w:p>
      <w:r>
        <w:rPr>
          <w:b/>
        </w:rPr>
        <w:t xml:space="preserve">[1:37:23] </w:t>
      </w:r>
      <w:r>
        <w:t>aur khwahish mein yaani us ko us ke siwa aur bhi sari cheezein shamil hain. to mein samajhta hoon ke dono hi barabar bure hain.</w:t>
      </w:r>
    </w:p>
    <w:p>
      <w:pPr>
        <w:jc w:val="right"/>
      </w:pPr>
      <w:r>
        <w:t>اور خواہش میں یعنی اس کو اس کے سوا اور بھی ساری چیزیں شامل ہیں۔ تو میں سمجھتا ہوں کہ دونوں ہی برابر برے ہیں۔</w:t>
      </w:r>
    </w:p>
    <w:p>
      <w:r>
        <w:rPr>
          <w:b/>
        </w:rPr>
        <w:t xml:space="preserve">[1:37:35] </w:t>
      </w:r>
      <w:r>
        <w:t>buniyadi baat hai haqeeqat pasandana approach. hum apni khwahish ko le kar ke agar lagen yaani dorne to khwahishein poori nahi ho jayengi hamare dorne se.</w:t>
      </w:r>
    </w:p>
    <w:p>
      <w:pPr>
        <w:jc w:val="right"/>
      </w:pPr>
      <w:r>
        <w:t>بنیادی بات ہے حقیقت پسندانہ اپروچ۔ ہم اپنی خواہش کو لے کر کے اگر لگیں یعنی دوڑنے تو خواہشیں پوری نہیں ہو جائیں گی ہمارے دوڑنے سے۔</w:t>
      </w:r>
    </w:p>
    <w:p>
      <w:r>
        <w:rPr>
          <w:b/>
        </w:rPr>
        <w:t xml:space="preserve">[1:37:47] </w:t>
      </w:r>
      <w:r>
        <w:t>isi tarah se agar hum ambitions se agar hain to bas ambitions se hum nahi poora kar sakte. isi india mein aap dekhte hain ke kashmiri log ambitions bane aur punjab ke log ambitions bane.</w:t>
      </w:r>
    </w:p>
    <w:p>
      <w:pPr>
        <w:jc w:val="right"/>
      </w:pPr>
      <w:r>
        <w:t>اسی طرح سے اگر ہم امبیشنز سے اگر ہیں تو بس امبیشنز سے ہم نہیں پورا کر سکتے۔ اسی انڈیا میں آپ دیکھتے ہیں کہ کشمیری لوگ امبیشنز بنے اور پنجاب کے لوگ امبیشنز بنے۔</w:t>
      </w:r>
    </w:p>
    <w:p>
      <w:r>
        <w:rPr>
          <w:b/>
        </w:rPr>
        <w:t xml:space="preserve">[1:38:00] </w:t>
      </w:r>
      <w:r>
        <w:t>dono mein se dono ko dono fail ho gaye. to ambition aisi cheez nahi hai. aisi cheez hai haqeeqat. to khwahish ko jo manage karne ki baat mein ne kahi thi woh is maani mein thi ke agar aap khwahish ke peechay dorne lagen to aap ke andar rohani taraqqi nahi hogi.</w:t>
      </w:r>
    </w:p>
    <w:p>
      <w:pPr>
        <w:jc w:val="right"/>
      </w:pPr>
      <w:r>
        <w:t>دونوں میں سے دونوں کو دونوں فیل ہو گئے۔ تو امبیشن ایسی چیز نہیں ہے۔ ایسی چیز ہے حقیقتیں۔ تو خواہش کو جو مینج کرنے کی بات میں نے کہی تھی وہ اس معنی میں تھی کہ اگر آپ خواہش کے پیچھے دوڑنے لگیں تو آپ کے اندر روحانی ترقی نہیں ہوگی۔</w:t>
      </w:r>
    </w:p>
    <w:p>
      <w:r>
        <w:rPr>
          <w:b/>
        </w:rPr>
        <w:t xml:space="preserve">[1:38:22] </w:t>
      </w:r>
      <w:r>
        <w:t>isi tarah se mein kahoon ga ke agar aap ambitions ke peechay aap dorein to aap se haqeeqat pasandana approach chhin jayega.</w:t>
      </w:r>
    </w:p>
    <w:p>
      <w:pPr>
        <w:jc w:val="right"/>
      </w:pPr>
      <w:r>
        <w:t>اسی طرح سے میں کہوں گا کہ اگر آپ امبیشنز کے پیچھے آپ دوڑیں تو آپ سے حقیقت پسندانہ اپروچ چھن جائے گا۔</w:t>
      </w:r>
    </w:p>
    <w:p>
      <w:r>
        <w:rPr>
          <w:b/>
        </w:rPr>
        <w:t xml:space="preserve">[1:38:32] </w:t>
      </w:r>
      <w:r>
        <w:t>sab se bari cheez hai ke aadmi ke andar haqeeqat pasandana soch ho, sciencee soch ho.</w:t>
      </w:r>
    </w:p>
    <w:p>
      <w:pPr>
        <w:jc w:val="right"/>
      </w:pPr>
      <w:r>
        <w:t>سب سے بڑی چیز ہے کہ آدمی کے اندر حقیقت پسندانہ سوچ ہو، سائنسی سوچ ہو۔</w:t>
      </w:r>
    </w:p>
    <w:p>
      <w:r>
        <w:rPr>
          <w:b/>
        </w:rPr>
        <w:t xml:space="preserve">[1:38:41] </w:t>
      </w:r>
      <w:r>
        <w:t>yeh sawal hai js bedi. maulana pichli baar aap ne kaha soul tabdeel karta hai gaadi ke baad maut.</w:t>
      </w:r>
    </w:p>
    <w:p>
      <w:pPr>
        <w:jc w:val="right"/>
      </w:pPr>
      <w:r>
        <w:t>یہ سوال ہے جے ایس بیدی۔ مولانا پچھلی بار آپ نے کہا سول تبدیل کرتا ہے گاڑی کے بعد موت۔</w:t>
      </w:r>
    </w:p>
    <w:p>
      <w:r>
        <w:rPr>
          <w:b/>
        </w:rPr>
        <w:t xml:space="preserve">[1:38:49] </w:t>
      </w:r>
      <w:r>
        <w:t>kya is ka matlab hai ke maut ke baad soul dakhil hota hai kisi aur jism mein? dekhiye islam mein jo aqeeda hai us ko mein ne bayan kiya tha ke aaj ki duniya mein jo gaadi hamara hai yeh jism yeh to aarzy hai is liye is mein khaliye toot te rehte hain bar bar badalta rehta hai.</w:t>
      </w:r>
    </w:p>
    <w:p>
      <w:pPr>
        <w:jc w:val="right"/>
      </w:pPr>
      <w:r>
        <w:t>کیا اس کا مطلب ہے کہ موت کے بعد سول داخل ہوتا ہے کسی اور جسم میں؟ دیکھیے اسلام میں جو عقیدہ ہے اس کو میں نے بیان کیا تھا کہ آج کی دنیا میں جو گاڑی ہمارا ہے یہ جسم یہ تو عارضی ہے اس لیے اس میں خلیے ٹوٹتے رہتے ہیں بار بار بدلتا رہتا ہے۔</w:t>
      </w:r>
    </w:p>
    <w:p>
      <w:r>
        <w:rPr>
          <w:b/>
        </w:rPr>
        <w:t xml:space="preserve">[1:39:15] </w:t>
      </w:r>
      <w:r>
        <w:t>is mein nai nasal bhi hota hai, boodha hota hai aadmi mar jata hai. lekin is ke baad jo jism milega woh bhi aik jism hoga, woh abadi hoga.</w:t>
      </w:r>
    </w:p>
    <w:p>
      <w:pPr>
        <w:jc w:val="right"/>
      </w:pPr>
      <w:r>
        <w:t>اس میں نئی نسل بھی ہوتا ہے، بوڑھا ہوتا ہے آدمی مر جاتا ہے۔ لیکن اس کے بعد جو جسم ملے گا وہ بھی ایک جسم ہوگا، وہ ابدی ہوگا۔</w:t>
      </w:r>
    </w:p>
    <w:p>
      <w:r>
        <w:rPr>
          <w:b/>
        </w:rPr>
        <w:t xml:space="preserve">[1:39:26] </w:t>
      </w:r>
      <w:r>
        <w:t>is mein nai nasal nahi hogi, is par boodhapa nahi aayega, is par thakan aur boredom nahi aayega.</w:t>
      </w:r>
    </w:p>
    <w:p>
      <w:pPr>
        <w:jc w:val="right"/>
      </w:pPr>
      <w:r>
        <w:t>اس میں نئی نسل نہیں ہوگی، اس پر بڑھاپا نہیں آئے گا، اس پر تھکان اور بورڈم نہیں آئے گا۔</w:t>
      </w:r>
    </w:p>
    <w:p>
      <w:r>
        <w:rPr>
          <w:b/>
        </w:rPr>
        <w:t xml:space="preserve">[1:39:36] </w:t>
      </w:r>
      <w:r>
        <w:t>to woh kamil jism hoga. mein samajhta hoon ke agar mein yeh kahoon to sahi hoga ke maut ke baad mein hum ko mila hai namukammal jism.</w:t>
      </w:r>
    </w:p>
    <w:p>
      <w:pPr>
        <w:jc w:val="right"/>
      </w:pPr>
      <w:r>
        <w:t>تو وہ کامل جسم ہوگا۔ میں سمجھتا ہوں کہ اگر میں یہ کہوں تو صحیح ہوگا کہ موت کے بعد میں ہم کو ملا ہے نامکمل جسم۔</w:t>
      </w:r>
    </w:p>
    <w:p>
      <w:r>
        <w:rPr>
          <w:b/>
        </w:rPr>
        <w:t xml:space="preserve">[1:39:46] </w:t>
      </w:r>
      <w:r>
        <w:t>ab maut ke baad mein hum ko milega kamil jism. aur phir hamesha woh rahega, is par kabhi maut nahi aayegi.</w:t>
      </w:r>
    </w:p>
    <w:p>
      <w:pPr>
        <w:jc w:val="right"/>
      </w:pPr>
      <w:r>
        <w:t>اب موت کے بعد میں ہم کو ملے گا کامل جسم۔ اور پھر ہمیشہ وہ رہے گا، اس پر کبھی موت نہیں آئے گی۔</w:t>
      </w:r>
    </w:p>
    <w:p>
      <w:r>
        <w:rPr>
          <w:b/>
        </w:rPr>
        <w:t xml:space="preserve">[1:39:56] </w:t>
      </w:r>
      <w:r>
        <w:t>yeh sawal hai from idrees. the guidance aur rule of quran is based on principle of allowed if not prohibited or is it prohibited if not allowed</w:t>
      </w:r>
    </w:p>
    <w:p>
      <w:pPr>
        <w:jc w:val="right"/>
      </w:pPr>
      <w:r>
        <w:t>یہ سوال ہے فروم ادریس۔ دی گائیڈنس اور رول آف قرآن از بیسڈ آن پرنسپل آف الاؤڈ اف ناٹ پروہیبیٹڈ اور از اٹ پروہیبیٹڈ اف ناٹ الاؤڈ</w:t>
      </w:r>
    </w:p>
    <w:p>
      <w:r>
        <w:rPr>
          <w:b/>
        </w:rPr>
        <w:t xml:space="preserve">[1:40:08] </w:t>
      </w:r>
      <w:r>
        <w:t>? mere khayal se yeh quran ki baat nahi hai aap keh rahe hain yeh yeh fiqah ka masla hai. qalb al-wasi ki taraf ishara hai aap ka ke</w:t>
      </w:r>
    </w:p>
    <w:p>
      <w:pPr>
        <w:jc w:val="right"/>
      </w:pPr>
      <w:r>
        <w:t>؟ میرے خیال سے یہ قرآن کی بات نہیں ہے آپ کہہ رہے ہیں یہ یہ فقہ کا مسئلہ ہے۔ قالب الوسی کی طرف اشارہ ہے آپ کا کہ</w:t>
      </w:r>
    </w:p>
    <w:p>
      <w:r>
        <w:rPr>
          <w:b/>
        </w:rPr>
        <w:t xml:space="preserve">[1:40:20] </w:t>
      </w:r>
      <w:r>
        <w:t>ke</w:t>
      </w:r>
    </w:p>
    <w:p>
      <w:pPr>
        <w:jc w:val="right"/>
      </w:pPr>
      <w:r>
        <w:t>کہ</w:t>
      </w:r>
    </w:p>
    <w:p>
      <w:r>
        <w:rPr>
          <w:b/>
        </w:rPr>
        <w:t xml:space="preserve">[1:40:23] </w:t>
      </w:r>
      <w:r>
        <w:t>jo cheez naqabil-e-qubool na batai gayi ho to woh naqabil-e-qubool hai.</w:t>
      </w:r>
    </w:p>
    <w:p>
      <w:pPr>
        <w:jc w:val="right"/>
      </w:pPr>
      <w:r>
        <w:t>جو چیز ناقابلِ قبول نہ بتائی گئی ہو تو وہ ناقابلِ قبول ہے۔</w:t>
      </w:r>
    </w:p>
    <w:p>
      <w:r>
        <w:rPr>
          <w:b/>
        </w:rPr>
        <w:t xml:space="preserve">[1:40:31] </w:t>
      </w:r>
      <w:r>
        <w:t>ghaliban aap ka matlab yahi hai shayad. to jab tak kisi cheez ko ailan na kiya jaye ke yeh naqabil-e-qubool hai tab tak woh naqabil-e-qubool rahegi.</w:t>
      </w:r>
    </w:p>
    <w:p>
      <w:pPr>
        <w:jc w:val="right"/>
      </w:pPr>
      <w:r>
        <w:t>غالباً آپ کا مطلب یہی ہے شاید۔ تو جب تک کسی چیز کو اعلان نہ کیا جائے کہ یہ ناقابلِ قبول ہے تب تک وہ ناقابلِ قبول رہے گی۔</w:t>
      </w:r>
    </w:p>
    <w:p>
      <w:r>
        <w:rPr>
          <w:b/>
        </w:rPr>
        <w:t xml:space="preserve">[1:40:46] </w:t>
      </w:r>
      <w:r>
        <w:t>to asal is ko kehte hain fiqah mein al-asl fi al-ashya al-ibahah. cheezon mein asal in ka jaiz hona hai.</w:t>
      </w:r>
    </w:p>
    <w:p>
      <w:pPr>
        <w:jc w:val="right"/>
      </w:pPr>
      <w:r>
        <w:t>تو اصل اس کو کہتے ہیں فقہ میں الاصل فی الاشیاء الاباحہ۔ چیزوں میں اصل ان کا جائز ہونا ہے۔</w:t>
      </w:r>
    </w:p>
    <w:p>
      <w:r>
        <w:rPr>
          <w:b/>
        </w:rPr>
        <w:t xml:space="preserve">[1:40:58] </w:t>
      </w:r>
      <w:r>
        <w:t>yani tamam cheezein jaiz hain lekin jab tak kisi in mein se kisi cheez ko najais na bataya jaye. is ka matlab yeh hai ke najais istisna hai aur jaiz usool hai.</w:t>
      </w:r>
    </w:p>
    <w:p>
      <w:pPr>
        <w:jc w:val="right"/>
      </w:pPr>
      <w:r>
        <w:t>یعنی تمام چیزیں جائز ہیں لیکن جب تک کسی ان میں سے کسی چیز کو ناجائز نہ بتایا جائے۔ اس کا معنی یہ ہے کہ ناجائز استثنا ہے اور جائز اصول ہے۔</w:t>
      </w:r>
    </w:p>
    <w:p>
      <w:r>
        <w:rPr>
          <w:b/>
        </w:rPr>
        <w:t xml:space="preserve">[1:41:13] </w:t>
      </w:r>
      <w:r>
        <w:t>al-asl fi al-ashya al-ibahah ghaliban isi ko yeh keh rahe hain quran ke hawale mein. to islam ka jo tasawwur hai is mamle mein woh yahi hai ke cheezon ka jaiz hona, cheezon ka naqabil-e-qubool hona yeh usool hai.</w:t>
      </w:r>
    </w:p>
    <w:p>
      <w:pPr>
        <w:jc w:val="right"/>
      </w:pPr>
      <w:r>
        <w:t>الاصل فی الاشیاء الاباحہ غالباً اسی کو یہ کہہ رہے ہیں قرآن کے حوالہ میں۔ تو اسلام کا جو تصور ہے اس معاملے میں وہ یہی ہے کہ چیزوں کا جائز ہونا، چیزوں کا ناقابلِ قبول ہونا یہ اصول ہے۔</w:t>
      </w:r>
    </w:p>
    <w:p>
      <w:r>
        <w:rPr>
          <w:b/>
        </w:rPr>
        <w:t xml:space="preserve">[1:41:28] </w:t>
      </w:r>
      <w:r>
        <w:t>aur kisi cheez ka naqabil-e-qubool hona yeh istisna hai. yeh sawal hai from sonia.</w:t>
      </w:r>
    </w:p>
    <w:p>
      <w:pPr>
        <w:jc w:val="right"/>
      </w:pPr>
      <w:r>
        <w:t>اور کسی چیز کا ناقابلِ قبول ہونا یہ استثنا ہے۔ یہ سوال ہے فروم سونیا۔</w:t>
      </w:r>
    </w:p>
    <w:p>
      <w:r>
        <w:rPr>
          <w:b/>
        </w:rPr>
        <w:t xml:space="preserve">[1:41:38] </w:t>
      </w:r>
      <w:r>
        <w:t>as said by you there is an unlimited reward for keeping roza.</w:t>
      </w:r>
    </w:p>
    <w:p>
      <w:pPr>
        <w:jc w:val="right"/>
      </w:pPr>
      <w:r>
        <w:t>ایز سیڈ بائے یو دیر از این ان لمیٹڈ ریوارڈ فار کیپنگ روزہ۔</w:t>
      </w:r>
    </w:p>
    <w:p>
      <w:r>
        <w:rPr>
          <w:b/>
        </w:rPr>
        <w:t xml:space="preserve">[1:41:43] </w:t>
      </w:r>
      <w:r>
        <w:t>please let us know that is there any punishment for those jo don't keep roza?</w:t>
      </w:r>
    </w:p>
    <w:p>
      <w:pPr>
        <w:jc w:val="right"/>
      </w:pPr>
      <w:r>
        <w:t>پلیز لیٹ اس نو دیٹ از دیر اینی پنشمنٹ فار دوست جو ڈونٹ کیپ روزہ؟</w:t>
      </w:r>
    </w:p>
    <w:p>
      <w:r>
        <w:rPr>
          <w:b/>
        </w:rPr>
        <w:t xml:space="preserve">[1:41:55] </w:t>
      </w:r>
      <w:r>
        <w:t>ji haan. yeh hai roza na rakhna aur namaz ada na karna. yeh dono cheezein aisi hain jo qabil-e-maafi nahi hain.</w:t>
      </w:r>
    </w:p>
    <w:p>
      <w:pPr>
        <w:jc w:val="right"/>
      </w:pPr>
      <w:r>
        <w:t>جی ہاں۔ یہ ہے روزہ نہ رکھنا اور نماز ادا نہ کرنا۔ یہ دونوں چیزیں ایسی ہیں جو قابلِ معافی نہیں ہیں۔</w:t>
      </w:r>
    </w:p>
    <w:p>
      <w:r>
        <w:rPr>
          <w:b/>
        </w:rPr>
        <w:t xml:space="preserve">[1:42:09] </w:t>
      </w:r>
      <w:r>
        <w:t>siwaye un ke jin ko ke koi uzar ho, uzar ho. uzar ke baghair roza chhodna.</w:t>
      </w:r>
    </w:p>
    <w:p>
      <w:pPr>
        <w:jc w:val="right"/>
      </w:pPr>
      <w:r>
        <w:t>سوائے ان کے جن کو کہ کوئی عذر ہو، عذر ہو۔ عذر کے بغیر روزہ چھوڑنا۔</w:t>
      </w:r>
    </w:p>
    <w:p>
      <w:r>
        <w:rPr>
          <w:b/>
        </w:rPr>
        <w:t xml:space="preserve">[1:42:19] </w:t>
      </w:r>
      <w:r>
        <w:t>islam mein dekhiye char ibadatein hain. namaz, roza, hajj aur zakat. yeh char ibadatein hain.</w:t>
      </w:r>
    </w:p>
    <w:p>
      <w:pPr>
        <w:jc w:val="right"/>
      </w:pPr>
      <w:r>
        <w:t>اسلام میں دیکھیے چار عبادتیں ہیں۔ نماز، روزہ، حج اور زکوٰۃ۔ یہ چار عبادتیں ہیں۔</w:t>
      </w:r>
    </w:p>
    <w:p>
      <w:r>
        <w:rPr>
          <w:b/>
        </w:rPr>
        <w:t xml:space="preserve">[1:42:28] </w:t>
      </w:r>
      <w:r>
        <w:t>yeh char ibadatein farz hain. in mein se kisi bhi ibadat ko bana uzar chhodna yani uzar ke baghair chhodna yeh islam mein jaiz nahi hai.</w:t>
      </w:r>
    </w:p>
    <w:p>
      <w:pPr>
        <w:jc w:val="right"/>
      </w:pPr>
      <w:r>
        <w:t>یہ چار عبادتیں فرض ہیں۔ ان میں سے کسی بھی عبادت کو بنا عذر چھوڑنا یعنی عذر کے بغیر چھوڑنا یہ اسلام میں جائز نہیں ہے۔</w:t>
      </w:r>
    </w:p>
    <w:p>
      <w:r>
        <w:rPr>
          <w:b/>
        </w:rPr>
        <w:t xml:space="preserve">[1:42:42] </w:t>
      </w:r>
      <w:r>
        <w:t>jo aisa kare to us ki nijat mashkooq ho jayegi. yeh hai is mamle mein jo jo riwayati jo tasawwur hai woh yahi hai.</w:t>
      </w:r>
    </w:p>
    <w:p>
      <w:pPr>
        <w:jc w:val="right"/>
      </w:pPr>
      <w:r>
        <w:t>جو ایسا کرے تو اس کی نجات مشکوک ہو جائے گی۔ یہ ہے اس معاملے میں جو جو روایتی جو تصور ہے وہ یہی ہے۔</w:t>
      </w:r>
    </w:p>
    <w:p>
      <w:r>
        <w:rPr>
          <w:b/>
        </w:rPr>
        <w:t xml:space="preserve">[1:42:55] </w:t>
      </w:r>
      <w:r>
        <w:t>aap jante hain ke panch arkan jo bataye jatay hain, panch sitoon. is mein number ek to kalma hai yani aqeedah. aqeedah jab aap apnatay hain to aap dakhil hotay hain.</w:t>
      </w:r>
    </w:p>
    <w:p>
      <w:pPr>
        <w:jc w:val="right"/>
      </w:pPr>
      <w:r>
        <w:t>آپ جانتے ہیں کہ پانچ ارکان جو بتائے جاتے ہیں، پانچ ستون۔ اس میں نمبر ایک تو کلمہ ہے یعنی عقیدہ۔ عقیدہ جب آپ اپناتے ہیں تو آپ داخل ہوتے ہیں۔</w:t>
      </w:r>
    </w:p>
    <w:p>
      <w:r>
        <w:rPr>
          <w:b/>
        </w:rPr>
        <w:t xml:space="preserve">[1:43:11] </w:t>
      </w:r>
      <w:r>
        <w:t>la ilaha illallah muhammad rasoolullah yeh pehla sitoon hai. yeh aqeedah hai. yeh yahan se aap dakhil hotay hain.</w:t>
      </w:r>
    </w:p>
    <w:p>
      <w:pPr>
        <w:jc w:val="right"/>
      </w:pPr>
      <w:r>
        <w:t>لا الہ الا اللہ محمد رسول اللہ یہ پہلا ستون ہے۔ یہ عقیدہ ہے۔ یہ یہاں سے آپ داخل ہوتے ہیں۔</w:t>
      </w:r>
    </w:p>
    <w:p>
      <w:r>
        <w:rPr>
          <w:b/>
        </w:rPr>
        <w:t xml:space="preserve">[1:43:20] </w:t>
      </w:r>
      <w:r>
        <w:t>phir char ibadatein batayi gayi hain. namaz, roza, hajj, zakat. to yeh charon barabar farz hain.</w:t>
      </w:r>
    </w:p>
    <w:p>
      <w:pPr>
        <w:jc w:val="right"/>
      </w:pPr>
      <w:r>
        <w:t>پھر چار عبادتیں بتائی گئی ہیں۔ نماز، روزہ، حج، زکوٰۃ۔ تو یہ چاروں برابر فرض ہیں۔</w:t>
      </w:r>
    </w:p>
    <w:p>
      <w:r>
        <w:rPr>
          <w:b/>
        </w:rPr>
        <w:t xml:space="preserve">[1:43:30] </w:t>
      </w:r>
      <w:r>
        <w:t>in mein koi farq nahi hai. sirf yani jo aadmi ko jis ko kehte hain uzar sharai yani aisa uzar jo shariyat mein mana gaya ho.</w:t>
      </w:r>
    </w:p>
    <w:p>
      <w:pPr>
        <w:jc w:val="right"/>
      </w:pPr>
      <w:r>
        <w:t>ان میں کوئی فرق نہیں ہے۔ صرف یعنی جو آدمی کو جس کو کہتے ہیں عذر شرعی یعنی ایسا عذر جو شریعت میں مانا گیا ہو۔</w:t>
      </w:r>
    </w:p>
    <w:p>
      <w:r>
        <w:rPr>
          <w:b/>
        </w:rPr>
        <w:t xml:space="preserve">[1:43:45] </w:t>
      </w:r>
      <w:r>
        <w:t>chunki shariyat mein qabool kiya gaya ho. agar woh uzar hai kisi ko to woh khuda ke haan yani pakda nahi jayega.</w:t>
      </w:r>
    </w:p>
    <w:p>
      <w:pPr>
        <w:jc w:val="right"/>
      </w:pPr>
      <w:r>
        <w:t>چونکہ شریعت میں قبول کیا گیا ہو۔ اگر وہ عذر ہے کسی کو تو وہ خدا کے ہاں یعنی پکڑا نہیں جائے گا۔</w:t>
      </w:r>
    </w:p>
    <w:p>
      <w:r>
        <w:rPr>
          <w:b/>
        </w:rPr>
        <w:t xml:space="preserve">[1:43:55] </w:t>
      </w:r>
      <w:r>
        <w:t>aur agar kisi ko sharai uzar nahi hai yani woh uzar jo shariyat mein qabool hai woh nahi ho to phir woh us ki nijat mashkooq ho jayegi.</w:t>
      </w:r>
    </w:p>
    <w:p>
      <w:pPr>
        <w:jc w:val="right"/>
      </w:pPr>
      <w:r>
        <w:t>اور اگر کسی کو شرعی عذر نہیں ہے یعنی وہ عذر جو شریعت میں قبول ہے وہ نہیں ہو تو پھر وہ اس کی نجات مشکوک ہو جائے گی۔</w:t>
      </w:r>
    </w:p>
    <w:p>
      <w:r>
        <w:rPr>
          <w:b/>
        </w:rPr>
        <w:t xml:space="preserve">[1:44:11] </w:t>
      </w:r>
      <w:r>
        <w:t>yeh sawal hai from rakesh. in today world when almost everyone is dual faced how can we recognize the true character of hypocrites when they pretend so perfectly to be genuine honest and believers in front of us?</w:t>
      </w:r>
    </w:p>
    <w:p>
      <w:pPr>
        <w:jc w:val="right"/>
      </w:pPr>
      <w:r>
        <w:t>یہ سوال ہے فروم راکیش۔ ان ٹوڈے ورلڈ وین الموسٹ ایوری ون از ڈوئل فیسڈ ہاؤ کین وی ریکگنائز دا ٹرو کریکٹر آف ہپوکریٹس وین دے پرٹینڈ سو پرفیکٹلی ٹو بی جینون آنسٹ اینڈ بیلیورز ان فرنٹ آف اس؟</w:t>
      </w:r>
    </w:p>
    <w:p>
      <w:r>
        <w:rPr>
          <w:b/>
        </w:rPr>
        <w:t xml:space="preserve">[1:44:30] </w:t>
      </w:r>
      <w:r>
        <w:t>bahut bahut hi dilchasp sawal hai yeh. aur waqai hum khud mein khud bar bar is ko mujhe is ka tajurba hota hai.</w:t>
      </w:r>
    </w:p>
    <w:p>
      <w:pPr>
        <w:jc w:val="right"/>
      </w:pPr>
      <w:r>
        <w:t>بہت بہت ہی دلچسپ سوال ہے یہ۔ اور واقعی ہم خود میں خود بار بار اس کو مجھے اس کا تجربہ ہوتا ہے۔</w:t>
      </w:r>
    </w:p>
    <w:p>
      <w:r>
        <w:rPr>
          <w:b/>
        </w:rPr>
        <w:t xml:space="preserve">[1:44:44] </w:t>
      </w:r>
      <w:r>
        <w:t>lekin ek baat yeh hai ke quran mein yeh kaha gaya hai ke ta'rafoon fi lahj al-qawl tum pehchan lo ge un ke lehjay se.</w:t>
      </w:r>
    </w:p>
    <w:p>
      <w:pPr>
        <w:jc w:val="right"/>
      </w:pPr>
      <w:r>
        <w:t>لیکن ایک بات یہ ہے کہ قرآن میں یہ کہا گیا ہے کہ تعرفون فی لہج القول تم پہچان لو گے ان کے لہجے سے۔</w:t>
      </w:r>
    </w:p>
    <w:p>
      <w:r>
        <w:rPr>
          <w:b/>
        </w:rPr>
        <w:t xml:space="preserve">[1:44:56] </w:t>
      </w:r>
      <w:r>
        <w:t>yeh quran mein aise logon ke bare mein hai. tum pehchan lo ge un ke lehje se.</w:t>
      </w:r>
    </w:p>
    <w:p>
      <w:pPr>
        <w:jc w:val="right"/>
      </w:pPr>
      <w:r>
        <w:t>یہ قرآن میں ایسے لوگوں کے بارے میں ہے۔ تعرفون فی لہج القول تم پہچان لو گے ان کے لہجے سے۔</w:t>
      </w:r>
    </w:p>
    <w:p>
      <w:r>
        <w:rPr>
          <w:b/>
        </w:rPr>
        <w:t xml:space="preserve">[1:45:06] </w:t>
      </w:r>
      <w:r>
        <w:t>to mein to khud aksar se ab shayad umar ki wajah se ya kisi wajah se ab mujhe koi dhoka nahin de pata. woh do jumle bola aur maine phir pehchan liya ke aadmi hypocrite hai ke waqai sachaa hai.</w:t>
      </w:r>
    </w:p>
    <w:p>
      <w:pPr>
        <w:jc w:val="right"/>
      </w:pPr>
      <w:r>
        <w:t>تو میں تو خود اکثر سے اب شاید عمر کی وجہ سے یا کسی وجہ سے اب مجھے کوئی دھوکہ نہیں دے پاتا۔ وہ دو جملے بولا اور میں نے پھر پہچان لیا کہ آدمی ہپوکریٹ ہے کہ واقعی سچا ہے۔</w:t>
      </w:r>
    </w:p>
    <w:p>
      <w:r>
        <w:rPr>
          <w:b/>
        </w:rPr>
        <w:t xml:space="preserve">[1:45:23] </w:t>
      </w:r>
      <w:r>
        <w:t>ek pehchan yeh hoti hai is ki ke woh aadmi zyada bole ga. jitna sachaa ho ga utni kam bole ga.</w:t>
      </w:r>
    </w:p>
    <w:p>
      <w:pPr>
        <w:jc w:val="right"/>
      </w:pPr>
      <w:r>
        <w:t>ایک پہچان یہ ہوتی ہے اس کی کہ وہ آدمی زیادہ بولے گا۔ جتنا سچا ہوگا اتنی کم بولے گا۔</w:t>
      </w:r>
    </w:p>
    <w:p>
      <w:r>
        <w:rPr>
          <w:b/>
        </w:rPr>
        <w:t xml:space="preserve">[1:45:34] </w:t>
      </w:r>
      <w:r>
        <w:t>aur jitna hypocrite ho ga utni zyada bole ga. aur is bohat hi polish lafz istemal kare ga woh. bohat hi chhanat chhanat ke bana bana kar ke.</w:t>
      </w:r>
    </w:p>
    <w:p>
      <w:pPr>
        <w:jc w:val="right"/>
      </w:pPr>
      <w:r>
        <w:t>اور جتنا ہپوکریٹ ہوگا اتنی زیادہ بولے گا۔ اور اس بہت ہی پالش لفظ استعمال کرے گا وہ۔ بہت ہی چھانٹ چھانٹ کے بنا بنا کر کے۔</w:t>
      </w:r>
    </w:p>
    <w:p>
      <w:r>
        <w:rPr>
          <w:b/>
        </w:rPr>
        <w:t xml:space="preserve">[1:45:44] </w:t>
      </w:r>
      <w:r>
        <w:t>aur woh bechara jo sachaa ho ga us ko koi banana nahin aata. woh tooti pooti zabaan bole ga. jaise sales man jo hote hain jab mein un ko dekhta hoon to ek second ke liye mujhe shakk nahin hota ke yeh banawati boli bol rahe hain.</w:t>
      </w:r>
    </w:p>
    <w:p>
      <w:pPr>
        <w:jc w:val="right"/>
      </w:pPr>
      <w:r>
        <w:t>اور وہ بیچارہ جو سچا ہوگا اس کو کوئی بنانا نہیں آتا۔ وہ ٹوٹی پوٹی زبان بولے گا۔ جیسے سیلز مین جو ہوتے ہیں جب میں ان کو دیکھتا ہوں تو ایک سیکنڈ کے لیے مجھے شک نہیں ہوتا کہ یہ بناوٹی بولی بول رہے ہیں۔</w:t>
      </w:r>
    </w:p>
    <w:p>
      <w:r>
        <w:rPr>
          <w:b/>
        </w:rPr>
        <w:t xml:space="preserve">[1:45:59] </w:t>
      </w:r>
      <w:r>
        <w:t>aisa polish zabaan bolte hain woh. sachaa aadmi yaad rakhiye kabhi afford nahin kar sakta us ko ke polish zabaan bole woh.</w:t>
      </w:r>
    </w:p>
    <w:p>
      <w:pPr>
        <w:jc w:val="right"/>
      </w:pPr>
      <w:r>
        <w:t>ایسا پالش زبان بولتے ہیں وہ۔ سچا آدمی یاد رکھیے کبھی افورڈ نہیں کر سکتا اس کو کہ پالش زبان بولے وہ۔</w:t>
      </w:r>
    </w:p>
    <w:p>
      <w:r>
        <w:rPr>
          <w:b/>
        </w:rPr>
        <w:t xml:space="preserve">[1:46:08] </w:t>
      </w:r>
      <w:r>
        <w:t>woh to tooti pooti boli bole ga. jab bhi aap stage par dekhen koi aadmi foran foran bol raha hai bohat hi mazboot taqreer de raha hai aur oratory dikha raha hai.</w:t>
      </w:r>
    </w:p>
    <w:p>
      <w:pPr>
        <w:jc w:val="right"/>
      </w:pPr>
      <w:r>
        <w:t>وہ تو ٹوٹی پوٹی بولی بولے گا۔ جب بھی آپ اسٹیج پر دیکھیں کوئی آدمی فوراً فوراً بول رہا ہے بہت ہی مضبوط تقریر دے رہا ہے اور آریٹری دکھا رہا ہے۔</w:t>
      </w:r>
    </w:p>
    <w:p>
      <w:r>
        <w:rPr>
          <w:b/>
        </w:rPr>
        <w:t xml:space="preserve">[1:46:19] </w:t>
      </w:r>
      <w:r>
        <w:t>samajh li jiye ke yeh hypocrite hai. yeh hypocrite hai woh. jo tooti pooti boli bole jaise Gandhi ji bolte thay.</w:t>
      </w:r>
    </w:p>
    <w:p>
      <w:pPr>
        <w:jc w:val="right"/>
      </w:pPr>
      <w:r>
        <w:t>سمجھ لیجیے کہ یہ ہپوکریٹ ہے۔ یہ ہپوکریٹ ہے وہ۔ جو ٹوٹی پوٹی بولی بولے جیسے گاندھی جی بولتے تھے۔</w:t>
      </w:r>
    </w:p>
    <w:p>
      <w:r>
        <w:rPr>
          <w:b/>
        </w:rPr>
        <w:t xml:space="preserve">[1:46:29] </w:t>
      </w:r>
      <w:r>
        <w:t>Gandhi ji hypocrite nahin thay. Gandhi ji mukammal taur par ek sachaa aadmi thay. tooti pooti boli bolte thay woh. jab bhi mein stage par dekhta hoon kisi aadmi ko ke foran foran bol raha hai aur mazboot taqreer de raha hai aur log taliyan baja rahe hain.</w:t>
      </w:r>
    </w:p>
    <w:p>
      <w:pPr>
        <w:jc w:val="right"/>
      </w:pPr>
      <w:r>
        <w:t>گاندھی جی ہپوکریٹ نہیں تھے۔ گاندھی جی مکمل طور پر ایک سچا آدمی تھے۔ ٹوٹی پوٹی بولی بولتے تھے وہ۔ جب بھی میں اسٹیج پر دیکھتا ہوں کسی آدمی کو کہ فوراً فوراً بول رہا ہے اور مضبوط تقریر دے رہا ہے اور لوگ تالیاں بجا رہے ہیں۔</w:t>
      </w:r>
    </w:p>
    <w:p>
      <w:r>
        <w:rPr>
          <w:b/>
        </w:rPr>
        <w:t xml:space="preserve">[1:46:46] </w:t>
      </w:r>
      <w:r>
        <w:t>yaqeen kijiye ke mein rota hoon aise mauqe par. ke taliyan kis baat par baja rahe hain yeh? is baat par ke aadmi hypocrite hai?</w:t>
      </w:r>
    </w:p>
    <w:p>
      <w:pPr>
        <w:jc w:val="right"/>
      </w:pPr>
      <w:r>
        <w:t>یقین کیجیے کہ میں روتا ہوں ایسے موقع پر۔ کہ تالیاں کس بات پر بجا رہے ہیں یہ؟ اس بات پر کہ آدمی ہپوکریٹ ہے؟</w:t>
      </w:r>
    </w:p>
    <w:p>
      <w:r>
        <w:rPr>
          <w:b/>
        </w:rPr>
        <w:t xml:space="preserve">[1:46:58] </w:t>
      </w:r>
      <w:r>
        <w:t>ek sahib yahan par ek muslim speaker hain. bohat un ka bohat se log un ke mudah hain.</w:t>
      </w:r>
    </w:p>
    <w:p>
      <w:pPr>
        <w:jc w:val="right"/>
      </w:pPr>
      <w:r>
        <w:t>ایک صاحب یہاں پر ایک مسلم اسپیکر ہیں۔ بہت ان کا بہت سے لوگ ان کے مداح ہیں۔</w:t>
      </w:r>
    </w:p>
    <w:p>
      <w:r>
        <w:rPr>
          <w:b/>
        </w:rPr>
        <w:t xml:space="preserve">[1:47:08] </w:t>
      </w:r>
      <w:r>
        <w:t>to ek sahib se mulaqat hui. mein ne un se poocha ke aap unhon ne bataya ke mein bhi un ka mudah hoon. mein ne ek hi baat poochi un se.</w:t>
      </w:r>
    </w:p>
    <w:p>
      <w:pPr>
        <w:jc w:val="right"/>
      </w:pPr>
      <w:r>
        <w:t>تو ایک صاحب سے ملاقات ہوئی۔ میں نے ان سے پوچھا کہ آپ انہوں نے بتایا کہ میں بھی ان کا مداح ہوں۔ میں نے ایک ہی بات پوچھی ان سے۔</w:t>
      </w:r>
    </w:p>
    <w:p>
      <w:r>
        <w:rPr>
          <w:b/>
        </w:rPr>
        <w:t xml:space="preserve">[1:47:17] </w:t>
      </w:r>
      <w:r>
        <w:t>yeh bataiye ke un ki jo taqreer hoti hai to wahan taliyan bajti hain? unhon ne kaha ke haan mein khud taliyan bajata hoon. mein ne poocha ke nabi jab bolte thay to kahan taliyan bajai jati theen wahan par?</w:t>
      </w:r>
    </w:p>
    <w:p>
      <w:pPr>
        <w:jc w:val="right"/>
      </w:pPr>
      <w:r>
        <w:t>یہ بتائیے کہ ان کی جو تقریر ہوتی ہے تو وہاں تالیاں بجتی ہیں؟ انہوں نے کہا کہ ہاں میں خود تالیاں بجاتا ہوں۔ میں نے پوچھا کہ نبی جب بولتے تھے تو کہاں تالیاں بجائی جاتی تھیں وہاں پر؟</w:t>
      </w:r>
    </w:p>
    <w:p>
      <w:r>
        <w:rPr>
          <w:b/>
        </w:rPr>
        <w:t xml:space="preserve">[1:47:30] </w:t>
      </w:r>
      <w:r>
        <w:t>unhon ne kaha ke nahin. to mein ne kaha ke usay samajh li jiye aap. meyar to nabi hain. jab wahan taali nahin bajti thi to ab jahan bajti hai taali us ka mani samajh li jiye ke isi samajh li jiye ke woh kya hai.</w:t>
      </w:r>
    </w:p>
    <w:p>
      <w:pPr>
        <w:jc w:val="right"/>
      </w:pPr>
      <w:r>
        <w:t>انہوں نے کہا کہ نہیں۔ تو میں نے کہا کہ اسے سمجھ لیجیے آپ۔ معیار تو نبی ہیں۔ جب وہاں تالی نہیں بجتی تھی تو اب جہاں بجتی ہے تالی اس کا معنی سمجھ لیجیے کہ اسی سمجھ لیجیے کہ وہ کیا ہے۔</w:t>
      </w:r>
    </w:p>
    <w:p>
      <w:r>
        <w:rPr>
          <w:b/>
        </w:rPr>
        <w:t xml:space="preserve">[1:47:47] </w:t>
      </w:r>
      <w:r>
        <w:t>to mein to baharhal yeh hai is mein mujhe zara bhi shakk nahin ke jahan taliyan bajti hon. jahan polish zabaan boli jati ho. jahan oratory dikhai jati ho.</w:t>
      </w:r>
    </w:p>
    <w:p>
      <w:pPr>
        <w:jc w:val="right"/>
      </w:pPr>
      <w:r>
        <w:t>تو میں تو بہرحال یہ ہے اس میں مجھے ذرا بھی شک نہیں کہ جہاں تالیاں بجتی ہوں۔ جہاں پالش زبان بولی جاتی ہو۔ جہاں آریٹری دکھائی جاتی ہو۔</w:t>
      </w:r>
    </w:p>
    <w:p>
      <w:r>
        <w:rPr>
          <w:b/>
        </w:rPr>
        <w:t xml:space="preserve">[1:47:57] </w:t>
      </w:r>
      <w:r>
        <w:t>jahan bohat barh barh kar aap se wade kiye jatay hon. woh sab wahan par hypocrisy ho gi. jo sachaa sachaa aadmi hota hai us ko to bolna hi nahin aata.</w:t>
      </w:r>
    </w:p>
    <w:p>
      <w:pPr>
        <w:jc w:val="right"/>
      </w:pPr>
      <w:r>
        <w:t>جہاں بہت بڑھ بڑھ کر آپ سے وعدے کیے جاتے ہوں۔ وہ سب وہاں پر ہپوکریسی ہوگی۔ جو سچا سچا آدمی ہوتا ہے اس کو تو بولنا ہی نہیں آتا۔</w:t>
      </w:r>
    </w:p>
    <w:p>
      <w:r>
        <w:rPr>
          <w:b/>
        </w:rPr>
        <w:t xml:space="preserve">[1:48:13] </w:t>
      </w:r>
      <w:r>
        <w:t>woh to dil mein dua zyada kare ga aap ke ko sunaye ga kam. to mujhe to Allah ke fazal se ab pehchanne mein dikkat nahin hoti.</w:t>
      </w:r>
    </w:p>
    <w:p>
      <w:pPr>
        <w:jc w:val="right"/>
      </w:pPr>
      <w:r>
        <w:t>وہ تو دل میں دعا زیادہ کرے گا آپ کے کو سنائے گا کم۔ تو مجھے تو اللہ کے فضل سے اب پہچاننے میں دقت نہیں ہوتی۔</w:t>
      </w:r>
    </w:p>
    <w:p>
      <w:r>
        <w:rPr>
          <w:b/>
        </w:rPr>
        <w:t xml:space="preserve">[1:48:24] </w:t>
      </w:r>
      <w:r>
        <w:t>yeh sawal hai from Naghma. how can spirituality be hasil ki jaye through contemplation?</w:t>
      </w:r>
    </w:p>
    <w:p>
      <w:pPr>
        <w:jc w:val="right"/>
      </w:pPr>
      <w:r>
        <w:t>یہ سوال ہے فروم نغمہ۔ ہاؤ کین روحانیت بی حاصل کی جائے تھرو کنٹمپلیشن؟</w:t>
      </w:r>
    </w:p>
    <w:p>
      <w:r>
        <w:rPr>
          <w:b/>
        </w:rPr>
        <w:t xml:space="preserve">[1:48:42] </w:t>
      </w:r>
      <w:r>
        <w:t>ab mein to samajhta hoon ke sab se bara zariya jo hai woh contemplation hi hai. lekin contemplation ka lafz jo hai yeh bohat wazeh nahin hai.</w:t>
      </w:r>
    </w:p>
    <w:p>
      <w:pPr>
        <w:jc w:val="right"/>
      </w:pPr>
      <w:r>
        <w:t>اب میں تو سمجھتا ہوں کہ سب سے بڑا ذریعہ جو ہے وہ کنٹمپلیشن ہی ہے۔ لیکن کنٹمپلیشن کا لفظ جو ہے یہ بہت واضح نہیں ہے۔</w:t>
      </w:r>
    </w:p>
    <w:p>
      <w:r>
        <w:rPr>
          <w:b/>
        </w:rPr>
        <w:t xml:space="preserve">[1:48:57] </w:t>
      </w:r>
      <w:r>
        <w:t>mein jis mani mein bolta hoon us ko woh hai sochne ka amal. sochne ka amal. to sochne ke amal se juri hui hai ruhaniyat.</w:t>
      </w:r>
    </w:p>
    <w:p>
      <w:pPr>
        <w:jc w:val="right"/>
      </w:pPr>
      <w:r>
        <w:t>میں جس معنی میں بولتا ہوں اس کو وہ ہے سوچنے کا عمل۔ سوچنے کا عمل۔ تو سوچنے کے عمل سے جڑی ہوئی ہے روحانیت۔</w:t>
      </w:r>
    </w:p>
    <w:p>
      <w:r>
        <w:rPr>
          <w:b/>
        </w:rPr>
        <w:t xml:space="preserve">[1:49:12] </w:t>
      </w:r>
      <w:r>
        <w:t>is se pehle mein ne yeh baat arz ki thi ke hazaron saal se log samajhte thay ke ruhaniyat ka jo zariya hai woh hai dil. dil par mabni ruhaniyat log mante rahay hain.</w:t>
      </w:r>
    </w:p>
    <w:p>
      <w:pPr>
        <w:jc w:val="right"/>
      </w:pPr>
      <w:r>
        <w:t>اس سے پہلے میں نے یہ بات عرض کی تھی کہ ہزاروں سال سے لوگ سمجھتے تھے کہ روحانیت کا جو ذریعہ ہے وہ ہے دل۔ دل پر مبنی روحانیت لوگ مانتے رہے ہیں۔</w:t>
      </w:r>
    </w:p>
    <w:p>
      <w:r>
        <w:rPr>
          <w:b/>
        </w:rPr>
        <w:t xml:space="preserve">[1:49:25] </w:t>
      </w:r>
      <w:r>
        <w:t>mein us ko nahin manta. mein shayad tareekh mein pehla shakhs hoon jis ne us ko radd kiya hai.</w:t>
      </w:r>
    </w:p>
    <w:p>
      <w:pPr>
        <w:jc w:val="right"/>
      </w:pPr>
      <w:r>
        <w:t>میں اس کو نہیں مانتا۔ میں شاید تاریخ میں پہلا شخص ہوں جس نے اس کو رد کیا ہے۔</w:t>
      </w:r>
    </w:p>
    <w:p>
      <w:r>
        <w:rPr>
          <w:b/>
        </w:rPr>
        <w:t xml:space="preserve">[1:49:33] </w:t>
      </w:r>
      <w:r>
        <w:t>mein zehn par mabni ruhaniyat ko manta hoon. isi liye mein kehta hoon ke ruhaniyat ka jo zariya hai woh hai sochne ka amal.</w:t>
      </w:r>
    </w:p>
    <w:p>
      <w:pPr>
        <w:jc w:val="right"/>
      </w:pPr>
      <w:r>
        <w:t>میں ذہن پر مبنی روحانیت کو مانتا ہوں۔ اسی لیے میں کہتا ہوں کہ روحانیت کا جو ذریعہ ہے وہ ہے سوچنے کا عمل۔</w:t>
      </w:r>
    </w:p>
    <w:p>
      <w:r>
        <w:rPr>
          <w:b/>
        </w:rPr>
        <w:t xml:space="preserve">[1:49:44] </w:t>
      </w:r>
      <w:r>
        <w:t>sochne ka amal ka matlab kya hai? aap kitaab Khuda ko parhen us par aap sochen. aap fitrat ko dekhen us par aap sochen.</w:t>
      </w:r>
    </w:p>
    <w:p>
      <w:pPr>
        <w:jc w:val="right"/>
      </w:pPr>
      <w:r>
        <w:t>سوچنے کا عمل کا مطلب کیا ہے؟ آپ کتاب خدا کو پڑھیں اس پر آپ سوچیں۔ آپ فطرت کو دیکھیں اس پر آپ سوچیں۔</w:t>
      </w:r>
    </w:p>
    <w:p>
      <w:r>
        <w:rPr>
          <w:b/>
        </w:rPr>
        <w:t xml:space="preserve">[1:49:56] </w:t>
      </w:r>
      <w:r>
        <w:t>apne tajrube ko dekhen us par aap sochen. pichlay log jo dunya mein aaye aur chle gaye. aur jagah jagah un ke toote poote khandar hain.</w:t>
      </w:r>
    </w:p>
    <w:p>
      <w:pPr>
        <w:jc w:val="right"/>
      </w:pPr>
      <w:r>
        <w:t>اپنے تجربے کو دیکھیں اس پر آپ سوچیں۔ پچھلے لوگ جو دنیا میں آئے اور چلے گئے۔ اور جگہ جگہ ان کے ٹوٹے پھوٹے کھڈر ہیں۔</w:t>
      </w:r>
    </w:p>
    <w:p>
      <w:r>
        <w:rPr>
          <w:b/>
        </w:rPr>
        <w:t xml:space="preserve">[1:50:05] </w:t>
      </w:r>
      <w:r>
        <w:t>un ko dekhen is par sochen. yeh hai sacha contemplation. jaise nai dilli ki yeh dunya jo bani jab jis mein rashtrapati bhawan hai aur sari cheezen hain parliament house waghera.</w:t>
      </w:r>
    </w:p>
    <w:p>
      <w:pPr>
        <w:jc w:val="right"/>
      </w:pPr>
      <w:r>
        <w:t>ان کو دیکھیں اس پر سوچیں۔ یہ ہے سچا کنٹمپلیشن۔ جیسے نئی دہلی کی یہ دنیا جو بنی جب جس میں راشپتی بھون ہے اور ساری چیزیں ہیں پارلیمنٹ ہاؤس وغیرہ۔</w:t>
      </w:r>
    </w:p>
    <w:p>
      <w:r>
        <w:rPr>
          <w:b/>
        </w:rPr>
        <w:t xml:space="preserve">[1:50:19] </w:t>
      </w:r>
      <w:r>
        <w:t>is zamane mein yeh sab se zyada khoobsurat ilaqa tha poore zameen ka. poore zameen mein.</w:t>
      </w:r>
    </w:p>
    <w:p>
      <w:pPr>
        <w:jc w:val="right"/>
      </w:pPr>
      <w:r>
        <w:t>اس زمانے میں یہ سب سے زیادہ خوبصورت علاقہ تھا پورے زمین کا۔ پورے زمین میں۔</w:t>
      </w:r>
    </w:p>
    <w:p>
      <w:r>
        <w:rPr>
          <w:b/>
        </w:rPr>
        <w:t xml:space="preserve">[1:50:27] </w:t>
      </w:r>
      <w:r>
        <w:t>yani yeh jo sayara hamara hai itna khoobsurat ilaqa kahin nahin bana tha is zamane mein. yeh pehli عالمی jang ke baad ghaliban banaya gaya tha woh.</w:t>
      </w:r>
    </w:p>
    <w:p>
      <w:pPr>
        <w:jc w:val="right"/>
      </w:pPr>
      <w:r>
        <w:t>یعنی یہ جو سیارہ ہمارا ہے اتنا خوبصورت علاقہ کہیں نہیں بنا تھا اس زمانے میں۔ یہ پہلی عالمی جنگ کے بعد غالباً بنایا گیا تھا وہ۔</w:t>
      </w:r>
    </w:p>
    <w:p>
      <w:r>
        <w:rPr>
          <w:b/>
        </w:rPr>
        <w:t xml:space="preserve">[1:50:41] </w:t>
      </w:r>
      <w:r>
        <w:t>to is zamane mein France ka aik aik leader aaya tha yahan par. India. to us ne dekha jab us ko.</w:t>
      </w:r>
    </w:p>
    <w:p>
      <w:pPr>
        <w:jc w:val="right"/>
      </w:pPr>
      <w:r>
        <w:t>تو اس زمانے میں فرانس کا ایک ایک لیڈر آیا تھا یہاں پر۔ انڈیا۔ تو اس نے دیکھا جب اس کو۔</w:t>
      </w:r>
    </w:p>
    <w:p>
      <w:r>
        <w:rPr>
          <w:b/>
        </w:rPr>
        <w:t xml:space="preserve">[1:50:52] </w:t>
      </w:r>
      <w:r>
        <w:t>to us ko dekh kar us ne kaha tha ke what a magnificent world they built to live.</w:t>
      </w:r>
    </w:p>
    <w:p>
      <w:pPr>
        <w:jc w:val="right"/>
      </w:pPr>
      <w:r>
        <w:t>تو اس کو دیکھ کر اس نے کہا تھا کہ واٹ اے میگنیفیسٹنٹ ورلڈ دے بلٹ ٹو لیو۔</w:t>
      </w:r>
    </w:p>
    <w:p>
      <w:r>
        <w:rPr>
          <w:b/>
        </w:rPr>
        <w:t xml:space="preserve">[1:51:02] </w:t>
      </w:r>
      <w:r>
        <w:t>what a magnificent world they built to live. kya shandar dunya banai hai unhon ne sirf is liye ke aik din us ko chhod den woh. kyunke woh janta tha ke jamhooriyat aa chuki hai.</w:t>
      </w:r>
    </w:p>
    <w:p>
      <w:pPr>
        <w:jc w:val="right"/>
      </w:pPr>
      <w:r>
        <w:t>واٹ اے میگنیفیسٹنٹ ورلڈ دے بلٹ ٹو لیو۔ کیا شاندار دنیا بنائی ہے انہوں نے صرف اس لیے کہ ایک دن اس کو چھوڑ دیں وہ۔ کیونکہ وہ جانتا تھا کہ جمہوریت آ چکی ہے۔</w:t>
      </w:r>
    </w:p>
    <w:p>
      <w:r>
        <w:rPr>
          <w:b/>
        </w:rPr>
        <w:t xml:space="preserve">[1:51:14] </w:t>
      </w:r>
      <w:r>
        <w:t>khudmukhtari ka tasawwur aa chuka hai. national movement har jagah chal rahi hai. to angrezon ko jana parega yahan se. yeh sochna.</w:t>
      </w:r>
    </w:p>
    <w:p>
      <w:pPr>
        <w:jc w:val="right"/>
      </w:pPr>
      <w:r>
        <w:t>خودمختاری کا تصور آ چکا ہے۔ نیشنل موومنٹ ہر جگہ چل رہی ہے۔ تو انگریزوں کو جانا پڑے گا یہاں سے۔ یہ سوچنا۔</w:t>
      </w:r>
    </w:p>
    <w:p>
      <w:r>
        <w:rPr>
          <w:b/>
        </w:rPr>
        <w:t xml:space="preserve">[1:51:25] </w:t>
      </w:r>
      <w:r>
        <w:t>yeh sochne ka amal. woh soch kar ke is aadmi ne is ki besifati ko jana.</w:t>
      </w:r>
    </w:p>
    <w:p>
      <w:pPr>
        <w:jc w:val="right"/>
      </w:pPr>
      <w:r>
        <w:t>یہ سوچنے کا عمل۔ وہ سوچ کر کے اس آدمی نے اس کی بے صفاتی کو جانا۔</w:t>
      </w:r>
    </w:p>
    <w:p>
      <w:r>
        <w:rPr>
          <w:b/>
        </w:rPr>
        <w:t xml:space="preserve">[1:51:35] </w:t>
      </w:r>
      <w:r>
        <w:t>ke kya hai yeh banana. jis ko aap bohat thode dinon mein chhodna pare us ko. yeh bhi aik roohaniyat thi jo is aadmi ne aisa kaha.</w:t>
      </w:r>
    </w:p>
    <w:p>
      <w:pPr>
        <w:jc w:val="right"/>
      </w:pPr>
      <w:r>
        <w:t>کہ کیا ہے یہ بنانا۔ جس کو آپ بہت تھوڑے دنوں میں چھوڑنا پڑے اس کو۔ یہ بھی ایک روحانیت تھی جو اس آدمی نے ایسا کہا۔</w:t>
      </w:r>
    </w:p>
    <w:p>
      <w:r>
        <w:rPr>
          <w:b/>
        </w:rPr>
        <w:t xml:space="preserve">[1:51:46] </w:t>
      </w:r>
      <w:r>
        <w:t>to sochne ka jo amal hai yeh sochne ka amal jo hai is se jo aap ko khorak milti hai jo us ko khana milta hai isi ka naam hai roohaniyat.</w:t>
      </w:r>
    </w:p>
    <w:p>
      <w:pPr>
        <w:jc w:val="right"/>
      </w:pPr>
      <w:r>
        <w:t>تو سوچنے کا جو عمل ہے یہ سوچنے کا عمل جو ہے اس سے جو آپ کو خوراک ملتی ہے جو اس کو کھانا ملتا ہے اسی کا نام ہے روحانیت۔</w:t>
      </w:r>
    </w:p>
    <w:p>
      <w:r>
        <w:rPr>
          <w:b/>
        </w:rPr>
        <w:t xml:space="preserve">[1:51:58] </w:t>
      </w:r>
      <w:r>
        <w:t>yeh sawal hai from navdeep. can peace be hasil ki jaye justice? hmm</w:t>
      </w:r>
    </w:p>
    <w:p>
      <w:pPr>
        <w:jc w:val="right"/>
      </w:pPr>
      <w:r>
        <w:t>یہ سوال ہے فروم نویدیپ۔ کین پیس بی حاصل کی جائے جسٹس؟ ہمم</w:t>
      </w:r>
    </w:p>
    <w:p>
      <w:r>
        <w:rPr>
          <w:b/>
        </w:rPr>
        <w:t xml:space="preserve">[1:52:05] </w:t>
      </w:r>
      <w:r>
        <w:t>kya can peace be hasil ki jaye justice?</w:t>
      </w:r>
    </w:p>
    <w:p>
      <w:pPr>
        <w:jc w:val="right"/>
      </w:pPr>
      <w:r>
        <w:t>کیا کین پیس بی حاصل کی جائے جسٹس؟</w:t>
      </w:r>
    </w:p>
    <w:p>
      <w:r>
        <w:rPr>
          <w:b/>
        </w:rPr>
        <w:t xml:space="preserve">[1:52:11] </w:t>
      </w:r>
      <w:r>
        <w:t>dekhiye yeh bohat bara uljhan hai jo poori tareekh mein raha hai. aur aaj bhi hai. main Arab gaya to main ne un logon se poocha ke aap ladai kyun kar rahe hain bhai?</w:t>
      </w:r>
    </w:p>
    <w:p>
      <w:pPr>
        <w:jc w:val="right"/>
      </w:pPr>
      <w:r>
        <w:t>دیکھیے یہ بہت بڑا الجھن ہے جو پوری تاریخ میں رہا ہے۔ اور آج بھی ہے۔ میں عرب گیا تو میں نے ان لوگوں سے پوچھا کہ آپ لڑائی کیوں کر رہے ہیں بھئی؟</w:t>
      </w:r>
    </w:p>
    <w:p>
      <w:r>
        <w:rPr>
          <w:b/>
        </w:rPr>
        <w:t xml:space="preserve">[1:52:24] </w:t>
      </w:r>
      <w:r>
        <w:t>kis kis aman tareeqe se kyun nahin rehte? to unhon ne kaha ke hum peace chahte hain jaise sab log chahte hain hum bhi peace chahte hain.</w:t>
      </w:r>
    </w:p>
    <w:p>
      <w:pPr>
        <w:jc w:val="right"/>
      </w:pPr>
      <w:r>
        <w:t>کس کس امن طریقے سے کیوں نہیں رہتے؟ تو انہوں نے کہا کہ ہم پیس چاہتے ہیں جیسے سب لوگ چاہتے ہیں ہم بھی پیس چاہتے ہیں۔</w:t>
      </w:r>
    </w:p>
    <w:p>
      <w:r>
        <w:rPr>
          <w:b/>
        </w:rPr>
        <w:t xml:space="preserve">[1:52:34] </w:t>
      </w:r>
      <w:r>
        <w:t>koi hum woh nahin hain. koi animal nahin hai ke hum peace na chahen. lekin hum peace with justice chahte hain.</w:t>
      </w:r>
    </w:p>
    <w:p>
      <w:pPr>
        <w:jc w:val="right"/>
      </w:pPr>
      <w:r>
        <w:t>کوئی ہم وہ نہیں ہیں۔ کوئی انیمل نہیں ہے کہ ہم پیس نہ چاہیں۔ لیکن ہم پیس ود جسٹس چاہتے ہیں۔</w:t>
      </w:r>
    </w:p>
    <w:p>
      <w:r>
        <w:rPr>
          <w:b/>
        </w:rPr>
        <w:t xml:space="preserve">[1:52:43] </w:t>
      </w:r>
      <w:r>
        <w:t>jis ko woh log kehte hain as-salam ma'al-adil. as-salam ma'al-adil yani peace with justice.</w:t>
      </w:r>
    </w:p>
    <w:p>
      <w:pPr>
        <w:jc w:val="right"/>
      </w:pPr>
      <w:r>
        <w:t>جس کو وہ لوگ کہتے ہیں السلام مع العادل۔ السلام مع العادل یعنی پیس ود جسٹس۔</w:t>
      </w:r>
    </w:p>
    <w:p>
      <w:r>
        <w:rPr>
          <w:b/>
        </w:rPr>
        <w:t xml:space="preserve">[1:52:54] </w:t>
      </w:r>
      <w:r>
        <w:t>dekhiye yeh bohat bara dhoka hai is mein poori tareekh mein log mubtala rahe hain. poori poori tareekh mein. woh samajhte hain ke jis peace mein justice na ho woh peace hi nahin hai.</w:t>
      </w:r>
    </w:p>
    <w:p>
      <w:pPr>
        <w:jc w:val="right"/>
      </w:pPr>
      <w:r>
        <w:t>دیکھیے یہ بہت بڑا دھوکہ ہے اس میں پوری تاریخ میں لوگ مبتلا رہے ہیں۔ پوری پوری تاریخ میں۔ وہ سمجھتے ہیں کہ جس پیس میں جسٹس نہ ہو وہ پیس ہی نہیں ہے۔</w:t>
      </w:r>
    </w:p>
    <w:p>
      <w:r>
        <w:rPr>
          <w:b/>
        </w:rPr>
        <w:t xml:space="preserve">[1:53:09] </w:t>
      </w:r>
      <w:r>
        <w:t>to pehle yani jo tashaddud kar raha hai chahte hain ke us ko pehle yani is par tayyar karen ke woh justice de hum ko.</w:t>
      </w:r>
    </w:p>
    <w:p>
      <w:pPr>
        <w:jc w:val="right"/>
      </w:pPr>
      <w:r>
        <w:t>تو پہلے یعنی جو تشدد کر رہا ہے چاہتے ہیں کہ اس کو پہلے یعنی اس پر تیار کریں کہ وہ جسٹس دے ہم کو۔</w:t>
      </w:r>
    </w:p>
    <w:p>
      <w:r>
        <w:rPr>
          <w:b/>
        </w:rPr>
        <w:t xml:space="preserve">[1:53:21] </w:t>
      </w:r>
      <w:r>
        <w:t>jaise Palestine mein woh chahte hain ke hamein justice do to hum bomb marna band karenge. justice do hum ko.</w:t>
      </w:r>
    </w:p>
    <w:p>
      <w:pPr>
        <w:jc w:val="right"/>
      </w:pPr>
      <w:r>
        <w:t>جیسے فلسطین میں وہ چاہتے ہیں کہ ہمیں جسٹس دو تو ہم بم مارنا بند کریں گے۔ جسٹس دو ہم کو۔</w:t>
      </w:r>
    </w:p>
    <w:p>
      <w:r>
        <w:rPr>
          <w:b/>
        </w:rPr>
        <w:t xml:space="preserve">[1:53:30] </w:t>
      </w:r>
      <w:r>
        <w:t>main samajhta hoon ke yeh bohat bari fallacy hai. dekhiye justice peace ke sath nahin aati. justice is not part of peace.</w:t>
      </w:r>
    </w:p>
    <w:p>
      <w:pPr>
        <w:jc w:val="right"/>
      </w:pPr>
      <w:r>
        <w:t>میں سمجھتا ہوں کہ یہ بہت بڑی فلیسی ہے۔ دیکھیے جسٹس پیس کے ساتھ نہیں آتی۔ جسٹس از ناٹ پارٹ آف پیس۔</w:t>
      </w:r>
    </w:p>
    <w:p>
      <w:r>
        <w:rPr>
          <w:b/>
        </w:rPr>
        <w:t xml:space="preserve">[1:53:41] </w:t>
      </w:r>
      <w:r>
        <w:t>yeh bohat bari fallacy mein pade hue hain log. justice is not part of peace.</w:t>
      </w:r>
    </w:p>
    <w:p>
      <w:pPr>
        <w:jc w:val="right"/>
      </w:pPr>
      <w:r>
        <w:t>یہ بہت بڑی فلیسی میں پڑے ہوئے ہیں لوگ۔ جسٹس از ناٹ پارٹ آف پیس۔</w:t>
      </w:r>
    </w:p>
    <w:p>
      <w:r>
        <w:rPr>
          <w:b/>
        </w:rPr>
        <w:t xml:space="preserve">[1:53:49] </w:t>
      </w:r>
      <w:r>
        <w:t>justice is result of your own struggle.</w:t>
      </w:r>
    </w:p>
    <w:p>
      <w:pPr>
        <w:jc w:val="right"/>
      </w:pPr>
      <w:r>
        <w:t>جسٹس از رزلٹ آف یور اون سٹرگل۔</w:t>
      </w:r>
    </w:p>
    <w:p>
      <w:r>
        <w:rPr>
          <w:b/>
        </w:rPr>
        <w:t xml:space="preserve">[1:53:57] </w:t>
      </w:r>
      <w:r>
        <w:t>pehley aap peace hasil karte hain. to peace jab le lete hain aap to kya hota hai justice nahin milti aap ko.</w:t>
      </w:r>
    </w:p>
    <w:p>
      <w:pPr>
        <w:jc w:val="right"/>
      </w:pPr>
      <w:r>
        <w:t>پہلے آپ پیس حاصل کرتے ہیں۔ تو پیس جب لے لیتے ہیں آپ تو کیا ہوتا ہے جسٹس نہیں ملتی آپ کو۔</w:t>
      </w:r>
    </w:p>
    <w:p>
      <w:r>
        <w:rPr>
          <w:b/>
        </w:rPr>
        <w:t xml:space="preserve">[1:54:06] </w:t>
      </w:r>
      <w:r>
        <w:t>kuchh mawaqe khulte hain. in mawaqe ko istemal karte hain aap tab aap ko milta hai justice. jaise Japan ne second world war ke baad America se peace kar liya.</w:t>
      </w:r>
    </w:p>
    <w:p>
      <w:pPr>
        <w:jc w:val="right"/>
      </w:pPr>
      <w:r>
        <w:t>کچھ مواقع کھلتے ہیں۔ ان مواقع کو استعمال کرتے ہیں آپ تب آپ کو ملتا ہے جسٹس۔ جیسے جاپان نے سیکنڈ ورلڈ وار کے بعد امریکہ سے پیس کر لیا۔</w:t>
      </w:r>
    </w:p>
    <w:p>
      <w:r>
        <w:rPr>
          <w:b/>
        </w:rPr>
        <w:t xml:space="preserve">[1:54:23] </w:t>
      </w:r>
      <w:r>
        <w:t>aap jante hain ke dono at war thay. America aur Japan at war thay dono. lekin second world war jab khatam hui to Japan ne us se peace ka muahida kar liya.</w:t>
      </w:r>
    </w:p>
    <w:p>
      <w:pPr>
        <w:jc w:val="right"/>
      </w:pPr>
      <w:r>
        <w:t>آپ جانتے ہیں کہ دونوں ایٹ وار تھے۔ امریکہ اور جاپان ایٹ وار تھے دونوں۔ لیکن سیکنڈ ورلڈ وار جب ختم ہوئی تو جاپان نے اس سے پیس کا معاہدہ کر لیا۔</w:t>
      </w:r>
    </w:p>
    <w:p>
      <w:r>
        <w:rPr>
          <w:b/>
        </w:rPr>
        <w:t xml:space="preserve">[1:54:36] </w:t>
      </w:r>
      <w:r>
        <w:t>to kiya hua yani badla nahin liya unhon ne. unhon ne atom bomb giraye thay. to japan ne is se badla nahin liya.</w:t>
      </w:r>
    </w:p>
    <w:p>
      <w:pPr>
        <w:jc w:val="right"/>
      </w:pPr>
      <w:r>
        <w:t>تو کیا ہوا یعنی بدلہ نہیں لیا انہوں نے۔ انہوں نے ایٹم بم گرائے تھے۔ تو جاپان نے اس سے بدلہ نہیں لیا۔</w:t>
      </w:r>
    </w:p>
    <w:p>
      <w:r>
        <w:rPr>
          <w:b/>
        </w:rPr>
        <w:t xml:space="preserve">[1:54:45] </w:t>
      </w:r>
      <w:r>
        <w:t>peace kar liya. to peace se kiya hua? mawaqe khul gaye japan ke liye. mawaqe kiya ke apne bachon ko parhain.</w:t>
      </w:r>
    </w:p>
    <w:p>
      <w:pPr>
        <w:jc w:val="right"/>
      </w:pPr>
      <w:r>
        <w:t>پیس کر لیا۔ تو پیس سے کیا ہوا؟ مواقع کھل گئے جاپان کے لیے۔ مواقع کیا کہ اپنے بچوں کو پڑھائیں۔</w:t>
      </w:r>
    </w:p>
    <w:p>
      <w:r>
        <w:rPr>
          <w:b/>
        </w:rPr>
        <w:t xml:space="preserve">[1:54:57] </w:t>
      </w:r>
      <w:r>
        <w:t>apne idaron ko munazzam karain. apne shaharoon ki mansooba bandi karain. apne haan sanatein lagain.</w:t>
      </w:r>
    </w:p>
    <w:p>
      <w:pPr>
        <w:jc w:val="right"/>
      </w:pPr>
      <w:r>
        <w:t>اپنے اداروں کو منظم کریں۔ اپنے شہروں کی منصوبہ بندی کریں۔ اپنے ہاں صنعتیں لگائیں۔</w:t>
      </w:r>
    </w:p>
    <w:p>
      <w:r>
        <w:rPr>
          <w:b/>
        </w:rPr>
        <w:t xml:space="preserve">[1:55:07] </w:t>
      </w:r>
      <w:r>
        <w:t>apne karobar ko chalain. yeh sab mawaqe mil gaye un ko. un mawaqe ko istemal kiya unhon ne. tees saal tak.</w:t>
      </w:r>
    </w:p>
    <w:p>
      <w:pPr>
        <w:jc w:val="right"/>
      </w:pPr>
      <w:r>
        <w:t>اپنے کاروبار کو چلائیں۔ یہ سب مواقع مل گئے ان کو۔ ان مواقع کو استعمال کیا انہوں نے۔ تیس سال تک۔</w:t>
      </w:r>
    </w:p>
    <w:p>
      <w:r>
        <w:rPr>
          <w:b/>
        </w:rPr>
        <w:t xml:space="preserve">[1:55:17] </w:t>
      </w:r>
      <w:r>
        <w:t>is ke baad kiya hua ke japan yani maashi super power ban gaya. to peace feesad feesad ka peace liya unhon ne.</w:t>
      </w:r>
    </w:p>
    <w:p>
      <w:pPr>
        <w:jc w:val="right"/>
      </w:pPr>
      <w:r>
        <w:t>اس کے بعد کیا ہوا کہ جاپان یعنی معاشی سپر پاور بن گیا۔ تو پیس فیصد فیصد کا پیس لیا انہوں نے۔</w:t>
      </w:r>
    </w:p>
    <w:p>
      <w:r>
        <w:rPr>
          <w:b/>
        </w:rPr>
        <w:t xml:space="preserve">[1:55:32] </w:t>
      </w:r>
      <w:r>
        <w:t>peace feesad ka justice nahin. yeh namumkin hai. to log samajhte hain ke peace feesad ka justice yeh nahin. peace feesad ka peace.</w:t>
      </w:r>
    </w:p>
    <w:p>
      <w:pPr>
        <w:jc w:val="right"/>
      </w:pPr>
      <w:r>
        <w:t>پیس فیصد کا جسٹس نہیں۔ یہ ناممکن ہے۔ تو لوگ سمجھتے ہیں کہ پیس فیصد کا جسٹس یہ نہیں۔ پیس فیصد کا پیس۔</w:t>
      </w:r>
    </w:p>
    <w:p>
      <w:r>
        <w:rPr>
          <w:b/>
        </w:rPr>
        <w:t xml:space="preserve">[1:55:43] </w:t>
      </w:r>
      <w:r>
        <w:t>to peace le lo. markaat band ho. is ke baad khud qanoon fitrat kehta hai ke zaroor mawaqe khulain ge.</w:t>
      </w:r>
    </w:p>
    <w:p>
      <w:pPr>
        <w:jc w:val="right"/>
      </w:pPr>
      <w:r>
        <w:t>تو پیس لے لو۔ مارکاٹ بند ہو۔ اس کے بعد خود قانون فطرت کہتا ہے کہ ضرور مواقع کھلیں گے۔</w:t>
      </w:r>
    </w:p>
    <w:p>
      <w:r>
        <w:rPr>
          <w:b/>
        </w:rPr>
        <w:t xml:space="preserve">[1:55:56] </w:t>
      </w:r>
      <w:r>
        <w:t>where there are peace where there are mawaqe yeh qanoon fitrat hai. yeh qanoon fitrat hai ke where there are peace where there are mawaqe.</w:t>
      </w:r>
    </w:p>
    <w:p>
      <w:pPr>
        <w:jc w:val="right"/>
      </w:pPr>
      <w:r>
        <w:t>ویر دیر آر پیس دیر آر مواقع یہ قانون فطرت ہے۔ یہ قانون فطرت ہے کہ ویر دیر آر پیس دیر آر مواقع۔</w:t>
      </w:r>
    </w:p>
    <w:p>
      <w:r>
        <w:rPr>
          <w:b/>
        </w:rPr>
        <w:t xml:space="preserve">[1:56:06] </w:t>
      </w:r>
      <w:r>
        <w:t>to aap peace pehle qaim kijiye. aur is ke baad jo mawaqe khulte hain un mawaqe ko istemal kijiye.</w:t>
      </w:r>
    </w:p>
    <w:p>
      <w:pPr>
        <w:jc w:val="right"/>
      </w:pPr>
      <w:r>
        <w:t>تو آپ پیس پہلے قائم کیجیے۔ اور اس کے بعد جو مواقع کھلتے ہیں ان مواقع کو استعمال کیجیے۔</w:t>
      </w:r>
    </w:p>
    <w:p>
      <w:r>
        <w:rPr>
          <w:b/>
        </w:rPr>
        <w:t xml:space="preserve">[1:56:15] </w:t>
      </w:r>
      <w:r>
        <w:t>aur phir kiya hoga nateeja ke aap ko justice mil jaye ga. aap ko haq mil jaye ga. woh sab kuch mil jaye ga jis ko aap chahte hain. yeh hai sahi amal.</w:t>
      </w:r>
    </w:p>
    <w:p>
      <w:pPr>
        <w:jc w:val="right"/>
      </w:pPr>
      <w:r>
        <w:t>اور پھر کیا ہوگا نتیجہ کہ آپ کو جسٹس مل جائے گا۔ آپ کو حق مل جائے گا۔ وہ سب کچھ مل جائے گا جس کو آپ چاہتے ہیں۔ یہ ہے صحیح عمل۔</w:t>
      </w:r>
    </w:p>
    <w:p>
      <w:r>
        <w:rPr>
          <w:b/>
        </w:rPr>
        <w:t xml:space="preserve">[1:56:27] </w:t>
      </w:r>
      <w:r>
        <w:t>yeh sawal hai from aisha. how should we bring forward the true face of islam to a non muslim?</w:t>
      </w:r>
    </w:p>
    <w:p>
      <w:pPr>
        <w:jc w:val="right"/>
      </w:pPr>
      <w:r>
        <w:t>یہ سوال ہے فروم عائشہ۔ ہاؤ شوڈ وی برنگ فارورڈ دا ٹرو فیس آف اسلام ٹو اے نان مسلم؟</w:t>
      </w:r>
    </w:p>
    <w:p>
      <w:r>
        <w:rPr>
          <w:b/>
        </w:rPr>
        <w:t xml:space="preserve">[1:56:41] </w:t>
      </w:r>
      <w:r>
        <w:t>hamari literature parhaiye. do sau kitabein hain woh isi liye hain. un ko parhaiye.</w:t>
      </w:r>
    </w:p>
    <w:p>
      <w:pPr>
        <w:jc w:val="right"/>
      </w:pPr>
      <w:r>
        <w:t>ہماری لٹریچر پڑھائیے۔ دو سو کتابیں ہیں وہ اسی لیے ہیں۔ ان کو پڑھائیے۔</w:t>
      </w:r>
    </w:p>
    <w:p>
      <w:r>
        <w:rPr>
          <w:b/>
        </w:rPr>
        <w:t xml:space="preserve">[1:56:51] </w:t>
      </w:r>
      <w:r>
        <w:t>ab the jargon parhane laga hai logon se kahiye ke is ko dekhein. brochure bohat sare chhape gaye hain un ko phailaiye.</w:t>
      </w:r>
    </w:p>
    <w:p>
      <w:pPr>
        <w:jc w:val="right"/>
      </w:pPr>
      <w:r>
        <w:t>اب ذی جاگرن پڑھانے لگا ہے لوگوں سے کہیے کہ اس کو دیکھیں۔ بروشر بہت سارے چھاپے گئے ہیں ان کو پھیلائیے۔</w:t>
      </w:r>
    </w:p>
    <w:p>
      <w:r>
        <w:rPr>
          <w:b/>
        </w:rPr>
        <w:t xml:space="preserve">[1:57:01] </w:t>
      </w:r>
      <w:r>
        <w:t>aur jahan aap ko moqa mila aap khud hi baat kijiye. matlab un se interaction karna. un ka valuation banna.</w:t>
      </w:r>
    </w:p>
    <w:p>
      <w:pPr>
        <w:jc w:val="right"/>
      </w:pPr>
      <w:r>
        <w:t>اور جہاں آپ کو موقع ملا آپ خود ہی بات کیجیے۔ مطلب ان سے انٹریکشن کرنا۔ ان کا ویلیوئیشن بننا۔</w:t>
      </w:r>
    </w:p>
    <w:p>
      <w:r>
        <w:rPr>
          <w:b/>
        </w:rPr>
        <w:t xml:space="preserve">[1:57:11] </w:t>
      </w:r>
      <w:r>
        <w:t>un ke liye dua karna. un ko literature dena. un ko kehna ke aap tv par dekhiye hamara program.</w:t>
      </w:r>
    </w:p>
    <w:p>
      <w:pPr>
        <w:jc w:val="right"/>
      </w:pPr>
      <w:r>
        <w:t>ان کے لیے دعا کرنا۔ ان کو لٹریچر دینا۔ ان کو کہنا کہ آپ ٹی وی پر دیکھیے ہمارا پروگرام۔</w:t>
      </w:r>
    </w:p>
    <w:p>
      <w:r>
        <w:rPr>
          <w:b/>
        </w:rPr>
        <w:t xml:space="preserve">[1:57:20] </w:t>
      </w:r>
      <w:r>
        <w:t>to yahi sab hai. bilkul seedha saada program hai. is mein koi yani banawati baat nahin hai.</w:t>
      </w:r>
    </w:p>
    <w:p>
      <w:pPr>
        <w:jc w:val="right"/>
      </w:pPr>
      <w:r>
        <w:t>تو یہی سب ہے۔ بالکل سیدھا سادہ پروگرام ہے۔ اس میں کوئی یعنی بناوٹی بات نہیں ہے۔</w:t>
      </w:r>
    </w:p>
    <w:p>
      <w:r>
        <w:rPr>
          <w:b/>
        </w:rPr>
        <w:t xml:space="preserve">[1:57:33] </w:t>
      </w:r>
      <w:r>
        <w:t>pehlay hi dekhiye aik baat yeh sun lijiye ke kai log hamesha is option mein rehte hain ke mujhe woh chahte hain ke sari duniya ko ikatha address karain.</w:t>
      </w:r>
    </w:p>
    <w:p>
      <w:pPr>
        <w:jc w:val="right"/>
      </w:pPr>
      <w:r>
        <w:t>پہلے ہی دیکھیے ایک بات یہ سن لیجیے کہ کئی لوگ ہمیشہ اس آپشن میں رہتے ہیں کہ مجھے وہ چاہتے ہیں کہ ساری دنیا کو اکٹھا ایڈریس کریں۔</w:t>
      </w:r>
    </w:p>
    <w:p>
      <w:r>
        <w:rPr>
          <w:b/>
        </w:rPr>
        <w:t xml:space="preserve">[1:57:46] </w:t>
      </w:r>
      <w:r>
        <w:t>to woh to mumkin nahin hai. jo mumkin hai us ko janiye. is is mumkin jo mumkinat hain us ko istemal kijiye.</w:t>
      </w:r>
    </w:p>
    <w:p>
      <w:pPr>
        <w:jc w:val="right"/>
      </w:pPr>
      <w:r>
        <w:t>تو وہ تو ممکن نہیں ہے۔ جو ممکن ہے اس کو جانیے۔ اس اس ممکن جو ممکنات ہیں اس کو استعمال کیجیے۔</w:t>
      </w:r>
    </w:p>
    <w:p>
      <w:r>
        <w:rPr>
          <w:b/>
        </w:rPr>
        <w:t xml:space="preserve">[1:57:58] </w:t>
      </w:r>
      <w:r>
        <w:t>jaisa ke aap apne doosre kamon mein karte hain. wahi kaam aap da'wah work mein kijiye. to bas da'wah kaam hone lage ga.</w:t>
      </w:r>
    </w:p>
    <w:p>
      <w:pPr>
        <w:jc w:val="right"/>
      </w:pPr>
      <w:r>
        <w:t>جیسا کہ آپ اپنے دوسرے کاموں میں کرتے ہیں۔ وہی کام آپ داؤ ورک میں کیجیے۔ تو بس دعوت کام ہونے لگے گا۔</w:t>
      </w:r>
    </w:p>
    <w:p>
      <w:r>
        <w:rPr>
          <w:b/>
        </w:rPr>
        <w:t xml:space="preserve">[1:58:10] </w:t>
      </w:r>
      <w:r>
        <w:t>yeh sawal hai from naghma. how can we prove the existence of khuda?</w:t>
      </w:r>
    </w:p>
    <w:p>
      <w:pPr>
        <w:jc w:val="right"/>
      </w:pPr>
      <w:r>
        <w:t>یہ سوال ہے فروم نغمہ۔ ہاؤ کین وی پروف دی ایگزسٹنس آف خدا؟</w:t>
      </w:r>
    </w:p>
    <w:p>
      <w:r>
        <w:rPr>
          <w:b/>
        </w:rPr>
        <w:t xml:space="preserve">[1:58:24] </w:t>
      </w:r>
      <w:r>
        <w:t>dekhiye reasoning ke do tareeqe hain. reasoning ka aik tareeqa yeh hai jis ko hum kehte hain direct argument.</w:t>
      </w:r>
    </w:p>
    <w:p>
      <w:pPr>
        <w:jc w:val="right"/>
      </w:pPr>
      <w:r>
        <w:t>دیکھیے ریزننگ کے دو طریقے ہیں۔ ریزننگ کا ایک طریقہ یہ ہے جس کو ہم کہتے ہیں ڈائریکٹ آرگیومنٹ۔</w:t>
      </w:r>
    </w:p>
    <w:p>
      <w:r>
        <w:rPr>
          <w:b/>
        </w:rPr>
        <w:t xml:space="preserve">[1:58:36] </w:t>
      </w:r>
      <w:r>
        <w:t>jaise suraj nikla hua hai is ko dekhein aap. to aap kahain ge bhai dekho yeh suraj nikla hua hai. yani direct argument jo hai woh hai based on observation.</w:t>
      </w:r>
    </w:p>
    <w:p>
      <w:pPr>
        <w:jc w:val="right"/>
      </w:pPr>
      <w:r>
        <w:t>جیسے سورج نکلا ہوا ہے اس کو دیکھیں آپ۔ تو آپ کہیں گے بھئی دیکھو یہ سورج نکلا ہوا ہے۔ یعنی ڈائریکٹ آرگیومنٹ جو ہے وہ ہے بیسڈ آن آبزرویشن۔</w:t>
      </w:r>
    </w:p>
    <w:p>
      <w:r>
        <w:rPr>
          <w:b/>
        </w:rPr>
        <w:t xml:space="preserve">[1:58:49] </w:t>
      </w:r>
      <w:r>
        <w:t>based on experiment. to yeh hai direct argument. lekin duniya mein yani billion mein aik cheez shayad aisi ho jis tareeqay jo is tareeqay se prove kiya sakay.</w:t>
      </w:r>
    </w:p>
    <w:p>
      <w:pPr>
        <w:jc w:val="right"/>
      </w:pPr>
      <w:r>
        <w:t>بیسڈ آن ایکسپیریمنٹ۔ تو یہ ہے ڈائریکٹ آرگیومنٹ۔ لیکن دنیا میں یعنی بلین میں ایک چیز شاید ایسی ہو جس طریقے جو اس طریقے سے پروف کیا سکے۔</w:t>
      </w:r>
    </w:p>
    <w:p>
      <w:r>
        <w:rPr>
          <w:b/>
        </w:rPr>
        <w:t xml:space="preserve">[1:59:06] </w:t>
      </w:r>
      <w:r>
        <w:t>baqi sari cheezein jo hain woh hain jin par direct argument mumkin nahin hota. to wahan par kiya hai inferential argument.</w:t>
      </w:r>
    </w:p>
    <w:p>
      <w:pPr>
        <w:jc w:val="right"/>
      </w:pPr>
      <w:r>
        <w:t>باقی ساری چیزیں جو ہیں وہ ہیں جن پر ڈائریکٹ آرگیومنٹ ممکن نہیں ہوتا۔ تو وہاں پر کیا ہے انفرینشل آرگیومنٹ۔</w:t>
      </w:r>
    </w:p>
    <w:p>
      <w:r>
        <w:rPr>
          <w:b/>
        </w:rPr>
        <w:t xml:space="preserve">[1:59:17] </w:t>
      </w:r>
      <w:r>
        <w:t>wahan sirf inferential argument kaam karta hai. jaise ke maine pichli bar kaha tha ke jis ko kehte hain argument from design.</w:t>
      </w:r>
    </w:p>
    <w:p>
      <w:pPr>
        <w:jc w:val="right"/>
      </w:pPr>
      <w:r>
        <w:t>وہاں صرف انفرینشل آرگیومنٹ کام کرتا ہے۔ جیسے کہ میں نے پچھلی بار کہا تھا کہ جس کو کہتے ہیں آرگیومنٹ فرام ڈیزائن۔</w:t>
      </w:r>
    </w:p>
    <w:p>
      <w:r>
        <w:rPr>
          <w:b/>
        </w:rPr>
        <w:t xml:space="preserve">[1:59:28] </w:t>
      </w:r>
      <w:r>
        <w:t>yani veer der az design der az designer. keh is jab hum jab jab study karte hain hum is universe ki.</w:t>
      </w:r>
    </w:p>
    <w:p>
      <w:pPr>
        <w:jc w:val="right"/>
      </w:pPr>
      <w:r>
        <w:t>یعنی ویر دیر از ڈیزائن دیر از ڈیزائنر۔ کہ اس جب ہم جب جب اسٹڈی کرتے ہیں ہم اس یونیورس کی۔</w:t>
      </w:r>
    </w:p>
    <w:p>
      <w:r>
        <w:rPr>
          <w:b/>
        </w:rPr>
        <w:t xml:space="preserve">[1:59:42] </w:t>
      </w:r>
      <w:r>
        <w:t>hamare aas paas jo duniya hai is ki. to hum paate hain keh is ke andar bohat harmony hai.</w:t>
      </w:r>
    </w:p>
    <w:p>
      <w:pPr>
        <w:jc w:val="right"/>
      </w:pPr>
      <w:r>
        <w:t>ہمارے آس پاس جو دنیا ہے اس کی۔ تو ہم پاتے ہیں کہ اس کے اندر بہت ہارمونی ہے۔</w:t>
      </w:r>
    </w:p>
    <w:p>
      <w:r>
        <w:rPr>
          <w:b/>
        </w:rPr>
        <w:t xml:space="preserve">[1:59:50] </w:t>
      </w:r>
      <w:r>
        <w:t>bohat harmony hai bohat peace hai bohat design hai. aik aik cheez bohat maani khez hai.</w:t>
      </w:r>
    </w:p>
    <w:p>
      <w:pPr>
        <w:jc w:val="right"/>
      </w:pPr>
      <w:r>
        <w:t>بہت ہارمونی ہے بہت پیس ہے بہت ڈیزائن ہے۔ ایک ایک چیز بہت معنی خیز ہے۔</w:t>
      </w:r>
    </w:p>
    <w:p>
      <w:r>
        <w:rPr>
          <w:b/>
        </w:rPr>
        <w:t xml:space="preserve">[2:00:00] </w:t>
      </w:r>
      <w:r>
        <w:t>to aisi maani khez duniya baghair aik banane wale ke ban nahi sakti. is ka saboot yeh hai keh koi bhi aisi cheez maujood nahi hai jise insan banata hai cheezein.</w:t>
      </w:r>
    </w:p>
    <w:p>
      <w:pPr>
        <w:jc w:val="right"/>
      </w:pPr>
      <w:r>
        <w:t>تو ایسی معنی خیز دنیا بغیر ایک بنانے والے کے بن نہیں سکتی۔ اس کا ثبوت یہ ہے کہ کوئی بھی ایسی چیز موجود نہیں ہے جسے انسان بناتا ہے چیزیں۔</w:t>
      </w:r>
    </w:p>
    <w:p>
      <w:r>
        <w:rPr>
          <w:b/>
        </w:rPr>
        <w:t xml:space="preserve">[2:00:15] </w:t>
      </w:r>
      <w:r>
        <w:t>aap dekhiye keh is mein kitna zyada kharabi hota hai. thore dino mein kharab ho jata hai. jaise isi haal mein hum pichli baar baithe hue the billay fail ho gayi.</w:t>
      </w:r>
    </w:p>
    <w:p>
      <w:pPr>
        <w:jc w:val="right"/>
      </w:pPr>
      <w:r>
        <w:t>آپ دیکھیے کہ اس میں کتنا زیادہ خرابی ہوتا ہے۔ تھوڑے دنوں میں خراب ہو جاتا ہے۔ جیسے اسی حال میں ہم پچھلی بار بیٹھے ہوئے تھے بلی فیل ہو گئی۔</w:t>
      </w:r>
    </w:p>
    <w:p>
      <w:r>
        <w:rPr>
          <w:b/>
        </w:rPr>
        <w:t xml:space="preserve">[2:00:26] </w:t>
      </w:r>
      <w:r>
        <w:t>to suraj to kabhi fail nahi hota. aap ghor kijiye keh insan electricity ka aik aik aik system banata hai.</w:t>
      </w:r>
    </w:p>
    <w:p>
      <w:pPr>
        <w:jc w:val="right"/>
      </w:pPr>
      <w:r>
        <w:t>تو سورج تو کبھی فیل نہیں ہوتا۔ آپ غور کیجیے کہ انسان الیکٹریسٹی کا ایک ایک ایک سسٹم بناتا ہے۔</w:t>
      </w:r>
    </w:p>
    <w:p>
      <w:r>
        <w:rPr>
          <w:b/>
        </w:rPr>
        <w:t xml:space="preserve">[2:00:38] </w:t>
      </w:r>
      <w:r>
        <w:t>aur fail hoti rehti hai woh. halankeh bohat saare engineer lage hue hain tab bhi. aur aik yeh system hai sun ka.</w:t>
      </w:r>
    </w:p>
    <w:p>
      <w:pPr>
        <w:jc w:val="right"/>
      </w:pPr>
      <w:r>
        <w:t>اور فیل ہوتی رہتی ہے وہ۔ حالانکہ بہت سارے انجینئر لگے ہوئے ہیں تب بھی۔ اور ایک یہ سسٹم ہے سن کا۔</w:t>
      </w:r>
    </w:p>
    <w:p>
      <w:r>
        <w:rPr>
          <w:b/>
        </w:rPr>
        <w:t xml:space="preserve">[2:00:47] </w:t>
      </w:r>
      <w:r>
        <w:t>sun light ka. woh kabhi fail nahi hota. is mein aik super engineer ko agar na maanein to kaise aap explain karenge is ko.</w:t>
      </w:r>
    </w:p>
    <w:p>
      <w:pPr>
        <w:jc w:val="right"/>
      </w:pPr>
      <w:r>
        <w:t>سن لائٹ کا۔ وہ کبھی فیل نہیں ہوتا۔ اس میں ایک سپر انجینئر کو اگر نہ مانیں تو کیسے آپ ایکسپلین کریں گے اس کو۔</w:t>
      </w:r>
    </w:p>
    <w:p>
      <w:r>
        <w:rPr>
          <w:b/>
        </w:rPr>
        <w:t xml:space="preserve">[2:00:57] </w:t>
      </w:r>
      <w:r>
        <w:t>aap engineer ko maante hain tab aap samajh paate hain keh yahan par aik aik power house hai. to aik super engineer maanna padega aap ko tab aap explain kar payenge is duniya ko.</w:t>
      </w:r>
    </w:p>
    <w:p>
      <w:pPr>
        <w:jc w:val="right"/>
      </w:pPr>
      <w:r>
        <w:t>آپ انجینئر کو مانتے ہیں تب آپ سمجھ پاتے ہیں کہ یہاں پر ایک ایک پاور ہاؤس ہے۔ تو ایک سپر انجینئر ماننا پڑے گا آپ کو تب آپ ایکسپلین کر پائیں گے اس دنیا کو۔</w:t>
      </w:r>
    </w:p>
    <w:p>
      <w:r>
        <w:rPr>
          <w:b/>
        </w:rPr>
        <w:t xml:space="preserve">[2:01:12] </w:t>
      </w:r>
      <w:r>
        <w:t>to main aksar kaha karta hoon jo mere liye jo sab se bara argument hai is maamle mein mere apne liye. woh yeh hai mere apne shabdon mein keh Khuda ko maanna ajeeb hai.</w:t>
      </w:r>
    </w:p>
    <w:p>
      <w:pPr>
        <w:jc w:val="right"/>
      </w:pPr>
      <w:r>
        <w:t>تو میں اکثر کہا کرتا ہوں جو میرے لیے جو سب سے بڑا آرگیومنٹ ہے اس معاملے میں میرے اپنے لیے۔ وہ یہ ہے میرے اپنے शब्दوں میں کہ خدا کو ماننا عجیب ہے۔</w:t>
      </w:r>
    </w:p>
    <w:p>
      <w:r>
        <w:rPr>
          <w:b/>
        </w:rPr>
        <w:t xml:space="preserve">[2:01:29] </w:t>
      </w:r>
      <w:r>
        <w:t>ajeeb ka matlab hota hai strange. anokha pan. to sab se zyada jo cheez mujhe tasalli deti hai woh yeh hai main kehta hoon aksar jab main dekhta hoon is darakhton ko aasman ko suraj ko aur chand ko to mere munh se nikal jata hai keh Khuda ko maanna ajeeb hai lekin Khuda ko na maanna is se bhi zyada ajeeb hai.</w:t>
      </w:r>
    </w:p>
    <w:p>
      <w:pPr>
        <w:jc w:val="right"/>
      </w:pPr>
      <w:r>
        <w:t>عجیب کا مطلب ہوتا ہے اسٹرینج۔ انوکھا پن۔ تو سب سے زیادہ جو چیز مجھے تسلی دیتی ہے وہ یہ ہے میں کہتا ہوں اکثر جب میں دیکھتا ہوں اس درختوں کو آسمان کو سورج کو اور چاند کو تو میرے منہ سے نکل جاتا ہے کہ خدا کو ماننا عجیب ہے لیکن خدا کو نہ ماننا اس سے بھی زیادہ عجیب ہے۔</w:t>
      </w:r>
    </w:p>
    <w:p>
      <w:r>
        <w:rPr>
          <w:b/>
        </w:rPr>
        <w:t xml:space="preserve">[2:01:59] </w:t>
      </w:r>
      <w:r>
        <w:t>aksar mere munh se nikal jata hai jab dekhta hoon is yani is wonderful world ko keh Khuda ko maanna ajeeb hai lekin Khuda ko na maanna is se bhi zyada ajeeb hai.</w:t>
      </w:r>
    </w:p>
    <w:p>
      <w:pPr>
        <w:jc w:val="right"/>
      </w:pPr>
      <w:r>
        <w:t>اکثر میرے منہ سے نکل جاتا ہے جب دیکھتا ہوں اس یعنی اس ونڈرفل ورلڈ کو کہ خدا کو ماننا عجیب ہے لیکن خدا کو نہ ماننا اس سے بھی زیادہ عجیب ہے۔</w:t>
      </w:r>
    </w:p>
    <w:p>
      <w:r>
        <w:rPr>
          <w:b/>
        </w:rPr>
        <w:t xml:space="preserve">[2:02:13] </w:t>
      </w:r>
      <w:r>
        <w:t>jab main Khuda ko maanta hoon to main</w:t>
      </w:r>
    </w:p>
    <w:p>
      <w:pPr>
        <w:jc w:val="right"/>
      </w:pPr>
      <w:r>
        <w:t>جب میں خدا کو مانتا ہوں تو میں</w:t>
      </w:r>
    </w:p>
    <w:p>
      <w:r>
        <w:rPr>
          <w:b/>
        </w:rPr>
        <w:t xml:space="preserve">[2:02:19] </w:t>
      </w:r>
      <w:r>
        <w:t>ajeeb tar ke muqable mein ajeeb ka intikhab karta hoon.</w:t>
      </w:r>
    </w:p>
    <w:p>
      <w:pPr>
        <w:jc w:val="right"/>
      </w:pPr>
      <w:r>
        <w:t>عجیب تر کے مقابلے میں عجیب کا انتخاب کرتا ہوں۔</w:t>
      </w:r>
    </w:p>
    <w:p>
      <w:r>
        <w:rPr>
          <w:b/>
        </w:rPr>
        <w:t xml:space="preserve">[2:02:28] </w:t>
      </w:r>
      <w:r>
        <w:t>Khuda ko maanna ajeeb hai lekin Khuda ko na maanna is se bhi zyada ajeeb hai. aur jab main Khuda ko maanta hoon to main ajeeb tar ke muqable mein yani zyada ajeeb ke muqable mein kam ajeeb ka intikhab karta hoon.</w:t>
      </w:r>
    </w:p>
    <w:p>
      <w:pPr>
        <w:jc w:val="right"/>
      </w:pPr>
      <w:r>
        <w:t>خدا کو ماننا عجیب ہے لیکن خدا کو نہ ماننا اس سے بھی زیادہ عجیب ہے۔ اور جب میں خدا کو مانتا ہوں تو میں عجیب تر کے مقابلے میں یعنی زیادہ عجیب کے مقابلے میں کم عجیب کا انتخاب کرتا ہوں۔</w:t>
      </w:r>
    </w:p>
    <w:p>
      <w:r>
        <w:rPr>
          <w:b/>
        </w:rPr>
        <w:t xml:space="preserve">[2:02:51] </w:t>
      </w:r>
      <w:r>
        <w:t>mere apne liye to yeh yeh intehai powerful argument hai aur is ne poori tarah mujhe tasalli diya hai.</w:t>
      </w:r>
    </w:p>
    <w:p>
      <w:pPr>
        <w:jc w:val="right"/>
      </w:pPr>
      <w:r>
        <w:t>میرے اپنے لیے تو یہ یہ انتہائی پاور فل آرگیومنٹ ہے اور اس نے پوری طرح مجھے تسلی دیا ہے۔</w:t>
      </w:r>
    </w:p>
    <w:p>
      <w:r>
        <w:rPr>
          <w:b/>
        </w:rPr>
        <w:t xml:space="preserve">[2:03:00] </w:t>
      </w:r>
      <w:r>
        <w:t>yeh sawal hai from priya. Maulana it is very natural to desire things. how does one adjust his mind to live in contentment when the whole world is measuring you in a different quotient?</w:t>
      </w:r>
    </w:p>
    <w:p>
      <w:pPr>
        <w:jc w:val="right"/>
      </w:pPr>
      <w:r>
        <w:t>یہ سوال ہے فروم پریا۔ مولانا اٹ از ویری نیچرل ٹو ڈیزائر تھنگز۔ ہاؤ ڈز ون ایڈجسٹ ہز مائنڈ ٹو لیو ان کنٹینٹمنٹ وین دی ہول ورلڈ از میژرنگ یو ان ا ڈفرنٹ کوشینٹ؟</w:t>
      </w:r>
    </w:p>
    <w:p>
      <w:r>
        <w:rPr>
          <w:b/>
        </w:rPr>
        <w:t xml:space="preserve">[2:03:19] </w:t>
      </w:r>
      <w:r>
        <w:t>asal mein aap ke andar agar haqeeqat pasandana approach ho to bohat aasani se aap manage kar sakte hain. kyunkeh dekhiye woh saare cases phailay hue hain aap ke charon taraf jo apni desire ke peeche bhage.</w:t>
      </w:r>
    </w:p>
    <w:p>
      <w:pPr>
        <w:jc w:val="right"/>
      </w:pPr>
      <w:r>
        <w:t>اصل میں آپ کے اندر اگر حقیقت پسندانہ اپروچ ہو تو بہت آسانی سے آپ مینج کر سکتے ہیں۔ کیونکہ دیکھیے وہ سارے کیسز پھیلے ہوئے ہیں آپ کے چاروں طرف جو اپنی ڈیزائر کے پیچھے بھاگے۔</w:t>
      </w:r>
    </w:p>
    <w:p>
      <w:r>
        <w:rPr>
          <w:b/>
        </w:rPr>
        <w:t xml:space="preserve">[2:03:38] </w:t>
      </w:r>
      <w:r>
        <w:t>kisi aik ko bhi nahi payenge aap keh us ki desire ne us ko tasalli diya ho. lazzat diya ho. jo cheez di woh sirf hiras.</w:t>
      </w:r>
    </w:p>
    <w:p>
      <w:pPr>
        <w:jc w:val="right"/>
      </w:pPr>
      <w:r>
        <w:t>کسی ایک کو بھی نہیں پائیں گے آپ کہ اس کی ڈیزائر نے اس کو تسلی دیا ہو۔ لذت دیا ہو۔ جو چیز دی وہ صرف حرص۔</w:t>
      </w:r>
    </w:p>
    <w:p>
      <w:r>
        <w:rPr>
          <w:b/>
        </w:rPr>
        <w:t xml:space="preserve">[2:03:47] </w:t>
      </w:r>
      <w:r>
        <w:t>lust. bas aik cheez hai dekhiye lust aik cheez hai tasalli. meri umar itni ho gayi hai main ne bohat logon ko dekha hai keh desire ke peeche daude to aakhir mein kya mila unhein?</w:t>
      </w:r>
    </w:p>
    <w:p>
      <w:pPr>
        <w:jc w:val="right"/>
      </w:pPr>
      <w:r>
        <w:t>لست۔ بس ایک چیز ہے دیکھیے لست ایک چیز ہے تسلی۔ میری عمر اتنی ہو گئی ہے میں نے بہت لوگوں کو دیکھا ہے کہ ڈیزائر کے پیچھے دوڑے تو آخر میں کیا ملا انہیں؟</w:t>
      </w:r>
    </w:p>
    <w:p>
      <w:r>
        <w:rPr>
          <w:b/>
        </w:rPr>
        <w:t xml:space="preserve">[2:04:03] </w:t>
      </w:r>
      <w:r>
        <w:t>desire ka poora hona nahi. balkeh un poora desire ka yani ka ehsas keh aah main apni desire ko poora na kar saka.</w:t>
      </w:r>
    </w:p>
    <w:p>
      <w:pPr>
        <w:jc w:val="right"/>
      </w:pPr>
      <w:r>
        <w:t>ڈیزائر کا پورا ہونا نہیں۔ بلکہ ان پورا ڈیزائر کا یعنی کا احساس کہ آہ میں اپنی ڈیزائر کو پورا نہ کر سکا۔</w:t>
      </w:r>
    </w:p>
    <w:p>
      <w:r>
        <w:rPr>
          <w:b/>
        </w:rPr>
        <w:t xml:space="preserve">[2:04:21] </w:t>
      </w:r>
      <w:r>
        <w:t>jisko bhi dekh lijiye paise ke wale. power wale. abhi pichli baar maine aap ko bataya tha shri kish bhakkar ji. jab woh active life un ki thi to kitna bara darja un ka tha.</w:t>
      </w:r>
    </w:p>
    <w:p>
      <w:pPr>
        <w:jc w:val="right"/>
      </w:pPr>
      <w:r>
        <w:t>جس کو بھی دیکھ لیجیے پیسے کے والے۔ پاور والے۔ ابھی پچھلی بار میں نے آپ کو بتایا تھا شری کیش بھکر جی۔ جب وہ ایکٹیو لائف ان کی تھی تو کتنا بڑا درجہ ان کا تھا۔</w:t>
      </w:r>
    </w:p>
    <w:p>
      <w:r>
        <w:rPr>
          <w:b/>
        </w:rPr>
        <w:t xml:space="preserve">[2:04:35] </w:t>
      </w:r>
      <w:r>
        <w:t>aur aakhir mein un ka haal yeh hua keh bohat hi frustration mein mare woh. abhi pichle hafte. har aik ka yahi haal hai koi aik ki baat nahi hai. chahe to desire ke peeche daudein aap to sochein keh siwaye lust ke aur kya hai woh?</w:t>
      </w:r>
    </w:p>
    <w:p>
      <w:pPr>
        <w:jc w:val="right"/>
      </w:pPr>
      <w:r>
        <w:t>اور آخر میں ان کا حال یہ ہوا کہ بہت ہی افریسٹریشن میں مرے وہ۔ ابھی پچھلے ہفتے۔ ہر ایک کا یہی حال ہے کوئی ایک کی بات نہیں ہے۔ چاہے تو ڈیزائر کے پیچھے دوڑیں آپ تو سوچیں کہ سوائے لست کے اور کیا ہے وہ؟</w:t>
      </w:r>
    </w:p>
    <w:p>
      <w:r>
        <w:rPr>
          <w:b/>
        </w:rPr>
        <w:t xml:space="preserve">[2:04:51] </w:t>
      </w:r>
      <w:r>
        <w:t>jo desire poora hone wali hai nahi us ke peeche daudna kya hai? bewakoofi hai? to bas bataoon jo jis check hai woh yeh hai keh aap apni aqal ko istemal karein.</w:t>
      </w:r>
    </w:p>
    <w:p>
      <w:pPr>
        <w:jc w:val="right"/>
      </w:pPr>
      <w:r>
        <w:t>جو ڈیزائر پورا ہونے والی ہے نہیں اس کے پیچھے دوڑنا کیا ہے؟ بیوقوفی ہے؟ تو بس بتاؤں جو جس چیک ہے وہ یہ ہے کہ آپ اپنی عقل کو استعمال کریں۔</w:t>
      </w:r>
    </w:p>
    <w:p>
      <w:r>
        <w:rPr>
          <w:b/>
        </w:rPr>
        <w:t xml:space="preserve">[2:05:06] </w:t>
      </w:r>
      <w:r>
        <w:t>desire ke peeche andha dhund daudne ke liye jo check hai woh yeh hai keh aap apne reason ko apply karein. is ke baad apne aap aap ko aa jayega us ko main keh raha hoon art of desire management.</w:t>
      </w:r>
    </w:p>
    <w:p>
      <w:pPr>
        <w:jc w:val="right"/>
      </w:pPr>
      <w:r>
        <w:t>ڈیزائر کے پیچھے اندھا دھند دوڑنے کے لیے جو چیک ہے وہ یہ ہے کہ آپ اپنے ریزن کو اپلائی کریں۔ اس کے بعد اپنے آپ آپ کو آ جائے گا اس کو میں کہہ رہا ہوں آرٹ آف ڈیزائر مینجمنٹ۔</w:t>
      </w:r>
    </w:p>
    <w:p>
      <w:r>
        <w:rPr>
          <w:b/>
        </w:rPr>
        <w:t xml:space="preserve">[2:05:21] </w:t>
      </w:r>
      <w:r>
        <w:t>yeh sawal hai from Saadia. why is it important to differentiate between Islam and Muslims?</w:t>
      </w:r>
    </w:p>
    <w:p>
      <w:pPr>
        <w:jc w:val="right"/>
      </w:pPr>
      <w:r>
        <w:t>یہ سوال ہے فروم سعدیہ۔ وائی از اٹ امپورٹنٹ ٹو ڈیفرنشیٹ بٹوین اسلام اینڈ مسلمز؟</w:t>
      </w:r>
    </w:p>
    <w:p>
      <w:r>
        <w:rPr>
          <w:b/>
        </w:rPr>
        <w:t xml:space="preserve">[2:05:31] </w:t>
      </w:r>
      <w:r>
        <w:t>dekhiye yeh to Islam ko samajhne ke liye yani Islam ki sachi samajh ke liye zaroori hai.</w:t>
      </w:r>
    </w:p>
    <w:p>
      <w:pPr>
        <w:jc w:val="right"/>
      </w:pPr>
      <w:r>
        <w:t>دیکھیے یہ تو اسلام کو سمجھنے کے لیے یعنی اسلام کی سچی سمجھ کے لیے ضروری ہے۔</w:t>
      </w:r>
    </w:p>
    <w:p>
      <w:r>
        <w:rPr>
          <w:b/>
        </w:rPr>
        <w:t xml:space="preserve">[2:05:42] </w:t>
      </w:r>
      <w:r>
        <w:t>jaise hamare India mein ek ek constitution hai. aur ek hamari India ki society hai. India ka administration hai.</w:t>
      </w:r>
    </w:p>
    <w:p>
      <w:pPr>
        <w:jc w:val="right"/>
      </w:pPr>
      <w:r>
        <w:t>جیسے ہمارے انڈیا میں ایک ایک کانسٹیٹیوشن ہے۔ اور ایک ہماری انڈیا کی سوسائٹی ہے۔ انڈیا کا ایڈمنسٹریشن ہے۔</w:t>
      </w:r>
    </w:p>
    <w:p>
      <w:r>
        <w:rPr>
          <w:b/>
        </w:rPr>
        <w:t xml:space="preserve">[2:05:55] </w:t>
      </w:r>
      <w:r>
        <w:t>to agar aap dono mein farq na karein to aap kahin samjhenge. agar aap yeh samjhein ke India ka jo administration hai jo log yahan hukmarani kar rahe hain wahi constitution hai.</w:t>
      </w:r>
    </w:p>
    <w:p>
      <w:pPr>
        <w:jc w:val="right"/>
      </w:pPr>
      <w:r>
        <w:t>تو اگر آپ دونوں میں فرق نہ کریں تو آپ کہیں سمجھیں گے۔ اگر آپ یہ سمجھیں کہ انڈیا کا جو ایڈمنسٹریشن ہے جو لوگ یہاں حکمرانی کر رہے ہیں وہی کانسٹیٹیوشن ہے۔</w:t>
      </w:r>
    </w:p>
    <w:p>
      <w:r>
        <w:rPr>
          <w:b/>
        </w:rPr>
        <w:t xml:space="preserve">[2:06:08] </w:t>
      </w:r>
      <w:r>
        <w:t>kyunke woh constitution ke naam par to hukmarani kar rahe hain woh. jo log authoritative position mein is waqt hain jo mulk par hukmarani kar rahe hain woh sab constitution ke naam par kar rahe hain.</w:t>
      </w:r>
    </w:p>
    <w:p>
      <w:pPr>
        <w:jc w:val="right"/>
      </w:pPr>
      <w:r>
        <w:t>کیونکہ وہ کانسٹیٹیوشن کے نام پر تو حکمرانی کر رہے ہیں وہ۔ جو لوگ اتھارٹیٹیو پوزیشن میں اس وقت ہیں جو ملک پر حکمرانی کر رہے ہیں وہ سب کانسٹیٹیوشن کے نام پر کر رہے ہیں۔</w:t>
      </w:r>
    </w:p>
    <w:p>
      <w:r>
        <w:rPr>
          <w:b/>
        </w:rPr>
        <w:t xml:space="preserve">[2:06:18] </w:t>
      </w:r>
      <w:r>
        <w:t>lekin agar aap ko yeh janna ho ke what is Indian consti</w:t>
      </w:r>
    </w:p>
    <w:p>
      <w:pPr>
        <w:jc w:val="right"/>
      </w:pPr>
      <w:r>
        <w:t>لیکن اگر آپ کو یہ جاننا ہو کہ واٹ از انڈین کانس</w:t>
      </w:r>
    </w:p>
    <w:p>
      <w:r>
        <w:rPr>
          <w:b/>
        </w:rPr>
        <w:t xml:space="preserve">[2:06:24] </w:t>
      </w:r>
      <w:r>
        <w:t>tution to aap ko differentiate karna padega dono ke beech mein. kyunke woh to sara corrupt hi corrupt hai.</w:t>
      </w:r>
    </w:p>
    <w:p>
      <w:pPr>
        <w:jc w:val="right"/>
      </w:pPr>
      <w:r>
        <w:t>ٹیٹیوشن تو آپ کو ڈیفرنشیٹ کرنا پڑے گا دونوں کے بیچ میں۔ کیونکہ وہ تو سارا کرپٹ ہی کرپٹ ہے۔</w:t>
      </w:r>
    </w:p>
    <w:p>
      <w:r>
        <w:rPr>
          <w:b/>
        </w:rPr>
        <w:t xml:space="preserve">[2:06:34] </w:t>
      </w:r>
      <w:r>
        <w:t>to aap ko agar aap farq na karein to aap kahenge ke bhai India ka constitution to bilkul corrupt constitution hai. haalanke India ka constitution bohat acha constitution hai.</w:t>
      </w:r>
    </w:p>
    <w:p>
      <w:pPr>
        <w:jc w:val="right"/>
      </w:pPr>
      <w:r>
        <w:t>تو آپ کو اگر آپ فرق نہ کریں تو آپ کہیں گے کہ بھئی انڈیا کا کانسٹیٹیوشن تو بالکل کرپٹ کانسٹیٹیوشن ہے۔ حالانکہ انڈیا کا کانسٹیٹیوشن بہت اچھا کانسٹیٹیوشن ہے۔</w:t>
      </w:r>
    </w:p>
    <w:p>
      <w:r>
        <w:rPr>
          <w:b/>
        </w:rPr>
        <w:t xml:space="preserve">[2:06:46] </w:t>
      </w:r>
      <w:r>
        <w:t>to farq karna. Islam ek ideology hai. Musalman ek ek group hain ek community hain jo dawah karte hain ke hum Islam ko mante hain.</w:t>
      </w:r>
    </w:p>
    <w:p>
      <w:pPr>
        <w:jc w:val="right"/>
      </w:pPr>
      <w:r>
        <w:t>تو فرق کرنا۔ اسلام ایک آئیڈیالوجی ہے۔ مسلمان ایک ایک گروپ ہیں ایک کمیونٹی ہیں جو دعویٰ کرتے ہیں کہ ہم اسلام کو مانتے ہیں۔</w:t>
      </w:r>
    </w:p>
    <w:p>
      <w:r>
        <w:rPr>
          <w:b/>
        </w:rPr>
        <w:t xml:space="preserve">[2:06:59] </w:t>
      </w:r>
      <w:r>
        <w:t>lekin jab yani agar aap alag na karein to Musalmanon ki ghalat practices ko le kar ke aap samjhenge yahi Islam hai.</w:t>
      </w:r>
    </w:p>
    <w:p>
      <w:pPr>
        <w:jc w:val="right"/>
      </w:pPr>
      <w:r>
        <w:t>لیکن جب یعنی اگر آپ الگ نہ کریں تو مسلمانوں کی غلط پریکٹسز کو لے کر کے آپ سمجھیں گے یہی اسلام ہے۔</w:t>
      </w:r>
    </w:p>
    <w:p>
      <w:r>
        <w:rPr>
          <w:b/>
        </w:rPr>
        <w:t xml:space="preserve">[2:07:10] </w:t>
      </w:r>
      <w:r>
        <w:t>jaise Musalman jaise jihad kar rahe hain jihad ke naam par ladaai kar rahe hain khoon kharaba kar rahe hain. isi ko aap Islam samajh lenge. haalanke Islam ki taleem ke bilkul khilaf hai yeh.</w:t>
      </w:r>
    </w:p>
    <w:p>
      <w:pPr>
        <w:jc w:val="right"/>
      </w:pPr>
      <w:r>
        <w:t>جیسے مسلمان جیسے جہاد کر رہے ہیں جہاد کے نام پر لڑائی کر رہے ہیں خون خرابہ کر رہے ہیں۔ اسی کو آپ اسلام سمجھ لیں گے۔ حالانکہ اسلام کی تعلیم کے بالکل خلاف ہے یہ۔</w:t>
      </w:r>
    </w:p>
    <w:p>
      <w:r>
        <w:rPr>
          <w:b/>
        </w:rPr>
        <w:t xml:space="preserve">[2:07:22] </w:t>
      </w:r>
      <w:r>
        <w:t>kyunke Islam yeh kehta hai ke ladaai ka haq sirf established hukumat ko hai. state ko hai. jitni bhi ladaaiyan ho rahi hain koi bhi state nahi shamil ho is mein.</w:t>
      </w:r>
    </w:p>
    <w:p>
      <w:pPr>
        <w:jc w:val="right"/>
      </w:pPr>
      <w:r>
        <w:t>کیونکہ اسلام یہ کہتا ہے کہ لڑائی کا حق صرف اسٹیبلشڈ حکومت کو ہے۔ اسٹیٹ کو ہے۔ جتنی بھی لڑائیاں ہو رہی ہیں کوئی بھی اسٹیٹ نہیں شامل ہو اس میں۔</w:t>
      </w:r>
    </w:p>
    <w:p>
      <w:r>
        <w:rPr>
          <w:b/>
        </w:rPr>
        <w:t xml:space="preserve">[2:07:35] </w:t>
      </w:r>
      <w:r>
        <w:t>kisi bhi ladaai jo idhar udhar jihad ke naam par ho rahi hai us mein state shamil nahi hai. jis mani ke woh Islam ke khilaf hai. to agar aap yeh na jaanein to is samjhein ke Islam jo hai violence sikhata hai.</w:t>
      </w:r>
    </w:p>
    <w:p>
      <w:pPr>
        <w:jc w:val="right"/>
      </w:pPr>
      <w:r>
        <w:t>کسی بھی لڑائی جو ادھر ادھر جہاد کے نام پر ہو رہی ہے اس میں اسٹیٹ شامل نہیں ہے۔ جس معنی کہ وہ اسلام کے خلاف ہے۔ تو اگر آپ یہ نہ جانیں تو اس سمجھیں کہ اسلام جو ہے وائیلنس سکھاتا ہے۔</w:t>
      </w:r>
    </w:p>
    <w:p>
      <w:r>
        <w:rPr>
          <w:b/>
        </w:rPr>
        <w:t xml:space="preserve">[2:07:49] </w:t>
      </w:r>
      <w:r>
        <w:t>is wajah se yeh zaroori hai ke aap dono ko alag karein. taake Islam ko is ki true picture mein aap dekh saken.</w:t>
      </w:r>
    </w:p>
    <w:p>
      <w:pPr>
        <w:jc w:val="right"/>
      </w:pPr>
      <w:r>
        <w:t>اس وجہ سے یہ ضروری ہے کہ آپ دونوں کو الگ کریں۔ تاکہ اسلام کو اس کی ٹرو پکچر میں آپ دیکھ سکیں۔</w:t>
      </w:r>
    </w:p>
    <w:p>
      <w:r>
        <w:rPr>
          <w:b/>
        </w:rPr>
        <w:t xml:space="preserve">[2:08:00] </w:t>
      </w:r>
      <w:r>
        <w:t>Musalman ka case agar aap ko yeh janna ho ke what is Muslim community</w:t>
      </w:r>
    </w:p>
    <w:p>
      <w:pPr>
        <w:jc w:val="right"/>
      </w:pPr>
      <w:r>
        <w:t>مسلمان کا کیس اگر آپ کو یہ جاننا ہو کہ واٹ از مسلم کمیونٹی</w:t>
      </w:r>
    </w:p>
    <w:p>
      <w:r>
        <w:rPr>
          <w:b/>
        </w:rPr>
        <w:t xml:space="preserve">[2:08:05] </w:t>
      </w:r>
      <w:r>
        <w:t>to aap Musalmanon ko dekhiye. aap ko yeh janna ho ke what is Islam to aap Quran ko padhiye. Prophet ko padhiye. yahi hai scientific study.</w:t>
      </w:r>
    </w:p>
    <w:p>
      <w:pPr>
        <w:jc w:val="right"/>
      </w:pPr>
      <w:r>
        <w:t>تو آپ مسلمانوں کو دیکھیے۔ آپ کو یہ جاننا ہو کہ واٹ از اسلام تو آپ قرآن کو پڑھیے۔ پرافٹ کو پڑھیے۔ یہی ہے سائنٹیفک اسٹڈی۔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