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Wisdom February 22, 2009</w:t>
      </w:r>
    </w:p>
    <w:p>
      <w:r>
        <w:t>https://youtu.be/2E7WtpqtFgw</w:t>
      </w:r>
    </w:p>
    <w:p>
      <w:r>
        <w:rPr>
          <w:b/>
        </w:rPr>
        <w:t xml:space="preserve">[00:27] </w:t>
      </w:r>
      <w:r>
        <w:t>yafqah qawli.</w:t>
      </w:r>
    </w:p>
    <w:p>
      <w:pPr>
        <w:jc w:val="right"/>
      </w:pPr>
      <w:r>
        <w:t>یفقہ قولی.</w:t>
      </w:r>
    </w:p>
    <w:p>
      <w:r>
        <w:rPr>
          <w:b/>
        </w:rPr>
        <w:t xml:space="preserve">[00:33] </w:t>
      </w:r>
      <w:r>
        <w:t>aaj ke liye jo theme mere zehen mein aayi hai woh hai "The Importance of Wisdom."</w:t>
      </w:r>
    </w:p>
    <w:p>
      <w:pPr>
        <w:jc w:val="right"/>
      </w:pPr>
      <w:r>
        <w:t>آج کے لیے جو تھیم میرے ذہن میں آئی ہے وہ ہے "The Importance of Wisdom."</w:t>
      </w:r>
    </w:p>
    <w:p>
      <w:r>
        <w:rPr>
          <w:b/>
        </w:rPr>
        <w:t xml:space="preserve">[00:46] </w:t>
      </w:r>
      <w:r>
        <w:t>wisdom ki ahmiyat,</w:t>
      </w:r>
    </w:p>
    <w:p>
      <w:pPr>
        <w:jc w:val="right"/>
      </w:pPr>
      <w:r>
        <w:t>وزڈم کی اہمیت،</w:t>
      </w:r>
    </w:p>
    <w:p>
      <w:r>
        <w:rPr>
          <w:b/>
        </w:rPr>
        <w:t xml:space="preserve">[00:50] </w:t>
      </w:r>
      <w:r>
        <w:t>samajhdari ki ahmiyat, ya waqt ki aql ki ahmiyat.</w:t>
      </w:r>
    </w:p>
    <w:p>
      <w:pPr>
        <w:jc w:val="right"/>
      </w:pPr>
      <w:r>
        <w:t>سمجھداری کی اہمیت، یا وقت کی عقل کی اہمیت۔</w:t>
      </w:r>
    </w:p>
    <w:p>
      <w:r>
        <w:rPr>
          <w:b/>
        </w:rPr>
        <w:t xml:space="preserve">[00:55] </w:t>
      </w:r>
      <w:r>
        <w:t>yeh baat mujhe, yeh theme is tarah mere zehen mein aayi ke aaj hi ke paper mein aap ne parha hoga ek khabar.</w:t>
      </w:r>
    </w:p>
    <w:p>
      <w:pPr>
        <w:jc w:val="right"/>
      </w:pPr>
      <w:r>
        <w:t>یہ بات مجھے، یہ تھیم اس طرح میرے ذہن میں آئی کہ آج ہی کے پیپر میں آپ نے پڑھا ہوگا ایک خبر۔</w:t>
      </w:r>
    </w:p>
    <w:p>
      <w:r>
        <w:rPr>
          <w:b/>
        </w:rPr>
        <w:t xml:space="preserve">[01:04] </w:t>
      </w:r>
      <w:r>
        <w:t>saare paperon mein, urdu, hindi, english, teen paper maine dekhe, to teeno mein maine dekha ke front page par hai ek news, jo aap log parh chuke honge,</w:t>
      </w:r>
    </w:p>
    <w:p>
      <w:pPr>
        <w:jc w:val="right"/>
      </w:pPr>
      <w:r>
        <w:t>سارے پیپروں میں، اردو، ہندی، انگلش، تین پیپر میں نے دیکھے، تو تینوں میں میں نے دیکھا کہ فرنٹ پیج پر ہے ایک نیوز، جو آپ لوگ پڑھ چکے ہوں گے،</w:t>
      </w:r>
    </w:p>
    <w:p>
      <w:r>
        <w:rPr>
          <w:b/>
        </w:rPr>
        <w:t xml:space="preserve">[01:19] </w:t>
      </w:r>
      <w:r>
        <w:t>woh hai Gujarat ke bare mein.</w:t>
      </w:r>
    </w:p>
    <w:p>
      <w:pPr>
        <w:jc w:val="right"/>
      </w:pPr>
      <w:r>
        <w:t>وہ ہے گجرات کے بارے میں۔</w:t>
      </w:r>
    </w:p>
    <w:p>
      <w:r>
        <w:rPr>
          <w:b/>
        </w:rPr>
        <w:t xml:space="preserve">[01:23] </w:t>
      </w:r>
      <w:r>
        <w:t>yaani Gujarat mein pehli baar ek muslim ko Director General of Police banaya gaya hai.</w:t>
      </w:r>
    </w:p>
    <w:p>
      <w:pPr>
        <w:jc w:val="right"/>
      </w:pPr>
      <w:r>
        <w:t>یعنی گجرات میں پہلی بار ایک مسلم کو ڈائریکٹر جنرل آف پولیس بنایا گیا ہے۔</w:t>
      </w:r>
    </w:p>
    <w:p>
      <w:r>
        <w:rPr>
          <w:b/>
        </w:rPr>
        <w:t xml:space="preserve">[01:34] </w:t>
      </w:r>
      <w:r>
        <w:t>aap jante hain ke Director General of Police jo hai bohat bara uhda hota hai intezamia mein.</w:t>
      </w:r>
    </w:p>
    <w:p>
      <w:pPr>
        <w:jc w:val="right"/>
      </w:pPr>
      <w:r>
        <w:t>آپ جانتے ہیں کہ ڈائریکٹر جنرل آف پولیس جو ہے بہت بڑا عہدہ ہوتا ہے انتظامیہ میں۔</w:t>
      </w:r>
    </w:p>
    <w:p>
      <w:r>
        <w:rPr>
          <w:b/>
        </w:rPr>
        <w:t xml:space="preserve">[01:41] </w:t>
      </w:r>
      <w:r>
        <w:t>to es eh sheikh,</w:t>
      </w:r>
    </w:p>
    <w:p>
      <w:pPr>
        <w:jc w:val="right"/>
      </w:pPr>
      <w:r>
        <w:t>تو ایس ایچ شیخ،</w:t>
      </w:r>
    </w:p>
    <w:p>
      <w:r>
        <w:rPr>
          <w:b/>
        </w:rPr>
        <w:t xml:space="preserve">[01:48] </w:t>
      </w:r>
      <w:r>
        <w:t>shabbir hussain sheikh, ko gujrat mein pehli baar</w:t>
      </w:r>
    </w:p>
    <w:p>
      <w:pPr>
        <w:jc w:val="right"/>
      </w:pPr>
      <w:r>
        <w:t>شبیر حسین شیخ، کو گجرات میں پہلی بار</w:t>
      </w:r>
    </w:p>
    <w:p>
      <w:r>
        <w:rPr>
          <w:b/>
        </w:rPr>
        <w:t xml:space="preserve">[01:57] </w:t>
      </w:r>
      <w:r>
        <w:t>director general of police banaya gaya hai. to yeh sweya ghoron mein hai.</w:t>
      </w:r>
    </w:p>
    <w:p>
      <w:pPr>
        <w:jc w:val="right"/>
      </w:pPr>
      <w:r>
        <w:t>ڈائریکٹر جنرل آف پولیس بنایا گیا ہے۔ تو یہ سویہ غوروں میں ہے۔</w:t>
      </w:r>
    </w:p>
    <w:p>
      <w:r>
        <w:rPr>
          <w:b/>
        </w:rPr>
        <w:t xml:space="preserve">[02:01] </w:t>
      </w:r>
      <w:r>
        <w:t>zahir hai ke ek bohat hi important news hai ke azadi ke baad pehli baar kisi ko itne bare uhde par faiz kiya gya hai.</w:t>
      </w:r>
    </w:p>
    <w:p>
      <w:pPr>
        <w:jc w:val="right"/>
      </w:pPr>
      <w:r>
        <w:t>ظاہر ہے کہ ایک بہت ہی امپورٹنٹ نیوز ہے کہ آزادی کے بعد پہلی بار کسی کو اتنے بڑے عہدے پر فائز کیا جائے۔</w:t>
      </w:r>
    </w:p>
    <w:p>
      <w:r>
        <w:rPr>
          <w:b/>
        </w:rPr>
        <w:t xml:space="preserve">[02:11] </w:t>
      </w:r>
      <w:r>
        <w:t>lekin sweya akhbaron ne is ko negative sense mein liya hai. sab akhbaron ne, urdu ne bhi, english ne bhi, hindi ne bhi. khabar ke sath unhon ne yeh jora hai ke yeh hai "Image Building Tactics."</w:t>
      </w:r>
    </w:p>
    <w:p>
      <w:pPr>
        <w:jc w:val="right"/>
      </w:pPr>
      <w:r>
        <w:t>لیکن سویہ اخباروں نے اس کو نیگیٹیو سینس میں لیا ہے۔ سب اخباروں نے، اردو نے بھی، انگلش نے بھی، ہندی نے بھی۔ خبر کے ساتھ انہوں نے یہ جوڑا ہے کہ یہ ہے "Image Building Tactics."</w:t>
      </w:r>
    </w:p>
    <w:p>
      <w:r>
        <w:rPr>
          <w:b/>
        </w:rPr>
        <w:t xml:space="preserve">[02:34] </w:t>
      </w:r>
      <w:r>
        <w:t>yani gujrat mein jo right hue the 2002 mein, to is ke baad modi government ki image kharab ho gayi thi.</w:t>
      </w:r>
    </w:p>
    <w:p>
      <w:pPr>
        <w:jc w:val="right"/>
      </w:pPr>
      <w:r>
        <w:t>یعنی گجرات میں جو رائٹ ہوئے تھے 2002 میں، تو اس کے بعد مودی گورنمنٹ کی امیج خراب ہو گئی تھی۔</w:t>
      </w:r>
    </w:p>
    <w:p>
      <w:r>
        <w:rPr>
          <w:b/>
        </w:rPr>
        <w:t xml:space="preserve">[02:44] </w:t>
      </w:r>
      <w:r>
        <w:t>ab anti minority government ki image bani thi un ki. to is image ko door karne ke liye aisa kiya gaya hai.</w:t>
      </w:r>
    </w:p>
    <w:p>
      <w:pPr>
        <w:jc w:val="right"/>
      </w:pPr>
      <w:r>
        <w:t>اب اینٹی مائنورٹی گورنمنٹ کی امیج بنی تھی ان کی۔ تو اس امیج کو دور کرنے کے لیے ایسا کیا گیا ہے۔</w:t>
      </w:r>
    </w:p>
    <w:p>
      <w:r>
        <w:rPr>
          <w:b/>
        </w:rPr>
        <w:t xml:space="preserve">[02:55] </w:t>
      </w:r>
      <w:r>
        <w:t>election hone wala hai lok sabha ka, yani parliament ka.</w:t>
      </w:r>
    </w:p>
    <w:p>
      <w:pPr>
        <w:jc w:val="right"/>
      </w:pPr>
      <w:r>
        <w:t>الیکشن ہونے والا ہے لوک سبھا کا، یعنی پارلیمنٹ کا۔</w:t>
      </w:r>
    </w:p>
    <w:p>
      <w:r>
        <w:rPr>
          <w:b/>
        </w:rPr>
        <w:t xml:space="preserve">[02:59] </w:t>
      </w:r>
      <w:r>
        <w:t>to parliament ke election se pehle apni tasveer ko acha banane ke liye, jis ko kehte hain image building, to is ko "Image Building Tactics" ke tor par liya gaya hai.</w:t>
      </w:r>
    </w:p>
    <w:p>
      <w:pPr>
        <w:jc w:val="right"/>
      </w:pPr>
      <w:r>
        <w:t>تو پارلیمنٹ کے الیکشن سے پہلے اپنی تصویر کو اچھا بنانے کے لیے، جس کو کہتے ہیں امیج بلڈنگ، تو اس کو "Image Building Tactics" کے طور پر لیا گیا ہے۔</w:t>
      </w:r>
    </w:p>
    <w:p>
      <w:r>
        <w:rPr>
          <w:b/>
        </w:rPr>
        <w:t xml:space="preserve">[03:16] </w:t>
      </w:r>
      <w:r>
        <w:t>yeh ajeeb baat hai ke sari history mein yahi nadani log karte rahe, poori poori history mein.</w:t>
      </w:r>
    </w:p>
    <w:p>
      <w:pPr>
        <w:jc w:val="right"/>
      </w:pPr>
      <w:r>
        <w:t>یہ عجیب بات ہے کہ ساری ہسٹری میں یہی نادانی لوگ کرتے رہے، پوری پوری ہسٹری میں۔</w:t>
      </w:r>
    </w:p>
    <w:p>
      <w:r>
        <w:rPr>
          <w:b/>
        </w:rPr>
        <w:t xml:space="preserve">[03:25] </w:t>
      </w:r>
      <w:r>
        <w:t>yani is baat ko log samajh nahi paye ke dunya mein hamesha koi situation jab paida hoti hai to partially woh aap ke favor mein hoti hai.</w:t>
      </w:r>
    </w:p>
    <w:p>
      <w:pPr>
        <w:jc w:val="right"/>
      </w:pPr>
      <w:r>
        <w:t>یعنی اس بات کو لوگ سمجھ نہیں پائے کہ دنیا میں ہمیشہ کوئی سچویشن جب پیدا ہوتی ہے تو پارشلی وہ آپ کے فیور میں ہوتی ہے۔</w:t>
      </w:r>
    </w:p>
    <w:p>
      <w:r>
        <w:rPr>
          <w:b/>
        </w:rPr>
        <w:t xml:space="preserve">[03:40] </w:t>
      </w:r>
      <w:r>
        <w:t>sare log is ko 100 percent apne favor mein dekhna chahte hain. to is negative aspect ko le kar ke negative ban jate hain.</w:t>
      </w:r>
    </w:p>
    <w:p>
      <w:pPr>
        <w:jc w:val="right"/>
      </w:pPr>
      <w:r>
        <w:t>سارے لوگ اس کو 100 فیصد اپنے فیور میں دیکھنا چاہتے ہیں۔ تو اس نیگیٹیو ایسپیکٹ کو لے کر کے نیگیٹیو بن جاتے ہیں۔</w:t>
      </w:r>
    </w:p>
    <w:p>
      <w:r>
        <w:rPr>
          <w:b/>
        </w:rPr>
        <w:t xml:space="preserve">[03:50] </w:t>
      </w:r>
      <w:r>
        <w:t>ajeeb baat hai ke poori history mein log yahi karte rahe.</w:t>
      </w:r>
    </w:p>
    <w:p>
      <w:pPr>
        <w:jc w:val="right"/>
      </w:pPr>
      <w:r>
        <w:t>عجیب بات ہے کہ پوری ہسٹری میں لوگ یہی کرتے رہے۔</w:t>
      </w:r>
    </w:p>
    <w:p>
      <w:r>
        <w:rPr>
          <w:b/>
        </w:rPr>
        <w:t xml:space="preserve">[03:55] </w:t>
      </w:r>
      <w:r>
        <w:t>rasool Allah salallahu alaihi wasallam ka ek exception hai is mamle mein.</w:t>
      </w:r>
    </w:p>
    <w:p>
      <w:pPr>
        <w:jc w:val="right"/>
      </w:pPr>
      <w:r>
        <w:t>رسول اللہ صلی اللہ علیہ وسلم کا ایک ایکسیپشن ہے اس معاملے میں۔</w:t>
      </w:r>
    </w:p>
    <w:p>
      <w:r>
        <w:rPr>
          <w:b/>
        </w:rPr>
        <w:t xml:space="preserve">[04:02] </w:t>
      </w:r>
      <w:r>
        <w:t>rasool Allah salallahu alaihi wasallam ne is baat ko jana ke kabhi bhi aisa nahi ho sakta hai ke situation 100 percent aap ke favor mein ho.</w:t>
      </w:r>
    </w:p>
    <w:p>
      <w:pPr>
        <w:jc w:val="right"/>
      </w:pPr>
      <w:r>
        <w:t>رسول اللہ صلی اللہ علیہ وسلم نے اس بات کو جانا کہ کبھی بھی ایسا نہیں ہو سکتا ہے کہ سچویشن 100 فیصد آپ کے فیور میں ہو۔</w:t>
      </w:r>
    </w:p>
    <w:p>
      <w:r>
        <w:rPr>
          <w:b/>
        </w:rPr>
        <w:t xml:space="preserve">[04:12] </w:t>
      </w:r>
      <w:r>
        <w:t>partially aap ke favor mein hogi. to "You have to prove the master of situation management."</w:t>
      </w:r>
    </w:p>
    <w:p>
      <w:pPr>
        <w:jc w:val="right"/>
      </w:pPr>
      <w:r>
        <w:t>پارشلی آپ کے فیور میں ہوگی۔ تو "You have to prove the master of situation management."</w:t>
      </w:r>
    </w:p>
    <w:p>
      <w:r>
        <w:rPr>
          <w:b/>
        </w:rPr>
        <w:t xml:space="preserve">[04:22] </w:t>
      </w:r>
      <w:r>
        <w:t>aap ko jo karna hai woh hai ke is situation ko samjhein, is ko avail karein.</w:t>
      </w:r>
    </w:p>
    <w:p>
      <w:pPr>
        <w:jc w:val="right"/>
      </w:pPr>
      <w:r>
        <w:t>آپ کو جو کرنا ہے وہ ہے کہ اس سچویشن کو سمجھیں، اس کو اویل کریں۔</w:t>
      </w:r>
    </w:p>
    <w:p>
      <w:r>
        <w:rPr>
          <w:b/>
        </w:rPr>
        <w:t xml:space="preserve">[04:29] </w:t>
      </w:r>
      <w:r>
        <w:t>is ko aap ne ek bohat zabardast hadith hai, surah bukhari mein, is mein bataya aap ne. "إن الله ليَيَّد هذا الدين بالرجل الفاجر."</w:t>
      </w:r>
    </w:p>
    <w:p>
      <w:pPr>
        <w:jc w:val="right"/>
      </w:pPr>
      <w:r>
        <w:t>اس کو آپ نے ایک بہت زبردست حدیث ہے، سورہ بخاری میں، اس میں بتایا آپ نے۔ "إن الله ليَيَّد هذا الدين بالرجل الفاجر."</w:t>
      </w:r>
    </w:p>
    <w:p>
      <w:r>
        <w:rPr>
          <w:b/>
        </w:rPr>
        <w:t xml:space="preserve">[04:42] </w:t>
      </w:r>
      <w:r>
        <w:t>yeh itni bari baat hai ke poori history mein koi nahi keh saka is baat ko.</w:t>
      </w:r>
    </w:p>
    <w:p>
      <w:pPr>
        <w:jc w:val="right"/>
      </w:pPr>
      <w:r>
        <w:t>یہ اتنی بڑی بات ہے کہ پوری ہسٹری میں کوئی نہیں کہہ سکا اس بات کو۔</w:t>
      </w:r>
    </w:p>
    <w:p>
      <w:r>
        <w:rPr>
          <w:b/>
        </w:rPr>
        <w:t xml:space="preserve">[04:48] </w:t>
      </w:r>
      <w:r>
        <w:t>yeh sahih al bukhari jo kitab hai, bohat mashhoor, is mein yeh hadith hai ke Allah is deen ki madad karta hai fajar aadmi ke zariye bhi.</w:t>
      </w:r>
    </w:p>
    <w:p>
      <w:pPr>
        <w:jc w:val="right"/>
      </w:pPr>
      <w:r>
        <w:t>یہ صحیح البخاری جو کتاب ہے، بہت مشہور، اس میں یہ حدیث ہے کہ اللہ اس دین کی مدد کرتا ہے فاجر آدمی کے ذریعے بھی۔</w:t>
      </w:r>
    </w:p>
    <w:p>
      <w:r>
        <w:rPr>
          <w:b/>
        </w:rPr>
        <w:t xml:space="preserve">[05:04] </w:t>
      </w:r>
      <w:r>
        <w:t>dekhiye, is hadith ko ya kisi bhi hadith ko agar aap sirf literal tor par padh lein to aap kuch samjhenge nahi. yani aap kitne hi urdu janne wale hon, lekin aap ko sirf is ka translation maloom ho to aap kuch nahi samjhenge is ko.</w:t>
      </w:r>
    </w:p>
    <w:p>
      <w:pPr>
        <w:jc w:val="right"/>
      </w:pPr>
      <w:r>
        <w:t>دیکھئے، اس حدیث کو یا کسی بھی حدیث کو اگر آپ صرف لٹرل طور پر پڑھ لیں تو آپ کچھ سمجھیں گے نہیں۔ یعنی آپ کتنے ہی عربی جاننے والے ہوں، لیکن آپ کو صرف اس کا ٹرانسلیشن معلوم ہو تو آپ کچھ نہیں سمجھیں گے اس کو۔</w:t>
      </w:r>
    </w:p>
    <w:p>
      <w:r>
        <w:rPr>
          <w:b/>
        </w:rPr>
        <w:t xml:space="preserve">[05:21] </w:t>
      </w:r>
      <w:r>
        <w:t>achanak sharhineen ne samjha bhi nahi is hadith ko. aap kisi bhi sharah ko dekh lijiye, is hadith ke andar jo gehri meaning hai, us ko koi samajh nahi paya.</w:t>
      </w:r>
    </w:p>
    <w:p>
      <w:pPr>
        <w:jc w:val="right"/>
      </w:pPr>
      <w:r>
        <w:t>اچانک شارحین نے سمجھا بھی نہیں اس حدیث کو۔ آپ کسی بھی شرح کو دیکھ لیجیے، اس حدیث کے اندر جو گہری میننگ ہے، اس کو کوئی سمجھ نہیں پایا۔</w:t>
      </w:r>
    </w:p>
    <w:p>
      <w:r>
        <w:rPr>
          <w:b/>
        </w:rPr>
        <w:t xml:space="preserve">[05:34] </w:t>
      </w:r>
      <w:r>
        <w:t>is hadith ke andar jo gehri meaning hai, wahi meaning hai ke ek fajar aadmi ek situation create karta hai. is ka maqsad hota hai apna koi interest.</w:t>
      </w:r>
    </w:p>
    <w:p>
      <w:pPr>
        <w:jc w:val="right"/>
      </w:pPr>
      <w:r>
        <w:t>اس حدیث کے اندر جو گہری میننگ ہے، وہی میننگ ہے کہ ایک فاجر آدمی ایک سچویشن کریٹ کرتا ہے۔ اس کا مقصد ہوتا ہے اپنا کوئی انٹرسٹ۔</w:t>
      </w:r>
    </w:p>
    <w:p>
      <w:r>
        <w:rPr>
          <w:b/>
        </w:rPr>
        <w:t xml:space="preserve">[05:45] </w:t>
      </w:r>
      <w:r>
        <w:t>hum is ko avail kar lete hain. himmat na ho is ka.</w:t>
      </w:r>
    </w:p>
    <w:p>
      <w:pPr>
        <w:jc w:val="right"/>
      </w:pPr>
      <w:r>
        <w:t>ہم اس کو اویل کر لیتے ہیں۔ ہمت نہ ہو اس کا۔</w:t>
      </w:r>
    </w:p>
    <w:p>
      <w:r>
        <w:rPr>
          <w:b/>
        </w:rPr>
        <w:t xml:space="preserve">[05:52] </w:t>
      </w:r>
      <w:r>
        <w:t>"إن الله ليَيَّد هذا الدين بالرجل الفاجر." is mein role bataya gaya hai ek ek sachay momin ka.</w:t>
      </w:r>
    </w:p>
    <w:p>
      <w:pPr>
        <w:jc w:val="right"/>
      </w:pPr>
      <w:r>
        <w:t>"إن الله ليَيَّد هذا الدين بالرجل الفاجر." اس میں رول بتایا گیا ہے ایک ایک سچے مومن کا۔</w:t>
      </w:r>
    </w:p>
    <w:p>
      <w:r>
        <w:rPr>
          <w:b/>
        </w:rPr>
        <w:t xml:space="preserve">[06:02] </w:t>
      </w:r>
      <w:r>
        <w:t>aik sachay momin ka role bataya gaya hai. kisi bhi sharah mein aap dekhiye, kuch bhi is ke andar nahi payenge aap. kyunke log alfaaz ko jantay hain.</w:t>
      </w:r>
    </w:p>
    <w:p>
      <w:pPr>
        <w:jc w:val="right"/>
      </w:pPr>
      <w:r>
        <w:t>ایک سچے مومن کا رول بتایا گیا ہے۔ کسی بھی شرح میں آپ دیکھئے، کچھ بھی اس کے اندر نہیں پائیں گے آپ۔ کیونکہ لوگ الفاظ کو جانتے ہیں۔</w:t>
      </w:r>
    </w:p>
    <w:p>
      <w:r>
        <w:rPr>
          <w:b/>
        </w:rPr>
        <w:t xml:space="preserve">[06:13] </w:t>
      </w:r>
      <w:r>
        <w:t>cheezon ko face value par letay hain bas.</w:t>
      </w:r>
    </w:p>
    <w:p>
      <w:pPr>
        <w:jc w:val="right"/>
      </w:pPr>
      <w:r>
        <w:t>چیزوں کو فیس ویلیو پر لیتے ہیں بس۔</w:t>
      </w:r>
    </w:p>
    <w:p>
      <w:r>
        <w:rPr>
          <w:b/>
        </w:rPr>
        <w:t xml:space="preserve">[06:17] </w:t>
      </w:r>
      <w:r>
        <w:t>is hadith mein yahi baat batai gayi hai ke is dunya mein aik fajar aadmi bhi aisa karta hai ke woh aik situation create karta hai.</w:t>
      </w:r>
    </w:p>
    <w:p>
      <w:pPr>
        <w:jc w:val="right"/>
      </w:pPr>
      <w:r>
        <w:t>اس حدیث میں یہی بات بتائی گئی ہے کہ اس دنیا میں ایک فاجر آدمی بھی ایسا کرتا ہے کہ وہ ایک سچویشن کریٹ کرتا ہے۔</w:t>
      </w:r>
    </w:p>
    <w:p>
      <w:r>
        <w:rPr>
          <w:b/>
        </w:rPr>
        <w:t xml:space="preserve">[06:28] </w:t>
      </w:r>
      <w:r>
        <w:t>aur us ko avail kar ke momin faida utha leta hai.</w:t>
      </w:r>
    </w:p>
    <w:p>
      <w:pPr>
        <w:jc w:val="right"/>
      </w:pPr>
      <w:r>
        <w:t>اور اس کو اویل کر کے مومن فائدہ اٹھا لیتا ہے۔</w:t>
      </w:r>
    </w:p>
    <w:p>
      <w:r>
        <w:rPr>
          <w:b/>
        </w:rPr>
        <w:t xml:space="preserve">[06:35] </w:t>
      </w:r>
      <w:r>
        <w:t>yeh itni bari baat hai, itni bari baat hai ke ke koi is ko aristotle aur plato bhi nahi jaan sake, jo rasool Allah ne bataya.</w:t>
      </w:r>
    </w:p>
    <w:p>
      <w:pPr>
        <w:jc w:val="right"/>
      </w:pPr>
      <w:r>
        <w:t>یہ اتنی بڑی بات ہے، اتنی بڑی بات ہے کہ کہ کوئی اس کو ارسٹوٹل اور پلیٹو بھی نہیں جان سکے، جو رسول اللہ نے بتایا۔</w:t>
      </w:r>
    </w:p>
    <w:p>
      <w:r>
        <w:rPr>
          <w:b/>
        </w:rPr>
        <w:t xml:space="preserve">[06:45] </w:t>
      </w:r>
      <w:r>
        <w:t>to</w:t>
      </w:r>
    </w:p>
    <w:p>
      <w:pPr>
        <w:jc w:val="right"/>
      </w:pPr>
      <w:r>
        <w:t>تو</w:t>
      </w:r>
    </w:p>
    <w:p>
      <w:r>
        <w:rPr>
          <w:b/>
        </w:rPr>
        <w:t xml:space="preserve">[06:46] </w:t>
      </w:r>
      <w:r>
        <w:t>yeh jo hai,</w:t>
      </w:r>
    </w:p>
    <w:p>
      <w:pPr>
        <w:jc w:val="right"/>
      </w:pPr>
      <w:r>
        <w:t>یہ جو ہے،</w:t>
      </w:r>
    </w:p>
    <w:p>
      <w:r>
        <w:rPr>
          <w:b/>
        </w:rPr>
        <w:t xml:space="preserve">[06:49] </w:t>
      </w:r>
      <w:r>
        <w:t>yani modi koi angel nahi hai, modi insan hai. har insan ke paas interest hota hai. koi bhi insan aisa dunya mein nahi hai jis ka koi interest na ho.</w:t>
      </w:r>
    </w:p>
    <w:p>
      <w:pPr>
        <w:jc w:val="right"/>
      </w:pPr>
      <w:r>
        <w:t>یعنی مودی کوئی اینجل نہیں ہے، مودی انسان ہے۔ ہر انسان کے پاس انٹرسٹ ہوتا ہے۔ کوئی بھی انسان ایسا دنیا میں نہیں ہے جس کا کوئی انٹرسٹ نہ ہو۔</w:t>
      </w:r>
    </w:p>
    <w:p>
      <w:r>
        <w:rPr>
          <w:b/>
        </w:rPr>
        <w:t xml:space="preserve">[07:03] </w:t>
      </w:r>
      <w:r>
        <w:t>to aadmi apne interest hi ke liye koi kaam karta hai. hamesha, without any exception.</w:t>
      </w:r>
    </w:p>
    <w:p>
      <w:pPr>
        <w:jc w:val="right"/>
      </w:pPr>
      <w:r>
        <w:t>تو آدمی اپنے انٹرسٹ ہی کے لیے کوئی کام کرتا ہے۔ ہمیشہ، ودا آؤٹ اینی ایکسیپشن۔</w:t>
      </w:r>
    </w:p>
    <w:p>
      <w:r>
        <w:rPr>
          <w:b/>
        </w:rPr>
        <w:t xml:space="preserve">[07:13] </w:t>
      </w:r>
      <w:r>
        <w:t>aap ka kaam hai ke us ko aap,</w:t>
      </w:r>
    </w:p>
    <w:p>
      <w:pPr>
        <w:jc w:val="right"/>
      </w:pPr>
      <w:r>
        <w:t>آپ کا کام ہے کہ اس کو آپ،</w:t>
      </w:r>
    </w:p>
    <w:p>
      <w:r>
        <w:rPr>
          <w:b/>
        </w:rPr>
        <w:t xml:space="preserve">[07:18] </w:t>
      </w:r>
      <w:r>
        <w:t>us ke action se jo situation create hui hai, us ko aap apne haq mein istemal kar lein. yani master of situation ban jayen aap.</w:t>
      </w:r>
    </w:p>
    <w:p>
      <w:pPr>
        <w:jc w:val="right"/>
      </w:pPr>
      <w:r>
        <w:t>اس کے ایکشن سے جو سچویشن کریٹ ہوئی ہے، اس کو آپ اپنے حق میں استعمال کر لیں۔ یعنی ماسٹر آف سچویشن بن جائیں آپ۔</w:t>
      </w:r>
    </w:p>
    <w:p>
      <w:r>
        <w:rPr>
          <w:b/>
        </w:rPr>
        <w:t xml:space="preserve">[07:30] </w:t>
      </w:r>
      <w:r>
        <w:t>master of situation management. sab se bara jo test hai insan ka, social life mein, political life mein, national life mein,</w:t>
      </w:r>
    </w:p>
    <w:p>
      <w:pPr>
        <w:jc w:val="right"/>
      </w:pPr>
      <w:r>
        <w:t>ماسٹر آف سچویشن مینجمنٹ۔ سب سے بڑا جو ٹیسٹ ہے انسان کا، سوشل لائف میں، پولیٹیکل لائف میں، نیشنل لائف میں،</w:t>
      </w:r>
    </w:p>
    <w:p>
      <w:r>
        <w:rPr>
          <w:b/>
        </w:rPr>
        <w:t xml:space="preserve">[07:43] </w:t>
      </w:r>
      <w:r>
        <w:t>ke aap master of situation management jantay hain ke nahi jantay. to yeh aik bohat bara waqea hua gujrat mein ke aik muslim ko itna bara intizami ohda diya gaya.</w:t>
      </w:r>
    </w:p>
    <w:p>
      <w:pPr>
        <w:jc w:val="right"/>
      </w:pPr>
      <w:r>
        <w:t>کہ آپ ماسٹر آف سچویشن مینجمنٹ جانتے ہیں کہ نہیں جانتے۔ تو یہ ایک بہت بڑا واقعہ ہوا گجرات میں کہ ایک مسلم کو اتنا بڑا انتظامی عہدہ دیا گیا۔</w:t>
      </w:r>
    </w:p>
    <w:p>
      <w:r>
        <w:rPr>
          <w:b/>
        </w:rPr>
        <w:t xml:space="preserve">[08:01] </w:t>
      </w:r>
      <w:r>
        <w:t>to aap full for aap reassess kijiye, revise kijiye, aur aik situation jo create hui hai, us se faida uthaiye. lekin log negative sense mein le rahe hain.</w:t>
      </w:r>
    </w:p>
    <w:p>
      <w:pPr>
        <w:jc w:val="right"/>
      </w:pPr>
      <w:r>
        <w:t>تو آپ فل فور آپ ری اسس کیجیے، ریوائز کیجیے، اور ایک سچویشن جو کریٹ ہوئی ہے، اس سے فائدہ اٹھائیے۔ لیکن لوگ نیگیٹیو سینس میں لے رہے ہیں۔</w:t>
      </w:r>
    </w:p>
    <w:p>
      <w:r>
        <w:rPr>
          <w:b/>
        </w:rPr>
        <w:t xml:space="preserve">[08:13] </w:t>
      </w:r>
      <w:r>
        <w:t>yani sabhi log, yani sare muslim bhi negative sense mein le rahe hain. arey bhai, yeh to apne election ke faiday ke liye kiya hai? apne faiday hi ke liye karta hai yeh aadmi, yaad rakhiye.</w:t>
      </w:r>
    </w:p>
    <w:p>
      <w:pPr>
        <w:jc w:val="right"/>
      </w:pPr>
      <w:r>
        <w:t>یعنی سبھی لوگ، یعنی سارے مسلم بھی نیگیٹیو سینس میں لے رہے ہیں۔ ارے بھئی، یہ تو اپنے الیکشن کے فائدے کے لیے کیا ہے؟ اپنے فائدے ہی کے لیے کرتا ہے یہ آدمی، یاد رکھیے۔</w:t>
      </w:r>
    </w:p>
    <w:p>
      <w:r>
        <w:rPr>
          <w:b/>
        </w:rPr>
        <w:t xml:space="preserve">[08:27] </w:t>
      </w:r>
      <w:r>
        <w:t>lekin jab apne faiday ke liye woh karta hai to aap ke liye aik situation create hoti hai. aap ke liye aik opportunity create hoti hai. us ko aap ko avail karna parta hai.</w:t>
      </w:r>
    </w:p>
    <w:p>
      <w:pPr>
        <w:jc w:val="right"/>
      </w:pPr>
      <w:r>
        <w:t>لیکن جب اپنے فائدے کے لیے وہ کرتا ہے تو آپ کے لیے ایک سچویشن کریٹ ہوتی ہے۔ آپ کے لیے ایک اپرچونیٹی کریٹ ہوتی ہے۔ اس کو آپ کو اویل کرنا پڑتا ہے۔</w:t>
      </w:r>
    </w:p>
    <w:p>
      <w:r>
        <w:rPr>
          <w:b/>
        </w:rPr>
        <w:t xml:space="preserve">[08:39] </w:t>
      </w:r>
      <w:r>
        <w:t>ab mein kuch historical example doon ga aap ko is baat ka. quran mein dekhiye, aap surah yusuf ko parhiye.</w:t>
      </w:r>
    </w:p>
    <w:p>
      <w:pPr>
        <w:jc w:val="right"/>
      </w:pPr>
      <w:r>
        <w:t>اب میں کچھ ہسٹوریکل ایگزامپل دوں گا آپ کو اس بات کا۔ قرآن میں دیکھیے، آپ سورہ یوسف کو پڑھیے۔</w:t>
      </w:r>
    </w:p>
    <w:p>
      <w:r>
        <w:rPr>
          <w:b/>
        </w:rPr>
        <w:t xml:space="preserve">[08:52] </w:t>
      </w:r>
      <w:r>
        <w:t>quran mein aik hi aisi surah hai jis mein poori poori surah aik hi subject par chalti hai. yani hazrat yusuf alaihissalam ka, jis ko kaha gaya hai aslul qasas.</w:t>
      </w:r>
    </w:p>
    <w:p>
      <w:pPr>
        <w:jc w:val="right"/>
      </w:pPr>
      <w:r>
        <w:t>قرآن میں ایک ہی ایسی سورہ ہے جس میں پوری پوری سورہ ایک ہی سبجیکٹ پر چلتی ہے۔ یعنی حضرت یوسف علیہ السلام کا، جس کو کہا گیا ہے اصل القصص۔</w:t>
      </w:r>
    </w:p>
    <w:p>
      <w:r>
        <w:rPr>
          <w:b/>
        </w:rPr>
        <w:t xml:space="preserve">[09:05] </w:t>
      </w:r>
      <w:r>
        <w:t>is mein bataya gaya hai ke yeh qissa aap bible mein bhi dekh sakte hain. hazrat yusuf ka qissa jo hai, jin ko joseph kaha jata hai, bible mein bhi hai, quran mein bhi hai.</w:t>
      </w:r>
    </w:p>
    <w:p>
      <w:pPr>
        <w:jc w:val="right"/>
      </w:pPr>
      <w:r>
        <w:t>اس میں بتایا گیا ہے کہ یہ قصہ آپ بائبل میں بھی دیکھ سکتے ہیں۔ حضرت یوسف کا قصہ جو ہے، جن کو جوزف کہا جاتا ہے، بائبل میں بھی ہے، قرآن میں بھی ہے۔</w:t>
      </w:r>
    </w:p>
    <w:p>
      <w:r>
        <w:rPr>
          <w:b/>
        </w:rPr>
        <w:t xml:space="preserve">[09:18] </w:t>
      </w:r>
      <w:r>
        <w:t>to egypt mein thay hazrat yusuf alaihissalam. paida hue thay woh qanan mein. phir woh pohanche egypt mein, misr mein.</w:t>
      </w:r>
    </w:p>
    <w:p>
      <w:pPr>
        <w:jc w:val="right"/>
      </w:pPr>
      <w:r>
        <w:t>تو ایجپٹ میں تھے حضرت یوسف علیہ السلام۔ پیدا ہوئے تھے وہ کنان میں۔ پھر وہ پہنچے ایجپٹ میں، مصر میں۔</w:t>
      </w:r>
    </w:p>
    <w:p>
      <w:r>
        <w:rPr>
          <w:b/>
        </w:rPr>
        <w:t xml:space="preserve">[09:32] </w:t>
      </w:r>
      <w:r>
        <w:t>us waqt wahan aik dynasty thi, jis ko kaha tha hックスas kings. to us ka jo badshah tha, woh mushrik tha.</w:t>
      </w:r>
    </w:p>
    <w:p>
      <w:pPr>
        <w:jc w:val="right"/>
      </w:pPr>
      <w:r>
        <w:t>اس وقت وہاں ایک ڈائنسٹی تھی، جس کو کہا تھا ہکساس کنگز۔ تو اس کا جو بادشاہ تھا، وہ مشرک تھا۔</w:t>
      </w:r>
    </w:p>
    <w:p>
      <w:r>
        <w:rPr>
          <w:b/>
        </w:rPr>
        <w:t xml:space="preserve">[09:43] </w:t>
      </w:r>
      <w:r>
        <w:t>koi muslim badshah nahi tha.</w:t>
      </w:r>
    </w:p>
    <w:p>
      <w:pPr>
        <w:jc w:val="right"/>
      </w:pPr>
      <w:r>
        <w:t>کوئی مسلم بادشاہ نہیں تھا۔</w:t>
      </w:r>
    </w:p>
    <w:p>
      <w:r>
        <w:rPr>
          <w:b/>
        </w:rPr>
        <w:t xml:space="preserve">[09:47] </w:t>
      </w:r>
      <w:r>
        <w:t>to kya hua, wahan par qahat ki soorat paida hui.</w:t>
      </w:r>
    </w:p>
    <w:p>
      <w:pPr>
        <w:jc w:val="right"/>
      </w:pPr>
      <w:r>
        <w:t>تو کیا ہوا، وہاں پر قحط کی صورت پیدا ہوئی۔</w:t>
      </w:r>
    </w:p>
    <w:p>
      <w:r>
        <w:rPr>
          <w:b/>
        </w:rPr>
        <w:t xml:space="preserve">[09:54] </w:t>
      </w:r>
      <w:r>
        <w:t>to</w:t>
      </w:r>
    </w:p>
    <w:p>
      <w:pPr>
        <w:jc w:val="right"/>
      </w:pPr>
      <w:r>
        <w:t>تو</w:t>
      </w:r>
    </w:p>
    <w:p>
      <w:r>
        <w:rPr>
          <w:b/>
        </w:rPr>
        <w:t xml:space="preserve">[09:59] </w:t>
      </w:r>
      <w:r>
        <w:t>saat saal tak wahan qahat lagataar jari raha. pani nahi barsa aur qahat pada. to badshah ne,</w:t>
      </w:r>
    </w:p>
    <w:p>
      <w:pPr>
        <w:jc w:val="right"/>
      </w:pPr>
      <w:r>
        <w:t>سات سال تک وہاں قحط لگاتار جاری رہا۔ پانی نہیں برسا اور قحط پڑا۔ تو بادشاہ نے،</w:t>
      </w:r>
    </w:p>
    <w:p>
      <w:r>
        <w:rPr>
          <w:b/>
        </w:rPr>
        <w:t xml:space="preserve">[10:12] </w:t>
      </w:r>
      <w:r>
        <w:t>yeh kahani aap dekh sakte hain bible mein ya quran mein, is ki mein detail mein nahi ja raha hoon.</w:t>
      </w:r>
    </w:p>
    <w:p>
      <w:pPr>
        <w:jc w:val="right"/>
      </w:pPr>
      <w:r>
        <w:t>یہ کہانی آپ دیکھ سکتے ہیں بائبل میں یا قرآن میں، اس کی میں ڈیٹیل میں نہیں جا رہا ہوں۔</w:t>
      </w:r>
    </w:p>
    <w:p>
      <w:r>
        <w:rPr>
          <w:b/>
        </w:rPr>
        <w:t xml:space="preserve">[10:17] </w:t>
      </w:r>
      <w:r>
        <w:t>badshah ne yeh mehsoos kiya ke yusuf jo hain, woh is ko manage kar sakte hain. yani qahat ke problem ko.</w:t>
      </w:r>
    </w:p>
    <w:p>
      <w:pPr>
        <w:jc w:val="right"/>
      </w:pPr>
      <w:r>
        <w:t>بادشاہ نے یہ محسوس کیا کہ یوسف جو ہیں، وہ اس کو مینج کر سکتے ہیں۔ یعنی قحط کے پرابلم کو۔</w:t>
      </w:r>
    </w:p>
    <w:p>
      <w:r>
        <w:rPr>
          <w:b/>
        </w:rPr>
        <w:t xml:space="preserve">[10:28] </w:t>
      </w:r>
      <w:r>
        <w:t>yani drought ke problem ko. to unhon ne badshah ne un ko offer diya ke aap, yani food management ka kaam aap le lijie.</w:t>
      </w:r>
    </w:p>
    <w:p>
      <w:pPr>
        <w:jc w:val="right"/>
      </w:pPr>
      <w:r>
        <w:t>یعنی ڈراڈ کے پرابلم کو۔ تو انہوں نے بادشاہ نے ان کو آفر دیا کہ آپ، یعنی فوڈ مینجمنٹ کا کام آپ لے لیجیے۔</w:t>
      </w:r>
    </w:p>
    <w:p>
      <w:r>
        <w:rPr>
          <w:b/>
        </w:rPr>
        <w:t xml:space="preserve">[10:40] </w:t>
      </w:r>
      <w:r>
        <w:t>aur logon ko rahat pohanchaiye.</w:t>
      </w:r>
    </w:p>
    <w:p>
      <w:pPr>
        <w:jc w:val="right"/>
      </w:pPr>
      <w:r>
        <w:t>اور لوگوں کو راحت پہنچائیے۔</w:t>
      </w:r>
    </w:p>
    <w:p>
      <w:r>
        <w:rPr>
          <w:b/>
        </w:rPr>
        <w:t xml:space="preserve">[10:45] </w:t>
      </w:r>
      <w:r>
        <w:t>to hazrat yusuf alaihi assalam ne foran is ko le liya. yani, yani unhon ne sawal poocha ke pehle tum mushrik ko khatam karo, apna naam badlo, apna mazhab badlo.</w:t>
      </w:r>
    </w:p>
    <w:p>
      <w:pPr>
        <w:jc w:val="right"/>
      </w:pPr>
      <w:r>
        <w:t>تو حضرت یوسف علیہ السلام نے فوراً اس کو لے لیا۔ یعنی، یعنی انہوں نے سوال پوچھا کہ پہلے تم مشرک کو ختم کرو، اپنا نام بدلو، اپنا مذہب بدلو۔</w:t>
      </w:r>
    </w:p>
    <w:p>
      <w:r>
        <w:rPr>
          <w:b/>
        </w:rPr>
        <w:t xml:space="preserve">[10:56] </w:t>
      </w:r>
      <w:r>
        <w:t>tab mein tumhare tehat. kyunke yeh is ke under mein kaam karna tha, mushrik badshah ke andar mein.</w:t>
      </w:r>
    </w:p>
    <w:p>
      <w:pPr>
        <w:jc w:val="right"/>
      </w:pPr>
      <w:r>
        <w:t>تب میں تمہارے تحت۔ کیونکہ یہ اس کے انڈر میں کام کرنا تھا، مشرک بادشاہ کے اندر میں۔</w:t>
      </w:r>
    </w:p>
    <w:p>
      <w:r>
        <w:rPr>
          <w:b/>
        </w:rPr>
        <w:t xml:space="preserve">[11:06] </w:t>
      </w:r>
      <w:r>
        <w:t>yeh sab sawal nahi uthaya unhon ne. ke tum mushrik ho, badlo apna toheed ka ikhtiyar karo, apna naam badlo. ailan karo ke ab tak mein ghalat fehmi par tha.</w:t>
      </w:r>
    </w:p>
    <w:p>
      <w:pPr>
        <w:jc w:val="right"/>
      </w:pPr>
      <w:r>
        <w:t>یہ سب سوال نہیں اٹھایا انہوں نے۔ کہ تم مشرک ہو، بدلو اپنا توحید کا اختیار کرو، اپنا نام بدلو۔ اعلان کرو کہ اب تک میں غلطی پر تھا۔</w:t>
      </w:r>
    </w:p>
    <w:p>
      <w:r>
        <w:rPr>
          <w:b/>
        </w:rPr>
        <w:t xml:space="preserve">[11:18] </w:t>
      </w:r>
      <w:r>
        <w:t>kuch nahi. unhon ne food management ke department ko le liya aur wahan par unhon ne bohat acha intezam kiya, logon ko faida pohanchaya, misr mein bhi, misr ke bahir bhi.</w:t>
      </w:r>
    </w:p>
    <w:p>
      <w:pPr>
        <w:jc w:val="right"/>
      </w:pPr>
      <w:r>
        <w:t>کچھ نہیں۔ انہوں نے فوڈ مینجمنٹ کے ڈیپارٹمنٹ کو لے لیا اور وہاں پر انہوں نے بہت اچھا انتظام کیا، لوگوں کو فائدہ پہنچایا، مصر میں بھی، مصر کے باہر بھی۔</w:t>
      </w:r>
    </w:p>
    <w:p>
      <w:r>
        <w:rPr>
          <w:b/>
        </w:rPr>
        <w:t xml:space="preserve">[11:33] </w:t>
      </w:r>
      <w:r>
        <w:t>yeh kaise hua</w:t>
      </w:r>
    </w:p>
    <w:p>
      <w:pPr>
        <w:jc w:val="right"/>
      </w:pPr>
      <w:r>
        <w:t>یہ کیسے ہوا</w:t>
      </w:r>
    </w:p>
    <w:p>
      <w:r>
        <w:rPr>
          <w:b/>
        </w:rPr>
        <w:t xml:space="preserve">[11:34] </w:t>
      </w:r>
      <w:r>
        <w:t>? ek situation create hui is mushrik badshah ke zariye.</w:t>
      </w:r>
    </w:p>
    <w:p>
      <w:pPr>
        <w:jc w:val="right"/>
      </w:pPr>
      <w:r>
        <w:t>؟ ایک سچویشن کریٹ ہوئی اس مشرک بادشاہ کے ذریعے۔</w:t>
      </w:r>
    </w:p>
    <w:p>
      <w:r>
        <w:rPr>
          <w:b/>
        </w:rPr>
        <w:t xml:space="preserve">[11:40] </w:t>
      </w:r>
      <w:r>
        <w:t>woh is ke apne interest mein thi. woh chahta tha ke mere jo, mere jo subject hain, meri jo riaya hai, woh mujh se badnaam na ho.</w:t>
      </w:r>
    </w:p>
    <w:p>
      <w:pPr>
        <w:jc w:val="right"/>
      </w:pPr>
      <w:r>
        <w:t>وہ اس کے اپنے انٹرسٹ میں تھی۔ وہ چاہتا تھا کہ میرے جو، میرے جو سبجیکٹ ہیں، میری جو رعایہ ہے، وہ مجھ سے بدنام نہ ہو۔</w:t>
      </w:r>
    </w:p>
    <w:p>
      <w:r>
        <w:rPr>
          <w:b/>
        </w:rPr>
        <w:t xml:space="preserve">[11:50] </w:t>
      </w:r>
      <w:r>
        <w:t>yani bashar-e-badshah ke, logon ki nazar mein jo meri achi image hai, woh bani rahe. woh bigre nahi.</w:t>
      </w:r>
    </w:p>
    <w:p>
      <w:pPr>
        <w:jc w:val="right"/>
      </w:pPr>
      <w:r>
        <w:t>یعنی بحیثیت بادشاہ کے، لوگوں کی نظر میں جو میری اچھی امیج ہے، وہ بنی رہے۔ وہ بگڑے نہیں۔</w:t>
      </w:r>
    </w:p>
    <w:p>
      <w:r>
        <w:rPr>
          <w:b/>
        </w:rPr>
        <w:t xml:space="preserve">[11:59] </w:t>
      </w:r>
      <w:r>
        <w:t>to us ne hazrat yusuf ko yeh offer diya tha apne faide ke liye. lekin is se ek situation create hui.</w:t>
      </w:r>
    </w:p>
    <w:p>
      <w:pPr>
        <w:jc w:val="right"/>
      </w:pPr>
      <w:r>
        <w:t>تو اس نے حضرت یوسف کو یہ آفر دیا تھا اپنے فائدے کے لیے۔ لیکن اس سے ایک سچویشن کریٹ ہوئی۔</w:t>
      </w:r>
    </w:p>
    <w:p>
      <w:r>
        <w:rPr>
          <w:b/>
        </w:rPr>
        <w:t xml:space="preserve">[12:10] </w:t>
      </w:r>
      <w:r>
        <w:t>hazrat yusuf alaihi assalam ne foran is situation ko avail kiya. avail kiya aur is ko ohde ko qabool kiya aur is ke baad bohat kuch kaam kiye unhon ne Egypt mein.</w:t>
      </w:r>
    </w:p>
    <w:p>
      <w:pPr>
        <w:jc w:val="right"/>
      </w:pPr>
      <w:r>
        <w:t>حضرت یوسف علیہ السلام نے فوراً اس سچویشن کو اویل کیا۔ اویل کیا اور اس کو عہدے کو قبول کیا اور اس کے بعد بہت کچھ کام کیے انہوں نے ایجپٹ میں۔</w:t>
      </w:r>
    </w:p>
    <w:p>
      <w:r>
        <w:rPr>
          <w:b/>
        </w:rPr>
        <w:t xml:space="preserve">[12:23] </w:t>
      </w:r>
      <w:r>
        <w:t>yani hazrat yusuf alaihi assalam ne goya, jis ko mein keh raha hoon ke master of situation management, master of situation management ki ek bohat bari misaal qaim ki unhon ne.</w:t>
      </w:r>
    </w:p>
    <w:p>
      <w:pPr>
        <w:jc w:val="right"/>
      </w:pPr>
      <w:r>
        <w:t>یعنی حضرت یوسف علیہ السلام نے گویا، جس کو میں کہہ رہا ہوں کہ ماسٹر آف سچویشن مینجمنٹ، ماسٹر آف سچویشن مینجمنٹ کی ایک بہت بڑی مثال قائم کی انہوں نے۔</w:t>
      </w:r>
    </w:p>
    <w:p>
      <w:r>
        <w:rPr>
          <w:b/>
        </w:rPr>
        <w:t xml:space="preserve">[12:39] </w:t>
      </w:r>
      <w:r>
        <w:t>is tarah ki misalein aur bohat sari hain.</w:t>
      </w:r>
    </w:p>
    <w:p>
      <w:pPr>
        <w:jc w:val="right"/>
      </w:pPr>
      <w:r>
        <w:t>اس طرح کی مثالیں اور بہت ساری ہیں۔</w:t>
      </w:r>
    </w:p>
    <w:p>
      <w:r>
        <w:rPr>
          <w:b/>
        </w:rPr>
        <w:t xml:space="preserve">[12:42] </w:t>
      </w:r>
      <w:r>
        <w:t>misal ke taur par dekhiye. rasool Allah sallallahu alaihi wasallam ko madina walon ke tehat offer mila ke aap makka mein aap ko log satate hain, pareshan karte hain.</w:t>
      </w:r>
    </w:p>
    <w:p>
      <w:pPr>
        <w:jc w:val="right"/>
      </w:pPr>
      <w:r>
        <w:t>مثال کے طور پر دیکھیے۔ رسول اللہ صلی اللہ علیہ وسلم کو مدینہ والوں کے تحت آفر ملا کہ آپ مکہ میں آپ کو لوگ ستاتے ہیں، پریشان کرتے ہیں۔</w:t>
      </w:r>
    </w:p>
    <w:p>
      <w:r>
        <w:rPr>
          <w:b/>
        </w:rPr>
        <w:t xml:space="preserve">[12:54] </w:t>
      </w:r>
      <w:r>
        <w:t>aap madina aa jaiye. is ke peeche ek bohat bara background tha. khwah makhwah nahi hua tha yeh. dekhiye, jo log sirf aqeedat mandi ke tehat seerat ko parhte hain,</w:t>
      </w:r>
    </w:p>
    <w:p>
      <w:pPr>
        <w:jc w:val="right"/>
      </w:pPr>
      <w:r>
        <w:t>آپ مدینہ آ جائیے۔ اس کے پیچھے ایک بہت بڑا بیک گراؤنڈ تھا۔ خوامخواہ نہیں ہوا تھا یہ۔ دیکھیے، جو لوگ محض عقیدت مندی کے تحت سیرت کو پڑھتے ہیں،</w:t>
      </w:r>
    </w:p>
    <w:p>
      <w:r>
        <w:rPr>
          <w:b/>
        </w:rPr>
        <w:t xml:space="preserve">[13:07] </w:t>
      </w:r>
      <w:r>
        <w:t>ke bas afzal-ul-anbiya ki seerat parh rahe hain. to aisi kitabein likhte hain, jaise mein ne ek kitab parhi, us mein rasool Allah ki paidaish ko likha tha, "Aftab-e-risalat taloo hua".</w:t>
      </w:r>
    </w:p>
    <w:p>
      <w:pPr>
        <w:jc w:val="right"/>
      </w:pPr>
      <w:r>
        <w:t>کہ بس افضل الانبیاء کی سیرت پڑھ رہے ہیں۔ تو ایسی کتابیں لکھتے ہیں، جیسے میں نے ایک کتاب پڑھی، اس میں رسول اللہ کی پیدائش کو لکھا تھا، "افتاب افتاب رسالت طلوع ہوا"۔</w:t>
      </w:r>
    </w:p>
    <w:p>
      <w:r>
        <w:rPr>
          <w:b/>
        </w:rPr>
        <w:t xml:space="preserve">[13:22] </w:t>
      </w:r>
      <w:r>
        <w:t>yeh nahi likha ke rasool Allah ki paidaish hui. "Aftab-e-risalat taloo hua".</w:t>
      </w:r>
    </w:p>
    <w:p>
      <w:pPr>
        <w:jc w:val="right"/>
      </w:pPr>
      <w:r>
        <w:t>یہ نہیں لکھا کہ رسول اللہ کی پیدائش ہوئی۔ "افتاب رسالت طلوع ہوا"۔</w:t>
      </w:r>
    </w:p>
    <w:p>
      <w:r>
        <w:rPr>
          <w:b/>
        </w:rPr>
        <w:t xml:space="preserve">[13:27] </w:t>
      </w:r>
      <w:r>
        <w:t>aap ki wafat hui to kya likha? "Aftab-e-risalat gharoob ho gaya". yeh bilkul hi yani ghair-elmi, ghair-scientific tareeqa hai.</w:t>
      </w:r>
    </w:p>
    <w:p>
      <w:pPr>
        <w:jc w:val="right"/>
      </w:pPr>
      <w:r>
        <w:t>آپ کی وفات ہوئی تو کیا لکھا؟ "افتاب رسالت غروب ہو گیا"۔ یہ بالکل ہی یعنی غیر علمی، غیر سائنٹیفک طریقہ ہے۔</w:t>
      </w:r>
    </w:p>
    <w:p>
      <w:r>
        <w:rPr>
          <w:b/>
        </w:rPr>
        <w:t xml:space="preserve">[13:37] </w:t>
      </w:r>
      <w:r>
        <w:t>to log isi tarah ke jeete hain log. yani fazail ki zuban mein bolte hain, aqeedat mandi ki zuban bolte hain, karamat aur moajzaat ki zuban mein samajhna chahte hain.</w:t>
      </w:r>
    </w:p>
    <w:p>
      <w:pPr>
        <w:jc w:val="right"/>
      </w:pPr>
      <w:r>
        <w:t>تو لوگ اسی طرح کے جیتے ہیں لوگ۔ یعنی فضائل کی زبان میں بولتے ہیں، عقیدت مندی کی زبان بولتے ہیں، کرامات اور معجزات کی زبان میں سمجھنا چاہتے ہیں۔</w:t>
      </w:r>
    </w:p>
    <w:p>
      <w:r>
        <w:rPr>
          <w:b/>
        </w:rPr>
        <w:t xml:space="preserve">[13:47] </w:t>
      </w:r>
      <w:r>
        <w:t>woh kuch nahi jante. scientific study of seerah jo hai, yeh bilkul maadoom hai hamari tareekh mein aur aaj bhi.</w:t>
      </w:r>
    </w:p>
    <w:p>
      <w:pPr>
        <w:jc w:val="right"/>
      </w:pPr>
      <w:r>
        <w:t>وہ کچھ نہیں جانتے۔ سائنٹیفک اسٹڈی آف سیرہ جو ہے، یہ بالکل معدوم ہے ہماری تاریخ میں اور آج بھی۔</w:t>
      </w:r>
    </w:p>
    <w:p>
      <w:r>
        <w:rPr>
          <w:b/>
        </w:rPr>
        <w:t xml:space="preserve">[13:57] </w:t>
      </w:r>
      <w:r>
        <w:t>rasool Allah ki seerat ka scientific mutalia log jante hi nahi. bas fazail mutalia aur karamati mutalia, moajzati mutalia jante hain.</w:t>
      </w:r>
    </w:p>
    <w:p>
      <w:pPr>
        <w:jc w:val="right"/>
      </w:pPr>
      <w:r>
        <w:t>رسول اللہ کی سیرت کا سائنٹیفک مطالعہ لوگ جانتے ہی نہیں۔ بس فضائل مطالعہ اور کراماتی مطالعہ، معجزاتی مطالعہ جانتے ہیں۔</w:t>
      </w:r>
    </w:p>
    <w:p>
      <w:r>
        <w:rPr>
          <w:b/>
        </w:rPr>
        <w:t xml:space="preserve">[14:09] </w:t>
      </w:r>
      <w:r>
        <w:t>is wajah se jo gehri haqiqatein hain, un se bekhabar rehte hain woh. to arbon ki taraf jo offer mila tha aap ka, us ke peeche bohat bari baat thi.</w:t>
      </w:r>
    </w:p>
    <w:p>
      <w:pPr>
        <w:jc w:val="right"/>
      </w:pPr>
      <w:r>
        <w:t>اس وجہ سے جو گہری حقیقتیں ہیں، ان سے بے خبر رہتے ہیں وہ۔ تو عربوں کی طرف جو آفر ملا تھا آپ کا، اس کے پیچھے بہت بڑی بات تھی۔</w:t>
      </w:r>
    </w:p>
    <w:p>
      <w:r>
        <w:rPr>
          <w:b/>
        </w:rPr>
        <w:t xml:space="preserve">[14:20] </w:t>
      </w:r>
      <w:r>
        <w:t>aaj is ka ishara mila, milta hai aap ko hazrat yusuf, hazrat aisha ke is mein.</w:t>
      </w:r>
    </w:p>
    <w:p>
      <w:pPr>
        <w:jc w:val="right"/>
      </w:pPr>
      <w:r>
        <w:t>آج اس کا اشارہ ملا، ملتا ہے آپ کو حضرت یوسف، حضرت عائشہ کے اس میں۔</w:t>
      </w:r>
    </w:p>
    <w:p>
      <w:r>
        <w:rPr>
          <w:b/>
        </w:rPr>
        <w:t xml:space="preserve">[14:25] </w:t>
      </w:r>
      <w:r>
        <w:t>hazrat aisha ne is baat ko, hazrat aisha bohat hi zaheen, bohat hi intelligent, intelligent lady theen, bohat hi brilliant lady theen woh. unhon ne is baat ki taraf ishara kiya hai ke kiya mamla tha.</w:t>
      </w:r>
    </w:p>
    <w:p>
      <w:pPr>
        <w:jc w:val="right"/>
      </w:pPr>
      <w:r>
        <w:t>حضرت عائشہ نے اس بات کو، حضرت عائشہ بہت ہی ذہین، بہت ہی انٹیلیجنٹ، انٹیلیجنٹ لیڈی تھیں، بہت ہی بریلینٹ لیڈی تھیں وہ۔ انہوں نے اس بات کی طرف اشارہ کیا ہے کہ کیا معاملہ تھا۔</w:t>
      </w:r>
    </w:p>
    <w:p>
      <w:r>
        <w:rPr>
          <w:b/>
        </w:rPr>
        <w:t xml:space="preserve">[14:38] </w:t>
      </w:r>
      <w:r>
        <w:t>to madine mein dekhiye, do arab qabailay thay, aus aur khazraj. isi ke sath wahan par kuch yahoodi abad thay, un ka qabailay alag thay.</w:t>
      </w:r>
    </w:p>
    <w:p>
      <w:pPr>
        <w:jc w:val="right"/>
      </w:pPr>
      <w:r>
        <w:t>تو مدینے میں دیکھیے، دو عرب قبیلے تھے، اوس اور خزرج۔ اسی کے ساتھ وہاں پر کچھ یہودی آباد تھے، ان کا قبیلے الگ تھے۔</w:t>
      </w:r>
    </w:p>
    <w:p>
      <w:r>
        <w:rPr>
          <w:b/>
        </w:rPr>
        <w:t xml:space="preserve">[14:52] </w:t>
      </w:r>
      <w:r>
        <w:t>to aus aur khazraj mein jo ladaai hui, dono kamzor ho gaye. yaani arbon ki taqat kamzor ho gayi madina mein. ab is ka aik wahan par aik leadership mein aik vacuum paida ho gaya.</w:t>
      </w:r>
    </w:p>
    <w:p>
      <w:pPr>
        <w:jc w:val="right"/>
      </w:pPr>
      <w:r>
        <w:t>تو اوس اور خزرج میں جو لڑائی ہوئی، دونوں کمزور ہو گئے۔ یعنی عربوں کی طاقت کمزور ہو گئی مدینہ میں۔ اب اس کا ایک وہاں پر ایک لیڈرشپ میں ایک ویکیوم پیدا ہو گیا۔</w:t>
      </w:r>
    </w:p>
    <w:p>
      <w:r>
        <w:rPr>
          <w:b/>
        </w:rPr>
        <w:t xml:space="preserve">[15:06] </w:t>
      </w:r>
      <w:r>
        <w:t>ab yahoodi chahte thay is vacuum ko pur karein. to jo saadat wahan mili hui thi, jo dabdaba mila hua tha arbon ko, wahan ab dabdaba qaim ho gaya yahoodion ka.</w:t>
      </w:r>
    </w:p>
    <w:p>
      <w:pPr>
        <w:jc w:val="right"/>
      </w:pPr>
      <w:r>
        <w:t>اب یہودی چاہتے تھے اس ویکیوم کو پُر کریں۔ تو جو سعادت وہاں ملی ہوئی تھی، جو دبدبہ ملا ہوا تھا عربوں کو، وہاں اب دبدبہ قائم ہو گیا یہودیوں کا۔</w:t>
      </w:r>
    </w:p>
    <w:p>
      <w:r>
        <w:rPr>
          <w:b/>
        </w:rPr>
        <w:t xml:space="preserve">[15:19] </w:t>
      </w:r>
      <w:r>
        <w:t>to unhon ne rasool Allah sal Allah alaih wasallam ko bulaya, aik arab leader ko. aap ko unhon ne aik arab leader ke taur par invite kiya. jab aap puhnche wahan par madina to aus o khazraj ne aap ka istiqbal kiya tha, yeh keh kar ke aap do aadmi thay, aap thay hazrat abubakar thay,</w:t>
      </w:r>
    </w:p>
    <w:p>
      <w:pPr>
        <w:jc w:val="right"/>
      </w:pPr>
      <w:r>
        <w:t>تو انہوں نے رسول اللہ صلی اللہ علیہ وسلم کو بلایا، ایک عرب لیڈر کو۔ آپ کو انہوں نے ایک عرب لیڈر کے طور پر انوائٹ کیا۔ جب آپ پہنچے وہاں پر مدینہ تو اوس و خزرج نے آپ کا استقبال کیا تھا، یہ کہہ کر کہ آپ دو آدمی تھے، آپ تھے حضرت ابوبکر تھے،</w:t>
      </w:r>
    </w:p>
    <w:p>
      <w:r>
        <w:rPr>
          <w:b/>
        </w:rPr>
        <w:t xml:space="preserve">[15:37] </w:t>
      </w:r>
      <w:r>
        <w:t>aamreen muta ne. yeh keh kar un ko welcome kiya tha. aate hi aap ko unhon ne apna sardar bana liya.</w:t>
      </w:r>
    </w:p>
    <w:p>
      <w:pPr>
        <w:jc w:val="right"/>
      </w:pPr>
      <w:r>
        <w:t>عامرین مطاع نے۔ یہ کہہ کر ان کو ویلکم کیا تھا۔ آتے ہی آپ کو انہوں نے اپنا سردار بنا لیا۔</w:t>
      </w:r>
    </w:p>
    <w:p>
      <w:r>
        <w:rPr>
          <w:b/>
        </w:rPr>
        <w:t xml:space="preserve">[15:49] </w:t>
      </w:r>
      <w:r>
        <w:t>yaani aik arab leader un ko chahiye tha counter karne ke liye, yeh jewish tribes ko. to kiya keh unhon ne apne interest ke liye aisa socha?</w:t>
      </w:r>
    </w:p>
    <w:p>
      <w:pPr>
        <w:jc w:val="right"/>
      </w:pPr>
      <w:r>
        <w:t>یعنی ایک عرب لیڈر ان کو چاہیے تھا کاؤنٹر کرنے کے لیے، یہ جوئش ٹرائبس کو۔ تو کیا کہ انہوں نے اپنے انٹرسٹ کے لیے ایسا سوچا؟</w:t>
      </w:r>
    </w:p>
    <w:p>
      <w:r>
        <w:rPr>
          <w:b/>
        </w:rPr>
        <w:t xml:space="preserve">[16:02] </w:t>
      </w:r>
      <w:r>
        <w:t>to rasool Allah sal Allah alaih wasallam ne sawal nahi kiya ke tum to apne interest ke liye soch rahe ho, mujhe aisi offer lena nahi hai. is ko aap ne samjha ke kisi aik situation create hui hai, jis ko mujhe avail karna hai.</w:t>
      </w:r>
    </w:p>
    <w:p>
      <w:pPr>
        <w:jc w:val="right"/>
      </w:pPr>
      <w:r>
        <w:t>تو رسول اللہ صلی اللہ علیہ وسلم نے سوال نہیں کیا کہ تم تو اپنے انٹرسٹ کے لیے سوچ رہے ہو، مجھے ایسی آفر لینا نہیں ہے۔ اس کو آپ نے سمجھا کہ کسی ایک سچویشن کریٹ ہوئی ہے، جس کو مجھے اویل کرنا ہے۔</w:t>
      </w:r>
    </w:p>
    <w:p>
      <w:r>
        <w:rPr>
          <w:b/>
        </w:rPr>
        <w:t xml:space="preserve">[16:17] </w:t>
      </w:r>
      <w:r>
        <w:t>aur foran aap makkah chhod kar madina chale gaye aur phir aik nai history shuru hui Islam ki. to situation jab bhi create hoti hai to jo fareeq saani hai, jo other party hai, is mein is ka koi interest involve rehta hai.</w:t>
      </w:r>
    </w:p>
    <w:p>
      <w:pPr>
        <w:jc w:val="right"/>
      </w:pPr>
      <w:r>
        <w:t>اور فوراً آپ مکہ چھوڑ کر مدینہ چلے گئے اور پھر ایک نئی ہسٹری شروع ہوئی اسلام کی۔ تو سچویشن جب بھی کریٹ ہوتی ہے تو جو فریق ثانی ہے، جو ادر پارٹی ہے، اس میں اس کا کوئی انٹرسٹ انوالو رہتا ہے۔</w:t>
      </w:r>
    </w:p>
    <w:p>
      <w:r>
        <w:rPr>
          <w:b/>
        </w:rPr>
        <w:t xml:space="preserve">[16:34] </w:t>
      </w:r>
      <w:r>
        <w:t>yehi, yehi nature of nature hai. yehi hona hai, hona hai is dunya mein.</w:t>
      </w:r>
    </w:p>
    <w:p>
      <w:pPr>
        <w:jc w:val="right"/>
      </w:pPr>
      <w:r>
        <w:t>یہی، یہی نیچر آف نیچر ہے۔ یہی ہونا ہے، ہونا ہے اس دنیا میں۔</w:t>
      </w:r>
    </w:p>
    <w:p>
      <w:r>
        <w:rPr>
          <w:b/>
        </w:rPr>
        <w:t xml:space="preserve">[16:42] </w:t>
      </w:r>
      <w:r>
        <w:t>aap ka jo kamal yeh hai ke aap is situation ko opportunity ke taur par lein, is ko avail karein.</w:t>
      </w:r>
    </w:p>
    <w:p>
      <w:pPr>
        <w:jc w:val="right"/>
      </w:pPr>
      <w:r>
        <w:t>آپ کا جو کمال یہ ہے کہ آپ اس سچویشن کو اپرچونیٹی کے طور پر لیں، اس کو اویل کریں۔</w:t>
      </w:r>
    </w:p>
    <w:p>
      <w:r>
        <w:rPr>
          <w:b/>
        </w:rPr>
        <w:t xml:space="preserve">[16:53] </w:t>
      </w:r>
      <w:r>
        <w:t>ab dekhiye ke tatariyon ke qisse ko log bohat padhte hain, lekin wahan bhi log samajhte nahi ke baat kiya thi.</w:t>
      </w:r>
    </w:p>
    <w:p>
      <w:pPr>
        <w:jc w:val="right"/>
      </w:pPr>
      <w:r>
        <w:t>اب دیکھیے کہ تاتاریوں کے قصے کو لوگ بہت پڑھتے ہیں، لیکن وہاں بھی لوگ سمجھتے نہیں کہ بات کیا تھی۔</w:t>
      </w:r>
    </w:p>
    <w:p>
      <w:r>
        <w:rPr>
          <w:b/>
        </w:rPr>
        <w:t xml:space="preserve">[17:01] </w:t>
      </w:r>
      <w:r>
        <w:t>tatari jo muslim dunya par ghalib ho gaye thay, bator fouj ke, yaani military action ke taur par, to woh jante thay ke sirf, sirf military ke zariye aap kisi par hukoomat nahi kar sakte.</w:t>
      </w:r>
    </w:p>
    <w:p>
      <w:pPr>
        <w:jc w:val="right"/>
      </w:pPr>
      <w:r>
        <w:t>تاتاری جو مسلم دنیا پر غالب ہو گئے تھے، بطور فوج کے، یعنی ملٹری ایکشن کے طور پر، تو وہ جانتے تھے کہ صرف، صرف ملٹری کے ذریعے آپ کسی پر حکومت نہیں کر سکتے۔</w:t>
      </w:r>
    </w:p>
    <w:p>
      <w:r>
        <w:rPr>
          <w:b/>
        </w:rPr>
        <w:t xml:space="preserve">[17:17] </w:t>
      </w:r>
      <w:r>
        <w:t>military power ke zariye. ab dekhein, aap ne super power hai America. aaj bhi woh Iraq aur Afghanistan par apna dabdaba nahi qaim kar saka.</w:t>
      </w:r>
    </w:p>
    <w:p>
      <w:pPr>
        <w:jc w:val="right"/>
      </w:pPr>
      <w:r>
        <w:t>ملٹری پاور کے ذریعے۔ اب دیکھیں، آپ نے سپر پاور ہے امریکہ۔ آج بھی وہ عراق اور افغانستان پر اپنا دبدبہ نہیں قائم کر سکا۔</w:t>
      </w:r>
    </w:p>
    <w:p>
      <w:r>
        <w:rPr>
          <w:b/>
        </w:rPr>
        <w:t xml:space="preserve">[17:27] </w:t>
      </w:r>
      <w:r>
        <w:t>halan ke tareekh ka sab se bara military action kiya unhon</w:t>
      </w:r>
    </w:p>
    <w:p>
      <w:pPr>
        <w:jc w:val="right"/>
      </w:pPr>
      <w:r>
        <w:t>حالانکہ تاریخ کا سب سے بڑا ملٹری ایکشن کیا انہوں</w:t>
      </w:r>
    </w:p>
    <w:p>
      <w:r>
        <w:rPr>
          <w:b/>
        </w:rPr>
        <w:t xml:space="preserve">[17:30] </w:t>
      </w:r>
      <w:r>
        <w:t>ne. itna bara military action kabhi kisi ne organize nahi kiya tha. lekin abhi bhi aap jante hain ke wahan par na Afghanistan mein dabdaba hai America ka, na Afghanistan, na Iraq mein dabdaba hai America ka.</w:t>
      </w:r>
    </w:p>
    <w:p>
      <w:pPr>
        <w:jc w:val="right"/>
      </w:pPr>
      <w:r>
        <w:t>نے۔ اتنا بڑا ملٹری ایکشن کبھی کسی نے آرگنائز نہیں کیا تھا۔ لیکن ابھی بھی آپ جانتے ہیں کہ وہاں پر نہ افغانستان میں دبدبہ ہے امریکہ کا، نہ افغانستان، نہ عراق میں دبدبہ ہے امریکہ کا۔</w:t>
      </w:r>
    </w:p>
    <w:p>
      <w:r>
        <w:rPr>
          <w:b/>
        </w:rPr>
        <w:t xml:space="preserve">[17:45] </w:t>
      </w:r>
      <w:r>
        <w:t>to military power jo hai, is se aap dabdaba nahi qaim kar sakte. to woh log bohat hi hoshiyar thay. unhon ne socha ke hamein to apni hukoomat chahiye, mazhab koi bhi ho.</w:t>
      </w:r>
    </w:p>
    <w:p>
      <w:pPr>
        <w:jc w:val="right"/>
      </w:pPr>
      <w:r>
        <w:t>تو ملٹری پاور جو ہے، اس سے آپ دبدبہ نہیں قائم کر سکتے۔ تو وہ لوگ بہت ہی ہوشیار تھے۔ انہوں نے سوچا کہ ہمیں تو اپنی حکومت چاہیے، مذہب کوئی بھی ہو۔</w:t>
      </w:r>
    </w:p>
    <w:p>
      <w:r>
        <w:rPr>
          <w:b/>
        </w:rPr>
        <w:t xml:space="preserve">[17:58] </w:t>
      </w:r>
      <w:r>
        <w:t>un ka apna koi khaas mazhab bhi nahi tha tatariyon ka. unhon ne Islam qabool kar liya. aur sadiyon tak musalmanon ke upar hukoomat karte rahe woh.</w:t>
      </w:r>
    </w:p>
    <w:p>
      <w:pPr>
        <w:jc w:val="right"/>
      </w:pPr>
      <w:r>
        <w:t>ان کا اپنا کوئی خاص مذہب بھی نہیں تھا تاتاریوں کا۔ انہوں نے اسلام قبول کر لیا۔ اور صدیوں تک مسلمانوں کے اوپر حکومت کرتے رہے وہ۔</w:t>
      </w:r>
    </w:p>
    <w:p>
      <w:r>
        <w:rPr>
          <w:b/>
        </w:rPr>
        <w:t xml:space="preserve">[18:09] </w:t>
      </w:r>
      <w:r>
        <w:t>sadiyon tak. jin ko mangol kaha jata hai tareekh mein. tatariyon ko aam taur par mangol kaha jata hai history mein.</w:t>
      </w:r>
    </w:p>
    <w:p>
      <w:pPr>
        <w:jc w:val="right"/>
      </w:pPr>
      <w:r>
        <w:t>صدیوں تک۔ جن کو منگول کہا جاتا ہے تاریخ میں۔ تاتاریوں کو عام طور پر منگول کہا جاتا ہے ہسٹری میں۔</w:t>
      </w:r>
    </w:p>
    <w:p>
      <w:r>
        <w:rPr>
          <w:b/>
        </w:rPr>
        <w:t xml:space="preserve">[18:19] </w:t>
      </w:r>
      <w:r>
        <w:t>to unhon ne musalmanon ke mazhab ko ikhtiyar kar liya. aur phir un ka dabdaba qaim ho gaya. musalman un ko apna samajh</w:t>
      </w:r>
    </w:p>
    <w:p>
      <w:pPr>
        <w:jc w:val="right"/>
      </w:pPr>
      <w:r>
        <w:t>تو انہوں نے مسلمانوں کے مذہب کو اختیار کر لیا۔ اور پھر ان کا دبدبہ قائم ہو گیا۔ مسلمان ان کو اپنا سمجھ</w:t>
      </w:r>
    </w:p>
    <w:p>
      <w:r>
        <w:rPr>
          <w:b/>
        </w:rPr>
        <w:t xml:space="preserve">[18:27] </w:t>
      </w:r>
      <w:r>
        <w:t>ne lagay. abhi tak ghair samajh rahe thay. abhi tak ghair samajh rahe thay. ab apna samajhne lagay. to Adam, to doosra party jo hai, apne hi interest ke liye aik kaam karega hamesha.</w:t>
      </w:r>
    </w:p>
    <w:p>
      <w:pPr>
        <w:jc w:val="right"/>
      </w:pPr>
      <w:r>
        <w:t>نے لگے۔ ابھی تک غیر سمجھ رہے تھے۔ ابھی تک غیر سمجھ رہے تھے۔ اب اپنا سمجھنے لگے۔ تو آدم، تو دوسرا پارٹی جو ہے، اپنے ہی انٹرسٹ کے لیے ایک کام کرے گا ہمیشہ۔</w:t>
      </w:r>
    </w:p>
    <w:p>
      <w:r>
        <w:rPr>
          <w:b/>
        </w:rPr>
        <w:t xml:space="preserve">[18:41] </w:t>
      </w:r>
      <w:r>
        <w:t>aap ko is ko avail karna hai. is ko lena hai as an opportunity. agarche musalman is ko le nahi sake zyada.</w:t>
      </w:r>
    </w:p>
    <w:p>
      <w:pPr>
        <w:jc w:val="right"/>
      </w:pPr>
      <w:r>
        <w:t>آپ کو اس کو اویل کرنا ہے۔ اس کو لینا ہے ایز این اپرچونیٹی۔ اگرچہ مسلمان اس کو لے نہیں سکے زیادہ۔</w:t>
      </w:r>
    </w:p>
    <w:p>
      <w:r>
        <w:rPr>
          <w:b/>
        </w:rPr>
        <w:t xml:space="preserve">[18:52] </w:t>
      </w:r>
      <w:r>
        <w:t>lekin aik aur misaal bhi deta hoon aap ko. Christians ki.</w:t>
      </w:r>
    </w:p>
    <w:p>
      <w:pPr>
        <w:jc w:val="right"/>
      </w:pPr>
      <w:r>
        <w:t>لیکن ایک اور مثال بھی دیتا ہوں آپ کو۔ کرسچنز کی۔</w:t>
      </w:r>
    </w:p>
    <w:p>
      <w:r>
        <w:rPr>
          <w:b/>
        </w:rPr>
        <w:t xml:space="preserve">[18:57] </w:t>
      </w:r>
      <w:r>
        <w:t>Roman emperor tha Constantine. first, fourth century mein. fourth century AD mein.</w:t>
      </w:r>
    </w:p>
    <w:p>
      <w:pPr>
        <w:jc w:val="right"/>
      </w:pPr>
      <w:r>
        <w:t>رومن ایمپرر تھا کانسٹنٹین۔ فرسٹ، فورتھ سینچری میں۔ فورتھ سینچری اے ڈی میں۔</w:t>
      </w:r>
    </w:p>
    <w:p>
      <w:r>
        <w:rPr>
          <w:b/>
        </w:rPr>
        <w:t xml:space="preserve">[19:09] </w:t>
      </w:r>
      <w:r>
        <w:t>to woh christian tha. to us ne kya kiya ke isaiyat, christian nahi tha, woh pehle Roman tha woh.</w:t>
      </w:r>
    </w:p>
    <w:p>
      <w:pPr>
        <w:jc w:val="right"/>
      </w:pPr>
      <w:r>
        <w:t>تو وہ کرسچن تھا۔ تو اس نے کیا کیا کہ عیسائیت، کرسچن نہیں تھا، وہ پہلے رومن تھا وہ۔</w:t>
      </w:r>
    </w:p>
    <w:p>
      <w:r>
        <w:rPr>
          <w:b/>
        </w:rPr>
        <w:t xml:space="preserve">[19:19] </w:t>
      </w:r>
      <w:r>
        <w:t>isai mazhab ko, yaani maseehi mazhab ko us ne ikhtiyar kar liya. to achaanak jo hai kya hua,</w:t>
      </w:r>
    </w:p>
    <w:p>
      <w:pPr>
        <w:jc w:val="right"/>
      </w:pPr>
      <w:r>
        <w:t>عیسائی مذہب کو، یعنی مسیحی مذہب کو اس نے اختیار کر لیا۔ تو اچانک جو ہے کیا ہوا،</w:t>
      </w:r>
    </w:p>
    <w:p>
      <w:r>
        <w:rPr>
          <w:b/>
        </w:rPr>
        <w:t xml:space="preserve">[19:25] </w:t>
      </w:r>
      <w:r>
        <w:t>saare christian jo thay, us ke, us ke saathi ban gaye. christian ne samjha ke yeh to apna king ho gaya. resistance khatam ho gaya.</w:t>
      </w:r>
    </w:p>
    <w:p>
      <w:pPr>
        <w:jc w:val="right"/>
      </w:pPr>
      <w:r>
        <w:t>سارے کرسچن جو تھے، اس کے، اس کے ساتھی بن گئے۔ کرسچن نے سمجھا کہ یہ تو اپنا کنگ ہو گیا۔ ریزسٹنس ختم ہو گیا۔</w:t>
      </w:r>
    </w:p>
    <w:p>
      <w:r>
        <w:rPr>
          <w:b/>
        </w:rPr>
        <w:t xml:space="preserve">[19:35] </w:t>
      </w:r>
      <w:r>
        <w:t>resistance khatam ho gaya. ab christian ne kya kiya ke bohat bara kaam kiya. is ko avail kiya unhon ne. aaj jante hain ke aap dunya mein sab se zyada well organized community jo hai, woh christians ki hai.</w:t>
      </w:r>
    </w:p>
    <w:p>
      <w:pPr>
        <w:jc w:val="right"/>
      </w:pPr>
      <w:r>
        <w:t>ریزسٹنس ختم ہو گیا۔ اب کرسچن نے کیا کیا کہ بہت بڑا کام کیا۔ اس کو اویل کیا انہوں نے۔ آج جانتے ہیں کہ آپ دنیا میں سب سے زیادہ ویل آرگنائزڈ کمیونٹی جو ہے، وہ کرسچنز کی ہے۔</w:t>
      </w:r>
    </w:p>
    <w:p>
      <w:r>
        <w:rPr>
          <w:b/>
        </w:rPr>
        <w:t xml:space="preserve">[19:52] </w:t>
      </w:r>
      <w:r>
        <w:t>health services ko, education ko, aur missionary activities ko kitna zabardast organized kiye hue hain is ka woh. sari dunya mein.</w:t>
      </w:r>
    </w:p>
    <w:p>
      <w:pPr>
        <w:jc w:val="right"/>
      </w:pPr>
      <w:r>
        <w:t>ہیلتھ سروسز کو، ایجوکیشن کو، اور مشنری ایکٹیویٹیز کو کتنا زبردست آرگنائزڈ کیے ہوئے ہیں اس کا وہ۔ ساری دنیا میں۔</w:t>
      </w:r>
    </w:p>
    <w:p>
      <w:r>
        <w:rPr>
          <w:b/>
        </w:rPr>
        <w:t xml:space="preserve">[20:03] </w:t>
      </w:r>
      <w:r>
        <w:t>jaise hum log daawa work karte hain, to hamara daawa work itna well organized nahi hai yeh. history mein pehli baar christian ne yeh kiya ke missionary work ko organization mein tabdeel kar diya.</w:t>
      </w:r>
    </w:p>
    <w:p>
      <w:pPr>
        <w:jc w:val="right"/>
      </w:pPr>
      <w:r>
        <w:t>جیسے ہم لوگ دعویٰ ورک کرتے ہیں، تو ہمارا دعویٰ ورک اتنا ویل آرگنائزڈ نہیں ہے یہ۔ ہسٹری میں پہلی بار کرسچن نے یہ کیا کہ مشنری ورک کو آرگنائزیشن میں تبدیل کر دیا۔</w:t>
      </w:r>
    </w:p>
    <w:p>
      <w:r>
        <w:rPr>
          <w:b/>
        </w:rPr>
        <w:t xml:space="preserve">[20:17] </w:t>
      </w:r>
      <w:r>
        <w:t>yaani organized way mein daawa work kya cheez hai, us ko unhon ne kar ke dikhaya.</w:t>
      </w:r>
    </w:p>
    <w:p>
      <w:pPr>
        <w:jc w:val="right"/>
      </w:pPr>
      <w:r>
        <w:t>یعنی آرگنائزڈ وے میں دعویٰ ورک کیا چیز ہے، اس کو انہوں نے کر کے دکھایا۔</w:t>
      </w:r>
    </w:p>
    <w:p>
      <w:r>
        <w:rPr>
          <w:b/>
        </w:rPr>
        <w:t xml:space="preserve">[20:21] </w:t>
      </w:r>
      <w:r>
        <w:t>yeh isi zamane mein, isi ke baad hua. kyunke jab Constantine jo tha, us ne Christianity qabool kar li, to aman qaim mil gaya un ko.</w:t>
      </w:r>
    </w:p>
    <w:p>
      <w:pPr>
        <w:jc w:val="right"/>
      </w:pPr>
      <w:r>
        <w:t>یہ اسی زمانے میں، اسی کے بعد ہوا۔ کیونکہ جب کانسٹنٹین جو تھا، اس نے کرسچینٹی قبول کر لی، تو امن قائم مل گیا ان کو۔</w:t>
      </w:r>
    </w:p>
    <w:p>
      <w:r>
        <w:rPr>
          <w:b/>
        </w:rPr>
        <w:t xml:space="preserve">[20:30] </w:t>
      </w:r>
      <w:r>
        <w:t>is se pehle aap jante hain ke christians ka bohat persecution hua karta tha. kabhi un ko peace nahi milta tha. to organize bhi nahi kar paate thay woh.</w:t>
      </w:r>
    </w:p>
    <w:p>
      <w:pPr>
        <w:jc w:val="right"/>
      </w:pPr>
      <w:r>
        <w:t>اس سے پہلے آپ جانتے ہیں کہ کرسچنز کا بہت پرسیکیوشن ہوا کرتا تھا۔ کبھی ان کو پیس نہیں ملتا تھا۔ تو آرگنائز بھی نہیں کر پاتے تھے وہ۔</w:t>
      </w:r>
    </w:p>
    <w:p>
      <w:r>
        <w:rPr>
          <w:b/>
        </w:rPr>
        <w:t xml:space="preserve">[20:41] </w:t>
      </w:r>
      <w:r>
        <w:t>ab jo peace mila, unhon ne yeh nahi socha ke yeh nahi sawal khara kiya ke yeh to apne mazhab, maqsad ke liye is ne Christianity ko qabool kiya hai.</w:t>
      </w:r>
    </w:p>
    <w:p>
      <w:pPr>
        <w:jc w:val="right"/>
      </w:pPr>
      <w:r>
        <w:t>اب جو پیس ملا، انہوں نے یہ نہیں سوچا کہ یہ نہیں سوال کھڑا کیا کہ یہ تو اپنے مذہب، مقصد کے لیے اس نے کرسچینٹی کو قبول کیا ہے۔</w:t>
      </w:r>
    </w:p>
    <w:p>
      <w:r>
        <w:rPr>
          <w:b/>
        </w:rPr>
        <w:t xml:space="preserve">[20:51] </w:t>
      </w:r>
      <w:r>
        <w:t>is ka apna interest hai. kyunke is ko woh chahta hai ke apni jo political empire hai, us ko consolidate kare.</w:t>
      </w:r>
    </w:p>
    <w:p>
      <w:pPr>
        <w:jc w:val="right"/>
      </w:pPr>
      <w:r>
        <w:t>اس کا اپنا انٹرسٹ ہے۔ کیونکہ اس کو وہ چاہتا ہے کہ اپنی جو پولیٹیکل ایمپائر ہے، اس کو کونسلیڈیٹ کرے۔</w:t>
      </w:r>
    </w:p>
    <w:p>
      <w:r>
        <w:rPr>
          <w:b/>
        </w:rPr>
        <w:t xml:space="preserve">[21:03] </w:t>
      </w:r>
      <w:r>
        <w:t>yeh sab kuch nahi socha unhon ne. yaani Constantine first ke christian banne se ek situation create hui.</w:t>
      </w:r>
    </w:p>
    <w:p>
      <w:pPr>
        <w:jc w:val="right"/>
      </w:pPr>
      <w:r>
        <w:t>یہ سب کچھ نہیں سوچا انہوں نے۔ یعنی کانسٹنٹین فرسٹ کے کرسچن بننے سے ایک سچویشن کریٹ ہوئی۔</w:t>
      </w:r>
    </w:p>
    <w:p>
      <w:r>
        <w:rPr>
          <w:b/>
        </w:rPr>
        <w:t xml:space="preserve">[21:12] </w:t>
      </w:r>
      <w:r>
        <w:t>aur peace. persecution khatam ho gaya.</w:t>
      </w:r>
    </w:p>
    <w:p>
      <w:pPr>
        <w:jc w:val="right"/>
      </w:pPr>
      <w:r>
        <w:t>اور پیس۔ پرسیکیوشن ختم ہو گیا۔</w:t>
      </w:r>
    </w:p>
    <w:p>
      <w:r>
        <w:rPr>
          <w:b/>
        </w:rPr>
        <w:t xml:space="preserve">[21:16] </w:t>
      </w:r>
      <w:r>
        <w:t>ab bharpoor tor par is ko istemal kiya unhon ne apne missionary activities ko organize karne mein.</w:t>
      </w:r>
    </w:p>
    <w:p>
      <w:pPr>
        <w:jc w:val="right"/>
      </w:pPr>
      <w:r>
        <w:t>اب بھرپور طور پر اس کو استعمال کیا انہوں نے اپنے مشنری ایکٹیویٹیز کو آرگنائز کرنے میں۔</w:t>
      </w:r>
    </w:p>
    <w:p>
      <w:r>
        <w:rPr>
          <w:b/>
        </w:rPr>
        <w:t xml:space="preserve">[21:25] </w:t>
      </w:r>
      <w:r>
        <w:t>yeh hai situation ko avail karna. to true sense mein woh master of situation bane.</w:t>
      </w:r>
    </w:p>
    <w:p>
      <w:pPr>
        <w:jc w:val="right"/>
      </w:pPr>
      <w:r>
        <w:t>یہ ہے سچویشن کو اویل کرنا۔ تو ٹرو سینس میں وہ ماسٹر آف سچویشن بنے۔</w:t>
      </w:r>
    </w:p>
    <w:p>
      <w:r>
        <w:rPr>
          <w:b/>
        </w:rPr>
        <w:t xml:space="preserve">[21:35] </w:t>
      </w:r>
      <w:r>
        <w:t>yeh musalman jante hi nahi. jabke poori history mein pehli baar prophet of Islam ne is raaz ko bataya tha.</w:t>
      </w:r>
    </w:p>
    <w:p>
      <w:pPr>
        <w:jc w:val="right"/>
      </w:pPr>
      <w:r>
        <w:t>یہ مسلمان جانتے ہی نہیں۔ جبکہ پوری ہسٹری میں پہلی بار پرافٹ آف اسلام نے اس راز کو بتایا تھا۔</w:t>
      </w:r>
    </w:p>
    <w:p>
      <w:r>
        <w:rPr>
          <w:b/>
        </w:rPr>
        <w:t xml:space="preserve">[21:44] </w:t>
      </w:r>
      <w:r>
        <w:t>إن الله لعيّدها الدين بالرجل الفاجر yaani situation create karte hain doosre log, hum is se faida utha lete hain. to aaj jab maine parha akhbar mein ke kaise nadan hain woh log.</w:t>
      </w:r>
    </w:p>
    <w:p>
      <w:pPr>
        <w:jc w:val="right"/>
      </w:pPr>
      <w:r>
        <w:t>إن الله لعيّدها الدين بالرجل الفاجر یعنی سچویشن کریٹ کرتے ہیں دوسرے لوگ، ہم اس سے فائدہ اٹھا لیتے ہیں۔ تو آج جب میں نے پڑھا اخبار میں کہ کیسے نادان ہیں وہ لوگ۔</w:t>
      </w:r>
    </w:p>
    <w:p>
      <w:r>
        <w:rPr>
          <w:b/>
        </w:rPr>
        <w:t xml:space="preserve">[21:58] </w:t>
      </w:r>
      <w:r>
        <w:t>ek situation create hui hai. aur us ko le rahe hain negative sense mein.</w:t>
      </w:r>
    </w:p>
    <w:p>
      <w:pPr>
        <w:jc w:val="right"/>
      </w:pPr>
      <w:r>
        <w:t>ایک سچویشن کریٹ ہوئی ہے۔ اور اس کو لے رہے ہیں نیگیٹیو سینس میں۔</w:t>
      </w:r>
    </w:p>
    <w:p>
      <w:r>
        <w:rPr>
          <w:b/>
        </w:rPr>
        <w:t xml:space="preserve">[22:06] </w:t>
      </w:r>
      <w:r>
        <w:t>negative sense mein le rahe hain. aap parhiye ga aap. logon ke bayanat jo aaye hain, khud Muslim sahabaan ke, bilkul sab negative.</w:t>
      </w:r>
    </w:p>
    <w:p>
      <w:pPr>
        <w:jc w:val="right"/>
      </w:pPr>
      <w:r>
        <w:t>نیگیٹیو سینس میں لے رہے ہیں۔ آپ پڑھئے گا آپ۔ لوگوں کے بیانات جو آئے ہیں، خود مسلم صاحبان کے، بالکل سب نیگیٹیو۔</w:t>
      </w:r>
    </w:p>
    <w:p>
      <w:r>
        <w:rPr>
          <w:b/>
        </w:rPr>
        <w:t xml:space="preserve">[22:15] </w:t>
      </w:r>
      <w:r>
        <w:t>to is mani hai ke yeh waqt guzar jayega aur musalman is ko avail nahi kar payenge.</w:t>
      </w:r>
    </w:p>
    <w:p>
      <w:pPr>
        <w:jc w:val="right"/>
      </w:pPr>
      <w:r>
        <w:t>تو اس معنیٰ ہے کہ یہ وقت گزر جائے گا اور مسلمان اس کو اویل نہیں کر پائیں گے۔</w:t>
      </w:r>
    </w:p>
    <w:p>
      <w:r>
        <w:rPr>
          <w:b/>
        </w:rPr>
        <w:t xml:space="preserve">[22:25] </w:t>
      </w:r>
      <w:r>
        <w:t>jitne bhi, jis cheez, jo sari cheezein musalman complain karte hain, yaad rakhiye. complain muslims jo hain aaj kal ke, woh protestant community ban gaye hain.</w:t>
      </w:r>
    </w:p>
    <w:p>
      <w:pPr>
        <w:jc w:val="right"/>
      </w:pPr>
      <w:r>
        <w:t>جتنے بھی، جس چیز، جو ساری چیزیں مسلمان کمپلین کرتے ہیں، یاد رکھیے۔ کمپلین مسلمز جو ہیں آج کل کے، وہ پروٹیسٹنٹ کمیونٹی بن گئے ہیں۔</w:t>
      </w:r>
    </w:p>
    <w:p>
      <w:r>
        <w:rPr>
          <w:b/>
        </w:rPr>
        <w:t xml:space="preserve">[22:39] </w:t>
      </w:r>
      <w:r>
        <w:t>complain karna, protest karna, woh kya hai? We are paying the price of our own stability apni nadani karte hain hum, is ki price hamein deni padti hai.</w:t>
      </w:r>
    </w:p>
    <w:p>
      <w:pPr>
        <w:jc w:val="right"/>
      </w:pPr>
      <w:r>
        <w:t>کمپلین کرنا، پروٹیسٹ کرنا، وہ کیا ہے؟ We are paying the price of our own stability اپنی نادانی کرتے ہیں ہم، اس کی پرائس ہمیں دینی پڑتی ہے۔</w:t>
      </w:r>
    </w:p>
    <w:p>
      <w:r>
        <w:rPr>
          <w:b/>
        </w:rPr>
        <w:t xml:space="preserve">[22:50] </w:t>
      </w:r>
      <w:r>
        <w:t>to kehte hain, kehte hain ke dekho zulm ho raha hai, dekho yeh ho raha hai, dekho woh ho raha hai.</w:t>
      </w:r>
    </w:p>
    <w:p>
      <w:pPr>
        <w:jc w:val="right"/>
      </w:pPr>
      <w:r>
        <w:t>تو کہتے ہیں، کہتے ہیں کہ دیکھو ظلم ہو رہا ہے، دیکھو یہ ہو رہا ہے، دیکھو وہ ہو رہا ہے۔</w:t>
      </w:r>
    </w:p>
    <w:p>
      <w:r>
        <w:rPr>
          <w:b/>
        </w:rPr>
        <w:t xml:space="preserve">[22:57] </w:t>
      </w:r>
      <w:r>
        <w:t>main ek aur misaal deta hoon aap ko. kal main ek kitab dekh raha tha. woh jis ko hum kehte hain Qadiani jamaat.</w:t>
      </w:r>
    </w:p>
    <w:p>
      <w:pPr>
        <w:jc w:val="right"/>
      </w:pPr>
      <w:r>
        <w:t>میں ایک اور مثال دیتا ہوں آپ کو۔ کل میں ایک کتاب دیکھ رہا تھا۔ وہ جس کو ہم کہتے ہیں قادیانی جماعت۔</w:t>
      </w:r>
    </w:p>
    <w:p>
      <w:r>
        <w:rPr>
          <w:b/>
        </w:rPr>
        <w:t xml:space="preserve">[23:08] </w:t>
      </w:r>
      <w:r>
        <w:t>khud woh apne ko Ahmadi jamaat kehte hain. yeh bhi aap dekh lijiye. ke jab aap ne kabhi bhi aap Qadiani log apne ko, Qadiani nahi kehte woh.</w:t>
      </w:r>
    </w:p>
    <w:p>
      <w:pPr>
        <w:jc w:val="right"/>
      </w:pPr>
      <w:r>
        <w:t>خود وہ اپنے کو احمدی جماعت کہتے ہیں۔ یہ بھی آپ دیکھ لیجیے۔ کہ جب آپ نے کبھی بھی آپ قادیانی لوگ اپنے کو، قادیانی نہیں کہتے وہ۔</w:t>
      </w:r>
    </w:p>
    <w:p>
      <w:r>
        <w:rPr>
          <w:b/>
        </w:rPr>
        <w:t xml:space="preserve">[23:20] </w:t>
      </w:r>
      <w:r>
        <w:t>woh jamaat ahmadia kehte hain. musalman naam rakh diya un ka kya? qadiani.</w:t>
      </w:r>
    </w:p>
    <w:p>
      <w:pPr>
        <w:jc w:val="right"/>
      </w:pPr>
      <w:r>
        <w:t>وہ جماعت احمدیہ کہتے ہیں۔ مسلمان نام رکھ دیا ان کا کیا؟ قادیانی۔</w:t>
      </w:r>
    </w:p>
    <w:p>
      <w:r>
        <w:rPr>
          <w:b/>
        </w:rPr>
        <w:t xml:space="preserve">[23:26] </w:t>
      </w:r>
      <w:r>
        <w:t>yani, yani starting hi mein woh negative ban gaye. yani nicknames ko kehte hain angrez, nickname. ya jo kehte hain quran majeed mein mana kiya gaya hai is se.</w:t>
      </w:r>
    </w:p>
    <w:p>
      <w:pPr>
        <w:jc w:val="right"/>
      </w:pPr>
      <w:r>
        <w:t>یعنی، یعنی اسٹارٹنگ ہی میں وہ نیگیٹیو بن گئے۔ یعنی نک نیمز کو کہتے ہیں انگریز، نک نیم۔ یا جو کہتے ہیں قرآن مجید میں منع کیا گیا ہے اس سے۔</w:t>
      </w:r>
    </w:p>
    <w:p>
      <w:r>
        <w:rPr>
          <w:b/>
        </w:rPr>
        <w:t xml:space="preserve">[23:38] </w:t>
      </w:r>
      <w:r>
        <w:t>wa la tanabazu bil alqab yeh tanabazu bil alqab hai.</w:t>
      </w:r>
    </w:p>
    <w:p>
      <w:pPr>
        <w:jc w:val="right"/>
      </w:pPr>
      <w:r>
        <w:t>ولا تنابذوا بالألقاب یہ تنابذ بالألقاب ہے۔</w:t>
      </w:r>
    </w:p>
    <w:p>
      <w:r>
        <w:rPr>
          <w:b/>
        </w:rPr>
        <w:t xml:space="preserve">[23:45] </w:t>
      </w:r>
      <w:r>
        <w:t>jab aadmi apne ko keh raha hai ahmadi jamaat, jamaat ahmadi, to aap bhi wohi lafz boliye. aap use qadiani jamaat kyun kehte hain?</w:t>
      </w:r>
    </w:p>
    <w:p>
      <w:pPr>
        <w:jc w:val="right"/>
      </w:pPr>
      <w:r>
        <w:t>جب آدمی اپنے کو کہہ رہا ہے احمدی جماعت، جماعت احمدیہ، تو آپ بھی وہی لفظ بولیے۔ آپ اسے قادیانی جماعت کیوں کہتے ہیں؟</w:t>
      </w:r>
    </w:p>
    <w:p>
      <w:r>
        <w:rPr>
          <w:b/>
        </w:rPr>
        <w:t xml:space="preserve">[23:56] </w:t>
      </w:r>
      <w:r>
        <w:t>pehlay hi din se aap ka mizaj negative ho jata hai un ke baray mein. main aap se aik arz karunga, is par ghor kijiye aap. ke jis cheez, jis ko kehte hain qadiani, fitna kehte hain log.</w:t>
      </w:r>
    </w:p>
    <w:p>
      <w:pPr>
        <w:jc w:val="right"/>
      </w:pPr>
      <w:r>
        <w:t>پہلے ہی دن سے آپ کا مزاج نیگیٹیو ہو جاتا ہے ان کے بارے میں۔ میں آپ سے ایک عرض کروں گا، اس پر غور کیجیے آپ۔ کہ جس چیز، جس کو کہتے ہیں قادیانی، فتنہ کہتے ہیں لوگ۔</w:t>
      </w:r>
    </w:p>
    <w:p>
      <w:r>
        <w:rPr>
          <w:b/>
        </w:rPr>
        <w:t xml:space="preserve">[24:09] </w:t>
      </w:r>
      <w:r>
        <w:t>aaj kal india mein jagah jagah tahaffuz khatm-e-nabuwat ke jalsay ho rahe hain. bohat dinon se ho rahe hain, aaj se nahi. azadi ke pehlay se ho rahe thay, aaj ab bhi ho rahe hain.</w:t>
      </w:r>
    </w:p>
    <w:p>
      <w:pPr>
        <w:jc w:val="right"/>
      </w:pPr>
      <w:r>
        <w:t>آج کل انڈیا میں جگہ جگہ تحفظ ختم نبوت کے جلسے ہو رہے ہیں۔ بہت دنوں سے ہو رہے ہیں، آج سے نہیں۔ آزادی کے پہلے سے ہو رہے تھے، آج اب بھی ہو رہے ہیں۔</w:t>
      </w:r>
    </w:p>
    <w:p>
      <w:r>
        <w:rPr>
          <w:b/>
        </w:rPr>
        <w:t xml:space="preserve">[24:20] </w:t>
      </w:r>
      <w:r>
        <w:t>tahaffuz khatm-e-nabuwat.</w:t>
      </w:r>
    </w:p>
    <w:p>
      <w:pPr>
        <w:jc w:val="right"/>
      </w:pPr>
      <w:r>
        <w:t>تحفظ ختم نبوت۔</w:t>
      </w:r>
    </w:p>
    <w:p>
      <w:r>
        <w:rPr>
          <w:b/>
        </w:rPr>
        <w:t xml:space="preserve">[24:23] </w:t>
      </w:r>
      <w:r>
        <w:t>yeh sari ghalti hai ulama ki jinhon ne عالمی قلب ek ghalti bohat bari kar ke yeh is fitnay ko paida kiya.</w:t>
      </w:r>
    </w:p>
    <w:p>
      <w:pPr>
        <w:jc w:val="right"/>
      </w:pPr>
      <w:r>
        <w:t>یہ ساری غلطی ہے علماء کی جنہوں نے عالمی قلب ایک غلطی بہت بڑی کر کے یہ اس فتنے کو پیدا کیا۔</w:t>
      </w:r>
    </w:p>
    <w:p>
      <w:r>
        <w:rPr>
          <w:b/>
        </w:rPr>
        <w:t xml:space="preserve">[24:35] </w:t>
      </w:r>
      <w:r>
        <w:t>is par aap ghor farmaiye. aap ko ek nai si baat lage gi yeh, lekin main bohat dinon ke mutalay ke baad yeh baat keh raha hoon. dekhiye, yeh qadiani jamaat paida kaise hui?</w:t>
      </w:r>
    </w:p>
    <w:p>
      <w:pPr>
        <w:jc w:val="right"/>
      </w:pPr>
      <w:r>
        <w:t>اس پر آپ غور فرمائیے۔ آپ کو ایک نئی سی بات لگے گی یہ، لیکن میں بہت دنوں کے مطالعے کے بعد یہ بات کہہ رہا ہوں۔ دیکھیے، یہ قادیانی جماعت پیدا کیسے ہوئی؟</w:t>
      </w:r>
    </w:p>
    <w:p>
      <w:r>
        <w:rPr>
          <w:b/>
        </w:rPr>
        <w:t xml:space="preserve">[24:46] </w:t>
      </w:r>
      <w:r>
        <w:t>khud musalmanon ki ek bohat bhayanak ghalti ke nateejay mein paida hui.</w:t>
      </w:r>
    </w:p>
    <w:p>
      <w:pPr>
        <w:jc w:val="right"/>
      </w:pPr>
      <w:r>
        <w:t>خود مسلمانوں کی ایک بہت بھیانک غلطی کے نتیجے میں پیدا ہوئی۔</w:t>
      </w:r>
    </w:p>
    <w:p>
      <w:r>
        <w:rPr>
          <w:b/>
        </w:rPr>
        <w:t xml:space="preserve">[24:52] </w:t>
      </w:r>
      <w:r>
        <w:t>jaisa ke aap jante hain ke hum rasool Allah sal-lal-lahu alaihi wa-sallam ko aakhri nabi mante hain. khatam-un-nabiyyin mante hain. yeh sahi hai.</w:t>
      </w:r>
    </w:p>
    <w:p>
      <w:pPr>
        <w:jc w:val="right"/>
      </w:pPr>
      <w:r>
        <w:t>جیسا کہ آپ جانتے ہیں کہ ہم رسول اللہ صلی اللہ علیہ وسلم کو آخری نبی مانتے ہیں۔ خاتم النبیین مانتے ہیں۔ یہ صحیح ہے۔</w:t>
      </w:r>
    </w:p>
    <w:p>
      <w:r>
        <w:rPr>
          <w:b/>
        </w:rPr>
        <w:t xml:space="preserve">[25:02] </w:t>
      </w:r>
      <w:r>
        <w:t>to yeh sawal tha logon ki taraf se ke bhai rasool Allah khatam kyun hain? khatam-e-nabuwat kyun?</w:t>
      </w:r>
    </w:p>
    <w:p>
      <w:pPr>
        <w:jc w:val="right"/>
      </w:pPr>
      <w:r>
        <w:t>تو یہ سوال تھا لوگوں کی طرف سے کہ بھئی رسول اللہ خاتم کیوں ہیں؟ ختم نبوت کیوں؟</w:t>
      </w:r>
    </w:p>
    <w:p>
      <w:r>
        <w:rPr>
          <w:b/>
        </w:rPr>
        <w:t xml:space="preserve">[25:12] </w:t>
      </w:r>
      <w:r>
        <w:t>nabuwat khatam kyun ho gayi? nabuwat jaisa pehlay thi, ab bhi chal rehna chahiye. is sawal ka jawab dene ke liye kya kiya unhon ne</w:t>
      </w:r>
    </w:p>
    <w:p>
      <w:pPr>
        <w:jc w:val="right"/>
      </w:pPr>
      <w:r>
        <w:t>نبوت ختم کیوں ہو گئی؟ نبوت جیسے پہلے تھی، اب بھی چل رہنا چاہیے۔ اس سوال کا جواب دینے کے لیے کیا کیا انہوں نے</w:t>
      </w:r>
    </w:p>
    <w:p>
      <w:r>
        <w:rPr>
          <w:b/>
        </w:rPr>
        <w:t xml:space="preserve">[25:21] </w:t>
      </w:r>
      <w:r>
        <w:t>? taqreeban saaray ulama ne yeh ghalti ki hai. mujhe kisi aalim ka istisni nahi maloom is mamlay mein. unhon ne jawab yeh diya ke rasool Allah ka jo, yani jab dunya mein aap tashreef laye, jo zamanay tha aap ka, woh seven century ka first quarter tha.</w:t>
      </w:r>
    </w:p>
    <w:p>
      <w:pPr>
        <w:jc w:val="right"/>
      </w:pPr>
      <w:r>
        <w:t>؟ تقریباً سارے علماء نے یہ غلطی کی ہے۔ مجھے کسی عالم کا استثنیٰ نہیں معلوم اس معاملے میں۔ انہوں نے جواب یہ دیا کہ رسول اللہ کا جو، یعنی جب دنیا میں آپ تشریف لائے، جو زمانہ تھا آپ کا، وہ سیون سینچری کا فرسٹ کوارٹر تھا۔</w:t>
      </w:r>
    </w:p>
    <w:p>
      <w:r>
        <w:rPr>
          <w:b/>
        </w:rPr>
        <w:t xml:space="preserve">[25:42] </w:t>
      </w:r>
      <w:r>
        <w:t>seven century ad ka first quarter. to yeh kaha gaya hai ke us waqt insaniyat mein buloogh ko puhanch chuki thi. buloogh ka matlab hai maturity.</w:t>
      </w:r>
    </w:p>
    <w:p>
      <w:pPr>
        <w:jc w:val="right"/>
      </w:pPr>
      <w:r>
        <w:t>سیون سینچری اے ڈی کا فرسٹ کوارٹر۔ تو یہ کہا گیا ہے کہ اس وقت انسانیت میں بلوغ کو پہنچ چکی تھی۔ بلوغ کا مطلب ہے میچورٹی۔</w:t>
      </w:r>
    </w:p>
    <w:p>
      <w:r>
        <w:rPr>
          <w:b/>
        </w:rPr>
        <w:t xml:space="preserve">[25:54] </w:t>
      </w:r>
      <w:r>
        <w:t>yani seven century ka first quarter jab ke aap dunya mein bahesiyat-e-nabi ke tashreef laye, us waqt insaniyat apne buloogh ko puhanch chuki thi.</w:t>
      </w:r>
    </w:p>
    <w:p>
      <w:pPr>
        <w:jc w:val="right"/>
      </w:pPr>
      <w:r>
        <w:t>یعنی سیون سینچری کا فرسٹ کوارٹر جب کہ آپ دنیا میں بحیثیت نبی کے تشریف لائے، اس وقت انسانیت اپنے بلوغ کو پہنچ چکی تھی۔</w:t>
      </w:r>
    </w:p>
    <w:p>
      <w:r>
        <w:rPr>
          <w:b/>
        </w:rPr>
        <w:t xml:space="preserve">[26:05] </w:t>
      </w:r>
      <w:r>
        <w:t>to is se pehlay buloogh ko nahi puhanchi thi, im-mature thi. to pehlay jo nabi aaye, us mein kamil deen nahi aaya tha, kamil nabi bhi nahi aaya tha.</w:t>
      </w:r>
    </w:p>
    <w:p>
      <w:pPr>
        <w:jc w:val="right"/>
      </w:pPr>
      <w:r>
        <w:t>تو اس سے پہلے بلوغ کو نہیں پہنچی تھی، ام میچور تھی۔ تو پہلے جو نبی آئے، اس میں کامل دین نہیں آیا تھا، کامل نبی بھی نہیں آیا تھا۔</w:t>
      </w:r>
    </w:p>
    <w:p>
      <w:r>
        <w:rPr>
          <w:b/>
        </w:rPr>
        <w:t xml:space="preserve">[26:16] </w:t>
      </w:r>
      <w:r>
        <w:t>lekin jab insaniyat jo hai buloogh ko puhanch gayi, maturity tak puhanch gayi, to ab zaroorat thi ek kamil deen aaye, kamil nabi aaye. to woh aaye.</w:t>
      </w:r>
    </w:p>
    <w:p>
      <w:pPr>
        <w:jc w:val="right"/>
      </w:pPr>
      <w:r>
        <w:t>لیکن جب انسانیت جو ہے بلوغ کو پہنچ گئی، میچورٹی تک پہنچ گئی، تو اب ضرورت تھی ایک کامل دین آئے، کامل نبی آئے۔ تو وہ آ گئے۔</w:t>
      </w:r>
    </w:p>
    <w:p>
      <w:r>
        <w:rPr>
          <w:b/>
        </w:rPr>
        <w:t xml:space="preserve">[26:26] </w:t>
      </w:r>
      <w:r>
        <w:t>yeh bilkul false agreement hai, false. koi bhi aadmi jo parha likha ho, yeh nahi manay ga is ko. kyun? dekhiye, seven century kya thi?</w:t>
      </w:r>
    </w:p>
    <w:p>
      <w:pPr>
        <w:jc w:val="right"/>
      </w:pPr>
      <w:r>
        <w:t>یہ بالکل فالس ایگریمنٹ ہے، فالس۔ کوئی بھی آدمی جو پڑھا لکھا ہو، یہ نہیں مانے گا اس کو۔ کیوں؟ دیکھیے، سیون سینچری کیا تھی؟</w:t>
      </w:r>
    </w:p>
    <w:p>
      <w:r>
        <w:rPr>
          <w:b/>
        </w:rPr>
        <w:t xml:space="preserve">[26:37] </w:t>
      </w:r>
      <w:r>
        <w:t>that was traditional age aaj hum jee rahe hain scientific age mein.</w:t>
      </w:r>
    </w:p>
    <w:p>
      <w:pPr>
        <w:jc w:val="right"/>
      </w:pPr>
      <w:r>
        <w:t>That was traditional age آج ہم جی رہے ہیں سائنٹیفک ایج میں۔</w:t>
      </w:r>
    </w:p>
    <w:p>
      <w:r>
        <w:rPr>
          <w:b/>
        </w:rPr>
        <w:t xml:space="preserve">[26:44] </w:t>
      </w:r>
      <w:r>
        <w:t>seven century mein insaan samajhta tha ke zameen beech mein hai, suraj is ke gird ghoomta hai. geo-centric theory mein believe karta tha.</w:t>
      </w:r>
    </w:p>
    <w:p>
      <w:pPr>
        <w:jc w:val="right"/>
      </w:pPr>
      <w:r>
        <w:t>سیون سینچری میں انسان سمجھتا تھا کہ زمین بیچ میں ہے، سورج اس کے گرد گھومتا ہے۔ جیو سینٹرک تھیوری میں بیلیو کرتا تھا۔</w:t>
      </w:r>
    </w:p>
    <w:p>
      <w:r>
        <w:rPr>
          <w:b/>
        </w:rPr>
        <w:t xml:space="preserve">[26:57] </w:t>
      </w:r>
      <w:r>
        <w:t>sari baatein us waqt tak jo hain theen, woh lam-alam theen. jo pre-civilization age tha, woh ab hum post-civilization age mein jee rahe hain.</w:t>
      </w:r>
    </w:p>
    <w:p>
      <w:pPr>
        <w:jc w:val="right"/>
      </w:pPr>
      <w:r>
        <w:t>ساری باتیں اس وقت تک جو ہیں تھیں، وہ لامعلوم تھیں۔ جو پری سولائزیشن ایج تھا، وہ اب ہم پوسٹ سولائزیشن ایج میں جی رہے ہیں۔</w:t>
      </w:r>
    </w:p>
    <w:p>
      <w:r>
        <w:rPr>
          <w:b/>
        </w:rPr>
        <w:t xml:space="preserve">[27:09] </w:t>
      </w:r>
      <w:r>
        <w:t>to sari tarqqiyan kuch bhi nahi hui theen. na science ko, na philosophy ko, na technology ko, kisi cheez ko bhi nahi. to maturity kahan se aa gayi? maturity kahan se aa gayi?</w:t>
      </w:r>
    </w:p>
    <w:p>
      <w:pPr>
        <w:jc w:val="right"/>
      </w:pPr>
      <w:r>
        <w:t>تو ساری ترقیاں کچھ بھی نہیں ہوئی تھیں۔ نہ سائنس کو، نہ فلاسفی کو، نہ ٹیکنالوجی کو، کسی چیز کو بھی نہیں۔ تو میچورٹی کہاں سے آ گئی؟ میچورٹی کہاں سے آ گئی؟</w:t>
      </w:r>
    </w:p>
    <w:p>
      <w:r>
        <w:rPr>
          <w:b/>
        </w:rPr>
        <w:t xml:space="preserve">[27:22] </w:t>
      </w:r>
      <w:r>
        <w:t>yani seven century ad jo tha, woh to superstition ka daur tha. insaan superstition mein jeeta tha.</w:t>
      </w:r>
    </w:p>
    <w:p>
      <w:pPr>
        <w:jc w:val="right"/>
      </w:pPr>
      <w:r>
        <w:t>یعنی سیون سینچری اے ڈی جو تھا، وہ تو سپر اسٹیشن کا دور تھا۔ انسان سپر اسٹیشن میں جیتا تھا۔</w:t>
      </w:r>
    </w:p>
    <w:p>
      <w:r>
        <w:rPr>
          <w:b/>
        </w:rPr>
        <w:t xml:space="preserve">[27:33] </w:t>
      </w:r>
      <w:r>
        <w:t>yani us waqt chemistry nahi aayi thi, woh alchemy thi us waqt.</w:t>
      </w:r>
    </w:p>
    <w:p>
      <w:pPr>
        <w:jc w:val="right"/>
      </w:pPr>
      <w:r>
        <w:t>یعنی اس وقت کیمسٹری نہیں آئی تھی، وہ الکیمی تھی اس وقت۔</w:t>
      </w:r>
    </w:p>
    <w:p>
      <w:r>
        <w:rPr>
          <w:b/>
        </w:rPr>
        <w:t xml:space="preserve">[27:38] </w:t>
      </w:r>
      <w:r>
        <w:t>is waqt astronomy nahi aai thi, woh to astrology thi is waqt. woh to heliocentric theory nahi aai thi, woh to geocentric theory thi is waqt. aap ghore kijiye, woh balogh aa gaya hai, woh</w:t>
      </w:r>
    </w:p>
    <w:p>
      <w:pPr>
        <w:jc w:val="right"/>
      </w:pPr>
      <w:r>
        <w:t>اس وقت ایسٹرانومی نہیں آئی تھی، وہ تو ایسٹرالوجی تھی اس وقت۔ وہ تو ہیلو سینٹرک تھیوری نہیں آئی تھی، وہ تو جیو سینٹرک تھیوری تھی اس وقت۔ آپ غور کیجیے، وہ بلوغ آ گیا ہے، وہ</w:t>
      </w:r>
    </w:p>
    <w:p>
      <w:r>
        <w:rPr>
          <w:b/>
        </w:rPr>
        <w:t xml:space="preserve">[27:53] </w:t>
      </w:r>
      <w:r>
        <w:t>abhi yeh jo brier criterion, woh criterion galat tha, woh woh criterion galat tha. koi bhi aadmi jo parha likha hai, woh kahega bhai is waqt kahan se balogh aa jayega?</w:t>
      </w:r>
    </w:p>
    <w:p>
      <w:pPr>
        <w:jc w:val="right"/>
      </w:pPr>
      <w:r>
        <w:t>ابھی یہ جو برائر کرائٹیرین، وہ کرائٹیرین غلط تھا، وہ وہ کرائٹیرین غلط تھا۔ کوئی بھی آدمی جو پڑھا لکھا ہے، وہ کہے گا بھئی اس وقت کہاں سے بلوغ آ جائے گا؟</w:t>
      </w:r>
    </w:p>
    <w:p>
      <w:r>
        <w:rPr>
          <w:b/>
        </w:rPr>
        <w:t xml:space="preserve">[28:08] </w:t>
      </w:r>
      <w:r>
        <w:t>maturity kahan se aa jayegi? woh to superstition tha sari dunya mein. pre scientific age tha, woh ab hum jee rahe hain scientific age mein.</w:t>
      </w:r>
    </w:p>
    <w:p>
      <w:pPr>
        <w:jc w:val="right"/>
      </w:pPr>
      <w:r>
        <w:t>میچورٹی کہاں سے آ جائے گی؟ وہ تو سپر اسٹیشن تھا ساری دنیا میں۔ پری سائنٹیفک ایج تھا، وہ اب ہم جی رہے ہیں سائنٹیفک ایج میں۔</w:t>
      </w:r>
    </w:p>
    <w:p>
      <w:r>
        <w:rPr>
          <w:b/>
        </w:rPr>
        <w:t xml:space="preserve">[28:20] </w:t>
      </w:r>
      <w:r>
        <w:t>ab har cheez ko taraqqi ho chuki hai. is waqt printing press nahi tha, is waqt communication nahi tha, is waqt city planning, city planning nahi thi.</w:t>
      </w:r>
    </w:p>
    <w:p>
      <w:pPr>
        <w:jc w:val="right"/>
      </w:pPr>
      <w:r>
        <w:t>اب ہر چیز کو ترقی ہو چکی ہے۔ اس وقت پرنٹنگ پریس نہیں تھا، اس وقت کمیونیکیشن نہیں تھا، اس وقت سٹی پلاننگ، سٹی پلاننگ نہیں تھی۔</w:t>
      </w:r>
    </w:p>
    <w:p>
      <w:r>
        <w:rPr>
          <w:b/>
        </w:rPr>
        <w:t xml:space="preserve">[28:33] </w:t>
      </w:r>
      <w:r>
        <w:t>hata ke water supply system bhi nahi tha.</w:t>
      </w:r>
    </w:p>
    <w:p>
      <w:pPr>
        <w:jc w:val="right"/>
      </w:pPr>
      <w:r>
        <w:t>حتیٰ کہ واٹر سپلائی سسٹم بھی نہیں تھا۔</w:t>
      </w:r>
    </w:p>
    <w:p>
      <w:r>
        <w:rPr>
          <w:b/>
        </w:rPr>
        <w:t xml:space="preserve">[28:36] </w:t>
      </w:r>
      <w:r>
        <w:t>aaj jo aap tap kholte hain, pani dharate hain, nikalta hai, is waqt kahan tha yeh? koi janta bhi nahi tha, aisa ho sakta hai. aap shower kijiye, nahate hain, is waqt kon janta tha ke shower kijiye, bhi nah ana paas bhule?</w:t>
      </w:r>
    </w:p>
    <w:p>
      <w:pPr>
        <w:jc w:val="right"/>
      </w:pPr>
      <w:r>
        <w:t>آج جو آپ ٹیپ کھولتے ہیں، پانی دھڑاتے ہیں، نکلتا ہے، اس وقت کہاں تھا یہ؟ کوئی جانتا بھی نہیں تھا، ایسا ہو سکتا ہے۔ آپ شاور کیجیے، نہاتے ہیں، اس وقت کون جانتا تھا کہ شاور کیجیے، بھی نہ آنا پاس بھولے؟</w:t>
      </w:r>
    </w:p>
    <w:p>
      <w:r>
        <w:rPr>
          <w:b/>
        </w:rPr>
        <w:t xml:space="preserve">[28:49] </w:t>
      </w:r>
      <w:r>
        <w:t>badshah ke bathroom mein shower nahi hua karta tha. aisi hazaron hazaron cheezein. to yeh bilkul hi illogical hai, ghair scientific hai yeh kehna ke seven century AD mein insan balogh ke darje ko pahunch chuka tha.</w:t>
      </w:r>
    </w:p>
    <w:p>
      <w:pPr>
        <w:jc w:val="right"/>
      </w:pPr>
      <w:r>
        <w:t>بادشاہ کے باتھ روم میں شاور نہیں ہوا کرتا تھا۔ ایسی ہزاروں ہزاروں چیزیں۔ تو یہ بالکل ہی اللاجیکل ہے، غیر سائنٹیفک ہے یہ کہنا کہ سیون سینچری اے ڈی میں انسان بلوغ کے درجے کو پہنچ چکا تھا۔</w:t>
      </w:r>
    </w:p>
    <w:p>
      <w:r>
        <w:rPr>
          <w:b/>
        </w:rPr>
        <w:t xml:space="preserve">[29:09] </w:t>
      </w:r>
      <w:r>
        <w:t>to criterion galat hai. is se kya hua ke is zamane mein kuch log paida hue? dekhiye, ek baat ko aap ne socha nahi ke jamaat ahmadi mein qadiyani mein top ke log kaise aa gaye?</w:t>
      </w:r>
    </w:p>
    <w:p>
      <w:pPr>
        <w:jc w:val="right"/>
      </w:pPr>
      <w:r>
        <w:t>تو کرائٹیرین غلط ہے۔ اس سے کیا ہوا کہ اس زمانے میں کچھ لوگ پیدا ہوئے؟ دیکھیے، ایک بات کو آپ نے سوچا نہیں کہ جماعت احمدی میں قادیانی میں ٹاپ کے لوگ کیسے آ گئے؟</w:t>
      </w:r>
    </w:p>
    <w:p>
      <w:r>
        <w:rPr>
          <w:b/>
        </w:rPr>
        <w:t xml:space="preserve">[29:23] </w:t>
      </w:r>
      <w:r>
        <w:t>sir zafarullah khan, khwaja qamaruddin, aur woh muhammad ali, yeh top ke brain the.</w:t>
      </w:r>
    </w:p>
    <w:p>
      <w:pPr>
        <w:jc w:val="right"/>
      </w:pPr>
      <w:r>
        <w:t>سر ظفراللہ خان، خواجہ قمر الدین، اور وہ محمد علی، یہ ٹاپ کے برین تھے۔</w:t>
      </w:r>
    </w:p>
    <w:p>
      <w:r>
        <w:rPr>
          <w:b/>
        </w:rPr>
        <w:t xml:space="preserve">[29:33] </w:t>
      </w:r>
      <w:r>
        <w:t>yeh sab top ke brain the. aise bohat se log kaise is waqt aa gaye?</w:t>
      </w:r>
    </w:p>
    <w:p>
      <w:pPr>
        <w:jc w:val="right"/>
      </w:pPr>
      <w:r>
        <w:t>یہ سب ٹاپ کے برین تھے۔ ایسے بہت سے لوگ کیسے اس وقت آ گئے؟</w:t>
      </w:r>
    </w:p>
    <w:p>
      <w:r>
        <w:rPr>
          <w:b/>
        </w:rPr>
        <w:t xml:space="preserve">[29:40] </w:t>
      </w:r>
      <w:r>
        <w:t>europe mein bohat se top ke logon ko kaise unhon ne islam mein dakhil kar liya? yeh sochiye. agar woh itna hi aadmi tha, established jaisa ke log batate hain un ko, to kaise aisa hua?</w:t>
      </w:r>
    </w:p>
    <w:p>
      <w:pPr>
        <w:jc w:val="right"/>
      </w:pPr>
      <w:r>
        <w:t>یورپ میں بہت سے ٹاپ کے لوگوں کو کیسے انہوں نے اسلام میں داخل کر لیا؟ یہ سوچیے۔ اگر وہ اتنا ہی آدمی تھا، اسٹیبلٹ جیسا کہ لوگ بتاتے ہیں ان کو، تو کیسے ایسا ہوا؟</w:t>
      </w:r>
    </w:p>
    <w:p>
      <w:r>
        <w:rPr>
          <w:b/>
        </w:rPr>
        <w:t xml:space="preserve">[29:52] </w:t>
      </w:r>
      <w:r>
        <w:t>nahi, us ne ek aisi baat kahi jo logon ko appeal karne wali thi. woh kya? ab zamana badal gaya hai. ab hum we are living in the scientific age</w:t>
      </w:r>
    </w:p>
    <w:p>
      <w:pPr>
        <w:jc w:val="right"/>
      </w:pPr>
      <w:r>
        <w:t>نہیں، اس نے ایک ایسی بات کہی جو لوگوں کو اپیل کرنے والی تھی۔ وہ کیا؟ اب زمانہ بدل گیا ہے۔ اب ہم We are living in the scientific age</w:t>
      </w:r>
    </w:p>
    <w:p>
      <w:r>
        <w:rPr>
          <w:b/>
        </w:rPr>
        <w:t xml:space="preserve">[30:05] </w:t>
      </w:r>
      <w:r>
        <w:t>ab scientific age hai, civilization hai, sare development ho chuke hain, insaniyat agle stage par pahunch chuki hai. to ab naya nabi chahiye.</w:t>
      </w:r>
    </w:p>
    <w:p>
      <w:pPr>
        <w:jc w:val="right"/>
      </w:pPr>
      <w:r>
        <w:t>اب سائنٹیفک ایج ہے، سولائزیشن ہے، سارے ڈیولپمنٹ ہو چکے ہیں، انسانیت اگلے اسٹیج پر پہنچ چکی ہے۔ تو اب نیا نبی چاہیے۔</w:t>
      </w:r>
    </w:p>
    <w:p>
      <w:r>
        <w:rPr>
          <w:b/>
        </w:rPr>
        <w:t xml:space="preserve">[30:15] </w:t>
      </w:r>
      <w:r>
        <w:t>khud ulama ke apne hi standard ke mutabiq, unhi ke set kiya hua jo criterion tha, us ke mutabiq. hua ke dekho, ulama to khud hi keh rahe hain.</w:t>
      </w:r>
    </w:p>
    <w:p>
      <w:pPr>
        <w:jc w:val="right"/>
      </w:pPr>
      <w:r>
        <w:t>خود علماء کے اپنے ہی اسٹینڈرڈ کے مطابق، انہی کے سیٹ کیا ہوا جو کرائٹیرین تھا، اس کے مطابق۔ ہوا کہ دیکھو، علماء تو خود ہی کہہ رہے ہیں۔</w:t>
      </w:r>
    </w:p>
    <w:p>
      <w:r>
        <w:rPr>
          <w:b/>
        </w:rPr>
        <w:t xml:space="preserve">[30:25] </w:t>
      </w:r>
      <w:r>
        <w:t>to balogh is waqt kahan hua? ab balogh hua hai.</w:t>
      </w:r>
    </w:p>
    <w:p>
      <w:pPr>
        <w:jc w:val="right"/>
      </w:pPr>
      <w:r>
        <w:t>تو بلوغ اس وقت کہاں ہوا؟ اب بلوغ ہوا ہے۔</w:t>
      </w:r>
    </w:p>
    <w:p>
      <w:r>
        <w:rPr>
          <w:b/>
        </w:rPr>
        <w:t xml:space="preserve">[30:31] </w:t>
      </w:r>
      <w:r>
        <w:t>to sab ko samajh mein aa gayi baat ke ab to hamein naya nabi chahiye. woh nabi jo aaya trishal zamane mein, woh nabi aaj kaam nahi ayega.</w:t>
      </w:r>
    </w:p>
    <w:p>
      <w:pPr>
        <w:jc w:val="right"/>
      </w:pPr>
      <w:r>
        <w:t>تو سب کو سمجھ میں آ گئی بات کہ اب تو ہمیں نیا نبی چاہیے۔ وہ نبی جو آیا ٹریشل زمانے میں، وہ نبی آج کام نہیں آئے گا۔</w:t>
      </w:r>
    </w:p>
    <w:p>
      <w:r>
        <w:rPr>
          <w:b/>
        </w:rPr>
        <w:t xml:space="preserve">[30:43] </w:t>
      </w:r>
      <w:r>
        <w:t>jo oont par baithta tha, jo haddi par likhta tha.</w:t>
      </w:r>
    </w:p>
    <w:p>
      <w:pPr>
        <w:jc w:val="right"/>
      </w:pPr>
      <w:r>
        <w:t>جو اونٹ پر بیٹھتا تھا، جو ہڈی پر لکھتا تھا۔</w:t>
      </w:r>
    </w:p>
    <w:p>
      <w:r>
        <w:rPr>
          <w:b/>
        </w:rPr>
        <w:t xml:space="preserve">[30:49] </w:t>
      </w:r>
      <w:r>
        <w:t>yani kisi bhi aitbar se aap compare kijiye to logon ko laga ke bhai woh, woh to tha yani pehle ka zamana.</w:t>
      </w:r>
    </w:p>
    <w:p>
      <w:pPr>
        <w:jc w:val="right"/>
      </w:pPr>
      <w:r>
        <w:t>یعنی کسی بھی اعتبار سے آپ کمپیئر کیجیے تو لوگوں کو لگا کہ بھئی وہ، وہ تو تھا یعنی پہلے کا زمانہ۔</w:t>
      </w:r>
    </w:p>
    <w:p>
      <w:r>
        <w:rPr>
          <w:b/>
        </w:rPr>
        <w:t xml:space="preserve">[30:59] </w:t>
      </w:r>
      <w:r>
        <w:t>us ko woh nabi is zamane mein ho sakta tha. aaj to hamein naya nabi chahiye jo scientific age mein hamein guidance de. yeh bohat hi simple logic thi aur is ki wajah se qadiyani itna taraqqi kar gayi.</w:t>
      </w:r>
    </w:p>
    <w:p>
      <w:pPr>
        <w:jc w:val="right"/>
      </w:pPr>
      <w:r>
        <w:t>اس کو وہ نبی اس زمانے میں ہو سکتا تھا۔ آج تو ہمیں نیا نبی چاہیے جو سائنٹیفک ایج میں ہمیں گائیڈنس دے۔ یہ بہت ہی سمپل لاجک تھی اور اس کی وجہ سے قادیانی اتنا ترقی کر گئی۔</w:t>
      </w:r>
    </w:p>
    <w:p>
      <w:r>
        <w:rPr>
          <w:b/>
        </w:rPr>
        <w:t xml:space="preserve">[31:15] </w:t>
      </w:r>
      <w:r>
        <w:t>ulama ki ghalti yeh thi ke unhon ne galat criterion istemal kiya khatm e nabuwat ko sabit karne ke liye. ek false argument diya unhon ne.</w:t>
      </w:r>
    </w:p>
    <w:p>
      <w:pPr>
        <w:jc w:val="right"/>
      </w:pPr>
      <w:r>
        <w:t>علماء کی غلطی یہ تھی کہ انہوں نے غلط کرائٹیرین استعمال کیا ختم نبوت کو ثابت کرنے کے لیے۔ ایک فالس ارگیومنٹ دیا انہوں نے۔</w:t>
      </w:r>
    </w:p>
    <w:p>
      <w:r>
        <w:rPr>
          <w:b/>
        </w:rPr>
        <w:t xml:space="preserve">[31:26] </w:t>
      </w:r>
      <w:r>
        <w:t>dekhiye, ab quran ke khilaf kya hai? bilkul yeh</w:t>
      </w:r>
    </w:p>
    <w:p>
      <w:pPr>
        <w:jc w:val="right"/>
      </w:pPr>
      <w:r>
        <w:t>دیکھیے، اب قرآن کے خلاف کیا ہے؟ بالکل یہ</w:t>
      </w:r>
    </w:p>
    <w:p>
      <w:r>
        <w:rPr>
          <w:b/>
        </w:rPr>
        <w:t xml:space="preserve">[31:34] </w:t>
      </w:r>
      <w:r>
        <w:t>wa kahu lanuhud wa nuhudina sare nabiyon ko Allah taala farmate hain ke in ko hum ne hidayaat di.</w:t>
      </w:r>
    </w:p>
    <w:p>
      <w:pPr>
        <w:jc w:val="right"/>
      </w:pPr>
      <w:r>
        <w:t>وکلا ہدینا ونوحا ہدینا سارے نبیوں کو اللہ تعالی فرماتے ہیں کہ ان کو ہم نے ہدایت دی۔</w:t>
      </w:r>
    </w:p>
    <w:p>
      <w:r>
        <w:rPr>
          <w:b/>
        </w:rPr>
        <w:t xml:space="preserve">[31:42] </w:t>
      </w:r>
      <w:r>
        <w:t>quran mein hai ke fabahda hum muqtada mukhtalif nabiyon ka zikr karne ke baad farmaya ke fabahda hum muqtada inhi ki guidance par tum bhi chalo ke Allah ne in ko guidance di hai, in ko hidayaat di hai, tum bhi ise follow karo.</w:t>
      </w:r>
    </w:p>
    <w:p>
      <w:pPr>
        <w:jc w:val="right"/>
      </w:pPr>
      <w:r>
        <w:t>قرآن میں ہے کہ فبہدا مقتدی مختلف نبیوں کا ذکر کرنے کے بعد فرمایا کہ فبہدا مقتدی انہی کی گائیڈنس پر تم بھی چلو کہ اللہ نے ان کو گائیڈنس دی ہے، ان کو ہدایت دی ہے، تم بھی اسے فالو کرو۔</w:t>
      </w:r>
    </w:p>
    <w:p>
      <w:r>
        <w:rPr>
          <w:b/>
        </w:rPr>
        <w:t xml:space="preserve">[32:00] </w:t>
      </w:r>
      <w:r>
        <w:t>yani rasool Allah se kaha ja raha hai. is ka naqis, yani kamil nabi ko naqis nabi ki pairwi ke liye kaha jayega? aap ghore kijiye.</w:t>
      </w:r>
    </w:p>
    <w:p>
      <w:pPr>
        <w:jc w:val="right"/>
      </w:pPr>
      <w:r>
        <w:t>یعنی رسول اللہ سے کہا جا رہا ہے۔ اس کا ناقص، یعنی کامل نبی کو ناقص نبی کی پیروی کے لیے کہا جائے گا۔ آپ غور کیجیے۔</w:t>
      </w:r>
    </w:p>
    <w:p>
      <w:r>
        <w:rPr>
          <w:b/>
        </w:rPr>
        <w:t xml:space="preserve">[32:12] </w:t>
      </w:r>
      <w:r>
        <w:t>aap kehte hain ke rasool Allah kamil nabi the aur pichle log naqis nabi the. aap ke paas kamil deen aaya, un ke paas naqis deen tha. to kya aisa ho sakta hai ke Allah taala farmaye is is nabi ko jinke paas kamil deen tha ke tum pichle logon ki pairwi karo, jinke paas naqis deen tha?</w:t>
      </w:r>
    </w:p>
    <w:p>
      <w:pPr>
        <w:jc w:val="right"/>
      </w:pPr>
      <w:r>
        <w:t>آپ کہتے ہیں کہ رسول اللہ کامل نبی تھے اور پچھلے لوگ ناقص نبی تھے۔ آپ کے پاس کامل دین آیا، ان کے پاس ناقص دین تھا۔ تو کیا ایسا ہو سکتا ہے کہ اللہ تعالی فرمائیں اس اس نبی کو جن کے پاس کامل دین تھا کہ تم پچھلے لوگوں کی پیروی کرو، جن کے پاس ناقص دین تھا؟</w:t>
      </w:r>
    </w:p>
    <w:p>
      <w:r>
        <w:rPr>
          <w:b/>
        </w:rPr>
        <w:t xml:space="preserve">[32:31] </w:t>
      </w:r>
      <w:r>
        <w:t>aisa ho sakta hai?</w:t>
      </w:r>
    </w:p>
    <w:p>
      <w:pPr>
        <w:jc w:val="right"/>
      </w:pPr>
      <w:r>
        <w:t>ایسا ہو سکتا ہے؟</w:t>
      </w:r>
    </w:p>
    <w:p>
      <w:r>
        <w:rPr>
          <w:b/>
        </w:rPr>
        <w:t xml:space="preserve">[32:35] </w:t>
      </w:r>
      <w:r>
        <w:t>yeh ulma ka ghalat moaqaf</w:t>
      </w:r>
    </w:p>
    <w:p>
      <w:pPr>
        <w:jc w:val="right"/>
      </w:pPr>
      <w:r>
        <w:t>یہ علماء کا غلط موقف</w:t>
      </w:r>
    </w:p>
    <w:p>
      <w:r>
        <w:rPr>
          <w:b/>
        </w:rPr>
        <w:t xml:space="preserve">[32:38] </w:t>
      </w:r>
      <w:r>
        <w:t>tha jis ki waja se, jis ke, jis ke andar se qadiyaniat nikli. Dekhein, sahi baat kya hai? Sahi baat yeh hai ke yeh buloogh ka masla hi nahi hai.</w:t>
      </w:r>
    </w:p>
    <w:p>
      <w:pPr>
        <w:jc w:val="right"/>
      </w:pPr>
      <w:r>
        <w:t>تھا جس کی وجہ سے، جس کے، جس کے اندر سے قادیانیت نکلی۔ دیکھیں، صحیح بات کیا ہے؟ صحیح بات یہ ہے کہ یہ بلوغ کا مسئلہ ہی نہیں ہے۔</w:t>
      </w:r>
    </w:p>
    <w:p>
      <w:r>
        <w:rPr>
          <w:b/>
        </w:rPr>
        <w:t xml:space="preserve">[32:49] </w:t>
      </w:r>
      <w:r>
        <w:t>Dekhein, jo study ki gayi hai biological studies mein, mein evolution theory ko nahi manta. Woh log toh saal kai saal tak le aate hain peechay, insaan ko bandar tak le aate hain.</w:t>
      </w:r>
    </w:p>
    <w:p>
      <w:pPr>
        <w:jc w:val="right"/>
      </w:pPr>
      <w:r>
        <w:t>دیکھیں، جو اسٹڈی کی گئی ہے بائیولوجیکل اسٹڈیز میں، میں ایلوشن تھیوری کو نہیں مانتا۔ وہ لوگ تو سال کئی سال تک لے آتے ہیں پیچھے، انسان کو بندر تک لے آتے ہیں۔</w:t>
      </w:r>
    </w:p>
    <w:p>
      <w:r>
        <w:rPr>
          <w:b/>
        </w:rPr>
        <w:t xml:space="preserve">[33:00] </w:t>
      </w:r>
      <w:r>
        <w:t>Woh bilkul ghalat hai woh baatein. Pehla insaan bhi itna hi kamil tha jitna aaj ka insaan.</w:t>
      </w:r>
    </w:p>
    <w:p>
      <w:pPr>
        <w:jc w:val="right"/>
      </w:pPr>
      <w:r>
        <w:t>وہ بالکل غلط ہے وہ باتیں۔ پہلا انسان بھی اتنا ہی کامل تھا جتنا آج کا انسان۔</w:t>
      </w:r>
    </w:p>
    <w:p>
      <w:r>
        <w:rPr>
          <w:b/>
        </w:rPr>
        <w:t xml:space="preserve">[33:07] </w:t>
      </w:r>
      <w:r>
        <w:t>Insaan pehle din se Newton aur Einstein ka dimagh rakhta tha. Yeh bilkul ghalat hai yeh evolution ki philosophy. Hundred percent ghalat hai woh.</w:t>
      </w:r>
    </w:p>
    <w:p>
      <w:pPr>
        <w:jc w:val="right"/>
      </w:pPr>
      <w:r>
        <w:t>انسان پہلے دن سے نیوٹن اور آئنسٹائن کا دماغ رکھتا تھا۔ یہ بالکل غلط ہے یہ ایلوشن کی فلاسفی۔ ہنڈرڈ پرسنٹ غلط ہے وہ۔</w:t>
      </w:r>
    </w:p>
    <w:p>
      <w:r>
        <w:rPr>
          <w:b/>
        </w:rPr>
        <w:t xml:space="preserve">[33:17] </w:t>
      </w:r>
      <w:r>
        <w:t>Mein is ko nahi manta. Insaan Allah taala ne jo paida kiya, insaan Adam, woh itna hi bara mind tha un ka jitna ke newton aur einstein ka mind tha.</w:t>
      </w:r>
    </w:p>
    <w:p>
      <w:pPr>
        <w:jc w:val="right"/>
      </w:pPr>
      <w:r>
        <w:t>میں اس کو نہیں مانتا۔ انسان اللہ تعالی نے جو پیدا کیا، انسان آدم، وہ اتنا ہی بڑا مائنڈ تھا ان کا جتنا کہ نیوٹن اور آئنسٹائن کا مائنڈ تھا۔</w:t>
      </w:r>
    </w:p>
    <w:p>
      <w:r>
        <w:rPr>
          <w:b/>
        </w:rPr>
        <w:t xml:space="preserve">[33:26] </w:t>
      </w:r>
      <w:r>
        <w:t>Koi kami nahi thi.</w:t>
      </w:r>
    </w:p>
    <w:p>
      <w:pPr>
        <w:jc w:val="right"/>
      </w:pPr>
      <w:r>
        <w:t>کوئی کمی نہیں تھی۔</w:t>
      </w:r>
    </w:p>
    <w:p>
      <w:r>
        <w:rPr>
          <w:b/>
        </w:rPr>
        <w:t xml:space="preserve">[33:32] </w:t>
      </w:r>
      <w:r>
        <w:t>Toh is liye har nabi ko wahi deen diya gaya jo rasool Allah ko diya gaya. Wakala hadina wa nooha hadina deen har zamanay mein kamil tha, har zamanay mein mukammal tha.</w:t>
      </w:r>
    </w:p>
    <w:p>
      <w:pPr>
        <w:jc w:val="right"/>
      </w:pPr>
      <w:r>
        <w:t>تو اس لیے ہر نبی کو وہی دین دیا گیا جو رسول اللہ کو دیا گیا۔ وکلا ہدینا ونوحا ہدینا دین ہر زمانے میں کامل تھا، ہر زمانے میں مکمل تھا۔</w:t>
      </w:r>
    </w:p>
    <w:p>
      <w:r>
        <w:rPr>
          <w:b/>
        </w:rPr>
        <w:t xml:space="preserve">[33:46] </w:t>
      </w:r>
      <w:r>
        <w:t>Koi farq nahi raha. Naferru bain Adam wal rusul</w:t>
      </w:r>
    </w:p>
    <w:p>
      <w:pPr>
        <w:jc w:val="right"/>
      </w:pPr>
      <w:r>
        <w:t>کوئی فرق نہیں رہا۔ نفرق بین آدم والرسل</w:t>
      </w:r>
    </w:p>
    <w:p>
      <w:r>
        <w:rPr>
          <w:b/>
        </w:rPr>
        <w:t xml:space="preserve">[33:51] </w:t>
      </w:r>
      <w:r>
        <w:t>Yeh sikhaya gaya hamein ke hum farq na karein mukhtalif nabiyon mein.</w:t>
      </w:r>
    </w:p>
    <w:p>
      <w:pPr>
        <w:jc w:val="right"/>
      </w:pPr>
      <w:r>
        <w:t>یہ سکھایا گیا ہمیں کہ ہم فرق نہ کریں مختلف نبیوں میں۔</w:t>
      </w:r>
    </w:p>
    <w:p>
      <w:r>
        <w:rPr>
          <w:b/>
        </w:rPr>
        <w:t xml:space="preserve">[33:57] </w:t>
      </w:r>
      <w:r>
        <w:t>Toh pehla insaan bhi baligh tha itna hi jitna ke aaj ka insaan baligh hai. Har zamanay ka deen wahi aaya. Yeh jo cheez jis ko refer kiya jata hai, yeh sab tamaddun ki cheezein hain, culture ki cheezein hain.</w:t>
      </w:r>
    </w:p>
    <w:p>
      <w:pPr>
        <w:jc w:val="right"/>
      </w:pPr>
      <w:r>
        <w:t>تو پہلا انسان بھی بالغ تھا اتنا ہی جتنا کہ آج کا انسان بالغ ہے۔ ہر زمانے کا دین وہی آیا۔ یہ جو چیز جس کو ریفر کیا جاتا ہے، یہ سب تمدن کی چیزیں ہیں، کلچر کی چیزیں ہیں۔</w:t>
      </w:r>
    </w:p>
    <w:p>
      <w:r>
        <w:rPr>
          <w:b/>
        </w:rPr>
        <w:t xml:space="preserve">[34:13] </w:t>
      </w:r>
      <w:r>
        <w:t>Is ka talluq Islam mazhab se nahi hai. Aap oont par baithiye ya hawai jahaz par chaliye, is se koi farq nahi parta. There is another thing</w:t>
      </w:r>
    </w:p>
    <w:p>
      <w:pPr>
        <w:jc w:val="right"/>
      </w:pPr>
      <w:r>
        <w:t>اس کا تعلق اسلام مذہب سے نہیں ہے۔ آپ اونٹ پر بیٹھیے یا ہوائی جہاز پر چلیے، اس سے کوئی فرق نہیں پڑتا۔ There is another thing</w:t>
      </w:r>
    </w:p>
    <w:p>
      <w:r>
        <w:rPr>
          <w:b/>
        </w:rPr>
        <w:t xml:space="preserve">[34:24] </w:t>
      </w:r>
      <w:r>
        <w:t>Aap plant city ke andar rahiye ya pehle zamanay jaisay city ke andar rahiye, kachi imarat mein rahiye ya pakki imarat mein rahiye, is se koi farq nahi parta. Woh religion ka subject hi nahi hai.</w:t>
      </w:r>
    </w:p>
    <w:p>
      <w:pPr>
        <w:jc w:val="right"/>
      </w:pPr>
      <w:r>
        <w:t>آپ پلانٹ سٹی کے اندر رہیے یا پہلے زمانے جیسے سٹی کے اندر رہیے، کچی عمارت میں رہیے یا پکی عمارت میں رہیے، اس سے کوئی فرق نہیں پڑتا۔ وہ ریلیجن کا سبجیکٹ ہی نہیں ہے۔</w:t>
      </w:r>
    </w:p>
    <w:p>
      <w:r>
        <w:rPr>
          <w:b/>
        </w:rPr>
        <w:t xml:space="preserve">[34:35] </w:t>
      </w:r>
      <w:r>
        <w:t>Woh yeh religion ka subject nahi hai. Yeh Allah taala ka jo deen hai, is ka subject yeh nahi hai ke aap pakki ghar banayein ya kachay ghar banayein, oont par baithein ya hawai jahaz par baithein.</w:t>
      </w:r>
    </w:p>
    <w:p>
      <w:pPr>
        <w:jc w:val="right"/>
      </w:pPr>
      <w:r>
        <w:t>وہ یہ ریلیجن کا سبجیکٹ نہیں ہے۔ یہ اللہ تعالی کا جو دین ہے، اس کا سبجیکٹ یہ نہیں ہے کہ آپ پکی گھر بنائیں یا کچے گھر بنائیں، اونٹ پر بیٹھیں یا ہوائی جہاز پر بیٹھیں۔</w:t>
      </w:r>
    </w:p>
    <w:p>
      <w:r>
        <w:rPr>
          <w:b/>
        </w:rPr>
        <w:t xml:space="preserve">[34:52] </w:t>
      </w:r>
      <w:r>
        <w:t>Hoti hai ke aap ko Khuda ki marifat hasil ho, aap apne khalique ko jaanein, jo khalique, jo creator hai, jo sustainer hai, us ko pehchanein.</w:t>
      </w:r>
    </w:p>
    <w:p>
      <w:pPr>
        <w:jc w:val="right"/>
      </w:pPr>
      <w:r>
        <w:t>ہوتی ہے کہ آپ کو خدا کی معرفت حاصل ہو، آپ اپنے خالق کو جانیں، جو خالق، جو کریٹر ہے، جو سسٹینر ہے، اس کو پہچانیں۔</w:t>
      </w:r>
    </w:p>
    <w:p>
      <w:r>
        <w:rPr>
          <w:b/>
        </w:rPr>
        <w:t xml:space="preserve">[35:01] </w:t>
      </w:r>
      <w:r>
        <w:t>Is se aap contact aap ka ho, us ki worship karein, aap us se dua karein, apni zindagi mein us ke us ke hukumon ko follow karein.</w:t>
      </w:r>
    </w:p>
    <w:p>
      <w:pPr>
        <w:jc w:val="right"/>
      </w:pPr>
      <w:r>
        <w:t>اس سے آپ کنٹیکٹ آپ کا ہو، اس کی ورشپ کریں، آپ اس سے دعا کریں، اپنی زندگی میں اس کے اس کے حکموں کو فالو کریں۔</w:t>
      </w:r>
    </w:p>
    <w:p>
      <w:r>
        <w:rPr>
          <w:b/>
        </w:rPr>
        <w:t xml:space="preserve">[35:13] </w:t>
      </w:r>
      <w:r>
        <w:t>Matlab sach bolein, jhoot na bolein. Aap honesty ke sath rahein, dishonesty ke sath na rahein.</w:t>
      </w:r>
    </w:p>
    <w:p>
      <w:pPr>
        <w:jc w:val="right"/>
      </w:pPr>
      <w:r>
        <w:t>مطلب سچ بولیں، جھوٹ نہ بولیں۔ آپ آنسٹری کے ساتھ رہیں، ڈس آنسٹری کے ساتھ نہ رہیں۔</w:t>
      </w:r>
    </w:p>
    <w:p>
      <w:r>
        <w:rPr>
          <w:b/>
        </w:rPr>
        <w:t xml:space="preserve">[35:19] </w:t>
      </w:r>
      <w:r>
        <w:t>Dealing mein aap sahi dealing karein, fair dealing ho aap ki.</w:t>
      </w:r>
    </w:p>
    <w:p>
      <w:pPr>
        <w:jc w:val="right"/>
      </w:pPr>
      <w:r>
        <w:t>ڈیلنگ میں آپ صحیح ڈیلنگ کریں، فیئر ڈیلنگ ہو آپ کی۔</w:t>
      </w:r>
    </w:p>
    <w:p>
      <w:r>
        <w:rPr>
          <w:b/>
        </w:rPr>
        <w:t xml:space="preserve">[35:25] </w:t>
      </w:r>
      <w:r>
        <w:t>Toh is Khuda ka jo deen aata hai, is ka is se koi talluq nahi ke aap aap ka aap ka cultural level kya hai.</w:t>
      </w:r>
    </w:p>
    <w:p>
      <w:pPr>
        <w:jc w:val="right"/>
      </w:pPr>
      <w:r>
        <w:t>تو اس خدا کا جو دین آتا ہے، اس کا اس سے کوئی تعلق نہیں کہ آپ آپ کا آپ کا کلچرل لیول کیا ہے۔</w:t>
      </w:r>
    </w:p>
    <w:p>
      <w:r>
        <w:rPr>
          <w:b/>
        </w:rPr>
        <w:t xml:space="preserve">[35:34] </w:t>
      </w:r>
      <w:r>
        <w:t>There is another thing is ko ghalat tor par buniyad banaya, criterion banaya. Ab isay qadiyaniat nikal aayi.</w:t>
      </w:r>
    </w:p>
    <w:p>
      <w:pPr>
        <w:jc w:val="right"/>
      </w:pPr>
      <w:r>
        <w:t>There is another thing اس کو غلط طور پر بنیاد بنایا، کرائٹیرین بنایا۔ اب اسے قادیانیت نکل آئی۔</w:t>
      </w:r>
    </w:p>
    <w:p>
      <w:r>
        <w:rPr>
          <w:b/>
        </w:rPr>
        <w:t xml:space="preserve">[35:48] </w:t>
      </w:r>
      <w:r>
        <w:t>Is mein doosri baat yeh hai ke Quran mein hai ke na nazalna zikrahu wa inna lahu al hafizoon ke hum ne utara hai apna deen, hum is ko mehfooz karne wale hain.</w:t>
      </w:r>
    </w:p>
    <w:p>
      <w:pPr>
        <w:jc w:val="right"/>
      </w:pPr>
      <w:r>
        <w:t>اس میں دوسری بات یہ ہے کہ قرآن میں ہے کہ نَا نَزِلْنَا ذِكْرَهُ وَإِنَّا لَهُ الْحَافِظُونَ کہ ہم نے اتارا ہے اپنا دین، ہم اس کو محفوظ کرنے والے ہیں۔</w:t>
      </w:r>
    </w:p>
    <w:p>
      <w:r>
        <w:rPr>
          <w:b/>
        </w:rPr>
        <w:t xml:space="preserve">[36:01] </w:t>
      </w:r>
      <w:r>
        <w:t>Toh deen ki hifazat ki guarantee Khuda ne le rakhi hai. Ab kitna ridiculous kaam hai ke aap tahaffuz deen ke naam par conferences karte hain.</w:t>
      </w:r>
    </w:p>
    <w:p>
      <w:pPr>
        <w:jc w:val="right"/>
      </w:pPr>
      <w:r>
        <w:t>تو دین کی حفاظت کی گارنٹی خدا نے لے رکھی ہے۔ اب کتنا ریڈیکولس کام ہے کہ آپ تحفظ دین کے نام پر کانفرنسیں کرتے ہیں۔</w:t>
      </w:r>
    </w:p>
    <w:p>
      <w:r>
        <w:rPr>
          <w:b/>
        </w:rPr>
        <w:t xml:space="preserve">[36:10] </w:t>
      </w:r>
      <w:r>
        <w:t>Bilkul ridiculous baat hai, ridiculous. Jab Khuda ne is ki zimmedari le li hai toh toh mehfooz rahega woh?</w:t>
      </w:r>
    </w:p>
    <w:p>
      <w:pPr>
        <w:jc w:val="right"/>
      </w:pPr>
      <w:r>
        <w:t>بالکل ریڈیکولس بات ہے، ریڈیکولس۔ جب خدا نے اس کی ذمہ داری لے لی ہے تو تو محفوظ رہے گا وہ؟</w:t>
      </w:r>
    </w:p>
    <w:p>
      <w:r>
        <w:rPr>
          <w:b/>
        </w:rPr>
        <w:t xml:space="preserve">[36:19] </w:t>
      </w:r>
      <w:r>
        <w:t>Kon hai jo is ki hifazat ko khatre mein dale? Kis ke paas itna power hai? Yeh sari conferences jo hoti hain tahaffuz deen ke naam par, yeh bilkul absurd hain, absurd hain.</w:t>
      </w:r>
    </w:p>
    <w:p>
      <w:pPr>
        <w:jc w:val="right"/>
      </w:pPr>
      <w:r>
        <w:t>کون ہے جو اس کی حفاظت کو خطرے میں ڈالے؟ کس کے پاس اتنا پاور ہے؟ یہ ساری کانفرنسیں جو ہوتی ہیں تحفظ دین کے نام پر، یہ بالکل ایبسرڈ ہیں، ایبسرڈ ہیں۔</w:t>
      </w:r>
    </w:p>
    <w:p>
      <w:r>
        <w:rPr>
          <w:b/>
        </w:rPr>
        <w:t xml:space="preserve">[36:33] </w:t>
      </w:r>
      <w:r>
        <w:t>khuda ne utara hai yeh deen, khuda hi is ke deen ki hifazat ka zaman hai, aur hifazat ho rahi hai woh is ki. quran mein aap jante hain ke ek ayat ke barabar bhi koi badlav nahin aaya hai.</w:t>
      </w:r>
    </w:p>
    <w:p>
      <w:pPr>
        <w:jc w:val="right"/>
      </w:pPr>
      <w:r>
        <w:t>خدا نے اتارا ہے یہ دین، خدا ہی اس کے دین کی حفاظت کا ضامن ہے، اور حفاظت ہو رہی ہے وہ اس کی۔ قرآن میں آپ جانتے ہیں کہ ایک آیت کے برابر بھی کوئی بدلاؤ نہیں آیا ہے۔</w:t>
      </w:r>
    </w:p>
    <w:p>
      <w:r>
        <w:rPr>
          <w:b/>
        </w:rPr>
        <w:t xml:space="preserve">[36:47] </w:t>
      </w:r>
      <w:r>
        <w:t>to yeh khuda ne khud zimmedari le rakhi hai tahaffuz deen ke. dekhiye, tahaffuz deen ke naam par conferencein nahin honi chahiye, dawat deen ke naam par honi chahiye.</w:t>
      </w:r>
    </w:p>
    <w:p>
      <w:pPr>
        <w:jc w:val="right"/>
      </w:pPr>
      <w:r>
        <w:t>تو یہ خدا نے خود ذمہ داری لے رکھی ہے تحفظ دین کے۔ دیکھیے، تحفظ دین کے نام پر کانفرنسیں نہیں ہونی چاہیے، دعوت دین کے نام پر ہونی چاہیے۔</w:t>
      </w:r>
    </w:p>
    <w:p>
      <w:r>
        <w:rPr>
          <w:b/>
        </w:rPr>
        <w:t xml:space="preserve">[36:59] </w:t>
      </w:r>
      <w:r>
        <w:t>hamara kaam tahaffuz nahin, hamara kaam dawat hai.</w:t>
      </w:r>
    </w:p>
    <w:p>
      <w:pPr>
        <w:jc w:val="right"/>
      </w:pPr>
      <w:r>
        <w:t>ہمارا کام تحفظ نہیں، ہمارا کام دعوت ہے۔</w:t>
      </w:r>
    </w:p>
    <w:p>
      <w:r>
        <w:rPr>
          <w:b/>
        </w:rPr>
        <w:t xml:space="preserve">[37:05] </w:t>
      </w:r>
      <w:r>
        <w:t>aise nadani ki baat nahin, jaise tahaffuz hayat karein aap kisi ko marne nahin, mujhe marne nahin dena hai logon ko. hum tahaffuz hayat ke naam par conferencein karenge. bilkul stepped kaam hoga woh, aap ke bas mein nahin hai ke aap kisi ko marne na dein.</w:t>
      </w:r>
    </w:p>
    <w:p>
      <w:pPr>
        <w:jc w:val="right"/>
      </w:pPr>
      <w:r>
        <w:t>ایسے نادانی کی بات نہیں، جیسے تحفظ حیات کریں آپ کسی کو مرنے نہیں، مجھے مرنے نہیں دینا ہے لوگوں کو۔ ہم تحفظ حیات کے نام پر کانفرنسیں کریں گے۔ بالکل اسٹیپڈ کام ہوگا وہ، آپ کے بس میں نہیں ہے کہ آپ کسی کو مرنے نہ دیں۔</w:t>
      </w:r>
    </w:p>
    <w:p>
      <w:r>
        <w:rPr>
          <w:b/>
        </w:rPr>
        <w:t xml:space="preserve">[37:21] </w:t>
      </w:r>
      <w:r>
        <w:t>to tahaffuz hayat ke naam par conferencein karna jitna zyada ek ridiculous baat hai, utni ridiculous baat yeh baat bhi hai ke tahaffuz deen ke naam par kaam conferencein karna.</w:t>
      </w:r>
    </w:p>
    <w:p>
      <w:pPr>
        <w:jc w:val="right"/>
      </w:pPr>
      <w:r>
        <w:t>تو تحفظ حیات کے نام پر کانفرنسیں کرنا جتنا زیادہ ایک ریڈیکولس بات ہے، اتنی ریڈیکولس بات یہ بات بھی ہے کہ تحفظ دین کے نام پر کام کانفرنسیں کرنا۔</w:t>
      </w:r>
    </w:p>
    <w:p>
      <w:r>
        <w:rPr>
          <w:b/>
        </w:rPr>
        <w:t xml:space="preserve">[37:34] </w:t>
      </w:r>
      <w:r>
        <w:t>aap ka kaam hai dawat, aap ka kaam hai tabligh, aap ka kaam hai khuda ke masjid ko pahunchana. to khud hamare ulama ki badtareen nadani ke nateejay mein qadiyaniat paida hui, aur zimmedar kis ko thehra rahe hain?</w:t>
      </w:r>
    </w:p>
    <w:p>
      <w:pPr>
        <w:jc w:val="right"/>
      </w:pPr>
      <w:r>
        <w:t>آپ کا کام ہے دعوت، آپ کا کام ہے تبلیغ، آپ کا کام ہے خدا کے مسجد کو پہنچانا۔ تو خود ہمارے علماء کی بدترین نادانی کے نتیجے میں قادیانیت پیدا ہوئی، اور ذمہ دار کس کو ٹھہرا رہے ہیں؟</w:t>
      </w:r>
    </w:p>
    <w:p>
      <w:r>
        <w:rPr>
          <w:b/>
        </w:rPr>
        <w:t xml:space="preserve">[37:51] </w:t>
      </w:r>
      <w:r>
        <w:t>qadiyaniat ko.</w:t>
      </w:r>
    </w:p>
    <w:p>
      <w:pPr>
        <w:jc w:val="right"/>
      </w:pPr>
      <w:r>
        <w:t>قادیانیت کو۔</w:t>
      </w:r>
    </w:p>
    <w:p>
      <w:r>
        <w:rPr>
          <w:b/>
        </w:rPr>
        <w:t xml:space="preserve">[37:58] </w:t>
      </w:r>
      <w:r>
        <w:t>to</w:t>
      </w:r>
    </w:p>
    <w:p>
      <w:pPr>
        <w:jc w:val="right"/>
      </w:pPr>
      <w:r>
        <w:t>تو</w:t>
      </w:r>
    </w:p>
    <w:p>
      <w:r>
        <w:rPr>
          <w:b/>
        </w:rPr>
        <w:t xml:space="preserve">[37:59] </w:t>
      </w:r>
      <w:r>
        <w:t>yeh logon ko pehla kaam hai, main kehta hoon ke qadiyani ke muamle mein nipatne ka pehla kaam yeh hai ke aap apni ghalti ko manen ke we were wrong ke hum ne ghalt criterion istemal kiya, is se unhein mauqa mil gaya.</w:t>
      </w:r>
    </w:p>
    <w:p>
      <w:pPr>
        <w:jc w:val="right"/>
      </w:pPr>
      <w:r>
        <w:t>یہ لوگوں کو پہلا کام ہے، میں کہتا ہوں کہ قادیانی کے معاملے میں نپٹنے کا پہلا کام یہ ہے کہ آپ اپنی غلطی کو مانیں کہ We were wrong کہ ہم نے غلط کرائٹیرین استعمال کیا، اس سے انہیں موقع مل گیا۔</w:t>
      </w:r>
    </w:p>
    <w:p>
      <w:r>
        <w:rPr>
          <w:b/>
        </w:rPr>
        <w:t xml:space="preserve">[38:17] </w:t>
      </w:r>
      <w:r>
        <w:t>yani goya ke unhone ek situation create ki, us ko avail kiya qadiyani logon ne.</w:t>
      </w:r>
    </w:p>
    <w:p>
      <w:pPr>
        <w:jc w:val="right"/>
      </w:pPr>
      <w:r>
        <w:t>یعنی گویا کہ انہوں نے ایک سچوئیشن کریٹ کی، اس کو اویل کیا قادیانی لوگوں نے۔</w:t>
      </w:r>
    </w:p>
    <w:p>
      <w:r>
        <w:rPr>
          <w:b/>
        </w:rPr>
        <w:t xml:space="preserve">[38:23] </w:t>
      </w:r>
      <w:r>
        <w:t>yahan ek negative misaal hai is ki ke khud hamare ulama ne aisi ek situation create ki jis ko bohat hoshiyari ke sath qadiyani logon ne avail kiya, aur nayi nabuwat ka dawa kar diya ke ab khwaja ghulam ahmad qadiyani jo hain, woh nabi hain.</w:t>
      </w:r>
    </w:p>
    <w:p>
      <w:pPr>
        <w:jc w:val="right"/>
      </w:pPr>
      <w:r>
        <w:t>یہاں ایک نیگیٹیو مثال ہے اس کی کہ خود ہمارے علماء نے ایسی ایک سچوئیشن کریٹ کی جس کو بہت ہوشیاری کے ساتھ قادیانی لوگوں نے اویل کیا، اور نئی نبوت کا دعویٰ کر دیا کہ اب خواجہ غلام احمد قادیانی جو ہیں، وہ نبی ہیں۔</w:t>
      </w:r>
    </w:p>
    <w:p>
      <w:r>
        <w:rPr>
          <w:b/>
        </w:rPr>
        <w:t xml:space="preserve">[38:47] </w:t>
      </w:r>
      <w:r>
        <w:t>naya nabi bilashuba ab koi aane wala nahin hai, rasool Allah aakhri nabi hain, final prophet hain. lekin daleel kya hai? daleel yeh nahin hai ke jab maturity pahunch ho chuki thi, insan mein tabah paye.</w:t>
      </w:r>
    </w:p>
    <w:p>
      <w:pPr>
        <w:jc w:val="right"/>
      </w:pPr>
      <w:r>
        <w:t>نیا نبی بلاشبہ اب کوئی آنے والا نہیں ہے، رسول اللہ آخری نبی ہیں، فائنل پرافٹ ہیں۔ لیکن دلیل کیا ہے؟ دلیل یہ نہیں ہے کہ جب میچورٹی پہنچ ہو آ چکی تھی، انسان میں تباہ پائے۔</w:t>
      </w:r>
    </w:p>
    <w:p>
      <w:r>
        <w:rPr>
          <w:b/>
        </w:rPr>
        <w:t xml:space="preserve">[39:03] </w:t>
      </w:r>
      <w:r>
        <w:t>yeh bilkul absurd baat hai, absurd baat hai.</w:t>
      </w:r>
    </w:p>
    <w:p>
      <w:pPr>
        <w:jc w:val="right"/>
      </w:pPr>
      <w:r>
        <w:t>یہ بالکل ایبسرڈ بات ہے، ایبسرڈ بات ہے۔</w:t>
      </w:r>
    </w:p>
    <w:p>
      <w:r>
        <w:rPr>
          <w:b/>
        </w:rPr>
        <w:t xml:space="preserve">[39:11] </w:t>
      </w:r>
      <w:r>
        <w:t>dekhiye, naya nabi aata hai kyun?</w:t>
      </w:r>
    </w:p>
    <w:p>
      <w:pPr>
        <w:jc w:val="right"/>
      </w:pPr>
      <w:r>
        <w:t>دیکھیے، نیا نبی آتا ہے کیوں؟</w:t>
      </w:r>
    </w:p>
    <w:p>
      <w:r>
        <w:rPr>
          <w:b/>
        </w:rPr>
        <w:t xml:space="preserve">[39:13] </w:t>
      </w:r>
      <w:r>
        <w:t>is ka sirf ek hi wajah hai ke khuda ka bheja hua jo wahi hai, revelation hai, jo deen hai, woh mehfooz na rahe.</w:t>
      </w:r>
    </w:p>
    <w:p>
      <w:pPr>
        <w:jc w:val="right"/>
      </w:pPr>
      <w:r>
        <w:t>اس کا صرف ایک ہی وجہ ہے کہ خدا کا بھیجا ہوا جو وحی ہے، ریولیشن ہے، جو دین ہے، وہ محفوظ نہ رہے۔</w:t>
      </w:r>
    </w:p>
    <w:p>
      <w:r>
        <w:rPr>
          <w:b/>
        </w:rPr>
        <w:t xml:space="preserve">[39:24] </w:t>
      </w:r>
      <w:r>
        <w:t>quran jo hai, nabi ka numainda hai. quran jo hai, ya khuda ki jo kitab hai, woh nabi ko represent karti hai. to ya to dunya mein nabi hoga ya is ka represent karne wala kitab hogi.</w:t>
      </w:r>
    </w:p>
    <w:p>
      <w:pPr>
        <w:jc w:val="right"/>
      </w:pPr>
      <w:r>
        <w:t>قرآن جو ہے، نبی کا نمائندہ ہے۔ قرآن جو ہے، یا خدا کی جو کتاب ہے، وہ نبی کو ریپریزنٹ کرتی ہے۔ تو یا تو دنیا میں نبی ہوگا یا اس کا ریپریزنٹ کرنے والا کتاب ہوگی۔</w:t>
      </w:r>
    </w:p>
    <w:p>
      <w:r>
        <w:rPr>
          <w:b/>
        </w:rPr>
        <w:t xml:space="preserve">[39:39] </w:t>
      </w:r>
      <w:r>
        <w:t>do mein se ek cheez hogi.</w:t>
      </w:r>
    </w:p>
    <w:p>
      <w:pPr>
        <w:jc w:val="right"/>
      </w:pPr>
      <w:r>
        <w:t>دو میں سے ایک چیز ہوگی۔</w:t>
      </w:r>
    </w:p>
    <w:p>
      <w:r>
        <w:rPr>
          <w:b/>
        </w:rPr>
        <w:t xml:space="preserve">[39:42] </w:t>
      </w:r>
      <w:r>
        <w:t>jab yeh nahin hai, tab naya nabi aayega. to jab quran mehfooz hai to khuda, khuda ka kalam mehfooz hai.</w:t>
      </w:r>
    </w:p>
    <w:p>
      <w:pPr>
        <w:jc w:val="right"/>
      </w:pPr>
      <w:r>
        <w:t>جب یہ نر ہے، تب نیا نبی آئے گا۔ تو جب قرآن محفوظ ہے تو خدا، خدا کا کلام محفوظ ہے۔</w:t>
      </w:r>
    </w:p>
    <w:p>
      <w:r>
        <w:rPr>
          <w:b/>
        </w:rPr>
        <w:t xml:space="preserve">[39:52] </w:t>
      </w:r>
      <w:r>
        <w:t>to goya ke nabi ko represent karne wala jo jo jo jo book hai, woh maujood hai. to phir nabi kis liye aayega?</w:t>
      </w:r>
    </w:p>
    <w:p>
      <w:pPr>
        <w:jc w:val="right"/>
      </w:pPr>
      <w:r>
        <w:t>تو گویا کہ نبی کو ریپریزنٹ کرنے والا جو جو جو جو بک ہے، وہ موجود ہے۔ تو پھر نبی کس لیے آئے گا؟</w:t>
      </w:r>
    </w:p>
    <w:p>
      <w:r>
        <w:rPr>
          <w:b/>
        </w:rPr>
        <w:t xml:space="preserve">[40:05] </w:t>
      </w:r>
      <w:r>
        <w:t>to nayi nabuwat, nayi nabuwat ka taluq hifazat quran se hai, na ke na ke tamadduni taraqqi se.</w:t>
      </w:r>
    </w:p>
    <w:p>
      <w:pPr>
        <w:jc w:val="right"/>
      </w:pPr>
      <w:r>
        <w:t>تو نئی نبیت، نئی نبوت کا تعلق حفاظت قرآن سے ہے، نہ کہ نہ کہ تمدنی ترقی سے۔</w:t>
      </w:r>
    </w:p>
    <w:p>
      <w:r>
        <w:rPr>
          <w:b/>
        </w:rPr>
        <w:t xml:space="preserve">[40:14] </w:t>
      </w:r>
      <w:r>
        <w:t>tamadduni taraqqi se is ka koi taluq nahin hai.</w:t>
      </w:r>
    </w:p>
    <w:p>
      <w:pPr>
        <w:jc w:val="right"/>
      </w:pPr>
      <w:r>
        <w:t>تمدنی ترقی سے اس کا کوئی تعلق نہیں ہے۔</w:t>
      </w:r>
    </w:p>
    <w:p>
      <w:r>
        <w:rPr>
          <w:b/>
        </w:rPr>
        <w:t xml:space="preserve">[40:19] </w:t>
      </w:r>
      <w:r>
        <w:t>ek philosopher create ki hai evolution walon ne ke pehla insan jo tha, bandar tha, us se pehle kya tha, phir kya tha, phir insan bana. yeh sab bilkul absurd baatein hain.</w:t>
      </w:r>
    </w:p>
    <w:p>
      <w:pPr>
        <w:jc w:val="right"/>
      </w:pPr>
      <w:r>
        <w:t>ایک فلسفی کریٹ کی ہے ایولوشن والوں نے کہ پہلا انسان جو تھا، بندر تھا، اس سے پہلے کیا تھا، پھر کیا تھا، پھر انسان بنا۔ یہ سب بالکل ایبسرڈ باتیں ہیں۔</w:t>
      </w:r>
    </w:p>
    <w:p>
      <w:r>
        <w:rPr>
          <w:b/>
        </w:rPr>
        <w:t xml:space="preserve">[40:30] </w:t>
      </w:r>
      <w:r>
        <w:t>pehla insan bhi itna hi zyada waise hi dimaagh rakhta tha jaisa ke aaj ka insan dimaagh rakhta hai.</w:t>
      </w:r>
    </w:p>
    <w:p>
      <w:pPr>
        <w:jc w:val="right"/>
      </w:pPr>
      <w:r>
        <w:t>پہلا انسان بھی اتنا ہی زیادہ ویسے ہی دماغ رکھتا تھا جیسا کہ آج کا انسان دماغ رکھتا ہے۔</w:t>
      </w:r>
    </w:p>
    <w:p>
      <w:r>
        <w:rPr>
          <w:b/>
        </w:rPr>
        <w:t xml:space="preserve">[40:39] </w:t>
      </w:r>
      <w:r>
        <w:t>is mein koi shakk nahin. maine is ko bohat padha hai aur main is ko bilkul absurd samajhta hoon. bahesiyat, bahesiyat potential ke koi farq nahin aaj ke insan mein aur pehle insan mein.</w:t>
      </w:r>
    </w:p>
    <w:p>
      <w:pPr>
        <w:jc w:val="right"/>
      </w:pPr>
      <w:r>
        <w:t>اس میں کوئی شک نہیں۔ میں نے اس کو بہت پڑھا ہے اور میں اس کو بالکل ایبسرڈ سمجھتا ہوں۔ بحیثیت، بحیثیت پوٹینشل کے کوئی فرق نہیں آج کے انسان میں اور پہلے انسان میں۔</w:t>
      </w:r>
    </w:p>
    <w:p>
      <w:r>
        <w:rPr>
          <w:b/>
        </w:rPr>
        <w:t xml:space="preserve">[40:55] </w:t>
      </w:r>
      <w:r>
        <w:t>koi farq nahin hai.</w:t>
      </w:r>
    </w:p>
    <w:p>
      <w:pPr>
        <w:jc w:val="right"/>
      </w:pPr>
      <w:r>
        <w:t>کوئی فرق نہیں ہے۔</w:t>
      </w:r>
    </w:p>
    <w:p>
      <w:r>
        <w:rPr>
          <w:b/>
        </w:rPr>
        <w:t xml:space="preserve">[40:58] </w:t>
      </w:r>
      <w:r>
        <w:t>to goya ke yeh nazariya aur doosri falsafi paida ki hamare ulma ne ke maan liya ke seven century mein balogh ka darja aa gaya tha, yani maturity ka darja aa gaya tha.</w:t>
      </w:r>
    </w:p>
    <w:p>
      <w:pPr>
        <w:jc w:val="right"/>
      </w:pPr>
      <w:r>
        <w:t>تو گویا کہ یہ نظریہ اور دوسری فلسفی پیدا کی ہمارے علماء نے کہ مان لیا کہ سیون سینچری میں بلوغ کا درجہ آ گیا تھا، یعنی میچورٹی کا درجہ آ گیا تھا۔</w:t>
      </w:r>
    </w:p>
    <w:p>
      <w:r>
        <w:rPr>
          <w:b/>
        </w:rPr>
        <w:t xml:space="preserve">[41:09] </w:t>
      </w:r>
      <w:r>
        <w:t>yeh bilkul absurd baat hai. is se nikal aayi qadiyaniat. to evolution se nikla tha ilhad ke khuda ki zaroorat hi nahi hai, sab kuch ho raha hai apne aap.</w:t>
      </w:r>
    </w:p>
    <w:p>
      <w:pPr>
        <w:jc w:val="right"/>
      </w:pPr>
      <w:r>
        <w:t>یہ بالکل ایبسرڈ بات ہے۔ اس سے نکل آئی قادیانیت۔ تو ایولوشن سے نکلا تھا الحاد کہ خدا کی ضرورت ہی نہیں ہے، سب کچھ ہو رہا ہے اپنے آپ۔</w:t>
      </w:r>
    </w:p>
    <w:p>
      <w:r>
        <w:rPr>
          <w:b/>
        </w:rPr>
        <w:t xml:space="preserve">[41:23] </w:t>
      </w:r>
      <w:r>
        <w:t>evolution se nikla tha ilhad aur hamare ulma ne jo jo interpretation diya khatm nabuwat ka, is se nikal aayi qadiyaniat. yeh sara qissa.</w:t>
      </w:r>
    </w:p>
    <w:p>
      <w:pPr>
        <w:jc w:val="right"/>
      </w:pPr>
      <w:r>
        <w:t>ایولوشن سے نکلا تھا الحاد اور ہمارے علماء نے جو جو انٹرپریٹیشن دیا ختم نبوت کا، اس سے نکل آئی قادیانیت۔ یہ سارا قصہ۔</w:t>
      </w:r>
    </w:p>
    <w:p>
      <w:r>
        <w:rPr>
          <w:b/>
        </w:rPr>
        <w:t xml:space="preserve">[41:36] </w:t>
      </w:r>
      <w:r>
        <w:t>to behal is waqt mein jo chahta hoon, jis baat ko main faces de raha hoon, woh yeh hai ke aap yeh janiye ke law of nature kya hai, khuda ka nizam kya hai, history kaise chal rahi hai, khuda ke kis qanoon ke tehat.</w:t>
      </w:r>
    </w:p>
    <w:p>
      <w:pPr>
        <w:jc w:val="right"/>
      </w:pPr>
      <w:r>
        <w:t>تو بہرحال اس وقت میں جو چاہتا ہوں، جس بات کو میں فیسز دے رہا ہوں، وہ یہ ہے کہ آپ یہ جانیے کہ لاء آف نیچر کیا ہے، خدا کا نظام کیا ہے، ہسٹری کیسے چل رہی ہے، خدا کے کس قانون کے تحت۔</w:t>
      </w:r>
    </w:p>
    <w:p>
      <w:r>
        <w:rPr>
          <w:b/>
        </w:rPr>
        <w:t xml:space="preserve">[41:54] </w:t>
      </w:r>
      <w:r>
        <w:t>woh yeh hai ke dunya mein Allah taala ne sab ko mauqa de rakha hai, sab ko freedom hai, sab ko freedom hai.</w:t>
      </w:r>
    </w:p>
    <w:p>
      <w:pPr>
        <w:jc w:val="right"/>
      </w:pPr>
      <w:r>
        <w:t>وہ یہ ہے کہ دنیا میں اللہ تعالی نے سب کو موقع دے رکھا ہے، سب کو فریڈم ہے، سب کو فریڈم ہے۔</w:t>
      </w:r>
    </w:p>
    <w:p>
      <w:r>
        <w:rPr>
          <w:b/>
        </w:rPr>
        <w:t xml:space="preserve">[42:03] </w:t>
      </w:r>
      <w:r>
        <w:t>itni freedom hai ke ek insan jo hai, paighambar ko qatl kar sakta hai, ek insan jo hai, khalifa khalifa Islam ko qatl kar sakta hai, ek insan maan baat baat ko qatl kar sakta hai.</w:t>
      </w:r>
    </w:p>
    <w:p>
      <w:pPr>
        <w:jc w:val="right"/>
      </w:pPr>
      <w:r>
        <w:t>اتنی فریڈم ہے کہ ایک انسان جو ہے، پیغمبر کو قتل کر سکتا ہے، ایک انسان جو ہے، خلیفہ خلیفہ اسلام کو قتل کر سکتا ہے، ایک انسان ماں بات بات کو قتل کر سکتا ہے۔</w:t>
      </w:r>
    </w:p>
    <w:p>
      <w:r>
        <w:rPr>
          <w:b/>
        </w:rPr>
        <w:t xml:space="preserve">[42:16] </w:t>
      </w:r>
      <w:r>
        <w:t>yeh hai 20 use of freedom ka phenomena.</w:t>
      </w:r>
    </w:p>
    <w:p>
      <w:pPr>
        <w:jc w:val="right"/>
      </w:pPr>
      <w:r>
        <w:t>یہ ہے 20 یوز آف فریڈم کا فیناومینا۔</w:t>
      </w:r>
    </w:p>
    <w:p>
      <w:r>
        <w:rPr>
          <w:b/>
        </w:rPr>
        <w:t xml:space="preserve">[42:20] </w:t>
      </w:r>
      <w:r>
        <w:t>to har ek ko freedom hai, har ek apni koshish karega, har ek apni dunya banana chahega. isi darmiyan mein kuch situation create hoti hai, kuch opportunities nikalti hain, is ko aap avail kar saken.</w:t>
      </w:r>
    </w:p>
    <w:p>
      <w:pPr>
        <w:jc w:val="right"/>
      </w:pPr>
      <w:r>
        <w:t>تو ہر ایک کو فریڈم ہے، ہر ایک اپنی کوشش کرے گا، ہر ایک اپنی دنیا بنانا چاہے گا۔ اسی درمیان میں کچھ سچوئیشن کریٹ ہوتی ہے، کچھ اپرچونیٹیز نکلتی ہیں، اس کو آپ اویل کر سکیں۔</w:t>
      </w:r>
    </w:p>
    <w:p>
      <w:r>
        <w:rPr>
          <w:b/>
        </w:rPr>
        <w:t xml:space="preserve">[42:39] </w:t>
      </w:r>
      <w:r>
        <w:t>jaise mein ek misaal doon aap ko samajhne ke liye ke angrez India mein aaye, do sau saal tak unhone rule kiya, 200 years tak.</w:t>
      </w:r>
    </w:p>
    <w:p>
      <w:pPr>
        <w:jc w:val="right"/>
      </w:pPr>
      <w:r>
        <w:t>جیسے میں ایک مثال دوں آپ کو سمجھنے کے لیے کہ انگریز انڈیا میں آئے، دو سو سال تک انہوں نے رول کیا، 200 ایئرز تک۔</w:t>
      </w:r>
    </w:p>
    <w:p>
      <w:r>
        <w:rPr>
          <w:b/>
        </w:rPr>
        <w:t xml:space="preserve">[42:50] </w:t>
      </w:r>
      <w:r>
        <w:t>to lord macaulay ne ek plan banaya ke India mein English phailai jaye. aap jante hain, is se pehle yahan persian thi,</w:t>
      </w:r>
    </w:p>
    <w:p>
      <w:pPr>
        <w:jc w:val="right"/>
      </w:pPr>
      <w:r>
        <w:t>تو لارڈ میکالے نے ایک پلان بنایا کہ انڈیا میں انگلش پھیلائی جائے۔ آپ جانتے ہیں، اس سے پہلے یہاں پرشین تھی،</w:t>
      </w:r>
    </w:p>
    <w:p>
      <w:r>
        <w:rPr>
          <w:b/>
        </w:rPr>
        <w:t xml:space="preserve">[43:01] </w:t>
      </w:r>
      <w:r>
        <w:t>persian muslim zamaney mein. to lord macaulay ne kaha ke yahan par English education phailai jaye, English zuban phailai jaye.</w:t>
      </w:r>
    </w:p>
    <w:p>
      <w:pPr>
        <w:jc w:val="right"/>
      </w:pPr>
      <w:r>
        <w:t>پرشین مسلم زمانے میں۔ تو لارڈ میکالے نے کہا کہ یہاں پر انگلش ایجوکیشن پھیلائی جائے، انگلش زبان پھیلائی جائے۔</w:t>
      </w:r>
    </w:p>
    <w:p>
      <w:r>
        <w:rPr>
          <w:b/>
        </w:rPr>
        <w:t xml:space="preserve">[43:11] </w:t>
      </w:r>
      <w:r>
        <w:t>samajhta tha ke is tarah se hum India ke logon ko British sarkaar ka wafadar bana saken ge.</w:t>
      </w:r>
    </w:p>
    <w:p>
      <w:pPr>
        <w:jc w:val="right"/>
      </w:pPr>
      <w:r>
        <w:t>سمجھتا تھا کہ اس طرح سے ہم انڈیا کے لوگوں کو برٹش سرکار کا وفادار بنا سکیں گے۔</w:t>
      </w:r>
    </w:p>
    <w:p>
      <w:r>
        <w:rPr>
          <w:b/>
        </w:rPr>
        <w:t xml:space="preserve">[43:18] </w:t>
      </w:r>
      <w:r>
        <w:t>is ka bohat hi mashhoor, is ka woh hai, us ne kaha tha ke so that a generation may arise, so that a generation may arise that will be Indian in British,</w:t>
      </w:r>
    </w:p>
    <w:p>
      <w:pPr>
        <w:jc w:val="right"/>
      </w:pPr>
      <w:r>
        <w:t>اس کا بہت ہی مشہور، اس کا وہ ہے، اس نے کہا تھا کہ so that a generation may arise, so that a generation may arise that will be Indian in برٹش،</w:t>
      </w:r>
    </w:p>
    <w:p>
      <w:r>
        <w:rPr>
          <w:b/>
        </w:rPr>
        <w:t xml:space="preserve">[43:39] </w:t>
      </w:r>
      <w:r>
        <w:t>Indian in birth and British in thought,</w:t>
      </w:r>
    </w:p>
    <w:p>
      <w:pPr>
        <w:jc w:val="right"/>
      </w:pPr>
      <w:r>
        <w:t>Indian in birth and برٹش in thought،</w:t>
      </w:r>
    </w:p>
    <w:p>
      <w:r>
        <w:rPr>
          <w:b/>
        </w:rPr>
        <w:t xml:space="preserve">[43:42] </w:t>
      </w:r>
      <w:r>
        <w:t>so that a generation may arise which will be Indian in birth and British in thought aisa kuch tha, sab se pehla. to apne maqsad ke liye unhone angrezi zuban ko chalu raaij kiya, yahan par apne interest ke liye, apne political interest ke liye.</w:t>
      </w:r>
    </w:p>
    <w:p>
      <w:pPr>
        <w:jc w:val="right"/>
      </w:pPr>
      <w:r>
        <w:t>so that a generation may arise which will be Indian in birth and برٹش in thought ایسا کچھ تھا، سب سے پہلا۔ تو اپنے مقصد کے لیے انہوں نے انگریزی زبان کو چالو رائج کیا، یہاں پر اپنے انٹرسٹ کے لیے، اپنے پولیٹیکل انٹرسٹ کے لیے۔</w:t>
      </w:r>
    </w:p>
    <w:p>
      <w:r>
        <w:rPr>
          <w:b/>
        </w:rPr>
        <w:t xml:space="preserve">[44:01] </w:t>
      </w:r>
      <w:r>
        <w:t>ek ek shakhs musawwar mein nikla, saare log us ke negative ho gaye, saare ulma one to all negative ho gaye. lekin ek shakhs nikla, samajhdar sir syed ahmed khan, us ne us ko avail kiya, us situation ko.</w:t>
      </w:r>
    </w:p>
    <w:p>
      <w:pPr>
        <w:jc w:val="right"/>
      </w:pPr>
      <w:r>
        <w:t>ایک ایک شخص مصور میں نکلا، سارے لوگ اس کے نیگیٹیو ہو گئے، سارے علماء ون ٹو آل نیگیٹیو ہو گئے۔ لیکن ایک شخص نکلا، سمجھدار سر سید احمد خان، اس نے اس کو اویل کیا، اس سچوئیشن کو۔</w:t>
      </w:r>
    </w:p>
    <w:p>
      <w:r>
        <w:rPr>
          <w:b/>
        </w:rPr>
        <w:t xml:space="preserve">[44:17] </w:t>
      </w:r>
      <w:r>
        <w:t>hinduon mein nikle, maslan mohan malviya, do aadmi paida hue aur sab negative ho gaye the.</w:t>
      </w:r>
    </w:p>
    <w:p>
      <w:pPr>
        <w:jc w:val="right"/>
      </w:pPr>
      <w:r>
        <w:t>ہندوؤں میں نکلے، مثلاً موہن مالویہ، دو آدمی پیدا ہوئے اور سب نیگیٹیو ہو گئے تھے۔</w:t>
      </w:r>
    </w:p>
    <w:p>
      <w:r>
        <w:rPr>
          <w:b/>
        </w:rPr>
        <w:t xml:space="preserve">[44:26] </w:t>
      </w:r>
      <w:r>
        <w:t>yani musalmanon mein sab ke sab ho gaye, hinduon mein sab ke sab nahi hue the, lekin majority un mein bhi negative ho gayi thi. to is situation ek ko apne favor mein avail kiya, sir syed ne Muslim University banakar ke, badan mohan malviya ne us ko avail kiya, Hindu University banakar ke.</w:t>
      </w:r>
    </w:p>
    <w:p>
      <w:pPr>
        <w:jc w:val="right"/>
      </w:pPr>
      <w:r>
        <w:t>یعنی مسلمانوں میں سب کے سب ہو گئے، ہندوؤں میں سب کے سب نہیں ہوئے تھے، لیکن میجورٹی ان میں بھی نیگیٹیو ہو گئی تھی۔ تو اس سچوئیشن ایک کو اپنے فیور میں اویل کیا، سر سید نے مسلم یونیورسٹی بنا کر کے، بدن موہن مالویہ نے اس کو اویل کیا، ہندو یونیورسٹی بنا کر کے۔</w:t>
      </w:r>
    </w:p>
    <w:p>
      <w:r>
        <w:rPr>
          <w:b/>
        </w:rPr>
        <w:t xml:space="preserve">[44:47] </w:t>
      </w:r>
      <w:r>
        <w:t>agar aap ne parhi hogi un ki tareekh to aap jante honge ke dono university government of Britain ke ke bohat zabardast taawun se bani thi.</w:t>
      </w:r>
    </w:p>
    <w:p>
      <w:pPr>
        <w:jc w:val="right"/>
      </w:pPr>
      <w:r>
        <w:t>اگر آپ نے پڑھی ہوگی ان کی تاریخ تو آپ جانتے ہوں گے کہ دونوں یونیورسٹی گورنمنٹ آف برطانیہ کے کے بہت زبردست تعاون سے بنی تھی۔</w:t>
      </w:r>
    </w:p>
    <w:p>
      <w:r>
        <w:rPr>
          <w:b/>
        </w:rPr>
        <w:t xml:space="preserve">[44:58] </w:t>
      </w:r>
      <w:r>
        <w:t>Hindu University bhi zabardast taawun hasil tha British government ka, un ka support hasil tha aur Muslim University bhi zabardast support hasil tha British government ka.</w:t>
      </w:r>
    </w:p>
    <w:p>
      <w:pPr>
        <w:jc w:val="right"/>
      </w:pPr>
      <w:r>
        <w:t>ہندو یونیورسٹی بھی زبردست تعاون حاصل تھا برٹش گورنمنٹ کا، ان کا سپورٹ حاصل تھا اور مسلم یونیورسٹی بھی زبردست سپورٹ حاصل تھا برٹش گورنمنٹ کا۔</w:t>
      </w:r>
    </w:p>
    <w:p>
      <w:r>
        <w:rPr>
          <w:b/>
        </w:rPr>
        <w:t xml:space="preserve">[45:10] </w:t>
      </w:r>
      <w:r>
        <w:t>to yeh jo support hasil tha, to log samajhte the ke yeh yeh log jo hain, woh us ke woh hain, agent hain, sarkaar ke agent hain, madan mohan malviya bhi aur sir syed ahmed khan, yeh bilkul absurd baat thi.</w:t>
      </w:r>
    </w:p>
    <w:p>
      <w:pPr>
        <w:jc w:val="right"/>
      </w:pPr>
      <w:r>
        <w:t>تو یہ جو سپورٹ حاصل تھا، تو لوگ سمجھتے تھے کہ یہ یہ لوگ جو ہیں، وہ اس کے وہ ہیں، ایجنٹ ہیں، سرکار کے ایجنٹ ہیں، مدن موہن مالویہ بھی اور سر سید احمد خان، یہ بالکل ایبسرڈ بات تھی۔</w:t>
      </w:r>
    </w:p>
    <w:p>
      <w:r>
        <w:rPr>
          <w:b/>
        </w:rPr>
        <w:t xml:space="preserve">[45:27] </w:t>
      </w:r>
      <w:r>
        <w:t>un logon ne yeh paya ke ek situation create hui hai, agarche us mein apne interest ke liye kiya hai unhone, lekin us se hamein ek opportunity milti hai, hamein us ko avail karna chahiye.</w:t>
      </w:r>
    </w:p>
    <w:p>
      <w:pPr>
        <w:jc w:val="right"/>
      </w:pPr>
      <w:r>
        <w:t>ان لوگوں نے یہ پایا کہ ایک سچوئیشن کریٹ ہوئی ہے، اگرچہ اس میں اپنے انٹرسٹ کے لیے کیا ہے انہوں نے، لیکن اس سے ہمیں ایک اپرچونیٹی ملتی ہے، ہمیں اس کو اویل کرنا چاہیے۔</w:t>
      </w:r>
    </w:p>
    <w:p>
      <w:r>
        <w:rPr>
          <w:b/>
        </w:rPr>
        <w:t xml:space="preserve">[45:43] </w:t>
      </w:r>
      <w:r>
        <w:t>yani recent history mein hamare liye ek misaal hai yeh ke British sarkaar ne jo plan banaya tha, zahir hai ke apne interest se banaya tha us ne, lekin us us us us mein ek ek situation bhi create hui,</w:t>
      </w:r>
    </w:p>
    <w:p>
      <w:pPr>
        <w:jc w:val="right"/>
      </w:pPr>
      <w:r>
        <w:t>یعنی ریسنٹ ہسٹری میں ہمارے لیے ایک مثال ہے یہ کہ برٹش سرکار نے جو پلان بنایا تھا، ظاہر ہے کہ اپنے انٹرسٹ سے بنایا تھا اس نے، لیکن اس اس اس اس میں ایک ایک سچوئیشن بھی کریٹ ہوئی،</w:t>
      </w:r>
    </w:p>
    <w:p>
      <w:r>
        <w:rPr>
          <w:b/>
        </w:rPr>
        <w:t xml:space="preserve">[46:02] </w:t>
      </w:r>
      <w:r>
        <w:t>us ki wajah se ek opportunity mili. badan mohan malviya ne us ko us tarah istemal kiya ke Hindu University banadi aur government ka khoob un ko madad mili.</w:t>
      </w:r>
    </w:p>
    <w:p>
      <w:pPr>
        <w:jc w:val="right"/>
      </w:pPr>
      <w:r>
        <w:t>اس کی وجہ سے ایک اپرچونیٹی ملی۔ بدن موہن مالویہ نے اس کو اس طرح استعمال کیا کہ ہندو یونیورسٹی بنا دی اور گورنمنٹ کا خوب ان کو مدد ملی۔</w:t>
      </w:r>
    </w:p>
    <w:p>
      <w:r>
        <w:rPr>
          <w:b/>
        </w:rPr>
        <w:t xml:space="preserve">[46:12] </w:t>
      </w:r>
      <w:r>
        <w:t>sir syed ne Muslim University banadi, us mein bhi khoob madad mili hai un ko angrezon ki. angrez to chale gaye, aap jante hain, lekin Hindu University bhi qaim hai aur Muslim University bhi qaim hai, us se khoob logon ko faida mil raha hai.</w:t>
      </w:r>
    </w:p>
    <w:p>
      <w:pPr>
        <w:jc w:val="right"/>
      </w:pPr>
      <w:r>
        <w:t>سر سید نے مسلم یونیورسٹی بنا دی، اس میں بھی خوب مدد ملی ہے ان کو انگریزوں کی۔ انگریز تو چلے گئے، آپ جانتے ہیں، لیکن ہندو یونیورسٹی بھی قائم ہے اور مسلم یونیورسٹی بھی قائم ہے، اس سے خوب لوگوں کو فائدہ مل رہا ہے۔</w:t>
      </w:r>
    </w:p>
    <w:p>
      <w:r>
        <w:rPr>
          <w:b/>
        </w:rPr>
        <w:t xml:space="preserve">[46:29] </w:t>
      </w:r>
      <w:r>
        <w:t>to woh woh jo interest tha un ka, woh temporary tha, permanent to yeh ban gaya. aap ghor kijiye,</w:t>
      </w:r>
    </w:p>
    <w:p>
      <w:pPr>
        <w:jc w:val="right"/>
      </w:pPr>
      <w:r>
        <w:t>تو وہ وہ جو انٹرسٹ تھا ان کا، وہ ٹیمپریری تھا، پرماننٹ تو یہ بن گیا۔ آپ غور کیجئے،</w:t>
      </w:r>
    </w:p>
    <w:p>
      <w:r>
        <w:rPr>
          <w:b/>
        </w:rPr>
        <w:t xml:space="preserve">[46:38] </w:t>
      </w:r>
      <w:r>
        <w:t>yeh permanent ban gaya, madan mohan malviya wali baat aur sir syed wali baat, angrez ki baat to temporary thi, woh aaye aur chale gaye.</w:t>
      </w:r>
    </w:p>
    <w:p>
      <w:pPr>
        <w:jc w:val="right"/>
      </w:pPr>
      <w:r>
        <w:t>یہ پرماننٹ بن گیا، مدن موہن مالویہ والی بات اور سر سید والی بات، انگریز کی بات تو ٹیمپریری تھی، وہ آئے اور چلے گئے۔</w:t>
      </w:r>
    </w:p>
    <w:p>
      <w:r>
        <w:rPr>
          <w:b/>
        </w:rPr>
        <w:t xml:space="preserve">[46:48] </w:t>
      </w:r>
      <w:r>
        <w:t>yeh hai wisdom, zindagi naam hai wisdom ka.</w:t>
      </w:r>
    </w:p>
    <w:p>
      <w:pPr>
        <w:jc w:val="right"/>
      </w:pPr>
      <w:r>
        <w:t>یہ ہے وزڈم، زندگی نام ہے وزڈم کا۔</w:t>
      </w:r>
    </w:p>
    <w:p>
      <w:r>
        <w:rPr>
          <w:b/>
        </w:rPr>
        <w:t xml:space="preserve">[46:56] </w:t>
      </w:r>
      <w:r>
        <w:t>aaj meri talk ka jo mozu hai, wahi hai the importance of wisdom in life</w:t>
      </w:r>
    </w:p>
    <w:p>
      <w:pPr>
        <w:jc w:val="right"/>
      </w:pPr>
      <w:r>
        <w:t>آج میری ٹاک کا جو موضوع ہے، وہی ہے the importance of wisdom in life</w:t>
      </w:r>
    </w:p>
    <w:p>
      <w:r>
        <w:rPr>
          <w:b/>
        </w:rPr>
        <w:t xml:space="preserve">[47:03] </w:t>
      </w:r>
      <w:r>
        <w:t>yeh khali chalana, narah lagana, jalsay karna, shor machana, yeh wisdom nahi, yeh to yeh to bandaron wala kaam hai. bandar bhi shor karte hain,</w:t>
      </w:r>
    </w:p>
    <w:p>
      <w:pPr>
        <w:jc w:val="right"/>
      </w:pPr>
      <w:r>
        <w:t>یہ خالی چلانا، نعرہ لگانا، جلسے کرنا، شور مچانا، یہ وزڈم نہیں، یہ تو یہ تو بندروں والا کام ہے۔ بندر بھی شور کرتے ہیں،</w:t>
      </w:r>
    </w:p>
    <w:p>
      <w:r>
        <w:rPr>
          <w:b/>
        </w:rPr>
        <w:t xml:space="preserve">[47:13] </w:t>
      </w:r>
      <w:r>
        <w:t>aaj kal jo kuch ho raha hai, shor ghul, yeh to bandaron wala kaam hai.</w:t>
      </w:r>
    </w:p>
    <w:p>
      <w:pPr>
        <w:jc w:val="right"/>
      </w:pPr>
      <w:r>
        <w:t>آج کل جو کچھ ہو رہا ہے، شور غل، یہ تو بندروں والا کام ہے۔</w:t>
      </w:r>
    </w:p>
    <w:p>
      <w:r>
        <w:rPr>
          <w:b/>
        </w:rPr>
        <w:t xml:space="preserve">[47:19] </w:t>
      </w:r>
      <w:r>
        <w:t>dekhiye, jo log cheezon ko face value par lete hain, woh hamesha yahi kaam karte hain, shor o ghul. aur jo log deep mein jaate hain, under current kya hai, is ko samajhne ki koshish karte hain,</w:t>
      </w:r>
    </w:p>
    <w:p>
      <w:pPr>
        <w:jc w:val="right"/>
      </w:pPr>
      <w:r>
        <w:t>دیکھیے، جو لوگ چیزوں کو فیس ویلیو پر لیتے ہیں، وہ ہمیشہ یہی کام کرتے ہیں، شور و غل۔ اور جو لوگ ڈیپ میں جاتے ہیں، انڈر کرنٹ کیا ہے، اس کو سمجھنے کی کوشش کرتے ہیں،</w:t>
      </w:r>
    </w:p>
    <w:p>
      <w:r>
        <w:rPr>
          <w:b/>
        </w:rPr>
        <w:t xml:space="preserve">[47:32] </w:t>
      </w:r>
      <w:r>
        <w:t>woh is mein opportunity ko dhoond lete hain aur phir wahi kuch is se faida utha paate hain. yeh wisdom isi ka naam hai.</w:t>
      </w:r>
    </w:p>
    <w:p>
      <w:pPr>
        <w:jc w:val="right"/>
      </w:pPr>
      <w:r>
        <w:t>وہ اس میں اپرچونیٹی کو ڈھونڈ لیتے ہیں اور پھر وہی کچھ اس سے فائدہ اٹھا پاتے ہیں۔ یہ وزڈم اسی کا نام ہے۔</w:t>
      </w:r>
    </w:p>
    <w:p>
      <w:r>
        <w:rPr>
          <w:b/>
        </w:rPr>
        <w:t xml:space="preserve">[47:45] </w:t>
      </w:r>
      <w:r>
        <w:t>kisi ne bohat sahi definition di hai wise aadmi ki ke us ne kaha ke a wise person is one who knows the reality value of things</w:t>
      </w:r>
    </w:p>
    <w:p>
      <w:pPr>
        <w:jc w:val="right"/>
      </w:pPr>
      <w:r>
        <w:t>کسی نے بہت صحیح ڈیفینیشن دی ہے وائز آدمی کی کہ اس نے کہا کہ a wise person is one who knows the reality value of things</w:t>
      </w:r>
    </w:p>
    <w:p>
      <w:r>
        <w:rPr>
          <w:b/>
        </w:rPr>
        <w:t xml:space="preserve">[48:03] </w:t>
      </w:r>
      <w:r>
        <w:t>a wise man is one who knows the reality value of things.</w:t>
      </w:r>
    </w:p>
    <w:p>
      <w:pPr>
        <w:jc w:val="right"/>
      </w:pPr>
      <w:r>
        <w:t>ا وائز مین از ون ہو نوز دا ریلیٹی ویلیو اف تھ</w:t>
      </w:r>
    </w:p>
    <w:p>
      <w:r>
        <w:rPr>
          <w:b/>
        </w:rPr>
        <w:t xml:space="preserve">[48:06] </w:t>
      </w:r>
      <w:r>
        <w:t>log jaan nahi paate, is liye sirf negative ban jaate hain, shor machate hain, jalsay jaloos ki hangami khari karte hain aur koi positive planning nahi kar paate.</w:t>
      </w:r>
    </w:p>
    <w:p>
      <w:pPr>
        <w:jc w:val="right"/>
      </w:pPr>
      <w:r>
        <w:t>نگز۔ لوگ جان نہیں پاتے، اس لیے صرف نیگیٹیو بن جاتے ہیں، شور مچاتے ہیں، جلسے جلوس کی ہنگامی کھڑی کرتے ہیں اور کوئی پازیٹیو پلاننگ نہیں کر پاتے۔</w:t>
      </w:r>
    </w:p>
    <w:p>
      <w:r>
        <w:rPr>
          <w:b/>
        </w:rPr>
        <w:t xml:space="preserve">[48:20] </w:t>
      </w:r>
      <w:r>
        <w:t>koi positive cheez doosron ko de nahi paate. woh</w:t>
      </w:r>
    </w:p>
    <w:p>
      <w:pPr>
        <w:jc w:val="right"/>
      </w:pPr>
      <w:r>
        <w:t>کوئی پازیٹیو چیز دوسروں کو دے نہیں پاتے۔ وہ</w:t>
      </w:r>
    </w:p>
    <w:p>
      <w:r>
        <w:rPr>
          <w:b/>
        </w:rPr>
        <w:t xml:space="preserve">[48:26] </w:t>
      </w:r>
      <w:r>
        <w:t>to is dunya mein hamesha aisa hota hai, hamesha aisa</w:t>
      </w:r>
    </w:p>
    <w:p>
      <w:pPr>
        <w:jc w:val="right"/>
      </w:pPr>
      <w:r>
        <w:t>تو اس دنیا میں ہمیشہ ایسا ہوتا ہے، ہمیشہ ایسا</w:t>
      </w:r>
    </w:p>
    <w:p>
      <w:r>
        <w:rPr>
          <w:b/>
        </w:rPr>
        <w:t xml:space="preserve">[48:29] </w:t>
      </w:r>
      <w:r>
        <w:t>hota hai. pehle bhi hua, aaj bhi ho raha hai ke jin logon ke haath mein paisa hota hai, jin ke haath mein hukoomat hoti hai, jin ke haath mein taqat hoti hai, woh apne interest ke liye ek situation create karte hain, apne interest ke liye,</w:t>
      </w:r>
    </w:p>
    <w:p>
      <w:pPr>
        <w:jc w:val="right"/>
      </w:pPr>
      <w:r>
        <w:t>ہوتا ہے۔ پہلے بھی ہوا، آج بھی ہو رہا ہے کہ جن لوگوں کے ہاتھ میں پیسہ ہوتا ہے، جن کے ہاتھ میں حکومت ہوتی ہے، جن کے ہاتھ میں طاقت ہوتی ہے، وہ اپنے انٹرسٹ کے لیے ایک سچوئیشن کریٹ کرتے ہیں، اپنے انٹرسٹ کے لیے،</w:t>
      </w:r>
    </w:p>
    <w:p>
      <w:r>
        <w:rPr>
          <w:b/>
        </w:rPr>
        <w:t xml:space="preserve">[48:49] </w:t>
      </w:r>
      <w:r>
        <w:t>kyunke wahi unhi ke haath mein sab kuch hota hai. jin ke paas paisa hai, jin ke paas hukoomat hai, jin ke paas power hai, jin ke paas government hai,</w:t>
      </w:r>
    </w:p>
    <w:p>
      <w:pPr>
        <w:jc w:val="right"/>
      </w:pPr>
      <w:r>
        <w:t>کیونکہ وہی انہی کے ہاتھ میں سب کچھ ہوتا ہے۔ جن کے پاس پیسہ ہے، جن کے پاس حکومت ہے، جن کے پاس پاور ہے، جن کے پاس گورنمنٹ ہے،</w:t>
      </w:r>
    </w:p>
    <w:p>
      <w:r>
        <w:rPr>
          <w:b/>
        </w:rPr>
        <w:t xml:space="preserve">[49:00] </w:t>
      </w:r>
      <w:r>
        <w:t>to saare resources un ke haath mein hote hain.</w:t>
      </w:r>
    </w:p>
    <w:p>
      <w:pPr>
        <w:jc w:val="right"/>
      </w:pPr>
      <w:r>
        <w:t>تو سارے ریسورسز ان کے ہاتھ میں ہوتے ہیں۔</w:t>
      </w:r>
    </w:p>
    <w:p>
      <w:r>
        <w:rPr>
          <w:b/>
        </w:rPr>
        <w:t xml:space="preserve">[49:06] </w:t>
      </w:r>
      <w:r>
        <w:t>unhi ko moqa hota hai ke woh koi decision le sakein. doosre logon ko woh position nahi mili hui hoti hai, to woh</w:t>
      </w:r>
    </w:p>
    <w:p>
      <w:pPr>
        <w:jc w:val="right"/>
      </w:pPr>
      <w:r>
        <w:t>انہی کو موقع ہوتا ہے کہ وہ کوئی ڈیسیژن لے سکیں۔ دوسرے لوگوں کو وہ پوزیشن نہیں ملی ہوئی ہوتی ہے، تو وہ</w:t>
      </w:r>
    </w:p>
    <w:p>
      <w:r>
        <w:rPr>
          <w:b/>
        </w:rPr>
        <w:t xml:space="preserve">[49:20] </w:t>
      </w:r>
      <w:r>
        <w:t>karte hain apne interest ke liye koi cheez</w:t>
      </w:r>
    </w:p>
    <w:p>
      <w:pPr>
        <w:jc w:val="right"/>
      </w:pPr>
      <w:r>
        <w:t>کرتے ہیں اپنے انٹرسٹ کے لیے کوئی چیز</w:t>
      </w:r>
    </w:p>
    <w:p>
      <w:r>
        <w:rPr>
          <w:b/>
        </w:rPr>
        <w:t xml:space="preserve">[49:25] </w:t>
      </w:r>
      <w:r>
        <w:t>. doosron ko jaanna chahiye ke yeh to ek is ko situation ke taur par le, is se opportunity dhoondhein aur master of situation management ban jayein.</w:t>
      </w:r>
    </w:p>
    <w:p>
      <w:pPr>
        <w:jc w:val="right"/>
      </w:pPr>
      <w:r>
        <w:t>۔ دوسروں کو جاننا چاہیے کہ یہ تو ایک اس کو سچوئیشن کے طور پر لے، اس سے اپرچونیٹی ڈھونڈیں اور ماسٹر آف سچوئیشن مینجمنٹ بن جائیں۔</w:t>
      </w:r>
    </w:p>
    <w:p>
      <w:r>
        <w:rPr>
          <w:b/>
        </w:rPr>
        <w:t xml:space="preserve">[49:37] </w:t>
      </w:r>
      <w:r>
        <w:t>yeh aaj sab log yahin fail ho rahe hain, is liye sirf shor ghul macha rahe hain. har jagah jahan musalmanon mein to aam taur par yeh mein dekhta hoon, jah</w:t>
      </w:r>
    </w:p>
    <w:p>
      <w:pPr>
        <w:jc w:val="right"/>
      </w:pPr>
      <w:r>
        <w:t>یہ آج سب لوگ یہیں فیل ہو رہے ہیں، اس لیے صرف شور غل مچا رہے ہیں۔ ہر جگہ جہاں مسلمانوں میں تو عام طور پر یہ میں دیکھتا ہوں، جہ</w:t>
      </w:r>
    </w:p>
    <w:p>
      <w:r>
        <w:rPr>
          <w:b/>
        </w:rPr>
        <w:t xml:space="preserve">[49:47] </w:t>
      </w:r>
      <w:r>
        <w:t>an bhi hai, jis jis country mein bhi hai, aap dekhiye, musalman sirf shor ghul kar rahe hain, shikayatein kar rahe hain, sirf shikayatein, sirf shikayatein, sirf complain, protest.</w:t>
      </w:r>
    </w:p>
    <w:p>
      <w:pPr>
        <w:jc w:val="right"/>
      </w:pPr>
      <w:r>
        <w:t>اں بھی ہے، جس جس کنٹری میں بھی ہے، آپ دیکھیے، مسلمان صرف شور غل کر رہے ہیں، شکایتیں کر رہے ہیں، صرف شکایتیں، صرف شکایتیں، صرف کمپلین، پروٹیسٹ۔</w:t>
      </w:r>
    </w:p>
    <w:p>
      <w:r>
        <w:rPr>
          <w:b/>
        </w:rPr>
        <w:t xml:space="preserve">[49:59] </w:t>
      </w:r>
      <w:r>
        <w:t>yeh musalmanon ka ek ek mein ne kisi exister nahi pata. kisi jitne musalman hain, sab isi mein mubtala hain.</w:t>
      </w:r>
    </w:p>
    <w:p>
      <w:pPr>
        <w:jc w:val="right"/>
      </w:pPr>
      <w:r>
        <w:t>یہ مسلمانوں کا ایک ایک میں نے کسی ایکسیسٹر نہیں پاتا۔ کسی جتنے مسلمان ہیں، سب اسی میں مبتلا ہیں۔</w:t>
      </w:r>
    </w:p>
    <w:p>
      <w:r>
        <w:rPr>
          <w:b/>
        </w:rPr>
        <w:t xml:space="preserve">[50:09] </w:t>
      </w:r>
      <w:r>
        <w:t>kyun? wisdom nahi hai, wisdom nahi hai.</w:t>
      </w:r>
    </w:p>
    <w:p>
      <w:pPr>
        <w:jc w:val="right"/>
      </w:pPr>
      <w:r>
        <w:t>کیوں؟ وزڈم نہیں ہے، وزڈم نہیں ہے۔</w:t>
      </w:r>
    </w:p>
    <w:p>
      <w:r>
        <w:rPr>
          <w:b/>
        </w:rPr>
        <w:t xml:space="preserve">[50:15] </w:t>
      </w:r>
      <w:r>
        <w:t>mein ne ek qissa parha tha yahudion ki riwayat mein ke Hazrat Musa علیہ السلام ne Allah taala se kaha ke: "Ae Ae Khuda!</w:t>
      </w:r>
    </w:p>
    <w:p>
      <w:pPr>
        <w:jc w:val="right"/>
      </w:pPr>
      <w:r>
        <w:t>میں نے ایک قصہ پڑھا تھا یہودیوں کی روایات میں کہ حضرت موسیٰ علیہ السلام نے اللہ تعالیٰ سے کہا کہ: "اے اے خدا!</w:t>
      </w:r>
    </w:p>
    <w:p>
      <w:r>
        <w:rPr>
          <w:b/>
        </w:rPr>
        <w:t xml:space="preserve">[50:26] </w:t>
      </w:r>
      <w:r>
        <w:t xml:space="preserve">to meri qoum se, yani Bani Israel se, to meri qoum se sab kuch cheenna, magar aqal mat cheenna, yani wisdom mat cheenna." </w:t>
      </w:r>
    </w:p>
    <w:p>
      <w:pPr>
        <w:jc w:val="right"/>
      </w:pPr>
      <w:r>
        <w:t>تو میری قوم سے، یعنی بنی اسرائیل سے، تو میری قوم سے سب کچھ چھیننا، مگر عقل مت چھیننا، یعنی وزڈم مت چھیننا۔"</w:t>
      </w:r>
    </w:p>
    <w:p>
      <w:r>
        <w:rPr>
          <w:b/>
        </w:rPr>
        <w:t xml:space="preserve">[50:39] </w:t>
      </w:r>
      <w:r>
        <w:t>to allah ta'ala ne kaha ke jab kisi se chheen'ne wale hote hain to sab se pehle aql hi to chheen'te hain.</w:t>
      </w:r>
    </w:p>
    <w:p>
      <w:pPr>
        <w:jc w:val="right"/>
      </w:pPr>
      <w:r>
        <w:t>تو اللہ تعالیٰ نے کہا کہ جب کسی سے چھیننے والے ہوتے ہیں تو سب سے پہلے عقل ہی تو چھینتے ہیں۔</w:t>
      </w:r>
    </w:p>
    <w:p>
      <w:r>
        <w:rPr>
          <w:b/>
        </w:rPr>
        <w:t xml:space="preserve">[50:44] </w:t>
      </w:r>
      <w:r>
        <w:t>wahin se shuru hoti hai chheen'ne ka amal. to hamari qaum se aql chhin gayi hai, mujhe mujhe to aisa lagta hai. har bab mein hum nadani ka kaam karte hain, nadani,</w:t>
      </w:r>
    </w:p>
    <w:p>
      <w:pPr>
        <w:jc w:val="right"/>
      </w:pPr>
      <w:r>
        <w:t>وہیں سے شروع ہوتی ہے چھیننے کا عمل۔ تو ہماری قوم سے عقل چھن گئی ہے، مجھے مجھے تو ایسا لگتا ہے۔ ہر باب میں ہم نادانی کا کام کرتے ہیں، نادانی،</w:t>
      </w:r>
    </w:p>
    <w:p>
      <w:r>
        <w:rPr>
          <w:b/>
        </w:rPr>
        <w:t xml:space="preserve">[51:00] </w:t>
      </w:r>
      <w:r>
        <w:t>yani is is in haqiqaton ko nahin samajhte ke zindagi kis cheez ka naam hai, law of nature kya hai, allah ta'ala ka plan kya hai, creation plan of god kya hai.</w:t>
      </w:r>
    </w:p>
    <w:p>
      <w:pPr>
        <w:jc w:val="right"/>
      </w:pPr>
      <w:r>
        <w:t>یعنی اس اس ان حقیقتوں کو نہیں سمجھتے کہ زندگی کس چیز کا نام ہے، لاء آف نیچر کیا ہے، اللہ تعالیٰ کا پلان کیا ہے، کرشن پلان آف گاڈ کیا ہے۔</w:t>
      </w:r>
    </w:p>
    <w:p>
      <w:r>
        <w:rPr>
          <w:b/>
        </w:rPr>
        <w:t xml:space="preserve">[51:11] </w:t>
      </w:r>
      <w:r>
        <w:t>bas khali react karna jante hain, reaction, reaction, reaction.</w:t>
      </w:r>
    </w:p>
    <w:p>
      <w:pPr>
        <w:jc w:val="right"/>
      </w:pPr>
      <w:r>
        <w:t>بس خالی ری ایکٹ کرنا جانتے ہیں، ری ایکشن، ری ایکشن، ری ایکشن۔</w:t>
      </w:r>
    </w:p>
    <w:p>
      <w:r>
        <w:rPr>
          <w:b/>
        </w:rPr>
        <w:t xml:space="preserve">[51:14] </w:t>
      </w:r>
      <w:r>
        <w:t>har situation mein bas react karna, jalsa juloos, naara, jhanda, yeh sab karte rehte hain. isi se aap dekhiye ke har mahaz par sirf hum ko defeat ho rahi hai, har mahaz par shikast ho rahi hai,</w:t>
      </w:r>
    </w:p>
    <w:p>
      <w:pPr>
        <w:jc w:val="right"/>
      </w:pPr>
      <w:r>
        <w:t>ہر سچوئیشن میں بس ری ایکٹ کرنا، جلسہ جلوس، نعرہ، جھنڈا، یہ سب کرتے رہتے ہیں۔ اسی سے آپ دیکھیے کہ ہر محاذ پر صرف ہم کو ڈیفیٹ ہو رہی ہے، ہر محاذ پر شکست ہو رہی ہے،</w:t>
      </w:r>
    </w:p>
    <w:p>
      <w:r>
        <w:rPr>
          <w:b/>
        </w:rPr>
        <w:t xml:space="preserve">[51:30] </w:t>
      </w:r>
      <w:r>
        <w:t>har mahaz par shikast ho rahi hai.</w:t>
      </w:r>
    </w:p>
    <w:p>
      <w:pPr>
        <w:jc w:val="right"/>
      </w:pPr>
      <w:r>
        <w:t>ہر محاذ پر شکست ہو رہی ہے۔</w:t>
      </w:r>
    </w:p>
    <w:p>
      <w:r>
        <w:rPr>
          <w:b/>
        </w:rPr>
        <w:t xml:space="preserve">[51:37] </w:t>
      </w:r>
      <w:r>
        <w:t>abhi kashmir ke kuch log aaye the mere paas to shikayatein kar rahe the ke: "sahib! hum kya karein? hum to bohat zyada, hamare haan bohat hi saare mamlaat bigad gaye hain, yani economy bhi, education bhi,</w:t>
      </w:r>
    </w:p>
    <w:p>
      <w:pPr>
        <w:jc w:val="right"/>
      </w:pPr>
      <w:r>
        <w:t>ابھی کشمیر کے کچھ لوگ آئے تھے میرے پاس تو شکایتیں کر رہے تھے کہ: "صاحب! ہم کیا کریں؟ ہم تو بہت زیادہ، ہمارے ہاں بہت ہی سارے معاملات بگڑ گئے ہیں، یعنی اکانومی بھی، ایجوکیشن بھی،</w:t>
      </w:r>
    </w:p>
    <w:p>
      <w:r>
        <w:rPr>
          <w:b/>
        </w:rPr>
        <w:t xml:space="preserve">[51:54] </w:t>
      </w:r>
      <w:r>
        <w:t>medical services bhi, sab mamla bigda hua hai. kya karein hum log?" maine kaha: "aap apni apni apni nadani ki price de rahe hain, aur kya kijiye?</w:t>
      </w:r>
    </w:p>
    <w:p>
      <w:pPr>
        <w:jc w:val="right"/>
      </w:pPr>
      <w:r>
        <w:t>میڈیکل سروسز بھی، سب معاملہ بگڑا ہوا ہے۔ کیا کریں ہم لوگ؟" میں نے کہا: "آپ اپنی اپنی اپنی نادانی کی پرائس دے رہے ہیں، اور کیا کیجیے؟</w:t>
      </w:r>
    </w:p>
    <w:p>
      <w:r>
        <w:rPr>
          <w:b/>
        </w:rPr>
        <w:t xml:space="preserve">[52:03] </w:t>
      </w:r>
      <w:r>
        <w:t>maaniye ke hum ne nadani ki."</w:t>
      </w:r>
    </w:p>
    <w:p>
      <w:pPr>
        <w:jc w:val="right"/>
      </w:pPr>
      <w:r>
        <w:t>مانیے کہ ہم نے نادانی کی۔"</w:t>
      </w:r>
    </w:p>
    <w:p>
      <w:r>
        <w:rPr>
          <w:b/>
        </w:rPr>
        <w:t xml:space="preserve">[52:07] </w:t>
      </w:r>
      <w:r>
        <w:t>dekhiye, government of india ne jitna paisa pump kiya hai, kashmir ko, kisi bhi state ko nahin diya hai. yaad rakhiye, government of india ne jitna paisa pump kiya hai, bohat paisa, bohat paisa,</w:t>
      </w:r>
    </w:p>
    <w:p>
      <w:pPr>
        <w:jc w:val="right"/>
      </w:pPr>
      <w:r>
        <w:t>دیکھیے، گورنمنٹ آف انڈیا نے جتنا پیسہ پمپ کیا ہے، کشمیر کو، کسی بھی اسٹیٹ کو نہیں دیا ہے۔ یاد رکھیے، گورنمنٹ آف انڈیا نے جتنا پیسہ پمپ کیا ہے، بہت پیسہ، بہت پیسہ،</w:t>
      </w:r>
    </w:p>
    <w:p>
      <w:r>
        <w:rPr>
          <w:b/>
        </w:rPr>
        <w:t xml:space="preserve">[52:24] </w:t>
      </w:r>
      <w:r>
        <w:t>kashmir ko pump kiya unhone. lekin leader log kya the? woh kehte hain: "yeh to apne faide ke liye kar rahe hain." isi mein 60 baras beet gaye,</w:t>
      </w:r>
    </w:p>
    <w:p>
      <w:pPr>
        <w:jc w:val="right"/>
      </w:pPr>
      <w:r>
        <w:t>کشمیر کو پمپ کیا انہوں نے۔ لیکن لیڈر لوگ کیا تھے؟ وہ کہتے ہیں: "یہ تو اپنے فائدے کے لیے کر رہے ہیں۔" اسی میں 60 برس بیت گئے،</w:t>
      </w:r>
    </w:p>
    <w:p>
      <w:r>
        <w:rPr>
          <w:b/>
        </w:rPr>
        <w:t xml:space="preserve">[52:35] </w:t>
      </w:r>
      <w:r>
        <w:t>saare kashmir ke leader yahi kehte rahe ke: "government of india jab paisa yahan itna zyada bhej rahi hai, kashmir, yeh to sirf apne faide ke liye kar rahi hai." is raaz ko nahin samajh sake ke apne faide ke liye log kya karte hain duniya mein kaam,</w:t>
      </w:r>
    </w:p>
    <w:p>
      <w:pPr>
        <w:jc w:val="right"/>
      </w:pPr>
      <w:r>
        <w:t>سارے کشمیر کے لیڈر یہی کہتے رہے کہ: "گورنمنٹ آف انڈیا جب پیسہ یہاں اتنا زیادہ بھیج رہی ہے، کشمیر، یہ تو صرف اپنے فائدے کے لیے کر رہی ہے۔" اس راز کو نہیں سمجھ سکے کہ اپنے فائدے کے لیے لوگ کیا کرتے ہیں دنیا میں کام،</w:t>
      </w:r>
    </w:p>
    <w:p>
      <w:r>
        <w:rPr>
          <w:b/>
        </w:rPr>
        <w:t xml:space="preserve">[52:52] </w:t>
      </w:r>
      <w:r>
        <w:t>lekin is se ek situation create hoti hai, is mein humein opportunity mil jati hai.</w:t>
      </w:r>
    </w:p>
    <w:p>
      <w:pPr>
        <w:jc w:val="right"/>
      </w:pPr>
      <w:r>
        <w:t>لیکن اس سے ایک سچوئیشن کریٹ ہوتی ہے، اس میں ہمیں اپرچونیٹی مل جاتی ہے۔</w:t>
      </w:r>
    </w:p>
    <w:p>
      <w:r>
        <w:rPr>
          <w:b/>
        </w:rPr>
        <w:t xml:space="preserve">[53:00] </w:t>
      </w:r>
      <w:r>
        <w:t>to is paise ko aap istemal karte hain. to maine un se kaha ke: "aaj kashmir jo hai, second switzerland hota, itna development is mein hota, itna development, itna development hota." ek bar tha, main kashmir mein gaya tha, bohat pehle ki baat hai,</w:t>
      </w:r>
    </w:p>
    <w:p>
      <w:pPr>
        <w:jc w:val="right"/>
      </w:pPr>
      <w:r>
        <w:t>تو اس پیسے کو آپ استعمال کرتے ہیں۔ تو میں نے ان سے کہا کہ: "آج کشمیر جو ہے، سیکنڈ سوئٹزرلینڈ ہوتا، اتنا ڈیولپمنٹ اس میں ہوتا، اتنا ڈیولپمنٹ، اتنا ڈیولپمنٹ ہوتا۔" ایک بار تھا، میں کشمیر میں گیا تھا، بہت پہلے کی بات ہے،</w:t>
      </w:r>
    </w:p>
    <w:p>
      <w:r>
        <w:rPr>
          <w:b/>
        </w:rPr>
        <w:t xml:space="preserve">[53:20] </w:t>
      </w:r>
      <w:r>
        <w:t>to maine dekha ke jagah jagah shahtoot ke baagh baagh hain, hara bhara, bohat hi hara bhara baagh, bohat hi beautiful hote hain, shahtoot ke baagh.</w:t>
      </w:r>
    </w:p>
    <w:p>
      <w:pPr>
        <w:jc w:val="right"/>
      </w:pPr>
      <w:r>
        <w:t>تو میں نے دیکھا کہ جگہ جگہ شہتوت کے باغ باغ ہیں، ہرے بھرے، بہت ہی ہرے بھرے باغ، بہت ہی بیوٹی فل ہوتے ہیں، شہتوت کے باغ۔</w:t>
      </w:r>
    </w:p>
    <w:p>
      <w:r>
        <w:rPr>
          <w:b/>
        </w:rPr>
        <w:t xml:space="preserve">[53:30] </w:t>
      </w:r>
      <w:r>
        <w:t>to maine kaha: "yeh itne baagh shahtoot kyun lage hue hain?" to unhone bataya ke jo resham ka keeda hota hai, jo cocoon mein rehta hai, resham ke keede ki jo khurak hai, woh shahtoot ke patte hain.</w:t>
      </w:r>
    </w:p>
    <w:p>
      <w:pPr>
        <w:jc w:val="right"/>
      </w:pPr>
      <w:r>
        <w:t>تو میں نے کہا: "یہ اتنے باغ شہتوت کیوں لگے ہوئے ہیں؟" تو انہوں نے بتایا کہ جو ریشم کا کیڑا ہوتا ہے، جو ککون میں رہتا ہے، ریشم کے کیڑے کی جو خوراک ہے، وہ شہتوت کے پتے ہیں۔</w:t>
      </w:r>
    </w:p>
    <w:p>
      <w:r>
        <w:rPr>
          <w:b/>
        </w:rPr>
        <w:t xml:space="preserve">[53:48] </w:t>
      </w:r>
      <w:r>
        <w:t>shahtoot ke patton ko kha kar ke resham ke keeda jo hai, is se ghiza leta hai aur resham banata hai. woh resham kitna qeemti hota hai, aap jante hain</w:t>
      </w:r>
    </w:p>
    <w:p>
      <w:pPr>
        <w:jc w:val="right"/>
      </w:pPr>
      <w:r>
        <w:t>شہتوت کے پتوں کو کھا کر کے ریشم کیڑا جو ہے، اس سے غذا لیتا ہے اور ریشم بناتا ہے۔ وہ ریشم کتنا قیمتی ہوتا ہے، آپ جانتے ہیں</w:t>
      </w:r>
    </w:p>
    <w:p>
      <w:r>
        <w:rPr>
          <w:b/>
        </w:rPr>
        <w:t xml:space="preserve">[53:59] </w:t>
      </w:r>
      <w:r>
        <w:t>ke government ne chaha ke kashmir mein resham ki industry ko farogh de, to free mein kar diya. wahan shahtoot ke garden laga diye, logon se kaha ke: "patte free mein le jao, apne apne gharon mein rakho." is ko dekhiye,</w:t>
      </w:r>
    </w:p>
    <w:p>
      <w:pPr>
        <w:jc w:val="right"/>
      </w:pPr>
      <w:r>
        <w:t>کہ گورنمنٹ نے چاہا کہ کشمیر میں ریشم کی انڈسٹری کو فروغ دے، تو فری میں کر دیا۔ وہاں شہتوت کے گارڈن لگا دیے، لوگوں سے کہا کہ: "پتے فری میں لے جاؤ، اپنے اپنے گھروں میں رکھو۔" اس کو دیکھیے،</w:t>
      </w:r>
    </w:p>
    <w:p>
      <w:r>
        <w:rPr>
          <w:b/>
        </w:rPr>
        <w:t xml:space="preserve">[54:17] </w:t>
      </w:r>
      <w:r>
        <w:t>is ke jo cocoon hote hain, woh woh sirf bohat hi thanday is mein rehte hain. hum dil mein nahin is ko paal sakte.</w:t>
      </w:r>
    </w:p>
    <w:p>
      <w:pPr>
        <w:jc w:val="right"/>
      </w:pPr>
      <w:r>
        <w:t>اس کے جو ککون ہوتے ہیں، وہ وہ صرف بہت ہی ٹھنڈے اس میں رہتے ہیں۔ ہم دل میں نہیں اس کو پال سکتے۔</w:t>
      </w:r>
    </w:p>
    <w:p>
      <w:r>
        <w:rPr>
          <w:b/>
        </w:rPr>
        <w:t xml:space="preserve">[54:27] </w:t>
      </w:r>
      <w:r>
        <w:t>to kashmir poora poora air conditioned hai, yani sirf air conditioned buildingon mein shahtoot ke keede ki parvarish hoti hai.</w:t>
      </w:r>
    </w:p>
    <w:p>
      <w:pPr>
        <w:jc w:val="right"/>
      </w:pPr>
      <w:r>
        <w:t>تو کشمیر پورا پورا ایئر کنڈیشنڈ ہے، یعنی صرف ایئر کنڈیشنڈ بلڈنگوں میں شہتوت کے کیڑے کی پرورش ہوتی ہے۔</w:t>
      </w:r>
    </w:p>
    <w:p>
      <w:r>
        <w:rPr>
          <w:b/>
        </w:rPr>
        <w:t xml:space="preserve">[54:36] </w:t>
      </w:r>
      <w:r>
        <w:t>jahan banaya jata hai, to phir is ko air condition karna parta hai. lekin kashmir to poora poora apne aap hi air conditioned hai, thanda mulk hai.</w:t>
      </w:r>
    </w:p>
    <w:p>
      <w:pPr>
        <w:jc w:val="right"/>
      </w:pPr>
      <w:r>
        <w:t>جہاں بنایا جاتا ہے، تو پھر اس کو ایئر کنڈیشن کرنا پڑتا ہے۔ لیکن کشمیر تو پورا پورا اپنے آپ ہی ایئر کنڈیشنڈ ہے، ٹھنڈا ملک ہے۔</w:t>
      </w:r>
    </w:p>
    <w:p>
      <w:r>
        <w:rPr>
          <w:b/>
        </w:rPr>
        <w:t xml:space="preserve">[54:45] </w:t>
      </w:r>
      <w:r>
        <w:t>to government yeh chahti thi ke log apne apne gharon mein woh paalein, resham ke keede, aur free mein le jayein, is ke patte, yani shahtoot ke patte, kyunke is se government ko dollar milta tha,</w:t>
      </w:r>
    </w:p>
    <w:p>
      <w:pPr>
        <w:jc w:val="right"/>
      </w:pPr>
      <w:r>
        <w:t>تو گورنمنٹ یہ چاہتی تھی کہ لوگ اپنے اپنے گھروں میں وہ پالیں، ریشم کے کیڑے، اور فری میں لے جائیں، اس کے پتے، یعنی شہتوت کے پتے، کیونکہ اس سے گورنمنٹ کو ڈالر ملتا تھا،</w:t>
      </w:r>
    </w:p>
    <w:p>
      <w:r>
        <w:rPr>
          <w:b/>
        </w:rPr>
        <w:t xml:space="preserve">[55:01] </w:t>
      </w:r>
      <w:r>
        <w:t>woh export hota tha, woh resham. kisi ne is ka avail hi nahin kiya, wohi negative mind, negative negative soch ki wajah se, yahan tak ke is ki bhi khatam ho gayi.</w:t>
      </w:r>
    </w:p>
    <w:p>
      <w:pPr>
        <w:jc w:val="right"/>
      </w:pPr>
      <w:r>
        <w:t>وہ ایکسپورٹ ہوتا تھا، وہ ریشم۔ کسی نے اس کا اویل ہی نہیں کیا، وہی نیگیٹیو مائنڈ، نیگیٹیو نیگیٹیو سوچ کی وجہ سے، یہاں تک کہ اس کی بھی ختم ہوگئی۔</w:t>
      </w:r>
    </w:p>
    <w:p>
      <w:r>
        <w:rPr>
          <w:b/>
        </w:rPr>
        <w:t xml:space="preserve">[55:14] </w:t>
      </w:r>
      <w:r>
        <w:t>woh</w:t>
      </w:r>
    </w:p>
    <w:p>
      <w:pPr>
        <w:jc w:val="right"/>
      </w:pPr>
      <w:r>
        <w:t>وہ</w:t>
      </w:r>
    </w:p>
    <w:p>
      <w:r>
        <w:rPr>
          <w:b/>
        </w:rPr>
        <w:t xml:space="preserve">[55:16] </w:t>
      </w:r>
      <w:r>
        <w:t>aisi 101 misalein hain, aisi ke kashmir mein government of india ne bohat zyada, abhi dekhein, railway jo gayi hai, sab shor machate rahe ke railway ke khilaaf negative shor.</w:t>
      </w:r>
    </w:p>
    <w:p>
      <w:pPr>
        <w:jc w:val="right"/>
      </w:pPr>
      <w:r>
        <w:t>ایسی 101 مثالیں ہیں، ایسی کہ کشمیر میں گورنمنٹ آف انڈیا نے بہت زیادہ، ابھی دیکھیں، ریلوے جو گئی ہے، سب شور مچاتے رہے کہ ریلوے کے خلاف نیگیٹیو شور۔</w:t>
      </w:r>
    </w:p>
    <w:p>
      <w:r>
        <w:rPr>
          <w:b/>
        </w:rPr>
        <w:t xml:space="preserve">[55:28] </w:t>
      </w:r>
      <w:r>
        <w:t>agar shor na kiya hota to aaj se bohat pehle railway ban gayi hoti. har waqt wahan khatra hai ke kab bomb maar dein yeh log. log jante nahi communication kya cheez hai.</w:t>
      </w:r>
    </w:p>
    <w:p>
      <w:pPr>
        <w:jc w:val="right"/>
      </w:pPr>
      <w:r>
        <w:t>اگر شور نہ کیا ہوتا تو آج سے بہت پہلے ریلوے بن گئی ہوتی۔ ہر وقت وہاں خطرہ ہے کہ کب بم مار دیں یہ لوگ۔ لوگ جانتے نہیں کمیونیکیشن کیا چیز ہے۔</w:t>
      </w:r>
    </w:p>
    <w:p>
      <w:r>
        <w:rPr>
          <w:b/>
        </w:rPr>
        <w:t xml:space="preserve">[55:40] </w:t>
      </w:r>
      <w:r>
        <w:t>agar yeh possible hota ke aap dilli mein baithein aur seedhe srinagar mein utrein to wahan ki industry so guna barh jaati hai.</w:t>
      </w:r>
    </w:p>
    <w:p>
      <w:pPr>
        <w:jc w:val="right"/>
      </w:pPr>
      <w:r>
        <w:t>اگر یہ پاسیبل ہوتا کہ آپ دلی میں بیٹھیں اور سیدھے سری نگر میں اتریں تو وہاں کی انڈسٹری سو گنا بڑھ جاتی ہے۔</w:t>
      </w:r>
    </w:p>
    <w:p>
      <w:r>
        <w:rPr>
          <w:b/>
        </w:rPr>
        <w:t xml:space="preserve">[55:51] </w:t>
      </w:r>
      <w:r>
        <w:t>sab se bara masla kashmir mein, chounke woh sara mountainous area hai, communication ka hai. agar unhon ne yeh khatra na create kiya hota ke tum railway line bichhaoge to hum bomb maar denge, is ko yeh khatra create kiya kashmiriyon ne.</w:t>
      </w:r>
    </w:p>
    <w:p>
      <w:pPr>
        <w:jc w:val="right"/>
      </w:pPr>
      <w:r>
        <w:t>سب سے بڑا مسئلہ کشمیر میں، چونکہ وہ سارا ماؤنٹینیس ایریا ہے، کمیونیکیشن کا ہے۔ اگر انہوں نے یہ خطرہ نہ کریٹ کیا ہوتا کہ تم ریلوے لائن بچھاؤ گے تو ہم بم مار دیں گے، اس کو یہ خطرہ کریٹ کیا کشمیریوں نے۔</w:t>
      </w:r>
    </w:p>
    <w:p>
      <w:r>
        <w:rPr>
          <w:b/>
        </w:rPr>
        <w:t xml:space="preserve">[56:10] </w:t>
      </w:r>
      <w:r>
        <w:t>itna delay hua to agar yeh khatra create na kiya hota to aaj yeh ho chuka hota ke aap dilli mein baithe ho, srinagar mein utriye aur kitna zabardast wahan taraqqi hoti hai.</w:t>
      </w:r>
    </w:p>
    <w:p>
      <w:pPr>
        <w:jc w:val="right"/>
      </w:pPr>
      <w:r>
        <w:t>اتنا ڈیلے ہوا تو اگر یہ خطرہ کریٹ نہ کیا ہوتا تو آج یہ ہو چکا ہوتا کہ آپ دلی میں بیٹھے ہو، سری نگر میں اتریے اور کتنا زبردست وہاں ترقی ہوتی ہے۔</w:t>
      </w:r>
    </w:p>
    <w:p>
      <w:r>
        <w:rPr>
          <w:b/>
        </w:rPr>
        <w:t xml:space="preserve">[56:26] </w:t>
      </w:r>
      <w:r>
        <w:t>industry mein, business mein, tourism mein paisa hi paisa hota hai in logon ke paas. lekin</w:t>
      </w:r>
    </w:p>
    <w:p>
      <w:pPr>
        <w:jc w:val="right"/>
      </w:pPr>
      <w:r>
        <w:t>انڈسٹری میں، بزنس میں، ٹورزم میں پیسہ ہی پیسہ ہوتا ہے ان لوگوں کے پاس۔ لیکن</w:t>
      </w:r>
    </w:p>
    <w:p>
      <w:r>
        <w:rPr>
          <w:b/>
        </w:rPr>
        <w:t xml:space="preserve">[56:35] </w:t>
      </w:r>
      <w:r>
        <w:t>har waqt yeh risk daale rehte thay woh ke agar tum ne railway line bichhai to hum is ko bomb maar denge. to government of india ne bohat der ke baad yeh kiya hai, abhi bhi woh srinagar to nahi pahunchi hai,</w:t>
      </w:r>
    </w:p>
    <w:p>
      <w:pPr>
        <w:jc w:val="right"/>
      </w:pPr>
      <w:r>
        <w:t>ہر وقت یہ رسک ڈالے رہتے تھے وہ کہ اگر تم نے ریلوے لائن بچھائی تو ہم اس کو بم مار دیں گے۔ تو گورنمنٹ آف انڈیا نے بہت دیر کے بعد یہ کیا ہے، ابھی بھی وہ سری نگر تو نہیں پہنچی ہے،</w:t>
      </w:r>
    </w:p>
    <w:p>
      <w:r>
        <w:rPr>
          <w:b/>
        </w:rPr>
        <w:t xml:space="preserve">[56:50] </w:t>
      </w:r>
      <w:r>
        <w:t>kyun? negative soch ki wajah se,</w:t>
      </w:r>
    </w:p>
    <w:p>
      <w:pPr>
        <w:jc w:val="right"/>
      </w:pPr>
      <w:r>
        <w:t>کیوں؟ نیگیٹیو سوچ کی وجہ سے،</w:t>
      </w:r>
    </w:p>
    <w:p>
      <w:r>
        <w:rPr>
          <w:b/>
        </w:rPr>
        <w:t xml:space="preserve">[56:53] </w:t>
      </w:r>
      <w:r>
        <w:t>is raaz ko na janne ki wajah se ke doosri jo party hai, woh apne interest mein koi kaam karegi, apne interest mein karegi koi kaam, lekin woh usay ek situation create karegi.</w:t>
      </w:r>
    </w:p>
    <w:p>
      <w:pPr>
        <w:jc w:val="right"/>
      </w:pPr>
      <w:r>
        <w:t>اس راز کو نہ جاننے کی وجہ سے کہ دوسری جو پارٹی ہے، وہ اپنے انٹرسٹ میں کوئی کام کرے گی، اپنے انٹرسٹ میں کرے گی کوئی کام، لیکن وہ اسے ایک سچوئیشن کریٹ کرے گی۔</w:t>
      </w:r>
    </w:p>
    <w:p>
      <w:r>
        <w:rPr>
          <w:b/>
        </w:rPr>
        <w:t xml:space="preserve">[57:08] </w:t>
      </w:r>
      <w:r>
        <w:t>usay aap ko opportunity milegi, us ko avail kijiye aap.</w:t>
      </w:r>
    </w:p>
    <w:p>
      <w:pPr>
        <w:jc w:val="right"/>
      </w:pPr>
      <w:r>
        <w:t>اسے آپ کو اپرچونیٹی ملے گی، اس کو اویل کیجیے آپ۔</w:t>
      </w:r>
    </w:p>
    <w:p>
      <w:r>
        <w:rPr>
          <w:b/>
        </w:rPr>
        <w:t xml:space="preserve">[57:14] </w:t>
      </w:r>
      <w:r>
        <w:t>to is pura do sau saal aisa hai ke musalmanon ne sari opportunities ko bilkul chhoday rakha aur avail nahi kar sake, kyun?</w:t>
      </w:r>
    </w:p>
    <w:p>
      <w:pPr>
        <w:jc w:val="right"/>
      </w:pPr>
      <w:r>
        <w:t>تو اس پورا دو سو سال ایسا ہے کہ مسلمانوں نے ساری اپرچونیٹیز کو بالکل چھوڑے رکھا اور اویل نہیں کر سکے، کیوں؟</w:t>
      </w:r>
    </w:p>
    <w:p>
      <w:r>
        <w:rPr>
          <w:b/>
        </w:rPr>
        <w:t xml:space="preserve">[57:24] </w:t>
      </w:r>
      <w:r>
        <w:t>negative soch ki wajah se, anti british soch, anti hindu soch, anti jo soch, anti american soch, isi mein sab, yani sari opportunities jo hain, un avail pari reh gayi.</w:t>
      </w:r>
    </w:p>
    <w:p>
      <w:pPr>
        <w:jc w:val="right"/>
      </w:pPr>
      <w:r>
        <w:t>نیگیٹیو سوچ کی وجہ سے، اینٹی برٹش سوچ، اینٹی ہندو سوچ، اینٹی جو سوچ، اینٹی امریکن سوچ، اسی میں سب، یعنی ساری اپرچونیٹیز جو ہیں، ان اویل پڑی رہ گئی۔</w:t>
      </w:r>
    </w:p>
    <w:p>
      <w:r>
        <w:rPr>
          <w:b/>
        </w:rPr>
        <w:t xml:space="preserve">[57:41] </w:t>
      </w:r>
      <w:r>
        <w:t>jabke yeh yeh jo zabardast jo formula hai zindagi ka, woh hadith mein maujood hai, bukhari mein: إن الله لا يؤد هذا الدين بالرجل الفاجر</w:t>
      </w:r>
    </w:p>
    <w:p>
      <w:pPr>
        <w:jc w:val="right"/>
      </w:pPr>
      <w:r>
        <w:t>جبکہ یہ یہ جو زبردست جو فارمولا ہے زندگی کا، وہ حدیث میں موجود ہے، بخاری میں: إن الله لا يؤد هذا الدين بالرجل الفاجر</w:t>
      </w:r>
    </w:p>
    <w:p>
      <w:r>
        <w:rPr>
          <w:b/>
        </w:rPr>
        <w:t xml:space="preserve">[57:58] </w:t>
      </w:r>
      <w:r>
        <w:t>yani doosra aadmi jis ko tum fajar samajhte ho, woh aadmi apne interest ke liye ek situation create kar</w:t>
      </w:r>
    </w:p>
    <w:p>
      <w:pPr>
        <w:jc w:val="right"/>
      </w:pPr>
      <w:r>
        <w:t>یعنی دوسرا آدمی جس کو تم فاجر سمجھتے ہو، وہ آدمی اپنے انٹرسٹ کے لیے ایک سچوئیشن کریٹ کر</w:t>
      </w:r>
    </w:p>
    <w:p>
      <w:r>
        <w:rPr>
          <w:b/>
        </w:rPr>
        <w:t xml:space="preserve">[58:04] </w:t>
      </w:r>
      <w:r>
        <w:t>e ga. us ko jano, is mein tumhare, is mein tumhare liye bohat bohat opportunity hogi, us ko avail karo. yeh zabardast raaz hayat hai jo rasool Allah salallahu alaihi wasallam ne bata diya tha itne pehle.</w:t>
      </w:r>
    </w:p>
    <w:p>
      <w:pPr>
        <w:jc w:val="right"/>
      </w:pPr>
      <w:r>
        <w:t>ے گا۔ اس کو جانو، اس میں تمہارے، اس میں تمہارے لیے بہت بہت اپرچونیٹی ہوگی، اس کو اویل کرو۔ یہ زبردست راز حیات ہے جو رسول اللہ صلی اللہ علیہ وسلم نے بتا دیا تھا اتنے پہلے۔</w:t>
      </w:r>
    </w:p>
    <w:p>
      <w:r>
        <w:rPr>
          <w:b/>
        </w:rPr>
        <w:t xml:space="preserve">[58:20] </w:t>
      </w:r>
      <w:r>
        <w:t>aaj bhi musalman nahi jante, aaj bhi, aaj bhi sirf negativity mein jee rahe hain. jab jaisa ke maine arz kiya ke aaj jo akhbar mein aaya hai, usi ka ek taaza proof hai.</w:t>
      </w:r>
    </w:p>
    <w:p>
      <w:pPr>
        <w:jc w:val="right"/>
      </w:pPr>
      <w:r>
        <w:t>آج بھی مسلمان نہیں جانتے، آج بھی، آج بھی صرف نیگیٹیوٹی میں جی رہے ہیں۔ جب جیسا کہ میں نے عرض کیا کہ آج جو اخبار میں آیا ہے، اسی کا ایک ایک تازہ پروف ہے۔</w:t>
      </w:r>
    </w:p>
    <w:p>
      <w:r>
        <w:rPr>
          <w:b/>
        </w:rPr>
        <w:t xml:space="preserve">[58:37] </w:t>
      </w:r>
      <w:r>
        <w:t>beh-haal, main samajhta hoon ke ab se humein you turn lena chahiye, ab se humein reassess karna chahiye, ab se humein revise karna chahiye, ab se humein hamare andar yeh himmat honi chahiye, courage ke hum keh sakein ke we were wrong, we were wrong, we were wrong kyunke starting point yahi hai</w:t>
      </w:r>
    </w:p>
    <w:p>
      <w:pPr>
        <w:jc w:val="right"/>
      </w:pPr>
      <w:r>
        <w:t>بہرحال، میں سمجھتا ہوں کہ اب سے ہمیں یو ٹرن لینا چاہیے، اب سے ہمیں ری ایسس کرنا چاہیے، اب سے ہمیں ریوائز کرنا چاہیے، اب سے ہمیں ہمارے اندر یہ ہمت ہونی چاہیے، کریج کہ ہم کہہ سکیں کہ we were wrong, we were wrong, we were wrong کیونکہ سٹارٹنگ پوائنٹ یہی ہے</w:t>
      </w:r>
    </w:p>
    <w:p>
      <w:r>
        <w:rPr>
          <w:b/>
        </w:rPr>
        <w:t xml:space="preserve">[59:00] </w:t>
      </w:r>
      <w:r>
        <w:t>jab aap mante hain ke main ab tak ghalat fehmi par tha, tabhi aap ko naya ek naya waqt shuru hota hai aap ki zindagi mein. to jalsa jaloos jo ho rahe hain, woh is se kuch bhi nahi hone wala hai.</w:t>
      </w:r>
    </w:p>
    <w:p>
      <w:pPr>
        <w:jc w:val="right"/>
      </w:pPr>
      <w:r>
        <w:t>جب آپ مانتے ہیں کہ میں اب تک غلطی پر تھا، تبھی آپ کو نیا ایک نیا وقت شروع ہوتا ہے آپ کی زندگی میں۔ تو جلسہ جلوس جو ہو رہے ہیں، وہ اس سے کچھ بھی نہیں ہونے والا ہے۔</w:t>
      </w:r>
    </w:p>
    <w:p>
      <w:r>
        <w:rPr>
          <w:b/>
        </w:rPr>
        <w:t xml:space="preserve">[59:14] </w:t>
      </w:r>
      <w:r>
        <w:t>aap yeh maaniye ke we were wrong tab starting point milega aap ko. pehle la ilaha kehna padta hai, tab illallah milta hai insaan ko.</w:t>
      </w:r>
    </w:p>
    <w:p>
      <w:pPr>
        <w:jc w:val="right"/>
      </w:pPr>
      <w:r>
        <w:t>آپ یہ مانیے کہ we were wrong تب سٹارٹنگ پوائنٹ ملے گا آپ کو۔ پہلے لا الہ کہنا پڑتا ہے، تب الا اللہ ملتا ہے انسان کو۔</w:t>
      </w:r>
    </w:p>
    <w:p>
      <w:r>
        <w:rPr>
          <w:b/>
        </w:rPr>
        <w:t xml:space="preserve">[59:26] </w:t>
      </w:r>
      <w:r>
        <w:t>to main yahi dua karta hoon ke Allah taala hum sab ko aqal de, hum is baat ko samjhein.</w:t>
      </w:r>
    </w:p>
    <w:p>
      <w:pPr>
        <w:jc w:val="right"/>
      </w:pPr>
      <w:r>
        <w:t>تو میں یہی دعا کرتا ہوں کہ اللہ تعالیٰ ہم سب کو عقل دے، ہم اس بات کو سمجھیں۔</w:t>
      </w:r>
    </w:p>
    <w:p>
      <w:r>
        <w:rPr>
          <w:b/>
        </w:rPr>
        <w:t xml:space="preserve">[59:46] </w:t>
      </w:r>
      <w:r>
        <w:t>yeh Maulana se poochte hain ke mohtaram, kya qadiyani hazraat ko Islam se kharij kiya jana sahi hai</w:t>
      </w:r>
    </w:p>
    <w:p>
      <w:pPr>
        <w:jc w:val="right"/>
      </w:pPr>
      <w:r>
        <w:t>یہ مولانا سے پوچھتے ہیں کہ محترم، کیا قادیانی حضرات کو اسلام سے خارج کیا جانا صحیح ہے</w:t>
      </w:r>
    </w:p>
    <w:p>
      <w:r>
        <w:rPr>
          <w:b/>
        </w:rPr>
        <w:t xml:space="preserve">[59:55] </w:t>
      </w:r>
      <w:r>
        <w:t>? kya unhein nazar andaaz kiya ja sakta tha?</w:t>
      </w:r>
    </w:p>
    <w:p>
      <w:pPr>
        <w:jc w:val="right"/>
      </w:pPr>
      <w:r>
        <w:t>؟ کیا انہیں نظر انداز کیا جا سکتا تھا؟</w:t>
      </w:r>
    </w:p>
    <w:p>
      <w:r>
        <w:rPr>
          <w:b/>
        </w:rPr>
        <w:t xml:space="preserve">[1:00:02] </w:t>
      </w:r>
      <w:r>
        <w:t>dekhye, main fatwa activism ke khilaf hoon. fatwa activism ko main ek bidat samajhta hoon, bidat, innovation.</w:t>
      </w:r>
    </w:p>
    <w:p>
      <w:pPr>
        <w:jc w:val="right"/>
      </w:pPr>
      <w:r>
        <w:t>دیکھئے، میں فتویٰ ایکٹیوزم کے خلاف ہوں۔ فتویٰ ایکٹیوزم کو میں ایک بدعت سمجھتا ہوں، بدعت، انویشن۔</w:t>
      </w:r>
    </w:p>
    <w:p>
      <w:r>
        <w:rPr>
          <w:b/>
        </w:rPr>
        <w:t xml:space="preserve">[1:00:12] </w:t>
      </w:r>
      <w:r>
        <w:t>aaj kal chala hua hai na har baat pe fatwa? sahaba ke zamane mein aisa nahi hota tha. wahan kya tha? wahan yeh tha ke un ko samjhao, un ko samjhao.</w:t>
      </w:r>
    </w:p>
    <w:p>
      <w:pPr>
        <w:jc w:val="right"/>
      </w:pPr>
      <w:r>
        <w:t>آج کل چلا ہوا ہے نا ہر بات پہ فتویٰ؟ صحابہ کے زمانے میں ایسا نہیں ہوتا تھا۔ وہاں کیا تھا؟ وہاں یہ تھا کہ ان کو سمجھاؤ، ان کو سمجھاؤ۔</w:t>
      </w:r>
    </w:p>
    <w:p>
      <w:r>
        <w:rPr>
          <w:b/>
        </w:rPr>
        <w:t xml:space="preserve">[1:00:24] </w:t>
      </w:r>
      <w:r>
        <w:t>aaj kal kya samjhane ki koshish nahi karte, bas fatwa shuru kar dete hain. to qadiyani masla jab paida hua to unhon ne fatwa shuru kar diya. mere ilm ke mutabiq koi bhi qabil-e-zikr aalim nahi tha jo un se mila ho aur un se baat kare, samjhe maamle ko.</w:t>
      </w:r>
    </w:p>
    <w:p>
      <w:pPr>
        <w:jc w:val="right"/>
      </w:pPr>
      <w:r>
        <w:t>آج کل کیا سمجھانے کی کوشش نہیں کرتے، بس فتویٰ شروع کر دیتے ہیں۔ تو قادیانی مسئلہ جب پیدا ہوا تو انہوں نے فتویٰ شروع کر دیا۔ میرے علم کے مطابق کوئی بھی قابل ذکر عالم نہیں تھا جو ان سے ملا ہو اور ان سے بات کرے، سمجھے معاملے کو۔</w:t>
      </w:r>
    </w:p>
    <w:p>
      <w:r>
        <w:rPr>
          <w:b/>
        </w:rPr>
        <w:t xml:space="preserve">[1:00:39] </w:t>
      </w:r>
      <w:r>
        <w:t>bas fatwa, fatwa, fatwa. main is sari karrawai ko bilkul hi ghair Islami samajhta hoon. Islam mein fatwa baazi nahi hai, Islam mein dawat aur tableegh hai.</w:t>
      </w:r>
    </w:p>
    <w:p>
      <w:pPr>
        <w:jc w:val="right"/>
      </w:pPr>
      <w:r>
        <w:t>بس فتویٰ، فتویٰ، فتویٰ۔ میں اس ساری کارروائی کو بالکل ہی غیر اسلامی سمجھتا ہوں۔ اسلام میں فتویٰ بازی نہیں ہے، اسلام میں دعوت اور تبلیغ ہے۔</w:t>
      </w:r>
    </w:p>
    <w:p>
      <w:r>
        <w:rPr>
          <w:b/>
        </w:rPr>
        <w:t xml:space="preserve">[1:00:49] </w:t>
      </w:r>
      <w:r>
        <w:t>yaad rakhiye,</w:t>
      </w:r>
    </w:p>
    <w:p>
      <w:pPr>
        <w:jc w:val="right"/>
      </w:pPr>
      <w:r>
        <w:t>یاد رکھیے،</w:t>
      </w:r>
    </w:p>
    <w:p>
      <w:r>
        <w:rPr>
          <w:b/>
        </w:rPr>
        <w:t xml:space="preserve">[1:00:51] </w:t>
      </w:r>
      <w:r>
        <w:t>islam mein fatwa activism nahin hai, islam mein daawa activism hai. ek aspect yeh hai, doosri baat ke aspect yeh hai ke is mein pehla kaam hai apni ghalti ko maanna.</w:t>
      </w:r>
    </w:p>
    <w:p>
      <w:pPr>
        <w:jc w:val="right"/>
      </w:pPr>
      <w:r>
        <w:t>اسلام میں فتویٰ ایکٹیوزم نہیں ہے، اسلام میں دعویٰ ایکٹیوزم ہے۔ ایک آسپیکٹ یہ ہے، دوسری بات کے آسپیکٹ یہ ہے کہ اس میں پہلا کام ہے اپنی غلطی کو ماننا۔</w:t>
      </w:r>
    </w:p>
    <w:p>
      <w:r>
        <w:rPr>
          <w:b/>
        </w:rPr>
        <w:t xml:space="preserve">[1:01:04] </w:t>
      </w:r>
      <w:r>
        <w:t>pehla kaam yeh nahin ke aap un ke khilaaf ek aur fatwa jod dein. ke sab se pehli sochne ki baat hai ke yeh masla paida hua kyun?</w:t>
      </w:r>
    </w:p>
    <w:p>
      <w:pPr>
        <w:jc w:val="right"/>
      </w:pPr>
      <w:r>
        <w:t>پہلا کام یہ نہیں کہ آپ ان کے خلاف ایک اور فتویٰ جڑ دیں۔ کہ سب سے پہلی سوچنے کی بات ہے کہ یہ مسئلہ پیدا ہوا کیوں؟</w:t>
      </w:r>
    </w:p>
    <w:p>
      <w:r>
        <w:rPr>
          <w:b/>
        </w:rPr>
        <w:t xml:space="preserve">[1:01:15] </w:t>
      </w:r>
      <w:r>
        <w:t>ab mujhe bataiye, kisi bhi baray aalim ka naam jo is baat ko na maanta ho, sab maante hain ke islam mukammal mazhab hai,</w:t>
      </w:r>
    </w:p>
    <w:p>
      <w:pPr>
        <w:jc w:val="right"/>
      </w:pPr>
      <w:r>
        <w:t>اب مجھے بتائیے، کسی بھی بڑے عالم کا نام جو اس بات کو نہ مانتا ہو، سب مانتے ہیں کہ اسلام مکمل مذہب ہے،</w:t>
      </w:r>
    </w:p>
    <w:p>
      <w:r>
        <w:rPr>
          <w:b/>
        </w:rPr>
        <w:t xml:space="preserve">[1:01:21] </w:t>
      </w:r>
      <w:r>
        <w:t>rasool Allah mukammal nabi hain, aur jab mukammal ho gaye to ab doosra kyun aayega? koi ise saboot keh dete hain ke insaniyat jo hai saatvi sadi isvi mein apne balogh ko pahunch gayi thi.</w:t>
      </w:r>
    </w:p>
    <w:p>
      <w:pPr>
        <w:jc w:val="right"/>
      </w:pPr>
      <w:r>
        <w:t>رسول اللہ مکمل نبی ہیں، اور جب مکمل ہو گئے تو اب دوسرا کیوں آئے گا؟ کوئی اسے ثبوت کہہ دیتے ہیں کہ انسانیت جو ہے ساتویں صدی عیسوی میں اپنے بلوغ کو پہنچ گئی تھی۔</w:t>
      </w:r>
    </w:p>
    <w:p>
      <w:r>
        <w:rPr>
          <w:b/>
        </w:rPr>
        <w:t xml:space="preserve">[1:01:33] </w:t>
      </w:r>
      <w:r>
        <w:t>balogh ka matlab hai maturity. yeh sab saare aalim kehte hain, yeh boli yahin se paida hui hai qadianiyat. to mere nazdeek number pehle zimmedaar hain hamare aalim,</w:t>
      </w:r>
    </w:p>
    <w:p>
      <w:pPr>
        <w:jc w:val="right"/>
      </w:pPr>
      <w:r>
        <w:t>بلوغ کا مطلب ہے میچورٹی۔ یہ سب سارے علماء کہتے ہیں، یہ بولی یہیں سے پیدا ہوئی ہے قادیانیت۔ تو میرے نزدیک نمبر پہلے ذمہ دار ہیں ہمارے علماء،</w:t>
      </w:r>
    </w:p>
    <w:p>
      <w:r>
        <w:rPr>
          <w:b/>
        </w:rPr>
        <w:t xml:space="preserve">[1:01:46] </w:t>
      </w:r>
      <w:r>
        <w:t>doosri zimmedari hai qadianiyon ki.</w:t>
      </w:r>
    </w:p>
    <w:p>
      <w:pPr>
        <w:jc w:val="right"/>
      </w:pPr>
      <w:r>
        <w:t>دوسری ذمہ داری ہے قادیانیوں کی۔</w:t>
      </w:r>
    </w:p>
    <w:p>
      <w:r>
        <w:rPr>
          <w:b/>
        </w:rPr>
        <w:t xml:space="preserve">[1:01:50] </w:t>
      </w:r>
      <w:r>
        <w:t>kisi ko is se ikhtilaf ho to mujhe bataein ke kaun aalim hai jo is ne aisa na kaha ho? mujhe is ka naam bataiye.</w:t>
      </w:r>
    </w:p>
    <w:p>
      <w:pPr>
        <w:jc w:val="right"/>
      </w:pPr>
      <w:r>
        <w:t>کسی کو اس سے اختلاف ہو تو مجھے بتائیں کہ کون عالم ہے جو اس نے ایسا نہ کہا ہو؟ مجھے اس کا نام بتائیے۔</w:t>
      </w:r>
    </w:p>
    <w:p>
      <w:r>
        <w:rPr>
          <w:b/>
        </w:rPr>
        <w:t xml:space="preserve">[1:01:59] </w:t>
      </w:r>
      <w:r>
        <w:t>sab ne yahi baatein, yahi boliyan bole hain ke jab is insaniyat balogh ke darje mein pahunch gayi, yaani maturity ke age mein pahunch gayi, to ab naye nabi ka zaroorat hi kya hai?</w:t>
      </w:r>
    </w:p>
    <w:p>
      <w:pPr>
        <w:jc w:val="right"/>
      </w:pPr>
      <w:r>
        <w:t>سب نے یہی باتیں، یہی بولیاں بولے ہیں کہ جب اس انسانیت بلوغ کے درجے میں پہنچ گئی، یعنی میچورٹی کے ایج میں پہنچ گئی، تو اب نئے نبی کا ضرورت ہی کیا ہے؟</w:t>
      </w:r>
    </w:p>
    <w:p>
      <w:r>
        <w:rPr>
          <w:b/>
        </w:rPr>
        <w:t xml:space="preserve">[1:02:10] </w:t>
      </w:r>
      <w:r>
        <w:t>ab to jo nabi aa gaya, wo bas wahi kamil ho gaya. yeh argument bilkul hi baseless hai. yeh maine aaj bataya aap ko.</w:t>
      </w:r>
    </w:p>
    <w:p>
      <w:pPr>
        <w:jc w:val="right"/>
      </w:pPr>
      <w:r>
        <w:t>اب تو جو نبی آ گیا، وہ بس وہی کامل ہو گیا۔ یہ آرگیومنٹ بالکل ہی بیسلیس ہے۔ یہ میں نے آج بتایا آپ کو۔</w:t>
      </w:r>
    </w:p>
    <w:p>
      <w:r>
        <w:rPr>
          <w:b/>
        </w:rPr>
        <w:t xml:space="preserve">[1:02:21] </w:t>
      </w:r>
      <w:r>
        <w:t>to pehle aap yeh maaniye ke hum ne ghalt stand liya, is se qadianiyat paida ho gayi. ke jab tak yeh nahin maanein ge, aage koi kaam bhi nahin ho sakta hai.</w:t>
      </w:r>
    </w:p>
    <w:p>
      <w:pPr>
        <w:jc w:val="right"/>
      </w:pPr>
      <w:r>
        <w:t>تو پہلے آپ یہ مانیے کہ ہم نے غلط اسٹینڈ لیا، اس سے قادیانیت پیدا ہوگئی۔ کہ جب تک یہ نہیں مانیں گے، آگے کوئی کام بھی نہیں ہو سکتا ہے۔</w:t>
      </w:r>
    </w:p>
    <w:p>
      <w:r>
        <w:rPr>
          <w:b/>
        </w:rPr>
        <w:t xml:space="preserve">[1:02:30] </w:t>
      </w:r>
      <w:r>
        <w:t>jab tak la ilaha, la ilaha nahin kahenge, illallah bhi nahin ho sakta hai. to starting part yeh nahin hai ke aap tahaffuz khatm-e-nabuwat.</w:t>
      </w:r>
    </w:p>
    <w:p>
      <w:pPr>
        <w:jc w:val="right"/>
      </w:pPr>
      <w:r>
        <w:t>جب تک لا الہ، لا الہ نہیں کہیں گے، الا اللہ بھی نہیں ہو سکتا ہے۔ تو سٹارٹنگ پارٹ یہ نہیں ہے کہ آپ تحفظ ختم نبوت۔</w:t>
      </w:r>
    </w:p>
    <w:p>
      <w:r>
        <w:rPr>
          <w:b/>
        </w:rPr>
        <w:t xml:space="preserve">[1:02:39] </w:t>
      </w:r>
      <w:r>
        <w:t>bhai, dekhiye, yahan par jo sahab aate hain, unhein jaanna chahiye ke yahan mobile telephone ko band kar rakhna hai. kaise aap logon ko yeh itna bhi nahin jaante?</w:t>
      </w:r>
    </w:p>
    <w:p>
      <w:pPr>
        <w:jc w:val="right"/>
      </w:pPr>
      <w:r>
        <w:t>بھائی، دیکھیے، یہاں پر جو صاحب آتے ہیں، انہیں جاننا چاہیے کہ یہاں موبائل ٹیلی فون کو بند کر رکھنا ہے۔ کیسے آپ لوگوں کو یہ اتنا بھی نہیں جانتے؟</w:t>
      </w:r>
    </w:p>
    <w:p>
      <w:r>
        <w:rPr>
          <w:b/>
        </w:rPr>
        <w:t xml:space="preserve">[1:02:48] </w:t>
      </w:r>
      <w:r>
        <w:t>aap yeh ek serious majlis hai, yahan</w:t>
      </w:r>
    </w:p>
    <w:p>
      <w:pPr>
        <w:jc w:val="right"/>
      </w:pPr>
      <w:r>
        <w:t>آپ یہ ایک سیریس مجلس ہے، یہاں</w:t>
      </w:r>
    </w:p>
    <w:p>
      <w:r>
        <w:rPr>
          <w:b/>
        </w:rPr>
        <w:t xml:space="preserve">[1:02:51] </w:t>
      </w:r>
      <w:r>
        <w:t>ek bohat hi sanjeeda sab woh hota hai. aap mobile liye baithe hain, aisi qaum kya taraqqi karegi jo mobile pe jeeti ho?</w:t>
      </w:r>
    </w:p>
    <w:p>
      <w:pPr>
        <w:jc w:val="right"/>
      </w:pPr>
      <w:r>
        <w:t>ایک بہت ہی سنجیدہ سب وہ ہوتا ہے۔ آپ موبائل لیے بیٹھے ہیں، ایسی قوم کیا ترقی کرے گی جو موبائل پہ جیتی ہو؟</w:t>
      </w:r>
    </w:p>
    <w:p>
      <w:r>
        <w:rPr>
          <w:b/>
        </w:rPr>
        <w:t xml:space="preserve">[1:03:02] </w:t>
      </w:r>
      <w:r>
        <w:t>jo mobile pe jeeti ho, taraqqi kya kare? mujhe bataiye, aap ko jaanna chahiye ke yeh is tarah ki majlis nahin hai. yeh taaliyan bajti hain, yeh kaakh buland hote hain.</w:t>
      </w:r>
    </w:p>
    <w:p>
      <w:pPr>
        <w:jc w:val="right"/>
      </w:pPr>
      <w:r>
        <w:t>جو موبائل پہ جیتے ہو، ترقی کیا کرے؟ مجھے بتائیے، آپ کو جاننا چاہیے کہ یہ اس طرح کی مجلس نہیں ہے۔ یہ تالیاں بجتی ہیں، یہ کاخ بلند ہوتے ہیں۔</w:t>
      </w:r>
    </w:p>
    <w:p>
      <w:r>
        <w:rPr>
          <w:b/>
        </w:rPr>
        <w:t xml:space="preserve">[1:03:11] </w:t>
      </w:r>
      <w:r>
        <w:t>woh aisa nahin hai yahan par.</w:t>
      </w:r>
    </w:p>
    <w:p>
      <w:pPr>
        <w:jc w:val="right"/>
      </w:pPr>
      <w:r>
        <w:t>وہ ایسا نہیں ہے یہاں پر۔</w:t>
      </w:r>
    </w:p>
    <w:p>
      <w:r>
        <w:rPr>
          <w:b/>
        </w:rPr>
        <w:t xml:space="preserve">[1:03:16] </w:t>
      </w:r>
      <w:r>
        <w:t>yeh sab wahan chalta hai jahan taaliyan bajti hain aur kaakh lagte hain.</w:t>
      </w:r>
    </w:p>
    <w:p>
      <w:pPr>
        <w:jc w:val="right"/>
      </w:pPr>
      <w:r>
        <w:t>یہ سب وہاں چلتا ہے جہاں تالیاں بجتی ہیں اور کاخ لگتے ہیں۔</w:t>
      </w:r>
    </w:p>
    <w:p>
      <w:r>
        <w:rPr>
          <w:b/>
        </w:rPr>
        <w:t xml:space="preserve">[1:03:20] </w:t>
      </w:r>
      <w:r>
        <w:t>to yahan jo aaye hain, woh apne telephone ko band kar ke aaye hain.</w:t>
      </w:r>
    </w:p>
    <w:p>
      <w:pPr>
        <w:jc w:val="right"/>
      </w:pPr>
      <w:r>
        <w:t>تو یہاں جو آئے ہیں، وہ اپنے ٹیلی فون کو بند کر کے آئے ہیں۔</w:t>
      </w:r>
    </w:p>
    <w:p>
      <w:r>
        <w:rPr>
          <w:b/>
        </w:rPr>
        <w:t xml:space="preserve">[1:03:27] </w:t>
      </w:r>
      <w:r>
        <w:t>isi liye musalman barbaad hain. yahi sab phanse rehte hain hamesha isi mein, isi mein phanse rehte hain. to baharhal, main yeh kahunga ke qadiani masle ka nimatne ka aaghaz yahan se hai ke hamare aalim maanein is ghalti ko</w:t>
      </w:r>
    </w:p>
    <w:p>
      <w:pPr>
        <w:jc w:val="right"/>
      </w:pPr>
      <w:r>
        <w:t>اسی لیے مسلمان برباد ہیں۔ یہی سب پھنسے رہتے ہیں ہمیشہ اسی میں، اسی میں پھنسے رہتے ہیں۔ تو بہرحال، میں یہ کہوں گا کہ قادیانی مسئلے کا نمٹنے کا آغاز یہاں سے ہے کہ ہمارے علماء مانیں اس غلطی کو</w:t>
      </w:r>
    </w:p>
    <w:p>
      <w:r>
        <w:rPr>
          <w:b/>
        </w:rPr>
        <w:t xml:space="preserve">[1:03:44] </w:t>
      </w:r>
      <w:r>
        <w:t>ke unhone khatm-e-nabuwat ko saabit karne ke liye ek aisi baat, aisa naya, ek ghalt criteria create kiya. is se yeh cheez nikal aayi.</w:t>
      </w:r>
    </w:p>
    <w:p>
      <w:pPr>
        <w:jc w:val="right"/>
      </w:pPr>
      <w:r>
        <w:t>کہ انہوں نے ختم نبوت کو ثابت کرنے کے لیے ایک ایسی بات، ایسا نیا، ایک غلط کرائٹیریا کریٹ کیا۔ اس سے یہ چیز نکل آئی۔</w:t>
      </w:r>
    </w:p>
    <w:p>
      <w:r>
        <w:rPr>
          <w:b/>
        </w:rPr>
        <w:t xml:space="preserve">[1:03:54] </w:t>
      </w:r>
      <w:r>
        <w:t>jab tak woh nahin maanein ge, kuch bhi nahin ho sakta hai. tahaffuz khatm-e-nabuwat ke naam par aap ek hazar ek jalse kar daliye, kuch bhi is se hone wala nahin hai, kuch bhi faida nahin, kyunke un ki jar to baqi hai,</w:t>
      </w:r>
    </w:p>
    <w:p>
      <w:pPr>
        <w:jc w:val="right"/>
      </w:pPr>
      <w:r>
        <w:t>جب تک وہ نہیں مانیں گے، کچھ بھی نہیں ہو سکتا ہے۔ تحفظ ختم نبوت کے نام پر آپ ایک ہزار ایک جلسے کر ڈالیے، کچھ بھی اس سے ہونے والا نہیں ہے، کچھ بھی فائدہ نہیں، کیونکہ ان کی جڑ تو باقی ہے،</w:t>
      </w:r>
    </w:p>
    <w:p>
      <w:r>
        <w:rPr>
          <w:b/>
        </w:rPr>
        <w:t xml:space="preserve">[1:04:08] </w:t>
      </w:r>
      <w:r>
        <w:t>un ki jar to baqi hai.</w:t>
      </w:r>
    </w:p>
    <w:p>
      <w:pPr>
        <w:jc w:val="right"/>
      </w:pPr>
      <w:r>
        <w:t>ان کی جڑ تو باقی ہے۔</w:t>
      </w:r>
    </w:p>
    <w:p>
      <w:r>
        <w:rPr>
          <w:b/>
        </w:rPr>
        <w:t xml:space="preserve">[1:04:12] </w:t>
      </w:r>
      <w:r>
        <w:t>mere paas parson bhi ek hafta hua, do hafta hua, chaar qadiani aaye the, unhone yeh baat kahi ke jab aap yeh maante hain ke insaniyat jo hai balogh pe pahunch gayi thi, is wajah se khatm-e-nabuwat ho gaya, to balogh pahunchi hi nahin.</w:t>
      </w:r>
    </w:p>
    <w:p>
      <w:pPr>
        <w:jc w:val="right"/>
      </w:pPr>
      <w:r>
        <w:t>میرے پاس پرسوں بھی ایک ہفتہ ہوا، دو ہفتہ ہوا، چار قادیانی آئے تھے، انہوں نے یہ بات کہی کہ جب آپ یہ مانتے ہیں کہ انسانیت جو ہے بلوغ پہ پہنچ گئی تھی، اس وجہ سے ختم نبوت ہو گیا، تو بلوغ پہنچی ہی نہیں۔</w:t>
      </w:r>
    </w:p>
    <w:p>
      <w:r>
        <w:rPr>
          <w:b/>
        </w:rPr>
        <w:t xml:space="preserve">[1:04:27] </w:t>
      </w:r>
      <w:r>
        <w:t>woh to is is aitbaar se balogh to ab pahunchi hai, scientific age mein. ab to hum kehte hain ke naya nabi hai, hamara aadmi naya nabi hai, to is mein haraaj kya hai?</w:t>
      </w:r>
    </w:p>
    <w:p>
      <w:pPr>
        <w:jc w:val="right"/>
      </w:pPr>
      <w:r>
        <w:t>وہ تو اس اس اعتبار سے بلوغ تو اب پہنچی ہے، سائنٹیفک ایج میں۔ اب تو ہم کہتے ہیں کہ نیا نبی ہے، ہمارا آدمی نیا نبی ہے، تو اس میں حرج کیا ہے؟</w:t>
      </w:r>
    </w:p>
    <w:p>
      <w:r>
        <w:rPr>
          <w:b/>
        </w:rPr>
        <w:t xml:space="preserve">[1:04:40] </w:t>
      </w:r>
      <w:r>
        <w:t>to behrahal, main yeh manta hoon ke fatwa activism kuch bhi nahi, conference aur jalsay kuch bhi nahi. maslay ko samjhiye ke jar kahan hai, ghalti kahan hai.</w:t>
      </w:r>
    </w:p>
    <w:p>
      <w:pPr>
        <w:jc w:val="right"/>
      </w:pPr>
      <w:r>
        <w:t>تو بہرحال، میں یہ مانتا ہوں کہ فتویٰ ایکٹیوزم کچھ بھی نہیں، کانفرنس اور جلسے کچھ بھی نہیں۔ مسئلے کو سمجھیے کہ جڑ کہاں ہے، غلطی کہاں ہے۔</w:t>
      </w:r>
    </w:p>
    <w:p>
      <w:r>
        <w:rPr>
          <w:b/>
        </w:rPr>
        <w:t xml:space="preserve">[1:04:52] </w:t>
      </w:r>
      <w:r>
        <w:t>jab tak aap is ko nahi janengay, kuch bhi nahi. yeh sab abas hai. jo quran mein hai ke la khair fi kaseer min najwahum . in in baaton se koi faida nahi.</w:t>
      </w:r>
    </w:p>
    <w:p>
      <w:pPr>
        <w:jc w:val="right"/>
      </w:pPr>
      <w:r>
        <w:t>جب تک آپ اس کو نہیں جانیں گے، کچھ بھی نہیں۔ یہ سب عبث ہے۔ جو قرآن میں ہے کہ لا خير فی کثیر من نجواهم ۔ ان ان باتوں سے کوئی فائدہ نہیں۔</w:t>
      </w:r>
    </w:p>
    <w:p>
      <w:r>
        <w:rPr>
          <w:b/>
        </w:rPr>
        <w:t xml:space="preserve">[1:05:04] </w:t>
      </w:r>
      <w:r>
        <w:t>isi ayat ka aap istihqaaq rahengay, aap ki sari conferencein aur saray fatwa activism aap ka.</w:t>
      </w:r>
    </w:p>
    <w:p>
      <w:pPr>
        <w:jc w:val="right"/>
      </w:pPr>
      <w:r>
        <w:t>اسی آیت کا آپ استحقاق رہیں گے، آپ کی ساری کانفرنسیں اور سارے فتویٰ ایکٹیوزم آپ کا۔</w:t>
      </w:r>
    </w:p>
    <w:p>
      <w:r>
        <w:rPr>
          <w:b/>
        </w:rPr>
        <w:t xml:space="preserve">[1:05:09] </w:t>
      </w:r>
      <w:r>
        <w:t>aap jantay hain ke is pe bohat kuch kiya gaya hai. ulama, ulama anwar shah kashmiri se le kar aaj tak itna hi itna ziyada likha gaya tha, bola gaya hai.</w:t>
      </w:r>
    </w:p>
    <w:p>
      <w:pPr>
        <w:jc w:val="right"/>
      </w:pPr>
      <w:r>
        <w:t>آپ جانتے ہیں کہ اس پہ بہت کچھ کیا گیا ہے۔ علماء، علماء انوار شاہ کشمیری سے لے کر آج تک اتنا ہی اتنا زیادہ لکھا گیا تھا، بولا گیا ہے۔</w:t>
      </w:r>
    </w:p>
    <w:p>
      <w:r>
        <w:rPr>
          <w:b/>
        </w:rPr>
        <w:t xml:space="preserve">[1:05:19] </w:t>
      </w:r>
      <w:r>
        <w:t>ab tak conferencein ke ek nateeja kuch nikla, woh flourish kar rahay hain, woh flourish kar rahay hain, woh sari dunya mein. to faida kya hai?</w:t>
      </w:r>
    </w:p>
    <w:p>
      <w:pPr>
        <w:jc w:val="right"/>
      </w:pPr>
      <w:r>
        <w:t>اب تک کانفرنسیں کہ ایک نتیجہ کچھ نکلا، وہ فلرش کر رہے ہیں، وہ فلرش کر رہے ہیں، وہ ساری دنیا میں۔ تو فائدہ کیا ہے؟</w:t>
      </w:r>
    </w:p>
    <w:p>
      <w:r>
        <w:rPr>
          <w:b/>
        </w:rPr>
        <w:t xml:space="preserve">[1:05:30] </w:t>
      </w:r>
      <w:r>
        <w:t>You have to see the result . jab result nahi nikal raha hai to aap kahein ghalti akariya ke ghalti hai kahan?</w:t>
      </w:r>
    </w:p>
    <w:p>
      <w:pPr>
        <w:jc w:val="right"/>
      </w:pPr>
      <w:r>
        <w:t>You have to see the result ۔ جب رزلٹ نہیں نکل رہا ہے تو آپ کہیں غلطی اکڑیا کہ غلطی ہے کہاں؟</w:t>
      </w:r>
    </w:p>
    <w:p>
      <w:r>
        <w:rPr>
          <w:b/>
        </w:rPr>
        <w:t xml:space="preserve">[1:05:39] </w:t>
      </w:r>
      <w:r>
        <w:t>modern mind jo hai, woh samajhta hai ke haan bhai theek hai, naya nabi to aana hi chahiye, yeh to ulama khud hi keh rahay hain. to yeh hai meri soch is maamlay mein.</w:t>
      </w:r>
    </w:p>
    <w:p>
      <w:pPr>
        <w:jc w:val="right"/>
      </w:pPr>
      <w:r>
        <w:t>ماڈرن مائنڈ جو ہے، وہ سمجھتا ہے کہ ہاں بھئی ٹھیک ہے، نیا نبی تو آنا ہی چاہیے، یہ تو علماء خود ہی کہہ رہے ہیں۔ تو یہ ہے میری سوچ اس معاملے میں۔</w:t>
      </w:r>
    </w:p>
    <w:p>
      <w:r>
        <w:rPr>
          <w:b/>
        </w:rPr>
        <w:t xml:space="preserve">[1:05:51] </w:t>
      </w:r>
      <w:r>
        <w:t>There is another question on the similar topic. How could Qadiani fitnah have been encountered by Muslim scholars in the beginning?</w:t>
      </w:r>
    </w:p>
    <w:p>
      <w:pPr>
        <w:jc w:val="right"/>
      </w:pPr>
      <w:r>
        <w:t>There is another question on the similar topic. How could Qadiani fitnah have been encountered by Muslim scholars in the beginning?</w:t>
      </w:r>
    </w:p>
    <w:p>
      <w:r>
        <w:rPr>
          <w:b/>
        </w:rPr>
        <w:t xml:space="preserve">[1:05:59] </w:t>
      </w:r>
      <w:r>
        <w:t>And this question is from Mr. Khurram. dekhein, main aap ko ek parallel misaal deta hoon.</w:t>
      </w:r>
    </w:p>
    <w:p>
      <w:pPr>
        <w:jc w:val="right"/>
      </w:pPr>
      <w:r>
        <w:t>And this question is from Mr. Khurram. دیکھیں، میں آپ کو ایک پیرلل مثال دیتا ہوں۔</w:t>
      </w:r>
    </w:p>
    <w:p>
      <w:r>
        <w:rPr>
          <w:b/>
        </w:rPr>
        <w:t xml:space="preserve">[1:06:07] </w:t>
      </w:r>
      <w:r>
        <w:t>america mein theek isi tarah ka masla paida hua, is ko hum log fitna kehtay hain.</w:t>
      </w:r>
    </w:p>
    <w:p>
      <w:pPr>
        <w:jc w:val="right"/>
      </w:pPr>
      <w:r>
        <w:t>امریکہ میں ٹھیک اسی طرح کا مسئلہ پیدا ہوا، اس کو ہم لوگ فتنہ کہتے ہیں۔</w:t>
      </w:r>
    </w:p>
    <w:p>
      <w:r>
        <w:rPr>
          <w:b/>
        </w:rPr>
        <w:t xml:space="preserve">[1:06:15] </w:t>
      </w:r>
      <w:r>
        <w:t>is theek isi tarah ka, jis ko jo black muslims ko aap kehtay hain, woh isi tarah ke log thay. woh prophet mantay thay apnay aadmi ko.</w:t>
      </w:r>
    </w:p>
    <w:p>
      <w:pPr>
        <w:jc w:val="right"/>
      </w:pPr>
      <w:r>
        <w:t>اس ٹھیک اسی طرح کا، جس کو جو بلیک مسلمز کو آپ کہتے ہیں، وہ اسی طرح کے لوگ تھے۔ وہ پرافٹ مانتے تھے اپنے آدمی کو۔</w:t>
      </w:r>
    </w:p>
    <w:p>
      <w:r>
        <w:rPr>
          <w:b/>
        </w:rPr>
        <w:t xml:space="preserve">[1:06:26] </w:t>
      </w:r>
      <w:r>
        <w:t>bilkul wahi theek, yani woh amrici qadiani thay, woh amrici qadiani.</w:t>
      </w:r>
    </w:p>
    <w:p>
      <w:pPr>
        <w:jc w:val="right"/>
      </w:pPr>
      <w:r>
        <w:t>بالکل وہی ٹھیک، یعنی وہ امریکی قادیانی تھے، وہ امریکی قادیانی۔</w:t>
      </w:r>
    </w:p>
    <w:p>
      <w:r>
        <w:rPr>
          <w:b/>
        </w:rPr>
        <w:t xml:space="preserve">[1:06:37] </w:t>
      </w:r>
      <w:r>
        <w:t>lekin aaj jo khatam ho chuka hai, woh masla khatam ho chuka hai aaj. kyunke waris muhammad jo thay, yani jinhon ne ke daawa kiya tha peghambari ka,</w:t>
      </w:r>
    </w:p>
    <w:p>
      <w:pPr>
        <w:jc w:val="right"/>
      </w:pPr>
      <w:r>
        <w:t>لیکن آج جو ختم ہو چکا ہے، وہ مسئلہ ختم ہو چکا ہے آج۔ کیونکہ وارث محمد جو تھے، یعنی جنہوں نے کہ دعویٰ کیا تھا پیغمبری کا،</w:t>
      </w:r>
    </w:p>
    <w:p>
      <w:r>
        <w:rPr>
          <w:b/>
        </w:rPr>
        <w:t xml:space="preserve">[1:06:50] </w:t>
      </w:r>
      <w:r>
        <w:t>to is ke baad kya hua? chounke america mein woh moqa nahi hai jise india mein aap kartay hain, fatway baazi aur adham baazi aur conference baazi, yeh to wahan kar nahi saktay.</w:t>
      </w:r>
    </w:p>
    <w:p>
      <w:pPr>
        <w:jc w:val="right"/>
      </w:pPr>
      <w:r>
        <w:t>تو اس کے بعد کیا ہوا؟ چونکہ امریکہ میں وہ موقع نہیں ہے جسے انڈیا میں آپ کرتے ہیں، فتوے بازی اور ادھم بازی اور کانفرنس بازی، یہ تو وہاں کر نہیں سکتے۔</w:t>
      </w:r>
    </w:p>
    <w:p>
      <w:r>
        <w:rPr>
          <w:b/>
        </w:rPr>
        <w:t xml:space="preserve">[1:07:00] </w:t>
      </w:r>
      <w:r>
        <w:t>aap wahan ka mahol doosra hai.</w:t>
      </w:r>
    </w:p>
    <w:p>
      <w:pPr>
        <w:jc w:val="right"/>
      </w:pPr>
      <w:r>
        <w:t>آپ وہاں کا ماحول دوسرا ہے۔</w:t>
      </w:r>
    </w:p>
    <w:p>
      <w:r>
        <w:rPr>
          <w:b/>
        </w:rPr>
        <w:t xml:space="preserve">[1:07:02] </w:t>
      </w:r>
      <w:r>
        <w:t>wahan aap yeh sab nahi kar saktay ke fatwa dein, conference dein aur maro kaato karein. woh chal nahi sakta yeh culture. to compulsorily musalmanon ne wahi kiya jo main keh raha hoon.</w:t>
      </w:r>
    </w:p>
    <w:p>
      <w:pPr>
        <w:jc w:val="right"/>
      </w:pPr>
      <w:r>
        <w:t>وہاں آپ یہ سب نہیں کر سکتے کہ فتویٰ دیں، کانفرنس دیں اور مارو کاٹو کریں۔ وہ چل نہیں سکتا یہ کلچر۔ تو کمپلسولی مسلمانوں نے وہی کیا جو میں کہہ رہا ہوں۔</w:t>
      </w:r>
    </w:p>
    <w:p>
      <w:r>
        <w:rPr>
          <w:b/>
        </w:rPr>
        <w:t xml:space="preserve">[1:07:14] </w:t>
      </w:r>
      <w:r>
        <w:t>compulsorily yani baat cheet, discussion, yeh hua wahan par. compulsorily hua. agar wahan bhi agar azadi hoti rahi, india pakistan jaisi, to wahan bhi hungama khara karte log.</w:t>
      </w:r>
    </w:p>
    <w:p>
      <w:pPr>
        <w:jc w:val="right"/>
      </w:pPr>
      <w:r>
        <w:t>کمپلسولی یعنی بات چیت، ڈسکشن، یہ ہوا وہاں پر۔ کمپلسولی ہوا۔ اگر وہاں بھی اگر آزادی ہوتی رہی، انڈیا پاکستان جیسی، تو وہاں بھی ہنگامہ کھڑا کرتے لوگ۔</w:t>
      </w:r>
    </w:p>
    <w:p>
      <w:r>
        <w:rPr>
          <w:b/>
        </w:rPr>
        <w:t xml:space="preserve">[1:07:26] </w:t>
      </w:r>
      <w:r>
        <w:t>to</w:t>
      </w:r>
    </w:p>
    <w:p>
      <w:pPr>
        <w:jc w:val="right"/>
      </w:pPr>
      <w:r>
        <w:t>تو</w:t>
      </w:r>
    </w:p>
    <w:p>
      <w:r>
        <w:rPr>
          <w:b/>
        </w:rPr>
        <w:t xml:space="preserve">[1:07:27] </w:t>
      </w:r>
      <w:r>
        <w:t>kya hua ke woh sab, woh sab phir un ka zehan badla. yani baap ne daawa kiya tha, bete tak atay atay maamla badal gaya. bete ko yeh le gaye haj karwanay ke liye.</w:t>
      </w:r>
    </w:p>
    <w:p>
      <w:pPr>
        <w:jc w:val="right"/>
      </w:pPr>
      <w:r>
        <w:t>کیا ہوا کہ وہ سب، وہ سب پھر ان کا ذہن بدلا۔ یعنی باپ نے دعویٰ کیا تھا، بیٹے تک آتے آتے معاملہ بدل گیا۔ بیٹے کو یہ لے گئے حج کرانے کے لیے۔</w:t>
      </w:r>
    </w:p>
    <w:p>
      <w:r>
        <w:rPr>
          <w:b/>
        </w:rPr>
        <w:t xml:space="preserve">[1:07:38] </w:t>
      </w:r>
      <w:r>
        <w:t>haj mein us ne dekha ke saray musalman yahan pe itnay baray shandar tareeqay se atay hain, haj kartay hain waghera. to zehan badal gaya. us ne elaan kiya, bete ne, mera baap ghalat tha yeh kehne mein ke main peghambar hoon.</w:t>
      </w:r>
    </w:p>
    <w:p>
      <w:pPr>
        <w:jc w:val="right"/>
      </w:pPr>
      <w:r>
        <w:t>حج میں اس نے دیکھا کہ سارے مسلمان یہاں پہ اتنے بڑے شاندار طریقے سے آتے ہیں، حج کرتے ہیں وغیرہ۔ تو ذہن بدل گیا۔ اس نے اعلان کیا، بیٹے نے، میرا باپ غلط تھا یہ کہنے میں کہ میں پیغمبر ہوں۔</w:t>
      </w:r>
    </w:p>
    <w:p>
      <w:r>
        <w:rPr>
          <w:b/>
        </w:rPr>
        <w:t xml:space="preserve">[1:07:50] </w:t>
      </w:r>
      <w:r>
        <w:t>ab woh muslim jo mainstream is mein aa gaye hain, woh log</w:t>
      </w:r>
    </w:p>
    <w:p>
      <w:pPr>
        <w:jc w:val="right"/>
      </w:pPr>
      <w:r>
        <w:t>اب وہ مسلم جو مینسٹریم اس میں آ گئے ہیں، وہ لوگ</w:t>
      </w:r>
    </w:p>
    <w:p>
      <w:r>
        <w:rPr>
          <w:b/>
        </w:rPr>
        <w:t xml:space="preserve">[1:07:56] </w:t>
      </w:r>
      <w:r>
        <w:t>yahi karna chahiye tha india mein bhi. so ab yeh mainstream mein hotay hain. aaj yeh, yeh aap is ki history parhiye, wahan ke jo black muslims hain, un ki history parhiye.</w:t>
      </w:r>
    </w:p>
    <w:p>
      <w:pPr>
        <w:jc w:val="right"/>
      </w:pPr>
      <w:r>
        <w:t>یہی کرنا چاہیے تھا انڈیا میں بھی۔ سو اب یہ مینسٹریم میں ہوتے ہیں۔ آج یہ، یہ آپ اس کی ہسٹری پڑھیے، وہاں کے جو بلیک مسلمز ہیں، ان کی ہسٹری پڑھیے۔</w:t>
      </w:r>
    </w:p>
    <w:p>
      <w:r>
        <w:rPr>
          <w:b/>
        </w:rPr>
        <w:t xml:space="preserve">[1:08:08] </w:t>
      </w:r>
      <w:r>
        <w:t>theek wahi maamla tha wahan par, wahi masla tha wahan par jo india mein paida hua. lekin under compulsion unhon ne kiya kiya ke baat cheet ki, discussion kiya, samjhaya bujhaya,</w:t>
      </w:r>
    </w:p>
    <w:p>
      <w:pPr>
        <w:jc w:val="right"/>
      </w:pPr>
      <w:r>
        <w:t>ٹھیک وہی معاملہ تھا وہاں پر، وہی مسئلہ تھا وہاں پر جو انڈیا میں پیدا ہوا۔ لیکن انڈر کمپریشن انہوں نے کیا کیا کہ بات چیت کی، ڈسکشن کیا، سمجھایا بجھایا،</w:t>
      </w:r>
    </w:p>
    <w:p>
      <w:r>
        <w:rPr>
          <w:b/>
        </w:rPr>
        <w:t xml:space="preserve">[1:08:22] </w:t>
      </w:r>
      <w:r>
        <w:t>aur yahan tak ke un ko le gaye wahan par haj karwanay ke liye.</w:t>
      </w:r>
    </w:p>
    <w:p>
      <w:pPr>
        <w:jc w:val="right"/>
      </w:pPr>
      <w:r>
        <w:t>اور یہاں تک کہ ان کو لے گئے وہاں پر حج کروانے کے لیے۔</w:t>
      </w:r>
    </w:p>
    <w:p>
      <w:r>
        <w:rPr>
          <w:b/>
        </w:rPr>
        <w:t xml:space="preserve">[1:08:26] </w:t>
      </w:r>
      <w:r>
        <w:t>sab masla khatam ho gaya. ab woh mainstream mein shamil hain. woh main ne khud un ke bete ki taqreer suni hai, jab america gaya tha. wahi taqreer kartay hain, woh bhi jo aam aam ulama kartay hain.</w:t>
      </w:r>
    </w:p>
    <w:p>
      <w:pPr>
        <w:jc w:val="right"/>
      </w:pPr>
      <w:r>
        <w:t>سب مسئلہ ختم ہو گیا۔ اب وہ مینسٹری میں شامل ہیں۔ وہ میں نے خود ان کے بیٹے کی تقریر سنی ہے، جب امریکہ گیا تھا۔ وہی تقریر کرتے ہیں، وہ بھی جو عام عام علماء کرتے ہیں۔</w:t>
      </w:r>
    </w:p>
    <w:p>
      <w:r>
        <w:rPr>
          <w:b/>
        </w:rPr>
        <w:t xml:space="preserve">[1:08:39] </w:t>
      </w:r>
      <w:r>
        <w:t>to ulama ne ghalati yeh ki ke is ko, is ko dhoom baazi ka masla bana liya. un ke khilaaf muqadma qaaim kiya gaya, un ko maaro, un ko kaato, yeh sab kiya gaya.</w:t>
      </w:r>
    </w:p>
    <w:p>
      <w:pPr>
        <w:jc w:val="right"/>
      </w:pPr>
      <w:r>
        <w:t>تو علماء نے غلطی یہ کی کہ اس کو، اس کو دھوم بازی کا مسئلہ بنا لیا۔ ان کے خلاف مقدمہ قائم کیا گیا، ان کو مارو، ان کو کاٹو، یہ سب کیا گیا۔</w:t>
      </w:r>
    </w:p>
    <w:p>
      <w:r>
        <w:rPr>
          <w:b/>
        </w:rPr>
        <w:t xml:space="preserve">[1:08:52] </w:t>
      </w:r>
      <w:r>
        <w:t>samjhana bujhana, yaani persuade karna, discussion karna, yeh yeh kiya hi liya hamare ulama ne. munazra baazi kiya logon ne. to is ki saza bhugti hai.</w:t>
      </w:r>
    </w:p>
    <w:p>
      <w:pPr>
        <w:jc w:val="right"/>
      </w:pPr>
      <w:r>
        <w:t>سمجھانا بجھانا، یعنی پرسویٹ کرنا، ڈسکشن کرنا، یہ یہ کیا ہی لیا ہمارے علماء نے۔ مناظرہ بازی کیا لوگوں نے۔ تو اس کی سزا بھگتی ہے۔</w:t>
      </w:r>
    </w:p>
    <w:p>
      <w:r>
        <w:rPr>
          <w:b/>
        </w:rPr>
        <w:t xml:space="preserve">[1:09:02] </w:t>
      </w:r>
      <w:r>
        <w:t>aap is ki price hum de rahe hain aaj ke aur un ko aur taraf aur taaqat mil gayi.</w:t>
      </w:r>
    </w:p>
    <w:p>
      <w:pPr>
        <w:jc w:val="right"/>
      </w:pPr>
      <w:r>
        <w:t>آپ اس کی پرائس ہم دے رہے ہیں آج کہ اور ان کو اور طرف اور طاقت مل گئی۔</w:t>
      </w:r>
    </w:p>
    <w:p>
      <w:r>
        <w:rPr>
          <w:b/>
        </w:rPr>
        <w:t xml:space="preserve">[1:09:11] </w:t>
      </w:r>
      <w:r>
        <w:t>to wahi karna chahiye tha jo America mein logon ne kiya, black Muslims ke maamle mein. woh yahan bhi karna chahiye tha.</w:t>
      </w:r>
    </w:p>
    <w:p>
      <w:pPr>
        <w:jc w:val="right"/>
      </w:pPr>
      <w:r>
        <w:t>تو وہی کرنا چاہیے تھا جو امریکہ میں لوگوں نے کیا، بلیک مسلمز کے معاملے میں۔ وہ یہاں بھی کرنا چاہیے تھا۔</w:t>
      </w:r>
    </w:p>
    <w:p>
      <w:r>
        <w:rPr>
          <w:b/>
        </w:rPr>
        <w:t xml:space="preserve">[1:09:19] </w:t>
      </w:r>
      <w:r>
        <w:t>to kuch bhi na hota, aaj woh ministry mein daakhil hote. woh This question is from Maulana Zikwan Does the reasoning given by Qadianis for the need of a new Nabi in today's situation valid,</w:t>
      </w:r>
    </w:p>
    <w:p>
      <w:pPr>
        <w:jc w:val="right"/>
      </w:pPr>
      <w:r>
        <w:t>تو کچھ بھی نہ ہوتا، آج وہ مینسٹری میں داخل ہوتے۔ وہ This question is from مولانا زکوان Does the reasoning given by Qadianis for the need of a new Nabi in today's situation valid,</w:t>
      </w:r>
    </w:p>
    <w:p>
      <w:r>
        <w:rPr>
          <w:b/>
        </w:rPr>
        <w:t xml:space="preserve">[1:09:36] </w:t>
      </w:r>
      <w:r>
        <w:t>or the religion revealed by God upon Prophet Muhammad holds true for times to come? Please give your views on it.</w:t>
      </w:r>
    </w:p>
    <w:p>
      <w:pPr>
        <w:jc w:val="right"/>
      </w:pPr>
      <w:r>
        <w:t>or the religion revealed by God upon Prophet Muhammad holds true for times to come? Please give your views on it.</w:t>
      </w:r>
    </w:p>
    <w:p>
      <w:r>
        <w:rPr>
          <w:b/>
        </w:rPr>
        <w:t xml:space="preserve">[1:09:45] </w:t>
      </w:r>
      <w:r>
        <w:t>haan, dekhiye, is baat ko samjhiye. aap bohat hi aham yeh sawal hai. dekhiye, haalaat ke badalne se naya nabi ki zaroorat nahi hua karti.</w:t>
      </w:r>
    </w:p>
    <w:p>
      <w:pPr>
        <w:jc w:val="right"/>
      </w:pPr>
      <w:r>
        <w:t>ہاں، دیکھیے، اس بات کو سمجھیے۔ آپ بہت ہی اہم یہ سوال ہے۔ دیکھیے، حالات کے بدلنے سے نیا نبی کی ضرورت نہیں ہوا کرتی۔</w:t>
      </w:r>
    </w:p>
    <w:p>
      <w:r>
        <w:rPr>
          <w:b/>
        </w:rPr>
        <w:t xml:space="preserve">[1:09:56] </w:t>
      </w:r>
      <w:r>
        <w:t>yeh ek haqeeqat hai ke haalaat badal gaye hain. yaani woh tha traditional age, ab hai scientific age. woh tha pre civilization age, ab hai post civilization age.</w:t>
      </w:r>
    </w:p>
    <w:p>
      <w:pPr>
        <w:jc w:val="right"/>
      </w:pPr>
      <w:r>
        <w:t>یہ ایک حقیقت ہے کہ حالات بدل گئے ہیں۔ یعنی وہ تھا ٹریڈیشنل ایج، اب ہے سائنٹیفک ایج۔ وہ تھا پری سیولائزیشن ایج، اب ہے پوسٹ سیولائزیشن ایج۔</w:t>
      </w:r>
    </w:p>
    <w:p>
      <w:r>
        <w:rPr>
          <w:b/>
        </w:rPr>
        <w:t xml:space="preserve">[1:10:09] </w:t>
      </w:r>
      <w:r>
        <w:t>ek khuli hui baat hai,</w:t>
      </w:r>
    </w:p>
    <w:p>
      <w:pPr>
        <w:jc w:val="right"/>
      </w:pPr>
      <w:r>
        <w:t>ایک کھلی ہوئی بات ہے،</w:t>
      </w:r>
    </w:p>
    <w:p>
      <w:r>
        <w:rPr>
          <w:b/>
        </w:rPr>
        <w:t xml:space="preserve">[1:10:12] </w:t>
      </w:r>
      <w:r>
        <w:t>lekin haalaat ke badalne se nayi nabuwat ki zaroorat nahi hua karti. ijtihad ki zaroorat hoti hai. yaad rakhiye, naye haalaat mein humein jo karna tha, woh ijtihad.</w:t>
      </w:r>
    </w:p>
    <w:p>
      <w:pPr>
        <w:jc w:val="right"/>
      </w:pPr>
      <w:r>
        <w:t>لیکن حالات کے بدلنے سے نئی نبوت کی ضرورت نہیں ہوا کرتی۔ اجتہاد کی ضرورت ہوتی ہے۔ یاد رکھیے، نئے حالات میں ہمیں جو کرنا تھا، وہ اجتہاد۔</w:t>
      </w:r>
    </w:p>
    <w:p>
      <w:r>
        <w:rPr>
          <w:b/>
        </w:rPr>
        <w:t xml:space="preserve">[1:10:23] </w:t>
      </w:r>
      <w:r>
        <w:t>aisa nahi ke naye nabi paida karein. hum nabi kis liye aata hai? nabi aata hai bunyadi basic jo principles hain, woh dene ke liye, detail dene ke liye.</w:t>
      </w:r>
    </w:p>
    <w:p>
      <w:pPr>
        <w:jc w:val="right"/>
      </w:pPr>
      <w:r>
        <w:t>ایسا نہیں کہ نئے نبی پیدا کریں۔ ہم نبی کس لیے آتا ہے؟ نبی آتا ہے بنیادی بیسک جو پرنسپلز ہیں، وہ دینے کے لیے، ڈیٹیل دینے کے لیے۔</w:t>
      </w:r>
    </w:p>
    <w:p>
      <w:r>
        <w:rPr>
          <w:b/>
        </w:rPr>
        <w:t xml:space="preserve">[1:10:36] </w:t>
      </w:r>
      <w:r>
        <w:t>nabi nahi aata hai. nabi ke apne zamane mein bhi ijtihad ka amal shuru ho jata hai. mashhoor waqea aap jaante hain ke Rasool Allah Sal Allahu Alaihi Wasallam ne kuch Sahaba ko bheja Banu Quraiza ke basti ki taraf,</w:t>
      </w:r>
    </w:p>
    <w:p>
      <w:pPr>
        <w:jc w:val="right"/>
      </w:pPr>
      <w:r>
        <w:t>نبی نہیں آتا ہے۔ نبی کے اپنے زمانے میں بھی اجتہاد کا عمل شروع ہو جاتا ہے۔ مشہور واقعہ آپ جانتے ہیں کہ رسول اللہ صلی اللہ علیہ وسلم نے کچھ صحابہ کو بھیجا بنو قریضہ کے بستی کی طرف،</w:t>
      </w:r>
    </w:p>
    <w:p>
      <w:r>
        <w:rPr>
          <w:b/>
        </w:rPr>
        <w:t xml:space="preserve">[1:10:53] </w:t>
      </w:r>
      <w:r>
        <w:t>aur aap ne farmaya jaate hue, yaani Madine se gaye the,</w:t>
      </w:r>
    </w:p>
    <w:p>
      <w:pPr>
        <w:jc w:val="right"/>
      </w:pPr>
      <w:r>
        <w:t>اور آپ نے فرمایا جاتے ہوئے، یعنی مدینے سے گئے تھے،</w:t>
      </w:r>
    </w:p>
    <w:p>
      <w:r>
        <w:rPr>
          <w:b/>
        </w:rPr>
        <w:t xml:space="preserve">[1:10:56] </w:t>
      </w:r>
      <w:r>
        <w:t>wo log ke la yusalli ahadukumul asr illa fi Banu Quraiza ke Banu Quraiza ke pahunch jao un ki basti mein, tab namaz parhna Asr ki.</w:t>
      </w:r>
    </w:p>
    <w:p>
      <w:pPr>
        <w:jc w:val="right"/>
      </w:pPr>
      <w:r>
        <w:t>وہ لوگ کہ لا یصل احدکم العصر الا فی بنی قریضہ کہ بنو قریضہ کے پہنچ جاؤ ان کی بستی میں، تب نماز پڑھنا عصر کی۔</w:t>
      </w:r>
    </w:p>
    <w:p>
      <w:r>
        <w:rPr>
          <w:b/>
        </w:rPr>
        <w:t xml:space="preserve">[1:11:11] </w:t>
      </w:r>
      <w:r>
        <w:t>to khullam khulla aap ne aap ne un ko hukum diya tha, taakeed ke saath. zaahir hai, Sal Allahu Alaihi Wasallam ne lene ka matlab bohat taakeedi kaha. aap ne</w:t>
      </w:r>
    </w:p>
    <w:p>
      <w:pPr>
        <w:jc w:val="right"/>
      </w:pPr>
      <w:r>
        <w:t>تو کھلم کھلا آپ نے آپ نے ان کو حکم دیا تھا، تاکید کے ساتھ۔ ظاہر ہے، صلی اللہ علیہ وسلم نے لینے کا مطلب بہت تاکیدی کہا۔ آپ نے</w:t>
      </w:r>
    </w:p>
    <w:p>
      <w:r>
        <w:rPr>
          <w:b/>
        </w:rPr>
        <w:t xml:space="preserve">[1:11:21] </w:t>
      </w:r>
      <w:r>
        <w:t>to kya hua? jab Sahaba wahan qareeb pahunche to suraj doobne laga. to kuch logon ne kaha tha ke aap ne farmaya hai ke namaz Asr ke mat raaste mein parhna, wahan pahunch kar parhna.</w:t>
      </w:r>
    </w:p>
    <w:p>
      <w:pPr>
        <w:jc w:val="right"/>
      </w:pPr>
      <w:r>
        <w:t>تو کیا ہوا؟ جب صحابہ وہاں قریب پہنچے تو سورہ ڈوبنے لگا۔ تو کچھ لوگوں نے کہا تھا کہ آپ نے فرمایا ہے کہ نماز عصر کے مت راستے میں پڑھنا، وہاں پہنچ کر پڑھنا۔</w:t>
      </w:r>
    </w:p>
    <w:p>
      <w:r>
        <w:rPr>
          <w:b/>
        </w:rPr>
        <w:t xml:space="preserve">[1:11:32] </w:t>
      </w:r>
      <w:r>
        <w:t>to kuch Sahaba ne ijtihad kiya, ya yeh yeh yeh bhi Sahaba ke zamane ka ijtihad hai, yeh Rasool Allah ke zamane ka ijtihad hai. yeh</w:t>
      </w:r>
    </w:p>
    <w:p>
      <w:pPr>
        <w:jc w:val="right"/>
      </w:pPr>
      <w:r>
        <w:t>تو کچھ صحابہ نے اجتہاد کیا، یا یہ یہ یہ بھی صحابہ کے زمانے کا اجتہاد ہے، یہ رسول اللہ کے زمانے کا اجتہاد ہے۔ یہ</w:t>
      </w:r>
    </w:p>
    <w:p>
      <w:r>
        <w:rPr>
          <w:b/>
        </w:rPr>
        <w:t xml:space="preserve">[1:11:42] </w:t>
      </w:r>
      <w:r>
        <w:t>unhone kaha, unhone kuch logon ne literal taur par liya aur kaha ke nahi, hum wahin ja ke parhenge. kuch logon ne liya ke ke aap ne ta'jeel fis sayr muraad thi, aap ki jaldi karo, tez tez jao.</w:t>
      </w:r>
    </w:p>
    <w:p>
      <w:pPr>
        <w:jc w:val="right"/>
      </w:pPr>
      <w:r>
        <w:t>انہوں نے کہا، انہوں نے کچھ لوگوں نے لٹرل طور پر لیا اور کہا کہ نہیں، ہم وہیں جا کے پڑھیں گے۔ کچھ لوگوں نے لیا کہ کہ آپ نے تعجیل فی السیر مراد تھی، آپ کی جلدی کرو، تیز تیز جاؤ۔</w:t>
      </w:r>
    </w:p>
    <w:p>
      <w:r>
        <w:rPr>
          <w:b/>
        </w:rPr>
        <w:t xml:space="preserve">[1:11:59] </w:t>
      </w:r>
      <w:r>
        <w:t>ta'jeel fis sayr, tezi se jao. is ke liye aap ne ek andaaz tha, woh kehne ka aap ka to ijtihad tha. yeh to ijtihad to Rasool Allah ke zamane mein shuru ho gaya.</w:t>
      </w:r>
    </w:p>
    <w:p>
      <w:pPr>
        <w:jc w:val="right"/>
      </w:pPr>
      <w:r>
        <w:t>تعجیل فی السیر، تیزی سے جاؤ۔ اس کے لیے آپ نے ایک انداز تھا، وہ کہنے کا آپ کا تو اجتہاد تھا۔ یہ تو اجتہاد تو رسول اللہ کے زمانے میں شروع ہو گیا۔</w:t>
      </w:r>
    </w:p>
    <w:p>
      <w:r>
        <w:rPr>
          <w:b/>
        </w:rPr>
        <w:t xml:space="preserve">[1:12:12] </w:t>
      </w:r>
      <w:r>
        <w:t>ijtihad kaise khatam ho sakta hai? logon ne nadani doosri ek ek ijtihad darwaze hi band kar diya. ijtihad ek aisa amal hai jo zindagi ke saath juda hua ho, hamesha ke liye.</w:t>
      </w:r>
    </w:p>
    <w:p>
      <w:pPr>
        <w:jc w:val="right"/>
      </w:pPr>
      <w:r>
        <w:t>اجتہاد کیسے ختم ہو سکتا ہے؟ لوگوں نے نادانی دوسری ایک ایک اجتہاد دروازے ہی بند کر دیا۔ اجتہاد ایک ایسا عمل ہے جو زندگی کے ساتھ جڑا ہوا ہو، ہمیشہ کے لیے۔</w:t>
      </w:r>
    </w:p>
    <w:p>
      <w:r>
        <w:rPr>
          <w:b/>
        </w:rPr>
        <w:t xml:space="preserve">[1:12:25] </w:t>
      </w:r>
      <w:r>
        <w:t>to ab ijtihad darwaza band kiya to phir naya nabi paida ho gaya. aur jab ijtihad darwaza band karenge, aap to yahi hoga. to behal, main yeh kahunga ke haalaat ke badalne se kisi naye nabi ki zaroorat nahi hoti hai,</w:t>
      </w:r>
    </w:p>
    <w:p>
      <w:pPr>
        <w:jc w:val="right"/>
      </w:pPr>
      <w:r>
        <w:t>تو اب اجتہاد دروازہ بند کیا تو پھر نیا نبی پیدا ہو گیا۔ اور جب اجتہاد دروازہ بند کریں گے، آپ تو یہی ہوگا۔ تو بہرحال، میں یہ کہوں گا کہ حالات کے بدلنے سے کسی نئے نبی کی ضرورت نہیں ہوتی ہے،</w:t>
      </w:r>
    </w:p>
    <w:p>
      <w:r>
        <w:rPr>
          <w:b/>
        </w:rPr>
        <w:t xml:space="preserve">[1:12:40] </w:t>
      </w:r>
      <w:r>
        <w:t>sirf naye ijtihad ki zaroorat hoti hai.</w:t>
      </w:r>
    </w:p>
    <w:p>
      <w:pPr>
        <w:jc w:val="right"/>
      </w:pPr>
      <w:r>
        <w:t>صرف نئے اجتہاد کی ضرورت ہوتی ہے۔</w:t>
      </w:r>
    </w:p>
    <w:p>
      <w:r>
        <w:rPr>
          <w:b/>
        </w:rPr>
        <w:t xml:space="preserve">[1:12:42] </w:t>
      </w:r>
      <w:r>
        <w:t>aur ijtihad ek aisa kaam hai jo hamesha chalta rahega, hamesha. to aaj yeh zaroorat hai humein ek ek ijtihad ki, ek aisa ek ek aisa insaan jo jaane achhe tareeqe se aaj ke haalaat ko, Islam dono ko jaane, qadeem jadeed dono ko jaane, aur aaj ke lihaaz se rehnumai de.</w:t>
      </w:r>
    </w:p>
    <w:p>
      <w:pPr>
        <w:jc w:val="right"/>
      </w:pPr>
      <w:r>
        <w:t>اور اجتہاد ایک ایسا کام ہے جو ہمیشہ چلتا رہے گا، ہمیشہ۔ تو آج یہ ضرورت ہے ہمیں ایک ایک اجتہاد کی، ایک ایسا ایک ایک ایسا انسان جو جانے اچھے طریقے سے آج کے حالات کو، اسلام دونوں کو جانے، قدیم جدید دونوں کو جانے، اور آج کے لحاظ سے رہنمائی دے۔</w:t>
      </w:r>
    </w:p>
    <w:p>
      <w:r>
        <w:rPr>
          <w:b/>
        </w:rPr>
        <w:t xml:space="preserve">[1:13:02] </w:t>
      </w:r>
      <w:r>
        <w:t>nabi ki zaroorat nahi hai hum ko, ek mujtahidana qism ke aalim ki zaroorat hai, bas aur kuch nahi.</w:t>
      </w:r>
    </w:p>
    <w:p>
      <w:pPr>
        <w:jc w:val="right"/>
      </w:pPr>
      <w:r>
        <w:t>نبی کی ضرورت نہیں ہے ہم کو، ایک مجتہدانہ قسم کے عالم کی ضرورت ہے، بس اور کچھ نہیں۔</w:t>
      </w:r>
    </w:p>
    <w:p>
      <w:r>
        <w:rPr>
          <w:b/>
        </w:rPr>
        <w:t xml:space="preserve">[1:13:10] </w:t>
      </w:r>
      <w:r>
        <w:t>badqismati se hamare ulama har maamle mein nadani karte hain, aur phir is ki price poori ummat ko bhugtani padti hai. ijtihad darwaza band kiya to un ka phir to nabi aana zaroori hai.</w:t>
      </w:r>
    </w:p>
    <w:p>
      <w:pPr>
        <w:jc w:val="right"/>
      </w:pPr>
      <w:r>
        <w:t>بدقسمتی سے ہمارے علماء ہر معاملے میں نادانی کرتے ہیں، اور پھر اس کی پرائس پوری ملت کو بھگتنی پڑتی ہے۔ اجتہاد دروازہ بند کیا تو ان کا پھر تو نبی آنا ضروری ہے۔</w:t>
      </w:r>
    </w:p>
    <w:p>
      <w:r>
        <w:rPr>
          <w:b/>
        </w:rPr>
        <w:t xml:space="preserve">[1:13:22] </w:t>
      </w:r>
      <w:r>
        <w:t>kon hamein rehnumai de?</w:t>
      </w:r>
    </w:p>
    <w:p>
      <w:pPr>
        <w:jc w:val="right"/>
      </w:pPr>
      <w:r>
        <w:t>کون ہمیں رہنمائی دے؟</w:t>
      </w:r>
    </w:p>
    <w:p>
      <w:r>
        <w:rPr>
          <w:b/>
        </w:rPr>
        <w:t xml:space="preserve">[1:13:27] </w:t>
      </w:r>
      <w:r>
        <w:t>to nabi bilashuba is yani jab deen deen deen jab mehfooz ho gaya to naye nabi ki zaroorat khatam ho gayi.</w:t>
      </w:r>
    </w:p>
    <w:p>
      <w:pPr>
        <w:jc w:val="right"/>
      </w:pPr>
      <w:r>
        <w:t>تو نبی بلاشبہ اس یعنی جب دین دین دین جب محفوظ ہو گیا تو نئے نبی کی ضرورت ختم ہوگئی۔</w:t>
      </w:r>
    </w:p>
    <w:p>
      <w:r>
        <w:rPr>
          <w:b/>
        </w:rPr>
        <w:t xml:space="preserve">[1:13:38] </w:t>
      </w:r>
      <w:r>
        <w:t>ab jo zaroorat hai woh ijtihad ki, aur ijtihad ek aisa amal hai jo hamesha hi rehta hai. Rasool Allah ke zamane mein bhi tha, aur aaj bhi rahega. Woh iski ijtihad darwaza kaise band ho sakta hai?</w:t>
      </w:r>
    </w:p>
    <w:p>
      <w:pPr>
        <w:jc w:val="right"/>
      </w:pPr>
      <w:r>
        <w:t>اب جو ضرورت ہے وہ اجتہاد کی، اور اجتہاد ایک ایسا عمل ہے جو ہمیشہ ہی رہتا ہے۔ رسول اللہ کے زمانے میں بھی تھا، اور آج بھی رہے گا۔ وہ اس کی اجتہاد دروازہ کیسے بند ہو سکتا ہے؟</w:t>
      </w:r>
    </w:p>
    <w:p>
      <w:r>
        <w:rPr>
          <w:b/>
        </w:rPr>
        <w:t xml:space="preserve">[1:13:47] </w:t>
      </w:r>
      <w:r>
        <w:t>woh</w:t>
      </w:r>
    </w:p>
    <w:p>
      <w:pPr>
        <w:jc w:val="right"/>
      </w:pPr>
      <w:r>
        <w:t>وہ</w:t>
      </w:r>
    </w:p>
    <w:p>
      <w:r>
        <w:rPr>
          <w:b/>
        </w:rPr>
        <w:t xml:space="preserve">[1:13:50] </w:t>
      </w:r>
      <w:r>
        <w:t>misal ke taur par dekhiye, maujooda zamane mein secular aur democracy aayi, saare ulma iske khilaf ho gaye. Secular ka tarjuma kya tha?</w:t>
      </w:r>
    </w:p>
    <w:p>
      <w:pPr>
        <w:jc w:val="right"/>
      </w:pPr>
      <w:r>
        <w:t>مثال کے طور پر دیکھیے، موجودہ زمانے میں سیکولرز اور ڈیموکریسی آئی، سارے علماء اس کے خلاف ہو گئے۔ سیکولرز کا ترجمہ کیا تھا؟</w:t>
      </w:r>
    </w:p>
    <w:p>
      <w:r>
        <w:rPr>
          <w:b/>
        </w:rPr>
        <w:t xml:space="preserve">[1:13:58] </w:t>
      </w:r>
      <w:r>
        <w:t>ladeeniyat. Galat tarjuma hai yeh. Secular ka tarjuma ladeeniyat bilkul absurd tarjuma hai yeh. To</w:t>
      </w:r>
    </w:p>
    <w:p>
      <w:pPr>
        <w:jc w:val="right"/>
      </w:pPr>
      <w:r>
        <w:t>لادینیت۔ غلط ترجمہ ہے یہ۔ سیکولرز کا ترجمہ لادینیت بالکل ایبسرٹ ترجمہ ہے یہ۔ تو</w:t>
      </w:r>
    </w:p>
    <w:p>
      <w:r>
        <w:rPr>
          <w:b/>
        </w:rPr>
        <w:t xml:space="preserve">[1:14:09] </w:t>
      </w:r>
      <w:r>
        <w:t>ulma ne kaha ke secular ladeeniyat hai, Islam ke khilaf hai. Democracy bhi ladeeniyat hai, is liye ke woh awam ko haq de diya gaya is mein.</w:t>
      </w:r>
    </w:p>
    <w:p>
      <w:pPr>
        <w:jc w:val="right"/>
      </w:pPr>
      <w:r>
        <w:t>علماء نے کہا کہ سیکولر لادینیت ہے، اسلام کے خلاف ہے۔ ڈیموکریسی بھی لادینیت ہے، اس لیے کہ وہ عوام کو حق دے دیا گیا اس میں۔</w:t>
      </w:r>
    </w:p>
    <w:p>
      <w:r>
        <w:rPr>
          <w:b/>
        </w:rPr>
        <w:t xml:space="preserve">[1:14:19] </w:t>
      </w:r>
      <w:r>
        <w:t>yani ijtihad agar karte to dono Islam ke mutabiq tha. Secular bhi, jamhooriyat bhi.</w:t>
      </w:r>
    </w:p>
    <w:p>
      <w:pPr>
        <w:jc w:val="right"/>
      </w:pPr>
      <w:r>
        <w:t>یعنی اجتہاد اگر کرتے تو دونوں اسلام کے مطابق تھا۔ سیکولرز بھی، جمہوریت بھی۔</w:t>
      </w:r>
    </w:p>
    <w:p>
      <w:r>
        <w:rPr>
          <w:b/>
        </w:rPr>
        <w:t xml:space="preserve">[1:14:26] </w:t>
      </w:r>
      <w:r>
        <w:t>ijtihad na karne ki wajah se bilkul intehai yani yani bohat hi yani unwise tha logon ka yeh yeh sab kahani manna ke secular jo ladeeniyat hai, jamhooriyat jo Islam ke khilaf hai,</w:t>
      </w:r>
    </w:p>
    <w:p>
      <w:pPr>
        <w:jc w:val="right"/>
      </w:pPr>
      <w:r>
        <w:t>اجتہاد نہ کرنے کی وجہ سے بالکل انتہائی یعنی یعنی بہت ہی یعنی انوائز تھا لوگوں کا یہ یہ سب کہانی ماننا کہ سیکولرز جو لادینیت ہے، جمہوریت جو اسلام کے خلاف ہے،</w:t>
      </w:r>
    </w:p>
    <w:p>
      <w:r>
        <w:rPr>
          <w:b/>
        </w:rPr>
        <w:t xml:space="preserve">[1:14:41] </w:t>
      </w:r>
      <w:r>
        <w:t>aur phir jhanda le ke khare ho ke ke hamein alag mulk do, hum hamein alag mulk chahiye taake hum wahan ek Islami hukumat qaim kar saken. Aur aaj tak 60 baras bhi Islam ko hukumat nahi bani wahan.</w:t>
      </w:r>
    </w:p>
    <w:p>
      <w:pPr>
        <w:jc w:val="right"/>
      </w:pPr>
      <w:r>
        <w:t>اور پھر جھنڈا لے کے کھڑے ہو کے کہ ہمیں الگ ملک دو، ہم ہمیں الگ ملک چاہیے تاکہ ہم وہاں ایک اسلامی حکومت قائم کر سکیں۔ اور آج تک 60 برس بھی اسلام کو حکومت نہیں بنی وہاں۔</w:t>
      </w:r>
    </w:p>
    <w:p>
      <w:r>
        <w:rPr>
          <w:b/>
        </w:rPr>
        <w:t xml:space="preserve">[1:14:52] </w:t>
      </w:r>
      <w:r>
        <w:t>yeh sara mere nazdeek ulma hi ki wajah se sab mamle bigra hai. Sahab, aap kyunke woh jante nahi aaj ke halaat ko. Hamare ulma mein ek bhi mere ilm mein nahi hai, ek ek ek bhi alam nahi hai jo aaj ke halaat ko jaane.</w:t>
      </w:r>
    </w:p>
    <w:p>
      <w:pPr>
        <w:jc w:val="right"/>
      </w:pPr>
      <w:r>
        <w:t>یہ سارا میرے نزدیک علماء ہی کی وجہ سے سب معاملے بگڑا ہے۔ صاحب، آپ کیونکہ وہ جانتے نہیں آج کے حالات کو۔ ہمارے علماء میں ایک بھی میرے علم میں نہیں ہے، ایک ایک ایک بھی عالم نہیں ہے جو آج کے حالات کو جانے۔</w:t>
      </w:r>
    </w:p>
    <w:p>
      <w:r>
        <w:rPr>
          <w:b/>
        </w:rPr>
        <w:t xml:space="preserve">[1:15:10] </w:t>
      </w:r>
      <w:r>
        <w:t>ek halaat ko jaane. Nadwa ke ek sahab aaye the mere paas, wahan ke alam. Is pe baat hui to unhone kaha ke nahi, yeh hai ke kaise aap kehte hain?</w:t>
      </w:r>
    </w:p>
    <w:p>
      <w:pPr>
        <w:jc w:val="right"/>
      </w:pPr>
      <w:r>
        <w:t>ایک حالات کو جانے۔ ندوہ کے ایک صاحب آئے تھے میرے پاس، وہاں کے عالم۔ اس پہ بات ہوئی تو انہوں نے کہا کہ نہیں، یہ ہے کہ کیسے آپ کہتے ہیں؟</w:t>
      </w:r>
    </w:p>
    <w:p>
      <w:r>
        <w:rPr>
          <w:b/>
        </w:rPr>
        <w:t xml:space="preserve">[1:15:19] </w:t>
      </w:r>
      <w:r>
        <w:t>maine kaha ji theek hai, naam bata dijiye.</w:t>
      </w:r>
    </w:p>
    <w:p>
      <w:pPr>
        <w:jc w:val="right"/>
      </w:pPr>
      <w:r>
        <w:t>میں نے کہا جی ٹھیک ہے، نام بتا دیجیے۔</w:t>
      </w:r>
    </w:p>
    <w:p>
      <w:r>
        <w:rPr>
          <w:b/>
        </w:rPr>
        <w:t xml:space="preserve">[1:15:22] </w:t>
      </w:r>
      <w:r>
        <w:t>to naam nahi bata sake. Mere sath jayen ghar, aap jayen wapas Lucknow, wahan naam bhej dijiye. Kon aap ke nazdeek woh hai insan jo aaj ko bharpoor taur par janta hai?</w:t>
      </w:r>
    </w:p>
    <w:p>
      <w:pPr>
        <w:jc w:val="right"/>
      </w:pPr>
      <w:r>
        <w:t>تو نام نہیں بتا سکے۔ میرے ساتھ جائیں گھر، آپ جائیں واپس لکھنو، وہاں نام بھیج دیجیے۔ کون آپ کے نزدیک وہ ہے انسان جو آج کو بھرپور طور پر جانتا ہے؟</w:t>
      </w:r>
    </w:p>
    <w:p>
      <w:r>
        <w:rPr>
          <w:b/>
        </w:rPr>
        <w:t xml:space="preserve">[1:15:32] </w:t>
      </w:r>
      <w:r>
        <w:t>yani ek taraf woh Islam ko janta hai, sath sath aaj ko bhi janta hai, asr-e-jadeed ko janta hai. Aaj tak unhone naam nahi bheja. To galti yahan hai ke hamare ulma asr-e-jadeed se waqif nahi hain, galat fatwe dete hain.</w:t>
      </w:r>
    </w:p>
    <w:p>
      <w:pPr>
        <w:jc w:val="right"/>
      </w:pPr>
      <w:r>
        <w:t>یعنی ایک طرف وہ اسلام کو جانتا ہے، ساتھ ساتھ آج کو بھی جانتا ہے، عصر جدید کو جانتا ہے۔ آج تک انہوں نے نام نہیں بھیجا۔ تو غلطی یہاں ہے کہ ہمارے علماء عصر جدید سے واقف نہیں ہیں، غلط فتوے دیتے ہیں۔</w:t>
      </w:r>
    </w:p>
    <w:p>
      <w:r>
        <w:rPr>
          <w:b/>
        </w:rPr>
        <w:t xml:space="preserve">[1:15:48] </w:t>
      </w:r>
      <w:r>
        <w:t>jabke hadees mein aata hai ke in yakun basiran biz-zaman aap ko zamane apne zamane ke halaat se waqif hona chahiye.</w:t>
      </w:r>
    </w:p>
    <w:p>
      <w:pPr>
        <w:jc w:val="right"/>
      </w:pPr>
      <w:r>
        <w:t>جبکہ حدیث میں آتا ہے کہ ان یکون بصیرا بزمان آپ کو زمانے اپنے زمانے کے حالات سے واقف ہونا چاہیے۔</w:t>
      </w:r>
    </w:p>
    <w:p>
      <w:r>
        <w:rPr>
          <w:b/>
        </w:rPr>
        <w:t xml:space="preserve">[1:15:59] </w:t>
      </w:r>
      <w:r>
        <w:t>to sare ulma mein ek bhi insan mujhe nazar nahi aata pure mulk duniya mein jo aaj ke halaat se waqif ho. Is se aisi galat qism ke fatwe chalte hain, galat qism ke bashri chalte hain.</w:t>
      </w:r>
    </w:p>
    <w:p>
      <w:pPr>
        <w:jc w:val="right"/>
      </w:pPr>
      <w:r>
        <w:t>تو سارے علماء میں ایک بھی انسان مجھے نظر نہیں آتا پورے ملک دنیا میں جو آج کے حالات سے واقف ہو۔ اس سے ایسی غلط قسم کے فتوے چلتے ہیں، غلط قسم کے بشری چلتے ہیں۔</w:t>
      </w:r>
    </w:p>
    <w:p>
      <w:r>
        <w:rPr>
          <w:b/>
        </w:rPr>
        <w:t xml:space="preserve">[1:16:09] </w:t>
      </w:r>
      <w:r>
        <w:t>galat qism ki tehreeken uthi hain, badi badi tehreeken uthi hain, bilkul galat qism ki. Is se poori millat ko nuksan pahuncha hai.</w:t>
      </w:r>
    </w:p>
    <w:p>
      <w:pPr>
        <w:jc w:val="right"/>
      </w:pPr>
      <w:r>
        <w:t>غلط قسم کی تحریکیں اٹھی ہیں، بڑی بڑی تحریکیں اٹھی ہیں، بالکل غلط قسم کی۔ اس سے پوری ملت کو نقصان پہنچا ہے۔</w:t>
      </w:r>
    </w:p>
    <w:p>
      <w:r>
        <w:rPr>
          <w:b/>
        </w:rPr>
        <w:t xml:space="preserve">[1:16:16] </w:t>
      </w:r>
      <w:r>
        <w:t>yeh sab ho raha hai. To sab se pehla yeh kaam hai ke aap maniye is baat ko ke hum galti par thay. We were wrong. Tabhi aap ko naya is naya tab aaghaz milega, starting point milega.</w:t>
      </w:r>
    </w:p>
    <w:p>
      <w:pPr>
        <w:jc w:val="right"/>
      </w:pPr>
      <w:r>
        <w:t>یہ سب ہو رہا ہے۔ تو سب سے پہلا یہ کام ہے کہ آپ مانیے اس بات کو کہ ہم غلطی پر تھے۔ وی ویر رونگ۔ تبھی آپ کو نیا اس نیا تب آغاز ملے گا، اسٹارٹنگ پوائنٹ ملے گا۔</w:t>
      </w:r>
    </w:p>
    <w:p>
      <w:r>
        <w:rPr>
          <w:b/>
        </w:rPr>
        <w:t xml:space="preserve">[1:16:29] </w:t>
      </w:r>
      <w:r>
        <w:t>warna blind valley mein bhatakte bhatakte rahenge aur koi end nahi aayega aap ka. This question is from Mr Ghulam Nabi Ganai from Kashmir</w:t>
      </w:r>
    </w:p>
    <w:p>
      <w:pPr>
        <w:jc w:val="right"/>
      </w:pPr>
      <w:r>
        <w:t>ورنہ بلائنڈ ویلی میں بھٹکتے بھٹکتے رہیں گے اور کوئی اینڈ نہیں آئے گا آپ کا۔ This question is from مسٹر غلام نبی گنائی فرام کشمیر</w:t>
      </w:r>
    </w:p>
    <w:p>
      <w:r>
        <w:rPr>
          <w:b/>
        </w:rPr>
        <w:t xml:space="preserve">[1:16:40] </w:t>
      </w:r>
      <w:r>
        <w:t>. He asks that, "Sir, on one hand there is traditional Islam and on the other the real Islam which you preach.</w:t>
      </w:r>
    </w:p>
    <w:p>
      <w:pPr>
        <w:jc w:val="right"/>
      </w:pPr>
      <w:r>
        <w:t>۔ He asks that, "Sir, on one hand there is traditional Islam and on the other the real Islam which you preach.</w:t>
      </w:r>
    </w:p>
    <w:p>
      <w:r>
        <w:rPr>
          <w:b/>
        </w:rPr>
        <w:t xml:space="preserve">[1:16:49] </w:t>
      </w:r>
      <w:r>
        <w:t>How can people understand this difference?" Yeh traditional Islam koi cheez nahi hai aur na koi naya Islam hai.</w:t>
      </w:r>
    </w:p>
    <w:p>
      <w:pPr>
        <w:jc w:val="right"/>
      </w:pPr>
      <w:r>
        <w:t>How can people understand this difference?" یہ ٹریڈیشنل اسلام کوئی چیز نہیں ہے اور نہ کوئی نیا اسلام ہے۔</w:t>
      </w:r>
    </w:p>
    <w:p>
      <w:r>
        <w:rPr>
          <w:b/>
        </w:rPr>
        <w:t xml:space="preserve">[1:17:02] </w:t>
      </w:r>
      <w:r>
        <w:t>sirf naya yani zaroorat parti hai ke Islam ko re-define kiya jaye, phir se interpret kiya jaye, phir se apply kiya jaye.</w:t>
      </w:r>
    </w:p>
    <w:p>
      <w:pPr>
        <w:jc w:val="right"/>
      </w:pPr>
      <w:r>
        <w:t>صرف نیا یعنی ضرورت پڑتی ہے کہ اسلام کو ری ڈیفائن کیا جائے، پھر سے انٹرپریٹ کیا جائے، پھر سے اپلائی کیا جائے۔</w:t>
      </w:r>
    </w:p>
    <w:p>
      <w:r>
        <w:rPr>
          <w:b/>
        </w:rPr>
        <w:t xml:space="preserve">[1:17:10] </w:t>
      </w:r>
      <w:r>
        <w:t>bas hum jo kar rahe hain woh koi naya Islam nahi pesh kar rahe hain, koi liberal Islam nahi bata rahe hain logon ko. Isi Islam ko hum re-define kar rahe hain, isi Islam ko hum re-interpretation de rahe hain.</w:t>
      </w:r>
    </w:p>
    <w:p>
      <w:pPr>
        <w:jc w:val="right"/>
      </w:pPr>
      <w:r>
        <w:t>بس ہم جو کر رہے ہیں وہ کوئی نیا اسلام نہیں پیش کر رہے ہیں، کوئی لبرل اسلام نہیں بتا رہے ہیں لوگوں کو۔ اسی اسلام کو ہم ری ڈیفائن کر رہے ہیں، اسی اسلام کو ہم ری انٹرپریٹیشن دے رہے ہیں۔</w:t>
      </w:r>
    </w:p>
    <w:p>
      <w:r>
        <w:rPr>
          <w:b/>
        </w:rPr>
        <w:t xml:space="preserve">[1:17:24] </w:t>
      </w:r>
      <w:r>
        <w:t>bas aur kuch nahi kar rahe hain. Ab ab aap ko jo sawal hai ke log kaise janen to bohat hi asan hai.</w:t>
      </w:r>
    </w:p>
    <w:p>
      <w:pPr>
        <w:jc w:val="right"/>
      </w:pPr>
      <w:r>
        <w:t>بس اور کچھ نہیں کر رہے ہیں۔ اب اب آپ کو جو سوال ہے کہ لوگ کیسے جانیں تو بہت ہی آسان ہے۔</w:t>
      </w:r>
    </w:p>
    <w:p>
      <w:r>
        <w:rPr>
          <w:b/>
        </w:rPr>
        <w:t xml:space="preserve">[1:17:31] </w:t>
      </w:r>
      <w:r>
        <w:t>chahay meri baat ho ya kisi aur ki baat ho, in ko janchen aap quran o hadees par. bas aur doosre doosre jo criteria hain, is ko khatam karna paray ga.</w:t>
      </w:r>
    </w:p>
    <w:p>
      <w:pPr>
        <w:jc w:val="right"/>
      </w:pPr>
      <w:r>
        <w:t>چاہے میری بات ہو یا کسی اور کی بات ہو، ان کو جانچیں آپ قرآن و حدیث پر۔ بس اور دوسرے دوسرے جو کرائٹیریا ہیں، اس کو ختم کرنا پڑے گا۔</w:t>
      </w:r>
    </w:p>
    <w:p>
      <w:r>
        <w:rPr>
          <w:b/>
        </w:rPr>
        <w:t xml:space="preserve">[1:17:43] </w:t>
      </w:r>
      <w:r>
        <w:t>mein har baat ke liye reference deta hoon quran ka aur hadees ka. aaj bhi jo baat mein ne kahi, mein ne bukhari ki riwayat naqal ki in in allah la yadha dan al fajr to is ko is is se napiey aap, is reference mein ja kar dekhiye</w:t>
      </w:r>
    </w:p>
    <w:p>
      <w:pPr>
        <w:jc w:val="right"/>
      </w:pPr>
      <w:r>
        <w:t>میں ہر بات کے لیے ریفرنس دیتا ہوں قرآن کا اور حدیث کا۔ آج بھی جو بات میں نے کہی، میں نے بخاری کی روایت نقل کی ان ان اللہ لایدھا دن الفجر تو اس کو اس اس سے ناپیے آپ، اس ریفرنس میں جا کر دیکھیے</w:t>
      </w:r>
    </w:p>
    <w:p>
      <w:r>
        <w:rPr>
          <w:b/>
        </w:rPr>
        <w:t xml:space="preserve">[1:17:59] </w:t>
      </w:r>
      <w:r>
        <w:t>ke mein koi khitabath nahi karta hoon. har baat ko mein quran se aur hadees se reference deta hoon. to aap is ko janchie.</w:t>
      </w:r>
    </w:p>
    <w:p>
      <w:pPr>
        <w:jc w:val="right"/>
      </w:pPr>
      <w:r>
        <w:t>کہ میں کوئی خطابت نہیں کرتا ہوں۔ ہر بات کو میں قرآن سے اور حدیث سے ریفرنس دیتا ہوں۔ تو آپ اس کو جانچیے۔</w:t>
      </w:r>
    </w:p>
    <w:p>
      <w:r>
        <w:rPr>
          <w:b/>
        </w:rPr>
        <w:t xml:space="preserve">[1:18:09] </w:t>
      </w:r>
      <w:r>
        <w:t>aql di hai aap ko allah taala ne kis liye? aql di hai is liye ke aap jaanch kar dekhen.</w:t>
      </w:r>
    </w:p>
    <w:p>
      <w:pPr>
        <w:jc w:val="right"/>
      </w:pPr>
      <w:r>
        <w:t>عقل دی ہے آپ کو اللہ تعالی نے کس لیے؟ عقل دی ہے اس لیے کہ آپ جانچ کر دیکھیں۔</w:t>
      </w:r>
    </w:p>
    <w:p>
      <w:r>
        <w:rPr>
          <w:b/>
        </w:rPr>
        <w:t xml:space="preserve">[1:18:18] </w:t>
      </w:r>
      <w:r>
        <w:t>yeh to karna hi karna paray ga ke apni aql ko istemal karna paray ga, warna marifat kaise barhe gi? intellectual development kaise hoga?</w:t>
      </w:r>
    </w:p>
    <w:p>
      <w:pPr>
        <w:jc w:val="right"/>
      </w:pPr>
      <w:r>
        <w:t>یہ تو کرنا ہی کرنا پڑے گا کہ اپنی عقل کو استعمال کرنا پڑے گا، ورنہ معرفت کیسے بڑھے گی؟ انٹلیکچول ڈیولپمنٹ کیسے ہوگا؟</w:t>
      </w:r>
    </w:p>
    <w:p>
      <w:r>
        <w:rPr>
          <w:b/>
        </w:rPr>
        <w:t xml:space="preserve">[1:18:27] </w:t>
      </w:r>
      <w:r>
        <w:t>to bohat hi seedhi si baat hai ke agar koi bila reference ke bolay to is se kahain quran o hadees ki daleel lao. lao daleel.</w:t>
      </w:r>
    </w:p>
    <w:p>
      <w:pPr>
        <w:jc w:val="right"/>
      </w:pPr>
      <w:r>
        <w:t>تو بہت ہی سیدھی سی بات ہے کہ اگر کوئی بلا ریفرنس کے بولے تو اس سے کہیں قرآن و حدیث کی دلیل لاؤ۔ لاؤ دلیل۔</w:t>
      </w:r>
    </w:p>
    <w:p>
      <w:r>
        <w:rPr>
          <w:b/>
        </w:rPr>
        <w:t xml:space="preserve">[1:18:36] </w:t>
      </w:r>
      <w:r>
        <w:t>agar reference deta hai to is ko ja kar quran o hadees mein dekhiye. reference agar sahi hai to phir is ko maan lijie. baat bilkul simple formula hai ke jo aadmi baghair reference diye hue bolay, is se reference mangie.</w:t>
      </w:r>
    </w:p>
    <w:p>
      <w:pPr>
        <w:jc w:val="right"/>
      </w:pPr>
      <w:r>
        <w:t>اگر ریفرنس دیتا ہے تو اس کو جا کر قرآن و حدیث میں دیکھیے۔ ریفرنس اگر صحیح ہے تو پھر اس کو مان لیجئے۔ بات بالکل سمپل فارمولا ہے کہ جو آدمی بغیر ریفرنس دیے ہوئے بولے، اس سے ریفرنس مانگیے۔</w:t>
      </w:r>
    </w:p>
    <w:p>
      <w:r>
        <w:rPr>
          <w:b/>
        </w:rPr>
        <w:t xml:space="preserve">[1:18:52] </w:t>
      </w:r>
      <w:r>
        <w:t>aur jo reference de kar bolay to is ko quran o hadees mein ja kar janchie. to</w:t>
      </w:r>
    </w:p>
    <w:p>
      <w:pPr>
        <w:jc w:val="right"/>
      </w:pPr>
      <w:r>
        <w:t>اور جو ریفرنس دے کر بولے تو اس کو قرآن و حدیث میں جا کر جانچیے۔ تو</w:t>
      </w:r>
    </w:p>
    <w:p>
      <w:r>
        <w:rPr>
          <w:b/>
        </w:rPr>
        <w:t xml:space="preserve">[1:18:59] </w:t>
      </w:r>
      <w:r>
        <w:t>aap ke dil, aap ke dimagh agar gawahi de ke bhai yeh to sahi baat kar rahe hain, sirf is ko re-apply kar rahe hain. jo hadees hai in in allah la yadha dan al fajr to mein is ko re-apply kar raha hoon.</w:t>
      </w:r>
    </w:p>
    <w:p>
      <w:pPr>
        <w:jc w:val="right"/>
      </w:pPr>
      <w:r>
        <w:t>آپ کے دل، آپ کے دماغ اگر گواہی دے کہ بھئی یہ تو صحیح بات کر رہے ہیں، صرف اس کو ری اپلائی کر رہے ہیں۔ جو حدیث ہے ان اللہ لایدھا دن الفجر تو میں اس کو ری اپلائی کر رہا ہوں۔</w:t>
      </w:r>
    </w:p>
    <w:p>
      <w:r>
        <w:rPr>
          <w:b/>
        </w:rPr>
        <w:t xml:space="preserve">[1:19:11] </w:t>
      </w:r>
      <w:r>
        <w:t>sirf woh to maujood hai bukhari mein. bukhari mein maujood hai woh. yeh sirf re-application hai. to aap is ko janchie.</w:t>
      </w:r>
    </w:p>
    <w:p>
      <w:pPr>
        <w:jc w:val="right"/>
      </w:pPr>
      <w:r>
        <w:t>صرف وہ تو موجود ہے بخاری میں۔ بخاری میں موجود ہے وہ۔ یہ صرف ری ایپلیکیشن ہے۔ تو آپ اس کو جانچیے۔</w:t>
      </w:r>
    </w:p>
    <w:p>
      <w:r>
        <w:rPr>
          <w:b/>
        </w:rPr>
        <w:t xml:space="preserve">[1:19:21] </w:t>
      </w:r>
      <w:r>
        <w:t>agar maloom ho ke aap ke waqai yeh hadees maujood hai to aap maan lijie meri baat ko. Okay,</w:t>
      </w:r>
    </w:p>
    <w:p>
      <w:pPr>
        <w:jc w:val="right"/>
      </w:pPr>
      <w:r>
        <w:t>اگر معلوم ہو کہ آپ کے واقعی یہ حدیث موجود ہے تو آپ مان لیجئے میری بات کو۔ Okay,</w:t>
      </w:r>
    </w:p>
    <w:p>
      <w:r>
        <w:rPr>
          <w:b/>
        </w:rPr>
        <w:t xml:space="preserve">[1:19:29] </w:t>
      </w:r>
      <w:r>
        <w:t>this question is from naghma i have read in one of your books that tatari prince was imposed with islam and he accepted it.</w:t>
      </w:r>
    </w:p>
    <w:p>
      <w:pPr>
        <w:jc w:val="right"/>
      </w:pPr>
      <w:r>
        <w:t>this question is from نغمہ I have read in one of your books that Tatari prince was imposed with Islam and he accepted it.</w:t>
      </w:r>
    </w:p>
    <w:p>
      <w:r>
        <w:rPr>
          <w:b/>
        </w:rPr>
        <w:t xml:space="preserve">[1:19:40] </w:t>
      </w:r>
      <w:r>
        <w:t>was he really impressed by islam or just wanted to avail the opportunity as you have just commented? dekhiye, dono cheezain hoti hain.</w:t>
      </w:r>
    </w:p>
    <w:p>
      <w:pPr>
        <w:jc w:val="right"/>
      </w:pPr>
      <w:r>
        <w:t>Was he really impressed by Islam or just wanted to avail the opportunity as you have just commented? دیکھیے، دونوں چیزیں ہوتی ہیں۔</w:t>
      </w:r>
    </w:p>
    <w:p>
      <w:r>
        <w:rPr>
          <w:b/>
        </w:rPr>
        <w:t xml:space="preserve">[1:19:52] </w:t>
      </w:r>
      <w:r>
        <w:t>bilkul hard aur fast cheez quran insaan ki zindagi mein nahi hua karti.</w:t>
      </w:r>
    </w:p>
    <w:p>
      <w:pPr>
        <w:jc w:val="right"/>
      </w:pPr>
      <w:r>
        <w:t>بالکل ہارڈ اور فاسٹ چیز قرآن انسان کی زندگی میں نہیں ہوا کرتی۔</w:t>
      </w:r>
    </w:p>
    <w:p>
      <w:r>
        <w:rPr>
          <w:b/>
        </w:rPr>
        <w:t xml:space="preserve">[1:19:57] </w:t>
      </w:r>
      <w:r>
        <w:t>wahan ek aam tha tatariyon mein ke musalmanon ko hamare dawat daawa kaise kaam ho, qaim ho. yeh sab ka hota hai. yeh britishs aaye india mein to unhein bhi sawal tha ke aap kaise dawat daawa qaim karen yahan par.</w:t>
      </w:r>
    </w:p>
    <w:p>
      <w:pPr>
        <w:jc w:val="right"/>
      </w:pPr>
      <w:r>
        <w:t>وہاں ایک عام تھا تاتاریوں میں کہ مسلمانوں کو ہمارے دعوت دعویٰ کیسے کام ہو، قائم ہو۔ یہ سب کا ہوتا ہے۔ یہ برٹشز آئے انڈیا میں تو انہیں بھی سوال تھا کہ آپ کیسے دعوت دعویٰ قائم کریں یہاں پر۔</w:t>
      </w:r>
    </w:p>
    <w:p>
      <w:r>
        <w:rPr>
          <w:b/>
        </w:rPr>
        <w:t xml:space="preserve">[1:20:09] </w:t>
      </w:r>
      <w:r>
        <w:t>ek taraf to yeh tha ke un ke andar koi islam mazhab tha hi nahi. yeh kuch bhi un ka mazhab nahi tha. un ka but bhi nahi hua karte thay. un ke jo tatari log thay, woh lamahzib log, qism ke log thay.</w:t>
      </w:r>
    </w:p>
    <w:p>
      <w:pPr>
        <w:jc w:val="right"/>
      </w:pPr>
      <w:r>
        <w:t>ایک طرف تو یہ تھا کہ ان کے اندر کوئی اسلام مذہب تھا ہی نہیں۔ یہ کچھ بھی ان کا مذہب نہیں تھا۔ ان کا بت بھی نہیں ہوا کرتے تھے۔ ان کے جو تاتاری لوگ تھے، وہ لامحذب لوگ، قسم کے لوگ تھے۔</w:t>
      </w:r>
    </w:p>
    <w:p>
      <w:r>
        <w:rPr>
          <w:b/>
        </w:rPr>
        <w:t xml:space="preserve">[1:20:19] </w:t>
      </w:r>
      <w:r>
        <w:t>wahshi thay, paharon mein rehte thay. to ek to yeh ke un ka apna koi khaas mazhab nahi tha.</w:t>
      </w:r>
    </w:p>
    <w:p>
      <w:pPr>
        <w:jc w:val="right"/>
      </w:pPr>
      <w:r>
        <w:t>وحشی تھے، پہاڑوں میں رہتے تھے۔ تو ایک تو یہ کہ ان کا اپنا کوئی خاص مذہب نہیں تھا۔</w:t>
      </w:r>
    </w:p>
    <w:p>
      <w:r>
        <w:rPr>
          <w:b/>
        </w:rPr>
        <w:t xml:space="preserve">[1:20:27] </w:t>
      </w:r>
      <w:r>
        <w:t>is wajah se mazhab mein jarrein un ki koi gari hui nahi theen. aisi doosri taraf yeh political interest dono se mil kar ke woh is situation paida ki ke woh islam mein dakhil ho gaye.</w:t>
      </w:r>
    </w:p>
    <w:p>
      <w:pPr>
        <w:jc w:val="right"/>
      </w:pPr>
      <w:r>
        <w:t>اس وجہ سے مذہب میں جڑیں ان کی کوئی گڑی ہوئی نہیں تھیں۔ ایسی دوسری طرف یہ پولیٹیکل انٹرسٹ دونوں سے مل کر کے وہ اس سچوئیشن پیدا کی کہ وہ اسلام میں داخل ہو گئے۔</w:t>
      </w:r>
    </w:p>
    <w:p>
      <w:r>
        <w:rPr>
          <w:b/>
        </w:rPr>
        <w:t xml:space="preserve">[1:20:39] </w:t>
      </w:r>
      <w:r>
        <w:t>aur phir musalmanon mein un ka dabdaba qaim ho gaya.</w:t>
      </w:r>
    </w:p>
    <w:p>
      <w:pPr>
        <w:jc w:val="right"/>
      </w:pPr>
      <w:r>
        <w:t>اور پھر مسلمانوں میں ان کا دبدبہ قائم ہو گیا۔</w:t>
      </w:r>
    </w:p>
    <w:p>
      <w:r>
        <w:rPr>
          <w:b/>
        </w:rPr>
        <w:t xml:space="preserve">[1:20:46] </w:t>
      </w:r>
      <w:r>
        <w:t>yeh sawal nafees shairaz ka hai. kabhi kabhi log apne faiday ke liye kisi doosre aadmi ka misuse karte hain.</w:t>
      </w:r>
    </w:p>
    <w:p>
      <w:pPr>
        <w:jc w:val="right"/>
      </w:pPr>
      <w:r>
        <w:t>یہ سوال نفیس شیراز کا ہے۔ کبھی کبھی لوگ اپنے فائدے کے لیے کسی دوسرے آدمی کا مس یوز کرتے ہیں۔</w:t>
      </w:r>
    </w:p>
    <w:p>
      <w:r>
        <w:rPr>
          <w:b/>
        </w:rPr>
        <w:t xml:space="preserve">[1:20:55] </w:t>
      </w:r>
      <w:r>
        <w:t>is situation ko avail kar ke bhale hi doosre log faida uthayen, lekin doosra aadmi bhi misuse ho jata hai.</w:t>
      </w:r>
    </w:p>
    <w:p>
      <w:pPr>
        <w:jc w:val="right"/>
      </w:pPr>
      <w:r>
        <w:t>اس سچوئیشن کو اویل کر کے بھلے ہی دوسرے لوگ فائدہ اٹھائیں، لیکن دوسرا آدمی بھی مس یوز ہو جاتا ہے۔</w:t>
      </w:r>
    </w:p>
    <w:p>
      <w:r>
        <w:rPr>
          <w:b/>
        </w:rPr>
        <w:t xml:space="preserve">[1:21:05] </w:t>
      </w:r>
      <w:r>
        <w:t>yeh poochte hain ke kya jo jis aadmi ka misuse kiya ja raha hai, us ko bachana insani farz nahi hai? ab kyunke misaal koi nahi thi, mein samajh sakta ke kya matlab is ka hai.</w:t>
      </w:r>
    </w:p>
    <w:p>
      <w:pPr>
        <w:jc w:val="right"/>
      </w:pPr>
      <w:r>
        <w:t>یہ پوچھتے ہیں کہ کیا جو جس آدمی کا مس یوز کیا جا رہا ہے، اس کو بچانا انسانی فرض نہیں ہے؟ اب کیونکہ مثال کوئی نہیں تھی، میں سمجھ سکتا کہ کیا مطلب اس کا ہے۔</w:t>
      </w:r>
    </w:p>
    <w:p>
      <w:r>
        <w:rPr>
          <w:b/>
        </w:rPr>
        <w:t xml:space="preserve">[1:21:19] </w:t>
      </w:r>
      <w:r>
        <w:t>yeh to ek ek ek ek farzi sawal hai.</w:t>
      </w:r>
    </w:p>
    <w:p>
      <w:pPr>
        <w:jc w:val="right"/>
      </w:pPr>
      <w:r>
        <w:t>یہ تو ایک ایک ایک ایک فرضی سوال ہے۔</w:t>
      </w:r>
    </w:p>
    <w:p>
      <w:r>
        <w:rPr>
          <w:b/>
        </w:rPr>
        <w:t xml:space="preserve">[1:21:23] </w:t>
      </w:r>
      <w:r>
        <w:t>jab tak koi misaal na batayi jaye, mein is ko kuch nahi kar sakta. lekin yeh mein kahoon ga ke dunya naam hai isi baat ka ke har aadmi misuse karna chahe ga, expect karna chahe ga.</w:t>
      </w:r>
    </w:p>
    <w:p>
      <w:pPr>
        <w:jc w:val="right"/>
      </w:pPr>
      <w:r>
        <w:t>جب تک کوئی مثال نہ بتائی جائے، میں اس کو کچھ نہیں کر سکتا۔ لیکن یہ میں کہوں گا کہ دنیا نام ہے اسی بات کا کہ ہر آدمی مس یوز کرنا چاہے گا، ایکسپیکٹ کرنا چاہے گا۔</w:t>
      </w:r>
    </w:p>
    <w:p>
      <w:r>
        <w:rPr>
          <w:b/>
        </w:rPr>
        <w:t xml:space="preserve">[1:21:34] </w:t>
      </w:r>
      <w:r>
        <w:t>yeh shikayati galat hai ke log expect karna chahte hain hum ko, kyunke woh to karen ge expect aap ko. aap ka farz hai ke aap expect na hon.</w:t>
      </w:r>
    </w:p>
    <w:p>
      <w:pPr>
        <w:jc w:val="right"/>
      </w:pPr>
      <w:r>
        <w:t>یہ شکایتی غلط ہے کہ لوگ ایکسپیکٹ کرنا چاہتے ہیں ہم کو، کیونکہ وہ تو کریں گے ایکسپیکٹ آپ کو۔ آپ کا فرض ہے کہ آپ ایکسپیکٹ نہ ہوں۔</w:t>
      </w:r>
    </w:p>
    <w:p>
      <w:r>
        <w:rPr>
          <w:b/>
        </w:rPr>
        <w:t xml:space="preserve">[1:21:44] </w:t>
      </w:r>
      <w:r>
        <w:t>yeh duniya khuda ne banai hai test ke liye. azadi de rakhi hai tab ko aap. to aap chahte hain logon ka hath baandh dein. aap kaun hain itna taqatwar ke logon ka hath baandhte ho?</w:t>
      </w:r>
    </w:p>
    <w:p>
      <w:pPr>
        <w:jc w:val="right"/>
      </w:pPr>
      <w:r>
        <w:t>یہ دنیا خدا نے بنائی ہے ٹیسٹ کے لیے۔ آزادی دے رکھی ہے تب کو آپ۔ تو آپ چاہتے ہیں لوگوں کا ہاتھ باندھ دیں۔ آپ کون ہیں اتنا طاقتور کہ لوگوں کا ہاتھ باندھتے ہو؟</w:t>
      </w:r>
    </w:p>
    <w:p>
      <w:r>
        <w:rPr>
          <w:b/>
        </w:rPr>
        <w:t xml:space="preserve">[1:21:54] </w:t>
      </w:r>
      <w:r>
        <w:t>logon ke hath ne khule hue hain ke hazrat usman ko qatl kar diya hai. aap hath baandh denge un ka. hazrat usman, hazrat umar ko qatl kar diya. aaj kal ke musalman chahte hain ke sab ke hath bandh jayen.</w:t>
      </w:r>
    </w:p>
    <w:p>
      <w:pPr>
        <w:jc w:val="right"/>
      </w:pPr>
      <w:r>
        <w:t>لوگوں کے ہاتھ نے کھلے ہوئے ہیں کہ حضرت عثمان کو قتل کر دیا ہے۔ آپ ہاتھ باندھ دیں گے ان کا۔ حضرت عثمان، حضرت عمر کو قتل کر دیا۔ آج کل کے مسلمان چاہتے ہیں کہ سب کے ہاتھ بندھ جائیں۔</w:t>
      </w:r>
    </w:p>
    <w:p>
      <w:r>
        <w:rPr>
          <w:b/>
        </w:rPr>
        <w:t xml:space="preserve">[1:22:03] </w:t>
      </w:r>
      <w:r>
        <w:t>bas hum ko free duniya mil jaye. dekhiye, yeh hoga hamesha ke log expect karna chahenge. aap ka imtehan hai ke aap expect na hon.</w:t>
      </w:r>
    </w:p>
    <w:p>
      <w:pPr>
        <w:jc w:val="right"/>
      </w:pPr>
      <w:r>
        <w:t>بس ہم کو فری دنیا مل جائے۔ دیکھیے، یہ ہوگا ہمیشہ کہ لوگ ایکسپیکٹ کرنا چاہیں گے۔ آپ کا امتحان ہے کہ آپ ایکسپیکٹ نہ ہوں۔</w:t>
      </w:r>
    </w:p>
    <w:p>
      <w:r>
        <w:rPr>
          <w:b/>
        </w:rPr>
        <w:t xml:space="preserve">[1:22:16] </w:t>
      </w:r>
      <w:r>
        <w:t>log aap ko misuse karna chahenge. aap ka hoshiyari hai ke aap misuse na hon.</w:t>
      </w:r>
    </w:p>
    <w:p>
      <w:pPr>
        <w:jc w:val="right"/>
      </w:pPr>
      <w:r>
        <w:t>لوگ آپ کو مس یوز کرنا چاہیں گے۔ آپ کا ہوشیاری ہے کہ آپ مس یوز نہ ہوں۔</w:t>
      </w:r>
    </w:p>
    <w:p>
      <w:r>
        <w:rPr>
          <w:b/>
        </w:rPr>
        <w:t xml:space="preserve">[1:22:22] </w:t>
      </w:r>
      <w:r>
        <w:t>log aap se apna interest hasil karna chahenge. aap yeh hai ke aap un ke liye istemal na hon baghair ladai bhadai kiye hue.</w:t>
      </w:r>
    </w:p>
    <w:p>
      <w:pPr>
        <w:jc w:val="right"/>
      </w:pPr>
      <w:r>
        <w:t>لوگ آپ سے اپنا انٹرسٹ حاصل کرنا چاہیں گے۔ آپ یہ ہے کہ آپ ان کے لیے استعمال نہ ہوں بغیر لڑائی بھڑائی کیے ہوئے۔</w:t>
      </w:r>
    </w:p>
    <w:p>
      <w:r>
        <w:rPr>
          <w:b/>
        </w:rPr>
        <w:t xml:space="preserve">[1:22:30] </w:t>
      </w:r>
      <w:r>
        <w:t>yani peaceful tareeqe se. musalman karte hue to kaha ladne lagte hain. ladna bhi itna hi galat hai jitna ke misuse hona. to aap ko hadith mein aata hai ke la zarar wa la zarar fi al-islam islam mein nuqsan dena hai, nuqsan pahunchana hai.</w:t>
      </w:r>
    </w:p>
    <w:p>
      <w:pPr>
        <w:jc w:val="right"/>
      </w:pPr>
      <w:r>
        <w:t>یعنی پیس فل طریقے سے۔ مسلمان کرتے ہوئے تو کہا لڑنے لگتے ہیں۔ لڑنا بھی اتنا ہی غلط ہے جتنا کہ مس ہونا۔ تو آپ کو حدیث میں آتا ہے کہ لا ضرر ولا ضرر فی الاسلام اسلام میں نقصان دینا ہے، نقصان پہنچانا ہے۔</w:t>
      </w:r>
    </w:p>
    <w:p>
      <w:r>
        <w:rPr>
          <w:b/>
        </w:rPr>
        <w:t xml:space="preserve">[1:22:50] </w:t>
      </w:r>
      <w:r>
        <w:t>yani aap na to expect karen, na expect hon. yeh chahiye. lekin baghair baghair violence kiye hue, peaceful tareeqe se.</w:t>
      </w:r>
    </w:p>
    <w:p>
      <w:pPr>
        <w:jc w:val="right"/>
      </w:pPr>
      <w:r>
        <w:t>یعنی آپ نہ تو ایکسپیکٹ کریں، نہ ایکسپیکٹ ہوں۔ یہ چاہیے۔ لیکن بغیر بغیر وہ وائیلنس کیے ہوئے، پیس فل طریقے سے۔</w:t>
      </w:r>
    </w:p>
    <w:p>
      <w:r>
        <w:rPr>
          <w:b/>
        </w:rPr>
        <w:t xml:space="preserve">[1:23:01] </w:t>
      </w:r>
      <w:r>
        <w:t>yeh to yeh to hoga duniya mein. yeh to hoga. kaise aap bach sakte hain is se? shaitan pehle din se azad hai aap ko bhatkane ke liye.</w:t>
      </w:r>
    </w:p>
    <w:p>
      <w:pPr>
        <w:jc w:val="right"/>
      </w:pPr>
      <w:r>
        <w:t>یہ تو یہ تو ہوگا دنیا میں۔ یہ تو ہوگا۔ کیسے آپ بچ سکتے ہیں اس سے؟ شیطان پہلے دن سے آزاد ہے آپ کو بھٹکانے کے لیے۔</w:t>
      </w:r>
    </w:p>
    <w:p>
      <w:r>
        <w:rPr>
          <w:b/>
        </w:rPr>
        <w:t xml:space="preserve">[1:23:15] </w:t>
      </w:r>
      <w:r>
        <w:t>to woh woh to karega. aap ki hoshiyari ka imtehan hai.</w:t>
      </w:r>
    </w:p>
    <w:p>
      <w:pPr>
        <w:jc w:val="right"/>
      </w:pPr>
      <w:r>
        <w:t>تو وہ وہ تو کرے گا۔ آپ کی ہوشیاری کا امتحان ہے۔</w:t>
      </w:r>
    </w:p>
    <w:p>
      <w:r>
        <w:rPr>
          <w:b/>
        </w:rPr>
        <w:t xml:space="preserve">[1:23:21] </w:t>
      </w:r>
      <w:r>
        <w:t>aisi shikayat hi be-mani hai ke log hum ko expect karna chahte hain. woh to karenge. aap ka kamal yeh hai ke aap peaceful tareeqe se rasta dhoondh len un ke expect se bachne ka.</w:t>
      </w:r>
    </w:p>
    <w:p>
      <w:pPr>
        <w:jc w:val="right"/>
      </w:pPr>
      <w:r>
        <w:t>ایسی شکایت ہی بے معنی ہے کہ لوگ ہم کو ایکسپیکٹ کرنا چاہتے ہیں۔ وہ تو کریں گے۔ آپ کا کمال یہ ہے کہ آپ پیس فل طریقے سے راستہ ڈھونڈ لیں ان کے ایکسپیکٹ سے بچنے کا۔</w:t>
      </w:r>
    </w:p>
    <w:p>
      <w:r>
        <w:rPr>
          <w:b/>
        </w:rPr>
        <w:t xml:space="preserve">[1:23:36] </w:t>
      </w:r>
      <w:r>
        <w:t>moula, un ka point ek aur teesra pehlu utha raha hai ke aap ke samne agar kisi ko misuse kiya ja raha hai to kya yeh aap ka farz hai ke us ko is misuse se bachayen?</w:t>
      </w:r>
    </w:p>
    <w:p>
      <w:pPr>
        <w:jc w:val="right"/>
      </w:pPr>
      <w:r>
        <w:t>مولا، ان کا پوائنٹ ایک اور تیسرا پہلو اٹھا رہا ہے کہ آپ کے سامنے اگر کسی کو مس یوز کیا جا رہا ہے تو کیا یہ آپ کا فرض ہے کہ اس کو اس مس یوز سے بچائیں؟</w:t>
      </w:r>
    </w:p>
    <w:p>
      <w:r>
        <w:rPr>
          <w:b/>
        </w:rPr>
        <w:t xml:space="preserve">[1:23:46] </w:t>
      </w:r>
      <w:r>
        <w:t>yahan bhi bohat bari ghalati hai. musalman chhalang laga dete hain.</w:t>
      </w:r>
    </w:p>
    <w:p>
      <w:pPr>
        <w:jc w:val="right"/>
      </w:pPr>
      <w:r>
        <w:t>یہاں بھی بہت بڑی غلطی ہے۔ مسلمان چھلانگ لگا دیتے ہیں۔</w:t>
      </w:r>
    </w:p>
    <w:p>
      <w:r>
        <w:rPr>
          <w:b/>
        </w:rPr>
        <w:t xml:space="preserve">[1:23:50] </w:t>
      </w:r>
      <w:r>
        <w:t>asal cheez hai result dekhna. man hasan sa'il marjab tarakuhu bala yani kood padte hain is mein. aur is ke baad jab ulta natija samne aata hai to phir phir phir shikayaten karte hain.</w:t>
      </w:r>
    </w:p>
    <w:p>
      <w:pPr>
        <w:jc w:val="right"/>
      </w:pPr>
      <w:r>
        <w:t>اصل چیز ہے رزلٹ دیکھنا۔ من حسن سائل مرجب تركه بالا یعنی کود پڑتے ہیں اس میں۔ اور اس کے بعد جب الٹا نتیجہ سامنے آتا ہے تو پھر پھر پھر شکایتیں کرتے ہیں۔</w:t>
      </w:r>
    </w:p>
    <w:p>
      <w:r>
        <w:rPr>
          <w:b/>
        </w:rPr>
        <w:t xml:space="preserve">[1:24:04] </w:t>
      </w:r>
      <w:r>
        <w:t>jab bhi kisi situation mein aap chhalang lagayen to aap ko dekhna chahiye ke aap kya wahan kuch kar payenge ke nahi kar payenge. na karo, bas chup chap baithiye. chup chap baithiye.</w:t>
      </w:r>
    </w:p>
    <w:p>
      <w:pPr>
        <w:jc w:val="right"/>
      </w:pPr>
      <w:r>
        <w:t>جب بھی کسی سچوئیشن میں آپ چھلانگ لگائیں تو آپ کو دیکھنا چاہیے کہ آپ کیا وہاں کچھ کر پائیں گے کہ نہیں کر پائیں گے۔ نہ کرو، بس چپ چاپ بیٹھیے۔ چپ چاپ بیٹھیے۔</w:t>
      </w:r>
    </w:p>
    <w:p>
      <w:r>
        <w:rPr>
          <w:b/>
        </w:rPr>
        <w:t xml:space="preserve">[1:24:20] </w:t>
      </w:r>
      <w:r>
        <w:t>duniya mein yeh karna hi karna hai. is ka koi to option nahi aap ke liye. dekhiye, yaad rakhiye, hazrat umar r.a. ka qaul hai ke laysa al-'aqil alladhi ya'rif al-khair min al-sharr walakinnahu alladhi ya'rif khair al-sharrayn woh farmate hain ke ah yani wa'iz aadmi woh nahi hai jo yeh jaane ke yeh right hai ya wrong hai.</w:t>
      </w:r>
    </w:p>
    <w:p>
      <w:pPr>
        <w:jc w:val="right"/>
      </w:pPr>
      <w:r>
        <w:t>دنیا میں یہ کرنا ہی کرنا ہے۔ اس کا کوئی تو آپشن نہیں آپ کے لیے۔ دیکھیے، یاد رکھیے، حضرت عمر رضی اللہ عنہ کا قول ہے کہ ليس العاقل الذي يعرف الخير من الشر ولكنه الذي يعرف خير الشرين وہ فرماتے ہیں کہ اہ یعنی واعظ آدمی وہ نہیں ہے جو یہ جانے کہ یہ رائٹ ہے یا رانگ ہے۔</w:t>
      </w:r>
    </w:p>
    <w:p>
      <w:r>
        <w:rPr>
          <w:b/>
        </w:rPr>
        <w:t xml:space="preserve">[1:24:43] </w:t>
      </w:r>
      <w:r>
        <w:t>yeh right hai, yeh wrong hai. is ko bewakoof samajhte hain hazrat umar. w</w:t>
      </w:r>
    </w:p>
    <w:p>
      <w:pPr>
        <w:jc w:val="right"/>
      </w:pPr>
      <w:r>
        <w:t>یہ رائٹ ہے، یہ رانگ ہے۔ اس کو بیوقوف سمجھتے ہیں حضرت عمر۔ و</w:t>
      </w:r>
    </w:p>
    <w:p>
      <w:r>
        <w:rPr>
          <w:b/>
        </w:rPr>
        <w:t xml:space="preserve">[1:24:49] </w:t>
      </w:r>
      <w:r>
        <w:t>a'iz aadmi woh hai jo yeh jaane ke lesser evil kya hai, greater evil kya hai. kitni bari baat hai, itni bari bari baaten hain hamare maujood hain, hamare yani rasool allah aur khulafa ke haan, aur musalman is ke khilaf chalte hain aur shikayaten karte hain.</w:t>
      </w:r>
    </w:p>
    <w:p>
      <w:pPr>
        <w:jc w:val="right"/>
      </w:pPr>
      <w:r>
        <w:t>اعظ آدمی وہ ہے جو یہ جانے کہ لیسٹر ایول کیا ہے، گیٹر ایول کیا ہے۔ کتنی بڑی بات ہے، اتنی بڑی بڑی باتیں ہیں ہمارے موجود ہیں، ہمارے یعنی رسول اللہ اور خلفاء کے ہاں، اور مسلمان اس کے خلاف چلتے ہیں اور شکایتیں کرتے ہیں۔</w:t>
      </w:r>
    </w:p>
    <w:p>
      <w:r>
        <w:rPr>
          <w:b/>
        </w:rPr>
        <w:t xml:space="preserve">[1:25:05] </w:t>
      </w:r>
      <w:r>
        <w:t>chhalang laga denge, kahenge ke aise hi to aisa ho gaya, woh to waisa ho gaya. wah ji wah!</w:t>
      </w:r>
    </w:p>
    <w:p>
      <w:pPr>
        <w:jc w:val="right"/>
      </w:pPr>
      <w:r>
        <w:t>چھلانگ لگا دیں گے، کہیں گے کہ ایسے ہی تو ایسا ہو گیا، وہ تو ویسا ہو گیا۔ واہ جی واہ!</w:t>
      </w:r>
    </w:p>
    <w:p>
      <w:r>
        <w:rPr>
          <w:b/>
        </w:rPr>
        <w:t xml:space="preserve">[1:25:10] </w:t>
      </w:r>
      <w:r>
        <w:t>yeh bohat hi hamare liye part se bari baat hai yeh ke zindagi mein choice jo hai, yeh yeh yeh right aur wrong ke beech mein nahi hai.</w:t>
      </w:r>
    </w:p>
    <w:p>
      <w:pPr>
        <w:jc w:val="right"/>
      </w:pPr>
      <w:r>
        <w:t>یہ بہت ہی ہمارے لیے پارٹ سے بڑی بات ہے یہ کہ زندگی میں چوائس جو ہے، یہ یہ یہ رائٹ اور رانگ کے بیچ میں نہیں ہے۔</w:t>
      </w:r>
    </w:p>
    <w:p>
      <w:r>
        <w:rPr>
          <w:b/>
        </w:rPr>
        <w:t xml:space="preserve">[1:25:20] </w:t>
      </w:r>
      <w:r>
        <w:t>yaad rakhiye, hazrat umar ne yeh farmaya, itni bari baat farmayi ke zindagi jo hai, imtehan hai, test hai. yahan tumhare liye right aur wrong ke beech mein choice nahi hai.</w:t>
      </w:r>
    </w:p>
    <w:p>
      <w:pPr>
        <w:jc w:val="right"/>
      </w:pPr>
      <w:r>
        <w:t>یاد رکھیے، حضرت عمر نے یہ فرمایا، اتنی بڑی بات فرمائی کہ زندگی جو ہے، امتحان ہے، ٹیسٹ ہے۔ یہاں تمہارے لیے رائٹ اور رانگ کے بیچ میں چوائس نہیں ہے۔</w:t>
      </w:r>
    </w:p>
    <w:p>
      <w:r>
        <w:rPr>
          <w:b/>
        </w:rPr>
        <w:t xml:space="preserve">[1:25:32] </w:t>
      </w:r>
      <w:r>
        <w:t>lesser evil aur greater evil ke beech mein choice hai. mujhe batayen, koi jaanta hai is baat ko?</w:t>
      </w:r>
    </w:p>
    <w:p>
      <w:pPr>
        <w:jc w:val="right"/>
      </w:pPr>
      <w:r>
        <w:t>لیسٹر ایول اور گیٹر ایول کے بیچ میں چوائس ہے۔ مجھے بتائیں، کوئی جانتا ہے اس بات کو؟</w:t>
      </w:r>
    </w:p>
    <w:p>
      <w:r>
        <w:rPr>
          <w:b/>
        </w:rPr>
        <w:t xml:space="preserve">[1:25:39] </w:t>
      </w:r>
      <w:r>
        <w:t>bas chhalang lagana jante hain, ladna ladna jante hain, baat ko bigadna jante hain. bas to mein yahi kahunga ke is cheez ko discover kijiye, is haqiqat ko ke duniya mein hum duniya mein right aur wrong ka choice peghambar ke peh nahi hota hai.</w:t>
      </w:r>
    </w:p>
    <w:p>
      <w:pPr>
        <w:jc w:val="right"/>
      </w:pPr>
      <w:r>
        <w:t>بس چھلانگ لگانا جانتے ہیں، لڑنا لڑنا جانتے ہیں، بات کو بگاڑنا جانتے ہیں۔ بس تو میں یہی کہوں گا کہ اس چیز کو ڈسکور کیجئے، اس حقیقت کو کہ دنیا میں ہم دنیا میں رائٹ اور رانگ کا چوائس پیغمبر کے پہ نہیں ہوتا ہے۔</w:t>
      </w:r>
    </w:p>
    <w:p>
      <w:r>
        <w:rPr>
          <w:b/>
        </w:rPr>
        <w:t xml:space="preserve">[1:25:57] </w:t>
      </w:r>
      <w:r>
        <w:t>rasool allah ke zamane mein kaba jo hai, woh tod kar ke banaya tha, woh toota nahi tha, gir gaya tha to mushrikeen ne banaya tha, aur us ko hazrat ibrahim ka jo kaba tha, us se badal diya tha.</w:t>
      </w:r>
    </w:p>
    <w:p>
      <w:pPr>
        <w:jc w:val="right"/>
      </w:pPr>
      <w:r>
        <w:t>رسول اللہ کے زمانے میں کعبہ جو ہے، وہ توڑ کر کے بنایا تھا، وہ ٹوٹا نہیں تھا، گر گیا تھا تو مشرکین نے بنایا تھا، اور اس کو حضرت ابراہیم کا جو کعبہ تھا، اس سے بدل دیا تھا۔</w:t>
      </w:r>
    </w:p>
    <w:p>
      <w:r>
        <w:rPr>
          <w:b/>
        </w:rPr>
        <w:t xml:space="preserve">[1:26:10] </w:t>
      </w:r>
      <w:r>
        <w:t>unhon ne jo jo hatim aap kehte hain, hatim chhod diya tha. unhon ne rasool allah ne us ko badla nahi. aap ne farmaya ke agar mein us ko badlun to yahan ka hungama khada ho jayega.</w:t>
      </w:r>
    </w:p>
    <w:p>
      <w:pPr>
        <w:jc w:val="right"/>
      </w:pPr>
      <w:r>
        <w:t>انہوں نے جو جو حاتم آپ کہتے ہیں، حاتم چھوڑ دیا تھا۔ انہوں نے رسول اللہ نے اس کو بدلا نہیں۔ آپ نے فرمایا کہ اگر میں اس کو بدلوں تو یہاں کا ہنگامہ کھڑا ہو جائے گا۔</w:t>
      </w:r>
    </w:p>
    <w:p>
      <w:r>
        <w:rPr>
          <w:b/>
        </w:rPr>
        <w:t xml:space="preserve">[1:26:22] </w:t>
      </w:r>
      <w:r>
        <w:t>to peghambar ke liye bhi choice nahi hota, right aur wrong mein. yaad rakhiye,</w:t>
      </w:r>
    </w:p>
    <w:p>
      <w:pPr>
        <w:jc w:val="right"/>
      </w:pPr>
      <w:r>
        <w:t>تو پیغمبر کے لیے بھی چوائس نہیں ہوتا، رائٹ اور رانگ میں۔ یاد رکھیے،</w:t>
      </w:r>
    </w:p>
    <w:p>
      <w:r>
        <w:rPr>
          <w:b/>
        </w:rPr>
        <w:t xml:space="preserve">[1:26:27] </w:t>
      </w:r>
      <w:r>
        <w:t>chawais sirf hai lester evil aur gater evil mein. aap jab bhi aap kisi maamle mein aap koi action lein, koi step lein to jaaniye ke step lena aap ka maamle ko barhayega ya ghatayega.</w:t>
      </w:r>
    </w:p>
    <w:p>
      <w:pPr>
        <w:jc w:val="right"/>
      </w:pPr>
      <w:r>
        <w:t>چوائس صرف ہے لیسٹر ایول اور گیٹر ایول میں۔ آپ جب بھی آپ کسی معاملے میں آپ کوئی ایکشن لیں، کوئی سٹیپ لیں تو جانیے کہ سٹیپ لینا آپ کا معاملے کو بڑھائے گا یا گھٹائے گا۔</w:t>
      </w:r>
    </w:p>
    <w:p>
      <w:r>
        <w:rPr>
          <w:b/>
        </w:rPr>
        <w:t xml:space="preserve">[1:26:40] </w:t>
      </w:r>
      <w:r>
        <w:t>yaani result oriented action yeh islam ka tareeqa hai. yaad rakhiye, islam ka tareeqa hai result oriented action.</w:t>
      </w:r>
    </w:p>
    <w:p>
      <w:pPr>
        <w:jc w:val="right"/>
      </w:pPr>
      <w:r>
        <w:t>یعنی رزلٹ اورینٹڈ ایکشن یہ اسلام کا طریقہ ہے۔ یاد رکھیے، اسلام کا طریقہ ہے رزلٹ اورینٹڈ ایکشن۔</w:t>
      </w:r>
    </w:p>
    <w:p>
      <w:r>
        <w:rPr>
          <w:b/>
        </w:rPr>
        <w:t xml:space="preserve">[1:26:51] </w:t>
      </w:r>
      <w:r>
        <w:t>aap ka bolna, aap ka amal karna, aap ka chhalang lagana, is se bohat ziyada sochiye pehle ke is ka nateeja kya nikal niklega.</w:t>
      </w:r>
    </w:p>
    <w:p>
      <w:pPr>
        <w:jc w:val="right"/>
      </w:pPr>
      <w:r>
        <w:t>آپ کا بولنا، آپ کا عمل کرنا، آپ کا چھلانگ لگانا، اس سے بہت زیادہ سوچیے پہلے کہ اس کا نتیجہ کیا نکل نکلے گا۔</w:t>
      </w:r>
    </w:p>
    <w:p>
      <w:r>
        <w:rPr>
          <w:b/>
        </w:rPr>
        <w:t xml:space="preserve">[1:27:02] </w:t>
      </w:r>
      <w:r>
        <w:t>negative result hai, positive result hai. negative result hai to chup chap baithiye ghar mein. haan, positive result nikal sakte ho aap to to aap jaiye, is mein hissa li jiye.</w:t>
      </w:r>
    </w:p>
    <w:p>
      <w:pPr>
        <w:jc w:val="right"/>
      </w:pPr>
      <w:r>
        <w:t>نیگیٹیو رزلٹ ہے، پازیٹیو رزلٹ ہے۔ نیگیٹیو رزلٹ ہے تو چپ چاپ بیٹھیے گھر میں۔ ہاں، پازیٹیو رزلٹ نکال سکتے ہو آپ تو تو آپ جائیے، اس میں حصہ لیجئے۔</w:t>
      </w:r>
    </w:p>
    <w:p>
      <w:r>
        <w:rPr>
          <w:b/>
        </w:rPr>
        <w:t xml:space="preserve">[1:27:16] </w:t>
      </w:r>
      <w:r>
        <w:t>This question is from Fareeda Khanum</w:t>
      </w:r>
    </w:p>
    <w:p>
      <w:pPr>
        <w:jc w:val="right"/>
      </w:pPr>
      <w:r>
        <w:t>This question is from فریدہ خانم</w:t>
      </w:r>
    </w:p>
    <w:p>
      <w:r>
        <w:rPr>
          <w:b/>
        </w:rPr>
        <w:t xml:space="preserve">[1:27:18] </w:t>
      </w:r>
      <w:r>
        <w:t>Why is it that wisdom is the rarest commodity in this world? yeh to mein samajhta hoon ke shaitan ka jo challenge tha, woh poora ho gaya hai.</w:t>
      </w:r>
    </w:p>
    <w:p>
      <w:pPr>
        <w:jc w:val="right"/>
      </w:pPr>
      <w:r>
        <w:t>Why is it that wisdom is the rarest commodity in this world? یہ تو میں سمجھتا ہوں کہ شیطان کا جو چیلنج تھا، وہ پورا ہو گیا ہے۔</w:t>
      </w:r>
    </w:p>
    <w:p>
      <w:r>
        <w:rPr>
          <w:b/>
        </w:rPr>
        <w:t xml:space="preserve">[1:27:29] </w:t>
      </w:r>
      <w:r>
        <w:t>la tanakun zurriyyatahum billahi qalila kaisi ajeeb baat hai yeh. yaani Adam ke zamane hi mein yeh masla paida hua ke shaitan ko freedom mil gayi behkanay ki.</w:t>
      </w:r>
    </w:p>
    <w:p>
      <w:pPr>
        <w:jc w:val="right"/>
      </w:pPr>
      <w:r>
        <w:t>لا تنکن ضروریتہم باللہ قلیلا کیسی عجیب بات ہے یہ۔ یعنی آدم کے زمانے ہی میں یہ مسئلہ پیدا ہوا کہ شیطان کو فریڈم مل گئی بہکانے کی۔</w:t>
      </w:r>
    </w:p>
    <w:p>
      <w:r>
        <w:rPr>
          <w:b/>
        </w:rPr>
        <w:t xml:space="preserve">[1:27:42] </w:t>
      </w:r>
      <w:r>
        <w:t>to us ne kaha ke la tanakun zurriyyatahum billahi qalila</w:t>
      </w:r>
    </w:p>
    <w:p>
      <w:pPr>
        <w:jc w:val="right"/>
      </w:pPr>
      <w:r>
        <w:t>تو اس نے کہا کہ لا تنکن ضروریتہم باللہ قلیلا</w:t>
      </w:r>
    </w:p>
    <w:p>
      <w:r>
        <w:rPr>
          <w:b/>
        </w:rPr>
        <w:t xml:space="preserve">[1:27:46] </w:t>
      </w:r>
      <w:r>
        <w:t>mein saare insano ko behka doonga, thore logo ko chhod kar ke. is ka matlab yahi hai ke in ko bewakoof bana doonga. mein agar aql se se kaam nahi karenge, jazbaat se kaam karenge, woh apne desire se kaam karenge, apne jazbaat se kaam karenge, apne sentiment se kaam karenge, woh aql ko chhoday rahengay.</w:t>
      </w:r>
    </w:p>
    <w:p>
      <w:pPr>
        <w:jc w:val="right"/>
      </w:pPr>
      <w:r>
        <w:t>میں سارے انسانوں کو بہکا دوں گا، تھوڑے لوگوں کو چھوڑ کر کے۔ اس کا مطلب یہی ہے کہ ان کو بیوقوف بنا دوں گا۔ میں اگر عقل سے سے کام نہیں کریں گے، جذبات سے کام کریں گے، وہ اپنے ڈیزائر سے کام کریں گے، اپنے جذبات سے کام کریں گے، اپنے سینٹیمنٹ سے کام کریں گے، وہ عقل کو چھوڑے رہیں گے۔</w:t>
      </w:r>
    </w:p>
    <w:p>
      <w:r>
        <w:rPr>
          <w:b/>
        </w:rPr>
        <w:t xml:space="preserve">[1:28:10] </w:t>
      </w:r>
      <w:r>
        <w:t>to woh jo shaitan ka challenge tha, wahi poora</w:t>
      </w:r>
    </w:p>
    <w:p>
      <w:pPr>
        <w:jc w:val="right"/>
      </w:pPr>
      <w:r>
        <w:t>تو وہ جو شیطان کا چیلنج تھا، وہی پورا</w:t>
      </w:r>
    </w:p>
    <w:p>
      <w:r>
        <w:rPr>
          <w:b/>
        </w:rPr>
        <w:t xml:space="preserve">[1:28:12] </w:t>
      </w:r>
      <w:r>
        <w:t>hua hai. saare log shaitan ke direct ya indirect isi ke is mein hain. jo log aoozubillah mein shaitan ranj padhte hain, woh bhi isi ke isi ke phanday mein phans jaate hain.</w:t>
      </w:r>
    </w:p>
    <w:p>
      <w:pPr>
        <w:jc w:val="right"/>
      </w:pPr>
      <w:r>
        <w:t>ہوا ہے۔ سارے لوگ شیطان کے ڈائریکٹ یا ان ڈائریکٹ اسی کے اس میں ہیں۔ جو لوگ اعوذ باللہ میں شیطان رنج پڑھتے ہیں، وہ بھی اسی کے اسی کے پھندے میں پھنس جاتے ہیں۔</w:t>
      </w:r>
    </w:p>
    <w:p>
      <w:r>
        <w:rPr>
          <w:b/>
        </w:rPr>
        <w:t xml:space="preserve">[1:28:26] </w:t>
      </w:r>
      <w:r>
        <w:t>to is ka hal kya hai? tadabbur, tafakkur, bohat ziyada sochna, bohat ziyada sochna, bohat ziyada sochna. aap soch kar hi shaitan ke jo tareeqay hain, us ko samajh sakte hain.</w:t>
      </w:r>
    </w:p>
    <w:p>
      <w:pPr>
        <w:jc w:val="right"/>
      </w:pPr>
      <w:r>
        <w:t>تو اس کا حل کیا ہے؟ تدبر، تفکر، بہت زیادہ سوچنا، بہت زیادہ سوچنا، بہت زیادہ سوچنا۔ آپ سوچ کر ہی شیطان کے جو طریقے ہیں، اس کو سمجھ سکتے ہیں۔</w:t>
      </w:r>
    </w:p>
    <w:p>
      <w:r>
        <w:rPr>
          <w:b/>
        </w:rPr>
        <w:t xml:space="preserve">[1:28:39] </w:t>
      </w:r>
      <w:r>
        <w:t>unhein nahi samajh sakte aap.</w:t>
      </w:r>
    </w:p>
    <w:p>
      <w:pPr>
        <w:jc w:val="right"/>
      </w:pPr>
      <w:r>
        <w:t>انہیں نہیں سمجھ سکتے آپ۔</w:t>
      </w:r>
    </w:p>
    <w:p>
      <w:r>
        <w:rPr>
          <w:b/>
        </w:rPr>
        <w:t xml:space="preserve">[1:28:41] </w:t>
      </w:r>
      <w:r>
        <w:t>aisa kyunke shaitan jo hota hai, is ka tareeqa hota hai tazeen. tazeen ka matlab khoobsurat bana kar dikhana. shaitan jab aap ko behkana chahta hai to us ko bohat khoobsurat bana kar dikhata hai, to beautify karta hai.</w:t>
      </w:r>
    </w:p>
    <w:p>
      <w:pPr>
        <w:jc w:val="right"/>
      </w:pPr>
      <w:r>
        <w:t>ایسا کیونکہ شیطان جو ہوتا ہے، اس کا طریقہ ہوتا ہے تزین۔ تزین کا مطلب خوبصورت بنا کر دکھانا۔ شیطان جب آپ کو بہکانا چاہتا ہے تو اس کو بہت خوبصورت بنا کر دکھاتا ہے، تو بیوٹیفائی کرتا ہے۔</w:t>
      </w:r>
    </w:p>
    <w:p>
      <w:r>
        <w:rPr>
          <w:b/>
        </w:rPr>
        <w:t xml:space="preserve">[1:28:55] </w:t>
      </w:r>
      <w:r>
        <w:t>to aap phans jaate hain is ke andar. to Allah taala ne aql di hai, is ka istemal kijiye.</w:t>
      </w:r>
    </w:p>
    <w:p>
      <w:pPr>
        <w:jc w:val="right"/>
      </w:pPr>
      <w:r>
        <w:t>تو آپ پھنس جاتے ہیں اس کے اندر۔ تو اللہ تعالی نے عقل دی ہے، اس کا استعمال کیجئے۔</w:t>
      </w:r>
    </w:p>
    <w:p>
      <w:r>
        <w:rPr>
          <w:b/>
        </w:rPr>
        <w:t xml:space="preserve">[1:29:05] </w:t>
      </w:r>
      <w:r>
        <w:t>aql par bohat sari ha</w:t>
      </w:r>
    </w:p>
    <w:p>
      <w:pPr>
        <w:jc w:val="right"/>
      </w:pPr>
      <w:r>
        <w:t>عقل پر بہت ساری ح</w:t>
      </w:r>
    </w:p>
    <w:p>
      <w:r>
        <w:rPr>
          <w:b/>
        </w:rPr>
        <w:t xml:space="preserve">[1:29:06] </w:t>
      </w:r>
      <w:r>
        <w:t>dithain hain, mein is ko inshallah ek ek article likhna chahta hoon in hadithon ko le kar ke ke aql Allah taala ne sab se bari cheez paida ki hai. sab se bari cheez jo poori universe mein paida ki, Allah taala ne woh aql hai.</w:t>
      </w:r>
    </w:p>
    <w:p>
      <w:pPr>
        <w:jc w:val="right"/>
      </w:pPr>
      <w:r>
        <w:t>دیثیں ہیں، میں اس کو انشاءاللہ ایک ایک آرٹیکل لکھنا چاہتا ہوں ان حدیثوں کو لے کر کے کہ عقل اللہ تعالی نے سب سے بڑی چیز پیدا کی ہے۔ سب سے بڑی چیز جو پوری یونیورس میں پیدا کی، اللہ تعالی نے وہ عقل ہے۔</w:t>
      </w:r>
    </w:p>
    <w:p>
      <w:r>
        <w:rPr>
          <w:b/>
        </w:rPr>
        <w:t xml:space="preserve">[1:29:19] </w:t>
      </w:r>
      <w:r>
        <w:t>is ko istemal kijiye, shaitan ke fitnay se apne ko bachaiye. yeh ek hi ek hi rasta hai aur koi doosra rasta nahi hai.</w:t>
      </w:r>
    </w:p>
    <w:p>
      <w:pPr>
        <w:jc w:val="right"/>
      </w:pPr>
      <w:r>
        <w:t>اس کو استعمال کیجئے، شیطان کے فتنے سے اپنے کو بچائیے۔ یہ ایک ہی ایک ہی راستہ ہے اور کوئی دوسرا راستہ نہیں ہے۔</w:t>
      </w:r>
    </w:p>
    <w:p>
      <w:r>
        <w:rPr>
          <w:b/>
        </w:rPr>
        <w:t xml:space="preserve">[1:29:29] </w:t>
      </w:r>
      <w:r>
        <w:t>Muhammad Hamid sahib ka yeh sawal hai ke hum log nai nasal ke ulama ko positive soch ki taraf kaise laayein?</w:t>
      </w:r>
    </w:p>
    <w:p>
      <w:pPr>
        <w:jc w:val="right"/>
      </w:pPr>
      <w:r>
        <w:t>محمد حامد صاحب کا یہ سوال ہے کہ ہم لوگ نئی نسل کے علماء کو پازیٹیو سوچ کی طرف کیسے لائیں؟</w:t>
      </w:r>
    </w:p>
    <w:p>
      <w:r>
        <w:rPr>
          <w:b/>
        </w:rPr>
        <w:t xml:space="preserve">[1:29:40] </w:t>
      </w:r>
      <w:r>
        <w:t>jaise hum la rahe hain, hum koshish karte hain, yaani hum monthly magazine nikalte hain, kitabein chhapte hain, aur yeh class chalate hain, do do class, aur jaate hain idhar udhar.</w:t>
      </w:r>
    </w:p>
    <w:p>
      <w:pPr>
        <w:jc w:val="right"/>
      </w:pPr>
      <w:r>
        <w:t>جیسے ہم لا رہے ہیں، ہم کوشش کرتے ہیں، یعنی ہم منتھلی میگزین نکالتے ہیں، کتابیں چھاپتے ہیں، اور یہ کلاس چلاتے ہیں، دو دو کلاس، اور جاتے ہیں ادھر ادھر۔</w:t>
      </w:r>
    </w:p>
    <w:p>
      <w:r>
        <w:rPr>
          <w:b/>
        </w:rPr>
        <w:t xml:space="preserve">[1:29:57] </w:t>
      </w:r>
      <w:r>
        <w:t>aur hazaron logo ka jab maani badal gaya hai. ek baat mein yeh kahunga ke hamara jo monthly magazine hai, risala jo 1976 se nikal raha hai, woh aap is harast ko padhna bilkul obligatory hai.</w:t>
      </w:r>
    </w:p>
    <w:p>
      <w:pPr>
        <w:jc w:val="right"/>
      </w:pPr>
      <w:r>
        <w:t>اور ہزاروں لوگوں کا جب معنی بدل گیا ہے۔ ایک بات میں یہ کہوں گا کہ ہمارا جو منتھلی میگزین ہے، رسالہ جو 1976 سے نکل رہا ہے، وہ آپ اس حرصت کو پڑھنا بالکل ابلیگیٹری ہے۔</w:t>
      </w:r>
    </w:p>
    <w:p>
      <w:r>
        <w:rPr>
          <w:b/>
        </w:rPr>
        <w:t xml:space="preserve">[1:30:15] </w:t>
      </w:r>
      <w:r>
        <w:t>jo log urdu nahi jaante, unhone padhwa kar sunein, woh log padhwa kar sunayein.</w:t>
      </w:r>
    </w:p>
    <w:p>
      <w:pPr>
        <w:jc w:val="right"/>
      </w:pPr>
      <w:r>
        <w:t>جو لوگ اردو نہیں جانتے، انہوں نے پڑھوا کر سنیں، وہ لوگ پڑھوا کر سنیں۔</w:t>
      </w:r>
    </w:p>
    <w:p>
      <w:r>
        <w:rPr>
          <w:b/>
        </w:rPr>
        <w:t xml:space="preserve">[1:30:22] </w:t>
      </w:r>
      <w:r>
        <w:t>maharashtra mein ek sahib hain, asan rao patel, woh urdu nahi jaante the lekin samajh sakte the. un ki zaban thi marathi, to padhwa kar sunte the, padhwa kar sunte the.</w:t>
      </w:r>
    </w:p>
    <w:p>
      <w:pPr>
        <w:jc w:val="right"/>
      </w:pPr>
      <w:r>
        <w:t>مہاراشٹر میں ایک صاحب ہیں، اسن راؤ پاٹل، وہ اردو نہیں جانتے تھے لیکن سمجھ سکتے تھے۔ ان کی زبان تھی مراٹھی، تو پڑھوا کر سنتے تھے، پڑھوا کر سنتے تھے۔</w:t>
      </w:r>
    </w:p>
    <w:p>
      <w:r>
        <w:rPr>
          <w:b/>
        </w:rPr>
        <w:t xml:space="preserve">[1:30:33] </w:t>
      </w:r>
      <w:r>
        <w:t>aur unhone risale ke woh woh subscribe kiya, unhone abhi zinda hain, woh saare risale ke saare issue un ke paas hain.</w:t>
      </w:r>
    </w:p>
    <w:p>
      <w:pPr>
        <w:jc w:val="right"/>
      </w:pPr>
      <w:r>
        <w:t>اور انہوں نے رسالے کے وہ وہ سبسکرائب کیا، انہوں نے ابھی زندہ ہیں، وہ سارے رسالے کے سارے ایشو ان کے پاس ہیں۔</w:t>
      </w:r>
    </w:p>
    <w:p>
      <w:r>
        <w:rPr>
          <w:b/>
        </w:rPr>
        <w:t xml:space="preserve">[1:30:44] </w:t>
      </w:r>
      <w:r>
        <w:t>is ko unhone woh kar kar rakha hai, bindery karwa li hai. yaani pehla abhi issue un ke paas hai aur aaj tak hai.</w:t>
      </w:r>
    </w:p>
    <w:p>
      <w:pPr>
        <w:jc w:val="right"/>
      </w:pPr>
      <w:r>
        <w:t>اس کو انہوں نے وہ کر کر رکھا ہے، بائنڈری کروا لی ہے۔ یعنی پہلا ابھی ایشو ان کے پاس ہے اور آج تک ہے۔</w:t>
      </w:r>
    </w:p>
    <w:p>
      <w:r>
        <w:rPr>
          <w:b/>
        </w:rPr>
        <w:t xml:space="preserve">[1:30:53] </w:t>
      </w:r>
      <w:r>
        <w:t>to un ki mother tongue hai marathi, parhwa ke sunte hain woh, aur bohat ziyada un ko faida hua, islam mila hai un ko. to aap mein se jo shakhs parh sake urdu, us ko samajhna chahiye ke us ko parhna hi parhna hai.</w:t>
      </w:r>
    </w:p>
    <w:p>
      <w:pPr>
        <w:jc w:val="right"/>
      </w:pPr>
      <w:r>
        <w:t>تو ان کی مدر ٹنگ ہے مراٹھی، پڑھوا کے سنتے ہیں وہ، اور بہت زیادہ ان کو فائدہ ہوا، اسلام ملا ہے ان کو۔ تو آپ میں سے جو شخص پڑھ سکے اردو، اس کو سمجھ سمجھنا چاہیے کہ اس کو پڑھنا ہی پڑھنا ہے۔</w:t>
      </w:r>
    </w:p>
    <w:p>
      <w:r>
        <w:rPr>
          <w:b/>
        </w:rPr>
        <w:t xml:space="preserve">[1:31:09] </w:t>
      </w:r>
      <w:r>
        <w:t>us ko isi se aql aye gi, isi se samajh aye gi, kyunke dunya bhar mein sare muslim world mein hazaron hazar nikaltay hain, parche aur journal aur magazine.</w:t>
      </w:r>
    </w:p>
    <w:p>
      <w:pPr>
        <w:jc w:val="right"/>
      </w:pPr>
      <w:r>
        <w:t>اس کو اسی سے عقل آئے گی، اسی سے سمجھ آئے گی، کیونکہ دنیا بھر میں سارے مسلم ورلڈ میں ہزاروں ہزار نکلتے ہیں، پرچے اور جرنل اور میگزین۔</w:t>
      </w:r>
    </w:p>
    <w:p>
      <w:r>
        <w:rPr>
          <w:b/>
        </w:rPr>
        <w:t xml:space="preserve">[1:31:24] </w:t>
      </w:r>
      <w:r>
        <w:t>in mein se aik bhi nahi hai jo in yakoon baseer bizmanay wali baat us ke paas gaya. yani aaj ke zamanay mein islam par kis tarah hamein chalna hai, woh aap paaye is mein.</w:t>
      </w:r>
    </w:p>
    <w:p>
      <w:pPr>
        <w:jc w:val="right"/>
      </w:pPr>
      <w:r>
        <w:t>ان میں سے ایک بھی نہیں ہے جو ان یکون بصیرا بزمانے والی بات اس کے پاس گیا۔ یعنی آج کے زمانے میں اسلام پر کس طرح ہمیں چلنا ہے، وہ آپ اس پائیں اس میں۔</w:t>
      </w:r>
    </w:p>
    <w:p>
      <w:r>
        <w:rPr>
          <w:b/>
        </w:rPr>
        <w:t xml:space="preserve">[1:31:34] </w:t>
      </w:r>
      <w:r>
        <w:t>kuch bhi nahi</w:t>
      </w:r>
    </w:p>
    <w:p>
      <w:pPr>
        <w:jc w:val="right"/>
      </w:pPr>
      <w:r>
        <w:t>کچھ بھی نہیں</w:t>
      </w:r>
    </w:p>
    <w:p>
      <w:r>
        <w:rPr>
          <w:b/>
        </w:rPr>
        <w:t xml:space="preserve">[1:31:35] </w:t>
      </w:r>
      <w:r>
        <w:t>hota siwaye protest, shikayat, ehtejaj, anti-Jew, anti-Jewish, anti-Hindu, anti-American, anti-this, anti-that.</w:t>
      </w:r>
    </w:p>
    <w:p>
      <w:pPr>
        <w:jc w:val="right"/>
      </w:pPr>
      <w:r>
        <w:t>ہوتا سوائے پروٹیسٹ، شکایت، احتجاج، اینٹی یہود، اینٹی یہودی، اینٹی ہندو، اینٹی امریکن، اینٹی دس، اینٹی دیٹ۔</w:t>
      </w:r>
    </w:p>
    <w:p>
      <w:r>
        <w:rPr>
          <w:b/>
        </w:rPr>
        <w:t xml:space="preserve">[1:31:45] </w:t>
      </w:r>
      <w:r>
        <w:t>yehi sab baatein hoti hain is mein, ya traditional baatein hoti hain, bilkul rawayati qisam ki baatein, masla masail. ya to traditional baatein rehti hain ya negative baatein hoti hain.</w:t>
      </w:r>
    </w:p>
    <w:p>
      <w:pPr>
        <w:jc w:val="right"/>
      </w:pPr>
      <w:r>
        <w:t>یہی سب باتیں ہوتی ہیں اس میں، یا ٹریڈیشنل باتیں ہوتی ہیں، بالکل روایتی قسم کی باتیں، مسئلہ مسائل۔ یا تو ٹریڈیشنل باتیں رہتی ہیں یا نیگیٹیو باتیں ہوتی ہیں۔</w:t>
      </w:r>
    </w:p>
    <w:p>
      <w:r>
        <w:rPr>
          <w:b/>
        </w:rPr>
        <w:t xml:space="preserve">[1:31:55] </w:t>
      </w:r>
      <w:r>
        <w:t>aur risala magazine jo hai hamara, wahid aik hi parcha poore muslim world mein hai jo aap ko baseer zamanah banata hai</w:t>
      </w:r>
    </w:p>
    <w:p>
      <w:pPr>
        <w:jc w:val="right"/>
      </w:pPr>
      <w:r>
        <w:t>اور رسالہ میگزین جو ہے ہمارا، واحد ایک ہی پرچہ پورے مسلم ورلڈ میں ہے جو آپ کو بصیر زمانہ بناتا ہے</w:t>
      </w:r>
    </w:p>
    <w:p>
      <w:r>
        <w:rPr>
          <w:b/>
        </w:rPr>
        <w:t xml:space="preserve">[1:32:04] </w:t>
      </w:r>
      <w:r>
        <w:t>ke aaj ke zamanay mein kis tarah se aap muslim ban kar rahen, ye batata hai aap ko. to must hai ke aap mein se har shakhs parhe us ko. jo nahi parh sakta, woh parhwa ke sune, jaise kasin rao patel parhwa ke sunte hain.</w:t>
      </w:r>
    </w:p>
    <w:p>
      <w:pPr>
        <w:jc w:val="right"/>
      </w:pPr>
      <w:r>
        <w:t>کہ آج کے زمانے میں کس طرح سے آپ مسلم بن کر رہیں، یہ بتاتا ہے آپ کو۔ تو مسٹ ہے کہ آپ میں سے ہر شخص پڑھے اس کو۔ جو نہیں پڑھ سکتا، وہ پڑھوا کے سنیں، جیسے کسین راؤ پاٹل پڑھوا کے سنتے ہیں۔</w:t>
      </w:r>
    </w:p>
    <w:p>
      <w:r>
        <w:rPr>
          <w:b/>
        </w:rPr>
        <w:t xml:space="preserve">[1:32:18] </w:t>
      </w:r>
      <w:r>
        <w:t>kisi bhi shakhs ko aap tajurba kar lijiye, aap ke aik nojawan ko pakriye, aik saal tak us ko parhwaiye ya sunaiye us ko. risala hamara aik saal mein agar woh nahi badle ga to aap mujhe bataiye, abhi tak to aisi misaal nahi ke na badla hua.</w:t>
      </w:r>
    </w:p>
    <w:p>
      <w:pPr>
        <w:jc w:val="right"/>
      </w:pPr>
      <w:r>
        <w:t>کسی بھی شخص کو آپ تجربہ کر لیجئے، آپ کہ ایک نوجوان کو پکڑیے، ایک سال تک اس کو پڑھوائیے یا سنائیے اس کو۔ رسالہ ہمارا ایک سال میں اگر وہ نہیں بدلے گا تو آپ مجھے بتائیے، ابھی تک تو ایسی مثال نہیں کہ نہ بدلا ہوا۔</w:t>
      </w:r>
    </w:p>
    <w:p>
      <w:r>
        <w:rPr>
          <w:b/>
        </w:rPr>
        <w:t xml:space="preserve">[1:32:32] </w:t>
      </w:r>
      <w:r>
        <w:t>aik saal tak parhwaiye, kam se kam do bar, kam se kam do bar. hazaron hazar log hain jo parh parh ke in ka zehn badla gaya.</w:t>
      </w:r>
    </w:p>
    <w:p>
      <w:pPr>
        <w:jc w:val="right"/>
      </w:pPr>
      <w:r>
        <w:t>ایک سال تک پڑھوائیے، کم سے کم دو بار، کم سے کم دو بار۔ ہزاروں ہزار لوگ ہیں جو پڑھ پڑھ کے ان کا ذہن بدل گیا۔</w:t>
      </w:r>
    </w:p>
    <w:p>
      <w:r>
        <w:rPr>
          <w:b/>
        </w:rPr>
        <w:t xml:space="preserve">[1:32:43] </w:t>
      </w:r>
      <w:r>
        <w:t>kashmir mein aik sahib hain jo parh ke in ka zehn badla to woh har har mahine dedh so issue kharidte hain apne paas se aur free bantte hain, woh sab ko dete hain kashmir mein.</w:t>
      </w:r>
    </w:p>
    <w:p>
      <w:pPr>
        <w:jc w:val="right"/>
      </w:pPr>
      <w:r>
        <w:t>کشمیر میں ایک صاحب ہیں جو پڑھ کے ان کا ذہن بدلا تو وہ ہر ہر مہینے ڈیڑھ سو ایشو خریدتے ہیں اپنے پاس سے اور فری بانٹتے ہیں، وہ سب کو دیتے ہیں کشمیر میں۔</w:t>
      </w:r>
    </w:p>
    <w:p>
      <w:r>
        <w:rPr>
          <w:b/>
        </w:rPr>
        <w:t xml:space="preserve">[1:32:57] </w:t>
      </w:r>
      <w:r>
        <w:t>to</w:t>
      </w:r>
    </w:p>
    <w:p>
      <w:pPr>
        <w:jc w:val="right"/>
      </w:pPr>
      <w:r>
        <w:t>تو</w:t>
      </w:r>
    </w:p>
    <w:p>
      <w:r>
        <w:rPr>
          <w:b/>
        </w:rPr>
        <w:t xml:space="preserve">[1:32:58] </w:t>
      </w:r>
      <w:r>
        <w:t>jo kaam hai, woh kijiye, literature phailaiye, risalay ko parhwaiye. jo na janta ho urdu, us ko parhwa ke, us ko parhwa ke sunaiye, us ko parh kar ke.</w:t>
      </w:r>
    </w:p>
    <w:p>
      <w:pPr>
        <w:jc w:val="right"/>
      </w:pPr>
      <w:r>
        <w:t>جو کام ہے، وہ کیجئے، لٹریچر پھیلائیے، رسالے کو پڑھوائیے۔ جو نہ جانتا ہو اردو، اس کو پڑھوا کے، اس کو پڑھوا کے سنائیے، اس کو پڑھ کر کے۔</w:t>
      </w:r>
    </w:p>
    <w:p>
      <w:r>
        <w:rPr>
          <w:b/>
        </w:rPr>
        <w:t xml:space="preserve">[1:33:08] </w:t>
      </w:r>
      <w:r>
        <w:t>is tareeqay se kaam hoga. dekhen, ye kaam hai, us ko hum kehte hain mind engineering, zehn ko badalna. yaad rakhiye, pathar ko tarashna aasan hai, zehn ko tarashna mushkil hai.</w:t>
      </w:r>
    </w:p>
    <w:p>
      <w:pPr>
        <w:jc w:val="right"/>
      </w:pPr>
      <w:r>
        <w:t>اس طریقے سے کام ہوگا۔ دیکھیں، یہ کام ہے، اس کو ہم کہتے ہیں وی انجینئرنگ آف مائنڈ، ذہن کو بدلنا۔ یاد رکھیے، پتھر کو تراشنا آسان ہے، ذہن کو تراشنا مشکل ہے۔</w:t>
      </w:r>
    </w:p>
    <w:p>
      <w:r>
        <w:rPr>
          <w:b/>
        </w:rPr>
        <w:t xml:space="preserve">[1:33:23] </w:t>
      </w:r>
      <w:r>
        <w:t>lohay ko mold karna aasan hai, lekin zehn ko mold karna mushkil hai.</w:t>
      </w:r>
    </w:p>
    <w:p>
      <w:pPr>
        <w:jc w:val="right"/>
      </w:pPr>
      <w:r>
        <w:t>لوہے کو مولڈ کرنا آسان ہے، لیکن ذہن کو مولڈ کرنا مشکل ہے۔</w:t>
      </w:r>
    </w:p>
    <w:p>
      <w:r>
        <w:rPr>
          <w:b/>
        </w:rPr>
        <w:t xml:space="preserve">[1:33:28] </w:t>
      </w:r>
      <w:r>
        <w:t>to zehn bananay ka kaam itna aasan ho jaye ga, itni aasani se. is ke liye aik barabar, aik aik aik continuous effort karni pare gi. aur bohat aasan hai aap ke liye.</w:t>
      </w:r>
    </w:p>
    <w:p>
      <w:pPr>
        <w:jc w:val="right"/>
      </w:pPr>
      <w:r>
        <w:t>تو ذہن بنانے کا کام اتنا آسان ہو جائے گا، اتنی آسانی سے۔ اس کے لیے ایک برابر، ایک ایک ایک کنٹینیوس ایفرٹ کرنی پڑے گی۔ اور بہت آسان ہے آپ کے لیے۔</w:t>
      </w:r>
    </w:p>
    <w:p>
      <w:r>
        <w:rPr>
          <w:b/>
        </w:rPr>
        <w:t xml:space="preserve">[1:33:38] </w:t>
      </w:r>
      <w:r>
        <w:t>aap hamari jo jo kitaben yahan chhapi hain, un ko parhwaiye. brochure hain, pamphlet hain, kitaben hain, magazine hai.</w:t>
      </w:r>
    </w:p>
    <w:p>
      <w:pPr>
        <w:jc w:val="right"/>
      </w:pPr>
      <w:r>
        <w:t>آپ ہماری جو جو کتابیں یہاں چھپی ہیں، ان کو پڑھوائیے۔ بروشر ہیں، پیمفلیٹ ہیں، کتابیں ہیں، میگزین ہے۔</w:t>
      </w:r>
    </w:p>
    <w:p>
      <w:r>
        <w:rPr>
          <w:b/>
        </w:rPr>
        <w:t xml:space="preserve">[1:33:46] </w:t>
      </w:r>
      <w:r>
        <w:t>mein kisi bhi shakhs se kehta hoon ke aik aik saal woh ye kaam kare ke aik saal barabar woh parhwaiye risala magazine barabar, aur kam se kam do bar har mahine ka issue, do bar.</w:t>
      </w:r>
    </w:p>
    <w:p>
      <w:pPr>
        <w:jc w:val="right"/>
      </w:pPr>
      <w:r>
        <w:t>میں کسی بھی شخص سے کہتا ہوں کہ ایک ایک سال وہ یہ کام کرے کہ ایک سال برابر وہ پڑھوائے رسالہ میگزین برابر، اور کم سے کم دو بار ہر مہینے کا ایشو، دو بار۔</w:t>
      </w:r>
    </w:p>
    <w:p>
      <w:r>
        <w:rPr>
          <w:b/>
        </w:rPr>
        <w:t xml:space="preserve">[1:33:59] </w:t>
      </w:r>
      <w:r>
        <w:t>phir aik saal ke baad jo report de mujhe. ab tak to tajurba mera hai ke sab ka zehn badal jata hai.</w:t>
      </w:r>
    </w:p>
    <w:p>
      <w:pPr>
        <w:jc w:val="right"/>
      </w:pPr>
      <w:r>
        <w:t>پھر ایک سال کے بعد جو رپورٹ دے مجھے۔ اب تک تو تجربہ میرا ہے کہ سب کا ذہن بدل جاتا ہے۔</w:t>
      </w:r>
    </w:p>
    <w:p>
      <w:r>
        <w:rPr>
          <w:b/>
        </w:rPr>
        <w:t xml:space="preserve">[1:34:06] </w:t>
      </w:r>
      <w:r>
        <w:t>abhi kal parson mere paas aik aaye thay, aik sahib jo government of india mein kuch un ki service hai, un ke. unhon ne kaha ke main pehle negative tha, mere paas patience nahi tha, main sabr ko badri samajhta tha, lekin risala parhte parhte ab main bilkul badl gaya hoon.</w:t>
      </w:r>
    </w:p>
    <w:p>
      <w:pPr>
        <w:jc w:val="right"/>
      </w:pPr>
      <w:r>
        <w:t>ابھی کل پرسوں میرے پاس ایک آئے تھے، ایک صاحب جو گورنمنٹ آف انڈیا میں کچھ ان کی سروس ہے، ان کے۔ انہوں نے کہا کہ میں پہلے نیگیٹیو تھا، میرے پاس پیشنس نہیں تھا، میں صبر کو بدری سمجھتا تھا، لیکن رسالہ پڑھتے پڑھتے اب میں بالکل بدل گیا ہوں۔</w:t>
      </w:r>
    </w:p>
    <w:p>
      <w:r>
        <w:rPr>
          <w:b/>
        </w:rPr>
        <w:t xml:space="preserve">[1:34:22] </w:t>
      </w:r>
      <w:r>
        <w:t>ab albata ye to khazana hai, intellectual treasure hai ye to. to aap bhi kar ke dekhiye, phir mujhe result bataiye.</w:t>
      </w:r>
    </w:p>
    <w:p>
      <w:pPr>
        <w:jc w:val="right"/>
      </w:pPr>
      <w:r>
        <w:t>اب البتہ یہ تو خزانہ ہے، انٹلیکچول ٹریژر ہے یہ تو۔ تو آپ بھی کر کے دیکھیے، پھر مجھے رزلٹ بتائیے۔</w:t>
      </w:r>
    </w:p>
    <w:p>
      <w:r>
        <w:rPr>
          <w:b/>
        </w:rPr>
        <w:t xml:space="preserve">[1:34:35] </w:t>
      </w:r>
      <w:r>
        <w:t>ye abdul azeem sahib ka sawal hai ke aap ne quran ki aik ayat bayan ki, hamein rasoolon ke darmiyan farq nahi karna chahiye, jabke rab ta'ala farmata hai ke hum ne in mein se baaz ko baaz par fazilat di hai.</w:t>
      </w:r>
    </w:p>
    <w:p>
      <w:pPr>
        <w:jc w:val="right"/>
      </w:pPr>
      <w:r>
        <w:t>یہ عبدالعظیم صاحب کا سوال ہے کہ آپ نے قرآن کی ایک آیت بیان کی، ہمیں رسولوں کے درمیان فرق نہیں کرنا چاہیے، جبکہ رب تعالی فرماتا ہے کہ ہم نے ان میں سے بعض کو بعض پر فضیلت دی ہے۔</w:t>
      </w:r>
    </w:p>
    <w:p>
      <w:r>
        <w:rPr>
          <w:b/>
        </w:rPr>
        <w:t xml:space="preserve">[1:34:51] </w:t>
      </w:r>
      <w:r>
        <w:t>unhon ne quran ki aik ayat quote ki hai, tilk al rasool fadlna ba'dahum ala ba'din aap ka comment chahiye is pe.</w:t>
      </w:r>
    </w:p>
    <w:p>
      <w:pPr>
        <w:jc w:val="right"/>
      </w:pPr>
      <w:r>
        <w:t>انہوں نے قرآن کی ایک آیت کوٹ کی ہے، تِلْقَ الْرَسُولِ فَضَلْنَا بَعْضَهُمْ عَلَى بَعْضٍ آپ کا کمنٹ چاہیے اس پہ۔</w:t>
      </w:r>
    </w:p>
    <w:p>
      <w:r>
        <w:rPr>
          <w:b/>
        </w:rPr>
        <w:t xml:space="preserve">[1:35:01] </w:t>
      </w:r>
      <w:r>
        <w:t>ye is ayat ko le kar ke ji mujhe yani galat fehmiyan hain, is is ayat mein ye nahi kaha gaya ke kisi aik nabi ko doosre par fazilat.</w:t>
      </w:r>
    </w:p>
    <w:p>
      <w:pPr>
        <w:jc w:val="right"/>
      </w:pPr>
      <w:r>
        <w:t>یہ اس آیت کو لے کر کہ جی مجھے یعنی غلط فہمیاں ہیں، اس اس آیت میں یہ نہیں کہا گیا کہ کسی ایک نبی کو دوسرے پر فضیلت۔</w:t>
      </w:r>
    </w:p>
    <w:p>
      <w:r>
        <w:rPr>
          <w:b/>
        </w:rPr>
        <w:t xml:space="preserve">[1:35:13] </w:t>
      </w:r>
      <w:r>
        <w:t>ye kahan? ye to har aik ko fazilat ka is mein hai. is is ayat mein niklta hai ke har aik ko fazilat di hai, kisi aik ko fazilat di hai, doosron par ziyada.</w:t>
      </w:r>
    </w:p>
    <w:p>
      <w:pPr>
        <w:jc w:val="right"/>
      </w:pPr>
      <w:r>
        <w:t>یہ کہاں؟ یہ تو ہر ایک کو فضیلت کا اس میں ہے۔ اس اس آیت میں نکلتا ہے کہ ہر ایک کو فضیلت دی ہے، کسی ایک کو فضیلت دی ہے، دوسروں پر زیادہ۔</w:t>
      </w:r>
    </w:p>
    <w:p>
      <w:r>
        <w:rPr>
          <w:b/>
        </w:rPr>
        <w:t xml:space="preserve">[1:35:23] </w:t>
      </w:r>
      <w:r>
        <w:t>yeh kahan hai is mein likha hua hai? yeh to wahi cheez hai ke jaise kya hai? ek aur ayat hai, woh mewon ke baray mein,</w:t>
      </w:r>
    </w:p>
    <w:p>
      <w:pPr>
        <w:jc w:val="right"/>
      </w:pPr>
      <w:r>
        <w:t>یہ کہاں ہے اس میں لکھا ہوا ہے؟ یہ تو وہی چیز ہے کہ جیسے کیا ہے؟ ایک اور آیت ہے، وہ میووں کے بارے میں،</w:t>
      </w:r>
    </w:p>
    <w:p>
      <w:r>
        <w:rPr>
          <w:b/>
        </w:rPr>
        <w:t xml:space="preserve">[1:35:31] </w:t>
      </w:r>
      <w:r>
        <w:t>wa naffadlnah ba'dahum 'ala ba'din fil luki ke mewon ko hum ne fazilat di hai, har meway ko. to kya aap samajhte hain ke koi ek mewa doosron par afzal hai?</w:t>
      </w:r>
    </w:p>
    <w:p>
      <w:pPr>
        <w:jc w:val="right"/>
      </w:pPr>
      <w:r>
        <w:t>وَنَفَضْلُنَا بَعْضَهُمْ عَلَى بَعْضٍ فِي الْلُوْكِ کہ میووں کو ہم نے فضیلت دی ہے، ہر میوے کو۔ تو کیا آپ سمجھتے ہیں کہ کوئی ایک میوہ دوسروں پر افضل ہے؟</w:t>
      </w:r>
    </w:p>
    <w:p>
      <w:r>
        <w:rPr>
          <w:b/>
        </w:rPr>
        <w:t xml:space="preserve">[1:35:44] </w:t>
      </w:r>
      <w:r>
        <w:t>yeh expression hai jo quran mein do jagah milta hai aap ko, mewon ke baray mein bhi, peghambar ke baray mein</w:t>
      </w:r>
    </w:p>
    <w:p>
      <w:pPr>
        <w:jc w:val="right"/>
      </w:pPr>
      <w:r>
        <w:t>یہ ایکسپریشن ہے جو قرآن میں دو جگہ ملتا ہے آپ کو، میووں کے بارے میں بھی، پیغمبر کے بارے میں</w:t>
      </w:r>
    </w:p>
    <w:p>
      <w:r>
        <w:rPr>
          <w:b/>
        </w:rPr>
        <w:t xml:space="preserve">[1:35:49] </w:t>
      </w:r>
      <w:r>
        <w:t>, wa naffadlnah ba'dahum 'ala ba'din fil luki ke ek meway ko doosre meway par ala al-itlaq fazilat aisa nahi hai. is mein har meway ko fazilat, yaani fazilat ke mani hote hain asal mein additional sifat.</w:t>
      </w:r>
    </w:p>
    <w:p>
      <w:pPr>
        <w:jc w:val="right"/>
      </w:pPr>
      <w:r>
        <w:t>، وَنَفَضْلُنَا بَعْضَهُمْ عَلَى بَعْضٍ فِي الْلُوْكِ کہ ایک میوے کو دوسرے میوے پر علی الاطلاق فضیلت ایسا نہیں ہے۔ اس میں ہر میوے کو فضیلت، یعنی فضیلت کے معنی ہوتے ہیں اصل میں ایڈیشنل صفت۔</w:t>
      </w:r>
    </w:p>
    <w:p>
      <w:r>
        <w:rPr>
          <w:b/>
        </w:rPr>
        <w:t xml:space="preserve">[1:36:03] </w:t>
      </w:r>
      <w:r>
        <w:t>additional sifat har ek mein ek additional sifat hai. isi quran mein hai ke kallam allahu musa taklima hazrat musa ko additional baat yeh mili ke unho ne allah taala se kalam kiya.</w:t>
      </w:r>
    </w:p>
    <w:p>
      <w:pPr>
        <w:jc w:val="right"/>
      </w:pPr>
      <w:r>
        <w:t>ایڈیشنل صفت ہر ایک میں ایک ایڈیشنل صفت ہے۔ اسی قرآن میں ہے کہ كَلَّمَ اللَّهُ مُوسَى تَكْلِيمًا حضرت موسیٰ کو ایڈیشنل بات یہ ملی کہ انہوں نے اللہ تعالی سے کلام کیا۔</w:t>
      </w:r>
    </w:p>
    <w:p>
      <w:r>
        <w:rPr>
          <w:b/>
        </w:rPr>
        <w:t xml:space="preserve">[1:36:17] </w:t>
      </w:r>
      <w:r>
        <w:t>hazrat masih ko additional baat yeh mili ke unho ne. un ko woh ilaj karte thay, is ka yaani blindz, bimar bimaroon ka ilaj karte thay.</w:t>
      </w:r>
    </w:p>
    <w:p>
      <w:pPr>
        <w:jc w:val="right"/>
      </w:pPr>
      <w:r>
        <w:t>حضرت مسیح کو ایڈیشنل بات یہ ملی کہ انہوں نے۔ ان کو وہ علاج کرتے تھے، اس کا یعنی بلائنڈز، بیمار بیماروں کا علاج کرتے تھے۔</w:t>
      </w:r>
    </w:p>
    <w:p>
      <w:r>
        <w:rPr>
          <w:b/>
        </w:rPr>
        <w:t xml:space="preserve">[1:36:28] </w:t>
      </w:r>
      <w:r>
        <w:t>to har peghambar ko koi additional sifat mili thi. yeh hai is is ayat mein. yeh hai nahi ke kisi ek peghambar ko absolute tor par doosre peghambar par fazil</w:t>
      </w:r>
    </w:p>
    <w:p>
      <w:pPr>
        <w:jc w:val="right"/>
      </w:pPr>
      <w:r>
        <w:t>تو ہر پیغمبر کو کوئی ایڈیشنل صفت ملی تھی۔ یہ ہے اس اس آیت میں۔ یہ ہے نہیں کہ کسی ایک پیغمبر کو ایبسولیوٹ طور پر دوسرے پیغمبر پر فضیل</w:t>
      </w:r>
    </w:p>
    <w:p>
      <w:r>
        <w:rPr>
          <w:b/>
        </w:rPr>
        <w:t xml:space="preserve">[1:36:37] </w:t>
      </w:r>
      <w:r>
        <w:t>t, yeh is mein hai hi nahi. aap parh lein, ibn kathir ne is pe behas ki hai ke is se yeh baat nikali jati hai, yaani is se baat sabit hi nahi hoti hai.</w:t>
      </w:r>
    </w:p>
    <w:p>
      <w:pPr>
        <w:jc w:val="right"/>
      </w:pPr>
      <w:r>
        <w:t>ت، یہ اس میں ہے ہی نہیں۔ آپ پڑھ لیں، ابن کثیر نے اس پہ بحث کی ہے کہ اس سے یہ بات نکالی جاتی ہے، یعنی اس سے بات ثابت ہی نہیں ہوتی ہے۔</w:t>
      </w:r>
    </w:p>
    <w:p>
      <w:r>
        <w:rPr>
          <w:b/>
        </w:rPr>
        <w:t xml:space="preserve">[1:36:46] </w:t>
      </w:r>
      <w:r>
        <w:t>ibn kathir jo bohat baray mufassir hain, woh kehte hain is ayat se sabit nahi hota ke koi ek nabi jo hai sare nabiyon par afzal hai. is se nahi nikalta yeh.</w:t>
      </w:r>
    </w:p>
    <w:p>
      <w:pPr>
        <w:jc w:val="right"/>
      </w:pPr>
      <w:r>
        <w:t>ابن کثیر جو بہت بڑے مفسر ہیں، وہ کہتے ہیں اس آیت سے ثابت نہیں ہوتا کہ کوئی ایک نبی جو ہے سارے نبیوں پر افضل ہے۔ اس سے نہیں نکلتا یہ۔</w:t>
      </w:r>
    </w:p>
    <w:p>
      <w:r>
        <w:rPr>
          <w:b/>
        </w:rPr>
        <w:t xml:space="preserve">[1:36:56] </w:t>
      </w:r>
      <w:r>
        <w:t>yeh ek rebar hai. rebar har nabi ko ek additional sifat di gayi thi. aur bukhari ki ek riwayat hai, is mein yeh baat clear clear kar di gayi ke har nabi ko apne zamanay ke lehaz se koi cheez di gayi,</w:t>
      </w:r>
    </w:p>
    <w:p>
      <w:pPr>
        <w:jc w:val="right"/>
      </w:pPr>
      <w:r>
        <w:t>یہ ایک ریوبر ہے۔ ریوبر ہر نبی کو ایک ایڈیشنل صفت دی گئی تھی۔ اور بخاری کی ایک روایت ہے، اس میں یہ بات کلیئر کلیئر کر دی گئی کہ ہر نبی کو اپنے زمانے کے لحاظ سے کوئی چیز دی گئی،</w:t>
      </w:r>
    </w:p>
    <w:p>
      <w:r>
        <w:rPr>
          <w:b/>
        </w:rPr>
        <w:t xml:space="preserve">[1:37:12] </w:t>
      </w:r>
      <w:r>
        <w:t>apne zamanay ke lehaz se.</w:t>
      </w:r>
    </w:p>
    <w:p>
      <w:pPr>
        <w:jc w:val="right"/>
      </w:pPr>
      <w:r>
        <w:t>اپنے زمانے کے لحاظ سے۔</w:t>
      </w:r>
    </w:p>
    <w:p>
      <w:r>
        <w:rPr>
          <w:b/>
        </w:rPr>
        <w:t xml:space="preserve">[1:37:17] </w:t>
      </w:r>
      <w:r>
        <w:t>woh hazrat musa ke zamanay mein jadu ka daur tha. hazrat musa ko asa musa jo tha, woh ajdaha ban jata tha.</w:t>
      </w:r>
    </w:p>
    <w:p>
      <w:pPr>
        <w:jc w:val="right"/>
      </w:pPr>
      <w:r>
        <w:t>وہ حضرت موسیٰ کے زمانے میں جادو کا دور تھا۔ حضرت موسیٰ کو عصا موسیٰ جو تھا، وہ اجدہا بن جاتا تھا۔</w:t>
      </w:r>
    </w:p>
    <w:p>
      <w:r>
        <w:rPr>
          <w:b/>
        </w:rPr>
        <w:t xml:space="preserve">[1:37:25] </w:t>
      </w:r>
      <w:r>
        <w:t>hazrat masih ke zamanay mein tib ka daur tha, to aap aap ko yeh diya gaya ke aap acha kar dete thay mareezon ko. to woh har nabi ko apne zamanay ke lehaz se ek additional sifat di gayi taake woh apne da'wati kaam ko zyada achhe andaaz mein kar sake.</w:t>
      </w:r>
    </w:p>
    <w:p>
      <w:pPr>
        <w:jc w:val="right"/>
      </w:pPr>
      <w:r>
        <w:t>حضرت مسیح کے زمانے میں طب کا دور تھا، تو آپ آپ کو یہ دیا گیا کہ آپ اچھا کر دیتے تھے مریضوں کو۔ تو وہ ہر نبی کو اپنے زمانے کے لحاظ سے ایک ایڈیشنل صفت دی گئی تاکہ وہ اپنے دعوتی کام کو زیادہ اچھے انداز میں کر سکے۔</w:t>
      </w:r>
    </w:p>
    <w:p>
      <w:r>
        <w:rPr>
          <w:b/>
        </w:rPr>
        <w:t xml:space="preserve">[1:37:41] </w:t>
      </w:r>
      <w:r>
        <w:t>yeh bhi koi fazilat nahi thi. da'wati kaam ke liye ek ek un ko hathiyar diya gaya, diya gaya hoga. lo, hum log likhte hain, lete hain is ko mysterious sense mein, purasrar sense mein.</w:t>
      </w:r>
    </w:p>
    <w:p>
      <w:pPr>
        <w:jc w:val="right"/>
      </w:pPr>
      <w:r>
        <w:t>یہ بھی کوئی فضیلت نہیں تھی۔ دعوتی کام کے لیے ایک ایک ان کو ہتھیار دیا گیا، دیا گیا ہوگا۔ لو، ہم لوگ لکھتے ہیں، لیتے ہیں اس کو مسٹیریس سینس میں، پراسرار سینس میں۔</w:t>
      </w:r>
    </w:p>
    <w:p>
      <w:r>
        <w:rPr>
          <w:b/>
        </w:rPr>
        <w:t xml:space="preserve">[1:37:54] </w:t>
      </w:r>
      <w:r>
        <w:t>fazilat ke mani is yeh nahi hain. yeh mani hai ke yeh kisi nabi ko mukhtalif qism ke situation mein kaam karna parta tha.</w:t>
      </w:r>
    </w:p>
    <w:p>
      <w:pPr>
        <w:jc w:val="right"/>
      </w:pPr>
      <w:r>
        <w:t>فضیلت کے معنی اس یہ نہیں ہیں۔ یہ معنی ہے کہ یہ کسی نبی کو مختلف قسم کے سچویشن میں کام کرنا پڑتا تھا۔</w:t>
      </w:r>
    </w:p>
    <w:p>
      <w:r>
        <w:rPr>
          <w:b/>
        </w:rPr>
        <w:t xml:space="preserve">[1:38:03] </w:t>
      </w:r>
      <w:r>
        <w:t>to apne zamanay ke lehaz se jo is ke halaat thay, is ke lehaz se is ko ek additional support diya gaya. yeh matlab hai is ka. agar aap ko is pe shak ho to ibn kathir ki tafsir parh lijiyay.</w:t>
      </w:r>
    </w:p>
    <w:p>
      <w:pPr>
        <w:jc w:val="right"/>
      </w:pPr>
      <w:r>
        <w:t>تو اپنے زمانے کے لحاظ سے جو اس کے حالات تھے، اس کے لحاظ سے اس کو ایک ایڈیشنل سپورٹ دیا گیا۔ یہ مطلب ہے اس کا۔ اگر آپ کو اس پہ شک ہو تو ابن کثیر کی تفسیر پڑھ لیجئے۔</w:t>
      </w:r>
    </w:p>
    <w:p>
      <w:r>
        <w:rPr>
          <w:b/>
        </w:rPr>
        <w:t xml:space="preserve">[1:38:15] </w:t>
      </w:r>
      <w:r>
        <w:t>aap</w:t>
      </w:r>
    </w:p>
    <w:p>
      <w:pPr>
        <w:jc w:val="right"/>
      </w:pPr>
      <w:r>
        <w:t>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