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case of Present Muslims 13 Feb, 2011 - Maulana Wahiduddin Khan</w:t>
      </w:r>
    </w:p>
    <w:p>
      <w:r>
        <w:t>https://www.youtube.com/watch?v=t6KWTAnDEcs</w:t>
      </w:r>
    </w:p>
    <w:p>
      <w:r>
        <w:rPr>
          <w:b/>
        </w:rPr>
        <w:t xml:space="preserve">[00:14] </w:t>
      </w:r>
      <w:r>
        <w:t>Bismillah Rehman ur Rahim, wa sallallahu ala Nabi al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ka topic hai "the case of present Muslims", yani maujooda Musalmanon ka mamla kya hai, is ke bare mein.</w:t>
      </w:r>
    </w:p>
    <w:p>
      <w:pPr>
        <w:jc w:val="right"/>
      </w:pPr>
      <w:r>
        <w:t>آج کا ٹاپک ہے "دا کیس آف پریزنٹ مسلمز"، یعنی موجودہ مسلمانوں کا معاملہ کیا ہے، اس کے بارے میں۔</w:t>
      </w:r>
    </w:p>
    <w:p>
      <w:r>
        <w:rPr>
          <w:b/>
        </w:rPr>
        <w:t xml:space="preserve">[00:50] </w:t>
      </w:r>
      <w:r>
        <w:t>ek bohat parhe likhe sahib hain, un se mulaqat hui to unhone yeh sawal kiya. aaj kal aap jante hain ke Misr mein, Egypt mein,</w:t>
      </w:r>
    </w:p>
    <w:p>
      <w:pPr>
        <w:jc w:val="right"/>
      </w:pPr>
      <w:r>
        <w:t>ایک بہت پڑھے لکھے صاحب ہیں، ان سے ملاقات ہوئی تو انہوں نے یہ سوال کیا۔ آج کل آپ جانتے ہیں کہ مصر میں، ایجپٹ میں،</w:t>
      </w:r>
    </w:p>
    <w:p>
      <w:r>
        <w:rPr>
          <w:b/>
        </w:rPr>
        <w:t xml:space="preserve">[01:07] </w:t>
      </w:r>
      <w:r>
        <w:t>taqreeban do haftay se bohat ziyada</w:t>
      </w:r>
    </w:p>
    <w:p>
      <w:pPr>
        <w:jc w:val="right"/>
      </w:pPr>
      <w:r>
        <w:t>تقریباً دو ہفتے سے بہت زیادہ</w:t>
      </w:r>
    </w:p>
    <w:p>
      <w:r>
        <w:rPr>
          <w:b/>
        </w:rPr>
        <w:t xml:space="preserve">[01:12] </w:t>
      </w:r>
      <w:r>
        <w:t>protest hungama ho raha hai, aur kai Muslim mulkon mein yeh sab ho raha hai, aur is se pehle se yeh sab chal raha hai, is ka un ka mamla.</w:t>
      </w:r>
    </w:p>
    <w:p>
      <w:pPr>
        <w:jc w:val="right"/>
      </w:pPr>
      <w:r>
        <w:t>پروٹیسٹ ہنگامہ ہو رہا ہے، اور کئی مسلم ملکوں میں یہ سب ہو رہا ہے، اور اس سے پہلے سے یہ سب چل رہا ہے، اس کا ان کا معاملہ۔</w:t>
      </w:r>
    </w:p>
    <w:p>
      <w:r>
        <w:rPr>
          <w:b/>
        </w:rPr>
        <w:t xml:space="preserve">[01:24] </w:t>
      </w:r>
      <w:r>
        <w:t>to unhone poocha ke yeh yeh kya hai, aakhir Musalmanon ka case kya hai, kyun Musalman ladte phirte hain,</w:t>
      </w:r>
    </w:p>
    <w:p>
      <w:pPr>
        <w:jc w:val="right"/>
      </w:pPr>
      <w:r>
        <w:t>تو انہوں نے پوچھا کہ یہ یہ کیا ہے، آخر مسلمانوں کا کیس کیا ہے، کیوں مسلمان لڑتے پھرتے ہیں،</w:t>
      </w:r>
    </w:p>
    <w:p>
      <w:r>
        <w:rPr>
          <w:b/>
        </w:rPr>
        <w:t xml:space="preserve">[01:32] </w:t>
      </w:r>
      <w:r>
        <w:t>is ka raaz kya hai. dekhiye, aaj ka jo insaan hai, woh is ko unhone represent kiya.</w:t>
      </w:r>
    </w:p>
    <w:p>
      <w:pPr>
        <w:jc w:val="right"/>
      </w:pPr>
      <w:r>
        <w:t>اس کا راز کیا ہے۔ دیکھیں، آج کا جو انسان ہے، وہ اس کو انہوں نے ریپریزنٹ کیا۔</w:t>
      </w:r>
    </w:p>
    <w:p>
      <w:r>
        <w:rPr>
          <w:b/>
        </w:rPr>
        <w:t xml:space="preserve">[01:42] </w:t>
      </w:r>
      <w:r>
        <w:t>aaj ka insaan pareshan hai samajhne ke liye ke musalman aakhir kyun ladte phirte hain, wajah kya hai. aaj ka zamana jo hai, woh zamana hai cheezon ko result, in terms of result, dekhna.</w:t>
      </w:r>
    </w:p>
    <w:p>
      <w:pPr>
        <w:jc w:val="right"/>
      </w:pPr>
      <w:r>
        <w:t>آج کا انسان پریشان ہے سمجھنے کے لیے کہ مسلمان آخر کیوں لڑتے پھرتے ہیں، وجہ کیا ہے۔ آج کا زمانہ جو ہے، وہ زمانہ ہے چیزوں کو رزلٹ، ان ٹرمز آف رزلٹ، دیکھنا۔</w:t>
      </w:r>
    </w:p>
    <w:p>
      <w:r>
        <w:rPr>
          <w:b/>
        </w:rPr>
        <w:t xml:space="preserve">[02:01] </w:t>
      </w:r>
      <w:r>
        <w:t>yeh zamana hai democracy, secularism, rationalism. yeh age of reason kaha jata hai is ko, age of reason, yaani aql par parkh kar janna kisi cheez ko.</w:t>
      </w:r>
    </w:p>
    <w:p>
      <w:pPr>
        <w:jc w:val="right"/>
      </w:pPr>
      <w:r>
        <w:t>یہ زمانہ ہے ڈیموکریسی، سیکولرزم، ریشنلزم۔ یہ ایج آف ریزن کہا جاتا ہے اس کو، ایج آف ریزن، یعنی عقل پر پرکھ کر جاننا کسی چیز کو۔</w:t>
      </w:r>
    </w:p>
    <w:p>
      <w:r>
        <w:rPr>
          <w:b/>
        </w:rPr>
        <w:t xml:space="preserve">[02:19] </w:t>
      </w:r>
      <w:r>
        <w:t>to aaj ka jo zamana hai, woh cheezon ko dekhta hai nateeje ke roop mein. nateeja nahi hai to bekar hai woh. pehle zamane mein ibadati clear nahi thi, pehle superstition tha,</w:t>
      </w:r>
    </w:p>
    <w:p>
      <w:pPr>
        <w:jc w:val="right"/>
      </w:pPr>
      <w:r>
        <w:t>تو آج کا جو زمانہ ہے، وہ چیزوں کو دیکھتا ہے نتیجے کے روپ میں۔ نتیجہ نہیں ہے تو بیکار ہے وہ۔ پہلے زمانے میں عبادتی کلیئر نہیں تھی، پہلے سپریسٹیشن تھا،</w:t>
      </w:r>
    </w:p>
    <w:p>
      <w:r>
        <w:rPr>
          <w:b/>
        </w:rPr>
        <w:t xml:space="preserve">[02:35] </w:t>
      </w:r>
      <w:r>
        <w:t>purasrar qism ki baatein thin, mysterious type ki. ab woh baat nahi hai. to aaj ka insaan cheezon ko reason par parkhta hai.</w:t>
      </w:r>
    </w:p>
    <w:p>
      <w:pPr>
        <w:jc w:val="right"/>
      </w:pPr>
      <w:r>
        <w:t>پراسرار قسم کی باتیں تھیں، مسٹیریس ٹائپ کی۔ اب وہ بات نہیں ہے۔ تو آج کا انسان چیزوں کو ریزن پر پرکھتا ہے۔</w:t>
      </w:r>
    </w:p>
    <w:p>
      <w:r>
        <w:rPr>
          <w:b/>
        </w:rPr>
        <w:t xml:space="preserve">[02:47] </w:t>
      </w:r>
      <w:r>
        <w:t>to bilkul, woh jab jab reason ko apply karte hain to musalmanon ka case un ki samajh mein nahi aata. kyun? duniya mein militancy ke tashaddud ke bohat se waqeat hain, lekin ek had par ja kar woh khatam ho gaye.</w:t>
      </w:r>
    </w:p>
    <w:p>
      <w:pPr>
        <w:jc w:val="right"/>
      </w:pPr>
      <w:r>
        <w:t>تو بالکل، وہ جب جب ریزن کو اپلائی کرتے ہیں تو مسلمانوں کا کیس ان کی سمجھ میں نہیں آتا۔ کیوں؟ دنیا میں بلٹینسی کے تشدد کے بہت سے واقعات ہیں، لیکن ایک حد پر جا کر وہ ختم ہو گئے۔</w:t>
      </w:r>
    </w:p>
    <w:p>
      <w:r>
        <w:rPr>
          <w:b/>
        </w:rPr>
        <w:t xml:space="preserve">[03:04] </w:t>
      </w:r>
      <w:r>
        <w:t>jab dekha ke is mein koi result nahi hai. jaise misaal ke tor par dekhiye, America ne Vietnam mein apni faujen dakhil kar din, taqreeban 11 saal tak wahan par woh rahein.</w:t>
      </w:r>
    </w:p>
    <w:p>
      <w:pPr>
        <w:jc w:val="right"/>
      </w:pPr>
      <w:r>
        <w:t>جب دیکھا کہ اس میں کوئی رزلٹ نہیں ہے۔ جیسے مثال کے طور پر دیکھیے، امریکہ نے ویتنام میں اپنی فوجیں داخل کر دیں، تقریباً 11 سال تک وہاں پر وہ رہیں۔</w:t>
      </w:r>
    </w:p>
    <w:p>
      <w:r>
        <w:rPr>
          <w:b/>
        </w:rPr>
        <w:t xml:space="preserve">[03:21] </w:t>
      </w:r>
      <w:r>
        <w:t>11 saal ke baad wapas chale gaye woh log, magar jeeti hui, koi jeet nahi hui un ko. hui kyun? dekha koi result nahi hai.</w:t>
      </w:r>
    </w:p>
    <w:p>
      <w:pPr>
        <w:jc w:val="right"/>
      </w:pPr>
      <w:r>
        <w:t>11 سال کے بعد واپس چلے گئے وہ لوگ، مگر جیتی ہوئی، کوئی جیت نہیں ہوئی ان کو۔ ہوئی کیوں؟ دیکھا کوئی رزلٹ نہیں ہے۔</w:t>
      </w:r>
    </w:p>
    <w:p>
      <w:r>
        <w:rPr>
          <w:b/>
        </w:rPr>
        <w:t xml:space="preserve">[03:34] </w:t>
      </w:r>
      <w:r>
        <w:t>Afghanistan mein dekhiye, Russia ne apni faujen dakhil kar din, phir wapas chale gayin, kyunke dekha koi result nahi nikla.</w:t>
      </w:r>
    </w:p>
    <w:p>
      <w:pPr>
        <w:jc w:val="right"/>
      </w:pPr>
      <w:r>
        <w:t>افغانستان میں دیکھیے، روس نے اپنی فوجیں داخل کر دیں، پھر واپس چلے گئیں، کیونکہ دیکھا کوئی رزلٹ نہیں نکلا۔</w:t>
      </w:r>
    </w:p>
    <w:p>
      <w:r>
        <w:rPr>
          <w:b/>
        </w:rPr>
        <w:t xml:space="preserve">[03:44] </w:t>
      </w:r>
      <w:r>
        <w:t>Japan mein unhon ne militancy chalai, aur ek militant nation ban gaye woh log. lekin second world war ke baad militancy khatam kar di unhon ne.</w:t>
      </w:r>
    </w:p>
    <w:p>
      <w:pPr>
        <w:jc w:val="right"/>
      </w:pPr>
      <w:r>
        <w:t>جاپان میں انہوں نے ملٹینسی چلائی، اور ایک ملٹنٹ نیشن بن گئے وہ لوگ۔ لیکن سیکنڈ ولوار کے بعد ملٹینسی ختم کر دی انہوں نے۔</w:t>
      </w:r>
    </w:p>
    <w:p>
      <w:r>
        <w:rPr>
          <w:b/>
        </w:rPr>
        <w:t xml:space="preserve">[04:00] </w:t>
      </w:r>
      <w:r>
        <w:t>ek Japani se poocha gaya ke tum farz second world war ke baad kya mamla hua tumhara? to unhon ne kaha ke maine apni talwar ek American afsar ko support kar di.</w:t>
      </w:r>
    </w:p>
    <w:p>
      <w:pPr>
        <w:jc w:val="right"/>
      </w:pPr>
      <w:r>
        <w:t>ایک جاپانی سے پوچھا گیا کہ تم فرض سیکنڈ ولوار کے بعد کیا معاملہ ہوا تمہارا؟ تو انہوں نے کہا کہ میں نے اپنی تلوار ایک امریکن افسر کو سپورٹ کر دی۔</w:t>
      </w:r>
    </w:p>
    <w:p>
      <w:r>
        <w:rPr>
          <w:b/>
        </w:rPr>
        <w:t xml:space="preserve">[04:15] </w:t>
      </w:r>
      <w:r>
        <w:t>aisi aap dekhiye, bohat si misalein milengi aap ko, jitna sochenge aap.</w:t>
      </w:r>
    </w:p>
    <w:p>
      <w:pPr>
        <w:jc w:val="right"/>
      </w:pPr>
      <w:r>
        <w:t>ایسی آپ دیکھیے، بہت سی مثالیں ملیں گی آپ کو، جتنا سوچیں گے آپ۔</w:t>
      </w:r>
    </w:p>
    <w:p>
      <w:r>
        <w:rPr>
          <w:b/>
        </w:rPr>
        <w:t xml:space="preserve">[04:24] </w:t>
      </w:r>
      <w:r>
        <w:t>Germany mein Hitler ubhra, bohat hi militant nation ke tor par, lekin second world war ke baad khatam militancy. to jagah jagah aisa ho raha hai ke log tashaddud, violence, militancy chalate hain,</w:t>
      </w:r>
    </w:p>
    <w:p>
      <w:pPr>
        <w:jc w:val="right"/>
      </w:pPr>
      <w:r>
        <w:t>جرمنی میں ہٹلر ابھرا، بہت ہی ملیٹنٹ نیشن کے طور پر، لیکن سیکنڈ ولوار کے بعد ختم ملٹینسی۔ تو جگہ جگہ ایسا ہو رہا ہے کہ لوگ تشدد، وائلنس، ملٹینسی چلاتے ہیں،</w:t>
      </w:r>
    </w:p>
    <w:p>
      <w:r>
        <w:rPr>
          <w:b/>
        </w:rPr>
        <w:t xml:space="preserve">[04:40] </w:t>
      </w:r>
      <w:r>
        <w:t>lekin ek had ke baad khatam ho jati hai. kyun? age of reason hai yeh, aur reason mein ahmiyat hoti hai result ki, nateeje ki.</w:t>
      </w:r>
    </w:p>
    <w:p>
      <w:pPr>
        <w:jc w:val="right"/>
      </w:pPr>
      <w:r>
        <w:t>لیکن ایک حد کے بعد ختم ہو جاتی ہے۔ کیوں؟ ایج آف ریزن ہے یہ، اور ریزن میں اہمیت ہوتی ہے رزلٹ کی، نتیجے کی۔</w:t>
      </w:r>
    </w:p>
    <w:p>
      <w:r>
        <w:rPr>
          <w:b/>
        </w:rPr>
        <w:t xml:space="preserve">[04:52] </w:t>
      </w:r>
      <w:r>
        <w:t>to dekhte hain ke result nahi hai to phir bekar hai, khatam khatam karo is ko. to musalmanon ki militancy mein kya baat hai ke khatam hi nahi ho rahi? nateeja kuch na ho, lad rahe hain, yahan tak ke suicide bombing karte hain, ya apne hi ko maar lete hain.</w:t>
      </w:r>
    </w:p>
    <w:p>
      <w:pPr>
        <w:jc w:val="right"/>
      </w:pPr>
      <w:r>
        <w:t>تو دیکھتے ہیں کہ رزلٹ نہیں ہے تو پھر بیکار ہے، ختم ختم کرو اس کو۔ تو مسلمانوں کی بلٹینسی میں کیا بات ہے کہ ختم ہی نہیں ہو رہی؟ نتیجہ کچھ نہ ہو، لڑ رہے ہیں، یہاں تک کہ سوسائیڈ بمبنگ کرتے ہیں، یا اپنے ہی کو مار لیتے ہیں۔</w:t>
      </w:r>
    </w:p>
    <w:p>
      <w:r>
        <w:rPr>
          <w:b/>
        </w:rPr>
        <w:t xml:space="preserve">[05:10] </w:t>
      </w:r>
      <w:r>
        <w:t>yeh aaj ka jo insaan hai, is ke samne yeh sawal hai. yeh kisi ek aadmi ki baat nahi hai,</w:t>
      </w:r>
    </w:p>
    <w:p>
      <w:pPr>
        <w:jc w:val="right"/>
      </w:pPr>
      <w:r>
        <w:t>یہ آج کا جو انسان ہے، اس کے سامنے یہ سوال ہے۔ یہ کسی ایک آدمی کی بات نہیں ہے،</w:t>
      </w:r>
    </w:p>
    <w:p>
      <w:r>
        <w:rPr>
          <w:b/>
        </w:rPr>
        <w:t xml:space="preserve">[05:21] </w:t>
      </w:r>
      <w:r>
        <w:t>kisi ek aadmi ki baat nahi hai.</w:t>
      </w:r>
    </w:p>
    <w:p>
      <w:pPr>
        <w:jc w:val="right"/>
      </w:pPr>
      <w:r>
        <w:t>کسی ایک آدمی کی بات نہیں ہے۔</w:t>
      </w:r>
    </w:p>
    <w:p>
      <w:r>
        <w:rPr>
          <w:b/>
        </w:rPr>
        <w:t xml:space="preserve">[05:26] </w:t>
      </w:r>
      <w:r>
        <w:t>to age of reason jo hai, woh cheezon ko result ke roop mein janchta hai.</w:t>
      </w:r>
    </w:p>
    <w:p>
      <w:pPr>
        <w:jc w:val="right"/>
      </w:pPr>
      <w:r>
        <w:t>تو ایج آف ریزن جو ہے، وہ چیزوں کو رزلٹ کے روپ میں جانچتا ہے۔</w:t>
      </w:r>
    </w:p>
    <w:p>
      <w:r>
        <w:rPr>
          <w:b/>
        </w:rPr>
        <w:t xml:space="preserve">[05:37] </w:t>
      </w:r>
      <w:r>
        <w:t>is ke paas jo criterion hai, jo district hai, jo mayar hai, woh result ka, nateeje ka hai.</w:t>
      </w:r>
    </w:p>
    <w:p>
      <w:pPr>
        <w:jc w:val="right"/>
      </w:pPr>
      <w:r>
        <w:t>اس کے پاس جو کرائٹیرین ہے، جو ڈسٹرکٹ ہے، جو معیار ہے، وہ رزلٹ کا، نتیجے کا ہے۔</w:t>
      </w:r>
    </w:p>
    <w:p>
      <w:r>
        <w:rPr>
          <w:b/>
        </w:rPr>
        <w:t xml:space="preserve">[05:48] </w:t>
      </w:r>
      <w:r>
        <w:t>lekin ajib baat hai ke musalmanon mein result kuch na nikla hai, lad rahe hain, lad rahe hain, lad rahe hain, suicide bombing kar rahe hain.</w:t>
      </w:r>
    </w:p>
    <w:p>
      <w:pPr>
        <w:jc w:val="right"/>
      </w:pPr>
      <w:r>
        <w:t>لیکن عجیب بات ہے کہ مسلمانوں میں رزلٹ کچھ نہ نکلا ہے، لڑ رہے ہیں، لڑ رہے ہیں، لڑ رہے ہیں، سوسائیڈ بمبنگ کر رہے ہیں۔</w:t>
      </w:r>
    </w:p>
    <w:p>
      <w:r>
        <w:rPr>
          <w:b/>
        </w:rPr>
        <w:t xml:space="preserve">[06:00] </w:t>
      </w:r>
      <w:r>
        <w:t>main ne 1990 mein, aap ko yaad hoga ke Kashmir jo militancy chali, usi zamane mein Punjab mein chali thi, Khalsa Tehreek.</w:t>
      </w:r>
    </w:p>
    <w:p>
      <w:pPr>
        <w:jc w:val="right"/>
      </w:pPr>
      <w:r>
        <w:t>میں نے 1990 میں، آپ کو یاد ہوگا کہ کشمیر جو بلٹینسی چلی، اسی زمانے میں پنجاب میں چلی تھی، خالصہ تحریک۔</w:t>
      </w:r>
    </w:p>
    <w:p>
      <w:r>
        <w:rPr>
          <w:b/>
        </w:rPr>
        <w:t xml:space="preserve">[06:10] </w:t>
      </w:r>
      <w:r>
        <w:t>ek sath chali thin dono,</w:t>
      </w:r>
    </w:p>
    <w:p>
      <w:pPr>
        <w:jc w:val="right"/>
      </w:pPr>
      <w:r>
        <w:t>ایک ساتھ چلی تھیں دونوں،</w:t>
      </w:r>
    </w:p>
    <w:p>
      <w:r>
        <w:rPr>
          <w:b/>
        </w:rPr>
        <w:t xml:space="preserve">[06:15] </w:t>
      </w:r>
      <w:r>
        <w:t>Khalsa Tehreek Punjab mein, aur Kashmiri Hurriyat ki Tehreek Kashmir mein chali. to 1990 mein main ne ek article likha tha jo chapa tha Hindustan Times mein,</w:t>
      </w:r>
    </w:p>
    <w:p>
      <w:pPr>
        <w:jc w:val="right"/>
      </w:pPr>
      <w:r>
        <w:t>خالصہ تحریک پنجاب میں، اور کشمیری حریت کی تحریک کشمیر میں چلی۔ تو 1990 میں میں نے ایک آرٹیکل لکھا تھا جو چھپا تھا ہندوستان ٹائمز میں،</w:t>
      </w:r>
    </w:p>
    <w:p>
      <w:r>
        <w:rPr>
          <w:b/>
        </w:rPr>
        <w:t xml:space="preserve">[06:29] </w:t>
      </w:r>
      <w:r>
        <w:t>The Times jo India ka bohat bara akhbar hai, dono ko le kar likha tha.</w:t>
      </w:r>
    </w:p>
    <w:p>
      <w:pPr>
        <w:jc w:val="right"/>
      </w:pPr>
      <w:r>
        <w:t>دا ٹائمز جو انڈیا کا بہت بڑا اخبار ہے، دونوں کو لے کر لکھا تھا۔</w:t>
      </w:r>
    </w:p>
    <w:p>
      <w:r>
        <w:rPr>
          <w:b/>
        </w:rPr>
        <w:t xml:space="preserve">[06:37] </w:t>
      </w:r>
      <w:r>
        <w:t>to is ka jo title tha woh yeh tha "Acceptance of Reality". yahi title tha is ka, "Acceptance of Reality" yaani haqeeqat ko mano,</w:t>
      </w:r>
    </w:p>
    <w:p>
      <w:pPr>
        <w:jc w:val="right"/>
      </w:pPr>
      <w:r>
        <w:t>تو اس کا جو ٹائٹل تھا وہ یہ تھا "ایکسیپٹنس آف ریلیٹی"۔ یہی ٹائٹل تھا اس کا، "ایکسیپٹنس آف ریلیٹی" یعنی حقیقت کو مانو،</w:t>
      </w:r>
    </w:p>
    <w:p>
      <w:r>
        <w:rPr>
          <w:b/>
        </w:rPr>
        <w:t xml:space="preserve">[06:54] </w:t>
      </w:r>
      <w:r>
        <w:t>haqeeqat ko accept karo. dono ko main ne kaha tha us waqt jab ke log bare josh mein the, bohat josh mein the ke na Punjab mein kuch hone wala hai, na Kashmir mein kuch hone wala hai.</w:t>
      </w:r>
    </w:p>
    <w:p>
      <w:pPr>
        <w:jc w:val="right"/>
      </w:pPr>
      <w:r>
        <w:t>حقیقت کو ایکسیپٹ کرو۔ دونوں کو میں نے کہا تھا اس وقت جب کہ لوگ بڑے جوش میں تھے، بہت جوش میں تھے کہ نہ پنجاب میں کچھ ہونے والا ہے، نہ کشمیر میں کچھ ہونے والا ہے۔</w:t>
      </w:r>
    </w:p>
    <w:p>
      <w:r>
        <w:rPr>
          <w:b/>
        </w:rPr>
        <w:t xml:space="preserve">[07:09] </w:t>
      </w:r>
      <w:r>
        <w:t>to in terms of result kuch nahi milne wala hai aap ko, to band kar dijiye is ko.</w:t>
      </w:r>
    </w:p>
    <w:p>
      <w:pPr>
        <w:jc w:val="right"/>
      </w:pPr>
      <w:r>
        <w:t>تو ان ٹرمز آف رزلٹ کچھ نہیں ملنے والا ہے آپ کو، تو بند کر دیجئے اس کو۔</w:t>
      </w:r>
    </w:p>
    <w:p>
      <w:r>
        <w:rPr>
          <w:b/>
        </w:rPr>
        <w:t xml:space="preserve">[07:16] </w:t>
      </w:r>
      <w:r>
        <w:t>yani is waqt urooj par thi 1990 mein dono jagah. to kashmir mein aur punjab mein yeh farq hai ke punjab mein jo chala rahe thay woh log, woh woh rational log thay, woh secular log thay.</w:t>
      </w:r>
    </w:p>
    <w:p>
      <w:pPr>
        <w:jc w:val="right"/>
      </w:pPr>
      <w:r>
        <w:t>یعنی اس وقت عروج پر تھی 1990 میں دونوں جگہ۔ تو کشمیر میں اور پنجاب میں یہ فرق ہے کہ پنجاب میں جو چلا رہے تھے وہ لوگ، وہ وہ ریشنل لوگ تھے، وہ سیکولر لوگ تھے۔</w:t>
      </w:r>
    </w:p>
    <w:p>
      <w:r>
        <w:rPr>
          <w:b/>
        </w:rPr>
        <w:t xml:space="preserve">[07:32] </w:t>
      </w:r>
      <w:r>
        <w:t>to unhon ne maan liya hamare mashware ko aur khatam kar diya.</w:t>
      </w:r>
    </w:p>
    <w:p>
      <w:pPr>
        <w:jc w:val="right"/>
      </w:pPr>
      <w:r>
        <w:t>تو انہوں نے مان لیا ہمارے مشورے کو اور ختم کر دیا۔</w:t>
      </w:r>
    </w:p>
    <w:p>
      <w:r>
        <w:rPr>
          <w:b/>
        </w:rPr>
        <w:t xml:space="preserve">[07:38] </w:t>
      </w:r>
      <w:r>
        <w:t>aur aaj militancy nahi hai punjab mein, aap jante hain, khalisah tareekh khatam ho gayi, aur kashmir mein chal rahi hai abhi tak.</w:t>
      </w:r>
    </w:p>
    <w:p>
      <w:pPr>
        <w:jc w:val="right"/>
      </w:pPr>
      <w:r>
        <w:t>اور آج بلٹینسی نہیں ہے پنجاب میں، آپ جانتے ہیں، خالصہ تاریخ ختم ہو گئی، اور کشمیر میں چل رہی ہے ابھی تک۔</w:t>
      </w:r>
    </w:p>
    <w:p>
      <w:r>
        <w:rPr>
          <w:b/>
        </w:rPr>
        <w:t xml:space="preserve">[07:50] </w:t>
      </w:r>
      <w:r>
        <w:t>aise hi falasteen mein mein kai baar gaya wahan par, wahan ke logon se mein ne kaha ke kya aap lar mar rahe hain, kya matlab is ka hai. lekin woh chali ja rahi hai.</w:t>
      </w:r>
    </w:p>
    <w:p>
      <w:pPr>
        <w:jc w:val="right"/>
      </w:pPr>
      <w:r>
        <w:t>ایسے ہی فلسطین میں میں کئی بار گیا وہاں پر، وہاں کے لوگوں سے میں نے کہا کہ کیا آپ لڑ مر رہے ہیں، کیا مطلب اس کا ہے۔ لیکن وہ چلی جا رہی ہے۔</w:t>
      </w:r>
    </w:p>
    <w:p>
      <w:r>
        <w:rPr>
          <w:b/>
        </w:rPr>
        <w:t xml:space="preserve">[08:02] </w:t>
      </w:r>
      <w:r>
        <w:t>to yeh aik sawal hai ke kya alag baat kya hai musalmanon ki, yani what is exception with muslims</w:t>
      </w:r>
    </w:p>
    <w:p>
      <w:pPr>
        <w:jc w:val="right"/>
      </w:pPr>
      <w:r>
        <w:t>تو یہ ایک سوال ہے کہ کیا الگ بات کیا ہے مسلمانوں کی، یعنی واٹ از ایکسیپشن ود مسلمز</w:t>
      </w:r>
    </w:p>
    <w:p>
      <w:r>
        <w:rPr>
          <w:b/>
        </w:rPr>
        <w:t xml:space="preserve">[08:15] </w:t>
      </w:r>
      <w:r>
        <w:t>ke laray chalay ja rahe hain, suicide bombing kar rahe hain, yani apne hi ko khatam kar rahe hain, aap bulbj anbar ki policy ikhtiyar ki hui hai.</w:t>
      </w:r>
    </w:p>
    <w:p>
      <w:pPr>
        <w:jc w:val="right"/>
      </w:pPr>
      <w:r>
        <w:t>کہ لڑے چلے جا رہے ہیں، سوسائیڈ بمبنگ کر رہے ہیں، یعنی اپنے ہی کو ختم کر رہے ہیں، آپ بلبج انبار کی پالیسی اختیار کی ہوئی ہے۔</w:t>
      </w:r>
    </w:p>
    <w:p>
      <w:r>
        <w:rPr>
          <w:b/>
        </w:rPr>
        <w:t xml:space="preserve">[08:25] </w:t>
      </w:r>
      <w:r>
        <w:t>yeh aaj ka insan sochta hai, kyunke aaj ka insan jo hai, us ki soch jo hai, woh rational hoti hai, result ko le kar hoti hai.</w:t>
      </w:r>
    </w:p>
    <w:p>
      <w:pPr>
        <w:jc w:val="right"/>
      </w:pPr>
      <w:r>
        <w:t>یہ آج کا انسان سوچتا ہے، کیونکہ آج کا انسان جو ہے، اس کی سوچ جو ہے، وہ ریشنل ہوتی ہے، رزلٹ کو لے کر ہوتی ہے۔</w:t>
      </w:r>
    </w:p>
    <w:p>
      <w:r>
        <w:rPr>
          <w:b/>
        </w:rPr>
        <w:t xml:space="preserve">[08:38] </w:t>
      </w:r>
      <w:r>
        <w:t>to mein ne unhein kaha, aur yeh likha bhi hai mein ne yeh baat ke muslim militancy mein aur doosron mein yeh farq hai</w:t>
      </w:r>
    </w:p>
    <w:p>
      <w:pPr>
        <w:jc w:val="right"/>
      </w:pPr>
      <w:r>
        <w:t>تو میں نے انہیں کہا، اور یہ لکھا بھی ہے میں نے یہ بات کہ مسلم پینٹینسی میں اور دوسروں میں یہ فرق ہے</w:t>
      </w:r>
    </w:p>
    <w:p>
      <w:r>
        <w:rPr>
          <w:b/>
        </w:rPr>
        <w:t xml:space="preserve">[08:51] </w:t>
      </w:r>
      <w:r>
        <w:t>ke muslim militancy ideologically justified militancy hai, jo doosron ki nahi hai.</w:t>
      </w:r>
    </w:p>
    <w:p>
      <w:pPr>
        <w:jc w:val="right"/>
      </w:pPr>
      <w:r>
        <w:t>کہ مسلم ملٹینسی اڈلوجیکلی جسٹیفائیڈ ملٹینسی ہے، جو دوسروں کی نہیں ہے۔</w:t>
      </w:r>
    </w:p>
    <w:p>
      <w:r>
        <w:rPr>
          <w:b/>
        </w:rPr>
        <w:t xml:space="preserve">[09:03] </w:t>
      </w:r>
      <w:r>
        <w:t>doosron ke paas koi ideology le kar ke nahi hai, woh kuch lene ke daure, woh yeh zameen par qabza, yeh hukumat par qabza, woh nahi mila to chup ho gaye.</w:t>
      </w:r>
    </w:p>
    <w:p>
      <w:pPr>
        <w:jc w:val="right"/>
      </w:pPr>
      <w:r>
        <w:t>دوسروں کے پاس کوئی آئیڈیالوجی لے کر کے نہیں ہے، وہ کچھ لینے کے دوڑے، وہ یہ زمین پر قبضہ، یہ حکومت پر قبضہ، وہ نہیں ملا تو چپ ہو گئے۔</w:t>
      </w:r>
    </w:p>
    <w:p>
      <w:r>
        <w:rPr>
          <w:b/>
        </w:rPr>
        <w:t xml:space="preserve">[09:16] </w:t>
      </w:r>
      <w:r>
        <w:t>musalmanon ki militancy jo hai, woh ideologically justified militancy hai, yani nazariyati, nazariyati mubarrir ke sath woh lar rahe hain.</w:t>
      </w:r>
    </w:p>
    <w:p>
      <w:pPr>
        <w:jc w:val="right"/>
      </w:pPr>
      <w:r>
        <w:t>مسلمانوں کی ملٹینسی جو ہے، وہ اڈلوجیکلی جسٹیفائیڈ ملٹینسی ہے، یعنی نظریاتی، نظریاتی مبرر کے ساتھ وہ لڑ رہے ہیں۔</w:t>
      </w:r>
    </w:p>
    <w:p>
      <w:r>
        <w:rPr>
          <w:b/>
        </w:rPr>
        <w:t xml:space="preserve">[09:29] </w:t>
      </w:r>
      <w:r>
        <w:t>woh kya hai? mar gaye tab bhi kaam hai, ab eid ul hasnain, yani eid ul hasnain jo karb pe us ko apply kar rakha hai ghalat tor par unhon ne ke jeete to jeete nahi, nahi mar gaye to jannat mein.</w:t>
      </w:r>
    </w:p>
    <w:p>
      <w:pPr>
        <w:jc w:val="right"/>
      </w:pPr>
      <w:r>
        <w:t>وہ کیا ہے؟ مر گئے تب بھی کام ہے، اب عید الحسنین، یعنی عید الحسنین جو کارب پہ اس کو اپلائی کر رکھا ہے غلط طور پر انہوں نے کہ جیتے تو جیتے نہیں، نہیں مر گئے تو جنت میں۔</w:t>
      </w:r>
    </w:p>
    <w:p>
      <w:r>
        <w:rPr>
          <w:b/>
        </w:rPr>
        <w:t xml:space="preserve">[09:44] </w:t>
      </w:r>
      <w:r>
        <w:t>yeh khud sakhta nazariya hai, yeh false ideology hai, islam ka is se koi talluq nahi hai, lekin beharhal hai.</w:t>
      </w:r>
    </w:p>
    <w:p>
      <w:pPr>
        <w:jc w:val="right"/>
      </w:pPr>
      <w:r>
        <w:t>یہ خود ساختہ نظریہ ہے، یہ فالس آئیڈیالوجی ہے، اسلام کا اس سے کوئی تعلق نہیں ہے، لیکن بہرحال ہے۔</w:t>
      </w:r>
    </w:p>
    <w:p>
      <w:r>
        <w:rPr>
          <w:b/>
        </w:rPr>
        <w:t xml:space="preserve">[09:55] </w:t>
      </w:r>
      <w:r>
        <w:t>aur is zamane ke logon ne, jo jo so called jo leaders hain, jo rehnuma hain, jo thinker hain, sab ne, sab ne, sab ne, mujhe, mujhe aik ko chhod kar yahi baat musalmanon ke dil mein dali,</w:t>
      </w:r>
    </w:p>
    <w:p>
      <w:pPr>
        <w:jc w:val="right"/>
      </w:pPr>
      <w:r>
        <w:t>اور اس زمانے کے لوگوں نے، جو جو سو کالڈ جو لیڈرز ہیں، جو رہنما ہیں، جو تھنکر ہیں، سب نے، سب نے، سب نے، مجھے، مجھے ایک کو چھوڑ کر یہی بات مسلمانوں کے دل میں ڈالی،</w:t>
      </w:r>
    </w:p>
    <w:p>
      <w:r>
        <w:rPr>
          <w:b/>
        </w:rPr>
        <w:t xml:space="preserve">[10:09] </w:t>
      </w:r>
      <w:r>
        <w:t>yeh dali ke jeete to jeete nahi, yeh to jannat mein jao ge mar kar ke.</w:t>
      </w:r>
    </w:p>
    <w:p>
      <w:pPr>
        <w:jc w:val="right"/>
      </w:pPr>
      <w:r>
        <w:t>یہ ڈالی کہ جیتے تو جیتے نہیں، یہ تو جنت میں جاؤ گے مر کر کے۔</w:t>
      </w:r>
    </w:p>
    <w:p>
      <w:r>
        <w:rPr>
          <w:b/>
        </w:rPr>
        <w:t xml:space="preserve">[10:20] </w:t>
      </w:r>
      <w:r>
        <w:t>yeh bohat hi khatarnak nazariya hai, khatarnak hai. logon ki death hai, death, suicide hai, death hai, maut hai.</w:t>
      </w:r>
    </w:p>
    <w:p>
      <w:pPr>
        <w:jc w:val="right"/>
      </w:pPr>
      <w:r>
        <w:t>یہ بہت ہی خطرناک نظریہ ہے، خطرناک ہے۔ لوگوں کی ڈیتھ ہے، ڈیتھ، سوسائیڈ ہے، ڈیتھ ہے، موت ہے۔</w:t>
      </w:r>
    </w:p>
    <w:p>
      <w:r>
        <w:rPr>
          <w:b/>
        </w:rPr>
        <w:t xml:space="preserve">[10:31] </w:t>
      </w:r>
      <w:r>
        <w:t>phir is ki jar mein bhi kya cheez hai? is ki jar mein hai political islam ka nazariya, yani, yani political interpretation of islam, islam ki siyasi tafseer,</w:t>
      </w:r>
    </w:p>
    <w:p>
      <w:pPr>
        <w:jc w:val="right"/>
      </w:pPr>
      <w:r>
        <w:t>پھر اس کی جڑ میں بھی کیا چیز ہے؟ اس کی جڑ میں ہے پولیٹیکل اسلام کا نظریہ، یعنی، یعنی پولیٹیکل انٹرپریشن آف اسلام، اسلام کی سیاسی تفسیر،</w:t>
      </w:r>
    </w:p>
    <w:p>
      <w:r>
        <w:rPr>
          <w:b/>
        </w:rPr>
        <w:t xml:space="preserve">[10:44] </w:t>
      </w:r>
      <w:r>
        <w:t>woh is ka root cause hai. aur political islam jo hai, woh base karta hai kis par? mukammal islam, complete islam,</w:t>
      </w:r>
    </w:p>
    <w:p>
      <w:pPr>
        <w:jc w:val="right"/>
      </w:pPr>
      <w:r>
        <w:t>وہ اس کا روٹ کاز ہے۔ اور پولیٹیکل اسلام جو ہے، وہ بیس کرتا ہے کس پر؟ مکمل اسلام، کمپلیٹ اسلام،</w:t>
      </w:r>
    </w:p>
    <w:p>
      <w:r>
        <w:rPr>
          <w:b/>
        </w:rPr>
        <w:t xml:space="preserve">[10:58] </w:t>
      </w:r>
      <w:r>
        <w:t>islam deen kamil o shamil, is par hai. to kya unhon ne nazariya banaya hai ke islam aik mukammal nizam hai,</w:t>
      </w:r>
    </w:p>
    <w:p>
      <w:pPr>
        <w:jc w:val="right"/>
      </w:pPr>
      <w:r>
        <w:t>اسلام دین کامل و شامل، اس پر ہے۔ تو کیا انہوں نے نظریہ بنایا ہے کہ اسلام ایک مکمل نظام ہے،</w:t>
      </w:r>
    </w:p>
    <w:p>
      <w:r>
        <w:rPr>
          <w:b/>
        </w:rPr>
        <w:t xml:space="preserve">[11:12] </w:t>
      </w:r>
      <w:r>
        <w:t>aur poore nizam ko hamein implement karna hai, naafiz karna hai, nahi to hamara nizam, hamara islam adhura rahe ga, hum jannat se mehroom ho jayen ge.</w:t>
      </w:r>
    </w:p>
    <w:p>
      <w:pPr>
        <w:jc w:val="right"/>
      </w:pPr>
      <w:r>
        <w:t>اور پورے نظام کو ہمیں امپلیمنٹ کرنا ہے، نافذ کرنا ہے، نہیں تو ہمارا نظام، ہمارا اسلام ادھورا رہے گا، ہم جنت سے محروم ہو جائیں گے۔</w:t>
      </w:r>
    </w:p>
    <w:p>
      <w:r>
        <w:rPr>
          <w:b/>
        </w:rPr>
        <w:t xml:space="preserve">[11:23] </w:t>
      </w:r>
      <w:r>
        <w:t>khuda kahe ga ke tum to tumhara islam to adhura islam tha,</w:t>
      </w:r>
    </w:p>
    <w:p>
      <w:pPr>
        <w:jc w:val="right"/>
      </w:pPr>
      <w:r>
        <w:t>خدا کہے گا کہ تم تو تمہارا اسلام تو ادھورا اسلام تھا،</w:t>
      </w:r>
    </w:p>
    <w:p>
      <w:r>
        <w:rPr>
          <w:b/>
        </w:rPr>
        <w:t xml:space="preserve">[11:30] </w:t>
      </w:r>
      <w:r>
        <w:t>tumhara islam mujhe</w:t>
      </w:r>
    </w:p>
    <w:p>
      <w:pPr>
        <w:jc w:val="right"/>
      </w:pPr>
      <w:r>
        <w:t>تمہارا اسلام مجھے</w:t>
      </w:r>
    </w:p>
    <w:p>
      <w:r>
        <w:rPr>
          <w:b/>
        </w:rPr>
        <w:t xml:space="preserve">[11:34] </w:t>
      </w:r>
      <w:r>
        <w:t>acceptable nahi hai.</w:t>
      </w:r>
    </w:p>
    <w:p>
      <w:pPr>
        <w:jc w:val="right"/>
      </w:pPr>
      <w:r>
        <w:t>ایکسیپٹیبل نہیں ہے۔</w:t>
      </w:r>
    </w:p>
    <w:p>
      <w:r>
        <w:rPr>
          <w:b/>
        </w:rPr>
        <w:t xml:space="preserve">[11:40] </w:t>
      </w:r>
      <w:r>
        <w:t>ayaton ko, hadithon ko ghalat, ghalat tashreeh kar ke yeh matlab nikala gaya hai.</w:t>
      </w:r>
    </w:p>
    <w:p>
      <w:pPr>
        <w:jc w:val="right"/>
      </w:pPr>
      <w:r>
        <w:t>آیتوں کو، حدیثوں کو غلط، غلط تشریح کر کے یہ مطلب نکالا گیا ہے۔</w:t>
      </w:r>
    </w:p>
    <w:p>
      <w:r>
        <w:rPr>
          <w:b/>
        </w:rPr>
        <w:t xml:space="preserve">[11:49] </w:t>
      </w:r>
      <w:r>
        <w:t>yeh nazriya islam mein alien hai, ajnabi hai.</w:t>
      </w:r>
    </w:p>
    <w:p>
      <w:pPr>
        <w:jc w:val="right"/>
      </w:pPr>
      <w:r>
        <w:t>یہ نظریہ اسلام میں ایلین ہے، اجنبی ہے۔</w:t>
      </w:r>
    </w:p>
    <w:p>
      <w:r>
        <w:rPr>
          <w:b/>
        </w:rPr>
        <w:t xml:space="preserve">[11:58] </w:t>
      </w:r>
      <w:r>
        <w:t>to yeh jo nazriya banaya gaya ke islam aik mukammal nizam hai, complete system hai, islam deen kamil o shamil hai, to poora ka poora jab nafiz karna hai aap ko to kaise nafiz hoga?</w:t>
      </w:r>
    </w:p>
    <w:p>
      <w:pPr>
        <w:jc w:val="right"/>
      </w:pPr>
      <w:r>
        <w:t>تو یہ جو نظریہ بنایا گیا کہ اسلام ایک مکمل نظام ہے، کمپلیٹ سسٹم ہے، اسلام دین کامل و شامل ہے، تو پورا کا پورا جب نافذ کرنا ہے آپ کو تو کیسے نافذ ہوگا؟</w:t>
      </w:r>
    </w:p>
    <w:p>
      <w:r>
        <w:rPr>
          <w:b/>
        </w:rPr>
        <w:t xml:space="preserve">[12:12] </w:t>
      </w:r>
      <w:r>
        <w:t>woh is mein aa jati hai hukoomat, taqat, political power. to in logon ne kya kiya?</w:t>
      </w:r>
    </w:p>
    <w:p>
      <w:pPr>
        <w:jc w:val="right"/>
      </w:pPr>
      <w:r>
        <w:t>وہ اس میں آ جاتی ہے حکومت، طاقت، پولیٹیکل پاور۔ تو ان لوگوں نے کیا کیا؟</w:t>
      </w:r>
    </w:p>
    <w:p>
      <w:r>
        <w:rPr>
          <w:b/>
        </w:rPr>
        <w:t xml:space="preserve">[12:25] </w:t>
      </w:r>
      <w:r>
        <w:t>yeh nazriya jo hai, beshak bohat logon ne, yani koi aik shakhs nahi hai, jaise Indian subcontinent mein Abu Lala Maududi aur Arab mein Syed Qutb, wohi to khatam nahi hai.</w:t>
      </w:r>
    </w:p>
    <w:p>
      <w:pPr>
        <w:jc w:val="right"/>
      </w:pPr>
      <w:r>
        <w:t>یہ نظریہ جو ہے، بے شک بہت لوگوں نے، یعنی کوئی ایک شخص نہیں ہے، جیسے انڈین سب کانٹیننٹ میں ابو لالہ مودودی اور عرب میں سید قطب، وہی تو ختم نہیں ہے۔</w:t>
      </w:r>
    </w:p>
    <w:p>
      <w:r>
        <w:rPr>
          <w:b/>
        </w:rPr>
        <w:t xml:space="preserve">[12:48] </w:t>
      </w:r>
      <w:r>
        <w:t>Usama bin Laden ka bhi yahi nazriya, Ayatullah Khomeini ka bhi yahi nazriya, sab hi boli morality bolte hain,</w:t>
      </w:r>
    </w:p>
    <w:p>
      <w:pPr>
        <w:jc w:val="right"/>
      </w:pPr>
      <w:r>
        <w:t>اسامہ بن لادن کا بھی یہی نظریہ، ایت اللہ خمینی کا بھی یہی نظریہ، سب ہی بولی مورالیت بولتے ہیں،</w:t>
      </w:r>
    </w:p>
    <w:p>
      <w:r>
        <w:rPr>
          <w:b/>
        </w:rPr>
        <w:t xml:space="preserve">[12:57] </w:t>
      </w:r>
      <w:r>
        <w:t>is mein kisi ka exception nahi hai.</w:t>
      </w:r>
    </w:p>
    <w:p>
      <w:pPr>
        <w:jc w:val="right"/>
      </w:pPr>
      <w:r>
        <w:t>اس میں کسی کا ایکسیپشن نہیں ہے۔</w:t>
      </w:r>
    </w:p>
    <w:p>
      <w:r>
        <w:rPr>
          <w:b/>
        </w:rPr>
        <w:t xml:space="preserve">[13:02] </w:t>
      </w:r>
      <w:r>
        <w:t>bas yeh hai ke koi, yani passive militant hai, koi active militant hai. passive militant ka matlab woh hai jo soch to is ki wohi hai, lekin larr mar nahi raha hai woh.</w:t>
      </w:r>
    </w:p>
    <w:p>
      <w:pPr>
        <w:jc w:val="right"/>
      </w:pPr>
      <w:r>
        <w:t>بس یہ ہے کہ کوئی، یعنی پیسو ملٹنٹ ہے، کوئی ایکٹیو ملٹنٹ ہے۔ پیسو ملٹنٹ کا مطلب وہ ہے جو سوچ تو اس کی وہی ہے، لیکن لڑ مر نہیں رہا ہے وہ۔</w:t>
      </w:r>
    </w:p>
    <w:p>
      <w:r>
        <w:rPr>
          <w:b/>
        </w:rPr>
        <w:t xml:space="preserve">[13:14] </w:t>
      </w:r>
      <w:r>
        <w:t>aur active militant woh hai jo soch bhi wohi hai, larr mar bhi raha hai woh. to itna hi difference hai, yani some are passive militant and some are active militants, aur koi farq nahi hai, hain sab ke sab.</w:t>
      </w:r>
    </w:p>
    <w:p>
      <w:pPr>
        <w:jc w:val="right"/>
      </w:pPr>
      <w:r>
        <w:t>اور ایکٹیو ملٹنٹ وہ ہے جو سوچ بھی وہی ہے، لڑ مر بھی رہا ہے وہ۔ تو اتنا ہی ڈیفرنس ہے، یعنی سم آر پیسو ملٹنٹ اینڈ سم آر ایکٹیو ملٹنٹس، اور کوئی فرق نہیں ہے، ہیں سب کے سب۔</w:t>
      </w:r>
    </w:p>
    <w:p>
      <w:r>
        <w:rPr>
          <w:b/>
        </w:rPr>
        <w:t xml:space="preserve">[13:32] </w:t>
      </w:r>
      <w:r>
        <w:t>aap baat kar ke dekh lijiye kisi se bhi, jo gun na chalaata, us se baat kar ke dekh lijiye, aap wohi boli boley ga woh ke islam mukammal nizam hai, ise nafiz karna hai hum ne.</w:t>
      </w:r>
    </w:p>
    <w:p>
      <w:pPr>
        <w:jc w:val="right"/>
      </w:pPr>
      <w:r>
        <w:t>آپ بات کر کے دیکھ لیجیے کسی سے بھی، جو گن نہ چلاتا، اس سے بات کر کے دیکھ لیجیے، آپ وہی بولی بولے گا وہ کہ اسلام مکمل نظام ہے، اسے نافذ کرنا ہے ہم نے۔</w:t>
      </w:r>
    </w:p>
    <w:p>
      <w:r>
        <w:rPr>
          <w:b/>
        </w:rPr>
        <w:t xml:space="preserve">[13:43] </w:t>
      </w:r>
      <w:r>
        <w:t>to dekhiye, agar aap yeh kahein ke islam jo hai, Khuda ki ibadat ka naam hai, to aap kya karein ge?</w:t>
      </w:r>
    </w:p>
    <w:p>
      <w:pPr>
        <w:jc w:val="right"/>
      </w:pPr>
      <w:r>
        <w:t>تو دیکھیے، اگر آپ یہ کہیں کہ اسلام جو ہے، خدا کی عبادت کا نام ہے، تو آپ کیا کریں گے؟</w:t>
      </w:r>
    </w:p>
    <w:p>
      <w:r>
        <w:rPr>
          <w:b/>
        </w:rPr>
        <w:t xml:space="preserve">[13:53] </w:t>
      </w:r>
      <w:r>
        <w:t>ja ke wuzu karein ge, apne ko pak karein ge, masjid mein ja ke namaz padhein ge. is mein larrna phirna nahi hota. bhai, namaz padhni larrne ki kya zaroorat hai?</w:t>
      </w:r>
    </w:p>
    <w:p>
      <w:pPr>
        <w:jc w:val="right"/>
      </w:pPr>
      <w:r>
        <w:t>جا کے وضو کریں گے، اپنے کو پاک کریں گے، مسجد میں جا کے نماز پڑھیں گے۔ اس میں لڑنا پھرنا نہیں ہوتا۔ بھئی، نماز پڑھنی لڑنے کی کیا ضرورت ہے؟</w:t>
      </w:r>
    </w:p>
    <w:p>
      <w:r>
        <w:rPr>
          <w:b/>
        </w:rPr>
        <w:t xml:space="preserve">[14:05] </w:t>
      </w:r>
      <w:r>
        <w:t>apne ko pak kijiye, wuzu kijiye, qibla rukh khare ho ke namaz padh jayein to namaz ho gayi aap ki. masjid hai to jamaat mein shareek ho jaiye, is mein larrna phirna nahi hai.</w:t>
      </w:r>
    </w:p>
    <w:p>
      <w:pPr>
        <w:jc w:val="right"/>
      </w:pPr>
      <w:r>
        <w:t>اپنے کو پاک کیجئے، وضو کیجئے، قبلہ رخ کھڑے ہو کے نماز پڑھ جائیں تو نماز ہو گئی آپ کی۔ مسجد ہے تو جماعت میں شریک ہو جائیے، اس میں لڑنا پھرنا نہیں ہے۔</w:t>
      </w:r>
    </w:p>
    <w:p>
      <w:r>
        <w:rPr>
          <w:b/>
        </w:rPr>
        <w:t xml:space="preserve">[14:17] </w:t>
      </w:r>
      <w:r>
        <w:t>lekin jab aap ne kaha aik mukammal nizam hai to is mein aap hudood ka nafiz bhi aa gaya, yani qanoon ko implement karna bhi aa gaya, aur woh sari cheezein aa gayin, is ka ta'alluq samajh se hai, hukoomat se hai, nizam se hai, woh sab is mein shamil ho gaya.</w:t>
      </w:r>
    </w:p>
    <w:p>
      <w:pPr>
        <w:jc w:val="right"/>
      </w:pPr>
      <w:r>
        <w:t>لیکن جب آپ نے کہا ایک مکمل نظام ہے تو اس میں آپ حدود کا نفاذ بھی آ گیا، یعنی قانون کو امپلیمنٹ کرنا بھی آ گیا، اور وہ ساری چیزیں آ گئیں، اس کا تعلق سماج سے ہے، حکومت سے ہے، نظام سے ہے، وہ سب اس میں شامل ہو گیا۔</w:t>
      </w:r>
    </w:p>
    <w:p>
      <w:r>
        <w:rPr>
          <w:b/>
        </w:rPr>
        <w:t xml:space="preserve">[14:36] </w:t>
      </w:r>
      <w:r>
        <w:t>to ab jab aap ne socha ke mujhe to implement karna hai, to aap dekha ke abhi to hukoomat rukawat bani hui hai.</w:t>
      </w:r>
    </w:p>
    <w:p>
      <w:pPr>
        <w:jc w:val="right"/>
      </w:pPr>
      <w:r>
        <w:t>تو اب جب آپ نے سوچا کہ مجھے تو امپلیمنٹ کرنا ہے، تو آپ دیکھا کہ ابھی تو حکومت رکاوٹ بنی ہوئی ہے۔</w:t>
      </w:r>
    </w:p>
    <w:p>
      <w:r>
        <w:rPr>
          <w:b/>
        </w:rPr>
        <w:t xml:space="preserve">[14:47] </w:t>
      </w:r>
      <w:r>
        <w:t>to in logon ne pehle dekhiye, peaceful tareeqe se apni tehreek chalayi, akhbar mein likha, magazine nikale, jalsa kiya waghera.</w:t>
      </w:r>
    </w:p>
    <w:p>
      <w:pPr>
        <w:jc w:val="right"/>
      </w:pPr>
      <w:r>
        <w:t>تو ان لوگوں نے پہلے دیکھیے، پیس فل طریقے سے اپنی تحریک چلائی، اخبار میں لکھا، میگزین نکالے، جلسہ کیا وغیرہ۔</w:t>
      </w:r>
    </w:p>
    <w:p>
      <w:r>
        <w:rPr>
          <w:b/>
        </w:rPr>
        <w:t xml:space="preserve">[14:58] </w:t>
      </w:r>
      <w:r>
        <w:t>to dekha ke is se to kuch hota nahi. phir kya kiya? demonstration, muzahira, jaisa ke aaj kal Cairo mein ho raha hai, muzahira, is se bhi kuch nahi bana.</w:t>
      </w:r>
    </w:p>
    <w:p>
      <w:pPr>
        <w:jc w:val="right"/>
      </w:pPr>
      <w:r>
        <w:t>تو دیکھا کہ اس سے تو کچھ ہوتا نہیں۔ پھر کیا کیا؟ ڈیمونسٹریشن، مظاہرہ، جیسا کہ آج کل قاہرہ میں ہو رہا ہے، مظاہرہ، اس سے بھی کچھ نہیں بنا۔</w:t>
      </w:r>
    </w:p>
    <w:p>
      <w:r>
        <w:rPr>
          <w:b/>
        </w:rPr>
        <w:t xml:space="preserve">[15:10] </w:t>
      </w:r>
      <w:r>
        <w:t>to election mein hissa liya, kai countries mein, election mein jeete nahi, woh phir bhi nahi hukoomat tak pohnche.</w:t>
      </w:r>
    </w:p>
    <w:p>
      <w:pPr>
        <w:jc w:val="right"/>
      </w:pPr>
      <w:r>
        <w:t>تو الیکشن میں حصہ لیا، کئی کنٹریز میں، الیکشن میں جیتے نہیں، وہ پھر بھی نہیں حکومت تک پہنچے۔</w:t>
      </w:r>
    </w:p>
    <w:p>
      <w:r>
        <w:rPr>
          <w:b/>
        </w:rPr>
        <w:t xml:space="preserve">[15:18] </w:t>
      </w:r>
      <w:r>
        <w:t>woh</w:t>
      </w:r>
    </w:p>
    <w:p>
      <w:pPr>
        <w:jc w:val="right"/>
      </w:pPr>
      <w:r>
        <w:t>وہ</w:t>
      </w:r>
    </w:p>
    <w:p>
      <w:r>
        <w:rPr>
          <w:b/>
        </w:rPr>
        <w:t xml:space="preserve">[15:22] </w:t>
      </w:r>
      <w:r>
        <w:t>to is ke baad kya hua? militancy, maro kaato, is se bhi nahi bana. to kya hua? suicide bombing. to yeh suicide, what is the philosophy of suicide bombing?</w:t>
      </w:r>
    </w:p>
    <w:p>
      <w:pPr>
        <w:jc w:val="right"/>
      </w:pPr>
      <w:r>
        <w:t>تو اس کے بعد کیا ہوا؟ ملٹینسی، مارو کاٹو، اس سے بھی نہیں بنا۔ تو کیا ہوا؟ سوسائیڈ بمبنگ۔ تو یہ سوسائیڈ، واٹ از دا فلاسفی آف سوسائیڈ بمبنگ؟</w:t>
      </w:r>
    </w:p>
    <w:p>
      <w:r>
        <w:rPr>
          <w:b/>
        </w:rPr>
        <w:t xml:space="preserve">[15:35] </w:t>
      </w:r>
      <w:r>
        <w:t>yani what is the philosophy of suicide bombing? is ki aik philosophy hai, baqayda, woh kya hai? destabilize karna.</w:t>
      </w:r>
    </w:p>
    <w:p>
      <w:pPr>
        <w:jc w:val="right"/>
      </w:pPr>
      <w:r>
        <w:t>یعنی واٹ از دا فلاسفی آف سوسائیڈ بمبنگ؟ اس کی ایک فلاسفی ہے، باقاعدہ، وہ کیا ہے؟ ڈی اسٹیبلائز کرنا۔</w:t>
      </w:r>
    </w:p>
    <w:p>
      <w:r>
        <w:rPr>
          <w:b/>
        </w:rPr>
        <w:t xml:space="preserve">[15:45] </w:t>
      </w:r>
      <w:r>
        <w:t>yani if we can not change the government, at least we can destabilize it. yeh hai is ki philosophy ke agar hum hukoomat ko badal nahi sakte to kam az kam destabilize to kar sakte hain is ko.</w:t>
      </w:r>
    </w:p>
    <w:p>
      <w:pPr>
        <w:jc w:val="right"/>
      </w:pPr>
      <w:r>
        <w:t>یعنی اف وی کین ناٹ چینج دا گورنمنٹ، ایٹ لیسٹ وی کین ڈی اسٹیبلائز اٹ۔ یہ ہے اس کی فلاسفی کہ اگر ہم حکومت کو بدل نہیں سکتے تو کم از کم ڈی اسٹیبلائز تو کر سکتے ہیں اس کو۔</w:t>
      </w:r>
    </w:p>
    <w:p>
      <w:r>
        <w:rPr>
          <w:b/>
        </w:rPr>
        <w:t xml:space="preserve">[15:57] </w:t>
      </w:r>
      <w:r>
        <w:t>aap suicide bombing kar rahe hain. to challe thay wahan se ke islam aik mukammal nizam hai, pohnche kahan?</w:t>
      </w:r>
    </w:p>
    <w:p>
      <w:pPr>
        <w:jc w:val="right"/>
      </w:pPr>
      <w:r>
        <w:t>آپ سوسائیڈ بمبنگ کر رہے ہیں۔ تو چلے تھے وہاں سے کہ اسلام ایک مکمل نظام ہے، پہنچے کہاں؟</w:t>
      </w:r>
    </w:p>
    <w:p>
      <w:r>
        <w:rPr>
          <w:b/>
        </w:rPr>
        <w:t xml:space="preserve">[16:06] </w:t>
      </w:r>
      <w:r>
        <w:t>suicide bombing tak.</w:t>
      </w:r>
    </w:p>
    <w:p>
      <w:pPr>
        <w:jc w:val="right"/>
      </w:pPr>
      <w:r>
        <w:t>سوسائیڈ بمبنگ تک۔</w:t>
      </w:r>
    </w:p>
    <w:p>
      <w:r>
        <w:rPr>
          <w:b/>
        </w:rPr>
        <w:t xml:space="preserve">[16:10] </w:t>
      </w:r>
      <w:r>
        <w:t>ab inhon ne yeh nazriya nikal rakha hai ke agar hum isi tarah mar jayein, tab bhi hum shaheed honge, tab bhi hum jannat mein jayein ge, tab bhi hum ko eid al-husnain mile ga.</w:t>
      </w:r>
    </w:p>
    <w:p>
      <w:pPr>
        <w:jc w:val="right"/>
      </w:pPr>
      <w:r>
        <w:t>اب انہوں نے یہ نظریہ نکال رکھا ہے کہ اگر ہم اسی طرح مر جائیں، تب بھی ہم شہید ہوں گے، تب بھی ہم جنت میں جائیں گے، تب بھی ہم کو عید الحسنین ملے گا۔</w:t>
      </w:r>
    </w:p>
    <w:p>
      <w:r>
        <w:rPr>
          <w:b/>
        </w:rPr>
        <w:t xml:space="preserve">[16:23] </w:t>
      </w:r>
      <w:r>
        <w:t>lekin sawal yeh hai ke yeh jo theory hai, is ko pehle prove karo. yani aik false base par yeh sab imarat khari kar liya inhon ne.</w:t>
      </w:r>
    </w:p>
    <w:p>
      <w:pPr>
        <w:jc w:val="right"/>
      </w:pPr>
      <w:r>
        <w:t>لیکن سوال یہ ہے کہ یہ جو تھیوری ہے، اس کو پہلے پروف کرو۔ یعنی ایک فالس بیس پر یہ سب عمارت کھڑی کر لیا انہوں نے۔</w:t>
      </w:r>
    </w:p>
    <w:p>
      <w:r>
        <w:rPr>
          <w:b/>
        </w:rPr>
        <w:t xml:space="preserve">[16:35] </w:t>
      </w:r>
      <w:r>
        <w:t>kyunke theory itself was wrong. The theory itself was wrong.</w:t>
      </w:r>
    </w:p>
    <w:p>
      <w:pPr>
        <w:jc w:val="right"/>
      </w:pPr>
      <w:r>
        <w:t>کیونکہ تھیوری اٹ سیلف واز رونگ۔ دا تھیوری اٹ سیلف واز رونگ۔</w:t>
      </w:r>
    </w:p>
    <w:p>
      <w:r>
        <w:rPr>
          <w:b/>
        </w:rPr>
        <w:t xml:space="preserve">[16:44] </w:t>
      </w:r>
      <w:r>
        <w:t>main ne is pe kai kitabein likhi hain, mislan taabeer e ghalti, al islam, deen e kamil waghera, yeh sab baatein main ne discuss ki hain tafseel se.</w:t>
      </w:r>
    </w:p>
    <w:p>
      <w:pPr>
        <w:jc w:val="right"/>
      </w:pPr>
      <w:r>
        <w:t>میں نے اس پہ کئی کتابیں لکھی ہیں، مثلاً تعبیر غلطی، ال اسلام، دین کامل وغیرہ، یہ سب باتیں میں نے ڈسکس کی ہیں تفصیل سے۔</w:t>
      </w:r>
    </w:p>
    <w:p>
      <w:r>
        <w:rPr>
          <w:b/>
        </w:rPr>
        <w:t xml:space="preserve">[16:54] </w:t>
      </w:r>
      <w:r>
        <w:t>dekhiye, ek baat samajh lijiye</w:t>
      </w:r>
    </w:p>
    <w:p>
      <w:pPr>
        <w:jc w:val="right"/>
      </w:pPr>
      <w:r>
        <w:t>دیکھیے، ایک بات سمجھ لیجئے</w:t>
      </w:r>
    </w:p>
    <w:p>
      <w:r>
        <w:rPr>
          <w:b/>
        </w:rPr>
        <w:t xml:space="preserve">[16:59] </w:t>
      </w:r>
      <w:r>
        <w:t>ke maakhaz kya hai? yaani hamare deen ka maakhaz kya hai?</w:t>
      </w:r>
    </w:p>
    <w:p>
      <w:pPr>
        <w:jc w:val="right"/>
      </w:pPr>
      <w:r>
        <w:t>کہ ماخذ کیا ہے؟ یعنی ہمارے دین کا ماخذ کیا ہے؟</w:t>
      </w:r>
    </w:p>
    <w:p>
      <w:r>
        <w:rPr>
          <w:b/>
        </w:rPr>
        <w:t xml:space="preserve">[17:08] </w:t>
      </w:r>
      <w:r>
        <w:t>woh hai quran o hadees, Allah ka rasool, Allah ki kitab, aur koi cheez maakhaz nahi hai.</w:t>
      </w:r>
    </w:p>
    <w:p>
      <w:pPr>
        <w:jc w:val="right"/>
      </w:pPr>
      <w:r>
        <w:t>وہ ہے قرآن و حدیث، اللہ کا رسول، اللہ کی کتاب، اور کوئی چیز ماخذ نہیں ہے۔</w:t>
      </w:r>
    </w:p>
    <w:p>
      <w:r>
        <w:rPr>
          <w:b/>
        </w:rPr>
        <w:t xml:space="preserve">[17:18] </w:t>
      </w:r>
      <w:r>
        <w:t>ab aap ko main yaad dilaoon chand baatein. rasool Allah sal Allah alaih wasallam jab makka mein thay</w:t>
      </w:r>
    </w:p>
    <w:p>
      <w:pPr>
        <w:jc w:val="right"/>
      </w:pPr>
      <w:r>
        <w:t>اب آپ کو میں یاد دلاؤں چند باتیں۔ رسول اللہ صلی اللہ علیہ وسلم جب مکہ میں تھے</w:t>
      </w:r>
    </w:p>
    <w:p>
      <w:r>
        <w:rPr>
          <w:b/>
        </w:rPr>
        <w:t xml:space="preserve">[17:28] </w:t>
      </w:r>
      <w:r>
        <w:t>to abhi wahan par ghalba tha, yaani political ghalba, tribal age tha, woh nadwa un ke haath mein tha, kaaba ke mutawalli woh thay.</w:t>
      </w:r>
    </w:p>
    <w:p>
      <w:pPr>
        <w:jc w:val="right"/>
      </w:pPr>
      <w:r>
        <w:t>تو ابھی وہاں پر غلبہ تھا، یعنی پولیٹیکل غلبہ، ٹرائبل ایج تھا، وہ ندوہ ان کے ہاتھ میں تھا، کعبہ کے متولی وہ تھے۔</w:t>
      </w:r>
    </w:p>
    <w:p>
      <w:r>
        <w:rPr>
          <w:b/>
        </w:rPr>
        <w:t xml:space="preserve">[17:41] </w:t>
      </w:r>
      <w:r>
        <w:t>to kuch aise asbab pesh aaye ke rasool Allah sal Allah alaih wasallam ne hukoomat kafir de diya. in turk mulk mulkana kalina,</w:t>
      </w:r>
    </w:p>
    <w:p>
      <w:pPr>
        <w:jc w:val="right"/>
      </w:pPr>
      <w:r>
        <w:t>تو کچھ ایسے اسباب پیش آئے کہ رسول اللہ صلی اللہ علیہ وسلم نے حکومت کافر دے دیا۔ ان ترک ملک ملکنا کالینا،</w:t>
      </w:r>
    </w:p>
    <w:p>
      <w:r>
        <w:rPr>
          <w:b/>
        </w:rPr>
        <w:t xml:space="preserve">[17:53] </w:t>
      </w:r>
      <w:r>
        <w:t>yeh peshkash ki unhon ne ke hum aap apne ko, aap apne oopar aap ko hakim bana lete hain. hakim, aap hakim banayenge, hum aap ke tehat kaam karenge.</w:t>
      </w:r>
    </w:p>
    <w:p>
      <w:pPr>
        <w:jc w:val="right"/>
      </w:pPr>
      <w:r>
        <w:t>یہ پیشکش کی انہوں نے کہ ان ترک ملک ملکنا کالینا کہ ہم آپ اپنے کو، آپ اپنے اوپر آپ کو حاکم بنا لیتے ہیں۔ حاکم، آپ حاکم بنائیں گے، ہم آپ کے تحت کام کریں گے۔</w:t>
      </w:r>
    </w:p>
    <w:p>
      <w:r>
        <w:rPr>
          <w:b/>
        </w:rPr>
        <w:t xml:space="preserve">[18:08] </w:t>
      </w:r>
      <w:r>
        <w:t>rasool Allah sal Allah alaih wasallam ne is peshkash ko qabool nahi kiya, is peshkash ko qabool nahi kiya. aap ne, aap ne kaha ke main is ke liye nahi bheja gaya hoon.</w:t>
      </w:r>
    </w:p>
    <w:p>
      <w:pPr>
        <w:jc w:val="right"/>
      </w:pPr>
      <w:r>
        <w:t>رسول اللہ صلی اللہ علیہ وسلم نے اس پیشکش کو قبول نہیں کیا، اس پیشکش کو قبول نہیں کیا۔ آپ نے، آپ نے کہا کہ میں اس کے لیے نہیں بھیجا گیا ہوں۔</w:t>
      </w:r>
    </w:p>
    <w:p>
      <w:r>
        <w:rPr>
          <w:b/>
        </w:rPr>
        <w:t xml:space="preserve">[18:18] </w:t>
      </w:r>
      <w:r>
        <w:t>yeh sochne ki baat hai ke aisa kyun kiya aap ne?</w:t>
      </w:r>
    </w:p>
    <w:p>
      <w:pPr>
        <w:jc w:val="right"/>
      </w:pPr>
      <w:r>
        <w:t>یہ سوچنے کی بات ہے کہ ایسا کیوں کیا آپ نے؟</w:t>
      </w:r>
    </w:p>
    <w:p>
      <w:r>
        <w:rPr>
          <w:b/>
        </w:rPr>
        <w:t xml:space="preserve">[18:28] </w:t>
      </w:r>
      <w:r>
        <w:t>ab shuru mein jo aap ko ayat utri, misal ke tor par surah muddassir, us ko parhiye aap. ya ayyuhal muddassir, qum fa anzir, wa rabbaka fakabbir, wa siyabaka fatahhir, warrujza fazhur, wa la tamnun tastaksir, wa li rabbika fasbir.</w:t>
      </w:r>
    </w:p>
    <w:p>
      <w:pPr>
        <w:jc w:val="right"/>
      </w:pPr>
      <w:r>
        <w:t>اب شروع میں جو آپ کو آیت اتری، مثال کے طور پر سورہ مدثر، اس کو پڑھیے آپ۔ یا ایہا المدثر، قم فانظر، وربک فکبر، وصیابک فطاہر، والرز فاجر، ولا تمن تستکسر، ولربک فجبر۔</w:t>
      </w:r>
    </w:p>
    <w:p>
      <w:r>
        <w:rPr>
          <w:b/>
        </w:rPr>
        <w:t xml:space="preserve">[18:43] </w:t>
      </w:r>
      <w:r>
        <w:t>is mein dekhiye, inzar o tadheer ki baat hai. is mein yeh nahi ke aqimud daulat al islam, islam ki hukoomat qaim karo, naffiz e muhammad, sahih islami ko naffiz karo, yeh toh hai hi nahi is mein.</w:t>
      </w:r>
    </w:p>
    <w:p>
      <w:pPr>
        <w:jc w:val="right"/>
      </w:pPr>
      <w:r>
        <w:t>اس میں دیکھیے، انذار و تفسیر کی بات ہے۔ اس میں یہ نہیں کہ اقیم دولت الاسلام، اسلام کی حکومت قائم کرو، نفشی محمد، صحیح اسلامی کو نافذ کرو، یہ تو ہے ہی نہیں اس میں۔</w:t>
      </w:r>
    </w:p>
    <w:p>
      <w:r>
        <w:rPr>
          <w:b/>
        </w:rPr>
        <w:t xml:space="preserve">[18:58] </w:t>
      </w:r>
      <w:r>
        <w:t>agar yeh yeh nazariya hai toh yeh toh ayat mein yeh baatein kyun nahi hain? agar yeh nazariya sahi hai toh is jo ayat utri aap ke oopar, yahi ayat utarna chahiye tha ke aqimud daulat al islam, naffiz shariat muhammad,</w:t>
      </w:r>
    </w:p>
    <w:p>
      <w:pPr>
        <w:jc w:val="right"/>
      </w:pPr>
      <w:r>
        <w:t>اگر یہ یہ نظریہ ہے تو یہ تو آیت میں یہ باتیں کیوں نہیں ہیں؟ اگر یہ نظریہ صحیح ہے تو اس جو آیت اتری آپ کے اوپر، یہی آیت اترنا چاہیے تھا کہ اقیم دولت الاسلام، نف شریعت محمد،</w:t>
      </w:r>
    </w:p>
    <w:p>
      <w:r>
        <w:rPr>
          <w:b/>
        </w:rPr>
        <w:t xml:space="preserve">[19:15] </w:t>
      </w:r>
      <w:r>
        <w:t>yeh nahi utra. yeh kya inzar o tadheer hai? kyunke dekhiye, Allah taala ka jo asal mansha hai, woh kya hai? logon ko maqsad e takhleeq se ba khabar karna.</w:t>
      </w:r>
    </w:p>
    <w:p>
      <w:pPr>
        <w:jc w:val="right"/>
      </w:pPr>
      <w:r>
        <w:t>یہ نہیں اترا۔ یہ کیا انذار و تفسیر ہے؟ کیونکہ دیکھیے، اللہ تعالی کا جو اصل منشا ہے، وہ کیا ہے؟ لوگوں کو مقصد تخلیق سے باخبر کرنا۔</w:t>
      </w:r>
    </w:p>
    <w:p>
      <w:r>
        <w:rPr>
          <w:b/>
        </w:rPr>
        <w:t xml:space="preserve">[19:29] </w:t>
      </w:r>
      <w:r>
        <w:t>yaani creation, creation plan of God, us ko main kaha karta hoon.</w:t>
      </w:r>
    </w:p>
    <w:p>
      <w:pPr>
        <w:jc w:val="right"/>
      </w:pPr>
      <w:r>
        <w:t>یعنی کریشن، کریشن پلان آف گاڈ، اس کو میں کہا کرتا ہوں۔</w:t>
      </w:r>
    </w:p>
    <w:p>
      <w:r>
        <w:rPr>
          <w:b/>
        </w:rPr>
        <w:t xml:space="preserve">[19:35] </w:t>
      </w:r>
      <w:r>
        <w:t>khalaqal mauta wal hayata, yeh yeh batana ke Allah taala ne yeh duniya kyun banai, insan kyun paida kiye, marne ke baad kya hone wala hai,</w:t>
      </w:r>
    </w:p>
    <w:p>
      <w:pPr>
        <w:jc w:val="right"/>
      </w:pPr>
      <w:r>
        <w:t>خلق الموت والحیات، یہ یہ بتانا کہ اللہ تعالی نے یہ دنیا کیوں بنائی، انسان کیوں پیدا کیے، مرنے کے بعد کیا ہونے والا ہے،</w:t>
      </w:r>
    </w:p>
    <w:p>
      <w:r>
        <w:rPr>
          <w:b/>
        </w:rPr>
        <w:t xml:space="preserve">[19:50] </w:t>
      </w:r>
      <w:r>
        <w:t>jannat kya hai, jahannum kya hai, hashar kya hai, is is ko batana yahi hai inzar o tadheer.</w:t>
      </w:r>
    </w:p>
    <w:p>
      <w:pPr>
        <w:jc w:val="right"/>
      </w:pPr>
      <w:r>
        <w:t>جنت کیا ہے، جہنم کیا ہے، حشر کیا ہے، اس اس کو بتانا یہی ہے انذار و تفسیر۔</w:t>
      </w:r>
    </w:p>
    <w:p>
      <w:r>
        <w:rPr>
          <w:b/>
        </w:rPr>
        <w:t xml:space="preserve">[20:00] </w:t>
      </w:r>
      <w:r>
        <w:t>yeh hai isi ko hum kehte hain creation plan of God, hukoomat qaim karna aur shariat naffiz karna.</w:t>
      </w:r>
    </w:p>
    <w:p>
      <w:pPr>
        <w:jc w:val="right"/>
      </w:pPr>
      <w:r>
        <w:t>یہ ہے اسی کو ہم کہتے ہیں کریشن پلان آف گاڈ، حکومت قائم کرنا اور شریعت نافذ کرنا۔</w:t>
      </w:r>
    </w:p>
    <w:p>
      <w:r>
        <w:rPr>
          <w:b/>
        </w:rPr>
        <w:t xml:space="preserve">[20:10] </w:t>
      </w:r>
      <w:r>
        <w:t>agar hai toh sawal yeh ke rasool Allah se koi hukoomat kyun nahi diya gaya?</w:t>
      </w:r>
    </w:p>
    <w:p>
      <w:pPr>
        <w:jc w:val="right"/>
      </w:pPr>
      <w:r>
        <w:t>اگر ہے تو سوال یہ کہ رسول اللہ سے کوئی حکومت کیوں نہیں دیا گیا؟</w:t>
      </w:r>
    </w:p>
    <w:p>
      <w:r>
        <w:rPr>
          <w:b/>
        </w:rPr>
        <w:t xml:space="preserve">[20:17] </w:t>
      </w:r>
      <w:r>
        <w:t>jin ayaton se log nikalte hain, us ka koi taalluq is baat ka nahi. misal ke tor par dekhiye, aqimud deen se nikalte hain ke deen qaim karo, yaani deen ko ba taur mukammal nizam ka qaim karo.</w:t>
      </w:r>
    </w:p>
    <w:p>
      <w:pPr>
        <w:jc w:val="right"/>
      </w:pPr>
      <w:r>
        <w:t>جن آیتوں سے لوگ نکالتے ہیں، اس کا کوئی تعلق اس بات کا نہیں۔ مثال کے طور پر دیکھیے، اقیم الدین سے نکالتے ہیں کہ دین قائم کرو، یعنی دین کو بطور مکمل نظام کا قائم کرو۔</w:t>
      </w:r>
    </w:p>
    <w:p>
      <w:r>
        <w:rPr>
          <w:b/>
        </w:rPr>
        <w:t xml:space="preserve">[20:30] </w:t>
      </w:r>
      <w:r>
        <w:t>yeh bilkul baseless tafseer hai. is par main ne kitab likhi hai, taabeer e ghalti, us mein likha hai koi bhi mufassir yahan yeh matlab nahi leta ke mukammal islam naffiz karo.</w:t>
      </w:r>
    </w:p>
    <w:p>
      <w:pPr>
        <w:jc w:val="right"/>
      </w:pPr>
      <w:r>
        <w:t>یہ بالکل بیس لیس تفسیر ہے۔ اس پر میں نے کتاب لکھی ہے، تعبیر غلطی، اس میں لکھا ہے کوئی بھی مفسر یہاں یہ معنی نہیں لیتا کہ مکمل اسلام نافذ کرو۔</w:t>
      </w:r>
    </w:p>
    <w:p>
      <w:r>
        <w:rPr>
          <w:b/>
        </w:rPr>
        <w:t xml:space="preserve">[20:44] </w:t>
      </w:r>
      <w:r>
        <w:t>yahan deen ke matlab likhe hain: asasaat e deen, basics of deen, yaani aqeedah, ibaadat, akhlaq, yeh sab cheezein jo asasaat e deen hain,</w:t>
      </w:r>
    </w:p>
    <w:p>
      <w:pPr>
        <w:jc w:val="right"/>
      </w:pPr>
      <w:r>
        <w:t>یہاں دین کے معنی لکھے ہیں: اثاثات دین، بیسکس آف دین، یعنی عقیدہ، عبادت، اخلاق، یہ سب چیزیں جو اثاثات دین ہیں،</w:t>
      </w:r>
    </w:p>
    <w:p>
      <w:r>
        <w:rPr>
          <w:b/>
        </w:rPr>
        <w:t xml:space="preserve">[21:00] </w:t>
      </w:r>
      <w:r>
        <w:t>is ayat ka hukoomat se koi taalluq hi nahi. woh is liye nikal rakha hai hukoomat. koi ek bhi mufassir, main ne is mein saare mufassireen ka zikr kiya hai.</w:t>
      </w:r>
    </w:p>
    <w:p>
      <w:pPr>
        <w:jc w:val="right"/>
      </w:pPr>
      <w:r>
        <w:t>اس آیت کا حکومت سے کوئی تعلق ہی نہیں۔ وہ اس لیے نکال رکھا ہے حکومت۔ کوئی ایک بھی مفسر، میں نے اس میں سارے مفسرین کا ذکر کیا ہے۔</w:t>
      </w:r>
    </w:p>
    <w:p>
      <w:r>
        <w:rPr>
          <w:b/>
        </w:rPr>
        <w:t xml:space="preserve">[21:13] </w:t>
      </w:r>
      <w:r>
        <w:t>main ne kaha ke suwaat al ilham, jo ek adabi tafseer thi, us mein bhi nahi yeh baat hai. baqi tafseeron ko chhod kar ke sab yahi lete hain ke yahan par deen ke matlab mukammal nizam ke nahi hain.</w:t>
      </w:r>
    </w:p>
    <w:p>
      <w:pPr>
        <w:jc w:val="right"/>
      </w:pPr>
      <w:r>
        <w:t>میں نے کہا کہ صوات الالہام، جو ایک ادبی کی تفسیر تھی، اس میں بھی نہیں یہ بات ہے۔ ببھی تفسیروں کو چھوڑ کر کے سب یہی لیتے ہیں کہ یہاں پر دین کے معنی مکمل نظام کے نہیں ہیں۔</w:t>
      </w:r>
    </w:p>
    <w:p>
      <w:r>
        <w:rPr>
          <w:b/>
        </w:rPr>
        <w:t xml:space="preserve">[21:28] </w:t>
      </w:r>
      <w:r>
        <w:t>athatha deen murad hain, is ka matlab hai toheed, aqeedah, ibadat, akhlaq, yeh sab cheezen murad hain. aur aqeem ke mani pervi karo, aqeemuddin ke mani hain deen ki pervi karo, deen ko nafiz karo.</w:t>
      </w:r>
    </w:p>
    <w:p>
      <w:pPr>
        <w:jc w:val="right"/>
      </w:pPr>
      <w:r>
        <w:t>اثاثہ دین مراد ہیں، اس کا مطلب ہے توحید، عقیدہ، عبادت، اخلاق، یہ سب چیزیں مراد ہیں۔ اور اقیم کے معنی پیروی کرو، اقیم الدین کے معنی ہیں دین کی پیروی کرو، دین کو نافذ کرو۔</w:t>
      </w:r>
    </w:p>
    <w:p>
      <w:r>
        <w:rPr>
          <w:b/>
        </w:rPr>
        <w:t xml:space="preserve">[21:41] </w:t>
      </w:r>
      <w:r>
        <w:t>yeh nahi hai ke woh aqeedah nafiz karne ki cheez nahi hoti hai. aqeeday ko nafiz karenge aap, aqeedah to pervi karne ki cheez hoti hai.</w:t>
      </w:r>
    </w:p>
    <w:p>
      <w:pPr>
        <w:jc w:val="right"/>
      </w:pPr>
      <w:r>
        <w:t>یہ نہیں ہے کہ وہ عقیدہ نافذ کرنے کی چیز نہیں ہوتی ہے۔ عقیدے کو نافذ کریں گے آپ، عقیدہ تو پیروی کرنے کی چیز ہوتی ہے۔</w:t>
      </w:r>
    </w:p>
    <w:p>
      <w:r>
        <w:rPr>
          <w:b/>
        </w:rPr>
        <w:t xml:space="preserve">[21:53] </w:t>
      </w:r>
      <w:r>
        <w:t>toheed nafiz nahi ki jati, toheed pervi karne ki cheez hoti hai.</w:t>
      </w:r>
    </w:p>
    <w:p>
      <w:pPr>
        <w:jc w:val="right"/>
      </w:pPr>
      <w:r>
        <w:t>توحید نافذ نہیں کی جاتی، توحید پیروی کرنے کی چیز ہوتی ہے۔</w:t>
      </w:r>
    </w:p>
    <w:p>
      <w:r>
        <w:rPr>
          <w:b/>
        </w:rPr>
        <w:t xml:space="preserve">[22:02] </w:t>
      </w:r>
      <w:r>
        <w:t>aisi misaal ke tor par dekhiye, in logon ke jitne bhi dalail hain, woh sab bilkul hi base less, be buniyad. misaal quran majeed mein hai ke kaun qawami bil qist ke qist par qaim hone wale bano.</w:t>
      </w:r>
    </w:p>
    <w:p>
      <w:pPr>
        <w:jc w:val="right"/>
      </w:pPr>
      <w:r>
        <w:t>ایسی مثال کے طور پر دیکھیے، ان لوگوں کے جتنے بھی دلائل ہیں، وہ سب بالکل ہی بیس لیس، بے بنیاد۔ مثال قرآن مجید میں ہے کہ کون قوامی بالقسط کہ قسط پر قائم ہونے والے بنو۔</w:t>
      </w:r>
    </w:p>
    <w:p>
      <w:r>
        <w:rPr>
          <w:b/>
        </w:rPr>
        <w:t xml:space="preserve">[22:20] </w:t>
      </w:r>
      <w:r>
        <w:t>to yahan kya nikaal liya ke qist, qist ko nafiz karne wale bano. dekhen, lafz qawwam jo hai, qawwam jo hai, yeh mubalaghe ka seigha hai arabi zaban mein.</w:t>
      </w:r>
    </w:p>
    <w:p>
      <w:pPr>
        <w:jc w:val="right"/>
      </w:pPr>
      <w:r>
        <w:t>تو یہاں کیا نکال لیا کہ قسط، قسط کو نافذ کرنے والے بنو۔ دیکھیں، لفظ قوام جو ہے، قوام جو ہے، یہ مبالغے کا صیغہ ہے عربی زبان میں۔</w:t>
      </w:r>
    </w:p>
    <w:p>
      <w:r>
        <w:rPr>
          <w:b/>
        </w:rPr>
        <w:t xml:space="preserve">[22:36] </w:t>
      </w:r>
      <w:r>
        <w:t>lekin yeh mubalgha kis ka hai? muqeem ka mubalgha nahi hai, qaim ka mubalgha hai. yeh</w:t>
      </w:r>
    </w:p>
    <w:p>
      <w:pPr>
        <w:jc w:val="right"/>
      </w:pPr>
      <w:r>
        <w:t>لیکن یہ مبالغہ کس کا ہے؟ مقیم کا مبالغہ نہیں ہے، قائم کا مبالغہ ہے۔ یہ</w:t>
      </w:r>
    </w:p>
    <w:p>
      <w:r>
        <w:rPr>
          <w:b/>
        </w:rPr>
        <w:t xml:space="preserve">[22:44] </w:t>
      </w:r>
      <w:r>
        <w:t>qawwam mubalgha ka seigha hai, lekin woh muqeem ka mubalgha nahi hai. dekhen, log do lafz alag alag arabi mein: qaim aur muqeem.</w:t>
      </w:r>
    </w:p>
    <w:p>
      <w:pPr>
        <w:jc w:val="right"/>
      </w:pPr>
      <w:r>
        <w:t>قوام مبالغہ کا صیغہ ہے، لیکن وہ مقیم کا مبالغہ نہیں ہے۔ دیکھیں، لوگ دو لفظ الگ الگ عربی میں: قائم اور مقیم۔</w:t>
      </w:r>
    </w:p>
    <w:p>
      <w:r>
        <w:rPr>
          <w:b/>
        </w:rPr>
        <w:t xml:space="preserve">[22:54] </w:t>
      </w:r>
      <w:r>
        <w:t>qaim ka mani ho pervi karne wala, muqeem ka mani hai nafiz karne wala. to woh is muqeem ka matlab hi nahi yahan par hai, yahan to qaim ka matlab hai.</w:t>
      </w:r>
    </w:p>
    <w:p>
      <w:pPr>
        <w:jc w:val="right"/>
      </w:pPr>
      <w:r>
        <w:t>قائم کا معنی ہو پیروی کرنے والا، مقیم کا معنی ہے نافذ کرنے والا۔ تو وہ اس مقیم کا مطلب ہی نہیں یہاں پر ہے، یہاں تو قائم کا مطلب ہے۔</w:t>
      </w:r>
    </w:p>
    <w:p>
      <w:r>
        <w:rPr>
          <w:b/>
        </w:rPr>
        <w:t xml:space="preserve">[23:04] </w:t>
      </w:r>
      <w:r>
        <w:t>yani tum khoob khoob justice par qaim hone wale bano, khoob khoob justice ki pervi karne wale bano.</w:t>
      </w:r>
    </w:p>
    <w:p>
      <w:pPr>
        <w:jc w:val="right"/>
      </w:pPr>
      <w:r>
        <w:t>یعنی تم خوب خوب جسٹس پر قائم ہونے والے بنو، خوب خوب جسٹس کی پیروی کرنے والے بنو۔</w:t>
      </w:r>
    </w:p>
    <w:p>
      <w:r>
        <w:rPr>
          <w:b/>
        </w:rPr>
        <w:t xml:space="preserve">[23:16] </w:t>
      </w:r>
      <w:r>
        <w:t>kaun qawwam bil qist jo hai, yeh mutaddi ka nahi hai, balkeh yeh lazim, lazim ko mutaddi kar diya. yani jis ayat mein yeh kaha gaya tha ke insaaf ki pervi karo, is se nikaal liya kya?</w:t>
      </w:r>
    </w:p>
    <w:p>
      <w:pPr>
        <w:jc w:val="right"/>
      </w:pPr>
      <w:r>
        <w:t>کون قوام بالقسط جو ہے، یہ متعدی کا نہیں ہے، بلکہ یہ لازم، لازم کو متعدی کر دیا۔ یعنی جس آیت میں یہ کہا گیا تھا کہ انصاف کی پیروی کرو، اس سے نکال لیا کیا؟</w:t>
      </w:r>
    </w:p>
    <w:p>
      <w:r>
        <w:rPr>
          <w:b/>
        </w:rPr>
        <w:t xml:space="preserve">[23:32] </w:t>
      </w:r>
      <w:r>
        <w:t>insaf ko nafiz karo, insaf ko jhanda uthao, insaf ki hukumat qaim karo, woh is mein hai hi nahi.</w:t>
      </w:r>
    </w:p>
    <w:p>
      <w:pPr>
        <w:jc w:val="right"/>
      </w:pPr>
      <w:r>
        <w:t>انصاف کو نافذ کرو، انصاف کو جھنڈا اٹھاؤ، انصاف کی حکومت قائم کرو، وہ اس میں ہے ہی نہیں۔</w:t>
      </w:r>
    </w:p>
    <w:p>
      <w:r>
        <w:rPr>
          <w:b/>
        </w:rPr>
        <w:t xml:space="preserve">[23:43] </w:t>
      </w:r>
      <w:r>
        <w:t>isi tarah ke sare in ke jo dalail hain quran o hadees se, sab falsafi, falsafi, falsafi. yani mughalta, mughalte ko le kar ke ek theory banai gayi,</w:t>
      </w:r>
    </w:p>
    <w:p>
      <w:pPr>
        <w:jc w:val="right"/>
      </w:pPr>
      <w:r>
        <w:t>اسی طرح کے سارے ان کے جو دلائل ہیں قرآن و حدیث سے، سب فلسفی، فلسفی، فلسفی۔ یعنی مغالطہ، مغالطے کو لے کر کے ایک تھیوری بنائی گئی،</w:t>
      </w:r>
    </w:p>
    <w:p>
      <w:r>
        <w:rPr>
          <w:b/>
        </w:rPr>
        <w:t xml:space="preserve">[23:58] </w:t>
      </w:r>
      <w:r>
        <w:t>is par base karte hue ek building khari kar di gayi, jo pahunchi kahan tak? suicide bombing tak.</w:t>
      </w:r>
    </w:p>
    <w:p>
      <w:pPr>
        <w:jc w:val="right"/>
      </w:pPr>
      <w:r>
        <w:t>اس پر بیس کرتے ہوئے ایک بلڈنگ کھڑی کر دی گئی، جو پہنچی کہاں تک؟ سوسائیڈ بمبنگ تک۔</w:t>
      </w:r>
    </w:p>
    <w:p>
      <w:r>
        <w:rPr>
          <w:b/>
        </w:rPr>
        <w:t xml:space="preserve">[24:15] </w:t>
      </w:r>
      <w:r>
        <w:t>dekhiye, bukhari mein ek riwayat hai, bab taareef al quran mein, hazrat ayesha kehti hain ke islam mein shuru mein jo ayaten utrin, woh sab, woh sab theen dilon ko naram karne wali.</w:t>
      </w:r>
    </w:p>
    <w:p>
      <w:pPr>
        <w:jc w:val="right"/>
      </w:pPr>
      <w:r>
        <w:t>دیکھیے، بخاری میں ایک روایت ہے، باب تعریف القرآن میں، حضرت عائشہ کہتی ہیں کہ اسلام میں شروع میں جو آیتیں اتریں، وہ سب، وہ سب تھیں دلوں کو نرم کرنے والی۔</w:t>
      </w:r>
    </w:p>
    <w:p>
      <w:r>
        <w:rPr>
          <w:b/>
        </w:rPr>
        <w:t xml:space="preserve">[24:31] </w:t>
      </w:r>
      <w:r>
        <w:t>haram halal ki ayaten nahi theen, dilon ko naram karna karne wali. jab logon ke dil naram ho gaye, naram ka nahi aaya ke acceptability paida ho gayi,</w:t>
      </w:r>
    </w:p>
    <w:p>
      <w:pPr>
        <w:jc w:val="right"/>
      </w:pPr>
      <w:r>
        <w:t>حرام حلال کی آیتیں نہیں تھیں، دلوں کو نرم کرنا کرنے والی۔ جب لوگوں کے دل نرم ہو گئے، نرم کا نہیں آیا کہ ایکسیپٹیبلٹی پیدا ہو گئی،</w:t>
      </w:r>
    </w:p>
    <w:p>
      <w:r>
        <w:rPr>
          <w:b/>
        </w:rPr>
        <w:t xml:space="preserve">[24:45] </w:t>
      </w:r>
      <w:r>
        <w:t>yani maada qubooliyat aa gaya dilon mein. to kehte hain ke is ke baad phir nazar al halal wa al haram. to kehte hain ke agar is se pehle utarta ke ke zina chhod do aur sharab chhod do,</w:t>
      </w:r>
    </w:p>
    <w:p>
      <w:pPr>
        <w:jc w:val="right"/>
      </w:pPr>
      <w:r>
        <w:t>یعنی مادہ قبولیت آ گیا دلوں میں۔ تو کہتے ہیں کہ اس کے بعد پھر نظر الحلال اور حرام۔ تو کہتے ہیں کہ اگر اس سے پہلے اترتا کہ کہ زنا چھوڑ دو اور شراب چھوڑ دو،</w:t>
      </w:r>
    </w:p>
    <w:p>
      <w:r>
        <w:rPr>
          <w:b/>
        </w:rPr>
        <w:t xml:space="preserve">[25:02] </w:t>
      </w:r>
      <w:r>
        <w:t>to woh kehte ke la nadu az zina abadan wa la nadu al khamr abadan.</w:t>
      </w:r>
    </w:p>
    <w:p>
      <w:pPr>
        <w:jc w:val="right"/>
      </w:pPr>
      <w:r>
        <w:t>تو وہ کہتے کہ لا ندعو الزنا ابدا ولا ندعو الخمر ابدا۔</w:t>
      </w:r>
    </w:p>
    <w:p>
      <w:r>
        <w:rPr>
          <w:b/>
        </w:rPr>
        <w:t xml:space="preserve">[25:10] </w:t>
      </w:r>
      <w:r>
        <w:t>kaisi ajeeb baat hai yeh</w:t>
      </w:r>
    </w:p>
    <w:p>
      <w:pPr>
        <w:jc w:val="right"/>
      </w:pPr>
      <w:r>
        <w:t>کیسی عجیب بات ہے یہ</w:t>
      </w:r>
    </w:p>
    <w:p>
      <w:r>
        <w:rPr>
          <w:b/>
        </w:rPr>
        <w:t xml:space="preserve">[25:12] </w:t>
      </w:r>
      <w:r>
        <w:t>, bukhari mein maujood hai yeh. to kahin implement karne se hota hai yeh sab baaten, dil ki amadgi se hota hai. ek kitni bari haqeeqat hai jo bukhari mein hazrat ayesha ki riwayat maujood hai ke dilon ko naram karo, zehan ko banao, seeraton ko badlo, kirdaar ko badlo,</w:t>
      </w:r>
    </w:p>
    <w:p>
      <w:pPr>
        <w:jc w:val="right"/>
      </w:pPr>
      <w:r>
        <w:t>، بخاری میں موجود ہے یہ۔ تو کہیں امپلیمنٹ کرنے سے ہوتا ہے یہ سب باتیں، دل کی آمادگی سے ہوتا ہے۔ ایک کتنی بڑی حقیقت ہے جو بخاری میں حضرت عائشہ کی روایت موجود ہے کہ دلوں کو نرم کرو، ذہن کو بناؤ، سیرتوں کو بدلو، کردار کو بدلو،</w:t>
      </w:r>
    </w:p>
    <w:p>
      <w:r>
        <w:rPr>
          <w:b/>
        </w:rPr>
        <w:t xml:space="preserve">[25:31] </w:t>
      </w:r>
      <w:r>
        <w:t>insan paida karo. qanoon banane se kuch nahi hota. india mein is waqt hazaron hazar qanoon hain, lekin aap dekhen, corruption se bhara hua hai insan.</w:t>
      </w:r>
    </w:p>
    <w:p>
      <w:pPr>
        <w:jc w:val="right"/>
      </w:pPr>
      <w:r>
        <w:t>انسان پیدا کرو۔ قانون بنانے سے کچھ نہیں ہوتا۔ انڈیا میں اس وقت ہزاروں ہزار قانون ہیں، لیکن آپ دیکھیں، کرپشن سے بھرا ہوا ہے انسان۔</w:t>
      </w:r>
    </w:p>
    <w:p>
      <w:r>
        <w:rPr>
          <w:b/>
        </w:rPr>
        <w:t xml:space="preserve">[25:43] </w:t>
      </w:r>
      <w:r>
        <w:t>in india nani palkuwar ne likha tha ke angrezon ne india mein do sau saal hukumat ki.</w:t>
      </w:r>
    </w:p>
    <w:p>
      <w:pPr>
        <w:jc w:val="right"/>
      </w:pPr>
      <w:r>
        <w:t>ان انڈیا نانی پالکوار نے لکھا تھا کہ انگریزوں نے انڈیا میں دو سو سال حکومت کی۔</w:t>
      </w:r>
    </w:p>
    <w:p>
      <w:r>
        <w:rPr>
          <w:b/>
        </w:rPr>
        <w:t xml:space="preserve">[25:55] </w:t>
      </w:r>
      <w:r>
        <w:t>do sau saal mein unhon ne paanch sau qanoon banaye, sirf paanch sau, 500 bas. ab jo hai das hazar qanoon bane hue hain, aur un pe is ka nafiz kuch bhi nahi, kyunke seeraten nahi hain,</w:t>
      </w:r>
    </w:p>
    <w:p>
      <w:pPr>
        <w:jc w:val="right"/>
      </w:pPr>
      <w:r>
        <w:t>دو سو سال میں انہوں نے پانچ سو قانون بنائے، صرف پانچ سو، 500 بس۔ اب جو ہے دس ہزار قانون بنے ہوئے ہیں، اور ان پہ اس کا نفاذ کچھ بھی نہیں، کیونکہ سیرتیں نہیں ہیں،</w:t>
      </w:r>
    </w:p>
    <w:p>
      <w:r>
        <w:rPr>
          <w:b/>
        </w:rPr>
        <w:t xml:space="preserve">[26:10] </w:t>
      </w:r>
      <w:r>
        <w:t>insan nahi hain, logon ki soch nahi hai. to soch mein corruption hai, to qanoon bilkul bekar ho raha hai, koi faida is ka nahi ho raha hai.</w:t>
      </w:r>
    </w:p>
    <w:p>
      <w:pPr>
        <w:jc w:val="right"/>
      </w:pPr>
      <w:r>
        <w:t>انسان نہیں ہیں، لوگوں کی سوچ نہیں ہے۔ تو سوچ میں کرپشن ہے، تو قانون بالکل بیکار ہو رہا ہے، کوئی فائدہ اس کا نہیں ہو رہا ہے۔</w:t>
      </w:r>
    </w:p>
    <w:p>
      <w:r>
        <w:rPr>
          <w:b/>
        </w:rPr>
        <w:t xml:space="preserve">[26:21] </w:t>
      </w:r>
      <w:r>
        <w:t>yeh koi tareeqa hi nahi hai ke hukumat qabza kar ke nafiz karen aap. yeh bilkul yeh hai, yani putting the card before the horse.</w:t>
      </w:r>
    </w:p>
    <w:p>
      <w:pPr>
        <w:jc w:val="right"/>
      </w:pPr>
      <w:r>
        <w:t>یہ کوئی طریقہ ہی نہیں ہے کہ حکومت قبضہ کر کے نافذ کریں آپ۔ یہ بالکل یہ ہے، یعنی پٹنگ دا کارڈ بیفور دی ہارس۔</w:t>
      </w:r>
    </w:p>
    <w:p>
      <w:r>
        <w:rPr>
          <w:b/>
        </w:rPr>
        <w:t xml:space="preserve">[26:30] </w:t>
      </w:r>
      <w:r>
        <w:t>yeh hai, is se kuch nahi ho sakta. na secular is mein hoga, na islami mein hoga. secular ko dekhna ho to aap india ko dekh lijiyega ke qanoon ke bharmaar hain,</w:t>
      </w:r>
    </w:p>
    <w:p>
      <w:pPr>
        <w:jc w:val="right"/>
      </w:pPr>
      <w:r>
        <w:t>یہ ہے، اس سے کچھ نہیں ہو سکتا۔ نہ سیکولر اس میں ہوگا، نہ اسلامی میں ہوگا۔ سیکولر کو دیکھنا ہو تو آپ انڈیا کو دیکھ لیجئے کہ قوانین کے بھرمار ہیں،</w:t>
      </w:r>
    </w:p>
    <w:p>
      <w:r>
        <w:rPr>
          <w:b/>
        </w:rPr>
        <w:t xml:space="preserve">[26:46] </w:t>
      </w:r>
      <w:r>
        <w:t>aur taraf corruption hi corruption hai. Islam ko dekhna ho to Iran aur Pakistan ko dekh lijiye, wahan bhi qawaneen bane hue hain, lekin wahan hi kuch bhi nahi ho raha hai,</w:t>
      </w:r>
    </w:p>
    <w:p>
      <w:pPr>
        <w:jc w:val="right"/>
      </w:pPr>
      <w:r>
        <w:t>اور طرف کرپشن ہی کرپشن ہے۔ اسلام کو دیکھنا ہو تو ایران اور پاکستان کو دیکھ لیجئے، وہاں بھی قوانین بنے ہوئے ہیں، لیکن وہاں ہی کچھ بھی نہیں ہو رہا ہے،</w:t>
      </w:r>
    </w:p>
    <w:p>
      <w:r>
        <w:rPr>
          <w:b/>
        </w:rPr>
        <w:t xml:space="preserve">[26:59] </w:t>
      </w:r>
      <w:r>
        <w:t>kyun ke insan banana hai, seerat ko badalna hai, soch ko badalna hai, mind ki re-engineering karna hai, de-conditioning karna hai.</w:t>
      </w:r>
    </w:p>
    <w:p>
      <w:pPr>
        <w:jc w:val="right"/>
      </w:pPr>
      <w:r>
        <w:t>کیونکہ انسان بنانا ہے، سیرتوں کو بدلنا ہے، سوچ کو بدلنا ہے، مائنڈ کی ری انجینئرنگ کرنا ہے، ڈی کنڈیشننگ کرنا ہے۔</w:t>
      </w:r>
    </w:p>
    <w:p>
      <w:r>
        <w:rPr>
          <w:b/>
        </w:rPr>
        <w:t xml:space="preserve">[27:09] </w:t>
      </w:r>
      <w:r>
        <w:t>to Rasool Allah sal Allah alaihi wasallam ne jo, wo wo nahi kiya hukumat ko, isi liye ke hukumat se le ke main karunga kya? Insan to hai nahi,</w:t>
      </w:r>
    </w:p>
    <w:p>
      <w:pPr>
        <w:jc w:val="right"/>
      </w:pPr>
      <w:r>
        <w:t>تو رسول اللہ صلی اللہ علیہ وسلم نے جو، وہ وہ نہیں کیا حکومت کو، اسی لیے کہ حکومت سے لے کے میں کروں گا کیا؟ انسان تو ہے نہیں،</w:t>
      </w:r>
    </w:p>
    <w:p>
      <w:r>
        <w:rPr>
          <w:b/>
        </w:rPr>
        <w:t xml:space="preserve">[27:21] </w:t>
      </w:r>
      <w:r>
        <w:t>insan to hai nahi.</w:t>
      </w:r>
    </w:p>
    <w:p>
      <w:pPr>
        <w:jc w:val="right"/>
      </w:pPr>
      <w:r>
        <w:t>انسان تو ہے نہیں۔</w:t>
      </w:r>
    </w:p>
    <w:p>
      <w:r>
        <w:rPr>
          <w:b/>
        </w:rPr>
        <w:t xml:space="preserve">[27:27] </w:t>
      </w:r>
      <w:r>
        <w:t>main ne ek bar to parha tha ke Dawood sahib jab sadar the Pakistan ke, to ulma mutalba kar rahe the, wo ye nafaz Islami, nafaz Islami.</w:t>
      </w:r>
    </w:p>
    <w:p>
      <w:pPr>
        <w:jc w:val="right"/>
      </w:pPr>
      <w:r>
        <w:t>میں نے ایک بار تو پڑھا تھا کہ داؤد صاحب جب صدر تھے پاکستان کے، تو علماء مطالبہ کر رہے تھے، وہ یہ نفاذ اسلامی، نفاذ اسلامی۔</w:t>
      </w:r>
    </w:p>
    <w:p>
      <w:r>
        <w:rPr>
          <w:b/>
        </w:rPr>
        <w:t xml:space="preserve">[27:35] </w:t>
      </w:r>
      <w:r>
        <w:t>bara dhoom thi us zamane mein, nafaz Islami, yani shariat Islami ka nafaz. Ghor kijiye ke nafsi shariat Muhammad ka ye Quran mein aaya hi nahi.</w:t>
      </w:r>
    </w:p>
    <w:p>
      <w:pPr>
        <w:jc w:val="right"/>
      </w:pPr>
      <w:r>
        <w:t>بڑا دھوم تھی اس زمانے میں، نفاذ اسلامی، یعنی شریعت اسلامی کا نفاذ۔ غور کیجئے کہ نفسی شریعت محمد کا یہ قرآن میں آیا ہی نہیں۔</w:t>
      </w:r>
    </w:p>
    <w:p>
      <w:r>
        <w:rPr>
          <w:b/>
        </w:rPr>
        <w:t xml:space="preserve">[27:47] </w:t>
      </w:r>
      <w:r>
        <w:t>huma waraq naseeha gasht mudda eijaz bana rakha hai logon ne. To ulma ka ek waqt mila Dawood sahib se ke sahib aap Islam nafaz kijiye Pakistan mein, Islami qanoon ko nafaz kijiye.</w:t>
      </w:r>
    </w:p>
    <w:p>
      <w:pPr>
        <w:jc w:val="right"/>
      </w:pPr>
      <w:r>
        <w:t>ہما ورق نصیحہ گشت مدعا اعجاز بنا رکھا ہے لوگوں نے۔ تو علماء کا ایک وقت ملا داؤد صاحب سے کہ صاحب آپ اسلام نافذ کیجئے پاکستان میں، اسلامی قانون کو نافذ کیجئے۔</w:t>
      </w:r>
    </w:p>
    <w:p>
      <w:r>
        <w:rPr>
          <w:b/>
        </w:rPr>
        <w:t xml:space="preserve">[28:03] </w:t>
      </w:r>
      <w:r>
        <w:t>to Dawood al Haq ne kaha ke theek hai, aap mujhe do sau aise aadmi de dijiye jo non-purchasable hon, yani bikne na bikne wale, non-purchasable character un ka ho, to main nafaz kar deta hoon.</w:t>
      </w:r>
    </w:p>
    <w:p>
      <w:pPr>
        <w:jc w:val="right"/>
      </w:pPr>
      <w:r>
        <w:t>تو داؤد الحق نے کہا کہ ٹھیک ہے، آپ مجھے دو سو ایسے آدمی دے دیجئے جو نان پرچیزیبل ہوں، یعنی بکنے نہ بکنے والے، نان پرچیزیبل کریکٹر ان کا ہو، تو میں نافذ کر دیتا ہوں۔</w:t>
      </w:r>
    </w:p>
    <w:p>
      <w:r>
        <w:rPr>
          <w:b/>
        </w:rPr>
        <w:t xml:space="preserve">[28:19] </w:t>
      </w:r>
      <w:r>
        <w:t>to ulma ne kaha ke hum kahan se layen? Dawood ne kaha ke main kahan se laoon? Aap ghor kijiye ke do sau aadmi non-purchasable Pakistan mein nahi the, to nafaz Islam nafaz kahan se ho jaye?</w:t>
      </w:r>
    </w:p>
    <w:p>
      <w:pPr>
        <w:jc w:val="right"/>
      </w:pPr>
      <w:r>
        <w:t>تو علماء نے کہا کہ ہم کہاں سے لائیں؟ داؤد نے کہا کہ میں کہاں سے لاؤں؟ آپ غور کیجئے کہ دو سو آدمی نان پرچیزیبل پاکستان میں نہیں تھے، تو نافذ اسلام نافذ کہاں سے ہو جائے؟</w:t>
      </w:r>
    </w:p>
    <w:p>
      <w:r>
        <w:rPr>
          <w:b/>
        </w:rPr>
        <w:t xml:space="preserve">[28:32] </w:t>
      </w:r>
      <w:r>
        <w:t>kahan se? Kya police ke dande se nafaz ho sakta hai Islam? Ye to bilkul absurd baat hai, deducibles baat hai, koi sar na pair is ka.</w:t>
      </w:r>
    </w:p>
    <w:p>
      <w:pPr>
        <w:jc w:val="right"/>
      </w:pPr>
      <w:r>
        <w:t>کہاں سے؟ کیا پولیس کے ڈنڈے سے نافذ ہو سکتا ہے اسلام؟ یہ تو بالکل ایبسرٹ بات ہے، ڈیڈوکلس بات ہے، کوئی سر نہ پیر اس کا۔</w:t>
      </w:r>
    </w:p>
    <w:p>
      <w:r>
        <w:rPr>
          <w:b/>
        </w:rPr>
        <w:t xml:space="preserve">[28:43] </w:t>
      </w:r>
      <w:r>
        <w:t>is ke liye lad rahe hain log, is ke liye lad rahe hain log. Is ki bohat dilchasp misal hai Misr ke wahan par jo isi ek jhanda tha, Islam nafaz karo,</w:t>
      </w:r>
    </w:p>
    <w:p>
      <w:pPr>
        <w:jc w:val="right"/>
      </w:pPr>
      <w:r>
        <w:t>اس کے لیے لڑ رہے ہیں لوگ، اس کے لیے لڑ رہے ہیں لوگ۔ اس کی بہت دلچسپ مثال ہے مصر کہ وہاں پر جو اسی ایک جھنڈا تھا، اسلام نافذ کرو،</w:t>
      </w:r>
    </w:p>
    <w:p>
      <w:r>
        <w:rPr>
          <w:b/>
        </w:rPr>
        <w:t xml:space="preserve">[28:57] </w:t>
      </w:r>
      <w:r>
        <w:t>Islam nafaz. Bilkul ye ye ye lafzi be-mani hai, yani grammatically it is correct, but in sense is it wrong.</w:t>
      </w:r>
    </w:p>
    <w:p>
      <w:pPr>
        <w:jc w:val="right"/>
      </w:pPr>
      <w:r>
        <w:t>اسلام نافذ۔ بالکل یہ یہ یہ لفظی بے معنی ہے، یعنی گرامیٹیکلی اٹ از کریکٹ، بٹ ان سینس از اٹ رونگ۔</w:t>
      </w:r>
    </w:p>
    <w:p>
      <w:r>
        <w:rPr>
          <w:b/>
        </w:rPr>
        <w:t xml:space="preserve">[29:08] </w:t>
      </w:r>
      <w:r>
        <w:t>mani matlab kuch nahi is ka nahi. To wahan par isi qism ke Islamists ubhre, aur Dawood aur unhon ne ye kaha ke Shah Farooq jo tha us zamane mein ke Shah Farooq Islam nafaz nahi kar raha hai, is ko hatao.</w:t>
      </w:r>
    </w:p>
    <w:p>
      <w:pPr>
        <w:jc w:val="right"/>
      </w:pPr>
      <w:r>
        <w:t>معنی مطلب کچھ نہیں اس کا نہیں۔ تو وہاں پر اسی قسم کے اسلامسٹ ابھرے، اور داؤد اور انہوں نے یہ کہا کہ شاہ فاروق جو تھا اس زمانے میں کہ شاہ فاروق اسلام نافذ نہیں کر رہا ہے، اس کو ہٹاؤ۔</w:t>
      </w:r>
    </w:p>
    <w:p>
      <w:r>
        <w:rPr>
          <w:b/>
        </w:rPr>
        <w:t xml:space="preserve">[29:24] </w:t>
      </w:r>
      <w:r>
        <w:t>to 1952 mein, 1952 mein ke tareeqe se unhon ne force mil kar ke is ko hata diya. Is ke baad General Najib Najib aaye, tab bhi Islam nafaz nahi hua.</w:t>
      </w:r>
    </w:p>
    <w:p>
      <w:pPr>
        <w:jc w:val="right"/>
      </w:pPr>
      <w:r>
        <w:t>تو 1952 میں، 1952 میں کے طریقے سے انہوں نے فورس مل کر کے اس کو ہٹا دیا۔ اس کے بعد جنرل نجیب نجیب آئے، تب بھی اسلام نافذ نہیں ہوا۔</w:t>
      </w:r>
    </w:p>
    <w:p>
      <w:r>
        <w:rPr>
          <w:b/>
        </w:rPr>
        <w:t xml:space="preserve">[29:38] </w:t>
      </w:r>
      <w:r>
        <w:t>phir Najib ko hata kar Nasser aaye, Jamaat bin Nasser, tab bhi Islam nafaz nahi hua. Phir is ke baad Anwar Sadat aaye, tab bhi nafaz nahi hua.</w:t>
      </w:r>
    </w:p>
    <w:p>
      <w:pPr>
        <w:jc w:val="right"/>
      </w:pPr>
      <w:r>
        <w:t>پھر نجیب کو ہٹا کر ناصر آئے، جماعت بن ناصر، تب بھی اسلام نافذ نہیں ہوا۔ پھر اس کے بعد نرول سادات آئے، تب بھی نافذ نہیں ہوا۔</w:t>
      </w:r>
    </w:p>
    <w:p>
      <w:r>
        <w:rPr>
          <w:b/>
        </w:rPr>
        <w:t xml:space="preserve">[29:47] </w:t>
      </w:r>
      <w:r>
        <w:t>is ko goli maar di gayi. Ab hangama khara hua hai Hosni Mubarak ke khilaf. Aise log jo hain, un ko aql se koi talluq nahi. Islam to bohat door ki baat hai.</w:t>
      </w:r>
    </w:p>
    <w:p>
      <w:pPr>
        <w:jc w:val="right"/>
      </w:pPr>
      <w:r>
        <w:t>اس کو گولی مار دی گئی۔ اب ہنگامہ کھڑا ہوا ہے حسنی مبارک کے خلاف۔ ایسے لوگ جو ہیں، ان کو عقل سے کوئی تعلق نہیں۔ اسلام تو بہت دور کی بات ہے۔</w:t>
      </w:r>
    </w:p>
    <w:p>
      <w:r>
        <w:rPr>
          <w:b/>
        </w:rPr>
        <w:t xml:space="preserve">[29:57] </w:t>
      </w:r>
      <w:r>
        <w:t>Islam nafaz kaise kaise hota hai?</w:t>
      </w:r>
    </w:p>
    <w:p>
      <w:pPr>
        <w:jc w:val="right"/>
      </w:pPr>
      <w:r>
        <w:t>اسلام نافذ کیسے کیسے ہوتا ہے؟</w:t>
      </w:r>
    </w:p>
    <w:p>
      <w:r>
        <w:rPr>
          <w:b/>
        </w:rPr>
        <w:t xml:space="preserve">[30:03] </w:t>
      </w:r>
      <w:r>
        <w:t>yani Shah Farooq ko hataya, Najib ko hataya, Nasser ko hataya, Sadat ko hataya, ab Hosni Mubarak ko hata rahe hain, aur Islam nafaz ho jayega is ke baad.</w:t>
      </w:r>
    </w:p>
    <w:p>
      <w:pPr>
        <w:jc w:val="right"/>
      </w:pPr>
      <w:r>
        <w:t>یعنی شاہ فاروق کو ہٹایا، نجیب کو ہٹایا، ناصر کو ہٹایا، سادات کو ہٹایا، اب حسنی مبارک کو ہٹا رہے ہیں، اور اسلام نافذ ہو جائے گا اس کے بعد۔</w:t>
      </w:r>
    </w:p>
    <w:p>
      <w:r>
        <w:rPr>
          <w:b/>
        </w:rPr>
        <w:t xml:space="preserve">[30:13] </w:t>
      </w:r>
      <w:r>
        <w:t>ye bilkul bilkul deducibles hai, deducibles hai, deducibles hai.</w:t>
      </w:r>
    </w:p>
    <w:p>
      <w:pPr>
        <w:jc w:val="right"/>
      </w:pPr>
      <w:r>
        <w:t>یہ بالکل بالکل ڈیڈیکولس ہے، ڈیڈیکولس ہے، ڈیڈیکولس ہے۔</w:t>
      </w:r>
    </w:p>
    <w:p>
      <w:r>
        <w:rPr>
          <w:b/>
        </w:rPr>
        <w:t xml:space="preserve">[30:21] </w:t>
      </w:r>
      <w:r>
        <w:t>dekhiye, Islam jo hai fard ko target karta hai. Islam mein Islamization of fard hai, Islamization of state nahi hai.</w:t>
      </w:r>
    </w:p>
    <w:p>
      <w:pPr>
        <w:jc w:val="right"/>
      </w:pPr>
      <w:r>
        <w:t>دیکھیے، اسلام جو ہے فرد کو ٹارگٹ کرتا ہے۔ اسلام میں اسلامائزیشن آف فرد ہے، اسلامائزیشن آف اسٹیٹ نہیں ہے۔</w:t>
      </w:r>
    </w:p>
    <w:p>
      <w:r>
        <w:rPr>
          <w:b/>
        </w:rPr>
        <w:t xml:space="preserve">[30:30] </w:t>
      </w:r>
      <w:r>
        <w:t>ye concept hi galat hai bilkul.</w:t>
      </w:r>
    </w:p>
    <w:p>
      <w:pPr>
        <w:jc w:val="right"/>
      </w:pPr>
      <w:r>
        <w:t>یہ کانسیپٹ ہی غلط ہے بالکل۔</w:t>
      </w:r>
    </w:p>
    <w:p>
      <w:r>
        <w:rPr>
          <w:b/>
        </w:rPr>
        <w:t xml:space="preserve">[30:35] </w:t>
      </w:r>
      <w:r>
        <w:t>Islam mein Islamization of individual ka nazariya hai, Islamization of state ka nazariya hai hi nahi, kyun ke state kya cheez hai? Fard jo hai, wahi nizam banata hai, fard hukumat karta hai.</w:t>
      </w:r>
    </w:p>
    <w:p>
      <w:pPr>
        <w:jc w:val="right"/>
      </w:pPr>
      <w:r>
        <w:t>اسلام میں اسلامائزیشن آف انڈیویجول کا نظریہ ہے، اسلامائزیشن آف اسٹیٹ کا نظریہ ہے ہی نہیں، کیونکہ اسٹیٹ کیا چیز ہے؟ فرد جو ہے، وہی نظام بناتا ہے، فرد حکومت کرتا ہے۔</w:t>
      </w:r>
    </w:p>
    <w:p>
      <w:r>
        <w:rPr>
          <w:b/>
        </w:rPr>
        <w:t xml:space="preserve">[30:49] </w:t>
      </w:r>
      <w:r>
        <w:t>fard hai to sab kuch hai, fard nahi to kuch bhi nahi.</w:t>
      </w:r>
    </w:p>
    <w:p>
      <w:pPr>
        <w:jc w:val="right"/>
      </w:pPr>
      <w:r>
        <w:t>فرد ہے تو سب کچھ ہے، فرد نہیں تو کچھ بھی نہیں۔</w:t>
      </w:r>
    </w:p>
    <w:p>
      <w:r>
        <w:rPr>
          <w:b/>
        </w:rPr>
        <w:t xml:space="preserve">[30:54] </w:t>
      </w:r>
      <w:r>
        <w:t>to sara zor aap dekhiye, Quran Majeed ko padhiye, aap sara zor jo hai zehn ko badalne par hai. Wahan koi qanoon nizam nahi.</w:t>
      </w:r>
    </w:p>
    <w:p>
      <w:pPr>
        <w:jc w:val="right"/>
      </w:pPr>
      <w:r>
        <w:t>تو سارا زور آپ دیکھیے، قرآن مجید کو پڑھیے، آپ سارا زور جو ہے ذہن کو بدلنے پر ہے۔ وہاں کوئی قانون نظام نہیں۔</w:t>
      </w:r>
    </w:p>
    <w:p>
      <w:r>
        <w:rPr>
          <w:b/>
        </w:rPr>
        <w:t xml:space="preserve">[31:05] </w:t>
      </w:r>
      <w:r>
        <w:t>ye Quran padh kar aap jaan sakte hain ke ke Islam ka hukoomati nizam kya hai? Kuch bhi nahi.</w:t>
      </w:r>
    </w:p>
    <w:p>
      <w:pPr>
        <w:jc w:val="right"/>
      </w:pPr>
      <w:r>
        <w:t>یہ قرآن پڑھ کر آپ جان سکتے ہیں کہ کہ اسلام کا حکومتی نظام کیا ہے؟ کچھ بھی نہیں۔</w:t>
      </w:r>
    </w:p>
    <w:p>
      <w:r>
        <w:rPr>
          <w:b/>
        </w:rPr>
        <w:t xml:space="preserve">[31:14] </w:t>
      </w:r>
      <w:r>
        <w:t>yeh sadarti nizam hai ke wazir-e-azam wala nizam hai ke parliament hogi, ke assembly hogi, kuch kuch bhi is mein nahi hai.</w:t>
      </w:r>
    </w:p>
    <w:p>
      <w:pPr>
        <w:jc w:val="right"/>
      </w:pPr>
      <w:r>
        <w:t>یہ صدارتی نظام ہے کہ وزیراعظم والا نظام ہے کہ پارلیمنٹ ہوگی، کہ اسمبلی ہوگی، کچھ کچھ بھی اس میں نہیں ہے۔</w:t>
      </w:r>
    </w:p>
    <w:p>
      <w:r>
        <w:rPr>
          <w:b/>
        </w:rPr>
        <w:t xml:space="preserve">[31:25] </w:t>
      </w:r>
      <w:r>
        <w:t>jo taqwa ki baat hai, khashiyat ki baat hai, Allah se muhabbat karo, Allah se daro ki baat hai, jannat o jahannum ki baat hai.</w:t>
      </w:r>
    </w:p>
    <w:p>
      <w:pPr>
        <w:jc w:val="right"/>
      </w:pPr>
      <w:r>
        <w:t>جو تقویٰ کی بات ہے، خشیت کی بات ہے، اللہ سے محبت کرو، اللہ سے ڈرو کی بات ہے، جنت و جہنم کی بات ہے۔</w:t>
      </w:r>
    </w:p>
    <w:p>
      <w:r>
        <w:rPr>
          <w:b/>
        </w:rPr>
        <w:t xml:space="preserve">[31:34] </w:t>
      </w:r>
      <w:r>
        <w:t>kyun? yeh hai woh cheezain jo fard banati hain,</w:t>
      </w:r>
    </w:p>
    <w:p>
      <w:pPr>
        <w:jc w:val="right"/>
      </w:pPr>
      <w:r>
        <w:t>کیوں؟ یہ ہے وہ چیزیں جو فرد بناتی ہیں،</w:t>
      </w:r>
    </w:p>
    <w:p>
      <w:r>
        <w:rPr>
          <w:b/>
        </w:rPr>
        <w:t xml:space="preserve">[31:40] </w:t>
      </w:r>
      <w:r>
        <w:t>shakhsiyat saazi. to sara zor quran majeed mein</w:t>
      </w:r>
    </w:p>
    <w:p>
      <w:pPr>
        <w:jc w:val="right"/>
      </w:pPr>
      <w:r>
        <w:t>شخصیت سازی۔ تو سارا زور قرآن مجید میں</w:t>
      </w:r>
    </w:p>
    <w:p>
      <w:r>
        <w:rPr>
          <w:b/>
        </w:rPr>
        <w:t xml:space="preserve">[31:48] </w:t>
      </w:r>
      <w:r>
        <w:t>shakhsiyat saazi par hai, yaani personality development par hai.</w:t>
      </w:r>
    </w:p>
    <w:p>
      <w:pPr>
        <w:jc w:val="right"/>
      </w:pPr>
      <w:r>
        <w:t>شخصیت سازی پر ہے، یعنی پرسنیلٹی ڈیویلپمنٹ پر ہے۔</w:t>
      </w:r>
    </w:p>
    <w:p>
      <w:r>
        <w:rPr>
          <w:b/>
        </w:rPr>
        <w:t xml:space="preserve">[31:56] </w:t>
      </w:r>
      <w:r>
        <w:t>personality development. in logon ne kya kar rakha hai? state aur hukumat lad rahe hain, mar rahe hain, lad rahe hain, mar rahe hain, aur samajhte hain ke yahi Islam hai, isi par nijat hai, isi par salvation hai, isi par jannat hai.</w:t>
      </w:r>
    </w:p>
    <w:p>
      <w:pPr>
        <w:jc w:val="right"/>
      </w:pPr>
      <w:r>
        <w:t>پرسنیلٹی ڈیویلپمنٹ۔ ان لوگوں نے کیا کر رکھا ہے؟ اسٹیٹ اور حکومت لڑ رہے ہیں، مر رہے ہیں، لڑ رہے ہیں، مر رہے ہیں، اور سمجھتے ہیں کہ یہی اسلام ہے، اسی پر نجات ہے، اسی پر سالویشن ہے، اسی پر جنت ہے۔</w:t>
      </w:r>
    </w:p>
    <w:p>
      <w:r>
        <w:rPr>
          <w:b/>
        </w:rPr>
        <w:t xml:space="preserve">[32:10] </w:t>
      </w:r>
      <w:r>
        <w:t>to ek false ideology unhon ne develop kar rakhi hai, woh hai jar ke khatam ke nahi ho raha hai. to is is false ideology ko aap ko demolish karna parega,</w:t>
      </w:r>
    </w:p>
    <w:p>
      <w:pPr>
        <w:jc w:val="right"/>
      </w:pPr>
      <w:r>
        <w:t>تو ایک فالس آئیڈیالوجی انہوں نے ڈیویلپ کر رکھی ہے، وہ ہے جڑ کے ختم کہ نہیں ہو رہا ہے۔ تو اس اس فالس آئیڈیالوجی کو آپ کو ڈیمالش کرنا پڑے گا،</w:t>
      </w:r>
    </w:p>
    <w:p>
      <w:r>
        <w:rPr>
          <w:b/>
        </w:rPr>
        <w:t xml:space="preserve">[32:25] </w:t>
      </w:r>
      <w:r>
        <w:t>is false ideology ko demolish karna parega. to hamara mission yahi hai. kashmir mein aise naujawan hain jo alag phal se is mission se jud chuke hain.</w:t>
      </w:r>
    </w:p>
    <w:p>
      <w:pPr>
        <w:jc w:val="right"/>
      </w:pPr>
      <w:r>
        <w:t>اس فالس آئیڈیالوجی کو ڈیمالش کرنا پڑے گا۔ تو ہمارا مشن یہی ہے۔ کشمیر میں ایسے نوجوان ہیں جو الگ پھل سے اس مشن سے جڑ چکے ہیں۔</w:t>
      </w:r>
    </w:p>
    <w:p>
      <w:r>
        <w:rPr>
          <w:b/>
        </w:rPr>
        <w:t xml:space="preserve">[32:38] </w:t>
      </w:r>
      <w:r>
        <w:t>khud unhon ne bataya ke is se pehle hum army ko pathar marte thay, ab hamara mission kya hai? in ko quran dena.</w:t>
      </w:r>
    </w:p>
    <w:p>
      <w:pPr>
        <w:jc w:val="right"/>
      </w:pPr>
      <w:r>
        <w:t>خود انہوں نے بتایا کہ اس سے پہلے ہم آرمی کو پتھر مارتے تھے، اب ہمارا مشن کیا ہے؟ ان کو قرآن دینا۔</w:t>
      </w:r>
    </w:p>
    <w:p>
      <w:r>
        <w:rPr>
          <w:b/>
        </w:rPr>
        <w:t xml:space="preserve">[32:49] </w:t>
      </w:r>
      <w:r>
        <w:t>yaani pehle jo yeh false ideology mein jee rahe thay, woh to false ideology mein jee rahe thay, to samajhte thay ke pathar maro to bara, bohat bara kaam hoga.</w:t>
      </w:r>
    </w:p>
    <w:p>
      <w:pPr>
        <w:jc w:val="right"/>
      </w:pPr>
      <w:r>
        <w:t>یعنی پہلے جو یہ فالس آئیڈیالوجی میں جی رہے تھے، وہ تو فالس آئیڈیالوجی میں جی رہے تھے، تو سمجھتے تھے کہ پتھر مارو تو بڑا، بہت بڑا کام ہوگا۔</w:t>
      </w:r>
    </w:p>
    <w:p>
      <w:r>
        <w:rPr>
          <w:b/>
        </w:rPr>
        <w:t xml:space="preserve">[32:58] </w:t>
      </w:r>
      <w:r>
        <w:t>yeh is ko sawab samajhte thay, woh lekin jab woh false ideology dem demolish ho gayi, laga pata laga ke to kuch bhi nahi hai.</w:t>
      </w:r>
    </w:p>
    <w:p>
      <w:pPr>
        <w:jc w:val="right"/>
      </w:pPr>
      <w:r>
        <w:t>یہ اس کو ثواب سمجھتے تھے، وہ لیکن جب وہ فالس آئیڈیالوجی ڈیم ڈیمالش ہو گئی، لگا پتہ لگا کہ تو کچھ بھی نہیں ہے۔</w:t>
      </w:r>
    </w:p>
    <w:p>
      <w:r>
        <w:rPr>
          <w:b/>
        </w:rPr>
        <w:t xml:space="preserve">[33:10] </w:t>
      </w:r>
      <w:r>
        <w:t>wohi naujawan ab kya soch rahe hain ke army ko ja kar quran dete hain, woh to zehan badliye, tab kaam banega.</w:t>
      </w:r>
    </w:p>
    <w:p>
      <w:pPr>
        <w:jc w:val="right"/>
      </w:pPr>
      <w:r>
        <w:t>وہی نوجوان اب کیا سوچ رہے ہیں کہ آرمی کو جا کر قرآن دیتے ہیں، وہ تو ذہن بدلیے، تب کام بنے گا۔</w:t>
      </w:r>
    </w:p>
    <w:p>
      <w:r>
        <w:rPr>
          <w:b/>
        </w:rPr>
        <w:t xml:space="preserve">[33:21] </w:t>
      </w:r>
      <w:r>
        <w:t>ladne baghair kuch nahi hoga. ab misr mein itna dhoom machi hui hai, million march wahan hua, million march, itna hungama khara hua hai.</w:t>
      </w:r>
    </w:p>
    <w:p>
      <w:pPr>
        <w:jc w:val="right"/>
      </w:pPr>
      <w:r>
        <w:t>لڑنے بغیر کچھ نہیں ہوگا۔ اب مصر میں اتنا دھوم مچی ہوئی ہے، ملین مارچ وہاں ہوا، ملین مارچ، اتنا ہنگامہ کھڑا ہوا ہے۔</w:t>
      </w:r>
    </w:p>
    <w:p>
      <w:r>
        <w:rPr>
          <w:b/>
        </w:rPr>
        <w:t xml:space="preserve">[33:30] </w:t>
      </w:r>
      <w:r>
        <w:t>farz kijiye ke husni mubarak chale jayen to kal jo aaye ga, wahi wahi wahi karega jo aaj ho raha hai, kyunke society nahi hai, fard nahi hai.</w:t>
      </w:r>
    </w:p>
    <w:p>
      <w:pPr>
        <w:jc w:val="right"/>
      </w:pPr>
      <w:r>
        <w:t>فرض کیجئے کہ حسنی مبارک چلے جائیں تو کل جو آئے گا، وہی وہی وہی کرے گا جو آج ہو رہا ہے، کیونکہ سوسائٹی نہیں ہے، فرد نہیں ہے۔</w:t>
      </w:r>
    </w:p>
    <w:p>
      <w:r>
        <w:rPr>
          <w:b/>
        </w:rPr>
        <w:t xml:space="preserve">[33:42] </w:t>
      </w:r>
      <w:r>
        <w:t>woh kahega ke do so aadmi aaye thay, lao naan parchezible, to ulama kahenge bhai kahan se layen hum? to woh kahega main kahan se laoon? wahi kahani phir dohrai jayegi.</w:t>
      </w:r>
    </w:p>
    <w:p>
      <w:pPr>
        <w:jc w:val="right"/>
      </w:pPr>
      <w:r>
        <w:t>وہ کہے گا کہ دو سو آدمی آئے تھے، لاؤ نان پرچیزیبل، تو علماء کہیں گے بھئی کہاں سے لائیں ہم؟ تو وہ کہے گا میں کہاں سے لاؤں؟ وہی کہانی پھر دہرائی جائے گی۔</w:t>
      </w:r>
    </w:p>
    <w:p>
      <w:r>
        <w:rPr>
          <w:b/>
        </w:rPr>
        <w:t xml:space="preserve">[33:55] </w:t>
      </w:r>
      <w:r>
        <w:t>kitna umda kaha tha Hazrat Ali R.A. ne, bohat hi zabardast baat kahi thi. yeh waqia naqal kiya hai ibn e khaldun ne apne muqaddama mein.</w:t>
      </w:r>
    </w:p>
    <w:p>
      <w:pPr>
        <w:jc w:val="right"/>
      </w:pPr>
      <w:r>
        <w:t>کتنا عمدہ کہا تھا حضرت علی رضی اللہ عنہ نے، بہت ہی زبردست بات کہی تھی۔ یہ واقعہ نقل کیا ہے ابن خلدون نے اپنے مقدمہ میں۔</w:t>
      </w:r>
    </w:p>
    <w:p>
      <w:r>
        <w:rPr>
          <w:b/>
        </w:rPr>
        <w:t xml:space="preserve">[34:09] </w:t>
      </w:r>
      <w:r>
        <w:t>Hazrat Ali bohat hi zyada zaki aadmi thay. un ki kitab jo hai nahj ul balagha, parhiye aap, kitni is ke andar wisdom hai.</w:t>
      </w:r>
    </w:p>
    <w:p>
      <w:pPr>
        <w:jc w:val="right"/>
      </w:pPr>
      <w:r>
        <w:t>حضرت علی بہت ہی زیادہ ذکی آدمی تھے۔ ان کی کتاب جو ہے نہج البلاغہ، پڑھیے آپ، کتنی اس کے اندر وزڈم ہے۔</w:t>
      </w:r>
    </w:p>
    <w:p>
      <w:r>
        <w:rPr>
          <w:b/>
        </w:rPr>
        <w:t xml:space="preserve">[34:18] </w:t>
      </w:r>
      <w:r>
        <w:t>wisdom. aaj subah mere paas kuch naujawan aaye, aaj hi subah, to unhon ne kaha ke humein kuch mashwara dijiye. to main ne kaha ke mashwara yeh hai ke main Hazrat Ali ka ek qaul aap ko deta hoon.</w:t>
      </w:r>
    </w:p>
    <w:p>
      <w:pPr>
        <w:jc w:val="right"/>
      </w:pPr>
      <w:r>
        <w:t>وزڈم۔ آج صبح میرے پاس کچھ نوجوان آئے، آج ہی صبح، تو انہوں نے کہا کہ ہمیں کچھ مشورہ دیجئے۔ تو میں نے کہا کہ مشورہ یہ ہے کہ میں حضرت علی کا ایک قول آپ کو دیتا ہوں۔</w:t>
      </w:r>
    </w:p>
    <w:p>
      <w:r>
        <w:rPr>
          <w:b/>
        </w:rPr>
        <w:t xml:space="preserve">[34:32] </w:t>
      </w:r>
      <w:r>
        <w:t>to un ki diary par main Hazrat Ali ka qaul likha: "qimatu al mar'i ma'ulahu". qimatu al mar'i ma'ulahu.</w:t>
      </w:r>
    </w:p>
    <w:p>
      <w:pPr>
        <w:jc w:val="right"/>
      </w:pPr>
      <w:r>
        <w:t>تو ان کی ڈائری پر میں حضرت علی کا قول لکھا: "قیمت المر مایوس"۔ قیمت المر مایوس۔</w:t>
      </w:r>
    </w:p>
    <w:p>
      <w:r>
        <w:rPr>
          <w:b/>
        </w:rPr>
        <w:t xml:space="preserve">[34:43] </w:t>
      </w:r>
      <w:r>
        <w:t>is ka tarjuma main ne likha ke "the value of a person lies in excellence". "the value of a person lies in excellence" yaani excellence hai to aap ki value banegi duniya mein.</w:t>
      </w:r>
    </w:p>
    <w:p>
      <w:pPr>
        <w:jc w:val="right"/>
      </w:pPr>
      <w:r>
        <w:t>اس کا ترجمہ میں نے لکھا کہ "دا ویلیو آف اے پرسن لائیز ان ایکسیلنس"۔ "دا ویلیو آف اے پرسن لائیز ان ایکسیلنس" یعنی ایکسیلنس ہے تو آپ کی ویلیو بنے گی دنیا میں۔</w:t>
      </w:r>
    </w:p>
    <w:p>
      <w:r>
        <w:rPr>
          <w:b/>
        </w:rPr>
        <w:t xml:space="preserve">[34:56] </w:t>
      </w:r>
      <w:r>
        <w:t>pathar marne se nahi banegi, goli marne se nahi banegi, demand se nahi banegi, shikayat se kuch bhi nahi, is se kuch nahi hone wala. aap ki quality kya hai?</w:t>
      </w:r>
    </w:p>
    <w:p>
      <w:pPr>
        <w:jc w:val="right"/>
      </w:pPr>
      <w:r>
        <w:t>پتھر مارنے سے نہیں بنے گی، گولی مارنے سے نہیں بنے گی، ڈیمانڈ سے نہیں بنے گی، شکایت سے کچھ بھی نہیں، اس سے کچھ نہیں ہونے والا۔ آپ کی کوالٹی کیا ہے؟</w:t>
      </w:r>
    </w:p>
    <w:p>
      <w:r>
        <w:rPr>
          <w:b/>
        </w:rPr>
        <w:t xml:space="preserve">[35:06] </w:t>
      </w:r>
      <w:r>
        <w:t>is se yaani demand par kuch nahi hota, aap ki apni quality kya hai? is se hota hai. qimatu al mar'i ma'ulahu.</w:t>
      </w:r>
    </w:p>
    <w:p>
      <w:pPr>
        <w:jc w:val="right"/>
      </w:pPr>
      <w:r>
        <w:t>اس سے یعنی ڈیمانڈ پر کچھ نہیں ہوتا، آپ کی اپنی کوالٹی کیا ہے؟ اس سے ہوتا ہے۔ قیمت المر مایوس۔</w:t>
      </w:r>
    </w:p>
    <w:p>
      <w:r>
        <w:rPr>
          <w:b/>
        </w:rPr>
        <w:t xml:space="preserve">[35:18] </w:t>
      </w:r>
      <w:r>
        <w:t>to jis zamane mein wahan par fawza ki halat tha, yaani Hazrat Usman ki shahadat ke baad, to aap jante hain ke wahan anarchy ki shakal ho gayi thi.</w:t>
      </w:r>
    </w:p>
    <w:p>
      <w:pPr>
        <w:jc w:val="right"/>
      </w:pPr>
      <w:r>
        <w:t>تو جس زمانے میں وہاں پر فوضہ کی حالت تھا، یعنی حضرت عثمان کی شہادت کے بعد، تو آپ جانتے ہیں کہ وہاں انارکی کی شکل ہو گئی تھی۔</w:t>
      </w:r>
    </w:p>
    <w:p>
      <w:r>
        <w:rPr>
          <w:b/>
        </w:rPr>
        <w:t xml:space="preserve">[35:34] </w:t>
      </w:r>
      <w:r>
        <w:t>to kuch log Hazrat Ali Khalifa, chothe Khalifa ki hesiyat thi un ki, to kuch log Hazrat Ali ke paas gaye aur un se kaha ke Abu Bakr o Umar ke zamane mein halaat bohat achhe thay, aap ke zamane se ab itna intehash ho gaya hai, kya muamla hai?</w:t>
      </w:r>
    </w:p>
    <w:p>
      <w:pPr>
        <w:jc w:val="right"/>
      </w:pPr>
      <w:r>
        <w:t>تو کچھ لوگ حضرت علی خلیفہ، چوتھے خلیفہ کی حیثیت تھی ان کی، تو کچھ لوگ حضرت علی کے پاس گئے اور ان سے کہا کہ ابوبکر و عمر کے زمانے میں حالات بہت اچھے تھے، آپ کے زمانے سے اب اتنا انتشار ہو گیا ہے، کیا معاملہ ہے؟</w:t>
      </w:r>
    </w:p>
    <w:p>
      <w:r>
        <w:rPr>
          <w:b/>
        </w:rPr>
        <w:t xml:space="preserve">[35:55] </w:t>
      </w:r>
      <w:r>
        <w:t>yeh woh bhi sahabi thay, aap bhi sahabi hain. yeh sawal tha un ka ke Abu Bakr o Umar ke zamane mein halaat achhe thay, aap ke zamane mein fawza hai, anarchy hai, intehash hai.</w:t>
      </w:r>
    </w:p>
    <w:p>
      <w:pPr>
        <w:jc w:val="right"/>
      </w:pPr>
      <w:r>
        <w:t>یہ وہ بھی صحابی تھے، آپ بھی صحابی ہیں۔ یہ سوال تھا ان کا کہ ابوبکر و عمر کے زمانے میں حالات اچھے تھے، آپ کے زمانے میں فوضہ ہے، انارکی ہے، انتشار ہے۔</w:t>
      </w:r>
    </w:p>
    <w:p>
      <w:r>
        <w:rPr>
          <w:b/>
        </w:rPr>
        <w:t xml:space="preserve">[36:10] </w:t>
      </w:r>
      <w:r>
        <w:t>kaha zabardast jawab diya unhon ne, jo naqal kiya hai ibn e khaldun ne: "ana aba bakr o umar kana walin allah misli wa ana walin allah mislakum".</w:t>
      </w:r>
    </w:p>
    <w:p>
      <w:pPr>
        <w:jc w:val="right"/>
      </w:pPr>
      <w:r>
        <w:t>کہا زبردست جواب دیا انہوں نے، جو نقل کیا ہے ابن خلدون نے: "انا ابا بکر وعمر کانا والین اللہ مثلی وانا والین اللہ مثلکم"۔</w:t>
      </w:r>
    </w:p>
    <w:p>
      <w:r>
        <w:rPr>
          <w:b/>
        </w:rPr>
        <w:t xml:space="preserve">[36:28] </w:t>
      </w:r>
      <w:r>
        <w:t>afo! main sochta hoon ke yeh wisdom hai, wisdom ke abu bakr o umar mere jaisay logon ke upar hukmaran thay, mere jaisay logon ke upar hakim thay, main tumhare jaisay logon ke upar hakim hoon.</w:t>
      </w:r>
    </w:p>
    <w:p>
      <w:pPr>
        <w:jc w:val="right"/>
      </w:pPr>
      <w:r>
        <w:t>افو! میں سوچتا ہوں کہ یہ وزڈم ہے، وزڈم کہ ابوبکر و عمر میرے جیسے لوگوں کے اوپر حکمران تھے، میرے جیسے لوگوں کے اوپر حاکم تھے، میں تمہارے جیسے لوگوں کے اوپر حاکم ہوں۔</w:t>
      </w:r>
    </w:p>
    <w:p>
      <w:r>
        <w:rPr>
          <w:b/>
        </w:rPr>
        <w:t xml:space="preserve">[36:46] </w:t>
      </w:r>
      <w:r>
        <w:t>is se kya nikla? is se yeh nikla ke bil farz agar hukoomati gaddi par abu bakr o umar baithe hue hon, lekin samaaj mein waisay log na hon, tab bhi kuch nahi hone wala.</w:t>
      </w:r>
    </w:p>
    <w:p>
      <w:pPr>
        <w:jc w:val="right"/>
      </w:pPr>
      <w:r>
        <w:t>اس سے کیا نکلا؟ اس سے یہ نکلا کہ بالفرض اگر حکومتی گدی پر ابوبکر و عمر بیٹھے ہوئے ہوں، لیکن سماج میں ویسے لوگ نہ ہوں، تب بھی کچھ نہیں ہونے والا۔</w:t>
      </w:r>
    </w:p>
    <w:p>
      <w:r>
        <w:rPr>
          <w:b/>
        </w:rPr>
        <w:t xml:space="preserve">[37:03] </w:t>
      </w:r>
      <w:r>
        <w:t>samaaj mein misl e sahaba log hone chahiye, tab aik shakhs khalifa ban kar kuch waqiat zahoor bla sakta hai. kitni bari b</w:t>
      </w:r>
    </w:p>
    <w:p>
      <w:pPr>
        <w:jc w:val="right"/>
      </w:pPr>
      <w:r>
        <w:t>سماج میں مثل صحابہ لوگ ہونے چاہیے، تب ایک شخص خلیفہ بن کر کچھ واقعات ظہور بلا سکتا ہے۔ کتنی بڑی ب</w:t>
      </w:r>
    </w:p>
    <w:p>
      <w:r>
        <w:rPr>
          <w:b/>
        </w:rPr>
        <w:t xml:space="preserve">[37:12] </w:t>
      </w:r>
      <w:r>
        <w:t>aat yeh hai! wisdom hai, wisdom! lekin hamare saare log be khabar hain is se. hungama duniya par hungama kiye hue hain. arey bh</w:t>
      </w:r>
    </w:p>
    <w:p>
      <w:pPr>
        <w:jc w:val="right"/>
      </w:pPr>
      <w:r>
        <w:t>ات یہ ہے! وزڈم ہے، وزڈم! لیکن ہمارے سارے لوگ بے خبر ہیں اس سے۔ ہنگامہ دنیا پر ہنگامہ کیے ہوئے ہیں۔ ارے بھ</w:t>
      </w:r>
    </w:p>
    <w:p>
      <w:r>
        <w:rPr>
          <w:b/>
        </w:rPr>
        <w:t xml:space="preserve">[37:20] </w:t>
      </w:r>
      <w:r>
        <w:t>ai! pehle aisay afraad lao, umar o abu bakr jaisay afraad jo takht pe baithne walay hon, maashra aisa qaim karo.</w:t>
      </w:r>
    </w:p>
    <w:p>
      <w:pPr>
        <w:jc w:val="right"/>
      </w:pPr>
      <w:r>
        <w:t>ئی! پہلے ایسے افراد لاؤ، عمر و ابوبکر جیسے افراد جو تخت پہ بیٹھنے والے ہوں، معاشرہ ایسا قائم کرو۔</w:t>
      </w:r>
    </w:p>
    <w:p>
      <w:r>
        <w:rPr>
          <w:b/>
        </w:rPr>
        <w:t xml:space="preserve">[37:31] </w:t>
      </w:r>
      <w:r>
        <w:t>yani umar takht par hon, tab bhi misl e sahaba maashra darkaar hai. "ana aba bakr o umar kana walin allah misli wa ana walin allah mislakum".</w:t>
      </w:r>
    </w:p>
    <w:p>
      <w:pPr>
        <w:jc w:val="right"/>
      </w:pPr>
      <w:r>
        <w:t>یعنی عمر تخت پر ہوں، تب بھی مثل صحابہ معاشرہ درکار ہے۔ "انا ابا بکر و عمر کانا والین اللہ مثلی وانا والین اللہ مثلکم"۔</w:t>
      </w:r>
    </w:p>
    <w:p>
      <w:r>
        <w:rPr>
          <w:b/>
        </w:rPr>
        <w:t xml:space="preserve">[37:40] </w:t>
      </w:r>
      <w:r>
        <w:t>tum misl e sahaba nahi ho. to abu bakr o umar ka advantage yeh tha ke un ko misl e sahaba maashra mila,</w:t>
      </w:r>
    </w:p>
    <w:p>
      <w:pPr>
        <w:jc w:val="right"/>
      </w:pPr>
      <w:r>
        <w:t>تم مثل صحابہ نہیں ہو۔ تو ابوبکر و عمر کا ایڈوانٹیج یہ تھا کہ ان کو مثل صحابہ معاشرہ ملا،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