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Deeper Meaning of The Quran 18 Aug 2019 - Maulana Wahiduddin Khan</w:t>
      </w:r>
    </w:p>
    <w:p>
      <w:r>
        <w:t>https://www.youtube.com/watch?v=EYyhbiR_ZIQ</w:t>
      </w:r>
    </w:p>
    <w:p>
      <w:r>
        <w:rPr>
          <w:b/>
        </w:rPr>
        <w:t xml:space="preserve">[00:13] </w:t>
      </w:r>
      <w:r>
        <w:t>bismillah rehman e rahim.</w:t>
      </w:r>
    </w:p>
    <w:p>
      <w:pPr>
        <w:jc w:val="right"/>
      </w:pPr>
      <w:r>
        <w:t>بسم اللہ الرحمن الرحیم۔</w:t>
      </w:r>
    </w:p>
    <w:p>
      <w:r>
        <w:rPr>
          <w:b/>
        </w:rPr>
        <w:t xml:space="preserve">[00:18] </w:t>
      </w:r>
      <w:r>
        <w:t>aah, is waqt mujhe aik hadith ki sharah karna hai jo quran ke baray mein ya deen ke baray mein aayi hai.</w:t>
      </w:r>
    </w:p>
    <w:p>
      <w:pPr>
        <w:jc w:val="right"/>
      </w:pPr>
      <w:r>
        <w:t>اہ، اس وقت مجھے ایک حدیث کی شرح کرنا ہے جو قرآن کے بارے میں یا دین کے بارے میں آئی ہے۔</w:t>
      </w:r>
    </w:p>
    <w:p>
      <w:r>
        <w:rPr>
          <w:b/>
        </w:rPr>
        <w:t xml:space="preserve">[00:34] </w:t>
      </w:r>
      <w:r>
        <w:t>parhiye</w:t>
      </w:r>
    </w:p>
    <w:p>
      <w:pPr>
        <w:jc w:val="right"/>
      </w:pPr>
      <w:r>
        <w:t>پڑھیے</w:t>
      </w:r>
    </w:p>
    <w:p>
      <w:r>
        <w:rPr>
          <w:b/>
        </w:rPr>
        <w:t xml:space="preserve">[00:37] </w:t>
      </w:r>
      <w:r>
        <w:t>? an jaber ibn abdullah qala: sam'a rasool allah salallahu alaihi wasallam yaqool: "inna al-nasa dakhlu fi deen allah afwajan wa sayakhrujun minhu afwajan".</w:t>
      </w:r>
    </w:p>
    <w:p>
      <w:pPr>
        <w:jc w:val="right"/>
      </w:pPr>
      <w:r>
        <w:t>؟ عن جابر ابن عبداللہ قال: سمعت رسول اللہ صلی اللہ علیہ وسلم یقول: "إن الناس دخلوا في دين الله أفواجًا وسيخرجون منه أفواجًا"۔</w:t>
      </w:r>
    </w:p>
    <w:p>
      <w:r>
        <w:rPr>
          <w:b/>
        </w:rPr>
        <w:t xml:space="preserve">[00:50] </w:t>
      </w:r>
      <w:r>
        <w:t>musnad ahmad, hadith number 14696. jaber bin abdullah se riwayat hai, woh kehte hain ke maine rasool allah salallahu alaihi wasallam ko kehte hue suna:</w:t>
      </w:r>
    </w:p>
    <w:p>
      <w:pPr>
        <w:jc w:val="right"/>
      </w:pPr>
      <w:r>
        <w:t>مسند احمد، حدیث نمبر 14696۔ جابر بن عبداللہ سے روایت ہے، وہ کہتے ہیں کہ میں نے رسول اللہ صلی اللہ علیہ وسلم کو کہتے ہوئے سنا:</w:t>
      </w:r>
    </w:p>
    <w:p>
      <w:r>
        <w:rPr>
          <w:b/>
        </w:rPr>
        <w:t xml:space="preserve">[01:03] </w:t>
      </w:r>
      <w:r>
        <w:t>"beshak log deen mein dakhil hue fowj dar fowj, aur anqarib is se nikal jayenge fowj dar fowj".</w:t>
      </w:r>
    </w:p>
    <w:p>
      <w:pPr>
        <w:jc w:val="right"/>
      </w:pPr>
      <w:r>
        <w:t>"بے شک لوگ دین میں داخل ہوئے فوج در فوج، اور عنقریب اس سے نکل جائیں گے فوج در فوج"۔</w:t>
      </w:r>
    </w:p>
    <w:p>
      <w:r>
        <w:rPr>
          <w:b/>
        </w:rPr>
        <w:t xml:space="preserve">[01:15] </w:t>
      </w:r>
      <w:r>
        <w:t>dekhiye, is hadith mein peghambar alaihi assalam ke hawale se yeh kaha gaya hai ke</w:t>
      </w:r>
    </w:p>
    <w:p>
      <w:pPr>
        <w:jc w:val="right"/>
      </w:pPr>
      <w:r>
        <w:t>دیکھیے، اس حدیث میں پیغمبر علیہ السلام کے حوالے سے یہ کہا گیا ہے کہ</w:t>
      </w:r>
    </w:p>
    <w:p>
      <w:r>
        <w:rPr>
          <w:b/>
        </w:rPr>
        <w:t xml:space="preserve">[01:30] </w:t>
      </w:r>
      <w:r>
        <w:t>quran ki aik ayat ki tashreeh ke log deen mein fowj dar fowj dakhil honge,</w:t>
      </w:r>
    </w:p>
    <w:p>
      <w:pPr>
        <w:jc w:val="right"/>
      </w:pPr>
      <w:r>
        <w:t>قرآن کی ایک آیت کی تشریح کہ لوگ دین میں فوج در فوج داخل ہوں گے،</w:t>
      </w:r>
    </w:p>
    <w:p>
      <w:r>
        <w:rPr>
          <w:b/>
        </w:rPr>
        <w:t xml:space="preserve">[01:45] </w:t>
      </w:r>
      <w:r>
        <w:t>phir woh fowj dar fowj is se nikal jayenge.</w:t>
      </w:r>
    </w:p>
    <w:p>
      <w:pPr>
        <w:jc w:val="right"/>
      </w:pPr>
      <w:r>
        <w:t>پھر وہ فوج در فوج اس سے نکل جائیں گے۔</w:t>
      </w:r>
    </w:p>
    <w:p>
      <w:r>
        <w:rPr>
          <w:b/>
        </w:rPr>
        <w:t xml:space="preserve">[01:52] </w:t>
      </w:r>
      <w:r>
        <w:t>log deen mein fowj dar fowj dakhil honge, aur phir woh deen se fowj dar fowj nikal jayenge.</w:t>
      </w:r>
    </w:p>
    <w:p>
      <w:pPr>
        <w:jc w:val="right"/>
      </w:pPr>
      <w:r>
        <w:t>لوگ دین میں فوج در فوج داخل ہوں گے، اور پھر وہ دین سے فوج در فوج نکل جائیں گے۔</w:t>
      </w:r>
    </w:p>
    <w:p>
      <w:r>
        <w:rPr>
          <w:b/>
        </w:rPr>
        <w:t xml:space="preserve">[02:03] </w:t>
      </w:r>
      <w:r>
        <w:t>yeh kya hai? fowj dar fowj dakhil hona kya hai? yeh wahi cheez hai jis ko hum kehte hain mass conversion.</w:t>
      </w:r>
    </w:p>
    <w:p>
      <w:pPr>
        <w:jc w:val="right"/>
      </w:pPr>
      <w:r>
        <w:t>یہ کیا ہے؟ فوج در فوج داخل ہونا کیا ہے؟ یہ وہی چیز ہے جس کو ہم کہتے ہیں ماس کنورژن۔</w:t>
      </w:r>
    </w:p>
    <w:p>
      <w:r>
        <w:rPr>
          <w:b/>
        </w:rPr>
        <w:t xml:space="preserve">[02:16] </w:t>
      </w:r>
      <w:r>
        <w:t>mass conversion yani islam mein</w:t>
      </w:r>
    </w:p>
    <w:p>
      <w:pPr>
        <w:jc w:val="right"/>
      </w:pPr>
      <w:r>
        <w:t>ماس کنورژن یعنی اسلام میں</w:t>
      </w:r>
    </w:p>
    <w:p>
      <w:r>
        <w:rPr>
          <w:b/>
        </w:rPr>
        <w:t xml:space="preserve">[02:24] </w:t>
      </w:r>
      <w:r>
        <w:t>apne aap kisi jabar ke baghair mass conversion hoga. phir log mass level par nikal bhi jayenge.</w:t>
      </w:r>
    </w:p>
    <w:p>
      <w:pPr>
        <w:jc w:val="right"/>
      </w:pPr>
      <w:r>
        <w:t>اپنے آپ کسی جبر کے بغیر ماس کنورژن ہوگا۔ پھر لوگ ماس لیول پر نکل بھی جائیں گے۔</w:t>
      </w:r>
    </w:p>
    <w:p>
      <w:r>
        <w:rPr>
          <w:b/>
        </w:rPr>
        <w:t xml:space="preserve">[02:43] </w:t>
      </w:r>
      <w:r>
        <w:t>to main bohat dinon se is ko sochta tha.</w:t>
      </w:r>
    </w:p>
    <w:p>
      <w:pPr>
        <w:jc w:val="right"/>
      </w:pPr>
      <w:r>
        <w:t>تو میں بہت دنوں سے اس کو سوچتا تھا۔</w:t>
      </w:r>
    </w:p>
    <w:p>
      <w:r>
        <w:rPr>
          <w:b/>
        </w:rPr>
        <w:t xml:space="preserve">[02:49] </w:t>
      </w:r>
      <w:r>
        <w:t>to yeh to aik waqia hai ke mass conversion hua islam mein, sab log jante hain. lekin history kisi bhi aisay waqie ko nahi batati jab ke musalman</w:t>
      </w:r>
    </w:p>
    <w:p>
      <w:pPr>
        <w:jc w:val="right"/>
      </w:pPr>
      <w:r>
        <w:t>تو یہ تو ایک واقعہ ہے کہ ماس کنورژن ہوا اسلام میں، سب لوگ جانتے ہیں۔ لیکن ہسٹری کسی بھی ایسے واقعے کو نہیں بتاتی جب کہ مسلمان</w:t>
      </w:r>
    </w:p>
    <w:p>
      <w:r>
        <w:rPr>
          <w:b/>
        </w:rPr>
        <w:t xml:space="preserve">[03:09] </w:t>
      </w:r>
      <w:r>
        <w:t>mass level par islam ko chhod ke chalay gaye hon, Hazrat ke ghubar ne.</w:t>
      </w:r>
    </w:p>
    <w:p>
      <w:pPr>
        <w:jc w:val="right"/>
      </w:pPr>
      <w:r>
        <w:t>ماس لیول پر اسلام کو چھوڑ کے چلے گئے ہوں، حضرت کے غبار نے۔</w:t>
      </w:r>
    </w:p>
    <w:p>
      <w:r>
        <w:rPr>
          <w:b/>
        </w:rPr>
        <w:t xml:space="preserve">[03:20] </w:t>
      </w:r>
      <w:r>
        <w:t>yani pehla waqia hua ke mass conversion hua apne aap kisi compression ke baghair.</w:t>
      </w:r>
    </w:p>
    <w:p>
      <w:pPr>
        <w:jc w:val="right"/>
      </w:pPr>
      <w:r>
        <w:t>یعنی پہلا واقعہ ہوا کہ ماس کنورژن ہوا اپنے آپ کسی کمپرسن کے بغیر۔</w:t>
      </w:r>
    </w:p>
    <w:p>
      <w:r>
        <w:rPr>
          <w:b/>
        </w:rPr>
        <w:t xml:space="preserve">[03:31] </w:t>
      </w:r>
      <w:r>
        <w:t>lekin aisa kabhi nahi hua ke musalman</w:t>
      </w:r>
    </w:p>
    <w:p>
      <w:pPr>
        <w:jc w:val="right"/>
      </w:pPr>
      <w:r>
        <w:t>لیکن ایسا کبھی نہیں ہوا کہ مسلمان</w:t>
      </w:r>
    </w:p>
    <w:p>
      <w:r>
        <w:rPr>
          <w:b/>
        </w:rPr>
        <w:t xml:space="preserve">[03:42] </w:t>
      </w:r>
      <w:r>
        <w:t>mass level par islam ko chhod ke chale gaye hon.</w:t>
      </w:r>
    </w:p>
    <w:p>
      <w:pPr>
        <w:jc w:val="right"/>
      </w:pPr>
      <w:r>
        <w:t>ماس لیول پر اسلام کو چھوڑ کے چلے گئے ہوں۔</w:t>
      </w:r>
    </w:p>
    <w:p>
      <w:r>
        <w:rPr>
          <w:b/>
        </w:rPr>
        <w:t xml:space="preserve">[03:48] </w:t>
      </w:r>
      <w:r>
        <w:t>to is ka matlab kya hai? to bas mein is ko samajh samajh paaya hoon ke conversion to mass level par hua, waqea hai.</w:t>
      </w:r>
    </w:p>
    <w:p>
      <w:pPr>
        <w:jc w:val="right"/>
      </w:pPr>
      <w:r>
        <w:t>تو اس کا مطلب کیا ہے؟ تو بس میں اس کو سمجھ سمجھ پایا ہوں کہ کنورژن تو ماس لیول پر ہوا، واقعہ ہے۔</w:t>
      </w:r>
    </w:p>
    <w:p>
      <w:r>
        <w:rPr>
          <w:b/>
        </w:rPr>
        <w:t xml:space="preserve">[04:00] </w:t>
      </w:r>
      <w:r>
        <w:t>ek tareekhi waqea hai. is tareekh ko aap manna chahiye</w:t>
      </w:r>
    </w:p>
    <w:p>
      <w:pPr>
        <w:jc w:val="right"/>
      </w:pPr>
      <w:r>
        <w:t>ایک تاریخی واقعہ ہے۔ اس تاریخ کو آپ ماننا چاہیے</w:t>
      </w:r>
    </w:p>
    <w:p>
      <w:r>
        <w:rPr>
          <w:b/>
        </w:rPr>
        <w:t xml:space="preserve">[04:10] </w:t>
      </w:r>
      <w:r>
        <w:t>ke islam mein</w:t>
      </w:r>
    </w:p>
    <w:p>
      <w:pPr>
        <w:jc w:val="right"/>
      </w:pPr>
      <w:r>
        <w:t>کہ اسلام میں</w:t>
      </w:r>
    </w:p>
    <w:p>
      <w:r>
        <w:rPr>
          <w:b/>
        </w:rPr>
        <w:t xml:space="preserve">[04:16] </w:t>
      </w:r>
      <w:r>
        <w:t>deen mein dakhla mass level par hua.</w:t>
      </w:r>
    </w:p>
    <w:p>
      <w:pPr>
        <w:jc w:val="right"/>
      </w:pPr>
      <w:r>
        <w:t>دین میں داخلہ ماس لیول پر ہوا۔</w:t>
      </w:r>
    </w:p>
    <w:p>
      <w:r>
        <w:rPr>
          <w:b/>
        </w:rPr>
        <w:t xml:space="preserve">[04:24] </w:t>
      </w:r>
      <w:r>
        <w:t>to doosra jo waqea hai wo kaise hua?</w:t>
      </w:r>
    </w:p>
    <w:p>
      <w:pPr>
        <w:jc w:val="right"/>
      </w:pPr>
      <w:r>
        <w:t>تو دوسرا جو واقعہ ہے وہ کیسے ہوا؟</w:t>
      </w:r>
    </w:p>
    <w:p>
      <w:r>
        <w:rPr>
          <w:b/>
        </w:rPr>
        <w:t xml:space="preserve">[04:29] </w:t>
      </w:r>
      <w:r>
        <w:t>is ko maine mazeed mutale se samajha.</w:t>
      </w:r>
    </w:p>
    <w:p>
      <w:pPr>
        <w:jc w:val="right"/>
      </w:pPr>
      <w:r>
        <w:t>اس کو میں نے مزید مطالعے سے سمجھا۔</w:t>
      </w:r>
    </w:p>
    <w:p>
      <w:r>
        <w:rPr>
          <w:b/>
        </w:rPr>
        <w:t xml:space="preserve">[04:35] </w:t>
      </w:r>
      <w:r>
        <w:t>woh yeh hai ke yeh jo mass maashrat jo aaye islam mein to woh kisi na kisi mazhab mein pehle shamil thay.</w:t>
      </w:r>
    </w:p>
    <w:p>
      <w:pPr>
        <w:jc w:val="right"/>
      </w:pPr>
      <w:r>
        <w:t>وہ یہ ہے کہ یہ جو ماس معاشرت جو آئے اسلام میں تو وہ کسی نہ کسی مذہب میں پہلے شامل تھے۔</w:t>
      </w:r>
    </w:p>
    <w:p>
      <w:r>
        <w:rPr>
          <w:b/>
        </w:rPr>
        <w:t xml:space="preserve">[04:50] </w:t>
      </w:r>
      <w:r>
        <w:t>aur pichhle tamam mazahib mein jo islam ka model raaij tha woh tha masle masail ka model.</w:t>
      </w:r>
    </w:p>
    <w:p>
      <w:pPr>
        <w:jc w:val="right"/>
      </w:pPr>
      <w:r>
        <w:t>اور پچھلے تمام مذاہب میں جو اسلام کا ماڈل رائج تھا وہ تھا مسئلے مسائل کا ماڈل۔</w:t>
      </w:r>
    </w:p>
    <w:p>
      <w:r>
        <w:rPr>
          <w:b/>
        </w:rPr>
        <w:t xml:space="preserve">[05:05] </w:t>
      </w:r>
      <w:r>
        <w:t>har mazhab mein chhote chhote masle, is ke liye fatwa.</w:t>
      </w:r>
    </w:p>
    <w:p>
      <w:pPr>
        <w:jc w:val="right"/>
      </w:pPr>
      <w:r>
        <w:t>ہر مذہب میں چھوٹے چھوٹے مسئلے، اس کے لیے فتوے۔</w:t>
      </w:r>
    </w:p>
    <w:p>
      <w:r>
        <w:rPr>
          <w:b/>
        </w:rPr>
        <w:t xml:space="preserve">[05:16] </w:t>
      </w:r>
      <w:r>
        <w:t>misalan maine ek baar ek christian aalim se poocha ke orthodox church aur</w:t>
      </w:r>
    </w:p>
    <w:p>
      <w:pPr>
        <w:jc w:val="right"/>
      </w:pPr>
      <w:r>
        <w:t>مثلاً میں نے ایک بار ایک کرسچن عالم سے پوچھا کہ آرتھوڈاکس چرچ اور</w:t>
      </w:r>
    </w:p>
    <w:p>
      <w:r>
        <w:rPr>
          <w:b/>
        </w:rPr>
        <w:t xml:space="preserve">[05:30] </w:t>
      </w:r>
      <w:r>
        <w:t>catholic church mein kya farq hai?</w:t>
      </w:r>
    </w:p>
    <w:p>
      <w:pPr>
        <w:jc w:val="right"/>
      </w:pPr>
      <w:r>
        <w:t>کیتھولک چرچ میں کیا فرق ہے؟</w:t>
      </w:r>
    </w:p>
    <w:p>
      <w:r>
        <w:rPr>
          <w:b/>
        </w:rPr>
        <w:t xml:space="preserve">[05:35] </w:t>
      </w:r>
      <w:r>
        <w:t>orthodox church aur catholic church mein kya farq hai?</w:t>
      </w:r>
    </w:p>
    <w:p>
      <w:pPr>
        <w:jc w:val="right"/>
      </w:pPr>
      <w:r>
        <w:t>آرتھوڈاکس چرچ اور کیتھولک چرچ میں کیا فرق ہے؟</w:t>
      </w:r>
    </w:p>
    <w:p>
      <w:r>
        <w:rPr>
          <w:b/>
        </w:rPr>
        <w:t xml:space="preserve">[05:43] </w:t>
      </w:r>
      <w:r>
        <w:t>to us ne kaha ke bohat hi trivial qism ka farq hai.</w:t>
      </w:r>
    </w:p>
    <w:p>
      <w:pPr>
        <w:jc w:val="right"/>
      </w:pPr>
      <w:r>
        <w:t>تو اس نے کہا کہ بہت ہی تھریول قسم کا فرق ہے۔</w:t>
      </w:r>
    </w:p>
    <w:p>
      <w:r>
        <w:rPr>
          <w:b/>
        </w:rPr>
        <w:t xml:space="preserve">[05:48] </w:t>
      </w:r>
      <w:r>
        <w:t>real church mein koi farq hi nahi hai.</w:t>
      </w:r>
    </w:p>
    <w:p>
      <w:pPr>
        <w:jc w:val="right"/>
      </w:pPr>
      <w:r>
        <w:t>ریئل چرچ میں کوئی فرق ہی نہیں ہے۔</w:t>
      </w:r>
    </w:p>
    <w:p>
      <w:r>
        <w:rPr>
          <w:b/>
        </w:rPr>
        <w:t xml:space="preserve">[05:54] </w:t>
      </w:r>
      <w:r>
        <w:t>yahi log doosre mazahib ko chhod kar islam mein aaye.</w:t>
      </w:r>
    </w:p>
    <w:p>
      <w:pPr>
        <w:jc w:val="right"/>
      </w:pPr>
      <w:r>
        <w:t>یہی لوگ دوسرے مذہبوں کو چھوڑ کر اسلام میں آئے۔</w:t>
      </w:r>
    </w:p>
    <w:p>
      <w:r>
        <w:rPr>
          <w:b/>
        </w:rPr>
        <w:t xml:space="preserve">[06:00] </w:t>
      </w:r>
      <w:r>
        <w:t>un ke nazdeek deen naam tha kuch chhote chhote masail ka.</w:t>
      </w:r>
    </w:p>
    <w:p>
      <w:pPr>
        <w:jc w:val="right"/>
      </w:pPr>
      <w:r>
        <w:t>ان کے نزدیک دین نام تھا کچھ چھوٹے چھوٹے مسائل کا۔</w:t>
      </w:r>
    </w:p>
    <w:p>
      <w:r>
        <w:rPr>
          <w:b/>
        </w:rPr>
        <w:t xml:space="preserve">[06:10] </w:t>
      </w:r>
      <w:r>
        <w:t>chhote chhote masail ka.</w:t>
      </w:r>
    </w:p>
    <w:p>
      <w:pPr>
        <w:jc w:val="right"/>
      </w:pPr>
      <w:r>
        <w:t>چھوٹے چھوٹے مسائل کا۔</w:t>
      </w:r>
    </w:p>
    <w:p>
      <w:r>
        <w:rPr>
          <w:b/>
        </w:rPr>
        <w:t xml:space="preserve">[06:15] </w:t>
      </w:r>
      <w:r>
        <w:t>to wohi pattern un ko woh jaante thay ke yeh important is mazhab ka important hai. to islam mein bhi unhon ne samjha ke yeh important wahan bhi hoga.</w:t>
      </w:r>
    </w:p>
    <w:p>
      <w:pPr>
        <w:jc w:val="right"/>
      </w:pPr>
      <w:r>
        <w:t>تو وہی پیٹرن ان کو وہ جانتے تھے کہ یہ امپورٹنٹ اس مذہب کا امپورٹنٹ ہے۔ تو اسلام میں بھی انہوں نے سمجھا کہ یہ امپورٹنٹ وہاں بھی ہوگا۔</w:t>
      </w:r>
    </w:p>
    <w:p>
      <w:r>
        <w:rPr>
          <w:b/>
        </w:rPr>
        <w:t xml:space="preserve">[06:26] </w:t>
      </w:r>
      <w:r>
        <w:t>to chunancha jab woh yeh zyada tar hua abbasi daur mein. chunancha unhon ne jab jab woh islam mein dakhil hue to us waqt ke jo ulma thay jo fuqaha thay un se ja ja ke poochhte thay ke is ka matlab kya?</w:t>
      </w:r>
    </w:p>
    <w:p>
      <w:pPr>
        <w:jc w:val="right"/>
      </w:pPr>
      <w:r>
        <w:t>تو چنانچہ جب وہ یہ زیادہ تر ہوا عباسی دور میں۔ چنانچہ انہوں نے جب جب وہ اسلام میں داخل ہوئے تو اس وقت کے جو علماء تھے جو فقہاء تھے ان سے جا جا کے پوچھتے تھے کہ اس کا مطلب کیا؟</w:t>
      </w:r>
    </w:p>
    <w:p>
      <w:r>
        <w:rPr>
          <w:b/>
        </w:rPr>
        <w:t xml:space="preserve">[06:44] </w:t>
      </w:r>
      <w:r>
        <w:t>is ka matlab kya?</w:t>
      </w:r>
    </w:p>
    <w:p>
      <w:pPr>
        <w:jc w:val="right"/>
      </w:pPr>
      <w:r>
        <w:t>اس کا مطلب کیا؟</w:t>
      </w:r>
    </w:p>
    <w:p>
      <w:r>
        <w:rPr>
          <w:b/>
        </w:rPr>
        <w:t xml:space="preserve">[06:51] </w:t>
      </w:r>
      <w:r>
        <w:t>to fuqaha jo thay masla batane lagay. misalan namaz mein hath uthayen to hath kahan tak jaye?</w:t>
      </w:r>
    </w:p>
    <w:p>
      <w:pPr>
        <w:jc w:val="right"/>
      </w:pPr>
      <w:r>
        <w:t>تو فقہاء جو تھے مسئلہ بتانے لگے۔ مثلاً نماز میں ہاتھ اٹھائیں تو ہاتھ کہاں تک جائے؟</w:t>
      </w:r>
    </w:p>
    <w:p>
      <w:r>
        <w:rPr>
          <w:b/>
        </w:rPr>
        <w:t xml:space="preserve">[07:00] </w:t>
      </w:r>
      <w:r>
        <w:t>yahan tak jaye ke yahan tak jaye?</w:t>
      </w:r>
    </w:p>
    <w:p>
      <w:pPr>
        <w:jc w:val="right"/>
      </w:pPr>
      <w:r>
        <w:t>یہاں تک جائے کہ یہاں تک جائے؟</w:t>
      </w:r>
    </w:p>
    <w:p>
      <w:r>
        <w:rPr>
          <w:b/>
        </w:rPr>
        <w:t xml:space="preserve">[07:05] </w:t>
      </w:r>
      <w:r>
        <w:t>ameen kahein to zor se kahein ke dheere se kahein? yahi un ke masail thay un un</w:t>
      </w:r>
    </w:p>
    <w:p>
      <w:pPr>
        <w:jc w:val="right"/>
      </w:pPr>
      <w:r>
        <w:t>آمین کہیں تو زور سے کہیں کہ دھیرے سے کہیں۔ یہی ان کے مسائل تھے ان ان</w:t>
      </w:r>
    </w:p>
    <w:p>
      <w:r>
        <w:rPr>
          <w:b/>
        </w:rPr>
        <w:t xml:space="preserve">[07:14] </w:t>
      </w:r>
      <w:r>
        <w:t>naye musalmano ke.</w:t>
      </w:r>
    </w:p>
    <w:p>
      <w:pPr>
        <w:jc w:val="right"/>
      </w:pPr>
      <w:r>
        <w:t>نئے مسلموں کے۔</w:t>
      </w:r>
    </w:p>
    <w:p>
      <w:r>
        <w:rPr>
          <w:b/>
        </w:rPr>
        <w:t xml:space="preserve">[07:18] </w:t>
      </w:r>
      <w:r>
        <w:t>khade khade hona namaz mein to paon jo hai bilkul aise ho ke aise ho. To fuqaha ko ko yeh kehna chahiye tha ke yeh koi masla nahi hai.</w:t>
      </w:r>
    </w:p>
    <w:p>
      <w:pPr>
        <w:jc w:val="right"/>
      </w:pPr>
      <w:r>
        <w:t>کھڑے کھڑے ہونا نماز میں تو پاؤں جو ہے بالکل ایسے ہو کہ ایسے ہو۔ تو فقہاء کو کو یہ کہنا چاہیے تھا کہ یہ کوئی مسئلہ نہیں ہے۔</w:t>
      </w:r>
    </w:p>
    <w:p>
      <w:r>
        <w:rPr>
          <w:b/>
        </w:rPr>
        <w:t xml:space="preserve">[07:30] </w:t>
      </w:r>
      <w:r>
        <w:t>yeh to</w:t>
      </w:r>
    </w:p>
    <w:p>
      <w:pPr>
        <w:jc w:val="right"/>
      </w:pPr>
      <w:r>
        <w:t>یہ تو</w:t>
      </w:r>
    </w:p>
    <w:p>
      <w:r>
        <w:rPr>
          <w:b/>
        </w:rPr>
        <w:t xml:space="preserve">[07:34] </w:t>
      </w:r>
      <w:r>
        <w:t>yeh to</w:t>
      </w:r>
    </w:p>
    <w:p>
      <w:pPr>
        <w:jc w:val="right"/>
      </w:pPr>
      <w:r>
        <w:t>یہ تو</w:t>
      </w:r>
    </w:p>
    <w:p>
      <w:r>
        <w:rPr>
          <w:b/>
        </w:rPr>
        <w:t xml:space="preserve">[07:37] </w:t>
      </w:r>
      <w:r>
        <w:t>taus'a ki baat hai. Yeh bhi theek, woh bhi theek. Tum is chakkar mein mat parho. Tum to khusoosan apna andar lao.</w:t>
      </w:r>
    </w:p>
    <w:p>
      <w:pPr>
        <w:jc w:val="right"/>
      </w:pPr>
      <w:r>
        <w:t>توسع کی بات ہے۔ یہ بھی ٹھیک، وہ بھی ٹھیک۔ تم اس چکر میں مت پڑو۔ تم تو خصوصاً اپنا اندر لاؤ۔</w:t>
      </w:r>
    </w:p>
    <w:p>
      <w:r>
        <w:rPr>
          <w:b/>
        </w:rPr>
        <w:t xml:space="preserve">[07:46] </w:t>
      </w:r>
      <w:r>
        <w:t>khusoosan aspect mein izafa karo. Lekin badqismati se yeh hua ke is zamane ke jo fuqaha the aur aaj bhi</w:t>
      </w:r>
    </w:p>
    <w:p>
      <w:pPr>
        <w:jc w:val="right"/>
      </w:pPr>
      <w:r>
        <w:t>خصوصاً اسپیٹ میں اضافہ کرو۔ لیکن بدقسمتی سے یہ ہوا کہ اس زمانے کے جو فقہاء تھے اور آج بھی</w:t>
      </w:r>
    </w:p>
    <w:p>
      <w:r>
        <w:rPr>
          <w:b/>
        </w:rPr>
        <w:t xml:space="preserve">[08:01] </w:t>
      </w:r>
      <w:r>
        <w:t>inhi cheezon ke masle batane lage. Is ko angrezi mein kehte hain query. Chote chote sawalat.</w:t>
      </w:r>
    </w:p>
    <w:p>
      <w:pPr>
        <w:jc w:val="right"/>
      </w:pPr>
      <w:r>
        <w:t>انہی چیزوں کے مسئلے بتانے لگے۔ اس کو انگریزی میں کہتے ہیں کوئری۔ چھوٹے چھوٹے سوالات۔</w:t>
      </w:r>
    </w:p>
    <w:p>
      <w:r>
        <w:rPr>
          <w:b/>
        </w:rPr>
        <w:t xml:space="preserve">[08:12] </w:t>
      </w:r>
      <w:r>
        <w:t>query.</w:t>
      </w:r>
    </w:p>
    <w:p>
      <w:pPr>
        <w:jc w:val="right"/>
      </w:pPr>
      <w:r>
        <w:t>کوئری۔</w:t>
      </w:r>
    </w:p>
    <w:p>
      <w:r>
        <w:rPr>
          <w:b/>
        </w:rPr>
        <w:t xml:space="preserve">[08:16] </w:t>
      </w:r>
      <w:r>
        <w:t>To hazaron hazar masle inhi logon ne paida kiye jo convert hue the. Aur fuqaha ne jawab dena shuru kar diya.</w:t>
      </w:r>
    </w:p>
    <w:p>
      <w:pPr>
        <w:jc w:val="right"/>
      </w:pPr>
      <w:r>
        <w:t>تو ہزاروں ہزار مسئلے انہی لوگوں نے پیدا کیے جو کنورٹ ہوئے تھے۔ اور فقہاء نے جواب دینا شروع کر دیا۔</w:t>
      </w:r>
    </w:p>
    <w:p>
      <w:r>
        <w:rPr>
          <w:b/>
        </w:rPr>
        <w:t xml:space="preserve">[08:34] </w:t>
      </w:r>
      <w:r>
        <w:t>Sahi jawab yeh tha fuqaha ka ke fuqaha par farz tha farz ke woh yeh kehte ke yeh dekhen yeh koi masle ki baat to nahi hai.</w:t>
      </w:r>
    </w:p>
    <w:p>
      <w:pPr>
        <w:jc w:val="right"/>
      </w:pPr>
      <w:r>
        <w:t>صحیح جواب یہ تھا فقہاء کا کہ فقہاء پر فرض تھا فرض کہ وہ یہ کہتے کہ یہ دیکھیں یہ کوئی مسئلہ کی بات تو نہیں ہے۔</w:t>
      </w:r>
    </w:p>
    <w:p>
      <w:r>
        <w:rPr>
          <w:b/>
        </w:rPr>
        <w:t xml:space="preserve">[08:44] </w:t>
      </w:r>
      <w:r>
        <w:t>Yeh taus'a ki baat hai. Diversity ki baat hai.</w:t>
      </w:r>
    </w:p>
    <w:p>
      <w:pPr>
        <w:jc w:val="right"/>
      </w:pPr>
      <w:r>
        <w:t>یہ توسع کی بات ہے۔ ڈائیورسٹی کی بات ہے۔</w:t>
      </w:r>
    </w:p>
    <w:p>
      <w:r>
        <w:rPr>
          <w:b/>
        </w:rPr>
        <w:t xml:space="preserve">[08:51] </w:t>
      </w:r>
      <w:r>
        <w:t>To wohin ka wohin masla khatam ho jata hai. Log aise bhi parhte hain, waise bhi parhte hain. To fuqaha ke das das group ban gaye taqreeban.</w:t>
      </w:r>
    </w:p>
    <w:p>
      <w:pPr>
        <w:jc w:val="right"/>
      </w:pPr>
      <w:r>
        <w:t>تو وہیں کا وہیں مسئلہ ختم ہو جاتا ہے۔ لوگ ایسے بھی پڑھتے ہیں، ویسے بھی پڑھتے ہیں۔ تو فقہاء کے دس دس گروپ بن گئے تقریباً۔</w:t>
      </w:r>
    </w:p>
    <w:p>
      <w:r>
        <w:rPr>
          <w:b/>
        </w:rPr>
        <w:t xml:space="preserve">[09:08] </w:t>
      </w:r>
      <w:r>
        <w:t>Aam taur par char masle hain, char masle lekin taqreeban das ho gaye the. Ab har ek apna chote chote masle ko.</w:t>
      </w:r>
    </w:p>
    <w:p>
      <w:pPr>
        <w:jc w:val="right"/>
      </w:pPr>
      <w:r>
        <w:t>عام طور پر چار مسئلے ہیں، چار مسئلے لیکن تقریباً دس ہو گئے تھے۔ اب ہر ایک اپنا چھوٹے چھوٹے مسئلے کو۔</w:t>
      </w:r>
    </w:p>
    <w:p>
      <w:r>
        <w:rPr>
          <w:b/>
        </w:rPr>
        <w:t xml:space="preserve">[09:18] </w:t>
      </w:r>
      <w:r>
        <w:t>Misal ke taur par aap ne nahaya, ab koi aage poochta hai ke nahane mein har baal, har nakhun dhona chahiye ke kaise?</w:t>
      </w:r>
    </w:p>
    <w:p>
      <w:pPr>
        <w:jc w:val="right"/>
      </w:pPr>
      <w:r>
        <w:t>مثلاً آپ نے نہایا، اب کوئی آگے پوچھتا ہے کہ نہانے میں ہر بال، ہر ناخن دھونا چاہیے کہ کیسے؟</w:t>
      </w:r>
    </w:p>
    <w:p>
      <w:r>
        <w:rPr>
          <w:b/>
        </w:rPr>
        <w:t xml:space="preserve">[09:34] </w:t>
      </w:r>
      <w:r>
        <w:t>Ab faqeer masle bana chuke hain. Har baal bheega, har nakhun bheega. Yeh masla bilkul galat tha.</w:t>
      </w:r>
    </w:p>
    <w:p>
      <w:pPr>
        <w:jc w:val="right"/>
      </w:pPr>
      <w:r>
        <w:t>اب فقیر مسئلہ بنا چکے ہیں۔ ہر بال بھیگے، ہر ناخن بھیگے۔ یہ مسئلہ بالکل غلط تھا۔</w:t>
      </w:r>
    </w:p>
    <w:p>
      <w:r>
        <w:rPr>
          <w:b/>
        </w:rPr>
        <w:t xml:space="preserve">[09:43] </w:t>
      </w:r>
      <w:r>
        <w:t>Sar ta pa galat thi. Yeh Imam taus'a, taus'a. Bas nahali jiye, pani baha li jiye, zyada aap ke paas waqt hai to samne laga ke nahaiye.</w:t>
      </w:r>
    </w:p>
    <w:p>
      <w:pPr>
        <w:jc w:val="right"/>
      </w:pPr>
      <w:r>
        <w:t>سر تپا غلط تھی۔ یہ امام توسع، توسع۔ بس نہا لیجئے، پانی بہا لیجئے، زیادہ آپ کے پاس وقت ہے تو سامنے لگا کے نہائیے۔</w:t>
      </w:r>
    </w:p>
    <w:p>
      <w:r>
        <w:rPr>
          <w:b/>
        </w:rPr>
        <w:t xml:space="preserve">[10:03] </w:t>
      </w:r>
      <w:r>
        <w:t>To logon ne yeh masla bataya hi nahi ke yeh sara jo farq hai woh due to taus'a hai, diversity hai.</w:t>
      </w:r>
    </w:p>
    <w:p>
      <w:pPr>
        <w:jc w:val="right"/>
      </w:pPr>
      <w:r>
        <w:t>تو لوگوں نے یہ مسئلہ بتایا ہی نہیں کہ یہ سارا جو فرق ہے وہ ڈیو ٹو توسع ہے، ڈائیورسٹی ہے۔</w:t>
      </w:r>
    </w:p>
    <w:p>
      <w:r>
        <w:rPr>
          <w:b/>
        </w:rPr>
        <w:t xml:space="preserve">[10:18] </w:t>
      </w:r>
      <w:r>
        <w:t>Kyunke fuqaha ne aisa nahi bataya to chote chote masle ki wajah se deen mein farq firqe banne lage. Is liye isaiyon mein orthodox aur catholic bilkul chote chote masle ke do firqe ban gaye hain.</w:t>
      </w:r>
    </w:p>
    <w:p>
      <w:pPr>
        <w:jc w:val="right"/>
      </w:pPr>
      <w:r>
        <w:t>کیونکہ فقہاء نے ایسا نہیں بتایا تو چھوٹے چھوٹے مسئلے کی وجہ سے دین میں فرق فرقے بننے لگے۔ اس لیے عیسائیوں میں ارتھوڈاکس اور کیتھولک بالکل چھوٹے چھوٹے مسئلے کے دو فرقے بن گئے ہیں۔</w:t>
      </w:r>
    </w:p>
    <w:p>
      <w:r>
        <w:rPr>
          <w:b/>
        </w:rPr>
        <w:t xml:space="preserve">[10:37] </w:t>
      </w:r>
      <w:r>
        <w:t>Aisi bohat se firqe hain isaiyon mein bhi. Isaiyat ek ka naam nahi hai. Chote chote masle ko le kar isaiyat ke kai firqe hain.</w:t>
      </w:r>
    </w:p>
    <w:p>
      <w:pPr>
        <w:jc w:val="right"/>
      </w:pPr>
      <w:r>
        <w:t>ایسی بہت سے فرقے ہیں عیسائیوں میں بھی۔ عیسائیت ایک کا نام نہیں ہے۔ چھوٹے چھوٹے مسئلے کو لے کر عیسائیت کے کئی فرقے ہیں۔</w:t>
      </w:r>
    </w:p>
    <w:p>
      <w:r>
        <w:rPr>
          <w:b/>
        </w:rPr>
        <w:t xml:space="preserve">[10:57] </w:t>
      </w:r>
      <w:r>
        <w:t>To yeh pehla phenomena tha ke log deen mein dakhil hue fauj dar fauj aur phir nikal bhi gaye fauj dar fauj.</w:t>
      </w:r>
    </w:p>
    <w:p>
      <w:pPr>
        <w:jc w:val="right"/>
      </w:pPr>
      <w:r>
        <w:t>تو یہ پہلا فیناومینا تھا کہ لوگ دین میں داخل ہوئے فوج در فوج اور پھر نکل بھی گئے فوج در فوج۔</w:t>
      </w:r>
    </w:p>
    <w:p>
      <w:r>
        <w:rPr>
          <w:b/>
        </w:rPr>
        <w:t xml:space="preserve">[11:09] </w:t>
      </w:r>
      <w:r>
        <w:t>Yahi nikalna tha, yahi nikalna tha.</w:t>
      </w:r>
    </w:p>
    <w:p>
      <w:pPr>
        <w:jc w:val="right"/>
      </w:pPr>
      <w:r>
        <w:t>یہی نکلنا تھا، یہی نکلنا تھا۔</w:t>
      </w:r>
    </w:p>
    <w:p>
      <w:r>
        <w:rPr>
          <w:b/>
        </w:rPr>
        <w:t xml:space="preserve">[11:21] </w:t>
      </w:r>
      <w:r>
        <w:t>Is nikalne ke nateejay mein kya hua? Firqah bandi aayi, firqah bandi aayi. Yeh sunni hai ya wahabi, yeh yeh yeh hanbali, yeh hanafi,</w:t>
      </w:r>
    </w:p>
    <w:p>
      <w:pPr>
        <w:jc w:val="right"/>
      </w:pPr>
      <w:r>
        <w:t>اس نکلنے کے نتیجے میں کیا ہوا؟ فرقہ بندی آئی، فرقہ بندی آئی۔ یہ سنی ہے یا وہابی، یہ یہ یہ حنبلی، یہ حنفی،</w:t>
      </w:r>
    </w:p>
    <w:p>
      <w:r>
        <w:rPr>
          <w:b/>
        </w:rPr>
        <w:t xml:space="preserve">[11:35] </w:t>
      </w:r>
      <w:r>
        <w:t>Yeh sab jo aaya isi ki wajah se aaya. To sara zor, sara zor jo dena chahiye tha khusoosan par aspect par,</w:t>
      </w:r>
    </w:p>
    <w:p>
      <w:pPr>
        <w:jc w:val="right"/>
      </w:pPr>
      <w:r>
        <w:t>یہ سب جو آیا اسی کی وجہ سے آیا۔ تو سارا زور، سارا زور جو دینا چاہیے تھا خصوصاً پر اسپیٹ پر،</w:t>
      </w:r>
    </w:p>
    <w:p>
      <w:r>
        <w:rPr>
          <w:b/>
        </w:rPr>
        <w:t xml:space="preserve">[11:49] </w:t>
      </w:r>
      <w:r>
        <w:t>Woh dor divert ho kar chala gaya masail par. Yeh pehla phase tha ke log dakhil hue Islam mein aur nikal bhi gaye Islam mein.</w:t>
      </w:r>
    </w:p>
    <w:p>
      <w:pPr>
        <w:jc w:val="right"/>
      </w:pPr>
      <w:r>
        <w:t>وہ دور ڈائیورٹ ہو کر چلا گیا مسائل پر۔ یہ پہلا فیز تھا کہ لوگ داخل ہوئے اسلام میں اور نکل بھی گئے اسلام میں۔</w:t>
      </w:r>
    </w:p>
    <w:p>
      <w:r>
        <w:rPr>
          <w:b/>
        </w:rPr>
        <w:t xml:space="preserve">[12:05] </w:t>
      </w:r>
      <w:r>
        <w:t>Is se kai phase aaye.</w:t>
      </w:r>
    </w:p>
    <w:p>
      <w:pPr>
        <w:jc w:val="right"/>
      </w:pPr>
      <w:r>
        <w:t>اس سے کئی فیز آئے۔</w:t>
      </w:r>
    </w:p>
    <w:p>
      <w:r>
        <w:rPr>
          <w:b/>
        </w:rPr>
        <w:t xml:space="preserve">[12:10] </w:t>
      </w:r>
      <w:r>
        <w:t>aik jis ko kaha gaya hai firqa dohama, woh kya hai? woh bhi isi ka phenomena hai.</w:t>
      </w:r>
    </w:p>
    <w:p>
      <w:pPr>
        <w:jc w:val="right"/>
      </w:pPr>
      <w:r>
        <w:t>ایک جس کو کہا گیا ہے فرقہ دوہما، وہ کیا ہے؟ وہ بھی اسی کا فیناومینا ہے۔</w:t>
      </w:r>
    </w:p>
    <w:p>
      <w:r>
        <w:rPr>
          <w:b/>
        </w:rPr>
        <w:t xml:space="preserve">[12:18] </w:t>
      </w:r>
      <w:r>
        <w:t>chote chote masle ko le kar har aadmi aik school khol rakha hai, us ne</w:t>
      </w:r>
    </w:p>
    <w:p>
      <w:pPr>
        <w:jc w:val="right"/>
      </w:pPr>
      <w:r>
        <w:t>چھوٹے چھوٹے مسئلے کو لے کر ہر آدمی ایک اسکول کھول رکھا ہے، اس نے</w:t>
      </w:r>
    </w:p>
    <w:p>
      <w:r>
        <w:rPr>
          <w:b/>
        </w:rPr>
        <w:t xml:space="preserve">[12:27] </w:t>
      </w:r>
      <w:r>
        <w:t>aik madrassa khol rakha hai. chote chote masle ko le kar.</w:t>
      </w:r>
    </w:p>
    <w:p>
      <w:pPr>
        <w:jc w:val="right"/>
      </w:pPr>
      <w:r>
        <w:t>ایک مدرسہ کھول رکھا ہے۔ چھوٹے چھوٹے مسئلے کو لے کر۔</w:t>
      </w:r>
    </w:p>
    <w:p>
      <w:r>
        <w:rPr>
          <w:b/>
        </w:rPr>
        <w:t xml:space="preserve">[12:35] </w:t>
      </w:r>
      <w:r>
        <w:t>misalan mein aik martaba gaya aik aik jagah to aik sahib namaz sikha rahe the, namaz sikha rahe the. to kya keh rahe the?</w:t>
      </w:r>
    </w:p>
    <w:p>
      <w:pPr>
        <w:jc w:val="right"/>
      </w:pPr>
      <w:r>
        <w:t>مثلاً میں ایک مرتبہ گیا ایک ایک جگہ تو ایک صاحب نماز سکھا رہے تھے، نماز سکھا رہے تھے۔ تو کیا کہہ رہے تھے؟</w:t>
      </w:r>
    </w:p>
    <w:p>
      <w:r>
        <w:rPr>
          <w:b/>
        </w:rPr>
        <w:t xml:space="preserve">[12:44] </w:t>
      </w:r>
      <w:r>
        <w:t>woh dekho, namaz jab jab tum tum niyat bandho to aisa hath hona chahiye, yani angotha kan ki lo se mila hua ho aur yeh aasman ki taraf ho,</w:t>
      </w:r>
    </w:p>
    <w:p>
      <w:pPr>
        <w:jc w:val="right"/>
      </w:pPr>
      <w:r>
        <w:t>وہ دیکھو، نماز جب جب تم تم نیت باندھو تو ایسا ہاتھ ہونا چاہیے، یعنی انگوٹھا کان کی لوک سے ملا ہوا ہو اور یہ آسمان کی طرف ہو،</w:t>
      </w:r>
    </w:p>
    <w:p>
      <w:r>
        <w:rPr>
          <w:b/>
        </w:rPr>
        <w:t xml:space="preserve">[12:59] </w:t>
      </w:r>
      <w:r>
        <w:t>yeh ho, woh ho. yeh ab namaz ho jaye, yeh to circus ho gayi. agar namaz yahi ho to circus hai. namaz</w:t>
      </w:r>
    </w:p>
    <w:p>
      <w:pPr>
        <w:jc w:val="right"/>
      </w:pPr>
      <w:r>
        <w:t>یہ ہو، وہ ہو۔ یہ اب نماز ہو جائے، یہ تو سرکس ہو گئی۔ اگر نماز یہی ہو تو سرکس ہے۔ نماز</w:t>
      </w:r>
    </w:p>
    <w:p>
      <w:r>
        <w:rPr>
          <w:b/>
        </w:rPr>
        <w:t xml:space="preserve">[13:09] </w:t>
      </w:r>
      <w:r>
        <w:t>aise maine dekha ke niyat bandhne ka tareeqa bata rahe the woh to niyat bandhne ka kya bataya unhon ne ke yeh do ungli jo hai, do ungli aise honi chahiye aur phir angotha aik aur choti ungli angotha yeh aur phir yeh yeh sab circus hai, circus yeh namaz nahi hai.</w:t>
      </w:r>
    </w:p>
    <w:p>
      <w:pPr>
        <w:jc w:val="right"/>
      </w:pPr>
      <w:r>
        <w:t>ایسے میں نے دیکھا کہ نیت باندھنے کا طریقہ بتا رہے تھے وہ تو نیت باندھنے کا کیا بتایا انہوں نے کہ یہ دو انگلی جو ہے، دو انگلی ایسے ہونی چاہیے اور پھر انگوٹھا ایک اور چھوٹی انگلی انگوٹھا یہ اور پھر یہ یہ سب سرکس ہے، سرکس یہ نماز نہیں ہے۔</w:t>
      </w:r>
    </w:p>
    <w:p>
      <w:r>
        <w:rPr>
          <w:b/>
        </w:rPr>
        <w:t xml:space="preserve">[13:30] </w:t>
      </w:r>
      <w:r>
        <w:t>yeh to un cheezon mein chuki hamesha taaddud hi rahega, aik nahi ho sakta. un cheezon mein hamesha taaddud rahega, aik ho nahi sakta.</w:t>
      </w:r>
    </w:p>
    <w:p>
      <w:pPr>
        <w:jc w:val="right"/>
      </w:pPr>
      <w:r>
        <w:t>یہ تو ان چیزوں میں چونکہ ہمیشہ تعدد ہی رہے گا، ایک نہیں ہو سکتا۔ ان چیزوں میں ہمیشہ تعدد رہے گا، ایک ہو نہیں سکتا۔</w:t>
      </w:r>
    </w:p>
    <w:p>
      <w:r>
        <w:rPr>
          <w:b/>
        </w:rPr>
        <w:t xml:space="preserve">[13:45] </w:t>
      </w:r>
      <w:r>
        <w:t>sahaba mein bhi aik nahi tha, sahaba mein bhi pattern aik nahi tha. to jab pattern mein taaddud ho aur aap us ko tahaddud karna chahein,</w:t>
      </w:r>
    </w:p>
    <w:p>
      <w:pPr>
        <w:jc w:val="right"/>
      </w:pPr>
      <w:r>
        <w:t>صحابہ میں بھی ایک نہیں تھا، صحابہ میں بھی پیٹرن ایک نہیں تھا۔ تو جب پیٹرن میں تعدد ہو اور آپ اس کو توحد کرنا چاہیں،</w:t>
      </w:r>
    </w:p>
    <w:p>
      <w:r>
        <w:rPr>
          <w:b/>
        </w:rPr>
        <w:t xml:space="preserve">[13:59] </w:t>
      </w:r>
      <w:r>
        <w:t>yani kai ko aik banana chahein jabke aik kai kai</w:t>
      </w:r>
    </w:p>
    <w:p>
      <w:pPr>
        <w:jc w:val="right"/>
      </w:pPr>
      <w:r>
        <w:t>یعنی کئی کو ایک بنانا چاہیں جبکہ ایک کئی کئی</w:t>
      </w:r>
    </w:p>
    <w:p>
      <w:r>
        <w:rPr>
          <w:b/>
        </w:rPr>
        <w:t xml:space="preserve">[14:08] </w:t>
      </w:r>
      <w:r>
        <w:t>to kya hoga? firqa banenge. aur yeh hua to yeh jo hadith mein hai ke log jhagad jayenge to nikalna is mani mein nahi hai,</w:t>
      </w:r>
    </w:p>
    <w:p>
      <w:pPr>
        <w:jc w:val="right"/>
      </w:pPr>
      <w:r>
        <w:t>تو کیا ہوگا؟ فرقہ بنیں گے۔ اور یہ ہوا تو یہ جو حدیث میں ہے کہ لوگ جھگڑ جائیں گے تو نکلنا اس معنی میں نہیں ہے،</w:t>
      </w:r>
    </w:p>
    <w:p>
      <w:r>
        <w:rPr>
          <w:b/>
        </w:rPr>
        <w:t xml:space="preserve">[14:22] </w:t>
      </w:r>
      <w:r>
        <w:t>nikalna deen se kharij hone ke mani mein nahi hai ke deen ko chhod diya.</w:t>
      </w:r>
    </w:p>
    <w:p>
      <w:pPr>
        <w:jc w:val="right"/>
      </w:pPr>
      <w:r>
        <w:t>نکلنا دین سے خارج ہونے کے معنی میں نہیں ہے کہ دین کو چھوڑ دیا۔</w:t>
      </w:r>
    </w:p>
    <w:p>
      <w:r>
        <w:rPr>
          <w:b/>
        </w:rPr>
        <w:t xml:space="preserve">[14:39] </w:t>
      </w:r>
      <w:r>
        <w:t>balke yahi isi mani mein hai ke amalan to deen hi banenge woh lekin firqe banayenge, aapas mein ladenge.</w:t>
      </w:r>
    </w:p>
    <w:p>
      <w:pPr>
        <w:jc w:val="right"/>
      </w:pPr>
      <w:r>
        <w:t>بلکہ یہی اسی معنی میں ہے کہ عملاً تو دین ہی بنیں گے وہ لیکن فرقے بنائیں گے، آپس میں لڑیں گے۔</w:t>
      </w:r>
    </w:p>
    <w:p>
      <w:r>
        <w:rPr>
          <w:b/>
        </w:rPr>
        <w:t xml:space="preserve">[14:50] </w:t>
      </w:r>
      <w:r>
        <w:t>is mani mein hai. to dekhiye, baad ke zamane mein yeh to main ne pehle zamane ki baat kahi hai.</w:t>
      </w:r>
    </w:p>
    <w:p>
      <w:pPr>
        <w:jc w:val="right"/>
      </w:pPr>
      <w:r>
        <w:t>اس معنی میں ہے۔ تو دیکھیے، بعد کے زمانے میں یہ تو میں نے پہلے زمانے کی بات کہی ہے۔</w:t>
      </w:r>
    </w:p>
    <w:p>
      <w:r>
        <w:rPr>
          <w:b/>
        </w:rPr>
        <w:t xml:space="preserve">[14:59] </w:t>
      </w:r>
      <w:r>
        <w:t>baad ke zamane mein bar bar aisa hua. misalan dekhiye,</w:t>
      </w:r>
    </w:p>
    <w:p>
      <w:pPr>
        <w:jc w:val="right"/>
      </w:pPr>
      <w:r>
        <w:t>بعد کے زمانے میں بار بار ایسا ہوا۔ مثلاً دیکھیے،</w:t>
      </w:r>
    </w:p>
    <w:p>
      <w:r>
        <w:rPr>
          <w:b/>
        </w:rPr>
        <w:t xml:space="preserve">[15:12] </w:t>
      </w:r>
      <w:r>
        <w:t>quran mein hai ke. sanurihim ayatina fil afaqi wa fi anfusihim hatta yatabillun hum dikhayenge un ko nishaniyan afaq mein aur anfus mein, yahan tak ke tabayyun kamil ho jaye.</w:t>
      </w:r>
    </w:p>
    <w:p>
      <w:pPr>
        <w:jc w:val="right"/>
      </w:pPr>
      <w:r>
        <w:t>قرآن میں ہے کہ۔ صَنُوْرِيهِمْ آيَاتِنَا فِي الْأَفَاقِ وَفِي أَنْفُسِهِمْ حَتَّىٰ يَتَبِّلُونَ ہم دکھائیں گے ان کو نشانیاں آفاق میں اور انفس میں، یہاں تک کہ تبین کامل ہو جائے۔</w:t>
      </w:r>
    </w:p>
    <w:p>
      <w:r>
        <w:rPr>
          <w:b/>
        </w:rPr>
        <w:t xml:space="preserve">[15:29] </w:t>
      </w:r>
      <w:r>
        <w:t>ab dekhein, yeh yeh baat ko hone wali baat thi, yani arab door mein nahi hone wali thi. arabon mein to kabhi science ka development hi nahi hua,</w:t>
      </w:r>
    </w:p>
    <w:p>
      <w:pPr>
        <w:jc w:val="right"/>
      </w:pPr>
      <w:r>
        <w:t>اب دیکھیں، یہ یہ بات کو ہونے والی بات تھی، یعنی عرب دور میں نہیں ہونے والی تھی۔ عربوں میں تو کبھی سائنس کا ڈیولپمنٹ ہی نہیں ہوا،</w:t>
      </w:r>
    </w:p>
    <w:p>
      <w:r>
        <w:rPr>
          <w:b/>
        </w:rPr>
        <w:t xml:space="preserve">[15:44] </w:t>
      </w:r>
      <w:r>
        <w:t>to kaise hogi wahan? arabon mein science ka development kabhi hua nahi, aaj bhi nahi hai. to yeh waqea jo hai, yeh hai door science ka waqea.</w:t>
      </w:r>
    </w:p>
    <w:p>
      <w:pPr>
        <w:jc w:val="right"/>
      </w:pPr>
      <w:r>
        <w:t>تو کیسے ہوگی وہاں؟ عربوں میں سائنس کا ڈیولپمنٹ کبھی ہوا نہیں، آج بھی نہیں ہے۔ تو یہ واقعہ جو ہے، یہ ہے دور سائنس کا واقعہ۔</w:t>
      </w:r>
    </w:p>
    <w:p>
      <w:r>
        <w:rPr>
          <w:b/>
        </w:rPr>
        <w:t xml:space="preserve">[15:59] </w:t>
      </w:r>
      <w:r>
        <w:t>sanurihim ayatina fil afaqi wa fi anfusihim hatta yatabillun to galileo ke zamane se jo science mein mutala shuru hua,</w:t>
      </w:r>
    </w:p>
    <w:p>
      <w:pPr>
        <w:jc w:val="right"/>
      </w:pPr>
      <w:r>
        <w:t>صَنُوْرِيهِمْ آيَاتَنَا فِي الْأَفَاقِ وَفِي أَنْفُسِهِمْ حَتَّىٰ يَتَبِّلُونَ تو گلیریوں کے زمانے سے جو سائنس میں مطالعہ شروع ہوا،</w:t>
      </w:r>
    </w:p>
    <w:p>
      <w:r>
        <w:rPr>
          <w:b/>
        </w:rPr>
        <w:t xml:space="preserve">[16:13] </w:t>
      </w:r>
      <w:r>
        <w:t>telescope se, bescope se, durbin se, khurdbeen se, mathematical, mathematical calculation ke zariye aur tarah tarah tareeqe se, yeh sab arabon ki deen nahi thi,</w:t>
      </w:r>
    </w:p>
    <w:p>
      <w:pPr>
        <w:jc w:val="right"/>
      </w:pPr>
      <w:r>
        <w:t>ٹیلیسکوپ سے، بیسکوپ سے، دوربین سے، خردبین سے، میتھیکل، میتھمیٹیکل کیلکولیشن کے ذریعے اور طرح طرح طریقے سے، یہ سب عربوں کی دین نہیں تھی،</w:t>
      </w:r>
    </w:p>
    <w:p>
      <w:r>
        <w:rPr>
          <w:b/>
        </w:rPr>
        <w:t xml:space="preserve">[16:31] </w:t>
      </w:r>
      <w:r>
        <w:t>yeh ahl maghrib ki deen thi. mathematical knowledge poori ki poori ahl maghrib ki deen hai</w:t>
      </w:r>
    </w:p>
    <w:p>
      <w:pPr>
        <w:jc w:val="right"/>
      </w:pPr>
      <w:r>
        <w:t>یہ اہل مغرب کی دین تھی۔ میتھمیٹیکل نالج پوری کی پوری اہل مغرب کی دین ہے</w:t>
      </w:r>
    </w:p>
    <w:p>
      <w:r>
        <w:rPr>
          <w:b/>
        </w:rPr>
        <w:t xml:space="preserve">[16:42] </w:t>
      </w:r>
      <w:r>
        <w:t>aur sara scientific daryaft daryaft hai. to ab yeh bataiye ke yeh jo log kar rahe the, woh arabi bolne wale to the nahi, woh to koi english ka tha, koi french ka tha, koi german tha.</w:t>
      </w:r>
    </w:p>
    <w:p>
      <w:pPr>
        <w:jc w:val="right"/>
      </w:pPr>
      <w:r>
        <w:t>اور سارا سائنسی دریافت دریافت ہے۔ تو اب یہ بتائیے کہ یہ جو لوگ کر رہے تھے، وہ عربی بولنے والے تو تھے نہیں، وہ تو کوئی انگلش کا تھا، کوئی فرنچ کا تھا، کوئی جرمن تھا۔</w:t>
      </w:r>
    </w:p>
    <w:p>
      <w:r>
        <w:rPr>
          <w:b/>
        </w:rPr>
        <w:t xml:space="preserve">[17:01] </w:t>
      </w:r>
      <w:r>
        <w:t>to unhon ne jo kitaben likhin aur yeh sab aaya door press mein, yani jab duniya mein printing press aa gaya, tab yeh sab tehqiqat huin.</w:t>
      </w:r>
    </w:p>
    <w:p>
      <w:pPr>
        <w:jc w:val="right"/>
      </w:pPr>
      <w:r>
        <w:t>تو انہوں نے جو کتابیں لکھیں اور یہ سب آیا دور پریس میں، یعنی جب دنیا میں پرنٹنگ پریس آ گیا، تب یہ سب تحقیقات ہوئیں۔</w:t>
      </w:r>
    </w:p>
    <w:p>
      <w:r>
        <w:rPr>
          <w:b/>
        </w:rPr>
        <w:t xml:space="preserve">[17:12] </w:t>
      </w:r>
      <w:r>
        <w:t>to unhon ne apni tehqiqat ko likha, to likha apni zaban mein, german zaban mein, french mein, angrezi mein likha unhon ne.</w:t>
      </w:r>
    </w:p>
    <w:p>
      <w:pPr>
        <w:jc w:val="right"/>
      </w:pPr>
      <w:r>
        <w:t>تو انہوں نے اپنی تحقیقات کو لکھا، تو لکھا اپنی زبان میں، جرمن زبان میں، فرنچ میں، انگریزی میں لکھا انہوں نے۔</w:t>
      </w:r>
    </w:p>
    <w:p>
      <w:r>
        <w:rPr>
          <w:b/>
        </w:rPr>
        <w:t xml:space="preserve">[17:27] </w:t>
      </w:r>
      <w:r>
        <w:t>to ab agar aap aik is zaban mein jab abbasi door tha, aik aqeedah bana liya to rasool Allah ka matlab yahi tha ke khud sakhta aqeeday tum bana loge, us ki wajah se foran andar tafreeq paida ho jayegi.</w:t>
      </w:r>
    </w:p>
    <w:p>
      <w:pPr>
        <w:jc w:val="right"/>
      </w:pPr>
      <w:r>
        <w:t>تو اب اگر آپ ایک اس زبان میں جب عباسی دور تھا، ایک عقیدہ بنا لیا تو رسول اللہ کا مطلب یہی تھا کہ خود ساختہ عقیدے تم بنا لو گے، اس کی وجہ سے فوراً اندر تفریق پیدا ہو جائے گی۔</w:t>
      </w:r>
    </w:p>
    <w:p>
      <w:r>
        <w:rPr>
          <w:b/>
        </w:rPr>
        <w:t xml:space="preserve">[17:44] </w:t>
      </w:r>
      <w:r>
        <w:t>to dekhiye, khud quran mein yeh baat hai ke</w:t>
      </w:r>
    </w:p>
    <w:p>
      <w:pPr>
        <w:jc w:val="right"/>
      </w:pPr>
      <w:r>
        <w:t>تو دیکھیے، خود قرآن میں یہ بات ہے کہ</w:t>
      </w:r>
    </w:p>
    <w:p>
      <w:r>
        <w:rPr>
          <w:b/>
        </w:rPr>
        <w:t xml:space="preserve">[17:52] </w:t>
      </w:r>
      <w:r>
        <w:t>ghair muslim qaumein islam ki taeed karengi, yaani aisi tehqiqat aayengi jis se islam ki baatein khulegii.</w:t>
      </w:r>
    </w:p>
    <w:p>
      <w:pPr>
        <w:jc w:val="right"/>
      </w:pPr>
      <w:r>
        <w:t>غیر مسلم قومیں اسلام کی تائید کریں گی، یعنی ایسی تحقیقات آئیں گی جس سے اسلام کی باتیں کھلیں گی۔</w:t>
      </w:r>
    </w:p>
    <w:p>
      <w:r>
        <w:rPr>
          <w:b/>
        </w:rPr>
        <w:t xml:space="preserve">[18:06] </w:t>
      </w:r>
      <w:r>
        <w:t>jaise dekhiye, quran mein hai ke firoun jab gharaq hua to allah ne kaha firoun se alyawma najjika bibadanika litakuna liman khalfaka ayat</w:t>
      </w:r>
    </w:p>
    <w:p>
      <w:pPr>
        <w:jc w:val="right"/>
      </w:pPr>
      <w:r>
        <w:t>جیسے دیکھیے، قرآن میں ہے کہ فرعون جب غرق ہوا تو اللہ نے کہا فرعون سے الْيَوْمَ نَجِّيكَ بِبَدَنِكَ لَتَكُونَ لَمَنْ خَلْفَكَ آيَةً</w:t>
      </w:r>
    </w:p>
    <w:p>
      <w:r>
        <w:rPr>
          <w:b/>
        </w:rPr>
        <w:t xml:space="preserve">[18:22] </w:t>
      </w:r>
      <w:r>
        <w:t>to yeh to bohat pehle ki baat hai, yeh arabi zaban mein nahi hua hota, yeh allah ne is se arabi zaban mein nahi kaha tha firoun se.</w:t>
      </w:r>
    </w:p>
    <w:p>
      <w:pPr>
        <w:jc w:val="right"/>
      </w:pPr>
      <w:r>
        <w:t>تو یہ تو بہت پہلے کی بات ہے، یہ عربی زبان میں نہیں ہوا ہوتا، یہ اللہ نے اس سے عربی زبان میں نہیں کہا تھا فرعون سے۔</w:t>
      </w:r>
    </w:p>
    <w:p>
      <w:r>
        <w:rPr>
          <w:b/>
        </w:rPr>
        <w:t xml:space="preserve">[18:33] </w:t>
      </w:r>
      <w:r>
        <w:t>firoun ki zaban to qibti thi. to yeh jo quran mein hai ke jab firoun doobne laga to allah ne kaha ke tumhare body ko hum pedal rakhenge taake baad walon ke liye nishani ho.</w:t>
      </w:r>
    </w:p>
    <w:p>
      <w:pPr>
        <w:jc w:val="right"/>
      </w:pPr>
      <w:r>
        <w:t>فرعون کی زبان تو قبطی تھی۔ تو یہ جو قرآن میں ہے کہ جب فرعون ڈوبنے لگا تو اللہ نے کہا کہ تمہارے باڈی کو ہم پیدل رکھیں گے تاکہ بعد والوں کے لیے نشانی ہو۔</w:t>
      </w:r>
    </w:p>
    <w:p>
      <w:r>
        <w:rPr>
          <w:b/>
        </w:rPr>
        <w:t xml:space="preserve">[18:51] </w:t>
      </w:r>
      <w:r>
        <w:t>is mein do nukte hain,</w:t>
      </w:r>
    </w:p>
    <w:p>
      <w:pPr>
        <w:jc w:val="right"/>
      </w:pPr>
      <w:r>
        <w:t>اس میں دو نقطے ہیں،</w:t>
      </w:r>
    </w:p>
    <w:p>
      <w:r>
        <w:rPr>
          <w:b/>
        </w:rPr>
        <w:t xml:space="preserve">[18:56] </w:t>
      </w:r>
      <w:r>
        <w:t>is ka koi saboot nahi ke allah ne yeh baat arabi zaban mein kahi thi kyunke firoun ki zaban arabi thi hi nahi.</w:t>
      </w:r>
    </w:p>
    <w:p>
      <w:pPr>
        <w:jc w:val="right"/>
      </w:pPr>
      <w:r>
        <w:t>اس کا کوئی ثبوت نہیں کہ اللہ نے یہ بات عربی زبان میں کہی تھی کیونکہ فرعون کی زبان عربی تھی ہی نہیں۔</w:t>
      </w:r>
    </w:p>
    <w:p>
      <w:r>
        <w:rPr>
          <w:b/>
        </w:rPr>
        <w:t xml:space="preserve">[19:08] </w:t>
      </w:r>
      <w:r>
        <w:t>dusri baat yeh hai ke is ka bhi koi saboot nahi hai ke arab arab daur mein is harkat ka discovery hui ke firoun ka body preserve hai.</w:t>
      </w:r>
    </w:p>
    <w:p>
      <w:pPr>
        <w:jc w:val="right"/>
      </w:pPr>
      <w:r>
        <w:t>دوسری بات یہ ہے کہ اس کا بھی کوئی ثبوت نہیں ہے کہ عرب عرب دور میں اس حرکت کا ڈسکوری ہوئی کہ فرعون کا باڈی پریزرو ہے۔</w:t>
      </w:r>
    </w:p>
    <w:p>
      <w:r>
        <w:rPr>
          <w:b/>
        </w:rPr>
        <w:t xml:space="preserve">[19:24] </w:t>
      </w:r>
      <w:r>
        <w:t>yeh to bohat baad ko hui,</w:t>
      </w:r>
    </w:p>
    <w:p>
      <w:pPr>
        <w:jc w:val="right"/>
      </w:pPr>
      <w:r>
        <w:t>یہ تو بہت بعد کو ہوئی،</w:t>
      </w:r>
    </w:p>
    <w:p>
      <w:r>
        <w:rPr>
          <w:b/>
        </w:rPr>
        <w:t xml:space="preserve">[19:29] </w:t>
      </w:r>
      <w:r>
        <w:t>atharahwin sadi mein. aur germany aur france ke scholars ne is ko pata kiya. ab jab unhone pata kiya to unki bhi zaban arabi nahi thi,</w:t>
      </w:r>
    </w:p>
    <w:p>
      <w:pPr>
        <w:jc w:val="right"/>
      </w:pPr>
      <w:r>
        <w:t>اٹھارویں صدی میں۔ اور جرمنی اور فرانس کے اسکالرز نے اس کو پتہ کیا۔ اب جب انہوں نے پتہ کیا تو ان کی بھی زبان عربی نہیں تھی،</w:t>
      </w:r>
    </w:p>
    <w:p>
      <w:r>
        <w:rPr>
          <w:b/>
        </w:rPr>
        <w:t xml:space="preserve">[19:44] </w:t>
      </w:r>
      <w:r>
        <w:t>to apni tehqiqat ko likha unhone apni zaban mein, yaani french mein ya germany german zaban mein.</w:t>
      </w:r>
    </w:p>
    <w:p>
      <w:pPr>
        <w:jc w:val="right"/>
      </w:pPr>
      <w:r>
        <w:t>تو اپنی تحقیقات کو لکھا انہوں نے اپنی زبان میں، یعنی فرنچ میں یا جرمنی جرمن زبان میں۔</w:t>
      </w:r>
    </w:p>
    <w:p>
      <w:r>
        <w:rPr>
          <w:b/>
        </w:rPr>
        <w:t xml:space="preserve">[19:55] </w:t>
      </w:r>
      <w:r>
        <w:t>yeh sab, yeh sab, yeh sab record arabi mein nahi hai, na firoun se baat cheet ka, na firoun ki laash ko tehqiq karne ka, aur na jo tehqiqat bohat lambi muddat tak tehqiq hone ke baad jo likha gaya, woh arabi mein nahi hai.</w:t>
      </w:r>
    </w:p>
    <w:p>
      <w:pPr>
        <w:jc w:val="right"/>
      </w:pPr>
      <w:r>
        <w:t>یہ سب، یہ سب، یہ سب ریکارڈ عربی میں نہیں ہے، نہ فرعون سے بات چیت کا، نہ فرعون کی لاش کو تحقیق کرنے کا، اور نہ جو تحقیقات بہت لمبی مدت تک تحقیقات ہونے کے بعد جو لکھا گیا، وہ عربی میں نہیں ہے۔</w:t>
      </w:r>
    </w:p>
    <w:p>
      <w:r>
        <w:rPr>
          <w:b/>
        </w:rPr>
        <w:t xml:space="preserve">[20:16] </w:t>
      </w:r>
      <w:r>
        <w:t>to ek bohat badi ghalati musalmanon se yeh hui hai ke unhone fazilat ka nazariya paida kiya. fazilat, fazilat islam mein thi nahi, yeh doosre badon se aayi hai.</w:t>
      </w:r>
    </w:p>
    <w:p>
      <w:pPr>
        <w:jc w:val="right"/>
      </w:pPr>
      <w:r>
        <w:t>تو ایک بہت بڑی غلطی مسلمانوں سے یہ ہوئی ہے کہ انہوں نے فضیلت کا نظریہ پیدا کیا۔ فضیلت، فضیلت اسلام میں تھی نہیں، یہ دوسرے بدوں سے آئی ہے۔</w:t>
      </w:r>
    </w:p>
    <w:p>
      <w:r>
        <w:rPr>
          <w:b/>
        </w:rPr>
        <w:t xml:space="preserve">[20:32] </w:t>
      </w:r>
      <w:r>
        <w:t>to yeh maan liya gaya ke arabi zaban ummularsunnah hai, arabi zaban mother of the tongue hai. yeh koi koi sar par nahi, is ka is nazariye ka,</w:t>
      </w:r>
    </w:p>
    <w:p>
      <w:pPr>
        <w:jc w:val="right"/>
      </w:pPr>
      <w:r>
        <w:t>تو یہ مان لیا گیا کہ عربی زبان ام الارسنہ ہے، عربی زبان مدر آف دا ٹنگ ہے۔ یہ کوئی کوئی سر پر نہیں، اس کا اس نظریے کا،</w:t>
      </w:r>
    </w:p>
    <w:p>
      <w:r>
        <w:rPr>
          <w:b/>
        </w:rPr>
        <w:t xml:space="preserve">[20:47] </w:t>
      </w:r>
      <w:r>
        <w:t>is ke itna dhoom se yeh nazariya banaya gaya ke saare ulama maan liya, maan liya ke arabi zaban ummularsunnah hai. to ab yeh saari baatein woh dhoondne, dhoondne lage arabi zaban mein, aur wahan thi hi nahi.</w:t>
      </w:r>
    </w:p>
    <w:p>
      <w:pPr>
        <w:jc w:val="right"/>
      </w:pPr>
      <w:r>
        <w:t>اس کے اتنا دھوم سے یہ نظریہ بنایا گیا کہ سارے علماء مان لیا، نما لیا کہ عربی زبان ام الارسنہ ہے۔ تو اب یہ ساری باتیں وہ ڈھونڈنے، ڈھونڈنے لگے عربی زبان میں، اور وہاں تھی ہی نہیں۔</w:t>
      </w:r>
    </w:p>
    <w:p>
      <w:r>
        <w:rPr>
          <w:b/>
        </w:rPr>
        <w:t xml:space="preserve">[21:05] </w:t>
      </w:r>
      <w:r>
        <w:t>arabi zaban mein na to</w:t>
      </w:r>
    </w:p>
    <w:p>
      <w:pPr>
        <w:jc w:val="right"/>
      </w:pPr>
      <w:r>
        <w:t>عربی زبان میں نہ تو</w:t>
      </w:r>
    </w:p>
    <w:p>
      <w:r>
        <w:rPr>
          <w:b/>
        </w:rPr>
        <w:t xml:space="preserve">[21:11] </w:t>
      </w:r>
      <w:r>
        <w:t>big bang theory ki tehqiqat club band huien,</w:t>
      </w:r>
    </w:p>
    <w:p>
      <w:pPr>
        <w:jc w:val="right"/>
      </w:pPr>
      <w:r>
        <w:t>بگ بینگ تھیوری کی تحقیقات کلب بند ہوئیں،</w:t>
      </w:r>
    </w:p>
    <w:p>
      <w:r>
        <w:rPr>
          <w:b/>
        </w:rPr>
        <w:t xml:space="preserve">[21:24] </w:t>
      </w:r>
      <w:r>
        <w:t>na science ki doosri tamam jo</w:t>
      </w:r>
    </w:p>
    <w:p>
      <w:pPr>
        <w:jc w:val="right"/>
      </w:pPr>
      <w:r>
        <w:t>نہ سائنس کی دوسری تمام جو</w:t>
      </w:r>
    </w:p>
    <w:p>
      <w:r>
        <w:rPr>
          <w:b/>
        </w:rPr>
        <w:t xml:space="preserve">[21:28] </w:t>
      </w:r>
      <w:r>
        <w:t>jo tehqiqat hain, jo discoveries hain, woh arabi zaban mein kalam band nahi huien. woh to europe daur mein huien.</w:t>
      </w:r>
    </w:p>
    <w:p>
      <w:pPr>
        <w:jc w:val="right"/>
      </w:pPr>
      <w:r>
        <w:t>جو تحقیقات ہیں، جو ڈسکوریز ہیں، وہ عربی زبان میں کلام بند نہیں ہوئیں۔ وہ تو یورپل دور میں ہوئیں۔</w:t>
      </w:r>
    </w:p>
    <w:p>
      <w:r>
        <w:rPr>
          <w:b/>
        </w:rPr>
        <w:t xml:space="preserve">[21:39] </w:t>
      </w:r>
      <w:r>
        <w:t>to aap ne yeh nazariya bana liya ke arabi zaban ummularsunnah hai, to aap mehroom ho gaye is se.</w:t>
      </w:r>
    </w:p>
    <w:p>
      <w:pPr>
        <w:jc w:val="right"/>
      </w:pPr>
      <w:r>
        <w:t>تو آپ نے یہ نظریہ بنا لیا کہ عربی زبان ام الارسنہ ہے، تو آپ محروم ہو گئے اس سے۔</w:t>
      </w:r>
    </w:p>
    <w:p>
      <w:r>
        <w:rPr>
          <w:b/>
        </w:rPr>
        <w:t xml:space="preserve">[21:49] </w:t>
      </w:r>
      <w:r>
        <w:t>kis se mehroom ho gaye? khud quran ke nazdeek, nazdeek jo additional knowledge thi, us se.</w:t>
      </w:r>
    </w:p>
    <w:p>
      <w:pPr>
        <w:jc w:val="right"/>
      </w:pPr>
      <w:r>
        <w:t>کس سے محروم ہو گئے؟ خود قرآن کے نزدیک، نزدیک جو ایڈیشنل نالج تھی، اس سے۔</w:t>
      </w:r>
    </w:p>
    <w:p>
      <w:r>
        <w:rPr>
          <w:b/>
        </w:rPr>
        <w:t xml:space="preserve">[22:01] </w:t>
      </w:r>
      <w:r>
        <w:t>jab quran mein yeh hai ke hadithon mein aaya hai ke allah is deen ki madad ghair muslim aqwaam se bhi karega, hatta ke bukhari mein riwayat hai ke fajar se bhi karega.</w:t>
      </w:r>
    </w:p>
    <w:p>
      <w:pPr>
        <w:jc w:val="right"/>
      </w:pPr>
      <w:r>
        <w:t>جب قرآن میں یہ ہے کہ حدیثوں میں آیا ہے کہ اللہ اس دین کی مدد غیر مسلم اقوام سے بھی کرے گا، حتیٰ کہ بخاری میں روایت ہے کہ فاجر سے بھی کرے گا۔</w:t>
      </w:r>
    </w:p>
    <w:p>
      <w:r>
        <w:rPr>
          <w:b/>
        </w:rPr>
        <w:t xml:space="preserve">[22:14] </w:t>
      </w:r>
      <w:r>
        <w:t>to yeh saare arabi bolte, bolenge, hafiza kar ke, kar kar ke aayenge, arabi mein hafiz kar ke apni zaban bolenge.</w:t>
      </w:r>
    </w:p>
    <w:p>
      <w:pPr>
        <w:jc w:val="right"/>
      </w:pPr>
      <w:r>
        <w:t>تو یہ سارے عربی بولتے، بولیں گے، حافظہ کر کے، کر کر کے آئیں گے، عربی میں حفظ کر کے اپنی زبان بولیں گے۔</w:t>
      </w:r>
    </w:p>
    <w:p>
      <w:r>
        <w:rPr>
          <w:b/>
        </w:rPr>
        <w:t xml:space="preserve">[22:24] </w:t>
      </w:r>
      <w:r>
        <w:t>woh</w:t>
      </w:r>
    </w:p>
    <w:p>
      <w:pPr>
        <w:jc w:val="right"/>
      </w:pPr>
      <w:r>
        <w:t>وہ</w:t>
      </w:r>
    </w:p>
    <w:p>
      <w:r>
        <w:rPr>
          <w:b/>
        </w:rPr>
        <w:t xml:space="preserve">[22:29] </w:t>
      </w:r>
      <w:r>
        <w:t>woh mathematical calculation karenge, unki research saari ki saari apni apni zabanon mein hogi. is mani ke khud quran ke bayan ke mutabiq, baad ke daur mein jo uloom quraani islam ke moajid baad ko zahir honge, is ka talluq arabi zaban se nahi hai, woh woh ghair arabi zaban mein hoga.</w:t>
      </w:r>
    </w:p>
    <w:p>
      <w:pPr>
        <w:jc w:val="right"/>
      </w:pPr>
      <w:r>
        <w:t>وہ میتھمیٹیکل کیلکولیشن کریں گے، ان کی ریسرچ ساری کی ساری اپنی اپنی زبانوں میں ہوگی۔ اس معنی کہ خود قرآن کے بیان کے مطابق، بعد کے دور میں جو علوم قرآنی اسلام کے موجد بعد کو ظاہر ہوں گے، اس کا تعلق عربی زبان سے نہیں ہے، وہ وہ غیر عربی زبان میں ہوگا۔</w:t>
      </w:r>
    </w:p>
    <w:p>
      <w:r>
        <w:rPr>
          <w:b/>
        </w:rPr>
        <w:t xml:space="preserve">[22:58] </w:t>
      </w:r>
      <w:r>
        <w:t>lekin isi mix ki wajah se hi ke sare uloom arabi zaban mein hain, arabi zaban ummularsan hai, yahan tak ke yahan tak kehta hai ke yeh mani hai ke Allah mein abhi na arabi zaban bolte hain, farishte bhi arabi zaban bolte hain,</w:t>
      </w:r>
    </w:p>
    <w:p>
      <w:pPr>
        <w:jc w:val="right"/>
      </w:pPr>
      <w:r>
        <w:t>لیکن اسی مکس کی وجہ سے ہی کہ سارے علوم عربی زبان میں ہیں، عربی زبان ام الارسنہ ہے، یہاں تک کہ یہاں تک کہتا ہے کہ یہ معنی ہے کہ اللہ میں ابھی نہ عربی زبان بولتے ہیں، فرشتے بھی عربی زبان بولتے ہیں،</w:t>
      </w:r>
    </w:p>
    <w:p>
      <w:r>
        <w:rPr>
          <w:b/>
        </w:rPr>
        <w:t xml:space="preserve">[23:14] </w:t>
      </w:r>
      <w:r>
        <w:t>malaika arabi zaban. yeh sab bilkul baseless baatein hain ke koi harkat se talluq nahin. malaika ki zaban arabi zaban hai, aisa hai hi nahin.</w:t>
      </w:r>
    </w:p>
    <w:p>
      <w:pPr>
        <w:jc w:val="right"/>
      </w:pPr>
      <w:r>
        <w:t>ملائکہ عربی زبان۔ یہ سب بالکل بیسلیس باتیں ہیں کہ کوئی حرکت سے تعلق نہیں۔ ملائکہ کی زبان عربی زبان ہے، ایسا ہے ہی نہیں۔</w:t>
      </w:r>
    </w:p>
    <w:p>
      <w:r>
        <w:rPr>
          <w:b/>
        </w:rPr>
        <w:t xml:space="preserve">[23:28] </w:t>
      </w:r>
      <w:r>
        <w:t>dekhiye, is ko bohat gehrai se dekhiye, aap bohat gehrai se.</w:t>
      </w:r>
    </w:p>
    <w:p>
      <w:pPr>
        <w:jc w:val="right"/>
      </w:pPr>
      <w:r>
        <w:t>دیکھیے، اس کو بہت گہرائی سے دیکھیے، آپ بہت گہرائی سے۔</w:t>
      </w:r>
    </w:p>
    <w:p>
      <w:r>
        <w:rPr>
          <w:b/>
        </w:rPr>
        <w:t xml:space="preserve">[23:36] </w:t>
      </w:r>
      <w:r>
        <w:t>kisi aalim ne bohat sahi baat likhi hai, lekin woh adhoori hai ke quran arabi zaban ko pakad kar bat gaya.</w:t>
      </w:r>
    </w:p>
    <w:p>
      <w:pPr>
        <w:jc w:val="right"/>
      </w:pPr>
      <w:r>
        <w:t>کسی عالم نے بہت صحیح بات لکھی ہے، لیکن وہ ادھوری ہے کہ قرآن عربی زبان کو پکڑ کر بٹ گیا۔</w:t>
      </w:r>
    </w:p>
    <w:p>
      <w:r>
        <w:rPr>
          <w:b/>
        </w:rPr>
        <w:t xml:space="preserve">[23:52] </w:t>
      </w:r>
      <w:r>
        <w:t>quran arabi zaban ko pakad kar bat gaya, yani is mein development nahin hone diya.</w:t>
      </w:r>
    </w:p>
    <w:p>
      <w:pPr>
        <w:jc w:val="right"/>
      </w:pPr>
      <w:r>
        <w:t>قرآن عربی زبان کو پکڑ کر بٹ گیا، یعنی اس میں ڈیولپمنٹ نہیں ہونے دیا۔</w:t>
      </w:r>
    </w:p>
    <w:p>
      <w:r>
        <w:rPr>
          <w:b/>
        </w:rPr>
        <w:t xml:space="preserve">[24:02] </w:t>
      </w:r>
      <w:r>
        <w:t>quran ne arabi zaban mein development nahin hone diya, kyun? taake jo preserver deen hai Allah ka, woh original halat mein mehfooz rahe aur hamesha woh qabil fehm language mein rahe.</w:t>
      </w:r>
    </w:p>
    <w:p>
      <w:pPr>
        <w:jc w:val="right"/>
      </w:pPr>
      <w:r>
        <w:t>قرآن نے عربی زبان میں ڈیولپمنٹ نہیں ہونے دیا، کیوں؟ تاکہ جو پریسر دین ہے اللہ کا، وہ اوریجنل حالت میں محفوظ رہے اور ہمیشہ وہ قابل فہم لینگویج میں رہے۔</w:t>
      </w:r>
    </w:p>
    <w:p>
      <w:r>
        <w:rPr>
          <w:b/>
        </w:rPr>
        <w:t xml:space="preserve">[24:21] </w:t>
      </w:r>
      <w:r>
        <w:t>yeh bohat ek ek anokha exception hai. history ne likha hai, history ne likha hai ke yeh poori history mein anokha exception hai ke arabi zaban waise hi ke waise hi aaj bhi baqi hai.</w:t>
      </w:r>
    </w:p>
    <w:p>
      <w:pPr>
        <w:jc w:val="right"/>
      </w:pPr>
      <w:r>
        <w:t>یہ بہت ایک ایک انوکھا ایکسیپشن ہے۔ ہسٹری نے لکھا ہے، ہسٹری نے لکھا ہے کہ یہ پوری ہسٹری میں انوکھا ایکسیپشن ہے کہ عربی زبان ویسے ہی کے ویسے ہی آج بھی باقی ہے۔</w:t>
      </w:r>
    </w:p>
    <w:p>
      <w:r>
        <w:rPr>
          <w:b/>
        </w:rPr>
        <w:t xml:space="preserve">[24:41] </w:t>
      </w:r>
      <w:r>
        <w:t>jo rasool Allah bolte the, jo sahaba bolte the, is ko aap ko janna ho to aap yeh kijiye ke aap chausar ki arabi parhiye, chausar ki,</w:t>
      </w:r>
    </w:p>
    <w:p>
      <w:pPr>
        <w:jc w:val="right"/>
      </w:pPr>
      <w:r>
        <w:t>جو رسول اللہ بولتے تھے، جو صحابہ بولتے تھے، اس کو آپ کو جاننا ہو تو آپ یہ کیجیے کہ آپ قاصر کی عربی پڑھیے، چاصر کی،</w:t>
      </w:r>
    </w:p>
    <w:p>
      <w:r>
        <w:rPr>
          <w:b/>
        </w:rPr>
        <w:t xml:space="preserve">[24:55] </w:t>
      </w:r>
      <w:r>
        <w:t>woh chausar ki angrezi parhiye, shakespeare ki angrezi parhiye. to aap maloom hua ke aaj ka aam angrezi daan chausar ki zaban aur shakespeare ki zaban samajh nahin sakta.</w:t>
      </w:r>
    </w:p>
    <w:p>
      <w:pPr>
        <w:jc w:val="right"/>
      </w:pPr>
      <w:r>
        <w:t>وہ چاصر کی انگریزی پڑھیے، شیکسپیئر کی انگریزی پڑھیے۔ تو آپ معلوم ہوا کہ آج کا عام انگریزی دان چاصر کی زبان اور شیکسپیئر کی زبان سمجھ نہیں سکتا۔</w:t>
      </w:r>
    </w:p>
    <w:p>
      <w:r>
        <w:rPr>
          <w:b/>
        </w:rPr>
        <w:t xml:space="preserve">[25:10] </w:t>
      </w:r>
      <w:r>
        <w:t>jin kitabon ko padhta hai, un ke naam se woh to tarjuma hota hai, tarjuma. kyunke zabanein badalti hain, zabanein hamesha</w:t>
      </w:r>
    </w:p>
    <w:p>
      <w:pPr>
        <w:jc w:val="right"/>
      </w:pPr>
      <w:r>
        <w:t>جن کتابوں کو پڑھتا ہے، ان کے نام سے وہ تو ترجمہ ہوتا ہے، ترجمہ۔ کیونکہ زبانیں بدلتی ہیں، زبانیں ہمیشہ</w:t>
      </w:r>
    </w:p>
    <w:p>
      <w:r>
        <w:rPr>
          <w:b/>
        </w:rPr>
        <w:t xml:space="preserve">[25:24] </w:t>
      </w:r>
      <w:r>
        <w:t>badalti hain, yani irtaqa hota hai, irtaqa hota hai. isi liye chausar ki zaban aaj samajh mein nahin aati, shakespeare ki zaban aaj samajh mein nahin aati.</w:t>
      </w:r>
    </w:p>
    <w:p>
      <w:pPr>
        <w:jc w:val="right"/>
      </w:pPr>
      <w:r>
        <w:t>بدلتی ہیں، یعنی ارتقاء ہوتا ہے، ارتقاء ہوتا ہے۔ اسی لیے چاصر کی زبان آج سمجھ میں نہیں آتی، شیکسپیئر کی زبان آج سمجھ میں نہیں آتی۔</w:t>
      </w:r>
    </w:p>
    <w:p>
      <w:r>
        <w:rPr>
          <w:b/>
        </w:rPr>
        <w:t xml:space="preserve">[25:38] </w:t>
      </w:r>
      <w:r>
        <w:t>to Allah taala ne kya kiya? Allah taala ne yeh kiya ke quran ko to bilkul waise hi ke waise hi mehfooz kar diya taake aaj bhi hum namaz padhein to wohi zaban hum Allah ke samne bolein jo rasool Allah bole the, jo sahaba bole the.</w:t>
      </w:r>
    </w:p>
    <w:p>
      <w:pPr>
        <w:jc w:val="right"/>
      </w:pPr>
      <w:r>
        <w:t>تو اللہ تعالیٰ نے کیا کیا؟ اللہ تعالیٰ نے یہ کیا کہ قرآن کو تو بالکل ویسے ہی کے ویسے ہی محفوظ کر دیا تاکہ آج بھی ہم نماز پڑھیں تو وہی زبان ہم اللہ کے سامنے بولیں جو رسول اللہ بولے تھے، جو صحابہ بولے تھے۔</w:t>
      </w:r>
    </w:p>
    <w:p>
      <w:r>
        <w:rPr>
          <w:b/>
        </w:rPr>
        <w:t xml:space="preserve">[26:02] </w:t>
      </w:r>
      <w:r>
        <w:t>jab aap Allah ke samne namaz mein khade honge to aap ko dil yeh chahega ke main isi zaban mein kalam karoon Allah se jis mein Allah ne, rasool Allah ne kiya tha.</w:t>
      </w:r>
    </w:p>
    <w:p>
      <w:pPr>
        <w:jc w:val="right"/>
      </w:pPr>
      <w:r>
        <w:t>جب آپ اللہ کے سامنے نماز میں کھڑے ہوں گے تو آپ کو دل یہ چاہے گا کہ میں اسی زبان میں کلام کروں اللہ سے جس میں اللہ نے، رسول اللہ نے کیا تھا۔</w:t>
      </w:r>
    </w:p>
    <w:p>
      <w:r>
        <w:rPr>
          <w:b/>
        </w:rPr>
        <w:t xml:space="preserve">[26:14] </w:t>
      </w:r>
      <w:r>
        <w:t>isi zaban mein Allah ki hamd pesh karoon jis mein sahaba ne kiya tha. is liye Allah ne arabi zaban ko mehfooz kar diya. wohi ke wohi, wohi ke wohi, wohi ke wohi hai.</w:t>
      </w:r>
    </w:p>
    <w:p>
      <w:pPr>
        <w:jc w:val="right"/>
      </w:pPr>
      <w:r>
        <w:t>اسی زبان میں اللہ کی حمد پیش کروں جس میں صحابہ نے کیا تھا۔ اس لیے اللہ نے عربی زبان کو محفوظ کر دیا۔ وہی کہ وہی، وہی کہ وہی، وہی کہ وہی ہے۔</w:t>
      </w:r>
    </w:p>
    <w:p>
      <w:r>
        <w:rPr>
          <w:b/>
        </w:rPr>
        <w:t xml:space="preserve">[26:26] </w:t>
      </w:r>
      <w:r>
        <w:t>lekin is zaban ki is hifazat ka ek nateeja hona tha ke arabi zaban mein tatavvur na ho, arabi zaban mein irtaqa na ho, arabi zaban ek jagah ruk jaye,</w:t>
      </w:r>
    </w:p>
    <w:p>
      <w:pPr>
        <w:jc w:val="right"/>
      </w:pPr>
      <w:r>
        <w:t>لیکن اس زبان کی اس حفاظت کا ایک نتیجہ ہونا تھا کہ عربی زبان میں تطور نہ ہو، عربی زبان میں ارتقاء نہ ہو، عربی زبان ایک جگہ رک جائے،</w:t>
      </w:r>
    </w:p>
    <w:p>
      <w:r>
        <w:rPr>
          <w:b/>
        </w:rPr>
        <w:t xml:space="preserve">[26:42] </w:t>
      </w:r>
      <w:r>
        <w:t>yani mazhabi zaban, mazhabi zaban ho kar reh jaye. to is ke liye Allah taala ne supplementary intezam kiya.</w:t>
      </w:r>
    </w:p>
    <w:p>
      <w:pPr>
        <w:jc w:val="right"/>
      </w:pPr>
      <w:r>
        <w:t>یعنی مذہبی زبان، مذہبی زبان ہو کر رہ جائے۔ تو اس کے لیے اللہ تعالیٰ نے سپلیمنٹری انتظام کیا۔</w:t>
      </w:r>
    </w:p>
    <w:p>
      <w:r>
        <w:rPr>
          <w:b/>
        </w:rPr>
        <w:t xml:space="preserve">[26:54] </w:t>
      </w:r>
      <w:r>
        <w:t>Allah taala ne is ke liye supplementary intezam kiya, yani doosri qaumon ke andar yeh jazba paida kiya ke woh apne apne, is is apne apne mizaj ke tehat tamam cheezon ki tehqeeq karein,</w:t>
      </w:r>
    </w:p>
    <w:p>
      <w:pPr>
        <w:jc w:val="right"/>
      </w:pPr>
      <w:r>
        <w:t>اللہ تعالیٰ نے اس کے لیے سپلیمنٹری انتظام کیا، یعنی دوسری قوموں کے اندر یہ جذبہ پیدا کیا کہ وہ اپنے اپنے، اس اس اپنے اپنے مزاج کے تحت تمام چیزوں کی تحقیق کریں،</w:t>
      </w:r>
    </w:p>
    <w:p>
      <w:r>
        <w:rPr>
          <w:b/>
        </w:rPr>
        <w:t xml:space="preserve">[27:12] </w:t>
      </w:r>
      <w:r>
        <w:t>misalan firoun ki lash ki tehqeeq karein, big bang ki tehqeeq karein,</w:t>
      </w:r>
    </w:p>
    <w:p>
      <w:pPr>
        <w:jc w:val="right"/>
      </w:pPr>
      <w:r>
        <w:t>مثلاً فرعون کی لاش کی تحقیق کریں، بگ بینگ کی تحقیق کریں،</w:t>
      </w:r>
    </w:p>
    <w:p>
      <w:r>
        <w:rPr>
          <w:b/>
        </w:rPr>
        <w:t xml:space="preserve">[27:23] </w:t>
      </w:r>
      <w:r>
        <w:t>tamam uloom ko chhanein, chhanein. is ko bas medical life mein bayan karein. yeh yeh cheez jo thi arbon ke is ke mindset se pare thi.</w:t>
      </w:r>
    </w:p>
    <w:p>
      <w:pPr>
        <w:jc w:val="right"/>
      </w:pPr>
      <w:r>
        <w:t>تمام علوم کو چھانیں، چھانیں۔ اس کو بس میٹیکل لائیو میں بیان کریں۔ یہ یہ چیز جو تھی عربوں کے اس کے مائنڈ سیٹ سے پرے تھی۔</w:t>
      </w:r>
    </w:p>
    <w:p>
      <w:r>
        <w:rPr>
          <w:b/>
        </w:rPr>
        <w:t xml:space="preserve">[27:45] </w:t>
      </w:r>
      <w:r>
        <w:t>to is ki talafi kya hai? is ki talafi yeh hai ke aap arabi zaban ko</w:t>
      </w:r>
    </w:p>
    <w:p>
      <w:pPr>
        <w:jc w:val="right"/>
      </w:pPr>
      <w:r>
        <w:t>تو اس کی تلافی کیا ہے؟ اس کی تلافی یہ ہے کہ آپ عربی زبان کو</w:t>
      </w:r>
    </w:p>
    <w:p>
      <w:r>
        <w:rPr>
          <w:b/>
        </w:rPr>
        <w:t xml:space="preserve">[27:52] </w:t>
      </w:r>
      <w:r>
        <w:t>ko to seekhen,</w:t>
      </w:r>
    </w:p>
    <w:p>
      <w:pPr>
        <w:jc w:val="right"/>
      </w:pPr>
      <w:r>
        <w:t>کو تو سیکھیں،</w:t>
      </w:r>
    </w:p>
    <w:p>
      <w:r>
        <w:rPr>
          <w:b/>
        </w:rPr>
        <w:t xml:space="preserve">[27:54] </w:t>
      </w:r>
      <w:r>
        <w:t>khoob achi tarah se, lekin arabi arabi zaban ka jo extended</w:t>
      </w:r>
    </w:p>
    <w:p>
      <w:pPr>
        <w:jc w:val="right"/>
      </w:pPr>
      <w:r>
        <w:t>خوب اچھی طریقے سے، لیکن عربی عربی زبان کا جو ایکسٹینڈڈ</w:t>
      </w:r>
    </w:p>
    <w:p>
      <w:r>
        <w:rPr>
          <w:b/>
        </w:rPr>
        <w:t xml:space="preserve">[28:00] </w:t>
      </w:r>
      <w:r>
        <w:t>quran ka jo extended mafhoom hai, extended</w:t>
      </w:r>
    </w:p>
    <w:p>
      <w:pPr>
        <w:jc w:val="right"/>
      </w:pPr>
      <w:r>
        <w:t>قرآن کا جو ایکسٹینڈڈ مفہوم ہے، ایکسٹینڈڈ</w:t>
      </w:r>
    </w:p>
    <w:p>
      <w:r>
        <w:rPr>
          <w:b/>
        </w:rPr>
        <w:t xml:space="preserve">[28:04] </w:t>
      </w:r>
      <w:r>
        <w:t>jo tareekh ke baad ka jo develop hua, us ke liye aap ko doosri zabaan se waqif hona</w:t>
      </w:r>
    </w:p>
    <w:p>
      <w:pPr>
        <w:jc w:val="right"/>
      </w:pPr>
      <w:r>
        <w:t>جو تاریخ کے بعد کا جو ڈیولپ ہوا، اس کے لیے آپ کو دوسری زبان سے واقف ہونا</w:t>
      </w:r>
    </w:p>
    <w:p>
      <w:r>
        <w:rPr>
          <w:b/>
        </w:rPr>
        <w:t xml:space="preserve">[28:09] </w:t>
      </w:r>
      <w:r>
        <w:t>parhe ga.</w:t>
      </w:r>
    </w:p>
    <w:p>
      <w:pPr>
        <w:jc w:val="right"/>
      </w:pPr>
      <w:r>
        <w:t>پڑے گا۔</w:t>
      </w:r>
    </w:p>
    <w:p>
      <w:r>
        <w:rPr>
          <w:b/>
        </w:rPr>
        <w:t xml:space="preserve">[28:18] </w:t>
      </w:r>
      <w:r>
        <w:t>yani baad ke zamane mein jo tatavvur hua, jo irtaqa hua, jo haqaiq tareekh daryaft hue, sanu'hum ayatina fil afaqi wa fi anfusihim hatta yatina alhaqq yeh sab unfold hua,</w:t>
      </w:r>
    </w:p>
    <w:p>
      <w:pPr>
        <w:jc w:val="right"/>
      </w:pPr>
      <w:r>
        <w:t>یعنی بعد کے زمانے میں جو تطور ہوا، جو ارتقاء ہوا، جو حقائق تاریخ دریافت ہوئے، سنورهم آياتنا فلافاق وفینفسهم حتّیٰ اتوینا أن الحق یہ سب انفولڈ ہوا،</w:t>
      </w:r>
    </w:p>
    <w:p>
      <w:r>
        <w:rPr>
          <w:b/>
        </w:rPr>
        <w:t xml:space="preserve">[28:33] </w:t>
      </w:r>
      <w:r>
        <w:t>yeh tareekh ke chapter unfold hue.</w:t>
      </w:r>
    </w:p>
    <w:p>
      <w:pPr>
        <w:jc w:val="right"/>
      </w:pPr>
      <w:r>
        <w:t>یہ تاریخ کے چیپٹر انفولڈ ہوئے۔</w:t>
      </w:r>
    </w:p>
    <w:p>
      <w:r>
        <w:rPr>
          <w:b/>
        </w:rPr>
        <w:t xml:space="preserve">[28:41] </w:t>
      </w:r>
      <w:r>
        <w:t>to woh to sab madon hue, likhe gaye ghair arabi zaban mein. to isi liye jo log mufassir hain, tafsir likhi hain, un sab ki tafsiron mein yahi kami hai</w:t>
      </w:r>
    </w:p>
    <w:p>
      <w:pPr>
        <w:jc w:val="right"/>
      </w:pPr>
      <w:r>
        <w:t>تو وہ تو سب مدون ہوئے، لکھے گئے غیر عربی زبان میں۔ تو اسی لیے جو لوگ مفسر ہیں، تفسیر لکھی ہیں، ان سب کی تفسیروں میں یہی کمی ہے</w:t>
      </w:r>
    </w:p>
    <w:p>
      <w:r>
        <w:rPr>
          <w:b/>
        </w:rPr>
        <w:t xml:space="preserve">[28:58] </w:t>
      </w:r>
      <w:r>
        <w:t>ke in logon ne samajh liya ke bas arabi mein baharhal paida karo. misalan ek sahab the, hazaron hazar arabi ka ashaar yaad kara le, unhone qadeem zamane ki jo shu'ara hua karte the, shu'ara arab ke kalam.</w:t>
      </w:r>
    </w:p>
    <w:p>
      <w:pPr>
        <w:jc w:val="right"/>
      </w:pPr>
      <w:r>
        <w:t>کہ ان لوگوں نے سمجھ لیا کہ بس عربی میں بہرحال پیدا کرو۔ مثلاً ایک صاحب تھے، ہزاروں ہزار عربی کا اشعار یاد کرا لے، انہوں نے قدیم زمانے کی جو شعراء ہوا کرتے تھے، شعراء عرب کے کلام۔</w:t>
      </w:r>
    </w:p>
    <w:p>
      <w:r>
        <w:rPr>
          <w:b/>
        </w:rPr>
        <w:t xml:space="preserve">[29:17] </w:t>
      </w:r>
      <w:r>
        <w:t>yani arabi seekhne ke liye unhone umrein sarf kar dein, lekin woh bilkul bekhabar the ke kya hai angrezi mein, kya hai germany mein, german zaban mein, kya hai faransisi mein.</w:t>
      </w:r>
    </w:p>
    <w:p>
      <w:pPr>
        <w:jc w:val="right"/>
      </w:pPr>
      <w:r>
        <w:t>یعنی عربی سیکھنے کے لیے انہوں نے عمریں صرف کر دیں، لیکن وہ بالکل بے خبر تھے کہ کیا ہے انگریزی میں، کیا ہے جرمنی میں، جرمن زبان میں، کیا ہے فرانسیسی میں۔</w:t>
      </w:r>
    </w:p>
    <w:p>
      <w:r>
        <w:rPr>
          <w:b/>
        </w:rPr>
        <w:t xml:space="preserve">[29:31] </w:t>
      </w:r>
      <w:r>
        <w:t>to un ki tafsir aap parhiye, kisi bhi baghair mein ekception kehta hoon, aap ko koi bari wisdom nahi milegi, bari wisdom nahi milegi.</w:t>
      </w:r>
    </w:p>
    <w:p>
      <w:pPr>
        <w:jc w:val="right"/>
      </w:pPr>
      <w:r>
        <w:t>تو ان کی تفسیر آپ پڑھیے، کسی بھی بغیر میں ایکسیپشن کہتا ہوں، آپ کو کوئی بڑی وزڈم نہیں ملے گی، بڑی وزڈم نہیں ملے گی۔</w:t>
      </w:r>
    </w:p>
    <w:p>
      <w:r>
        <w:rPr>
          <w:b/>
        </w:rPr>
        <w:t xml:space="preserve">[29:46] </w:t>
      </w:r>
      <w:r>
        <w:t>kyun ke woh cover karti hai, woh tafsirain arabi ko cover karti hain, aur baad ko jo tehqiqat huin, quran ka jo expansion hua,</w:t>
      </w:r>
    </w:p>
    <w:p>
      <w:pPr>
        <w:jc w:val="right"/>
      </w:pPr>
      <w:r>
        <w:t>کیونکہ وہ کور کرتی ہے، وہ تفسیریں عربی کو کور کرتی ہیں، اور بعد کو جو تحقیقات ہوئیں، قرآن کا جو ایکسپینشن ہوا،</w:t>
      </w:r>
    </w:p>
    <w:p>
      <w:r>
        <w:rPr>
          <w:b/>
        </w:rPr>
        <w:t xml:space="preserve">[30:01] </w:t>
      </w:r>
      <w:r>
        <w:t>us waqt jo cheezein likhi gayi, woh aap woh be khabar reh gaye. isi liye dekhiye, top ke baray baray ulma jo hain, un ka muamla kya hua ke Maulana Sharif Nomani Aligarh mein professor ke sath thay,</w:t>
      </w:r>
    </w:p>
    <w:p>
      <w:pPr>
        <w:jc w:val="right"/>
      </w:pPr>
      <w:r>
        <w:t>اس وقت جو چیزیں لکھی گئی، وہ آپ وہ بے خبر رہ گئے۔ اسی لیے دیکھیے، ٹاپ کے بڑے بڑے علماء جو ہیں، ان کا معاملہ کیا ہوا کہ مولانا شریف نعمانی علی گڑھ میں پروفیسر کے ساتھ تھے،</w:t>
      </w:r>
    </w:p>
    <w:p>
      <w:r>
        <w:rPr>
          <w:b/>
        </w:rPr>
        <w:t xml:space="preserve">[30:23] </w:t>
      </w:r>
      <w:r>
        <w:t>lekin Ali, lekin unhon ne order se arabi angrezi zaban nahi seekhi. seekh sakte thay, woh</w:t>
      </w:r>
    </w:p>
    <w:p>
      <w:pPr>
        <w:jc w:val="right"/>
      </w:pPr>
      <w:r>
        <w:t>لیکن علی، لیکن انہوں نے آرڈر سے عربی انگریزی زبان نہیں سیکھی۔ سیکھ سکتے تھے، وہ</w:t>
      </w:r>
    </w:p>
    <w:p>
      <w:r>
        <w:rPr>
          <w:b/>
        </w:rPr>
        <w:t xml:space="preserve">[30:36] </w:t>
      </w:r>
      <w:r>
        <w:t>angrezi zaban nahi seekhi. Maulana Hamiduddin Farahi ne arab dunya ka safar kiya, lord curzon ke sath sath, mashhoor angrez, lekin unhon ne curzon se angrezi nahi seekhi,</w:t>
      </w:r>
    </w:p>
    <w:p>
      <w:pPr>
        <w:jc w:val="right"/>
      </w:pPr>
      <w:r>
        <w:t>انگریزی زبان نہیں سیکھی۔ مولانا حمید الدین فرائی نے عرب دنیا کا سفر کیا، لارڈ کرزن کے ساتھ ساتھ، مشہور انگریز، لیکن انہوں نے کرزن سے انگریزی نہیں سیکھی،</w:t>
      </w:r>
    </w:p>
    <w:p>
      <w:r>
        <w:rPr>
          <w:b/>
        </w:rPr>
        <w:t xml:space="preserve">[30:53] </w:t>
      </w:r>
      <w:r>
        <w:t>angrezi nahi seekhi. unhon ne aise hi dekhiye.</w:t>
      </w:r>
    </w:p>
    <w:p>
      <w:pPr>
        <w:jc w:val="right"/>
      </w:pPr>
      <w:r>
        <w:t>انگریزی نہیں سیکھی۔ انہوں نے ایسے ہی دیکھیے۔</w:t>
      </w:r>
    </w:p>
    <w:p>
      <w:r>
        <w:rPr>
          <w:b/>
        </w:rPr>
        <w:t xml:space="preserve">[31:01] </w:t>
      </w:r>
      <w:r>
        <w:t>Maulana Maulana Qasim Nanautavi ek bar haj haj ke liye gaye thay, to raste mein pani ke jahaz se safar tha, to uska jo captain tha, to woh angrez tha.</w:t>
      </w:r>
    </w:p>
    <w:p>
      <w:pPr>
        <w:jc w:val="right"/>
      </w:pPr>
      <w:r>
        <w:t>مولانا مولانا قاسم نانوتوی ایک بار حج حج کے لیے گئے تھے، تو راستے میں پانی کے جہاز سے سفر تھا، تو اس کا جو کیپٹن تھا، تو وہ انگریز تھا۔</w:t>
      </w:r>
    </w:p>
    <w:p>
      <w:r>
        <w:rPr>
          <w:b/>
        </w:rPr>
        <w:t xml:space="preserve">[31:13] </w:t>
      </w:r>
      <w:r>
        <w:t>to angrez se islam par sawal karta tha, to kisi mutarjim ke zariye se uska jawab de dete thay.</w:t>
      </w:r>
    </w:p>
    <w:p>
      <w:pPr>
        <w:jc w:val="right"/>
      </w:pPr>
      <w:r>
        <w:t>تو انگریز سے اسلام پر سوال کرتا تھا، تو کسی مترجم کے ذریعے سے اس کا جواب دے دیتے تھے۔</w:t>
      </w:r>
    </w:p>
    <w:p>
      <w:r>
        <w:rPr>
          <w:b/>
        </w:rPr>
        <w:t xml:space="preserve">[31:24] </w:t>
      </w:r>
      <w:r>
        <w:t>ab yeh dekhiye, yeh is se un ka mind is trigger hona chahiye, trigger ke log janna chahte hain islam kya hai apni zaban mein, to mujhe seekhna chahiye angrezi.</w:t>
      </w:r>
    </w:p>
    <w:p>
      <w:pPr>
        <w:jc w:val="right"/>
      </w:pPr>
      <w:r>
        <w:t>اب یہ دیکھیے، یہ اس سے ان کا مائنڈ اس ٹریگر ہونا چاہیے، ٹریگر کہ لوگ جاننا چاہتے ہیں اسلام کیا ہے اپنی زبان میں، تو مجھے سیکھنا چاہیے انگریزی۔</w:t>
      </w:r>
    </w:p>
    <w:p>
      <w:r>
        <w:rPr>
          <w:b/>
        </w:rPr>
        <w:t xml:space="preserve">[31:40] </w:t>
      </w:r>
      <w:r>
        <w:t>kabhi un ko dhyan na jaye ke mujhe angrezi seekhna chahiye. sab ka yeh haal hua, sab ka yeh haal hua.</w:t>
      </w:r>
    </w:p>
    <w:p>
      <w:pPr>
        <w:jc w:val="right"/>
      </w:pPr>
      <w:r>
        <w:t>کبھی ان کو دھیان نہ جائے کہ مجھے انگریزی سیکھنا چاہیے۔ سب کا یہ حال ہوا، سب کا یہ حال ہوا۔</w:t>
      </w:r>
    </w:p>
    <w:p>
      <w:r>
        <w:rPr>
          <w:b/>
        </w:rPr>
        <w:t xml:space="preserve">[31:50] </w:t>
      </w:r>
      <w:r>
        <w:t>to kyun? baad ke zamanay mein jo development hua, to kisi ne samajh liya ke arabi zaban umm al-arsnah hai, kisi ne samajh liya ke arabi zaban yeh ek pak zaban hai, malaika ki zaban hai,</w:t>
      </w:r>
    </w:p>
    <w:p>
      <w:pPr>
        <w:jc w:val="right"/>
      </w:pPr>
      <w:r>
        <w:t>تو کیوں؟ بعد کے زمانے میں جو ڈیولپمنٹ ہوا، تو کسی نے سمجھ لیا کہ عربی زبان ام الارسنہ ہے، کسی نے سمجھ لیا کہ عربی زبان یہ ایک پاک زبان ہے، ملائکہ کی زبان ہے،</w:t>
      </w:r>
    </w:p>
    <w:p>
      <w:r>
        <w:rPr>
          <w:b/>
        </w:rPr>
        <w:t xml:space="preserve">[32:06] </w:t>
      </w:r>
      <w:r>
        <w:t>aur zabanain to aisi hi hain.</w:t>
      </w:r>
    </w:p>
    <w:p>
      <w:pPr>
        <w:jc w:val="right"/>
      </w:pPr>
      <w:r>
        <w:t>اور زبانیں تو ایسی ہی ہیں۔</w:t>
      </w:r>
    </w:p>
    <w:p>
      <w:r>
        <w:rPr>
          <w:b/>
        </w:rPr>
        <w:t xml:space="preserve">[32:11] </w:t>
      </w:r>
      <w:r>
        <w:t>aur kisi ne samajh liya ke jo arab mein jo uloom paida huay hain, woh sab to kafiron ke uloom hain maghrib mein.</w:t>
      </w:r>
    </w:p>
    <w:p>
      <w:pPr>
        <w:jc w:val="right"/>
      </w:pPr>
      <w:r>
        <w:t>اور کسی نے سمجھ لیا کہ جو عرب میں جو علوم پیدا ہوئے ہیں، وہ سب تو کافروں کے علوم ہیں مغرب میں۔</w:t>
      </w:r>
    </w:p>
    <w:p>
      <w:r>
        <w:rPr>
          <w:b/>
        </w:rPr>
        <w:t xml:space="preserve">[32:22] </w:t>
      </w:r>
      <w:r>
        <w:t>to is se apne aap ko alag kar liya. isi liye aaj koi bhi tafsir aisi nahi payenge aap jis mein aap ko kuch milay.</w:t>
      </w:r>
    </w:p>
    <w:p>
      <w:pPr>
        <w:jc w:val="right"/>
      </w:pPr>
      <w:r>
        <w:t>تو اس سے اپنے آپ کو الگ کر لیا۔ اسی لیے آج کوئی بھی تفسیر ایسی نہیں پائیں گے آپ جس میں آپ کو کچھ ملے۔</w:t>
      </w:r>
    </w:p>
    <w:p>
      <w:r>
        <w:rPr>
          <w:b/>
        </w:rPr>
        <w:t xml:space="preserve">[32:33] </w:t>
      </w:r>
      <w:r>
        <w:t>kyun ke jo extended explanation tha is quran ka, wahan tak koi pohnchi nahi hui,</w:t>
      </w:r>
    </w:p>
    <w:p>
      <w:pPr>
        <w:jc w:val="right"/>
      </w:pPr>
      <w:r>
        <w:t>کیونکہ جو ایکسٹینڈڈ ایکسپلینیشن تھا اس قرآن کا، وہاں تک کوئی پہنچی نہیں ہوئی،</w:t>
      </w:r>
    </w:p>
    <w:p>
      <w:r>
        <w:rPr>
          <w:b/>
        </w:rPr>
        <w:t xml:space="preserve">[32:43] </w:t>
      </w:r>
      <w:r>
        <w:t>wahan tak koi pohnchi nahi hui. to beharhal maine yeh baat is liye kahi hai ke aap mein se jo log, main kahin jata hoon, idhar udhar to jahan dekhta hoon, har ek ko shauq hota hai quran ko.</w:t>
      </w:r>
    </w:p>
    <w:p>
      <w:pPr>
        <w:jc w:val="right"/>
      </w:pPr>
      <w:r>
        <w:t>وہاں تک کوئی پہنچی نہیں ہوئی۔ تو بہرحال میں نے یہ بات اس لیے کہی ہے کہ آپ میں سے جو لوگ، میں کہیں جاتا ہوں، ادھر ادھر تو جہاں دیکھتا ہوں، ہر ایک کو شوق ہوتا ہے قرآن کو۔</w:t>
      </w:r>
    </w:p>
    <w:p>
      <w:r>
        <w:rPr>
          <w:b/>
        </w:rPr>
        <w:t xml:space="preserve">[33:00] </w:t>
      </w:r>
      <w:r>
        <w:t>sab to bas arabi parhta hai, arabi parhta hai, arabi parhta hai. har jagah bas arabi parh rahay hain log, aur parh parh ke jantay kuch nahi.</w:t>
      </w:r>
    </w:p>
    <w:p>
      <w:pPr>
        <w:jc w:val="right"/>
      </w:pPr>
      <w:r>
        <w:t>سب تو بس عربی پڑھتا ہے، عربی پڑھتا ہے، عربی پڑھتا ہے۔ ہر جگہ بس عربی پڑھ رہے ہیں لوگ، اور پڑھ پڑھ کے جانتے کچھ نہیں۔</w:t>
      </w:r>
    </w:p>
    <w:p>
      <w:r>
        <w:rPr>
          <w:b/>
        </w:rPr>
        <w:t xml:space="preserve">[33:10] </w:t>
      </w:r>
      <w:r>
        <w:t>arabi seekh letay hain, jantay kuch nahi. arabi ko seekhiye, aap bilashuba, lekin aap ko seekhna parhega angrezi, seekhna parhega faransisi, seekhna parhega german.</w:t>
      </w:r>
    </w:p>
    <w:p>
      <w:pPr>
        <w:jc w:val="right"/>
      </w:pPr>
      <w:r>
        <w:t>عربی سیکھ لیتے ہیں، جانتے کچھ نہیں۔ عربی کو سیکھیے، آپ بلاشبہ، لیکن آپ کو سیکھنا پڑے گا انگریزی، سیکھنا پڑے گا فرانسیسی، سیکھنا پڑے گا جرمن۔</w:t>
      </w:r>
    </w:p>
    <w:p>
      <w:r>
        <w:rPr>
          <w:b/>
        </w:rPr>
        <w:t xml:space="preserve">[33:26] </w:t>
      </w:r>
      <w:r>
        <w:t>is bra matlab nahi ke har aadmi seekhay, is ki zaroorat nahi hai. lekin aap ke ilaqay mein agar ek aadmi aisa hai jo in dono ko janta hai, to us se is se miliye, jaliye, usay interaction kijiye, usay seekhiye,</w:t>
      </w:r>
    </w:p>
    <w:p>
      <w:pPr>
        <w:jc w:val="right"/>
      </w:pPr>
      <w:r>
        <w:t>اس برا مطلب نہیں کہ ہر آدمی سیکھے، اس کی ضرورت نہیں ہے۔ لیکن آپ کے علاقے میں اگر ایک آدمی ایسا ہے جو ان دونوں کو جانتا ہے، تو اس سے اس سے ملیے، جلیے، اسے انٹریکشن کیجئے، اسے سیکھیے،</w:t>
      </w:r>
    </w:p>
    <w:p>
      <w:r>
        <w:rPr>
          <w:b/>
        </w:rPr>
        <w:t xml:space="preserve">[33:44] </w:t>
      </w:r>
      <w:r>
        <w:t>us se doori mat banaiye. yahan to yeh hai ke nafrat paida ho gayi. doosri zabanon ke log jo thay, ahl-e-maghrib, un se nafrat, nafrat, nafrat.</w:t>
      </w:r>
    </w:p>
    <w:p>
      <w:pPr>
        <w:jc w:val="right"/>
      </w:pPr>
      <w:r>
        <w:t>اس سے دوری مت بنائیے۔ یہاں تو یہ ہے کہ نفرت پیدا ہو گئی۔ دوسری زبانوں کے لوگ جو تھے، اہل مغرب، ان سے نفرت، نفرت، نفرت۔</w:t>
      </w:r>
    </w:p>
    <w:p>
      <w:r>
        <w:rPr>
          <w:b/>
        </w:rPr>
        <w:t xml:space="preserve">[33:56] </w:t>
      </w:r>
      <w:r>
        <w:t>sab se bari musibat ban gayi westophobia.</w:t>
      </w:r>
    </w:p>
    <w:p>
      <w:pPr>
        <w:jc w:val="right"/>
      </w:pPr>
      <w:r>
        <w:t>سب سے بڑی مصیبت بن گئی ویسٹو فوبیا۔</w:t>
      </w:r>
    </w:p>
    <w:p>
      <w:r>
        <w:rPr>
          <w:b/>
        </w:rPr>
        <w:t xml:space="preserve">[34:03] </w:t>
      </w:r>
      <w:r>
        <w:t>to yeh baatein maine aap se is liye kahi hain ke aap sochen, aur soch kar ke</w:t>
      </w:r>
    </w:p>
    <w:p>
      <w:pPr>
        <w:jc w:val="right"/>
      </w:pPr>
      <w:r>
        <w:t>تو یہ باتیں میں نے آپ سے اس لیے کہی ہیں کہ آپ سوچیں، اور سوچ کر کے</w:t>
      </w:r>
    </w:p>
    <w:p>
      <w:r>
        <w:rPr>
          <w:b/>
        </w:rPr>
        <w:t xml:space="preserve">[34:12] </w:t>
      </w:r>
      <w:r>
        <w:t>replanning karen apni quran fahmi ki. replanning, quran fahmi ki.</w:t>
      </w:r>
    </w:p>
    <w:p>
      <w:pPr>
        <w:jc w:val="right"/>
      </w:pPr>
      <w:r>
        <w:t>ری پلاننگ کریں اپنی قرآن فہمی کی۔ ری پلاننگ، قرآن فہمی کی۔</w:t>
      </w:r>
    </w:p>
    <w:p>
      <w:r>
        <w:rPr>
          <w:b/>
        </w:rPr>
        <w:t xml:space="preserve">[34:21] </w:t>
      </w:r>
      <w:r>
        <w:t>replanning. Allah taala madad farmaye. Assalam o alaikum wa rehmatullah</w:t>
      </w:r>
    </w:p>
    <w:p>
      <w:pPr>
        <w:jc w:val="right"/>
      </w:pPr>
      <w:r>
        <w:t>ری پلاننگ۔ اللہ تعالیٰ مدد فرمائے۔ السلام علیکم ورحمۃ اللہ</w:t>
      </w:r>
    </w:p>
    <w:p>
      <w:r>
        <w:rPr>
          <w:b/>
        </w:rPr>
        <w:t xml:space="preserve">[34:41] </w:t>
      </w:r>
      <w:r>
        <w:t>okay, we will start with the question answer and comment session. I will first read out some of the comments that have come. Maulana, yeh comment bheja hai Dr. Aslam Khan sahib ne, jo abhi is waqt apni team ke sath Hyderabad mein hain.</w:t>
      </w:r>
    </w:p>
    <w:p>
      <w:pPr>
        <w:jc w:val="right"/>
      </w:pPr>
      <w:r>
        <w:t>اوکے، we will start with the question answer and comment session. I will first read out some of the comments that have come. مولانا، یہ comment بھیجا ہے ڈاکٹر اسلم خان صاحب نے، جو ابھی اس وقت اپنی ٹیم کے ساتھ حیدرآباد میں ہیں۔</w:t>
      </w:r>
    </w:p>
    <w:p>
      <w:r>
        <w:rPr>
          <w:b/>
        </w:rPr>
        <w:t xml:space="preserve">[34:57] </w:t>
      </w:r>
      <w:r>
        <w:t>Unhon ne likha hai: "Maulana, we are in Hyderabad. The people of Hyderabad appreciated your efforts to establish peace.</w:t>
      </w:r>
    </w:p>
    <w:p>
      <w:pPr>
        <w:jc w:val="right"/>
      </w:pPr>
      <w:r>
        <w:t>انہوں نے لکھا ہے: "Maulana, we are in Hyderabad. The people of Hyderabad appreciated your efforts to establish peace.</w:t>
      </w:r>
    </w:p>
    <w:p>
      <w:r>
        <w:rPr>
          <w:b/>
        </w:rPr>
        <w:t xml:space="preserve">[35:08] </w:t>
      </w:r>
      <w:r>
        <w:t>Please pray for us to convey the message of Tawhid. It is good for all of us that our Hindu brothers are cooperating with us." Maulana Iqbal Umri ne Chennai se likha hai:</w:t>
      </w:r>
    </w:p>
    <w:p>
      <w:pPr>
        <w:jc w:val="right"/>
      </w:pPr>
      <w:r>
        <w:t>Please pray for us to convey the message of Tawhid. It is good for all of us that our Hindu brothers are cooperating with us." مولانا اقبال عمری نے چنئی سے لکھا ہے:</w:t>
      </w:r>
    </w:p>
    <w:p>
      <w:r>
        <w:rPr>
          <w:b/>
        </w:rPr>
        <w:t xml:space="preserve">[35:23] </w:t>
      </w:r>
      <w:r>
        <w:t>"Quran aur Hadees mein deen ki taeed ka jo waqea hone wala tha, us ka application agar Maulana ke zariye se na milta to hum mehroom reh jaate us ko avail karne se." Jazak Allah Maulana.</w:t>
      </w:r>
    </w:p>
    <w:p>
      <w:pPr>
        <w:jc w:val="right"/>
      </w:pPr>
      <w:r>
        <w:t>"قرآن اور حدیث میں دین کی تائید کا جو واقعہ ہونے والا تھا، اس کا application اگر مولانا کے ذریعے سے نہ ملتا تو ہم محروم رہ جاتے اس کو avail کرنے سے۔" جزاک اللہ مولانا۔</w:t>
      </w:r>
    </w:p>
    <w:p>
      <w:r>
        <w:rPr>
          <w:b/>
        </w:rPr>
        <w:t xml:space="preserve">[35:41] </w:t>
      </w:r>
      <w:r>
        <w:t>Sajid Ahmed Khan sahib ne Nagpur se likha hai: "Maulana, being a science teacher, I get a lot of valuable knowledge in scientific discoveries like periodic table and natural processes.</w:t>
      </w:r>
    </w:p>
    <w:p>
      <w:pPr>
        <w:jc w:val="right"/>
      </w:pPr>
      <w:r>
        <w:t>ساجد احمد خان صاحب نے नागپور سے لکھا ہے: "Maulana, being a science teacher, I get a lot of valuable knowledge in scientific discoveries like periodic table and natural processes.</w:t>
      </w:r>
    </w:p>
    <w:p>
      <w:r>
        <w:rPr>
          <w:b/>
        </w:rPr>
        <w:t xml:space="preserve">[35:57] </w:t>
      </w:r>
      <w:r>
        <w:t>These facts help me to understand the Quran better. Thus I get stronger belief that every knowledge is given by God to the man who struggles for it.</w:t>
      </w:r>
    </w:p>
    <w:p>
      <w:pPr>
        <w:jc w:val="right"/>
      </w:pPr>
      <w:r>
        <w:t>These facts help me to understand the Quran better. Thus I get stronger belief that every knowledge is given by God to the man who struggles for it.</w:t>
      </w:r>
    </w:p>
    <w:p>
      <w:r>
        <w:rPr>
          <w:b/>
        </w:rPr>
        <w:t xml:space="preserve">[36:10] </w:t>
      </w:r>
      <w:r>
        <w:t>I realized this fact because of your teachings only." Jazak Allah Maulana sahib. Maulana, ab sawal lete hain.</w:t>
      </w:r>
    </w:p>
    <w:p>
      <w:pPr>
        <w:jc w:val="right"/>
      </w:pPr>
      <w:r>
        <w:t>I realized this fact because of your teachings only." جزاک اللہ مولانا صاحب۔ مولانا، اب سوال لیتے ہیں۔</w:t>
      </w:r>
    </w:p>
    <w:p>
      <w:r>
        <w:rPr>
          <w:b/>
        </w:rPr>
        <w:t xml:space="preserve">[36:21] </w:t>
      </w:r>
      <w:r>
        <w:t>Yeh sawal Andhra se bheja hai Irshad Hussain sahib ne. Unhon ne likha hai: "Maulana, interfaith dialogue requires Muslims to interact with people of other faiths like Hindus, Christians, Jews, etc.</w:t>
      </w:r>
    </w:p>
    <w:p>
      <w:pPr>
        <w:jc w:val="right"/>
      </w:pPr>
      <w:r>
        <w:t>یہ سوال آندھرا سے بھیجا ہے ارشاد حسین صاحب نے۔ انہوں نے لکھا ہے: "Maulana, interfaith dialogue requires Muslims to interact with people of other faiths like Hindus, Christians, Jews, etc.</w:t>
      </w:r>
    </w:p>
    <w:p>
      <w:r>
        <w:rPr>
          <w:b/>
        </w:rPr>
        <w:t xml:space="preserve">[36:41] </w:t>
      </w:r>
      <w:r>
        <w:t>But Muslims remain in their own circle and as a result, wisdom of the Quran does not get shared with them.</w:t>
      </w:r>
    </w:p>
    <w:p>
      <w:pPr>
        <w:jc w:val="right"/>
      </w:pPr>
      <w:r>
        <w:t>But Muslims remain in their own circle and as a result, wisdom of the Quran does not get shared with them.</w:t>
      </w:r>
    </w:p>
    <w:p>
      <w:r>
        <w:rPr>
          <w:b/>
        </w:rPr>
        <w:t xml:space="preserve">[36:51] </w:t>
      </w:r>
      <w:r>
        <w:t>Maulana, why do Muslims at large have such a mindset and what is the solu</w:t>
      </w:r>
    </w:p>
    <w:p>
      <w:pPr>
        <w:jc w:val="right"/>
      </w:pPr>
      <w:r>
        <w:t>Maulana, why do Muslims at large have such a mindset and what is the solu</w:t>
      </w:r>
    </w:p>
    <w:p>
      <w:r>
        <w:rPr>
          <w:b/>
        </w:rPr>
        <w:t xml:space="preserve">[36:57] </w:t>
      </w:r>
      <w:r>
        <w:t>tion to this?" Dekhiye, yeh mindset Islam ka mindset nahi hai. You have to differentiate between Islam and Muslims.</w:t>
      </w:r>
    </w:p>
    <w:p>
      <w:pPr>
        <w:jc w:val="right"/>
      </w:pPr>
      <w:r>
        <w:t>tion to this?" دیکھیے، یہ mindset اسلام کا mindset نہیں ہے۔ You have to differentiate between Islam and Muslims.</w:t>
      </w:r>
    </w:p>
    <w:p>
      <w:r>
        <w:rPr>
          <w:b/>
        </w:rPr>
        <w:t xml:space="preserve">[37:12] </w:t>
      </w:r>
      <w:r>
        <w:t>Musalmanon mein baad ke zamane mein yeh cheez develop hui. Ab hum koshish karein ke log wapas hon true Islam ki taraf, Sahaba ke zamane ke Islam ki taraf.</w:t>
      </w:r>
    </w:p>
    <w:p>
      <w:pPr>
        <w:jc w:val="right"/>
      </w:pPr>
      <w:r>
        <w:t>مسلمانوں میں بعد کے زمانے میں یہ چیز develop ہوئی۔ اب ہم کوشش کریں کہ لوگ واپس ہوں true اسلام کی طرف، صحابہ کے زمانے کے اسلام کی طرف۔</w:t>
      </w:r>
    </w:p>
    <w:p>
      <w:r>
        <w:rPr>
          <w:b/>
        </w:rPr>
        <w:t xml:space="preserve">[37:32] </w:t>
      </w:r>
      <w:r>
        <w:t>Maulana, agla sawal Ahmedabad se Faizan sahib ne bheja hai. Unhon ne likha hai: "Maulana, what is the difference between open-minded thinking and closed-minded thinking?</w:t>
      </w:r>
    </w:p>
    <w:p>
      <w:pPr>
        <w:jc w:val="right"/>
      </w:pPr>
      <w:r>
        <w:t>مولانا، اگلا سوال احمد آباد سے فیضان صاحب نے بھیجا ہے۔ انہوں نے لکھا ہے: "Maulana, what is the difference between open-minded thinking and closed-minded thinking?</w:t>
      </w:r>
    </w:p>
    <w:p>
      <w:r>
        <w:rPr>
          <w:b/>
        </w:rPr>
        <w:t xml:space="preserve">[37:49] </w:t>
      </w:r>
      <w:r>
        <w:t>I am asking this question because the case of Muslims is of closed-mindedness. They defend themselves saying that in Islam, if you become flexible or yield towards other faiths, then God will hold you accountable on the day of judgment.</w:t>
      </w:r>
    </w:p>
    <w:p>
      <w:pPr>
        <w:jc w:val="right"/>
      </w:pPr>
      <w:r>
        <w:t>I am asking this question because the case of Muslims is of closed-mindedness. They defend themselves saying that in Islam, if you become flexible or yield towards other faiths, then God will hold you accountable on the day of judgment.</w:t>
      </w:r>
    </w:p>
    <w:p>
      <w:r>
        <w:rPr>
          <w:b/>
        </w:rPr>
        <w:t xml:space="preserve">[38:11] </w:t>
      </w:r>
      <w:r>
        <w:t>So Maulana, the question is: what are the limits to open-mindedness and is there an example from the life of Prophet and his companions?"</w:t>
      </w:r>
    </w:p>
    <w:p>
      <w:pPr>
        <w:jc w:val="right"/>
      </w:pPr>
      <w:r>
        <w:t>So Maulana, the question is: what are the limits to open-mindedness and is there an example from the life of Prophet and his companions?"</w:t>
      </w:r>
    </w:p>
    <w:p>
      <w:r>
        <w:rPr>
          <w:b/>
        </w:rPr>
        <w:t xml:space="preserve">[38:22] </w:t>
      </w:r>
      <w:r>
        <w:t>Dekhiye, knowledge ki koi limit nahi hoti, koi limit nahi. Khoob padhiye, khoob padhiye. Abhi maine jo bataya, wahi to tha ke musalmanon mein ek ta'assub paida ho gaya ke bas Arabic, bas Arabic, bas Arabic.</w:t>
      </w:r>
    </w:p>
    <w:p>
      <w:pPr>
        <w:jc w:val="right"/>
      </w:pPr>
      <w:r>
        <w:t>دیکھیے، knowledge کی کوئی limit نہیں ہوتی، کوئی limit نہیں۔ خوب پڑھیے، خوب پڑھیے۔ ابھی میں نے جو بتایا، وہی تو تھا کہ مسلمانوں میں ایک تعصب پیدا ہو گیا کہ بس عربی، بس عربی، بس عربی۔</w:t>
      </w:r>
    </w:p>
    <w:p>
      <w:r>
        <w:rPr>
          <w:b/>
        </w:rPr>
        <w:t xml:space="preserve">[38:38] </w:t>
      </w:r>
      <w:r>
        <w:t>Doosri zubanon ke bare mein woh bias, bias ho gaye. Is se un ka dard narrow-mindedness aaya.</w:t>
      </w:r>
    </w:p>
    <w:p>
      <w:pPr>
        <w:jc w:val="right"/>
      </w:pPr>
      <w:r>
        <w:t>دوسری زبانوں کے بارے میں وہ bias، bias ہو گئے۔ اس سے ان کا درد narrow-mindedness آیا۔</w:t>
      </w:r>
    </w:p>
    <w:p>
      <w:r>
        <w:rPr>
          <w:b/>
        </w:rPr>
        <w:t xml:space="preserve">[38:58] </w:t>
      </w:r>
      <w:r>
        <w:t>Mahboob bhai ne Mumbai se likha hai: "Maulana, whatever I know, based on that you are the only aalim who clears misconceptions among Muslims which are in vast numbers.</w:t>
      </w:r>
    </w:p>
    <w:p>
      <w:pPr>
        <w:jc w:val="right"/>
      </w:pPr>
      <w:r>
        <w:t>محبوب بھائی نے ممبئی سے لکھا ہے: "Maulana, whatever I know, based on that you are the only عالم who clears misconceptions among Muslims which are in vast numbers.</w:t>
      </w:r>
    </w:p>
    <w:p>
      <w:r>
        <w:rPr>
          <w:b/>
        </w:rPr>
        <w:t xml:space="preserve">[39:12] </w:t>
      </w:r>
      <w:r>
        <w:t>Maulana, you give us guidance with utmost clarity. Jazak Allah Maulana.</w:t>
      </w:r>
    </w:p>
    <w:p>
      <w:pPr>
        <w:jc w:val="right"/>
      </w:pPr>
      <w:r>
        <w:t>Maulana, you give us guidance with utmost clarity. جزاک اللہ مولانا۔</w:t>
      </w:r>
    </w:p>
    <w:p>
      <w:r>
        <w:rPr>
          <w:b/>
        </w:rPr>
        <w:t xml:space="preserve">[39:24] </w:t>
      </w:r>
      <w:r>
        <w:t>Miss Shabina Ali ne Pakistan, Miss Shabina Ali ne Kolkata se likha hai: "A very important lecture, Maulana. You have touched upon the topic which holds a lot of misconceptions,</w:t>
      </w:r>
    </w:p>
    <w:p>
      <w:pPr>
        <w:jc w:val="right"/>
      </w:pPr>
      <w:r>
        <w:t>مس شبینہ علی نے پاکستان، مس شبینہ علی نے کلکتہ سے لکھا ہے: "A very important lecture, Maulana. You have touched upon the topic which holds a lot of misconceptions,</w:t>
      </w:r>
    </w:p>
    <w:p>
      <w:r>
        <w:rPr>
          <w:b/>
        </w:rPr>
        <w:t xml:space="preserve">[39:37] </w:t>
      </w:r>
      <w:r>
        <w:t>and today it has been cleared thoroughly.</w:t>
      </w:r>
    </w:p>
    <w:p>
      <w:pPr>
        <w:jc w:val="right"/>
      </w:pPr>
      <w:r>
        <w:t>and today it has been cleared thoroughly.</w:t>
      </w:r>
    </w:p>
    <w:p>
      <w:r>
        <w:rPr>
          <w:b/>
        </w:rPr>
        <w:t xml:space="preserve">[39:40] </w:t>
      </w:r>
      <w:r>
        <w:t>Thank you."</w:t>
      </w:r>
    </w:p>
    <w:p>
      <w:pPr>
        <w:jc w:val="right"/>
      </w:pPr>
      <w:r>
        <w:t>Thank you."</w:t>
      </w:r>
    </w:p>
    <w:p>
      <w:r>
        <w:rPr>
          <w:b/>
        </w:rPr>
        <w:t xml:space="preserve">[39:44] </w:t>
      </w:r>
      <w:r>
        <w:t>Maulana, agla comment aur sawal Rampur se aaya hai. Irshad Ali sahib ne bheja hai. Unhon ne likha hai: "Maulana, aaj bhi aap ke alawa hamare saare ulama ibaadat ke sirf form hi batate hain.</w:t>
      </w:r>
    </w:p>
    <w:p>
      <w:pPr>
        <w:jc w:val="right"/>
      </w:pPr>
      <w:r>
        <w:t>مولانا، اگلا comment اور سوال رام پور سے آیا ہے۔ ارشاد علی صاحب نے بھیجا ہے۔ انہوں نے لکھا ہے: "मालाना, आज भी आपके अलावा हमारे सारे علماء عبادت کے صرف form ہی بتاتے ہیں۔</w:t>
      </w:r>
    </w:p>
    <w:p>
      <w:r>
        <w:rPr>
          <w:b/>
        </w:rPr>
        <w:t xml:space="preserve">[40:01] </w:t>
      </w:r>
      <w:r>
        <w:t>Spirit ki baat koi bhi nahi karta. Jazak Allah Maulana. Maulana, mera sawal yeh hai ke hamare ulama ek hadees bayan karte hain.</w:t>
      </w:r>
    </w:p>
    <w:p>
      <w:pPr>
        <w:jc w:val="right"/>
      </w:pPr>
      <w:r>
        <w:t>Spirit کی بات کوئی بھی نہیں کرتا۔ جزاک اللہ مولانا۔ مولانا، میرا سوال یہ ہے کہ ہمارے علماء ایک حدیث بیان کرتے ہیں۔</w:t>
      </w:r>
    </w:p>
    <w:p>
      <w:r>
        <w:rPr>
          <w:b/>
        </w:rPr>
        <w:t xml:space="preserve">[40:15] </w:t>
      </w:r>
      <w:r>
        <w:t>Rasool Allah ne farmaya ke jannat mein ahle momin ki zuban Arabic hogi. Maulana, is ko wazeh karein.</w:t>
      </w:r>
    </w:p>
    <w:p>
      <w:pPr>
        <w:jc w:val="right"/>
      </w:pPr>
      <w:r>
        <w:t>رسول اللہ نے فرمایا کہ جنت میں اہل مومن کی زبان عربی ہوگی۔ مولانا، اس کو واضح کریں۔</w:t>
      </w:r>
    </w:p>
    <w:p>
      <w:r>
        <w:rPr>
          <w:b/>
        </w:rPr>
        <w:t xml:space="preserve">[40:23] </w:t>
      </w:r>
      <w:r>
        <w:t>Yeh hadees hi nahi hai, yeh to fabricated kalam kisi ka hai. Yeh bilkul hi yani absurd baat hai."</w:t>
      </w:r>
    </w:p>
    <w:p>
      <w:pPr>
        <w:jc w:val="right"/>
      </w:pPr>
      <w:r>
        <w:t>یہ حدیث ہی نہیں ہے، یہ تو fabricated کلام کسی کا ہے۔ یہ بالکل ہی یعنی absurd بات ہے۔</w:t>
      </w:r>
    </w:p>
    <w:p>
      <w:r>
        <w:rPr>
          <w:b/>
        </w:rPr>
        <w:t xml:space="preserve">[40:38] </w:t>
      </w:r>
      <w:r>
        <w:t>aisa kuch bhi nahi hai. dekhiye, jannat jab akhirat mein woh uloom unfold honge, is ke bare mein kaha gaya hai quran mein do ayatein aayi hain.</w:t>
      </w:r>
    </w:p>
    <w:p>
      <w:pPr>
        <w:jc w:val="right"/>
      </w:pPr>
      <w:r>
        <w:t>ایسا کچھ بھی نہیں ہے۔ دیکھیے، جنت جب آخرت میں وہ علوم unfold ہوں گے، اس کے بارے میں کہا گیا ہے قرآن میں دو آیتیں آئی ہیں۔</w:t>
      </w:r>
    </w:p>
    <w:p>
      <w:r>
        <w:rPr>
          <w:b/>
        </w:rPr>
        <w:t xml:space="preserve">[40:56] </w:t>
      </w:r>
      <w:r>
        <w:t>yani agar sari dunya ek darakht qalb bana diya jaye aur tamam samandar roshnai ho jaye aur likha jaye allah ke kalam, kalam kalmat ko to khatam nahi hoga.</w:t>
      </w:r>
    </w:p>
    <w:p>
      <w:pPr>
        <w:jc w:val="right"/>
      </w:pPr>
      <w:r>
        <w:t>یعنی اگر ساری دنیا ایک درخت قلب بنا دیا جائے اور تمام سمندر روشنائی ہو جائے اور لکھا جائے اللہ کے کلام، کلام کلمات کو تو ختم نہیں ہوگا۔</w:t>
      </w:r>
    </w:p>
    <w:p>
      <w:r>
        <w:rPr>
          <w:b/>
        </w:rPr>
        <w:t xml:space="preserve">[41:09] </w:t>
      </w:r>
      <w:r>
        <w:t>to itne zyada jo uloom hain, woh arabi zaban kaise aayenge? arabi zaban ki bigadi to bohat ma'dood hai.</w:t>
      </w:r>
    </w:p>
    <w:p>
      <w:pPr>
        <w:jc w:val="right"/>
      </w:pPr>
      <w:r>
        <w:t>تو اتنے زیادہ جو علوم ہیں، وہ عربی زبان کیسے آئیں گے؟ عربی زبان کی بگاڑی تو بہت معدود ہے۔</w:t>
      </w:r>
    </w:p>
    <w:p>
      <w:r>
        <w:rPr>
          <w:b/>
        </w:rPr>
        <w:t xml:space="preserve">[41:20] </w:t>
      </w:r>
      <w:r>
        <w:t>to yeh bohat hi zyada ghalat aqeedah ban gaya hai ke ke jannat ki zaban ki zaban arabi hogi. jannat ki zaban afaqi zaban hogi, afaqi jis mein aap tamam kalmat allah ko samjhein.</w:t>
      </w:r>
    </w:p>
    <w:p>
      <w:pPr>
        <w:jc w:val="right"/>
      </w:pPr>
      <w:r>
        <w:t>تو یہ بہت ہی زیادہ غلط عقیدہ بن گیا ہے کہ کہ جنت کی زبان کی زبان عربی ہوگی۔ جنت کی زبان افاقی زبان ہوگی، افاقی جس میں آپ تمام کلمات اللہ کو سمجھیں۔</w:t>
      </w:r>
    </w:p>
    <w:p>
      <w:r>
        <w:rPr>
          <w:b/>
        </w:rPr>
        <w:t xml:space="preserve">[41:36] </w:t>
      </w:r>
      <w:r>
        <w:t>afaqi zaban</w:t>
      </w:r>
    </w:p>
    <w:p>
      <w:pPr>
        <w:jc w:val="right"/>
      </w:pPr>
      <w:r>
        <w:t>افاقی زبان</w:t>
      </w:r>
    </w:p>
    <w:p>
      <w:r>
        <w:rPr>
          <w:b/>
        </w:rPr>
        <w:t xml:space="preserve">[41:40] </w:t>
      </w:r>
      <w:r>
        <w:t>kisi sahih hadith mein yeh baat nahi hai, yeh to ek myth hai.</w:t>
      </w:r>
    </w:p>
    <w:p>
      <w:pPr>
        <w:jc w:val="right"/>
      </w:pPr>
      <w:r>
        <w:t>کسی صحیح حدیث میں یہ بات نہیں ہے، یہ تو ایک متھ ہے۔</w:t>
      </w:r>
    </w:p>
    <w:p>
      <w:r>
        <w:rPr>
          <w:b/>
        </w:rPr>
        <w:t xml:space="preserve">[41:51] </w:t>
      </w:r>
      <w:r>
        <w:t>maulana, agla sawal kanpur se bheja hai mu'eenuddin sahib ne. unhon ne likha hai: "Maulana, you areright.</w:t>
      </w:r>
    </w:p>
    <w:p>
      <w:pPr>
        <w:jc w:val="right"/>
      </w:pPr>
      <w:r>
        <w:t>مولانا، اگلا سوال کانپور سے بھیجا ہے معین الدین صاحب نے۔ انہوں نے لکھا ہے: "Maulana, you areright.</w:t>
      </w:r>
    </w:p>
    <w:p>
      <w:r>
        <w:rPr>
          <w:b/>
        </w:rPr>
        <w:t xml:space="preserve">[42:02] </w:t>
      </w:r>
      <w:r>
        <w:t>Many of my non-Muslim friends always say that Islam is very difficult to understand because its language is Arabic.</w:t>
      </w:r>
    </w:p>
    <w:p>
      <w:pPr>
        <w:jc w:val="right"/>
      </w:pPr>
      <w:r>
        <w:t>Many of my non-Muslim friends always say that Islam is very difficult to understand because its language is Arabic.</w:t>
      </w:r>
    </w:p>
    <w:p>
      <w:r>
        <w:rPr>
          <w:b/>
        </w:rPr>
        <w:t xml:space="preserve">[42:12] </w:t>
      </w:r>
      <w:r>
        <w:t>They thought that all original literature of Islam is in Arabic and the available literature is all made up by Muslims.</w:t>
      </w:r>
    </w:p>
    <w:p>
      <w:pPr>
        <w:jc w:val="right"/>
      </w:pPr>
      <w:r>
        <w:t>They thought that all original literature of Islam is in Arabic and the available literature is all made up by Muslims.</w:t>
      </w:r>
    </w:p>
    <w:p>
      <w:r>
        <w:rPr>
          <w:b/>
        </w:rPr>
        <w:t xml:space="preserve">[42:21] </w:t>
      </w:r>
      <w:r>
        <w:t>But when I presented them the English translation of the Quran, they received it with all the respect and thanked me many times.</w:t>
      </w:r>
    </w:p>
    <w:p>
      <w:pPr>
        <w:jc w:val="right"/>
      </w:pPr>
      <w:r>
        <w:t>But when I presented them the English translation of the Quran, they received it with all the respect and thanked me many times.</w:t>
      </w:r>
    </w:p>
    <w:p>
      <w:r>
        <w:rPr>
          <w:b/>
        </w:rPr>
        <w:t xml:space="preserve">[42:32] </w:t>
      </w:r>
      <w:r>
        <w:t>I realized that time that Muslims should come forward and do Quran distribution in all languages. Maulana, my question is: what is the source of Muslims' belief that their taking birth in a Muslim family is enough to get them paradise and dawah work is not compulsory for them</w:t>
      </w:r>
    </w:p>
    <w:p>
      <w:pPr>
        <w:jc w:val="right"/>
      </w:pPr>
      <w:r>
        <w:t>I realized that time that Muslims should come forward and do Quran distribution in all languages. Maulana, my question is: what is the source of Muslims' belief that their taking birth in a Muslim family is enough to get them paradise and dawah work is not compulsory for them</w:t>
      </w:r>
    </w:p>
    <w:p>
      <w:r>
        <w:rPr>
          <w:b/>
        </w:rPr>
        <w:t xml:space="preserve">[42:55] </w:t>
      </w:r>
      <w:r>
        <w:t>? How has this thought of paradise by birth taken roots in Muslim families? dawah to farz ain hai, farz kifaya nahi hai.</w:t>
      </w:r>
    </w:p>
    <w:p>
      <w:pPr>
        <w:jc w:val="right"/>
      </w:pPr>
      <w:r>
        <w:t>? How has this thought of paradise by birth taken roots in Muslim families? دعوت تو فرض عین ہے، فرض کفایہ نہیں ہے۔</w:t>
      </w:r>
    </w:p>
    <w:p>
      <w:r>
        <w:rPr>
          <w:b/>
        </w:rPr>
        <w:t xml:space="preserve">[43:14] </w:t>
      </w:r>
      <w:r>
        <w:t>dawah jo hai, woh farz ain hai, farz kifaya nahi hai.</w:t>
      </w:r>
    </w:p>
    <w:p>
      <w:pPr>
        <w:jc w:val="right"/>
      </w:pPr>
      <w:r>
        <w:t>دعوت جو ہے، وہ فرض عین ہے، فرض کفایہ نہیں ہے۔</w:t>
      </w:r>
    </w:p>
    <w:p>
      <w:r>
        <w:rPr>
          <w:b/>
        </w:rPr>
        <w:t xml:space="preserve">[43:23] </w:t>
      </w:r>
      <w:r>
        <w:t>isi ke liye hum koshish kar rahe hain ke dunya ki tamam zabano mein quran ka transition bohat hi un ki understandable language mein tayyar kiya jaye aur phailaya jaye.</w:t>
      </w:r>
    </w:p>
    <w:p>
      <w:pPr>
        <w:jc w:val="right"/>
      </w:pPr>
      <w:r>
        <w:t>اسی کے لیے ہم کوشش کر رہے ہیں کہ دنیا کی تمام زبانوں میں قرآن کا ٹرانسیشن بہت ہی ان کی understandable language میں تیار کیا جائے اور پھیلایا جائے۔</w:t>
      </w:r>
    </w:p>
    <w:p>
      <w:r>
        <w:rPr>
          <w:b/>
        </w:rPr>
        <w:t xml:space="preserve">[43:41] </w:t>
      </w:r>
      <w:r>
        <w:t>yeh kaam barabar sari dunya mein kiya ja raha hai.</w:t>
      </w:r>
    </w:p>
    <w:p>
      <w:pPr>
        <w:jc w:val="right"/>
      </w:pPr>
      <w:r>
        <w:t>یہ کام برابر ساری دنیا میں کیا جا رہا ہے۔</w:t>
      </w:r>
    </w:p>
    <w:p>
      <w:r>
        <w:rPr>
          <w:b/>
        </w:rPr>
        <w:t xml:space="preserve">[43:49] </w:t>
      </w:r>
      <w:r>
        <w:t>Maulana, sajid anwar sahib ne mumbai se comment bheja hai. unhon ne likha hai: "Maulana, today for the first time I could understand the wisdom of preserving the Arabic language in its form</w:t>
      </w:r>
    </w:p>
    <w:p>
      <w:pPr>
        <w:jc w:val="right"/>
      </w:pPr>
      <w:r>
        <w:t>مولانا، ساجد انور صاحب نے ممبئی سے comment بھیجا ہے۔ انہوں نے لکھا ہے: "Maulana, today for the first time I could understand the wisdom of preserving the Arabic language in its form</w:t>
      </w:r>
    </w:p>
    <w:p>
      <w:r>
        <w:rPr>
          <w:b/>
        </w:rPr>
        <w:t xml:space="preserve">[44:04] </w:t>
      </w:r>
      <w:r>
        <w:t>. Also how God compensated the apparently non-progress of Arabic language by engaging other communities in the development of science.</w:t>
      </w:r>
    </w:p>
    <w:p>
      <w:pPr>
        <w:jc w:val="right"/>
      </w:pPr>
      <w:r>
        <w:t>. Also how God compensated the apparently non-progress of Arabic language by engaging other communities in the development of science.</w:t>
      </w:r>
    </w:p>
    <w:p>
      <w:r>
        <w:rPr>
          <w:b/>
        </w:rPr>
        <w:t xml:space="preserve">[44:17] </w:t>
      </w:r>
      <w:r>
        <w:t>A lecture full with great wisdom</w:t>
      </w:r>
    </w:p>
    <w:p>
      <w:pPr>
        <w:jc w:val="right"/>
      </w:pPr>
      <w:r>
        <w:t>A lecture full with great wisdom</w:t>
      </w:r>
    </w:p>
    <w:p>
      <w:r>
        <w:rPr>
          <w:b/>
        </w:rPr>
        <w:t xml:space="preserve">[44:20] </w:t>
      </w:r>
      <w:r>
        <w:t>. jazak allah Maulana. Maulana, agla sawal bangalore se kiya hai naseer sahib ne.</w:t>
      </w:r>
    </w:p>
    <w:p>
      <w:pPr>
        <w:jc w:val="right"/>
      </w:pPr>
      <w:r>
        <w:t>. جزاک اللہ مولانا۔ مولانا، اگلا سوال بنگلور سے کیا ہے نصیر صاحب نے۔</w:t>
      </w:r>
    </w:p>
    <w:p>
      <w:r>
        <w:rPr>
          <w:b/>
        </w:rPr>
        <w:t xml:space="preserve">[44:30] </w:t>
      </w:r>
      <w:r>
        <w:t>unhon ne likha hai: "Maulana sahib, I have a personal question. Please do answer.</w:t>
      </w:r>
    </w:p>
    <w:p>
      <w:pPr>
        <w:jc w:val="right"/>
      </w:pPr>
      <w:r>
        <w:t>انہوں نے لکھا ہے: "Maulana صاحب, I have a personal question. Please do answer.</w:t>
      </w:r>
    </w:p>
    <w:p>
      <w:r>
        <w:rPr>
          <w:b/>
        </w:rPr>
        <w:t xml:space="preserve">[44:40] </w:t>
      </w:r>
      <w:r>
        <w:t>I want to know whether you were like this by birth. I mean, no hate or prejudice for any person. You</w:t>
      </w:r>
    </w:p>
    <w:p>
      <w:pPr>
        <w:jc w:val="right"/>
      </w:pPr>
      <w:r>
        <w:t>I want to know whether you were like this by birth. I mean, no hate or prejudice for any person. You</w:t>
      </w:r>
    </w:p>
    <w:p>
      <w:r>
        <w:rPr>
          <w:b/>
        </w:rPr>
        <w:t xml:space="preserve">[44:49] </w:t>
      </w:r>
      <w:r>
        <w:t>urge Muslims to interact with people of all faiths. I don't know of any Muslim leader or scholar who says this so openly."</w:t>
      </w:r>
    </w:p>
    <w:p>
      <w:pPr>
        <w:jc w:val="right"/>
      </w:pPr>
      <w:r>
        <w:t>urge Muslims to interact with people of all faiths. I don't know of any Muslim leader or scholar who says this so openly."</w:t>
      </w:r>
    </w:p>
    <w:p>
      <w:r>
        <w:rPr>
          <w:b/>
        </w:rPr>
        <w:t xml:space="preserve">[45:02] </w:t>
      </w:r>
      <w:r>
        <w:t>yeh sawal mujh se poochne ka nahi hai, aap ke khud janne ka hai. yeh sawal aap mujh se kyun poochte hain?</w:t>
      </w:r>
    </w:p>
    <w:p>
      <w:pPr>
        <w:jc w:val="right"/>
      </w:pPr>
      <w:r>
        <w:t>یہ سوال مجھ سے پوچھنے کا نہیں ہے، آپ کے خود جاننے کا ہے۔ یہ سوال آپ مجھ سے کیوں پوچھتے ہیں؟</w:t>
      </w:r>
    </w:p>
    <w:p>
      <w:r>
        <w:rPr>
          <w:b/>
        </w:rPr>
        <w:t xml:space="preserve">[45:11] </w:t>
      </w:r>
      <w:r>
        <w:t>aap khud janiye, parh kar ke.</w:t>
      </w:r>
    </w:p>
    <w:p>
      <w:pPr>
        <w:jc w:val="right"/>
      </w:pPr>
      <w:r>
        <w:t>آپ خود جانیے، پڑھ کر کے۔</w:t>
      </w:r>
    </w:p>
    <w:p>
      <w:r>
        <w:rPr>
          <w:b/>
        </w:rPr>
        <w:t xml:space="preserve">[45:23] </w:t>
      </w:r>
      <w:r>
        <w:t>Maulana, agla sawal kiya hai abdulsalam siddiqui sahib ne. unhon ne location nahi likhi hai.</w:t>
      </w:r>
    </w:p>
    <w:p>
      <w:pPr>
        <w:jc w:val="right"/>
      </w:pPr>
      <w:r>
        <w:t>مولانا، اگلا سوال کیا ہے عبدالسلام صدیقی صاحب نے۔ انہوں نے location نہیں لکھی ہے۔</w:t>
      </w:r>
    </w:p>
    <w:p>
      <w:r>
        <w:rPr>
          <w:b/>
        </w:rPr>
        <w:t xml:space="preserve">[45:32] </w:t>
      </w:r>
      <w:r>
        <w:t>un ka sawal hai: "Maulana, Arabic language is an exception in the history of languages. That it is as it is as it was at the time of revelation of the Quran fourteen hundred years ago.</w:t>
      </w:r>
    </w:p>
    <w:p>
      <w:pPr>
        <w:jc w:val="right"/>
      </w:pPr>
      <w:r>
        <w:t>ان کا سوال ہے: "Maulana, Arabic language is an exception in the history of languages. That it is as it is as it was at the time of revelation of the Quran fourteen hundred years ago.</w:t>
      </w:r>
    </w:p>
    <w:p>
      <w:r>
        <w:rPr>
          <w:b/>
        </w:rPr>
        <w:t xml:space="preserve">[45:48] </w:t>
      </w:r>
      <w:r>
        <w:t>What is the case of Sanskrit language as it is also an ancient language?</w:t>
      </w:r>
    </w:p>
    <w:p>
      <w:pPr>
        <w:jc w:val="right"/>
      </w:pPr>
      <w:r>
        <w:t>What is the case of Sanskrit language as it is also an ancient language?</w:t>
      </w:r>
    </w:p>
    <w:p>
      <w:r>
        <w:rPr>
          <w:b/>
        </w:rPr>
        <w:t xml:space="preserve">[45:54] </w:t>
      </w:r>
      <w:r>
        <w:t>Please throw some light on it." keh woh doosri zabaanein zinda zabaan nahi hain.</w:t>
      </w:r>
    </w:p>
    <w:p>
      <w:pPr>
        <w:jc w:val="right"/>
      </w:pPr>
      <w:r>
        <w:t>Please throw some light on it." کہ وہ دوسری زبانیں زندہ زبان نہیں ہیں۔</w:t>
      </w:r>
    </w:p>
    <w:p>
      <w:r>
        <w:rPr>
          <w:b/>
        </w:rPr>
        <w:t xml:space="preserve">[46:04] </w:t>
      </w:r>
      <w:r>
        <w:t>woh toh kuch scholars parhte hain is ko. jo doosri zabaanein jaise qadeem Greek, Sanskrit, yeh sab historical zabaanein hain aur bohat hi khaas kuch scholar log parhte hain is ko.</w:t>
      </w:r>
    </w:p>
    <w:p>
      <w:pPr>
        <w:jc w:val="right"/>
      </w:pPr>
      <w:r>
        <w:t>وہ تو کچھ اسکالرز پڑھتے ہیں اس کو۔ جو دوسری زبانیں جیسے قدیم گریک، سنسکرت، یہ سب historical زبانیں ہیں اور بہت ہی خاص کچھ اسکالر لوگ پڑھتے ہیں اس کو۔</w:t>
      </w:r>
    </w:p>
    <w:p>
      <w:r>
        <w:rPr>
          <w:b/>
        </w:rPr>
        <w:t xml:space="preserve">[46:20] </w:t>
      </w:r>
      <w:r>
        <w:t>Arabi zabaan jo mehfooz hai, woh is maani mein keh bohat saare log, beshumaar log is ko parhte hain, samajhte hain, namazon mein parhte hain, taraweeh mein parhte hain,</w:t>
      </w:r>
    </w:p>
    <w:p>
      <w:pPr>
        <w:jc w:val="right"/>
      </w:pPr>
      <w:r>
        <w:t>عربی زبان جو محفوظ ہے، وہ اس معنی میں کہ بہت سارے لوگ، بے شمار لوگ اس کو پڑھتے ہیں، سمجھتے ہیں، نمازوں میں پڑھتے ہیں، تراویح میں پڑھتے ہیں،</w:t>
      </w:r>
    </w:p>
    <w:p>
      <w:r>
        <w:rPr>
          <w:b/>
        </w:rPr>
        <w:t xml:space="preserve">[46:34] </w:t>
      </w:r>
      <w:r>
        <w:t>madarson mein parhte hain. toh ek living language hai woh aaj bhi.</w:t>
      </w:r>
    </w:p>
    <w:p>
      <w:pPr>
        <w:jc w:val="right"/>
      </w:pPr>
      <w:r>
        <w:t>مدرسوں میں پڑھتے ہیں۔ تو ایک living language ہے وہ آج بھی۔</w:t>
      </w:r>
    </w:p>
    <w:p>
      <w:r>
        <w:rPr>
          <w:b/>
        </w:rPr>
        <w:t xml:space="preserve">[46:45] </w:t>
      </w:r>
      <w:r>
        <w:t>Doctor Junaid Sheikh ne Mumbai se likha hai: "Maulana, today I learned that to understand the Quran it is very important to be open-minded and have a spirit of inquiry.</w:t>
      </w:r>
    </w:p>
    <w:p>
      <w:pPr>
        <w:jc w:val="right"/>
      </w:pPr>
      <w:r>
        <w:t>ڈاکٹر جنید شیخ نے ممبئی سے لکھا ہے: "Maulana, today I learned that to understand the Quran it is very important to be open-minded and have a spirit of inquiry.</w:t>
      </w:r>
    </w:p>
    <w:p>
      <w:r>
        <w:rPr>
          <w:b/>
        </w:rPr>
        <w:t xml:space="preserve">[46:59] </w:t>
      </w:r>
      <w:r>
        <w:t>Jazak Allah Maulana. Today I realized that before reading your books and listening to your lecture, what I believed in the name of religion was nothing but a degenerated version."</w:t>
      </w:r>
    </w:p>
    <w:p>
      <w:pPr>
        <w:jc w:val="right"/>
      </w:pPr>
      <w:r>
        <w:t>جزاک اللہ مولانا۔ Today I realized that before reading your books and listening to your lecture, what I believed in the name of religion was nothing but a degenerated version."</w:t>
      </w:r>
    </w:p>
    <w:p>
      <w:r>
        <w:rPr>
          <w:b/>
        </w:rPr>
        <w:t xml:space="preserve">[47:20] </w:t>
      </w:r>
      <w:r>
        <w:t>Maulana, agla sawal kya hai Salman Sahab ne Lucknow se. unhon ne aap se poocha hai keh "What is the rationale for your call for interaction with others as this may also mislead Muslims if they are open towards interaction with other faith</w:t>
      </w:r>
    </w:p>
    <w:p>
      <w:pPr>
        <w:jc w:val="right"/>
      </w:pPr>
      <w:r>
        <w:t>مولانا، اگلا سوال کیا ہے سلمان صاحب نے لکھنؤ سے۔ انہوں نے آپ سے پوچھا ہے کہ "What is the rationale for your call for interaction with others as this may also mislead Muslims if they are open towards interaction with other faith</w:t>
      </w:r>
    </w:p>
    <w:p>
      <w:r>
        <w:rPr>
          <w:b/>
        </w:rPr>
        <w:t xml:space="preserve">[47:43] </w:t>
      </w:r>
      <w:r>
        <w:t>people?"</w:t>
      </w:r>
    </w:p>
    <w:p>
      <w:pPr>
        <w:jc w:val="right"/>
      </w:pPr>
      <w:r>
        <w:t>people?"</w:t>
      </w:r>
    </w:p>
    <w:p>
      <w:r>
        <w:rPr>
          <w:b/>
        </w:rPr>
        <w:t xml:space="preserve">[47:48] </w:t>
      </w:r>
      <w:r>
        <w:t>dekhiye, mislead, mislead pehle boliye ga. Mislead, mislead. haan, mislead. yeh koi criterion nahi hai. duniya mein kaun si zabaan hai?</w:t>
      </w:r>
    </w:p>
    <w:p>
      <w:pPr>
        <w:jc w:val="right"/>
      </w:pPr>
      <w:r>
        <w:t>دیکھیے، mislead، mislead پہلے بولیے گا۔ Mislead, mislead. ہاں، mislead۔ یہ کوئی criterion نہیں ہے۔ دنیا میں کون سی زبان ہے؟</w:t>
      </w:r>
    </w:p>
    <w:p>
      <w:r>
        <w:rPr>
          <w:b/>
        </w:rPr>
        <w:t xml:space="preserve">[47:58] </w:t>
      </w:r>
      <w:r>
        <w:t>khud Arabi zabaan parh kar ke log gumrah ho jaate hain. yeh kaun si baat hai? yeh koi mayar nahi hai. jitne gumrah firqay duniya mein paida hue, woh sab Arabi zabaan mein mahir thay.</w:t>
      </w:r>
    </w:p>
    <w:p>
      <w:pPr>
        <w:jc w:val="right"/>
      </w:pPr>
      <w:r>
        <w:t>خود عربی زبان پڑھ کر کے لوگ گمراہ ہو جاتے ہیں۔ یہ کون سی بات ہے؟ یہ کوئی معیار نہیں ہے۔ جتنے گمراہ فرقے دنیا میں پیدا ہوئے، وہ سب عربی زبان میں ماہر تھے۔</w:t>
      </w:r>
    </w:p>
    <w:p>
      <w:r>
        <w:rPr>
          <w:b/>
        </w:rPr>
        <w:t xml:space="preserve">[48:15] </w:t>
      </w:r>
      <w:r>
        <w:t>jitne Islam mein firqay nikale hain, woh sab Arabi ke mahir thay. yeh koi baat nahi hai.</w:t>
      </w:r>
    </w:p>
    <w:p>
      <w:pPr>
        <w:jc w:val="right"/>
      </w:pPr>
      <w:r>
        <w:t>جتنے اسلام میں فرقے نکالے ہیں، وہ سب عربی کے ماہر تھے۔ یہ کوئی بات نہیں ہے۔</w:t>
      </w:r>
    </w:p>
    <w:p>
      <w:r>
        <w:rPr>
          <w:b/>
        </w:rPr>
        <w:t xml:space="preserve">[48:29] </w:t>
      </w:r>
      <w:r>
        <w:t>Maulana, agla comment Pakistan se bheja hai Tariq Badar Sahab ne. unhon ne likha hai: "Today's lecture was important in understanding the importance of other languages and not only Arabic.</w:t>
      </w:r>
    </w:p>
    <w:p>
      <w:pPr>
        <w:jc w:val="right"/>
      </w:pPr>
      <w:r>
        <w:t>مولانا، اگلا comment پاکستان سے بھیجا ہے طارق بدر صاحب نے۔ انہوں نے لکھا ہے: "Today's lecture was important in understanding the importance of other languages and not only Arabic.</w:t>
      </w:r>
    </w:p>
    <w:p>
      <w:r>
        <w:rPr>
          <w:b/>
        </w:rPr>
        <w:t xml:space="preserve">[48:45] </w:t>
      </w:r>
      <w:r>
        <w:t>Maulana, in Pakistan still we find few people who try to understand the Quran and mostly read it for thought, even the educated people.</w:t>
      </w:r>
    </w:p>
    <w:p>
      <w:pPr>
        <w:jc w:val="right"/>
      </w:pPr>
      <w:r>
        <w:t>Maulana, in Pakistan still we find few people who try to understand the Quran and mostly read it for thought, even the educated people.</w:t>
      </w:r>
    </w:p>
    <w:p>
      <w:r>
        <w:rPr>
          <w:b/>
        </w:rPr>
        <w:t xml:space="preserve">[48:58] </w:t>
      </w:r>
      <w:r>
        <w:t>Distributing Quran translations is helping to break this mindset. Jazak Allah Maulana for guiding us in this direction.</w:t>
      </w:r>
    </w:p>
    <w:p>
      <w:pPr>
        <w:jc w:val="right"/>
      </w:pPr>
      <w:r>
        <w:t>Distributing Quran translations is helping to break this mindset. جزاک اللہ مولانا for guiding us in this direction۔</w:t>
      </w:r>
    </w:p>
    <w:p>
      <w:r>
        <w:rPr>
          <w:b/>
        </w:rPr>
        <w:t xml:space="preserve">[49:13] </w:t>
      </w:r>
      <w:r>
        <w:t>Masha Allah.</w:t>
      </w:r>
    </w:p>
    <w:p>
      <w:pPr>
        <w:jc w:val="right"/>
      </w:pPr>
      <w:r>
        <w:t>ماشاءاللہ۔</w:t>
      </w:r>
    </w:p>
    <w:p>
      <w:r>
        <w:rPr>
          <w:b/>
        </w:rPr>
        <w:t xml:space="preserve">[49:22] </w:t>
      </w:r>
      <w:r>
        <w:t>Maulana, agla sawal Dhampur se Mehtab Ali Nandro Sahab ne kiya hai. unhon ne aap se poocha hai keh kya hum yeh keh sakte hain keh dawah work is summum bonum?</w:t>
      </w:r>
    </w:p>
    <w:p>
      <w:pPr>
        <w:jc w:val="right"/>
      </w:pPr>
      <w:r>
        <w:t>مولانا، اگلا سوال دھامپور سے مہتاب علی نندرو صاحب نے کیا ہے۔ انہوں نے آپ سے پوچھا ہے کہ کیا ہم یہ کہہ سکتے ہیں کہ dawah work is summum bonum?</w:t>
      </w:r>
    </w:p>
    <w:p>
      <w:r>
        <w:rPr>
          <w:b/>
        </w:rPr>
        <w:t xml:space="preserve">[49:40] </w:t>
      </w:r>
      <w:r>
        <w:t>nahi, yeh sahi term nahi hai. aap yun kahiye keh Islam jis tarah se, Islam mein jis tarah follow karna farz hai, aise hi is ko spread karna bhi farz hai.</w:t>
      </w:r>
    </w:p>
    <w:p>
      <w:pPr>
        <w:jc w:val="right"/>
      </w:pPr>
      <w:r>
        <w:t>نہیں، یہ صحیح term نہیں ہے۔ آپ یوں کہیے کہ اسلام جس طرح سے، اسلام میں جس طرح follow کرنا فرض ہے، ایسے ہی اس کو spread کرنا بھی فرض ہے۔</w:t>
      </w:r>
    </w:p>
    <w:p>
      <w:r>
        <w:rPr>
          <w:b/>
        </w:rPr>
        <w:t xml:space="preserve">[49:57] </w:t>
      </w:r>
      <w:r>
        <w:t>yaani jis tarah Islam par amal karna farz hai, is tarah Islam ko phailana bhi farz hai. is tarah kahiye. Maulana, agla comment bheja hai Maulana Israr Khatib Sahab ne Chennai se.</w:t>
      </w:r>
    </w:p>
    <w:p>
      <w:pPr>
        <w:jc w:val="right"/>
      </w:pPr>
      <w:r>
        <w:t>یعنی جس طرح اسلام پر عمل کرنا فرض ہے، اس طرح اسلام کو پھیلانا بھی فرض ہے۔ اس طرح کہیے۔ مولانا، اگلا comment بھیجا ہے مولانا اسرار خطیب صاحب نے چنئی سے۔</w:t>
      </w:r>
    </w:p>
    <w:p>
      <w:r>
        <w:rPr>
          <w:b/>
        </w:rPr>
        <w:t xml:space="preserve">[50:10] </w:t>
      </w:r>
      <w:r>
        <w:t>unhon ne likha hai: "Malana, aaj aap ka article jo Times of India mein aaya hai, us ko parh kar mujhe laga keh aap hi ek Islamic scholar hain jo Kashmir ke baray mein hopeful aur positive hain,</w:t>
      </w:r>
    </w:p>
    <w:p>
      <w:pPr>
        <w:jc w:val="right"/>
      </w:pPr>
      <w:r>
        <w:t>انہوں نے لکھا ہے: "मालाना, आज आपका article जो Times of India में आया है, उसको पढ़कर मुझे लगा कि आप ही एक Islamic scholar हैं जो कश्मीर के बारे में hopeful और positive हैं,</w:t>
      </w:r>
    </w:p>
    <w:p>
      <w:r>
        <w:rPr>
          <w:b/>
        </w:rPr>
        <w:t xml:space="preserve">[50:26] </w:t>
      </w:r>
      <w:r>
        <w:t>jab keh saari ummat is ko le kar ek khauf mein hai. aap ne is article mein Kashmiriyon ko jo guidance di hai, us ko agar Kashmiri aur Muslim qabool karein toh un ke liye yeh guidance dunya aur akhirat ki kamyabi ka kamyabi ka zameen hoga, Insha Allah.</w:t>
      </w:r>
    </w:p>
    <w:p>
      <w:pPr>
        <w:jc w:val="right"/>
      </w:pPr>
      <w:r>
        <w:t>जबकि सारी उम्मत इसको लेकर एक खौफ में है। आपने इस article में कश्मीरियों को जो guidance दी है, उसको अगर कश्मीरी और Muslim قبول करें तो उनके लिए यह guidance دنیا اور آخرت کی کامیابی کا کامیابی کا زمین ہوگا، انشاءاللہ۔</w:t>
      </w:r>
    </w:p>
    <w:p>
      <w:r>
        <w:rPr>
          <w:b/>
        </w:rPr>
        <w:t xml:space="preserve">[50:47] </w:t>
      </w:r>
      <w:r>
        <w:t>Insha Allah.</w:t>
      </w:r>
    </w:p>
    <w:p>
      <w:pPr>
        <w:jc w:val="right"/>
      </w:pPr>
      <w:r>
        <w:t>انشاءاللہ۔</w:t>
      </w:r>
    </w:p>
    <w:p>
      <w:r>
        <w:rPr>
          <w:b/>
        </w:rPr>
        <w:t xml:space="preserve">[50:52] </w:t>
      </w:r>
      <w:r>
        <w:t>Maulana, agla comment bheja hai Maulana Iqbal Umri ne A Chennai se. unhon ne likha hai: "Arabi zabaan ki fazilat ke tasawwur ki wajah se madhu ki zabaan mein sahi dawati kaam nahi ho saka."</w:t>
      </w:r>
    </w:p>
    <w:p>
      <w:pPr>
        <w:jc w:val="right"/>
      </w:pPr>
      <w:r>
        <w:t>مولانا، اگلا comment بھیجا ہے مولانا اقبال عمری نے آ چنئی سے۔ انہوں نے لکھا ہے: "अरबी زبان की فضیلت के تصور की वजह से मधु की زبان में सही दावती काम नहीं हो सका।"</w:t>
      </w:r>
    </w:p>
    <w:p>
      <w:r>
        <w:rPr>
          <w:b/>
        </w:rPr>
        <w:t xml:space="preserve">[51:16] </w:t>
      </w:r>
      <w:r>
        <w:t>Okay, we will end</w:t>
      </w:r>
    </w:p>
    <w:p>
      <w:pPr>
        <w:jc w:val="right"/>
      </w:pPr>
      <w:r>
        <w:t>اوکے، we will end</w:t>
      </w:r>
    </w:p>
    <w:p>
      <w:r>
        <w:rPr>
          <w:b/>
        </w:rPr>
        <w:t xml:space="preserve">[51:18] </w:t>
      </w:r>
      <w:r>
        <w:t>this session now. thank you.</w:t>
      </w:r>
    </w:p>
    <w:p>
      <w:pPr>
        <w:jc w:val="right"/>
      </w:pPr>
      <w:r>
        <w:t>this session now۔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