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Umries 26 July, 2019 - Maulana Wahiduddin Khan</w:t>
      </w:r>
    </w:p>
    <w:p>
      <w:r>
        <w:t>https://www.youtube.com/watch?v=x26fUHWfzFg</w:t>
      </w:r>
    </w:p>
    <w:p>
      <w:r>
        <w:rPr>
          <w:b/>
        </w:rPr>
        <w:t xml:space="preserve">[00:14] </w:t>
      </w:r>
      <w:r>
        <w:t>maulana mera naam abdul basit umri hai. main gulberg se hoon. main doha qatar mein rehta tha to maine apni job ko chhodne ka irada kiya to aap se mashwara bhi nahi kiya jabke aap mere ustaad hain.</w:t>
      </w:r>
    </w:p>
    <w:p>
      <w:pPr>
        <w:jc w:val="right"/>
      </w:pPr>
      <w:r>
        <w:t>مولانا میرا نام عبدالباسط عمری ہے۔ میں گلبرگہ سے ہوں۔ میں دوحہ قطر میں رہتا تھا تو میں نے اپنی جاب کو چھوڑنے کا ارادہ کیا تو آپ سے مشورہ بھی نہیں کیا جبکہ آپ میرے استاد ہیں۔</w:t>
      </w:r>
    </w:p>
    <w:p>
      <w:r>
        <w:rPr>
          <w:b/>
        </w:rPr>
        <w:t xml:space="preserve">[00:31] </w:t>
      </w:r>
      <w:r>
        <w:t>aap jo hain main cps ka member hoon to aap bade hain to aapse mashwara lena chahiye tha to main aapse mashwara bhi nahi liya. to kai galtiyan mujh se huin is ke bawajood bhi maine aap yani aap ke sulook mein kahin bhi yani mujhe nuksan pahanchane wala pehlu nahi dekha to mujhe samajh mein aaya ke momin aise hi hota hai.</w:t>
      </w:r>
    </w:p>
    <w:p>
      <w:pPr>
        <w:jc w:val="right"/>
      </w:pPr>
      <w:r>
        <w:t>آپ جو ہیں میں سی پی ایس کا ممبر ہوں تو آپ بڑے ہیں تو آپ سے مشورہ لینا چاہیے تھا تو میں آپ سے مشورہ بھی نہیں لیا۔ تو کئی غلطیاں مجھ سے ہوئیں اس کے باوجود بھی میں نے آپ یعنی آپ کے سلوک میں کہیں بھی یعنی مجھے نقصان پہنچانے والا پہلو نہیں دیکھا تو مجھے سمجھ میں آیا کہ مومن ایسے ہی ہوتا ہے۔</w:t>
      </w:r>
    </w:p>
    <w:p>
      <w:r>
        <w:rPr>
          <w:b/>
        </w:rPr>
        <w:t xml:space="preserve">[00:57] </w:t>
      </w:r>
      <w:r>
        <w:t>wo chahe hum us ke sath kitna bhi bura bura sulook karein ya koi bhi aisi harkat kare jo us jo us ke liye naqabil bardasht ho is ke bawajood bhi wo apne aap ko control karta hai.</w:t>
      </w:r>
    </w:p>
    <w:p>
      <w:pPr>
        <w:jc w:val="right"/>
      </w:pPr>
      <w:r>
        <w:t>وہ چاہے ہم اس کے ساتھ کتنا بھی برا برا سلوک کریں یا کوئی بھی ایسی حرکت کرے جو اس جو اس کے لیے ناقابل برداشت ہو اس کے باوجود بھی وہ اپنے آپ کو کنٹرول کرتا ہے۔</w:t>
      </w:r>
    </w:p>
    <w:p>
      <w:r>
        <w:rPr>
          <w:b/>
        </w:rPr>
        <w:t xml:space="preserve">[01:09] </w:t>
      </w:r>
      <w:r>
        <w:t>to maine aap ko aise hi paya. to mujhe is dilli ke safar mein ye bahut badi cheez mili. kyunke hazrat masih ne khud kaha tha ke sachcha insan jo hai wo kabootar ki tarah be azaar hota hai.</w:t>
      </w:r>
    </w:p>
    <w:p>
      <w:pPr>
        <w:jc w:val="right"/>
      </w:pPr>
      <w:r>
        <w:t>تو میں نے آپ کو ایسے ہی پایا۔ تو مجھے اس دلی کے سفر میں یہ بہت بڑی چیز ملی۔ کیونکہ حضرت مسیح نے خود کہا تھا کہ سچا انسان جو ہے وہ کبوتر کی طرح بے آزار ہوتا ہے۔</w:t>
      </w:r>
    </w:p>
    <w:p>
      <w:r>
        <w:rPr>
          <w:b/>
        </w:rPr>
        <w:t xml:space="preserve">[01:28] </w:t>
      </w:r>
      <w:r>
        <w:t>to maine aap ko aise hi paya.</w:t>
      </w:r>
    </w:p>
    <w:p>
      <w:pPr>
        <w:jc w:val="right"/>
      </w:pPr>
      <w:r>
        <w:t>تو میں نے آپ کو ایسے ہی پایا۔</w:t>
      </w:r>
    </w:p>
    <w:p>
      <w:r>
        <w:rPr>
          <w:b/>
        </w:rPr>
        <w:t xml:space="preserve">[01:33] </w:t>
      </w:r>
      <w:r>
        <w:t>khair is ko meri zaat ke bare mein abhi aap ne kaha na aap apne bare mein bataiye.</w:t>
      </w:r>
    </w:p>
    <w:p>
      <w:pPr>
        <w:jc w:val="right"/>
      </w:pPr>
      <w:r>
        <w:t>خیر اس کو میری ذات کے بارے میں ابھی آپ نے کہا نا آپ اپنے بارے میں بتائیے۔</w:t>
      </w:r>
    </w:p>
    <w:p>
      <w:r>
        <w:rPr>
          <w:b/>
        </w:rPr>
        <w:t xml:space="preserve">[01:44] </w:t>
      </w:r>
      <w:r>
        <w:t>apne bare mein. maulana maine ye sabak liya ke mujhe bhi kabhi kisi ke liye nuksan deh nahi banna hai.</w:t>
      </w:r>
    </w:p>
    <w:p>
      <w:pPr>
        <w:jc w:val="right"/>
      </w:pPr>
      <w:r>
        <w:t>اپنے بارے میں۔ مولانا میں نے یہ سبق لیا کہ مجھے بھی کبھی کسی کے لیے نقصان دہ نہیں بننا ہے۔</w:t>
      </w:r>
    </w:p>
    <w:p>
      <w:r>
        <w:rPr>
          <w:b/>
        </w:rPr>
        <w:t xml:space="preserve">[01:55] </w:t>
      </w:r>
      <w:r>
        <w:t>hata ke agar samne wala ghalat fehmi par ho phir bhi mujhe jo hai us ko koi nuksan nahi pahanchana hai.</w:t>
      </w:r>
    </w:p>
    <w:p>
      <w:pPr>
        <w:jc w:val="right"/>
      </w:pPr>
      <w:r>
        <w:t>حتی کہ اگر سامنے والا غلطی پر ہو پھر بھی مجھے جو ہے اس کو کوئی نقصان نہیں پہنچانا ہے۔</w:t>
      </w:r>
    </w:p>
    <w:p>
      <w:r>
        <w:rPr>
          <w:b/>
        </w:rPr>
        <w:t xml:space="preserve">[02:03] </w:t>
      </w:r>
      <w:r>
        <w:t>dekhein aaj main soch raha tha subah aaj subah ke jannat ko pane ka sab se aasan tareeqa kya hai?</w:t>
      </w:r>
    </w:p>
    <w:p>
      <w:pPr>
        <w:jc w:val="right"/>
      </w:pPr>
      <w:r>
        <w:t>دیکھیں آج میں سوچ رہا تھا صبح آج صبح کہ جنت کو پانے کا سب سے آسان طریقہ کیا ہے؟</w:t>
      </w:r>
    </w:p>
    <w:p>
      <w:r>
        <w:rPr>
          <w:b/>
        </w:rPr>
        <w:t xml:space="preserve">[02:15] </w:t>
      </w:r>
      <w:r>
        <w:t>hain sab se aasan. to mujhe yaad aaya ke kai aayatein aur hadithien aisi hain jis ka khulasa ye hai.</w:t>
      </w:r>
    </w:p>
    <w:p>
      <w:pPr>
        <w:jc w:val="right"/>
      </w:pPr>
      <w:r>
        <w:t>ہیں سب سے آسان۔ تو مجھے یاد آیا کہ کئی آیتیں اور حدیثیں ایسی ہیں جس کا خلاصہ یہ ہے۔</w:t>
      </w:r>
    </w:p>
    <w:p>
      <w:r>
        <w:rPr>
          <w:b/>
        </w:rPr>
        <w:t xml:space="preserve">[02:31] </w:t>
      </w:r>
      <w:r>
        <w:t>kai aayatein aur kai hadithien. in ka khulasa ye hai ke</w:t>
      </w:r>
    </w:p>
    <w:p>
      <w:pPr>
        <w:jc w:val="right"/>
      </w:pPr>
      <w:r>
        <w:t>کئی آیتیں اور کئی حدیثیں۔ ان کا خلاصہ یہ ہے کہ</w:t>
      </w:r>
    </w:p>
    <w:p>
      <w:r>
        <w:rPr>
          <w:b/>
        </w:rPr>
        <w:t xml:space="preserve">[02:40] </w:t>
      </w:r>
      <w:r>
        <w:t>mere alfaaz mein</w:t>
      </w:r>
    </w:p>
    <w:p>
      <w:pPr>
        <w:jc w:val="right"/>
      </w:pPr>
      <w:r>
        <w:t>میرے الفاظ میں</w:t>
      </w:r>
    </w:p>
    <w:p>
      <w:r>
        <w:rPr>
          <w:b/>
        </w:rPr>
        <w:t xml:space="preserve">[02:45] </w:t>
      </w:r>
      <w:r>
        <w:t>maaf karo tum ko maaf kiya jayega.</w:t>
      </w:r>
    </w:p>
    <w:p>
      <w:pPr>
        <w:jc w:val="right"/>
      </w:pPr>
      <w:r>
        <w:t>معاف کرو تم کو معاف کیا جائے گا۔</w:t>
      </w:r>
    </w:p>
    <w:p>
      <w:r>
        <w:rPr>
          <w:b/>
        </w:rPr>
        <w:t xml:space="preserve">[02:50] </w:t>
      </w:r>
      <w:r>
        <w:t>hain</w:t>
      </w:r>
    </w:p>
    <w:p>
      <w:pPr>
        <w:jc w:val="right"/>
      </w:pPr>
      <w:r>
        <w:t>ہیں</w:t>
      </w:r>
    </w:p>
    <w:p>
      <w:r>
        <w:rPr>
          <w:b/>
        </w:rPr>
        <w:t xml:space="preserve">[02:57] </w:t>
      </w:r>
      <w:r>
        <w:t>kai aayatein hadithien aisi hain jin ka khulasa ye hai ke maaf karo tum ko maaf kiya jayega.</w:t>
      </w:r>
    </w:p>
    <w:p>
      <w:pPr>
        <w:jc w:val="right"/>
      </w:pPr>
      <w:r>
        <w:t>کئی آیتیں حدیثیں ایسی ہیں جن کا خلاصہ یہ ہے کہ معاف کرو تم کو معاف کیا جائے گا۔</w:t>
      </w:r>
    </w:p>
    <w:p>
      <w:r>
        <w:rPr>
          <w:b/>
        </w:rPr>
        <w:t xml:space="preserve">[03:08] </w:t>
      </w:r>
      <w:r>
        <w:t>to sab se aasan ye hai.</w:t>
      </w:r>
    </w:p>
    <w:p>
      <w:pPr>
        <w:jc w:val="right"/>
      </w:pPr>
      <w:r>
        <w:t>تو سب سے آسان یہ ہے۔</w:t>
      </w:r>
    </w:p>
    <w:p>
      <w:r>
        <w:rPr>
          <w:b/>
        </w:rPr>
        <w:t xml:space="preserve">[03:13] </w:t>
      </w:r>
      <w:r>
        <w:t>sab se aasan ye hai.</w:t>
      </w:r>
    </w:p>
    <w:p>
      <w:pPr>
        <w:jc w:val="right"/>
      </w:pPr>
      <w:r>
        <w:t>سب سے آسان یہ ہے۔</w:t>
      </w:r>
    </w:p>
    <w:p>
      <w:r>
        <w:rPr>
          <w:b/>
        </w:rPr>
        <w:t xml:space="preserve">[03:20] </w:t>
      </w:r>
      <w:r>
        <w:t>misal ke taur par dekhiye hamari beti jin ko apa karte hain aap log kisi shakhs se baat hui un ki.</w:t>
      </w:r>
    </w:p>
    <w:p>
      <w:pPr>
        <w:jc w:val="right"/>
      </w:pPr>
      <w:r>
        <w:t>مثلاً دیکھیے ہماری بیٹی جن کو آپا کرتے ہیں آپ لوگ کسی شخص سے بات ہوئی ان کی۔</w:t>
      </w:r>
    </w:p>
    <w:p>
      <w:r>
        <w:rPr>
          <w:b/>
        </w:rPr>
        <w:t xml:space="preserve">[03:31] </w:t>
      </w:r>
      <w:r>
        <w:t>kuch pehle ki baat hai. wo hum se bahut zyada un ko ikhtilaf tha.</w:t>
      </w:r>
    </w:p>
    <w:p>
      <w:pPr>
        <w:jc w:val="right"/>
      </w:pPr>
      <w:r>
        <w:t>کچھ پہلے کی بات ہے۔ وہ ہم سے بہت زیادہ ان کو اختلاف تھا۔</w:t>
      </w:r>
    </w:p>
    <w:p>
      <w:r>
        <w:rPr>
          <w:b/>
        </w:rPr>
        <w:t xml:space="preserve">[03:40] </w:t>
      </w:r>
      <w:r>
        <w:t>to baat telephone par baat karte hue unhone kaha ke tum log log se murad zahir hai ke main tha.</w:t>
      </w:r>
    </w:p>
    <w:p>
      <w:pPr>
        <w:jc w:val="right"/>
      </w:pPr>
      <w:r>
        <w:t>تو بات ٹیلی فون پر بات کرتے ہوئے انہوں نے کہا کہ تم لوگ لوگ سے مراد ظاہر ہے کہ میں تھا۔</w:t>
      </w:r>
    </w:p>
    <w:p>
      <w:r>
        <w:rPr>
          <w:b/>
        </w:rPr>
        <w:t xml:space="preserve">[03:52] </w:t>
      </w:r>
      <w:r>
        <w:t>tum log jahannum mein jaoge.</w:t>
      </w:r>
    </w:p>
    <w:p>
      <w:pPr>
        <w:jc w:val="right"/>
      </w:pPr>
      <w:r>
        <w:t>تم لوگ جہنم میں جاؤ گے۔</w:t>
      </w:r>
    </w:p>
    <w:p>
      <w:r>
        <w:rPr>
          <w:b/>
        </w:rPr>
        <w:t xml:space="preserve">[03:57] </w:t>
      </w:r>
      <w:r>
        <w:t>telephone par kaha unhone. tum log jahannum mein jaoge. ye jante hain maine kya kiya? hain</w:t>
      </w:r>
    </w:p>
    <w:p>
      <w:pPr>
        <w:jc w:val="right"/>
      </w:pPr>
      <w:r>
        <w:t>ٹیلی فون پر کہا انہوں نے۔ تم لوگ جہنم میں جاؤ گے۔ یہ جانتے ہیں میں نے کیا کیا؟ ہیں</w:t>
      </w:r>
    </w:p>
    <w:p>
      <w:r>
        <w:rPr>
          <w:b/>
        </w:rPr>
        <w:t xml:space="preserve">[04:10] </w:t>
      </w:r>
      <w:r>
        <w:t>ye zahir hai ke bahut hi sakht baat thi. bahut sakht baat thi. to maine ye kiya ke khuda ya maine is shakhs ko maaf kiya.</w:t>
      </w:r>
    </w:p>
    <w:p>
      <w:pPr>
        <w:jc w:val="right"/>
      </w:pPr>
      <w:r>
        <w:t>یہ ظاہر ہے کہ بہت ہی سخت بات تھی۔ بہت سخت بات تھی۔ تو میں نے یہ کیا کہ خدایا میں نے اس شخص کو معاف کیا۔</w:t>
      </w:r>
    </w:p>
    <w:p>
      <w:r>
        <w:rPr>
          <w:b/>
        </w:rPr>
        <w:t xml:space="preserve">[04:24] </w:t>
      </w:r>
      <w:r>
        <w:t>tata ke mere paas koi amal to hai nahi. isi cheez ko bator amal likh le ke kisi ne aisa kaha aur maine us ko maaf kiya.</w:t>
      </w:r>
    </w:p>
    <w:p>
      <w:pPr>
        <w:jc w:val="right"/>
      </w:pPr>
      <w:r>
        <w:t>تاکہ میرے پاس کوئی عمل تو ہے نہیں۔ اسی چیز کو بطور عمل لکھ لے کہ کسی نے ایسا کہا اور میں نے اس کو معاف کیا۔</w:t>
      </w:r>
    </w:p>
    <w:p>
      <w:r>
        <w:rPr>
          <w:b/>
        </w:rPr>
        <w:t xml:space="preserve">[04:34] </w:t>
      </w:r>
      <w:r>
        <w:t>taakeh is yeh yeh yeh maafi meri mere liye jannat ka certificate ban jaye.</w:t>
      </w:r>
    </w:p>
    <w:p>
      <w:pPr>
        <w:jc w:val="right"/>
      </w:pPr>
      <w:r>
        <w:t>تاکہ اس یہ یہ یہ معافی میری میرے لیے جنت کا سرٹیفکیٹ بن جائے۔</w:t>
      </w:r>
    </w:p>
    <w:p>
      <w:r>
        <w:rPr>
          <w:b/>
        </w:rPr>
        <w:t xml:space="preserve">[04:45] </w:t>
      </w:r>
      <w:r>
        <w:t>yeh aaj ki baat kar raha hoon aaj ki aaj subah ki baat. keh mujhe yaad aaya keh apa se kisi ne aise telephone par kaha tha</w:t>
      </w:r>
    </w:p>
    <w:p>
      <w:pPr>
        <w:jc w:val="right"/>
      </w:pPr>
      <w:r>
        <w:t>یہ آج کی بات کر رہا ہوں آج کی آج صبح کی بات۔ کہ مجھے یاد آیا کہ آپا سے کسی نے ایسے ٹیلی فون پر کہا تھا</w:t>
      </w:r>
    </w:p>
    <w:p>
      <w:r>
        <w:rPr>
          <w:b/>
        </w:rPr>
        <w:t xml:space="preserve">[04:56] </w:t>
      </w:r>
      <w:r>
        <w:t>tum jahannum mein jaoge.</w:t>
      </w:r>
    </w:p>
    <w:p>
      <w:pPr>
        <w:jc w:val="right"/>
      </w:pPr>
      <w:r>
        <w:t>تم جہنم میں جاؤ گے۔</w:t>
      </w:r>
    </w:p>
    <w:p>
      <w:r>
        <w:rPr>
          <w:b/>
        </w:rPr>
        <w:t xml:space="preserve">[05:05] </w:t>
      </w:r>
      <w:r>
        <w:t>to zahir hai keh yeh bohat ghusse ki baat hai. koi bhi shakhs ghussa ho jayega. to main ghussa nahi hua. maine yeh dua ki keh khudaaya is shakhs ne mere bare mein aisa jo kaha to main usko maaf karta hoon.</w:t>
      </w:r>
    </w:p>
    <w:p>
      <w:pPr>
        <w:jc w:val="right"/>
      </w:pPr>
      <w:r>
        <w:t>تو ظاہر ہے کہ یہ بہت غصے کی بات ہے۔ کوئی بھی شخص غصہ ہو جائے گا۔ تو میں غصہ نہیں ہوا۔ میں نے یہ دعا کی کہ خدایا اس شخص نے میرے بارے میں ایسا جو کہا تو میں اس کو معاف کرتا ہوں۔</w:t>
      </w:r>
    </w:p>
    <w:p>
      <w:r>
        <w:rPr>
          <w:b/>
        </w:rPr>
        <w:t xml:space="preserve">[05:21] </w:t>
      </w:r>
      <w:r>
        <w:t>aur koi amal mere paas nahi hai. to to meri isi maafi ko mere liye amal bana de aur meri jannat muqaddar kar de.</w:t>
      </w:r>
    </w:p>
    <w:p>
      <w:pPr>
        <w:jc w:val="right"/>
      </w:pPr>
      <w:r>
        <w:t>اور کوئی عمل میرے پاس نہیں ہے۔ تو تو میری اسی معافی کو میرے لیے عمل بنا دے اور میری جنت مقدر کر دے۔</w:t>
      </w:r>
    </w:p>
    <w:p>
      <w:r>
        <w:rPr>
          <w:b/>
        </w:rPr>
        <w:t xml:space="preserve">[05:36] </w:t>
      </w:r>
      <w:r>
        <w:t>main dekhiye sab se aasan. is mein karna kuch hai nahi aap ko. sirf dil se is aadmi ko khair khwah ban jana hai.</w:t>
      </w:r>
    </w:p>
    <w:p>
      <w:pPr>
        <w:jc w:val="right"/>
      </w:pPr>
      <w:r>
        <w:t>میں دیکھیے سب سے آسان۔ اس میں کرنا کچھ ہے نہیں آپ کو۔ صرف دل سے اس آدمی کو خیر خواہ بن جانا ہے۔</w:t>
      </w:r>
    </w:p>
    <w:p>
      <w:r>
        <w:rPr>
          <w:b/>
        </w:rPr>
        <w:t xml:space="preserve">[05:48] </w:t>
      </w:r>
      <w:r>
        <w:t>aur to kuch karna nahi hai. main to samajhta hoon is se zyada aasan to koi hai nahi. hain</w:t>
      </w:r>
    </w:p>
    <w:p>
      <w:pPr>
        <w:jc w:val="right"/>
      </w:pPr>
      <w:r>
        <w:t>اور تو کچھ کرنا نہیں ہے۔ میں تو سمجھتا ہوں اس سے زیادہ آسان تو کوئی ہے نہیں۔ ہیں</w:t>
      </w:r>
    </w:p>
    <w:p>
      <w:r>
        <w:rPr>
          <w:b/>
        </w:rPr>
        <w:t xml:space="preserve">[05:58] </w:t>
      </w:r>
      <w:r>
        <w:t>walafina al-nas. ji ji walafina al-nas. wal-kazib al-ghayb walafina al-nas.</w:t>
      </w:r>
    </w:p>
    <w:p>
      <w:pPr>
        <w:jc w:val="right"/>
      </w:pPr>
      <w:r>
        <w:t>ولافینا الناس۔ جی جی ولافینا الناس۔ والکاذ ابن الغیب ولافینا الناس۔</w:t>
      </w:r>
    </w:p>
    <w:p>
      <w:r>
        <w:rPr>
          <w:b/>
        </w:rPr>
        <w:t xml:space="preserve">[06:09] </w:t>
      </w:r>
      <w:r>
        <w:t>to is se aasan kya hai? dil hi dil mein to aap ko apne dil ko positive bana lena hai. yeh to karna hai.</w:t>
      </w:r>
    </w:p>
    <w:p>
      <w:pPr>
        <w:jc w:val="right"/>
      </w:pPr>
      <w:r>
        <w:t>تو اس سے آسان کیا ہے؟ دل ہی دل میں تو آپ کو اپنے دل کو پازیٹیو بنا لینا ہے۔ یہ تو کرنا ہے۔</w:t>
      </w:r>
    </w:p>
    <w:p>
      <w:r>
        <w:rPr>
          <w:b/>
        </w:rPr>
        <w:t xml:space="preserve">[06:19] </w:t>
      </w:r>
      <w:r>
        <w:t>apne dil ko positive bana lijiye. ek paisa kharch nahi karna hai. hain</w:t>
      </w:r>
    </w:p>
    <w:p>
      <w:pPr>
        <w:jc w:val="right"/>
      </w:pPr>
      <w:r>
        <w:t>اپنے دل کو پازیٹیو بنا لیجئے۔ ایک پیسہ خرچ نہیں کرنا ہے۔ ہیں</w:t>
      </w:r>
    </w:p>
    <w:p>
      <w:r>
        <w:rPr>
          <w:b/>
        </w:rPr>
        <w:t xml:space="preserve">[06:31] </w:t>
      </w:r>
      <w:r>
        <w:t>to aaj ka meri daryaft yeh hai keh jannat ka sab se aasan ticket yahi hai.</w:t>
      </w:r>
    </w:p>
    <w:p>
      <w:pPr>
        <w:jc w:val="right"/>
      </w:pPr>
      <w:r>
        <w:t>تو آج کا میری دریافت یہ ہے کہ جنت کا سب سے آسان ٹکٹ یہی ہے۔</w:t>
      </w:r>
    </w:p>
    <w:p>
      <w:r>
        <w:rPr>
          <w:b/>
        </w:rPr>
        <w:t xml:space="preserve">[06:42] </w:t>
      </w:r>
      <w:r>
        <w:t>keh maaf karo tum ko maaf kiya jayega. is se zyada sakht koi baat nahi ho sakti. ji wah koi kahe keh tum jahannum mein</w:t>
      </w:r>
    </w:p>
    <w:p>
      <w:pPr>
        <w:jc w:val="right"/>
      </w:pPr>
      <w:r>
        <w:t>کہ معاف کرو تم کو معاف کیا جائے گا۔ اس سے زیادہ سخت کوئی بات نہیں ہو سکتی۔ جی واہ کوئی کہے کہ تم جہنم میں</w:t>
      </w:r>
    </w:p>
    <w:p>
      <w:r>
        <w:rPr>
          <w:b/>
        </w:rPr>
        <w:t xml:space="preserve">[06:50] </w:t>
      </w:r>
      <w:r>
        <w:t>jaoge. aakhri baat hai. aakhri baat hai. ji to main zara bhi ghussa nahi hua. zara bhi ghussa nahi hua.</w:t>
      </w:r>
    </w:p>
    <w:p>
      <w:pPr>
        <w:jc w:val="right"/>
      </w:pPr>
      <w:r>
        <w:t>جاؤ گے۔ آخری بات ہے۔ آخری بات ہے۔ جی تو میں ذرا بھی غصہ نہیں ہوا۔ ذرا بھی غصہ نہیں ہوا۔</w:t>
      </w:r>
    </w:p>
    <w:p>
      <w:r>
        <w:rPr>
          <w:b/>
        </w:rPr>
        <w:t xml:space="preserve">[07:02] </w:t>
      </w:r>
      <w:r>
        <w:t>kyunkeh usool isi usool ko pakad liya maine. sahi jo bara acha mauqa de diya us ne. us aadmi ne mujhe mauqa de diya keh jannat ka ticket paane ka.</w:t>
      </w:r>
    </w:p>
    <w:p>
      <w:pPr>
        <w:jc w:val="right"/>
      </w:pPr>
      <w:r>
        <w:t>کیونکہ اصول اسی اصول کو پکڑ لیا میں نے۔ صحیح جو بڑا اچھا موقع دے دیا اس نے۔ اس آدمی نے مجھے موقع دے دیا کہ جنت کا ٹکٹ پانے کا۔</w:t>
      </w:r>
    </w:p>
    <w:p>
      <w:r>
        <w:rPr>
          <w:b/>
        </w:rPr>
        <w:t xml:space="preserve">[07:15] </w:t>
      </w:r>
      <w:r>
        <w:t>mujhe bataiye sahib is hadith ka hawala</w:t>
      </w:r>
    </w:p>
    <w:p>
      <w:pPr>
        <w:jc w:val="right"/>
      </w:pPr>
      <w:r>
        <w:t>مجھے بتائیے صاحب اس حدیث کا حوالہ</w:t>
      </w:r>
    </w:p>
    <w:p>
      <w:r>
        <w:rPr>
          <w:b/>
        </w:rPr>
        <w:t xml:space="preserve">[07:17] </w:t>
      </w:r>
      <w:r>
        <w:t>. An Abdullah Ibn Umar qala qala Rasool Allah S.A.W. Al-Rahimoon yerhamoon</w:t>
      </w:r>
    </w:p>
    <w:p>
      <w:pPr>
        <w:jc w:val="right"/>
      </w:pPr>
      <w:r>
        <w:t>۔ عن عبداللہ ابن عمر قال قال رسول اللہ صلی اللہ علیہ وسلم الراحمونیرحمہم</w:t>
      </w:r>
    </w:p>
    <w:p>
      <w:r>
        <w:rPr>
          <w:b/>
        </w:rPr>
        <w:t xml:space="preserve">[07:23] </w:t>
      </w:r>
      <w:r>
        <w:t>Al-Rahman irham man fil ardh yerhamakum man fis samai</w:t>
      </w:r>
    </w:p>
    <w:p>
      <w:pPr>
        <w:jc w:val="right"/>
      </w:pPr>
      <w:r>
        <w:t>الرحمن ارحم من فی الارضیرحمکم من فی السمائی</w:t>
      </w:r>
    </w:p>
    <w:p>
      <w:r>
        <w:rPr>
          <w:b/>
        </w:rPr>
        <w:t xml:space="preserve">[07:28] </w:t>
      </w:r>
      <w:r>
        <w:t>Abdullah bin Umar kehte hain ke Rasool Allah S.A.W. ne kaha</w:t>
      </w:r>
    </w:p>
    <w:p>
      <w:pPr>
        <w:jc w:val="right"/>
      </w:pPr>
      <w:r>
        <w:t>عبداللہ بن عمر کہتے ہیں کہ رسول اللہ صلی اللہ علیہ وسلم نے کہا</w:t>
      </w:r>
    </w:p>
    <w:p>
      <w:r>
        <w:rPr>
          <w:b/>
        </w:rPr>
        <w:t xml:space="preserve">[07:33] </w:t>
      </w:r>
      <w:r>
        <w:t>reham karne wale un par Rahman reham karta hai reham karo un par jo zameen mein hain tum</w:t>
      </w:r>
    </w:p>
    <w:p>
      <w:pPr>
        <w:jc w:val="right"/>
      </w:pPr>
      <w:r>
        <w:t>رحم کرنے والے ان پر رحمان رحم کرتا ہے رحم کرو ان پر جو زمین میں ہیں تم</w:t>
      </w:r>
    </w:p>
    <w:p>
      <w:r>
        <w:rPr>
          <w:b/>
        </w:rPr>
        <w:t xml:space="preserve">[07:40] </w:t>
      </w:r>
      <w:r>
        <w:t>par woh reham kare ga jo asman mein hain</w:t>
      </w:r>
    </w:p>
    <w:p>
      <w:pPr>
        <w:jc w:val="right"/>
      </w:pPr>
      <w:r>
        <w:t>پر وہ رحم کرے گا جو اسمان میں ہیں</w:t>
      </w:r>
    </w:p>
    <w:p>
      <w:r>
        <w:rPr>
          <w:b/>
        </w:rPr>
        <w:t xml:space="preserve">[07:44] </w:t>
      </w:r>
      <w:r>
        <w:t>Jamiat Tirmizi Hadees Number 1924</w:t>
      </w:r>
    </w:p>
    <w:p>
      <w:pPr>
        <w:jc w:val="right"/>
      </w:pPr>
      <w:r>
        <w:t>جامعہ ترمذی حدیث نمبر 1924</w:t>
      </w:r>
    </w:p>
    <w:p>
      <w:r>
        <w:rPr>
          <w:b/>
        </w:rPr>
        <w:t xml:space="preserve">[07:47] </w:t>
      </w:r>
      <w:r>
        <w:t>Maulana bilkul sahi baat hai ke</w:t>
      </w:r>
    </w:p>
    <w:p>
      <w:pPr>
        <w:jc w:val="right"/>
      </w:pPr>
      <w:r>
        <w:t>مولانا بالکل صحیح بات ہے کہ</w:t>
      </w:r>
    </w:p>
    <w:p>
      <w:r>
        <w:rPr>
          <w:b/>
        </w:rPr>
        <w:t xml:space="preserve">[07:51] </w:t>
      </w:r>
      <w:r>
        <w:t>maaf karo to maaf Allah taala maaf de ga yeh bilkul sahi baat hai kyunke is hadees ke</w:t>
      </w:r>
    </w:p>
    <w:p>
      <w:pPr>
        <w:jc w:val="right"/>
      </w:pPr>
      <w:r>
        <w:t>معاف کرو تو معاف اللہ تعالی معافی دے گا یہ بالکل صحیح بات ہے کیونکہ اس حدیث کے</w:t>
      </w:r>
    </w:p>
    <w:p>
      <w:r>
        <w:rPr>
          <w:b/>
        </w:rPr>
        <w:t xml:space="preserve">[07:56] </w:t>
      </w:r>
      <w:r>
        <w:t>ilaawa aur bhi doosri hadees hain jis se maloom hota hai ke qayamat ke din</w:t>
      </w:r>
    </w:p>
    <w:p>
      <w:pPr>
        <w:jc w:val="right"/>
      </w:pPr>
      <w:r>
        <w:t>علاوہ اور بھی دوسری حدیث ہیں جس سے معلوم ہوتا ہے کہ قیامت کے دن</w:t>
      </w:r>
    </w:p>
    <w:p>
      <w:r>
        <w:rPr>
          <w:b/>
        </w:rPr>
        <w:t xml:space="preserve">[08:03] </w:t>
      </w:r>
      <w:r>
        <w:t>aik</w:t>
      </w:r>
    </w:p>
    <w:p>
      <w:pPr>
        <w:jc w:val="right"/>
      </w:pPr>
      <w:r>
        <w:t>ایک</w:t>
      </w:r>
    </w:p>
    <w:p>
      <w:r>
        <w:rPr>
          <w:b/>
        </w:rPr>
        <w:t xml:space="preserve">[08:03] </w:t>
      </w:r>
      <w:r>
        <w:t>aadmi aaye ga is ke paas neki kuch bhi nahi hogi</w:t>
      </w:r>
    </w:p>
    <w:p>
      <w:pPr>
        <w:jc w:val="right"/>
      </w:pPr>
      <w:r>
        <w:t>آدمی آئے گا اس کے پاس نیکی کچھ بھی نہیں ہوگی</w:t>
      </w:r>
    </w:p>
    <w:p>
      <w:r>
        <w:rPr>
          <w:b/>
        </w:rPr>
        <w:t xml:space="preserve">[08:07] </w:t>
      </w:r>
      <w:r>
        <w:t>to Allah ke farishtey is se poochein ge ke tumhare paas kuch hai neki to woh kahe ga</w:t>
      </w:r>
    </w:p>
    <w:p>
      <w:pPr>
        <w:jc w:val="right"/>
      </w:pPr>
      <w:r>
        <w:t>تو اللہ کے فرشتے اس سے پوچھیں گے کہ تمہارے پاس کچھ ہے نیکی تو وہ کہے گا</w:t>
      </w:r>
    </w:p>
    <w:p>
      <w:r>
        <w:rPr>
          <w:b/>
        </w:rPr>
        <w:t xml:space="preserve">[08:13] </w:t>
      </w:r>
      <w:r>
        <w:t>kuch bhi nahi nahi hai siwaye is ke ke main dekhta tha ke kuch log mushkil mein hain</w:t>
      </w:r>
    </w:p>
    <w:p>
      <w:pPr>
        <w:jc w:val="right"/>
      </w:pPr>
      <w:r>
        <w:t>کچھ بھی نہیں نہیں ہے سوائے اس کے کہ میں دیکھتا تھا کہ کچھ لوگ مشکل میں ہیں</w:t>
      </w:r>
    </w:p>
    <w:p>
      <w:r>
        <w:rPr>
          <w:b/>
        </w:rPr>
        <w:t xml:space="preserve">[08:17] </w:t>
      </w:r>
      <w:r>
        <w:t>to main us ko maaf kar diya karta tha</w:t>
      </w:r>
    </w:p>
    <w:p>
      <w:pPr>
        <w:jc w:val="right"/>
      </w:pPr>
      <w:r>
        <w:t>تو میں اس کو معاف کر دیا کرتا تھا</w:t>
      </w:r>
    </w:p>
    <w:p>
      <w:r>
        <w:rPr>
          <w:b/>
        </w:rPr>
        <w:t xml:space="preserve">[08:20] </w:t>
      </w:r>
      <w:r>
        <w:t>to woh kahe ga ke jab tum aisa kiye to tum se barh kar main hoon to is</w:t>
      </w:r>
    </w:p>
    <w:p>
      <w:pPr>
        <w:jc w:val="right"/>
      </w:pPr>
      <w:r>
        <w:t>تو وہ کہے گا کہ جب تم ایسا کیے تو تم سے بڑھ کر میں ہوں تو اس</w:t>
      </w:r>
    </w:p>
    <w:p>
      <w:r>
        <w:rPr>
          <w:b/>
        </w:rPr>
        <w:t xml:space="preserve">[08:25] </w:t>
      </w:r>
      <w:r>
        <w:t>ke baad Allah taala un ko maaf de de ga</w:t>
      </w:r>
    </w:p>
    <w:p>
      <w:pPr>
        <w:jc w:val="right"/>
      </w:pPr>
      <w:r>
        <w:t>کے بعد اللہ تعالی ان کو معافی دے دے گا</w:t>
      </w:r>
    </w:p>
    <w:p>
      <w:r>
        <w:rPr>
          <w:b/>
        </w:rPr>
        <w:t xml:space="preserve">[08:29] </w:t>
      </w:r>
      <w:r>
        <w:t>to yeh tamam cheezein batati hain ke bilkul yaqeen cheez hai ke hum hamare liye sab se aasan</w:t>
      </w:r>
    </w:p>
    <w:p>
      <w:pPr>
        <w:jc w:val="right"/>
      </w:pPr>
      <w:r>
        <w:t>تو یہ تمام چیزیں بتاتی ہیں کہ بالکل یقینی چیز ہے کہ ہم ہمارے لیے سب سے آسان</w:t>
      </w:r>
    </w:p>
    <w:p>
      <w:r>
        <w:rPr>
          <w:b/>
        </w:rPr>
        <w:t xml:space="preserve">[08:34] </w:t>
      </w:r>
      <w:r>
        <w:t>rasta jo jannat mein jaane ka woh yahi hai ke aik psychological cheez hoti hai ke kisi ke</w:t>
      </w:r>
    </w:p>
    <w:p>
      <w:pPr>
        <w:jc w:val="right"/>
      </w:pPr>
      <w:r>
        <w:t>راستہ جو جنت میں جانے کا وہ یہی ہے کہ ایک سائیکلوجیکل چیز ہوتی ہے کہ کسی کے</w:t>
      </w:r>
    </w:p>
    <w:p>
      <w:r>
        <w:rPr>
          <w:b/>
        </w:rPr>
        <w:t xml:space="preserve">[08:41] </w:t>
      </w:r>
      <w:r>
        <w:t>baaton ko sun kar hum ko ghussa aa jaye us ko psychologically hi hum us ko khatam kar</w:t>
      </w:r>
    </w:p>
    <w:p>
      <w:pPr>
        <w:jc w:val="right"/>
      </w:pPr>
      <w:r>
        <w:t>باتوں کو سن کر ہم کو غصہ آ جائے اس کو سائیکلوجیکلی ہی ہم اس کو ختم کر</w:t>
      </w:r>
    </w:p>
    <w:p>
      <w:r>
        <w:rPr>
          <w:b/>
        </w:rPr>
        <w:t xml:space="preserve">[08:46] </w:t>
      </w:r>
      <w:r>
        <w:t>dein to is se aasan koi doosra rasta nahi hai</w:t>
      </w:r>
    </w:p>
    <w:p>
      <w:pPr>
        <w:jc w:val="right"/>
      </w:pPr>
      <w:r>
        <w:t>دیں تو اس سے آسان کوئی دوسرا راستہ نہیں ہے</w:t>
      </w:r>
    </w:p>
    <w:p>
      <w:r>
        <w:rPr>
          <w:b/>
        </w:rPr>
        <w:t xml:space="preserve">[08:50] </w:t>
      </w:r>
      <w:r>
        <w:t>dekhiye maaf karne ka matlab nahi hai keh zuban se bol diya harghiz nahi zuban se bol diya us ko woh to lip service hai dil mein mukammal taur par us ke bare mein manfi jazbat bilkul ko khatam kar dena mukammal taur par erase kar dena mukammal taur par delete kya kehte hain</w:t>
      </w:r>
    </w:p>
    <w:p>
      <w:pPr>
        <w:jc w:val="right"/>
      </w:pPr>
      <w:r>
        <w:t>دیکھیے معاف کرنے کا مطلب نہیں ہے کہ زبان سے بول دیا ہرگز نہیں زبان سے بول دیا اس کو وہ تو لپ سروس ہے دل میں مکمل طور پر اس کے بارے میں منفی جذبات بالکل کو ختم کر دینا مکمل طور پر ایریس کر دینا مکمل طور پر ڈیل کیا کہتے ہیں</w:t>
      </w:r>
    </w:p>
    <w:p>
      <w:r>
        <w:rPr>
          <w:b/>
        </w:rPr>
        <w:t xml:space="preserve">[09:19] </w:t>
      </w:r>
      <w:r>
        <w:t>delete karna delete karna mukammal taur par zara bhi uska shosha bhi baqi na rahe dil se burfi jazbat ko mukammal taur par delete kar dena</w:t>
      </w:r>
    </w:p>
    <w:p>
      <w:pPr>
        <w:jc w:val="right"/>
      </w:pPr>
      <w:r>
        <w:t>ڈیلیٹ ڈیلیٹ کرنا ڈیلیٹ کرنا مکمل طور پر ذرا بھی اس کا شوشہ بھی باقی نہ رہے دل سے برفی جذبات کو مکمل طور پر ڈیلیٹ کر دینا</w:t>
      </w:r>
    </w:p>
    <w:p>
      <w:r>
        <w:rPr>
          <w:b/>
        </w:rPr>
        <w:t xml:space="preserve">[09:37] </w:t>
      </w:r>
      <w:r>
        <w:t>matlab sirf munh se bol dena woh kuch kuch bhi nothing hai</w:t>
      </w:r>
    </w:p>
    <w:p>
      <w:pPr>
        <w:jc w:val="right"/>
      </w:pPr>
      <w:r>
        <w:t>مطلب صرف منہ سے بول دینا وہ کچھ کچھ بھی نتھنگ ہے</w:t>
      </w:r>
    </w:p>
    <w:p>
      <w:r>
        <w:rPr>
          <w:b/>
        </w:rPr>
        <w:t xml:space="preserve">[09:42] </w:t>
      </w:r>
      <w:r>
        <w:t>Maulana isi hadith ko rakh kar mujhe ek baat yaad aayi ek baat kehna chahunga keh jab hum kisi bande ko maaf karte hain to hum Khuda ke samne yeh keh sakte hain keh main ek ajeez aur kamzor banda reh kar main ek aur bande ko maaf kar sakta hoon to to itna azeem aur raheem ho kar to mujhe kaise maaf nahi kar sakta</w:t>
      </w:r>
    </w:p>
    <w:p>
      <w:pPr>
        <w:jc w:val="right"/>
      </w:pPr>
      <w:r>
        <w:t>مولانا اسی حدیث کو رکھ کر مجھے ایک بات یاد آئی ایک بات کہنا چاہوں گا کہ جب ہم کسی بندے کو معاف کرتے ہیں تو ہم خدا کے سامنے یہ کہہ سکتے ہیں کہ میں ایک عاجز اور کمزور بندہ رہ کر میں ایک اور بندے کو معاف کر سکتا ہوں تو تو اتنا عظیم اور رحیم ہو کر تو مجھے کیسے معاف نہیں کر سکتا</w:t>
      </w:r>
    </w:p>
    <w:p>
      <w:r>
        <w:rPr>
          <w:b/>
        </w:rPr>
        <w:t xml:space="preserve">[10:05] </w:t>
      </w:r>
      <w:r>
        <w:t>Masha Allah Iqbal Umri</w:t>
      </w:r>
    </w:p>
    <w:p>
      <w:pPr>
        <w:jc w:val="right"/>
      </w:pPr>
      <w:r>
        <w:t>ماشاءاللہ اقبال عمری</w:t>
      </w:r>
    </w:p>
    <w:p>
      <w:r>
        <w:rPr>
          <w:b/>
        </w:rPr>
        <w:t xml:space="preserve">[10:09] </w:t>
      </w:r>
      <w:r>
        <w:t>Maulana aam taur se seerat ka aik waqia hai us ko bohat zyada misuse kiya jata hai</w:t>
      </w:r>
    </w:p>
    <w:p>
      <w:pPr>
        <w:jc w:val="right"/>
      </w:pPr>
      <w:r>
        <w:t>مولانا عام طور سے سیرت کا ایک واقعہ ہے اس کو بہت زیادہ مس یوز کیا جاتا ہے</w:t>
      </w:r>
    </w:p>
    <w:p>
      <w:r>
        <w:rPr>
          <w:b/>
        </w:rPr>
        <w:t xml:space="preserve">[10:15] </w:t>
      </w:r>
      <w:r>
        <w:t>woh abu jandal ka model</w:t>
      </w:r>
    </w:p>
    <w:p>
      <w:pPr>
        <w:jc w:val="right"/>
      </w:pPr>
      <w:r>
        <w:t>وہ ابو جندل کا ماڈل</w:t>
      </w:r>
    </w:p>
    <w:p>
      <w:r>
        <w:rPr>
          <w:b/>
        </w:rPr>
        <w:t xml:space="preserve">[10:19] </w:t>
      </w:r>
      <w:r>
        <w:t>madine mein abu jandal ne sulah hudaybiya ke baad aik</w:t>
      </w:r>
    </w:p>
    <w:p>
      <w:pPr>
        <w:jc w:val="right"/>
      </w:pPr>
      <w:r>
        <w:t>مدینے میں ابو جندل نے صلح حدیبیہ کے بعد ایک</w:t>
      </w:r>
    </w:p>
    <w:p>
      <w:r>
        <w:rPr>
          <w:b/>
        </w:rPr>
        <w:t xml:space="preserve">[10:25] </w:t>
      </w:r>
      <w:r>
        <w:t>alag se aik aik muhaaz khola tha toh us ke baray mein yeh kaha jata hai ke rasool</w:t>
      </w:r>
    </w:p>
    <w:p>
      <w:pPr>
        <w:jc w:val="right"/>
      </w:pPr>
      <w:r>
        <w:t>الگ سے ایک ایک محاذ کھولا تھا تو اس کے بارے میں یہ کہا جاتا ہے کہ رسول</w:t>
      </w:r>
    </w:p>
    <w:p>
      <w:r>
        <w:rPr>
          <w:b/>
        </w:rPr>
        <w:t xml:space="preserve">[10:32] </w:t>
      </w:r>
      <w:r>
        <w:t>Allah ne un ko</w:t>
      </w:r>
    </w:p>
    <w:p>
      <w:pPr>
        <w:jc w:val="right"/>
      </w:pPr>
      <w:r>
        <w:t>اللہ نے ان کو</w:t>
      </w:r>
    </w:p>
    <w:p>
      <w:r>
        <w:rPr>
          <w:b/>
        </w:rPr>
        <w:t xml:space="preserve">[10:35] </w:t>
      </w:r>
      <w:r>
        <w:t>roka nahi ya un ke baray mein kuch negative remark nahi diya</w:t>
      </w:r>
    </w:p>
    <w:p>
      <w:pPr>
        <w:jc w:val="right"/>
      </w:pPr>
      <w:r>
        <w:t>روکا نہیں یا ان کے بارے میں کچھ نیگیٹیو ریمارک نہیں دیا</w:t>
      </w:r>
    </w:p>
    <w:p>
      <w:r>
        <w:rPr>
          <w:b/>
        </w:rPr>
        <w:t xml:space="preserve">[10:41] </w:t>
      </w:r>
      <w:r>
        <w:t>toh is liye woh bhi jo hai na</w:t>
      </w:r>
    </w:p>
    <w:p>
      <w:pPr>
        <w:jc w:val="right"/>
      </w:pPr>
      <w:r>
        <w:t>تو اس لیے وہ بھی جو ہے نا</w:t>
      </w:r>
    </w:p>
    <w:p>
      <w:r>
        <w:rPr>
          <w:b/>
        </w:rPr>
        <w:t xml:space="preserve">[10:45] </w:t>
      </w:r>
      <w:r>
        <w:t>aisa hai na NGOs ke liye aik daleel ban jati hai ke woh agar chahein toh</w:t>
      </w:r>
    </w:p>
    <w:p>
      <w:pPr>
        <w:jc w:val="right"/>
      </w:pPr>
      <w:r>
        <w:t>ایسا ہے نا این جی اوز کے لیے ایک دلیل بن جاتی ہے کہ وہ اگر چاہیں تو</w:t>
      </w:r>
    </w:p>
    <w:p>
      <w:r>
        <w:rPr>
          <w:b/>
        </w:rPr>
        <w:t xml:space="preserve">[10:50] </w:t>
      </w:r>
      <w:r>
        <w:t>kisi bhi</w:t>
      </w:r>
    </w:p>
    <w:p>
      <w:pPr>
        <w:jc w:val="right"/>
      </w:pPr>
      <w:r>
        <w:t>کسی بھی</w:t>
      </w:r>
    </w:p>
    <w:p>
      <w:r>
        <w:rPr>
          <w:b/>
        </w:rPr>
        <w:t xml:space="preserve">[10:51] </w:t>
      </w:r>
      <w:r>
        <w:t>ke kisi ke khilaf bhi mahaz kholen</w:t>
      </w:r>
    </w:p>
    <w:p>
      <w:pPr>
        <w:jc w:val="right"/>
      </w:pPr>
      <w:r>
        <w:t>کے کسی کے خلاف بھی محاذ کھولیں</w:t>
      </w:r>
    </w:p>
    <w:p>
      <w:r>
        <w:rPr>
          <w:b/>
        </w:rPr>
        <w:t xml:space="preserve">[10:54] </w:t>
      </w:r>
      <w:r>
        <w:t>Allah jo log aisa kehte hain woh sab sab se pehle pakar jayenge woh</w:t>
      </w:r>
    </w:p>
    <w:p>
      <w:pPr>
        <w:jc w:val="right"/>
      </w:pPr>
      <w:r>
        <w:t>اللہ جو لوگ ایسا کہتے ہیں وہ سب سب سے پہلے پکڑ جائیں گے وہ</w:t>
      </w:r>
    </w:p>
    <w:p>
      <w:r>
        <w:rPr>
          <w:b/>
        </w:rPr>
        <w:t xml:space="preserve">[11:00] </w:t>
      </w:r>
      <w:r>
        <w:t>dekhein yeh kaam kabhi nahi karna chahiye ke Quran Hadees ko</w:t>
      </w:r>
    </w:p>
    <w:p>
      <w:pPr>
        <w:jc w:val="right"/>
      </w:pPr>
      <w:r>
        <w:t>دیکھیں یہ کام کبھی نہیں کرنا چاہیے کہ قرآن حدیث کو</w:t>
      </w:r>
    </w:p>
    <w:p>
      <w:r>
        <w:rPr>
          <w:b/>
        </w:rPr>
        <w:t xml:space="preserve">[11:05] </w:t>
      </w:r>
      <w:r>
        <w:t>apni khwahishat ke mutabiq utha lein aap yeh kabhi nahi kijiye</w:t>
      </w:r>
    </w:p>
    <w:p>
      <w:pPr>
        <w:jc w:val="right"/>
      </w:pPr>
      <w:r>
        <w:t>اپنی خواہشات کے مطابق اٹھا لیں آپ یہ کبھی نہیں کیجئے</w:t>
      </w:r>
    </w:p>
    <w:p>
      <w:r>
        <w:rPr>
          <w:b/>
        </w:rPr>
        <w:t xml:space="preserve">[11:12] </w:t>
      </w:r>
      <w:r>
        <w:t>yani apne andar aik jhooti woh hai</w:t>
      </w:r>
    </w:p>
    <w:p>
      <w:pPr>
        <w:jc w:val="right"/>
      </w:pPr>
      <w:r>
        <w:t>یعنی اپنے اندر ایک جھوٹی وہ ہے</w:t>
      </w:r>
    </w:p>
    <w:p>
      <w:r>
        <w:rPr>
          <w:b/>
        </w:rPr>
        <w:t xml:space="preserve">[11:17] </w:t>
      </w:r>
      <w:r>
        <w:t>maghrib ke khilaf nafrat</w:t>
      </w:r>
    </w:p>
    <w:p>
      <w:pPr>
        <w:jc w:val="right"/>
      </w:pPr>
      <w:r>
        <w:t>مغرب کے خلاف نفرت</w:t>
      </w:r>
    </w:p>
    <w:p>
      <w:r>
        <w:rPr>
          <w:b/>
        </w:rPr>
        <w:t xml:space="preserve">[11:20] </w:t>
      </w:r>
      <w:r>
        <w:t>aik gunah gunah mein samajhta hoon is ko nafrat</w:t>
      </w:r>
    </w:p>
    <w:p>
      <w:pPr>
        <w:jc w:val="right"/>
      </w:pPr>
      <w:r>
        <w:t>ایک گناہ گناہ میں سمجھتا ہوں اس کو نفرت</w:t>
      </w:r>
    </w:p>
    <w:p>
      <w:r>
        <w:rPr>
          <w:b/>
        </w:rPr>
        <w:t xml:space="preserve">[11:25] </w:t>
      </w:r>
      <w:r>
        <w:t>kyun ke maghrib ne hi toh sab kuch diya hai aap ko</w:t>
      </w:r>
    </w:p>
    <w:p>
      <w:pPr>
        <w:jc w:val="right"/>
      </w:pPr>
      <w:r>
        <w:t>کیونکہ مغرب نے ہی تو سب کچھ دیا ہے آپ کو</w:t>
      </w:r>
    </w:p>
    <w:p>
      <w:r>
        <w:rPr>
          <w:b/>
        </w:rPr>
        <w:t xml:space="preserve">[11:31] </w:t>
      </w:r>
      <w:r>
        <w:t>saheeh aap bol rahe hain hamari baat record ho rahi hai said Allah puhanch rahi hai yeh maghrib</w:t>
      </w:r>
    </w:p>
    <w:p>
      <w:pPr>
        <w:jc w:val="right"/>
      </w:pPr>
      <w:r>
        <w:t>صحیح آپ بول رہے ہیں ہماری بات ریکارڈ ہو رہی ہے سائید اللہ پہنچ رہی ہے یہ مغرب</w:t>
      </w:r>
    </w:p>
    <w:p>
      <w:r>
        <w:rPr>
          <w:b/>
        </w:rPr>
        <w:t xml:space="preserve">[11:35] </w:t>
      </w:r>
      <w:r>
        <w:t>ne diya hai kis ne diya hai is ko</w:t>
      </w:r>
    </w:p>
    <w:p>
      <w:pPr>
        <w:jc w:val="right"/>
      </w:pPr>
      <w:r>
        <w:t>نے دیا ہے کس نے دیا ہے اس کو</w:t>
      </w:r>
    </w:p>
    <w:p>
      <w:r>
        <w:rPr>
          <w:b/>
        </w:rPr>
        <w:t xml:space="preserve">[11:44] </w:t>
      </w:r>
      <w:r>
        <w:t>jitni bhi cheezein is daur mein hain chahe woh Arab istemal kar raha ho ya non Arab Arab Arabon ke sare yani jo hai woh tel ki badolat hai aur tel jo hai from one to zed maghrib ki den hai</w:t>
      </w:r>
    </w:p>
    <w:p>
      <w:pPr>
        <w:jc w:val="right"/>
      </w:pPr>
      <w:r>
        <w:t>جتنی بھی چیزیں اس دور میں ہیں چاہے وہ عرب استعمال کر رہا ہوں یا نان عرب عرب عربوں کے سارے یعنی جو ہے وہ تیل کی بدولت ہے اور تیل جو ہے فرام ون ٹو زیڈ مغرب کی دین ہے</w:t>
      </w:r>
    </w:p>
    <w:p>
      <w:r>
        <w:rPr>
          <w:b/>
        </w:rPr>
        <w:t xml:space="preserve">[12:11] </w:t>
      </w:r>
      <w:r>
        <w:t>yani kitna bara kaam kiya hai maghrib ne</w:t>
      </w:r>
    </w:p>
    <w:p>
      <w:pPr>
        <w:jc w:val="right"/>
      </w:pPr>
      <w:r>
        <w:t>یعنی کتنا بڑا کام کیا ہے مغرب نے</w:t>
      </w:r>
    </w:p>
    <w:p>
      <w:r>
        <w:rPr>
          <w:b/>
        </w:rPr>
        <w:t xml:space="preserve">[12:16] </w:t>
      </w:r>
      <w:r>
        <w:t>ke tail jo hazaron saal se zameen mein chupa hua tha koi janta bhi nahi tha ke dareen</w:t>
      </w:r>
    </w:p>
    <w:p>
      <w:pPr>
        <w:jc w:val="right"/>
      </w:pPr>
      <w:r>
        <w:t>کہ تیل جو ہزاروں سال سے زمین میں چھپا ہوا تھا کوئی جانتا بھی نہیں تھا کہ درین</w:t>
      </w:r>
    </w:p>
    <w:p>
      <w:r>
        <w:rPr>
          <w:b/>
        </w:rPr>
        <w:t xml:space="preserve">[12:24] </w:t>
      </w:r>
      <w:r>
        <w:t>mein tail ka samandar hai unhon ne daryaft kiya aur phir unhon ne aik poori industry</w:t>
      </w:r>
    </w:p>
    <w:p>
      <w:pPr>
        <w:jc w:val="right"/>
      </w:pPr>
      <w:r>
        <w:t>میں تیل کا سمندر ہے انہوں نے دریافت کیا اور پھر انہوں نے ایک پوری انڈسٹری</w:t>
      </w:r>
    </w:p>
    <w:p>
      <w:r>
        <w:rPr>
          <w:b/>
        </w:rPr>
        <w:t xml:space="preserve">[12:35] </w:t>
      </w:r>
      <w:r>
        <w:t>develop ki jis mein yeh tail istemal ho</w:t>
      </w:r>
    </w:p>
    <w:p>
      <w:pPr>
        <w:jc w:val="right"/>
      </w:pPr>
      <w:r>
        <w:t>ڈیولپ کی جس میں یہ تیل استعمال ہو</w:t>
      </w:r>
    </w:p>
    <w:p>
      <w:r>
        <w:rPr>
          <w:b/>
        </w:rPr>
        <w:t xml:space="preserve">[12:41] </w:t>
      </w:r>
      <w:r>
        <w:t>aur phir wohi log jinhon ne daryaft kiya tha wohi is ke customer ban gaye</w:t>
      </w:r>
    </w:p>
    <w:p>
      <w:pPr>
        <w:jc w:val="right"/>
      </w:pPr>
      <w:r>
        <w:t>اور پھر وہی لوگ جنہوں نے دریافت کیا تھا وہی اس کے کسٹمر بن گئے</w:t>
      </w:r>
    </w:p>
    <w:p>
      <w:r>
        <w:rPr>
          <w:b/>
        </w:rPr>
        <w:t xml:space="preserve">[12:47] </w:t>
      </w:r>
      <w:r>
        <w:t>daryaft bhi kiya aur customer ban gaye</w:t>
      </w:r>
    </w:p>
    <w:p>
      <w:pPr>
        <w:jc w:val="right"/>
      </w:pPr>
      <w:r>
        <w:t>دریافت بھی کیا اور کسٹمر بن گئے</w:t>
      </w:r>
    </w:p>
    <w:p>
      <w:r>
        <w:rPr>
          <w:b/>
        </w:rPr>
        <w:t xml:space="preserve">[12:51] </w:t>
      </w:r>
      <w:r>
        <w:t>is ko khareeda unhon ne</w:t>
      </w:r>
    </w:p>
    <w:p>
      <w:pPr>
        <w:jc w:val="right"/>
      </w:pPr>
      <w:r>
        <w:t>اس کو خریدا انہوں نے</w:t>
      </w:r>
    </w:p>
    <w:p>
      <w:r>
        <w:rPr>
          <w:b/>
        </w:rPr>
        <w:t xml:space="preserve">[12:53] </w:t>
      </w:r>
      <w:r>
        <w:t>yani aaj agar halaf kar diya jaye</w:t>
      </w:r>
    </w:p>
    <w:p>
      <w:pPr>
        <w:jc w:val="right"/>
      </w:pPr>
      <w:r>
        <w:t>یعنی آج اگر حلف کر دیا جائے</w:t>
      </w:r>
    </w:p>
    <w:p>
      <w:r>
        <w:rPr>
          <w:b/>
        </w:rPr>
        <w:t xml:space="preserve">[12:56] </w:t>
      </w:r>
      <w:r>
        <w:t>tel ko to sare musalman arbon samait sab maflis maflis rahengay maflis kuch bhi nahi rahega</w:t>
      </w:r>
    </w:p>
    <w:p>
      <w:pPr>
        <w:jc w:val="right"/>
      </w:pPr>
      <w:r>
        <w:t>تیل کو تو سارے مسلمان عربوں سمیت سب مفلص مفلص رہیں گے مفلص کچھ بھی نہیں رہے گا</w:t>
      </w:r>
    </w:p>
    <w:p>
      <w:r>
        <w:rPr>
          <w:b/>
        </w:rPr>
        <w:t xml:space="preserve">[13:06] </w:t>
      </w:r>
      <w:r>
        <w:t>kyunke har cheez technology ki badolat hai</w:t>
      </w:r>
    </w:p>
    <w:p>
      <w:pPr>
        <w:jc w:val="right"/>
      </w:pPr>
      <w:r>
        <w:t>کیونکہ ہر چیز ٹیکنالوجی کی بدولت ہے</w:t>
      </w:r>
    </w:p>
    <w:p>
      <w:r>
        <w:rPr>
          <w:b/>
        </w:rPr>
        <w:t xml:space="preserve">[13:11] </w:t>
      </w:r>
      <w:r>
        <w:t>sar sab kuch aaj ke zamane mein jo aap ko mila hua hai wo sab technology aap log</w:t>
      </w:r>
    </w:p>
    <w:p>
      <w:pPr>
        <w:jc w:val="right"/>
      </w:pPr>
      <w:r>
        <w:t>سر سب کچھ آج کے زمانے میں جو آپ کو ملا ہوا ہے وہ سب ٹیکنالوجی آپ لوگ</w:t>
      </w:r>
    </w:p>
    <w:p>
      <w:r>
        <w:rPr>
          <w:b/>
        </w:rPr>
        <w:t xml:space="preserve">[13:16] </w:t>
      </w:r>
      <w:r>
        <w:t>yahan aaye hain safar kar ke chahe rail se aaye hon chahe jahaz hawai jahaz se aaye hon</w:t>
      </w:r>
    </w:p>
    <w:p>
      <w:pPr>
        <w:jc w:val="right"/>
      </w:pPr>
      <w:r>
        <w:t>یہاں آئے ہیں سفر کر کے چاہے ریل سے آئے ہوں چاہے جہاز ہوائی جہاز سے آئے ہوں</w:t>
      </w:r>
    </w:p>
    <w:p>
      <w:r>
        <w:rPr>
          <w:b/>
        </w:rPr>
        <w:t xml:space="preserve">[13:22] </w:t>
      </w:r>
      <w:r>
        <w:t>technology ki badolat</w:t>
      </w:r>
    </w:p>
    <w:p>
      <w:pPr>
        <w:jc w:val="right"/>
      </w:pPr>
      <w:r>
        <w:t>ٹیکنالوجی کی بدولت</w:t>
      </w:r>
    </w:p>
    <w:p>
      <w:r>
        <w:rPr>
          <w:b/>
        </w:rPr>
        <w:t xml:space="preserve">[13:25] </w:t>
      </w:r>
      <w:r>
        <w:t>aap aap sab log ki jo kamaiyan hain kahin na kahin wo technology ki badolat hain kahin na</w:t>
      </w:r>
    </w:p>
    <w:p>
      <w:pPr>
        <w:jc w:val="right"/>
      </w:pPr>
      <w:r>
        <w:t>آپ آپ سب لوگ کی جو کمائیاں ہیں کہیں نہ کہیں وہ ٹیکنالوجی کی بدولت ہیں کہیں نہ</w:t>
      </w:r>
    </w:p>
    <w:p>
      <w:r>
        <w:rPr>
          <w:b/>
        </w:rPr>
        <w:t xml:space="preserve">[13:31] </w:t>
      </w:r>
      <w:r>
        <w:t>kahin</w:t>
      </w:r>
    </w:p>
    <w:p>
      <w:pPr>
        <w:jc w:val="right"/>
      </w:pPr>
      <w:r>
        <w:t>کہیں</w:t>
      </w:r>
    </w:p>
    <w:p>
      <w:r>
        <w:rPr>
          <w:b/>
        </w:rPr>
        <w:t xml:space="preserve">[13:36] </w:t>
      </w:r>
      <w:r>
        <w:t>to yeh to woh is hadith ka mazak hai ke</w:t>
      </w:r>
    </w:p>
    <w:p>
      <w:pPr>
        <w:jc w:val="right"/>
      </w:pPr>
      <w:r>
        <w:t>تو یہ تو وہ اس حدیث کا مذاق ہے کہ</w:t>
      </w:r>
    </w:p>
    <w:p>
      <w:r>
        <w:rPr>
          <w:b/>
        </w:rPr>
        <w:t xml:space="preserve">[13:43] </w:t>
      </w:r>
      <w:r>
        <w:t>kya hai woh hadith hai insan ko koi shukr k</w:t>
      </w:r>
    </w:p>
    <w:p>
      <w:pPr>
        <w:jc w:val="right"/>
      </w:pPr>
      <w:r>
        <w:t>کیا ہے وہ حدیث ہے انسان کو کوئی شکر ک</w:t>
      </w:r>
    </w:p>
    <w:p>
      <w:r>
        <w:rPr>
          <w:b/>
        </w:rPr>
        <w:t xml:space="preserve">[13:49] </w:t>
      </w:r>
      <w:r>
        <w:t>ro man lam yashkur al-nas lam yashkur Allah shukriya hadaf aap ki zindagi se</w:t>
      </w:r>
    </w:p>
    <w:p>
      <w:pPr>
        <w:jc w:val="right"/>
      </w:pPr>
      <w:r>
        <w:t>رو من لم یشکر الناس لم یشکر اللہ شکریہ ہدف آپ کی زندگی سے</w:t>
      </w:r>
    </w:p>
    <w:p>
      <w:r>
        <w:rPr>
          <w:b/>
        </w:rPr>
        <w:t xml:space="preserve">[13:56] </w:t>
      </w:r>
      <w:r>
        <w:t>aap ghor kijiye aap ki zindagi shukr hadaf ho jaye to aap kya hain aap bheer bakri hain</w:t>
      </w:r>
    </w:p>
    <w:p>
      <w:pPr>
        <w:jc w:val="right"/>
      </w:pPr>
      <w:r>
        <w:t>آپ غور کیجئے آپ کی زندگی شکر ہدف ہو جائے تو آپ کیا ہیں آپ بھیڑ بکری ہیں</w:t>
      </w:r>
    </w:p>
    <w:p>
      <w:r>
        <w:rPr>
          <w:b/>
        </w:rPr>
        <w:t xml:space="preserve">[14:04] </w:t>
      </w:r>
      <w:r>
        <w:t>to yeh yeh is is waqe ko jo is liye istemal kare wo sarkashi karta hai sarkashi hmm</w:t>
      </w:r>
    </w:p>
    <w:p>
      <w:pPr>
        <w:jc w:val="right"/>
      </w:pPr>
      <w:r>
        <w:t>تو یہ یہ اس اس واقعے کو جو اس لیے استعمال کرے وہ سرکشی کرتا ہے سرکشی ہمم</w:t>
      </w:r>
    </w:p>
    <w:p>
      <w:r>
        <w:rPr>
          <w:b/>
        </w:rPr>
        <w:t xml:space="preserve">[14:13] </w:t>
      </w:r>
      <w:r>
        <w:t>sarkashi karta hai</w:t>
      </w:r>
    </w:p>
    <w:p>
      <w:pPr>
        <w:jc w:val="right"/>
      </w:pPr>
      <w:r>
        <w:t>سرکشی کرتا ہے</w:t>
      </w:r>
    </w:p>
    <w:p>
      <w:r>
        <w:rPr>
          <w:b/>
        </w:rPr>
        <w:t xml:space="preserve">[14:20] </w:t>
      </w:r>
      <w:r>
        <w:t>arey maghrib ne itna bara kaam kiya hai jo poori tareekh mein kisi ne nahi kiya tha poori tareekh mein kisi ne nahi kiya tha</w:t>
      </w:r>
    </w:p>
    <w:p>
      <w:pPr>
        <w:jc w:val="right"/>
      </w:pPr>
      <w:r>
        <w:t>ارے مغرب نے اتنا بڑا کام کیا ہے جو پوری تاریخ میں کسی نے نہیں کیا تھا پوری تاریخ میں کسی نے نہیں کیا تھا</w:t>
      </w:r>
    </w:p>
    <w:p>
      <w:r>
        <w:rPr>
          <w:b/>
        </w:rPr>
        <w:t xml:space="preserve">[14:36] </w:t>
      </w:r>
      <w:r>
        <w:t>aur Allah rabb al-alameen ke wajood ko</w:t>
      </w:r>
    </w:p>
    <w:p>
      <w:pPr>
        <w:jc w:val="right"/>
      </w:pPr>
      <w:r>
        <w:t>اور اللہ رب العالمین کے وجود کو</w:t>
      </w:r>
    </w:p>
    <w:p>
      <w:r>
        <w:rPr>
          <w:b/>
        </w:rPr>
        <w:t xml:space="preserve">[14:41] </w:t>
      </w:r>
      <w:r>
        <w:t>qabil idrak banana unhon ne kiya hai</w:t>
      </w:r>
    </w:p>
    <w:p>
      <w:pPr>
        <w:jc w:val="right"/>
      </w:pPr>
      <w:r>
        <w:t>قابل ادراک بنانا انہوں نے کیا ہے</w:t>
      </w:r>
    </w:p>
    <w:p>
      <w:r>
        <w:rPr>
          <w:b/>
        </w:rPr>
        <w:t xml:space="preserve">[14:45] </w:t>
      </w:r>
      <w:r>
        <w:t>sari sciences jo hain wo yeh bata di hain ke is ko is dunya ka aik aik aik</w:t>
      </w:r>
    </w:p>
    <w:p>
      <w:pPr>
        <w:jc w:val="right"/>
      </w:pPr>
      <w:r>
        <w:t>ساری سائنسز جو ہیں وہ یہ بتا دی ہیں کہ اس کو اس دنیا کا ایک ایک ایک</w:t>
      </w:r>
    </w:p>
    <w:p>
      <w:r>
        <w:rPr>
          <w:b/>
        </w:rPr>
        <w:t xml:space="preserve">[14:53] </w:t>
      </w:r>
      <w:r>
        <w:t>khaliq hai khallaq hai razzaq hai allam hai</w:t>
      </w:r>
    </w:p>
    <w:p>
      <w:pPr>
        <w:jc w:val="right"/>
      </w:pPr>
      <w:r>
        <w:t>خالق ہے خلاق ہے رزاق ہے علام ہے</w:t>
      </w:r>
    </w:p>
    <w:p>
      <w:r>
        <w:rPr>
          <w:b/>
        </w:rPr>
        <w:t xml:space="preserve">[14:59] </w:t>
      </w:r>
      <w:r>
        <w:t>wo ne nahi kiya hai</w:t>
      </w:r>
    </w:p>
    <w:p>
      <w:pPr>
        <w:jc w:val="right"/>
      </w:pPr>
      <w:r>
        <w:t>وہ نے نہیں کیا ہے</w:t>
      </w:r>
    </w:p>
    <w:p>
      <w:r>
        <w:rPr>
          <w:b/>
        </w:rPr>
        <w:t xml:space="preserve">[15:01] </w:t>
      </w:r>
      <w:r>
        <w:t>bataiye is ke bare mein aap negative rahengay to aap ko kahan jagah milegi hain</w:t>
      </w:r>
    </w:p>
    <w:p>
      <w:pPr>
        <w:jc w:val="right"/>
      </w:pPr>
      <w:r>
        <w:t>بتائیے اس کے بارے میں آپ نیگیٹیو رہیں گے تو آپ کو کہاں جگہ ملے گی ہیں</w:t>
      </w:r>
    </w:p>
    <w:p>
      <w:r>
        <w:rPr>
          <w:b/>
        </w:rPr>
        <w:t xml:space="preserve">[15:09] </w:t>
      </w:r>
      <w:r>
        <w:t>nahi Quran mein hai ke Khuda khallaq hai razzaq hai allam hai</w:t>
      </w:r>
    </w:p>
    <w:p>
      <w:pPr>
        <w:jc w:val="right"/>
      </w:pPr>
      <w:r>
        <w:t>نہیں قرآن میں ہے کہ خدا خلاق ہے رزاق ہے علام ہے</w:t>
      </w:r>
    </w:p>
    <w:p>
      <w:r>
        <w:rPr>
          <w:b/>
        </w:rPr>
        <w:t xml:space="preserve">[15:17] </w:t>
      </w:r>
      <w:r>
        <w:t>is ko aik</w:t>
      </w:r>
    </w:p>
    <w:p>
      <w:pPr>
        <w:jc w:val="right"/>
      </w:pPr>
      <w:r>
        <w:t>اس کو ایک</w:t>
      </w:r>
    </w:p>
    <w:p>
      <w:r>
        <w:rPr>
          <w:b/>
        </w:rPr>
        <w:t xml:space="preserve">[15:20] </w:t>
      </w:r>
      <w:r>
        <w:t>rational waqe kis</w:t>
      </w:r>
    </w:p>
    <w:p>
      <w:pPr>
        <w:jc w:val="right"/>
      </w:pPr>
      <w:r>
        <w:t>ریشنل واقعہ کس</w:t>
      </w:r>
    </w:p>
    <w:p>
      <w:r>
        <w:rPr>
          <w:b/>
        </w:rPr>
        <w:t xml:space="preserve">[15:21] </w:t>
      </w:r>
      <w:r>
        <w:t>ne banaya hum ne nahi banaya mutakallim ne nahi banaya mutakallim mein jo baat karte rahe ke Khuda ka hath hai to kaisa hath hai paon hai to kaisa paon hai bekar baat hai bekar</w:t>
      </w:r>
    </w:p>
    <w:p>
      <w:pPr>
        <w:jc w:val="right"/>
      </w:pPr>
      <w:r>
        <w:t>نے بنایا ہم نے نہیں بنایا متکلم نے نہیں بنایا متکلم میں جو بات کرتے رہے کہ خدا کا ہاتھ ہے تو کیسا ہاتھ ہے پاؤں ہے تو کیسا پاؤں ہے بیکار بات ہے بیکار</w:t>
      </w:r>
    </w:p>
    <w:p>
      <w:r>
        <w:rPr>
          <w:b/>
        </w:rPr>
        <w:t xml:space="preserve">[15:36] </w:t>
      </w:r>
      <w:r>
        <w:t>jo aadmi maghrib ke bare mein negative ho mein to us ko bhed bakri hai woh</w:t>
      </w:r>
    </w:p>
    <w:p>
      <w:pPr>
        <w:jc w:val="right"/>
      </w:pPr>
      <w:r>
        <w:t>جو آدمی مغرب کے بارے میں نیگیٹیو ہو میں تو اس کو بھیڑ بکری ہے وہ</w:t>
      </w:r>
    </w:p>
    <w:p>
      <w:r>
        <w:rPr>
          <w:b/>
        </w:rPr>
        <w:t xml:space="preserve">[15:42] </w:t>
      </w:r>
      <w:r>
        <w:t>bilkul Maulana maghrib ke baghair hum log nothing hain sari hamari religions koi aadmi koi single aadmi jo zameen mein chal phir raha hai chahe arab ho ya non arab ho woh maghrib ka yani woh hai madion kya kehte hain is ko maqrooz hai maqrooz hai</w:t>
      </w:r>
    </w:p>
    <w:p>
      <w:pPr>
        <w:jc w:val="right"/>
      </w:pPr>
      <w:r>
        <w:t>بالکل مولانا مغرب کے بغیر ہم لوگ نتھنگ ہیں ساری ہماری ریلیجنز کوئی آدمی کوئی سنگل آدمی جو زمین میں چل پھر رہا ہے چاہے عرب ہو یا نان عرب ہو وہ مغرب کا یعنی وہ ہے مدیون کیا کہتے ہیں اس کو مقروض ہے مقروض ہے</w:t>
      </w:r>
    </w:p>
    <w:p>
      <w:r>
        <w:rPr>
          <w:b/>
        </w:rPr>
        <w:t xml:space="preserve">[16:02] </w:t>
      </w:r>
      <w:r>
        <w:t>haan koi bhi shakhs</w:t>
      </w:r>
    </w:p>
    <w:p>
      <w:pPr>
        <w:jc w:val="right"/>
      </w:pPr>
      <w:r>
        <w:t>ہاں کوئی بھی شخص</w:t>
      </w:r>
    </w:p>
    <w:p>
      <w:r>
        <w:rPr>
          <w:b/>
        </w:rPr>
        <w:t xml:space="preserve">[16:08] </w:t>
      </w:r>
      <w:r>
        <w:t>is ka kapra is ka paisa is ka joota sab isi ke kyunke technology aaj ka daur technology par base karta hai aur technology kaise paida ki ahl e maghrib ne</w:t>
      </w:r>
    </w:p>
    <w:p>
      <w:pPr>
        <w:jc w:val="right"/>
      </w:pPr>
      <w:r>
        <w:t>اس کا کپڑا اس کا پیسہ اس کا جوتا سب اسی کے کیونکہ ٹیکنالوجی آج کا دور ٹیکنالوجی پر بیس کرتا ہے اور ٹیکنالوجی کیسے پیدا کی اہل مغرب نے</w:t>
      </w:r>
    </w:p>
    <w:p>
      <w:r>
        <w:rPr>
          <w:b/>
        </w:rPr>
        <w:t xml:space="preserve">[16:27] </w:t>
      </w:r>
      <w:r>
        <w:t>bataiye sahib aap be tahasha bataiye</w:t>
      </w:r>
    </w:p>
    <w:p>
      <w:pPr>
        <w:jc w:val="right"/>
      </w:pPr>
      <w:r>
        <w:t>بتائیے صاحب آپ بے تحاشہ بتائیں</w:t>
      </w:r>
    </w:p>
    <w:p>
      <w:r>
        <w:rPr>
          <w:b/>
        </w:rPr>
        <w:t xml:space="preserve">[16:30] </w:t>
      </w:r>
      <w:r>
        <w:t>haan Maulana is baat ka hum kamil shaoor aur etaraf rakhte hain ke hamari sari mazhabi aur secular life woh maghrib ki marhoon e manat ho gayi hai is daur mein to un ke bare mein is lightest shikayat bhi jo hai woh hamare liye jo hai bohat bari tabahi ka باعث ban sakti hai</w:t>
      </w:r>
    </w:p>
    <w:p>
      <w:pPr>
        <w:jc w:val="right"/>
      </w:pPr>
      <w:r>
        <w:t>ہاں مولانا اس بات کا ہم کامل شعور اور اعتراف رکھتے ہیں کہ ہماری ساری مذہبی اور سیکولر لائف وہ مغرب کی مرہون منت ہو گئی ہے اس دور میں تو ان کے بارے میں اس لائٹسٹ شکایت بھی جو ہے وہ ہمارے لیے جو ہے بہت بڑی تباہی کا باعث بن سکتی ہے</w:t>
      </w:r>
    </w:p>
    <w:p>
      <w:r>
        <w:rPr>
          <w:b/>
        </w:rPr>
        <w:t xml:space="preserve">[16:55] </w:t>
      </w:r>
      <w:r>
        <w:t>abu jandal ke qisse se jo yeh nikalta hai is se ziyada ahmaq aadmi koi nahi hai yani bhed bakri ka qasad bhi is ko nahi hai bhed bakri ka qasad bhi is ko nahi hai</w:t>
      </w:r>
    </w:p>
    <w:p>
      <w:pPr>
        <w:jc w:val="right"/>
      </w:pPr>
      <w:r>
        <w:t>ابو جندل کے قصے سے جو یہ نکالتا ہے اس سے زیادہ احباق آدمی کوئی نہیں ہے یعنی بھیڑ بکری کا قصد بھی اس کو نہیں ہے بھیڑ بکری کا قصد بھی اس کو نہیں ہے</w:t>
      </w:r>
    </w:p>
    <w:p>
      <w:r>
        <w:rPr>
          <w:b/>
        </w:rPr>
        <w:t xml:space="preserve">[17:13] </w:t>
      </w:r>
      <w:r>
        <w:t>khair mein aap ko ek qissa batata hoon apna qissa mein apne gaon mein rehta tha jis ka naam hai barhriya</w:t>
      </w:r>
    </w:p>
    <w:p>
      <w:pPr>
        <w:jc w:val="right"/>
      </w:pPr>
      <w:r>
        <w:t>خیر میں آپ کو ایک قصہ بتاتا ہوں اپنا قصہ میں اپنے گاؤں میں رہتا تھا جس کا نام ہے برہریہ</w:t>
      </w:r>
    </w:p>
    <w:p>
      <w:r>
        <w:rPr>
          <w:b/>
        </w:rPr>
        <w:t xml:space="preserve">[17:29] </w:t>
      </w:r>
      <w:r>
        <w:t>mein UP ke ek gaon mein rehta tha jis ka naam hai barhriya to phir</w:t>
      </w:r>
    </w:p>
    <w:p>
      <w:pPr>
        <w:jc w:val="right"/>
      </w:pPr>
      <w:r>
        <w:t>میں یو پی کے ایک گاؤں میں رہتا تھا جس کا نام ہے برہریہ تو پھر</w:t>
      </w:r>
    </w:p>
    <w:p>
      <w:r>
        <w:rPr>
          <w:b/>
        </w:rPr>
        <w:t xml:space="preserve">[17:41] </w:t>
      </w:r>
      <w:r>
        <w:t>kya hua ke woh zamane ki baat hai jab mein ne apni kitab likhi thi taabeer ghalat likhi thi us zamane ki baat hai 1964</w:t>
      </w:r>
    </w:p>
    <w:p>
      <w:pPr>
        <w:jc w:val="right"/>
      </w:pPr>
      <w:r>
        <w:t>کیا ہوا کہ وہ زمانے کی بات ہے جب میں نے اپنی کتاب لکھی تھی تعبیر غلطی لکھی تھی اس زمانے کی بات ہے 1964</w:t>
      </w:r>
    </w:p>
    <w:p>
      <w:r>
        <w:rPr>
          <w:b/>
        </w:rPr>
        <w:t xml:space="preserve">[18:00] </w:t>
      </w:r>
      <w:r>
        <w:t>to mein Sir Rampur chhod kar aa chuka tha aur us waqt apne gaon mein tha aur Abdul Ghaffar sahib katib the unhon ne woh kitab ki kitabat ki thi us zamane ki baat hai jab ke peele kagaz par kitabat hua karti thi</w:t>
      </w:r>
    </w:p>
    <w:p>
      <w:pPr>
        <w:jc w:val="right"/>
      </w:pPr>
      <w:r>
        <w:t>تو میں سر رام پور چھوڑ کر آ چکا تھا اور اس وقت اپنے گاؤں میں تھا اور عبدالغفار صاحب کاتب تھے انہوں نے وہ کتاب کی کتابت کی تھی اس زمانے کی بات ہے جب کہ پیلے کاغذ پر کتابت ہوا کرتی تھی</w:t>
      </w:r>
    </w:p>
    <w:p>
      <w:r>
        <w:rPr>
          <w:b/>
        </w:rPr>
        <w:t xml:space="preserve">[18:27] </w:t>
      </w:r>
      <w:r>
        <w:t>to is ko chhupe ke liye maine diya Dilli mein aik sahib the Khalid sahib</w:t>
      </w:r>
    </w:p>
    <w:p>
      <w:pPr>
        <w:jc w:val="right"/>
      </w:pPr>
      <w:r>
        <w:t>تو اس کو چھپنے کے لیے میں نے دیا دلی میں ایک صاحب تھے خالد صاحب</w:t>
      </w:r>
    </w:p>
    <w:p>
      <w:r>
        <w:rPr>
          <w:b/>
        </w:rPr>
        <w:t xml:space="preserve">[18:37] </w:t>
      </w:r>
      <w:r>
        <w:t>ab in ka death ho chuki hai kohloor press in ka naam yahan tha Dilli mein is zamane</w:t>
      </w:r>
    </w:p>
    <w:p>
      <w:pPr>
        <w:jc w:val="right"/>
      </w:pPr>
      <w:r>
        <w:t>اب ان کا ڈیتھ ہو چکی ہے کوہلور پریس ان کا نام یہاں تھا دلی میں اس زمانے</w:t>
      </w:r>
    </w:p>
    <w:p>
      <w:r>
        <w:rPr>
          <w:b/>
        </w:rPr>
        <w:t xml:space="preserve">[18:43] </w:t>
      </w:r>
      <w:r>
        <w:t>mein leeto press</w:t>
      </w:r>
    </w:p>
    <w:p>
      <w:pPr>
        <w:jc w:val="right"/>
      </w:pPr>
      <w:r>
        <w:t>میں لیٹو پریس</w:t>
      </w:r>
    </w:p>
    <w:p>
      <w:r>
        <w:rPr>
          <w:b/>
        </w:rPr>
        <w:t xml:space="preserve">[18:48] </w:t>
      </w:r>
      <w:r>
        <w:t>to mujhe is kitab ke bare mein aik message dena tha</w:t>
      </w:r>
    </w:p>
    <w:p>
      <w:pPr>
        <w:jc w:val="right"/>
      </w:pPr>
      <w:r>
        <w:t>تو مجھے اس کتاب کے بارے میں ایک میسج دینا تھا</w:t>
      </w:r>
    </w:p>
    <w:p>
      <w:r>
        <w:rPr>
          <w:b/>
        </w:rPr>
        <w:t xml:space="preserve">[18:54] </w:t>
      </w:r>
      <w:r>
        <w:t>Khalid sahib ko jo Dilli mein the aur main bada gaon mein tha</w:t>
      </w:r>
    </w:p>
    <w:p>
      <w:pPr>
        <w:jc w:val="right"/>
      </w:pPr>
      <w:r>
        <w:t>خالد صاحب کو جو دلی میں تھے اور میں بڑا گاؤں میں تھا</w:t>
      </w:r>
    </w:p>
    <w:p>
      <w:r>
        <w:rPr>
          <w:b/>
        </w:rPr>
        <w:t xml:space="preserve">[19:03] </w:t>
      </w:r>
      <w:r>
        <w:t>message yeh tha ke kitna chhapwayen chhapwayen chhap</w:t>
      </w:r>
    </w:p>
    <w:p>
      <w:pPr>
        <w:jc w:val="right"/>
      </w:pPr>
      <w:r>
        <w:t>میسج یہ تھا کہ کتنا چھاپوائیں چھاپائیں چھاپ</w:t>
      </w:r>
    </w:p>
    <w:p>
      <w:r>
        <w:rPr>
          <w:b/>
        </w:rPr>
        <w:t xml:space="preserve">[19:12] </w:t>
      </w:r>
      <w:r>
        <w:t>yeh panch sau ke ek hazar ke kitna</w:t>
      </w:r>
    </w:p>
    <w:p>
      <w:pPr>
        <w:jc w:val="right"/>
      </w:pPr>
      <w:r>
        <w:t>یہ پانچ سو کے ایک ہزار کے کتنا</w:t>
      </w:r>
    </w:p>
    <w:p>
      <w:r>
        <w:rPr>
          <w:b/>
        </w:rPr>
        <w:t xml:space="preserve">[19:19] </w:t>
      </w:r>
      <w:r>
        <w:t>to bahriya se</w:t>
      </w:r>
    </w:p>
    <w:p>
      <w:pPr>
        <w:jc w:val="right"/>
      </w:pPr>
      <w:r>
        <w:t>تو بحریہ سے</w:t>
      </w:r>
    </w:p>
    <w:p>
      <w:r>
        <w:rPr>
          <w:b/>
        </w:rPr>
        <w:t xml:space="preserve">[19:23] </w:t>
      </w:r>
      <w:r>
        <w:t>dilli tak message pahunchane ka mere paas koi zariya nahi tha us zamane mein</w:t>
      </w:r>
    </w:p>
    <w:p>
      <w:pPr>
        <w:jc w:val="right"/>
      </w:pPr>
      <w:r>
        <w:t>دلی تک میسج پہنچانے کا میرے پاس کوئی ذریعہ نہیں تھا اس زمانے میں</w:t>
      </w:r>
    </w:p>
    <w:p>
      <w:r>
        <w:rPr>
          <w:b/>
        </w:rPr>
        <w:t xml:space="preserve">[19:34] </w:t>
      </w:r>
      <w:r>
        <w:t>us zamane mein chalta tha woh woh telegraph jo tikotra tikotra ka awaz deta tha aap log jante nahi honge tikotra kya cheez hai</w:t>
      </w:r>
    </w:p>
    <w:p>
      <w:pPr>
        <w:jc w:val="right"/>
      </w:pPr>
      <w:r>
        <w:t>اس زمانے میں چلتا تھا وہ وہ ٹیلی گراف جو ٹکوٹرا ٹکوٹرا کا آواز دیتا تھا آپ لوگ جانتے نہیں ہوں گے ٹکوٹرا کیا چیز ہے</w:t>
      </w:r>
    </w:p>
    <w:p>
      <w:r>
        <w:rPr>
          <w:b/>
        </w:rPr>
        <w:t xml:space="preserve">[19:51] </w:t>
      </w:r>
      <w:r>
        <w:t>to</w:t>
      </w:r>
    </w:p>
    <w:p>
      <w:pPr>
        <w:jc w:val="right"/>
      </w:pPr>
      <w:r>
        <w:t>تو</w:t>
      </w:r>
    </w:p>
    <w:p>
      <w:r>
        <w:rPr>
          <w:b/>
        </w:rPr>
        <w:t xml:space="preserve">[19:54] </w:t>
      </w:r>
      <w:r>
        <w:t>to is zamane mein na telegraph tha badhiya mein na telephone tha koi zariya nahin the message ka</w:t>
      </w:r>
    </w:p>
    <w:p>
      <w:pPr>
        <w:jc w:val="right"/>
      </w:pPr>
      <w:r>
        <w:t>تو اس زمانے میں نہ ٹیلی گراف تھا بڑھیا میں نہ ٹیلی فون تھا کوئی ذریعہ نہیں تھے میسج کا</w:t>
      </w:r>
    </w:p>
    <w:p>
      <w:r>
        <w:rPr>
          <w:b/>
        </w:rPr>
        <w:t xml:space="preserve">[20:06] </w:t>
      </w:r>
      <w:r>
        <w:t>to barsaat ka zamana aa gaya aur naddi jo thi hamare gaon se woh mujhe baarh aa gayi</w:t>
      </w:r>
    </w:p>
    <w:p>
      <w:pPr>
        <w:jc w:val="right"/>
      </w:pPr>
      <w:r>
        <w:t>تو برسات کا زمانہ آگیا اور ندی جو تھی ہمارے گاؤں سے وہ مجھے باڑ آگئی</w:t>
      </w:r>
    </w:p>
    <w:p>
      <w:r>
        <w:rPr>
          <w:b/>
        </w:rPr>
        <w:t xml:space="preserve">[20:18] </w:t>
      </w:r>
      <w:r>
        <w:t>ab mujhe apne gaon se dilli message bhejane ke liye koi zariya nahi tha sirf yeh tha ke</w:t>
      </w:r>
    </w:p>
    <w:p>
      <w:pPr>
        <w:jc w:val="right"/>
      </w:pPr>
      <w:r>
        <w:t>اب مجھے اپنے گاؤں سے دلی مسج بھیجنے کے لیے کوئی ذریعہ نہیں تھا صرف یہ تھا کہ</w:t>
      </w:r>
    </w:p>
    <w:p>
      <w:r>
        <w:rPr>
          <w:b/>
        </w:rPr>
        <w:t xml:space="preserve">[20:26] </w:t>
      </w:r>
      <w:r>
        <w:t>mein apne gaon se saraiwo jaon aur saraiwo mein telephone to tha nahi</w:t>
      </w:r>
    </w:p>
    <w:p>
      <w:pPr>
        <w:jc w:val="right"/>
      </w:pPr>
      <w:r>
        <w:t>میں اپنے گاؤں سے سرائوی جاؤں اور سرائوی میں ٹیلی فون تو تھا نہیں</w:t>
      </w:r>
    </w:p>
    <w:p>
      <w:r>
        <w:rPr>
          <w:b/>
        </w:rPr>
        <w:t xml:space="preserve">[20:35] </w:t>
      </w:r>
      <w:r>
        <w:t>wahan ke wahan ke</w:t>
      </w:r>
    </w:p>
    <w:p>
      <w:pPr>
        <w:jc w:val="right"/>
      </w:pPr>
      <w:r>
        <w:t>وہاں کے وہاں کے</w:t>
      </w:r>
    </w:p>
    <w:p>
      <w:r>
        <w:rPr>
          <w:b/>
        </w:rPr>
        <w:t xml:space="preserve">[20:39] </w:t>
      </w:r>
      <w:r>
        <w:t>post office mein telegraph hota tha wahi tikotra wala</w:t>
      </w:r>
    </w:p>
    <w:p>
      <w:pPr>
        <w:jc w:val="right"/>
      </w:pPr>
      <w:r>
        <w:t>پوسٹ افس میں ٹیلی گراف ہوتا تھا وہی ٹکوٹرا والا</w:t>
      </w:r>
    </w:p>
    <w:p>
      <w:r>
        <w:rPr>
          <w:b/>
        </w:rPr>
        <w:t xml:space="preserve">[20:44] </w:t>
      </w:r>
      <w:r>
        <w:t>is se pata hua woh message bhejega</w:t>
      </w:r>
    </w:p>
    <w:p>
      <w:pPr>
        <w:jc w:val="right"/>
      </w:pPr>
      <w:r>
        <w:t>اس سے پتہ ہوا وہ میسج بھیجے گا</w:t>
      </w:r>
    </w:p>
    <w:p>
      <w:r>
        <w:rPr>
          <w:b/>
        </w:rPr>
        <w:t xml:space="preserve">[20:50] </w:t>
      </w:r>
      <w:r>
        <w:t>to is baarh</w:t>
      </w:r>
    </w:p>
    <w:p>
      <w:pPr>
        <w:jc w:val="right"/>
      </w:pPr>
      <w:r>
        <w:t>تو اس باڑ</w:t>
      </w:r>
    </w:p>
    <w:p>
      <w:r>
        <w:rPr>
          <w:b/>
        </w:rPr>
        <w:t xml:space="preserve">[20:52] </w:t>
      </w:r>
      <w:r>
        <w:t>ki wajah se wahan is zamane mein woh chalti thi pehle kashti to kashti bhi band ho gayi thi</w:t>
      </w:r>
    </w:p>
    <w:p>
      <w:pPr>
        <w:jc w:val="right"/>
      </w:pPr>
      <w:r>
        <w:t>کی وجہ سے وہاں اس زمانے میں وہ چلتی تھی پہلے کشتی تو کشتی بھی بند ہو گئی تھی</w:t>
      </w:r>
    </w:p>
    <w:p>
      <w:r>
        <w:rPr>
          <w:b/>
        </w:rPr>
        <w:t xml:space="preserve">[21:02] </w:t>
      </w:r>
      <w:r>
        <w:t>nahin band nahin ho gayi thi choti kashti hua karti thi woh chalti thi</w:t>
      </w:r>
    </w:p>
    <w:p>
      <w:pPr>
        <w:jc w:val="right"/>
      </w:pPr>
      <w:r>
        <w:t>نہیں بند نہیں ہو گئی تھی چھوٹی کشتی ہوا کرتی تھی وہ چلتی تھی</w:t>
      </w:r>
    </w:p>
    <w:p>
      <w:r>
        <w:rPr>
          <w:b/>
        </w:rPr>
        <w:t xml:space="preserve">[21:12] </w:t>
      </w:r>
      <w:r>
        <w:t>to mein ne yeh faisla kiya ke mere gaon se Sarawi jana hai aur wahan se post office ke zariye se yeh message bhejane hai ke aap woh kitab ko itna chhapiye</w:t>
      </w:r>
    </w:p>
    <w:p>
      <w:pPr>
        <w:jc w:val="right"/>
      </w:pPr>
      <w:r>
        <w:t>تو میں نے یہ فیصلہ کیا کہ میرے گاؤں سے سرائوی جانا ہے اور وہاں سے پوسٹ افس کے ذریعے سے یہ میسج بھیجنا ہے کہ آپ وہ کتاب کو اتنا چھاپیے</w:t>
      </w:r>
    </w:p>
    <w:p>
      <w:r>
        <w:rPr>
          <w:b/>
        </w:rPr>
        <w:t xml:space="preserve">[21:31] </w:t>
      </w:r>
      <w:r>
        <w:t>ab ghor kijiye ke mein nikla ghar apne ghar se to pani tha phir woh yaani nadiyon mein pani bhara hua tha to mujhe ghanton intezar karna tha ke woh kashti idhar se udhar jati thi phir idhar se udhar aati thi to ek chakar mein ghanton lagta tha</w:t>
      </w:r>
    </w:p>
    <w:p>
      <w:pPr>
        <w:jc w:val="right"/>
      </w:pPr>
      <w:r>
        <w:t>اب غور کیجئے کہ میں نکلا گھر اپنے گھر سے تو پانی تھا پھر وہ یعنی ندیوں میں پانی بھرا ہوا تھا تو مجھے گھنٹوں انتظار کرنا تھا کہ وہ کشتی ادھر سے ادھر جاتی تھی پھر ادھر سے ادھر آتی تھی تو ایک چکر میں گھنٹوں لگتا تھا</w:t>
      </w:r>
    </w:p>
    <w:p>
      <w:r>
        <w:rPr>
          <w:b/>
        </w:rPr>
        <w:t xml:space="preserve">[21:59] </w:t>
      </w:r>
      <w:r>
        <w:t>to kashti se mein gaya phir shaam ko kashti se wapas aaya</w:t>
      </w:r>
    </w:p>
    <w:p>
      <w:pPr>
        <w:jc w:val="right"/>
      </w:pPr>
      <w:r>
        <w:t>تو کشتی سے میں گیا پھر شام کو کشتی سے واپس آیا</w:t>
      </w:r>
    </w:p>
    <w:p>
      <w:r>
        <w:rPr>
          <w:b/>
        </w:rPr>
        <w:t xml:space="preserve">[22:07] </w:t>
      </w:r>
      <w:r>
        <w:t>to aap aap taajjub karein ge ke</w:t>
      </w:r>
    </w:p>
    <w:p>
      <w:pPr>
        <w:jc w:val="right"/>
      </w:pPr>
      <w:r>
        <w:t>تو آپ آپ تعجب کریں گے کہ</w:t>
      </w:r>
    </w:p>
    <w:p>
      <w:r>
        <w:rPr>
          <w:b/>
        </w:rPr>
        <w:t xml:space="preserve">[22:11] </w:t>
      </w:r>
      <w:r>
        <w:t>teen mil hai hamara gaon se saraiwo</w:t>
      </w:r>
    </w:p>
    <w:p>
      <w:pPr>
        <w:jc w:val="right"/>
      </w:pPr>
      <w:r>
        <w:t>تین میل ہے ہمارا گاؤں سے سرائوی</w:t>
      </w:r>
    </w:p>
    <w:p>
      <w:r>
        <w:rPr>
          <w:b/>
        </w:rPr>
        <w:t xml:space="preserve">[22:15] </w:t>
      </w:r>
      <w:r>
        <w:t>is teen mil ka safar kar lenge jante hain kya hua subah se shaam tak sab waqt</w:t>
      </w:r>
    </w:p>
    <w:p>
      <w:pPr>
        <w:jc w:val="right"/>
      </w:pPr>
      <w:r>
        <w:t>اس تین میل کا سفر کر لیں گے جانتے ہیں کیا ہوا صبح سے شام تک سب وقت</w:t>
      </w:r>
    </w:p>
    <w:p>
      <w:r>
        <w:rPr>
          <w:b/>
        </w:rPr>
        <w:t xml:space="preserve">[22:20] </w:t>
      </w:r>
      <w:r>
        <w:t>lag gaya subah ko mein apne gaon se nikla aur jab wapas aaya to shaam ho chuki thi</w:t>
      </w:r>
    </w:p>
    <w:p>
      <w:pPr>
        <w:jc w:val="right"/>
      </w:pPr>
      <w:r>
        <w:t>لگ گیا صبح کو میں اپنے گاؤں سے نکلا اور جب واپس آیا تو شام ہو چکی تھی</w:t>
      </w:r>
    </w:p>
    <w:p>
      <w:r>
        <w:rPr>
          <w:b/>
        </w:rPr>
        <w:t xml:space="preserve">[22:28] </w:t>
      </w:r>
      <w:r>
        <w:t>itna time laga</w:t>
      </w:r>
    </w:p>
    <w:p>
      <w:pPr>
        <w:jc w:val="right"/>
      </w:pPr>
      <w:r>
        <w:t>اتنا ٹائم لگا</w:t>
      </w:r>
    </w:p>
    <w:p>
      <w:r>
        <w:rPr>
          <w:b/>
        </w:rPr>
        <w:t xml:space="preserve">[22:30] </w:t>
      </w:r>
      <w:r>
        <w:t>aur jante hain is mein pani tha raston mein to</w:t>
      </w:r>
    </w:p>
    <w:p>
      <w:pPr>
        <w:jc w:val="right"/>
      </w:pPr>
      <w:r>
        <w:t>اور جانتے ہیں اس میں پانی تھا راستوں میں تو</w:t>
      </w:r>
    </w:p>
    <w:p>
      <w:r>
        <w:rPr>
          <w:b/>
        </w:rPr>
        <w:t xml:space="preserve">[22:38] </w:t>
      </w:r>
      <w:r>
        <w:t>woh jab mein utra kashti se to phir mujhe paidal chalna tha paidal kashti se jab mein utra tha paidal chalna tha to ek jagah gadha tha is mein mera paon chala gaya tha to is mein saanp tha saanp ne kaat liya mujhe</w:t>
      </w:r>
    </w:p>
    <w:p>
      <w:pPr>
        <w:jc w:val="right"/>
      </w:pPr>
      <w:r>
        <w:t>وہ جب میں اترا کشتی سے تو پھر مجھے پیدل چلنا تھا پیدل کشتی سے جب میں اترا تھا پیدل چلنا تھا تو ایک جگہ گڑھا تھا اس میں میرا پاؤں چلا گیا تھا تو اس میں سانپ تھا سانپ نے کاٹ لیا مجھے</w:t>
      </w:r>
    </w:p>
    <w:p>
      <w:r>
        <w:rPr>
          <w:b/>
        </w:rPr>
        <w:t xml:space="preserve">[23:04] </w:t>
      </w:r>
      <w:r>
        <w:t>yaani kaat hi sare nahin ke latak gaya woh daant phansa kar ke latak gaya to mein ne jhatka diya use to nikla woh</w:t>
      </w:r>
    </w:p>
    <w:p>
      <w:pPr>
        <w:jc w:val="right"/>
      </w:pPr>
      <w:r>
        <w:t>یعنی کاٹ ہی سارے نہیں کہ لٹک گیا وہ دانت پھنسا کر کے لٹک گیا تو میں نے جھٹکا دیا اسے تو نکلا وہ</w:t>
      </w:r>
    </w:p>
    <w:p>
      <w:r>
        <w:rPr>
          <w:b/>
        </w:rPr>
        <w:t xml:space="preserve">[23:19] </w:t>
      </w:r>
      <w:r>
        <w:t>ab woh muddaton saalon tak mujhe paon mein dard hota raha</w:t>
      </w:r>
    </w:p>
    <w:p>
      <w:pPr>
        <w:jc w:val="right"/>
      </w:pPr>
      <w:r>
        <w:t>اب وہ مدتوں سالوں تک مجھے پاؤں میں درد ہوتا رہا</w:t>
      </w:r>
    </w:p>
    <w:p>
      <w:r>
        <w:rPr>
          <w:b/>
        </w:rPr>
        <w:t xml:space="preserve">[23:27] </w:t>
      </w:r>
      <w:r>
        <w:t>aaj kal nahi ho raha hai lekin kabhi kabhi ubhar aata hai</w:t>
      </w:r>
    </w:p>
    <w:p>
      <w:pPr>
        <w:jc w:val="right"/>
      </w:pPr>
      <w:r>
        <w:t>آج کل نہیں ہو رہا ہے لیکن کبھی کبھی ابھر آتا ہے</w:t>
      </w:r>
    </w:p>
    <w:p>
      <w:r>
        <w:rPr>
          <w:b/>
        </w:rPr>
        <w:t xml:space="preserve">[23:33] </w:t>
      </w:r>
      <w:r>
        <w:t>sirf ek message ke liye</w:t>
      </w:r>
    </w:p>
    <w:p>
      <w:pPr>
        <w:jc w:val="right"/>
      </w:pPr>
      <w:r>
        <w:t>صرف ایک میسج کے لیے</w:t>
      </w:r>
    </w:p>
    <w:p>
      <w:r>
        <w:rPr>
          <w:b/>
        </w:rPr>
        <w:t xml:space="preserve">[23:36] </w:t>
      </w:r>
      <w:r>
        <w:t>aur aaj kya hai aapki jeb mein mobile hai button dabaiye aur secondon mein yahan se wahan</w:t>
      </w:r>
    </w:p>
    <w:p>
      <w:pPr>
        <w:jc w:val="right"/>
      </w:pPr>
      <w:r>
        <w:t>اور آج کیا ہے آپ کی جیب میں موبائل ہے بٹن دبائیے اور سکڈوں میں یہاں سے وہاں</w:t>
      </w:r>
    </w:p>
    <w:p>
      <w:r>
        <w:rPr>
          <w:b/>
        </w:rPr>
        <w:t xml:space="preserve">[23:43] </w:t>
      </w:r>
      <w:r>
        <w:t>pehanch jayega</w:t>
      </w:r>
    </w:p>
    <w:p>
      <w:pPr>
        <w:jc w:val="right"/>
      </w:pPr>
      <w:r>
        <w:t>پہنچ جائے گا</w:t>
      </w:r>
    </w:p>
    <w:p>
      <w:r>
        <w:rPr>
          <w:b/>
        </w:rPr>
        <w:t xml:space="preserve">[23:45] </w:t>
      </w:r>
      <w:r>
        <w:t>bahria saraiwo hi nahi bahria se deewar</w:t>
      </w:r>
    </w:p>
    <w:p>
      <w:pPr>
        <w:jc w:val="right"/>
      </w:pPr>
      <w:r>
        <w:t>بحریہ سرائوی ہی نہیں بحریہ سے دیوار</w:t>
      </w:r>
    </w:p>
    <w:p>
      <w:r>
        <w:rPr>
          <w:b/>
        </w:rPr>
        <w:t xml:space="preserve">[23:50] </w:t>
      </w:r>
      <w:r>
        <w:t>kahin bhi yeh kis ki dein hai</w:t>
      </w:r>
    </w:p>
    <w:p>
      <w:pPr>
        <w:jc w:val="right"/>
      </w:pPr>
      <w:r>
        <w:t>کہیں بھی یہ کس کی دین ہے</w:t>
      </w:r>
    </w:p>
    <w:p>
      <w:r>
        <w:rPr>
          <w:b/>
        </w:rPr>
        <w:t xml:space="preserve">[23:56] </w:t>
      </w:r>
      <w:r>
        <w:t>maghrib ki dein hai</w:t>
      </w:r>
    </w:p>
    <w:p>
      <w:pPr>
        <w:jc w:val="right"/>
      </w:pPr>
      <w:r>
        <w:t>مغرب کی دین ہے</w:t>
      </w:r>
    </w:p>
    <w:p>
      <w:r>
        <w:rPr>
          <w:b/>
        </w:rPr>
        <w:t xml:space="preserve">[23:58] </w:t>
      </w:r>
      <w:r>
        <w:t>aur is ko aap marna chahte hain jhoote jhoote</w:t>
      </w:r>
    </w:p>
    <w:p>
      <w:pPr>
        <w:jc w:val="right"/>
      </w:pPr>
      <w:r>
        <w:t>اور اس کو آپ مارنا چاہتے ہیں جھوٹے جھوٹے</w:t>
      </w:r>
    </w:p>
    <w:p>
      <w:r>
        <w:rPr>
          <w:b/>
        </w:rPr>
        <w:t xml:space="preserve">[24:02] </w:t>
      </w:r>
      <w:r>
        <w:t>jhoota excuse nahi</w:t>
      </w:r>
    </w:p>
    <w:p>
      <w:pPr>
        <w:jc w:val="right"/>
      </w:pPr>
      <w:r>
        <w:t>جھوٹا ایکسکوز نہیں</w:t>
      </w:r>
    </w:p>
    <w:p>
      <w:r>
        <w:rPr>
          <w:b/>
        </w:rPr>
        <w:t xml:space="preserve">[24:04] </w:t>
      </w:r>
      <w:r>
        <w:t>karte yeh to haram kaam hai haram to zyada buri cheez hai bilkul apne mohsin ko mohsin khushi jo kehte hain mohsin khushi</w:t>
      </w:r>
    </w:p>
    <w:p>
      <w:pPr>
        <w:jc w:val="right"/>
      </w:pPr>
      <w:r>
        <w:t>کرتے یہ تو حرام کام ہے حرام تو زیادہ بری چیز ہے بالکل اپنے محسن کو محسن خوشی جو کہتے ہیں محسن خوشی</w:t>
      </w:r>
    </w:p>
    <w:p>
      <w:r>
        <w:rPr>
          <w:b/>
        </w:rPr>
        <w:t xml:space="preserve">[24:17] </w:t>
      </w:r>
      <w:r>
        <w:t>aaj tak mujhe yaad hai ke sirf ek chhote se message ke liye shayad yahi message tha ke ke itni so chhapiye aur is mein itna sab hua</w:t>
      </w:r>
    </w:p>
    <w:p>
      <w:pPr>
        <w:jc w:val="right"/>
      </w:pPr>
      <w:r>
        <w:t>آج تک مجھے یاد ہے کہ صرف ایک چھوٹے سے میسج کے لیے شاید یہی میسج تھا کہ کہ اتنی سو چھاپیے اور اس میں اتنا سب ہوا</w:t>
      </w:r>
    </w:p>
    <w:p>
      <w:r>
        <w:rPr>
          <w:b/>
        </w:rPr>
        <w:t xml:space="preserve">[24:33] </w:t>
      </w:r>
      <w:r>
        <w:t>itne zalim hain itne log mein batata hoon ke bheed bakri ke barabar bhi bolo bolo nahin hai jo jhoote excuse nikalte hain maghrib se hai nafrat karne ke liye hain jhoote hain kaise sahib kya khayal hai aap ka</w:t>
      </w:r>
    </w:p>
    <w:p>
      <w:pPr>
        <w:jc w:val="right"/>
      </w:pPr>
      <w:r>
        <w:t>اتنے ظالم ہیں اتنے لوگ میں بتاتا ہوں کہ بھیڑ بکری کے برابر بھی بولو بولو نہیں ہے جو جھوٹے ایکسکوز نکالتے ہیں مغرب سے ہے نفرت کرنے کے لیے ہیں جھوٹے ہیں کیسے صاحب کیا خیال ہے آپ کا</w:t>
      </w:r>
    </w:p>
    <w:p>
      <w:r>
        <w:rPr>
          <w:b/>
        </w:rPr>
        <w:t xml:space="preserve">[24:51] </w:t>
      </w:r>
      <w:r>
        <w:t>haan Maulana</w:t>
      </w:r>
    </w:p>
    <w:p>
      <w:pPr>
        <w:jc w:val="right"/>
      </w:pPr>
      <w:r>
        <w:t>ہاں مولانا</w:t>
      </w:r>
    </w:p>
    <w:p>
      <w:r>
        <w:rPr>
          <w:b/>
        </w:rPr>
        <w:t xml:space="preserve">[24:55] </w:t>
      </w:r>
      <w:r>
        <w:t>mein ne jo qissa bataya woh qissa aap log samajh paye ge nahin samajh payega samajh paye hain Maulana hain bahut zyada yeh hai Maulana ji ke qissa ki jo hai na poore daur ko musbat is mein convert kar deta hai Maulana shukr mein yeh kar deta hai Maulana aap ka yeh qissa hai</w:t>
      </w:r>
    </w:p>
    <w:p>
      <w:pPr>
        <w:jc w:val="right"/>
      </w:pPr>
      <w:r>
        <w:t>میں نے جو قصہ بتایا وہ قصہ آپ لوگ سمجھ پائے گے نہیں سمجھ پائے گا سمجھ پائے ہیں مولانا ہیں بہت زیادہ یہ ہے مولانا جی کہ قصہ کی جو ہے نا پورے دور کو مثبت اس میں کنورٹ کر دیتا ہے مولانا شکر میں یہ کر دیتا ہے مولانا آپ کا یہ قصہ ہے</w:t>
      </w:r>
    </w:p>
    <w:p>
      <w:r>
        <w:rPr>
          <w:b/>
        </w:rPr>
        <w:t xml:space="preserve">[25:19] </w:t>
      </w:r>
      <w:r>
        <w:t>aap tasawwur kijiye ke mere paon mein is pani mein ek saanp tha woh mein ne dekha nahi</w:t>
      </w:r>
    </w:p>
    <w:p>
      <w:pPr>
        <w:jc w:val="right"/>
      </w:pPr>
      <w:r>
        <w:t>آپ تصور کیجئے کہ میرے پاؤں میں اس پانی میں ایک سانپ تھا وہ میں نے دیکھا نہیں</w:t>
      </w:r>
    </w:p>
    <w:p>
      <w:r>
        <w:rPr>
          <w:b/>
        </w:rPr>
        <w:t xml:space="preserve">[25:26] </w:t>
      </w:r>
      <w:r>
        <w:t>to mera paon pani mein chala gaya ab is ne pakad liya</w:t>
      </w:r>
    </w:p>
    <w:p>
      <w:pPr>
        <w:jc w:val="right"/>
      </w:pPr>
      <w:r>
        <w:t>تو میرا پاؤں پانی میں چلا گیا اب اس نے پکڑ لیا</w:t>
      </w:r>
    </w:p>
    <w:p>
      <w:r>
        <w:rPr>
          <w:b/>
        </w:rPr>
        <w:t xml:space="preserve">[25:32] </w:t>
      </w:r>
      <w:r>
        <w:t>to jab woh uthaya paon to woh latka hua tha to jhatka mein ne to nikla woh yani</w:t>
      </w:r>
    </w:p>
    <w:p>
      <w:pPr>
        <w:jc w:val="right"/>
      </w:pPr>
      <w:r>
        <w:t>تو جب وہ اٹھایا پاؤں تو وہ لٹکا ہوا تھا تو جھٹکا میں نے تو نکلا وہ یعنی</w:t>
      </w:r>
    </w:p>
    <w:p>
      <w:r>
        <w:rPr>
          <w:b/>
        </w:rPr>
        <w:t xml:space="preserve">[25:40] </w:t>
      </w:r>
      <w:r>
        <w:t>aise bhayanak safar tha woh aaj tak mein yaad karta hoon kyun is liye communication nahi tha</w:t>
      </w:r>
    </w:p>
    <w:p>
      <w:pPr>
        <w:jc w:val="right"/>
      </w:pPr>
      <w:r>
        <w:t>ایسے بھیانک سفر تھا وہ آج تک میں یاد کرتا ہوں کیوں اس لیے کمیونیکیشن نہیں تھا</w:t>
      </w:r>
    </w:p>
    <w:p>
      <w:r>
        <w:rPr>
          <w:b/>
        </w:rPr>
        <w:t xml:space="preserve">[25:48] </w:t>
      </w:r>
      <w:r>
        <w:t>sirf is liye communication nahi tha aaj communication hai to</w:t>
      </w:r>
    </w:p>
    <w:p>
      <w:pPr>
        <w:jc w:val="right"/>
      </w:pPr>
      <w:r>
        <w:t>صرف اس لیے کمیونیکیشن نہیں تھا آج کمیونیکیشن ہے تو</w:t>
      </w:r>
    </w:p>
    <w:p>
      <w:r>
        <w:rPr>
          <w:b/>
        </w:rPr>
        <w:t xml:space="preserve">[25:54] </w:t>
      </w:r>
      <w:r>
        <w:t>hamare saathi khawaja qalbuddin sahib new zealand mein hain aur yahan se hum ne chaha ke in</w:t>
      </w:r>
    </w:p>
    <w:p>
      <w:pPr>
        <w:jc w:val="right"/>
      </w:pPr>
      <w:r>
        <w:t>ہمارے ساتھی خواجہ قلب الدین صاحب نیوزی لینڈ میں ہیں اور یہاں سے ہم نے چاہا کہ ان</w:t>
      </w:r>
    </w:p>
    <w:p>
      <w:r>
        <w:rPr>
          <w:b/>
        </w:rPr>
        <w:t xml:space="preserve">[26:01] </w:t>
      </w:r>
      <w:r>
        <w:t>سے contact کریں سکاڈو میں ہو گیا</w:t>
      </w:r>
    </w:p>
    <w:p>
      <w:pPr>
        <w:jc w:val="right"/>
      </w:pPr>
      <w:r>
        <w:t>سے کنٹیکٹ کریں سکاڈو میں ہو گیا</w:t>
      </w:r>
    </w:p>
    <w:p>
      <w:r>
        <w:rPr>
          <w:b/>
        </w:rPr>
        <w:t xml:space="preserve">[26:05] </w:t>
      </w:r>
      <w:r>
        <w:t>yani</w:t>
      </w:r>
    </w:p>
    <w:p>
      <w:pPr>
        <w:jc w:val="right"/>
      </w:pPr>
      <w:r>
        <w:t>یعنی</w:t>
      </w:r>
    </w:p>
    <w:p>
      <w:r>
        <w:rPr>
          <w:b/>
        </w:rPr>
        <w:t xml:space="preserve">[26:05] </w:t>
      </w:r>
      <w:r>
        <w:t>mein hoon Dilli mein khwaja qalbuddin sahib hain New Zealand mein aur wahan se baat ho gayi yeh sara jo hai ahl ahl maghrib ke deen hain</w:t>
      </w:r>
    </w:p>
    <w:p>
      <w:pPr>
        <w:jc w:val="right"/>
      </w:pPr>
      <w:r>
        <w:t>میں ہوں دلی میں خواجہ قلب الدین صاحب ہیں نیوزی لینڈ میں اور وہاں سے بات ہو گئی یہ سارا جو ہے اہل اہل مغرب کے دین ہیں</w:t>
      </w:r>
    </w:p>
    <w:p>
      <w:r>
        <w:rPr>
          <w:b/>
        </w:rPr>
        <w:t xml:space="preserve">[26:23] </w:t>
      </w:r>
      <w:r>
        <w:t>aise hazaron lakhon cheezein hain ek do nahin hain un ke liye aap ek jhoota hai ek jhooti daleel le kar ke is se nafrat karenge</w:t>
      </w:r>
    </w:p>
    <w:p>
      <w:pPr>
        <w:jc w:val="right"/>
      </w:pPr>
      <w:r>
        <w:t>ایسے ہزاروں لاکھوں چیزیں ہیں ایک دو نہیں ہیں ان کے لیے آپ ایک جھوٹا ہے ایک جھوٹی دلیل لے کر کے اس سے نفرت کریں گے</w:t>
      </w:r>
    </w:p>
    <w:p>
      <w:r>
        <w:rPr>
          <w:b/>
        </w:rPr>
        <w:t xml:space="preserve">[26:40] </w:t>
      </w:r>
      <w:r>
        <w:t>bilkul galat hai haram kaam hai haram se bhi to bura hi hai un ke liye duaen kijiye un ke liye khair khwah baniye un ke liye shukr ada kijiye kaisa aap aap mein se koi sahib bolenge jo mein ne bataya kya is par comment hai aap ka</w:t>
      </w:r>
    </w:p>
    <w:p>
      <w:pPr>
        <w:jc w:val="right"/>
      </w:pPr>
      <w:r>
        <w:t>بالکل غلط ہے حرام کام ہے حرام سے بھی تو برا ہی ہے ان کے لیے دعائیں کیجئے ان کے لیے خیر خواہ بنیے ان کے لیے شکر ادا کیجئے کیسا آپ آپ میں سے کوئی صاحب بولیں گے جو میں نے بتایا کیا اس پر کمنٹ ہے آپ کا</w:t>
      </w:r>
    </w:p>
    <w:p>
      <w:r>
        <w:rPr>
          <w:b/>
        </w:rPr>
        <w:t xml:space="preserve">[27:01] </w:t>
      </w:r>
      <w:r>
        <w:t>maulana yani kis qadar maghrib ke samne humein shukr ke taur par gir jana chahiye un ke agay</w:t>
      </w:r>
    </w:p>
    <w:p>
      <w:pPr>
        <w:jc w:val="right"/>
      </w:pPr>
      <w:r>
        <w:t>مولانا یعنی کس قدر مغرب کے سامنے ہمیں شکر کے طور پر گر جانا چاہیے ان کے اگے</w:t>
      </w:r>
    </w:p>
    <w:p>
      <w:r>
        <w:rPr>
          <w:b/>
        </w:rPr>
        <w:t xml:space="preserve">[27:13] </w:t>
      </w:r>
      <w:r>
        <w:t>un ke qadmon ke agay gir jana chahiye shukr ke taur par ke kitna bara role unhon ne</w:t>
      </w:r>
    </w:p>
    <w:p>
      <w:pPr>
        <w:jc w:val="right"/>
      </w:pPr>
      <w:r>
        <w:t>ان کے قدموں کے اگے گر جانا چاہیے شکر کے طور پر کہ کتنا بڑا رول انہوں نے</w:t>
      </w:r>
    </w:p>
    <w:p>
      <w:r>
        <w:rPr>
          <w:b/>
        </w:rPr>
        <w:t xml:space="preserve">[27:19] </w:t>
      </w:r>
      <w:r>
        <w:t>hamare liye faraham kiya na sirf secular aitbar se balkay mazhabi aitbar se bhi ke jo jo zaat</w:t>
      </w:r>
    </w:p>
    <w:p>
      <w:pPr>
        <w:jc w:val="right"/>
      </w:pPr>
      <w:r>
        <w:t>ہمارے لیے فراہم کیا نہ صرف سیکولر اعتبار سے بلکہ مذہبی اعتبار سے بھی کہ جو جو ذات</w:t>
      </w:r>
    </w:p>
    <w:p>
      <w:r>
        <w:rPr>
          <w:b/>
        </w:rPr>
        <w:t xml:space="preserve">[27:27] </w:t>
      </w:r>
      <w:r>
        <w:t>alam hai razzaq hai uska framework unhon ne diya yani yeh itna bara ehsan unhon ne</w:t>
      </w:r>
    </w:p>
    <w:p>
      <w:pPr>
        <w:jc w:val="right"/>
      </w:pPr>
      <w:r>
        <w:t>علام ہے رزاق ہے اس کا فریم ورک انہوں نے دیا یعنی یہ اتنا بڑا احسان انہوں نے</w:t>
      </w:r>
    </w:p>
    <w:p>
      <w:r>
        <w:rPr>
          <w:b/>
        </w:rPr>
        <w:t xml:space="preserve">[27:35] </w:t>
      </w:r>
      <w:r>
        <w:t>kiya itne bare woh mohsin hain hamare ke is ehsan ke badle mein humein to un ke in</w:t>
      </w:r>
    </w:p>
    <w:p>
      <w:pPr>
        <w:jc w:val="right"/>
      </w:pPr>
      <w:r>
        <w:t>کیا اتنے بڑے وہ محسن ہیں ہمارے کہ اس احسان کے بدلے میں ہمیں تو ان کے ان</w:t>
      </w:r>
    </w:p>
    <w:p>
      <w:r>
        <w:rPr>
          <w:b/>
        </w:rPr>
        <w:t xml:space="preserve">[27:41] </w:t>
      </w:r>
      <w:r>
        <w:t>ke agay gir jana chahiye</w:t>
      </w:r>
    </w:p>
    <w:p>
      <w:pPr>
        <w:jc w:val="right"/>
      </w:pPr>
      <w:r>
        <w:t>کے اگے گر جانا چاہیے</w:t>
      </w:r>
    </w:p>
    <w:p>
      <w:r>
        <w:rPr>
          <w:b/>
        </w:rPr>
        <w:t xml:space="preserve">[27:45] </w:t>
      </w:r>
      <w:r>
        <w:t>aitraf mein gir jana chahiye</w:t>
      </w:r>
    </w:p>
    <w:p>
      <w:pPr>
        <w:jc w:val="right"/>
      </w:pPr>
      <w:r>
        <w:t>اعتراف میں گر جانا چاہیے</w:t>
      </w:r>
    </w:p>
    <w:p>
      <w:r>
        <w:rPr>
          <w:b/>
        </w:rPr>
        <w:t xml:space="preserve">[27:46] </w:t>
      </w:r>
      <w:r>
        <w:t>ke itna bara role un ke siwa kisi ne yeh anjam nahin diya</w:t>
      </w:r>
    </w:p>
    <w:p>
      <w:pPr>
        <w:jc w:val="right"/>
      </w:pPr>
      <w:r>
        <w:t>کہ اتنا بڑا رول ان کے سوا کسی نے یہ انجام نہیں دیا</w:t>
      </w:r>
    </w:p>
    <w:p>
      <w:r>
        <w:rPr>
          <w:b/>
        </w:rPr>
        <w:t xml:space="preserve">[27:55] </w:t>
      </w:r>
      <w:r>
        <w:t>puri tareekh mein koi qaum nahin hai jise itna bara role kaho puri tareekh mein</w:t>
      </w:r>
    </w:p>
    <w:p>
      <w:pPr>
        <w:jc w:val="right"/>
      </w:pPr>
      <w:r>
        <w:t>پوری تاریخ میں کوئی قوم نہیں ہے جسے اتنا بڑا رول کہو پوری تاریخ میں</w:t>
      </w:r>
    </w:p>
    <w:p>
      <w:r>
        <w:rPr>
          <w:b/>
        </w:rPr>
        <w:t xml:space="preserve">[28:07] </w:t>
      </w:r>
      <w:r>
        <w:t>misalan mein soch raha tha ke qabil ne habel ko</w:t>
      </w:r>
    </w:p>
    <w:p>
      <w:pPr>
        <w:jc w:val="right"/>
      </w:pPr>
      <w:r>
        <w:t>مثلاً میں سوچ رہا تھا کہ قابیل نے ہابیل کو</w:t>
      </w:r>
    </w:p>
    <w:p>
      <w:r>
        <w:rPr>
          <w:b/>
        </w:rPr>
        <w:t xml:space="preserve">[28:13] </w:t>
      </w:r>
      <w:r>
        <w:t>mara pathar aur bohat sare pathar mare honge to mara hoga woh aadmi aisa hi mara hoga</w:t>
      </w:r>
    </w:p>
    <w:p>
      <w:pPr>
        <w:jc w:val="right"/>
      </w:pPr>
      <w:r>
        <w:t>مارا پتھر اور بہت سارے پتھر مارے ہوں گے تو مرا ہوگا وہ آدمی ایسا ہی مرا ہوگا</w:t>
      </w:r>
    </w:p>
    <w:p>
      <w:r>
        <w:rPr>
          <w:b/>
        </w:rPr>
        <w:t xml:space="preserve">[28:20] </w:t>
      </w:r>
      <w:r>
        <w:t>hain woh bechara tarpata raha hoga</w:t>
      </w:r>
    </w:p>
    <w:p>
      <w:pPr>
        <w:jc w:val="right"/>
      </w:pPr>
      <w:r>
        <w:t>ہیں وہ بیچارہ تڑپتا رہا ہوگا</w:t>
      </w:r>
    </w:p>
    <w:p>
      <w:r>
        <w:rPr>
          <w:b/>
        </w:rPr>
        <w:t xml:space="preserve">[28:24] </w:t>
      </w:r>
      <w:r>
        <w:t>tarp tarp ke mara hoga kyunke koi firstrate nahi tha wahan</w:t>
      </w:r>
    </w:p>
    <w:p>
      <w:pPr>
        <w:jc w:val="right"/>
      </w:pPr>
      <w:r>
        <w:t>تڑپ تڑپ کے مرا ہوگا کیونکہ کوئی فرسٹریٹ نہیں تھا وہاں</w:t>
      </w:r>
    </w:p>
    <w:p>
      <w:r>
        <w:rPr>
          <w:b/>
        </w:rPr>
        <w:t xml:space="preserve">[28:29] </w:t>
      </w:r>
      <w:r>
        <w:t>lekin jab use mara hoga to zakhmi hua hoga agar firstrate hota to acha ho jata</w:t>
      </w:r>
    </w:p>
    <w:p>
      <w:pPr>
        <w:jc w:val="right"/>
      </w:pPr>
      <w:r>
        <w:t>لیکن جب اسے مارا ہوگا تو زخمی ہوا ہوگا اگر فرسٹریٹ ہوتا تو اچھا ہو جاتا</w:t>
      </w:r>
    </w:p>
    <w:p>
      <w:r>
        <w:rPr>
          <w:b/>
        </w:rPr>
        <w:t xml:space="preserve">[28:38] </w:t>
      </w:r>
      <w:r>
        <w:t>jaise barala achhi ho gayi woh ladki jo thi Afghanistan ki us ko goli lagi phir woh Birmingham gayi wahan ilaaj hua achhi ho gayi to agar us zamane mein medical facilities hoti to habil achha ho jata bechara tadapta raha hoga tadapta raha hoga aise thodi mar gaya hoga</w:t>
      </w:r>
    </w:p>
    <w:p>
      <w:pPr>
        <w:jc w:val="right"/>
      </w:pPr>
      <w:r>
        <w:t>جیسے برالہ اچھی ہو گئی وہ لڑکی جو تھی افغانستان کی اس کو گولی لگی پھر وہ برمنگم گئی وہاں علاج ہوا اچھی ہو گئی تو اگر اس زمانے میں میڈیکل فیسلیٹیز ہوتی تو ہابیل اچھا ہو جاتا بیچارہ تڑپتا رہا ہوگا تڑپتا رہا ہوگا ایسے تھوڑی مر گیا ہوگا</w:t>
      </w:r>
    </w:p>
    <w:p>
      <w:r>
        <w:rPr>
          <w:b/>
        </w:rPr>
        <w:t xml:space="preserve">[29:06] </w:t>
      </w:r>
      <w:r>
        <w:t>isko pathar laga hoga phir tarpa hoga phir daura hoga bhaga hoga phir use pakda hoga</w:t>
      </w:r>
    </w:p>
    <w:p>
      <w:pPr>
        <w:jc w:val="right"/>
      </w:pPr>
      <w:r>
        <w:t>اس کو پتھر لگا ہوگا پھر تڑپا ہوگا پھر دوڑا ہوگا بھاگا ہوگا پھر اسے پکڑا ہوگا</w:t>
      </w:r>
    </w:p>
    <w:p>
      <w:r>
        <w:rPr>
          <w:b/>
        </w:rPr>
        <w:t xml:space="preserve">[29:13] </w:t>
      </w:r>
      <w:r>
        <w:t>ghanton mein woh mara hoga itni der mein agar hota koi first aid ka nizam to woh daur</w:t>
      </w:r>
    </w:p>
    <w:p>
      <w:pPr>
        <w:jc w:val="right"/>
      </w:pPr>
      <w:r>
        <w:t>گھنٹوں میں وہ مرا ہوگا اتنی دیر میں اگر ہوتا کوئی فرسٹ ایڈ کا نظام تو وہ دوڑ</w:t>
      </w:r>
    </w:p>
    <w:p>
      <w:r>
        <w:rPr>
          <w:b/>
        </w:rPr>
        <w:t xml:space="preserve">[29:23] </w:t>
      </w:r>
      <w:r>
        <w:t>kar aata jaise aaj kal hai mein poland mein mujhe mein paint ho gaya poland ki baat hai</w:t>
      </w:r>
    </w:p>
    <w:p>
      <w:pPr>
        <w:jc w:val="right"/>
      </w:pPr>
      <w:r>
        <w:t>کر اتا جیسے آج کل ہے میں پولینڈ میں مجھے میں پینٹ ہو گیا پولینڈ کی بات ہے</w:t>
      </w:r>
    </w:p>
    <w:p>
      <w:r>
        <w:rPr>
          <w:b/>
        </w:rPr>
        <w:t xml:space="preserve">[29:30] </w:t>
      </w:r>
      <w:r>
        <w:t>mein khana kha raha tha aur sar bara aise gir pada mein paint ho gaya</w:t>
      </w:r>
    </w:p>
    <w:p>
      <w:pPr>
        <w:jc w:val="right"/>
      </w:pPr>
      <w:r>
        <w:t>میں کھانا کھا رہا تھا اور سر بڑا ایسے گر پڑا میں پینٹ ہو گیا</w:t>
      </w:r>
    </w:p>
    <w:p>
      <w:r>
        <w:rPr>
          <w:b/>
        </w:rPr>
        <w:t xml:space="preserve">[29:40] </w:t>
      </w:r>
      <w:r>
        <w:t>apt thi wahan par</w:t>
      </w:r>
    </w:p>
    <w:p>
      <w:pPr>
        <w:jc w:val="right"/>
      </w:pPr>
      <w:r>
        <w:t>اپت تھی وہاں پر</w:t>
      </w:r>
    </w:p>
    <w:p>
      <w:r>
        <w:rPr>
          <w:b/>
        </w:rPr>
        <w:t xml:space="preserve">[29:44] </w:t>
      </w:r>
      <w:r>
        <w:t>to wahan jo hamare mezban the unhon ne foran telephone kiya hospital mein aur yaqeen kijiye with in minute ambulance aa gaya yeh unhi ke nizam hai</w:t>
      </w:r>
    </w:p>
    <w:p>
      <w:pPr>
        <w:jc w:val="right"/>
      </w:pPr>
      <w:r>
        <w:t>تو وہاں جو ہمارے میزبان تھے انہوں نے فوراً ٹیلی فون کیا ہاسپٹل میں اور یقین کیجئے ود ان منٹ ایمبولینس آ گیا یہ انہی کے نظام ہے</w:t>
      </w:r>
    </w:p>
    <w:p>
      <w:r>
        <w:rPr>
          <w:b/>
        </w:rPr>
        <w:t xml:space="preserve">[30:04] </w:t>
      </w:r>
      <w:r>
        <w:t>yani minton mein aa gaya aur unhon ne foran ke foran mujhe litaya is mein aik bara sa woh tha aur check kiya wohin par le nahi gaye kahin sara saman se lais tha woh ambulance jo tha us mein sara saman tha mein check kiya yeh kya woh kya woh kya aur mein theek ho gaya</w:t>
      </w:r>
    </w:p>
    <w:p>
      <w:pPr>
        <w:jc w:val="right"/>
      </w:pPr>
      <w:r>
        <w:t>یعنی منٹوں میں آ گیا اور انہوں نے فوراً کے فوراً مجھے لٹایا اس میں ایک بڑا سا وہ تھا اور چیک کیا وہیں پر لے نہیں گئے کہیں سارا سامان سے لیس تھا وہ ایمبولینس جو تھا اس میں سارا سامان تھا میں چیک کیا یہ کیا وہ کیا وہ کیا اور میں ٹھیک ہو گیا</w:t>
      </w:r>
    </w:p>
    <w:p>
      <w:r>
        <w:rPr>
          <w:b/>
        </w:rPr>
        <w:t xml:space="preserve">[30:29] </w:t>
      </w:r>
      <w:r>
        <w:t>to becharay is zamanay mein agar yeh hota hota to qabil marta bhi na hain</w:t>
      </w:r>
    </w:p>
    <w:p>
      <w:pPr>
        <w:jc w:val="right"/>
      </w:pPr>
      <w:r>
        <w:t>تو بیچارے اس زمانے میں اگر یہ ہوتا ہوتا تو قابل مرتا بھی نہ ہیں</w:t>
      </w:r>
    </w:p>
    <w:p>
      <w:r>
        <w:rPr>
          <w:b/>
        </w:rPr>
        <w:t xml:space="preserve">[30:36] </w:t>
      </w:r>
      <w:r>
        <w:t>ji yeh to yeh to haan bohat sahi baat hai hona woh ghanton tarpa hoga tarpa hoga haan medical face</w:t>
      </w:r>
    </w:p>
    <w:p>
      <w:pPr>
        <w:jc w:val="right"/>
      </w:pPr>
      <w:r>
        <w:t>جی یہ تو یہ تو ہاں بہت صحیح بات ہے ہونا وہ گھنٹوں تڑپا ہوگا تڑپا ہوگا ہاں میڈیکل فیس</w:t>
      </w:r>
    </w:p>
    <w:p>
      <w:r>
        <w:rPr>
          <w:b/>
        </w:rPr>
        <w:t xml:space="preserve">[30:47] </w:t>
      </w:r>
      <w:r>
        <w:t>latiz mein khoon baha hoga</w:t>
      </w:r>
    </w:p>
    <w:p>
      <w:pPr>
        <w:jc w:val="right"/>
      </w:pPr>
      <w:r>
        <w:t>لیٹیز میں خون بہا ہوگا</w:t>
      </w:r>
    </w:p>
    <w:p>
      <w:r>
        <w:rPr>
          <w:b/>
        </w:rPr>
        <w:t xml:space="preserve">[30:51] </w:t>
      </w:r>
      <w:r>
        <w:t>ab kaha ke minton mein ambulance aa gayi doctor is mein thay is mein doctor baqa trained doctor thay is mein mujhe foran strech pe stretcher pe le gaye check kiya dawayein dein aik do minute theek kar diya yeh pata hi kiya itne bare ehsan ko na manen aap to aap bheer bakri se bure hain hain</w:t>
      </w:r>
    </w:p>
    <w:p>
      <w:pPr>
        <w:jc w:val="right"/>
      </w:pPr>
      <w:r>
        <w:t>اب کہا کہ منٹوں میں ایمبولینس آ گئی ڈاکٹر اس میں تھے اس میں ڈاکٹر بقا ٹرینڈ ڈاکٹر تھے اس میں مجھے فوراً اسٹریچ پہ اسٹریچر پہ لے گئے چیک کیا دوائیں دیں ایک دو منٹ ٹھیک کر دیا یہ پتہ ہی کیا اتنے بڑے احسان کو نہ مانیں آپ تو آپ بھیڑ بکری سے برے ہیں ہیں</w:t>
      </w:r>
    </w:p>
    <w:p>
      <w:r>
        <w:rPr>
          <w:b/>
        </w:rPr>
        <w:t xml:space="preserve">[31:19] </w:t>
      </w:r>
      <w:r>
        <w:t>bilkul sahi baat hai yeh qissa poland ka jo ziyada tarqi yafta nahi hai aur agar yeh qissa agar hua hota paris mein to london mein to aur ziyada tezi se kaam hota</w:t>
      </w:r>
    </w:p>
    <w:p>
      <w:pPr>
        <w:jc w:val="right"/>
      </w:pPr>
      <w:r>
        <w:t>بالکل صحیح بات ہے یہ قصہ پولینڈ کا جو زیادہ ترقی یافتہ نہیں ہے اور اگر یہ قصہ اگر ہوا ہوتا پیرس میں تو لندن میں تو اور زیادہ تیزی سے کام ہوتا</w:t>
      </w:r>
    </w:p>
    <w:p>
      <w:r>
        <w:rPr>
          <w:b/>
        </w:rPr>
        <w:t xml:space="preserve">[31:34] </w:t>
      </w:r>
      <w:r>
        <w:t>ji aur kamal yeh hai ke yeh jo log aisi baatein karte hain na apni family ke sath wahi ja ke settle hue hain ta ke is se faida uthayen hain</w:t>
      </w:r>
    </w:p>
    <w:p>
      <w:pPr>
        <w:jc w:val="right"/>
      </w:pPr>
      <w:r>
        <w:t>جی اور کمال یہ ہے کہ یہ جو لوگ ایسی باتیں کرتے ہیں نا اپنی فیملی کے ساتھ وہی جا کے سیٹل ہوئے ہیں تاکہ اس سے فائدہ اٹھائیں ہیں</w:t>
      </w:r>
    </w:p>
    <w:p>
      <w:r>
        <w:rPr>
          <w:b/>
        </w:rPr>
        <w:t xml:space="preserve">[31:50] </w:t>
      </w:r>
      <w:r>
        <w:t>khauf o faida bhi utha rahe hain</w:t>
      </w:r>
    </w:p>
    <w:p>
      <w:pPr>
        <w:jc w:val="right"/>
      </w:pPr>
      <w:r>
        <w:t>خوف و فائدہ بھی اٹھا رہے ہیں</w:t>
      </w:r>
    </w:p>
    <w:p>
      <w:r>
        <w:rPr>
          <w:b/>
        </w:rPr>
        <w:t xml:space="preserve">[31:58] </w:t>
      </w:r>
      <w:r>
        <w:t>maulana kal aik kutub khane ko jane ka mauqa hua kal aik book shop ko jane ka mauqa hua maulana hmm to wahan display mein aik kitab rakhi hui thi bohat bilkul numayan is kitab ka title tha dunya ke sab se bare 20 shaitan ji aur is mein cover page mein tamam ah maghrib ke leaders ki tasveerein theen maulana george bush astaghfirullah is tarah ke hain</w:t>
      </w:r>
    </w:p>
    <w:p>
      <w:pPr>
        <w:jc w:val="right"/>
      </w:pPr>
      <w:r>
        <w:t>مولانا کل ایک کتب خانے کو جانے کا موقع ہوا کل ایک بک شاپ کو جانے کا موقع ہوا مولانا ہمم تو وہاں ڈسپلے میں ایک کتاب رکھی ہوئی تھی بہت بالکل نمایاں اس کتاب کا ٹائٹل تھا دنیا کے سب سے بڑے 20 شیطان جی اور اس میں کور پیج میں تمام اہ مغرب کے لیڈرز کی تصویریں تھیں مولانا جارج بوش استغفراللہ اس طرح کے ہیں</w:t>
      </w:r>
    </w:p>
    <w:p>
      <w:r>
        <w:rPr>
          <w:b/>
        </w:rPr>
        <w:t xml:space="preserve">[32:27] </w:t>
      </w:r>
      <w:r>
        <w:t>aur inhi ke bete damad mein ja ke kama rahe honge jinhon ne kitab likhi hogi na inhi ke bete damad ja ke dollar kama rahe honge aur isi par aish kar rahe honge woh 20 20 ji ji astaghfirullah aur sab se ziyada bikne wali kitab hai hain sab se ziyada bikne wali kitab hai bikne wali sell hone wali kis zuban mein thi woh urdu mein urdu mein khoob b</w:t>
      </w:r>
    </w:p>
    <w:p>
      <w:pPr>
        <w:jc w:val="right"/>
      </w:pPr>
      <w:r>
        <w:t>اور انہی کے بیٹے داماد میں جا کے کما رہے ہوں گے جنہوں نے کتاب لکھی ہوگی نا انہی کے بیٹے داماد جا کے ڈالر کما رہے ہوں گے اور اسی پر عیش کر رہے ہوں گے وہ 20 20 جی جی استغفراللہ اور سب سے زیادہ بکنے والی کتاب ہے ہیں سب سے زیادہ بکنے والی کتاب ہے بکنے والی سیل ہونے والی کس زبان میں تھی وہ اردو میں اردو میں خوب ب</w:t>
      </w:r>
    </w:p>
    <w:p>
      <w:r>
        <w:rPr>
          <w:b/>
        </w:rPr>
        <w:t xml:space="preserve">[32:55] </w:t>
      </w:r>
      <w:r>
        <w:t>kar rahi thi haan maulana bilkul samne rakhi hui thi woh la haula wala quwwat 20 shaitan kitne kharab log yeh hain bheer bakri se to bure hain yeh hain</w:t>
      </w:r>
    </w:p>
    <w:p>
      <w:pPr>
        <w:jc w:val="right"/>
      </w:pPr>
      <w:r>
        <w:t>ک رہی تھی ہاں مولانا بالکل سامنے رکھی ہوئی تھی وہ لا حول ولا قوۃ 20 شیطان کتنے خراب لوگ یہ ہیں بھیڑ بکری سے تو برے ہیں یہ ہیں</w:t>
      </w:r>
    </w:p>
    <w:p>
      <w:r>
        <w:rPr>
          <w:b/>
        </w:rPr>
        <w:t xml:space="preserve">[33:10] </w:t>
      </w:r>
      <w:r>
        <w:t>maulana aik sahib hain aik hindustan ke aik bohat hi bare madrase se farigh hain aur woh america mein madrassa chala rahe hain america mein aur kabhi bhi maghrib ke khilaf baat hoti hai to sab se pehle woh dushmani ki baat karne wale hote hain la haula wala quwwat</w:t>
      </w:r>
    </w:p>
    <w:p>
      <w:pPr>
        <w:jc w:val="right"/>
      </w:pPr>
      <w:r>
        <w:t>مولانا ایک صاحب ہیں ایک ہندوستان کے ایک بہت ہی بڑے مدرسے سے فارغ ہیں اور وہ امریکہ میں مدرسہ چلا رہے ہیں امریکہ میں اور کبھی بھی مغرب کے خلاف بات ہوتی ہے تو سب سے پہلے وہ دشمنی کی بات کرنے والے ہوتے ہیں لا حول ولا قوۃ</w:t>
      </w:r>
    </w:p>
    <w:p>
      <w:r>
        <w:rPr>
          <w:b/>
        </w:rPr>
        <w:t xml:space="preserve">[33:33] </w:t>
      </w:r>
      <w:r>
        <w:t>to maulana mujhe in sab cheezon ko dekhta hoon jo musalman jihad ki baat karte hain ya hukumat</w:t>
      </w:r>
    </w:p>
    <w:p>
      <w:pPr>
        <w:jc w:val="right"/>
      </w:pPr>
      <w:r>
        <w:t>تو مولانا مجھے ان سب چیزوں کو دیکھتا ہوں جو مسلمان جہاد کی بات کرتے ہیں یا حکومت</w:t>
      </w:r>
    </w:p>
    <w:p>
      <w:r>
        <w:rPr>
          <w:b/>
        </w:rPr>
        <w:t xml:space="preserve">[33:38] </w:t>
      </w:r>
      <w:r>
        <w:t>hasil karne ki baat karte hain to mujhe ek hadith yaad aati hai inna sahtahrasuna ala al-amara wa innaha</w:t>
      </w:r>
    </w:p>
    <w:p>
      <w:pPr>
        <w:jc w:val="right"/>
      </w:pPr>
      <w:r>
        <w:t>حاصل کرنے کی بات کرتے ہیں تو مجھے ایک حدیث یاد اتی ہے انکم ستحرسون علی الامارہ وانہا</w:t>
      </w:r>
    </w:p>
    <w:p>
      <w:r>
        <w:rPr>
          <w:b/>
        </w:rPr>
        <w:t xml:space="preserve">[33:46] </w:t>
      </w:r>
      <w:r>
        <w:t>sahtakunu nadamtan wa hasratan yawm al-qiyamah</w:t>
      </w:r>
    </w:p>
    <w:p>
      <w:pPr>
        <w:jc w:val="right"/>
      </w:pPr>
      <w:r>
        <w:t>ستكون ندامت وحسرۃ یوم القیامہ</w:t>
      </w:r>
    </w:p>
    <w:p>
      <w:r>
        <w:rPr>
          <w:b/>
        </w:rPr>
        <w:t xml:space="preserve">[33:50] </w:t>
      </w:r>
      <w:r>
        <w:t>ke anqareeb beshak tum log hukumat ke haris ho jaoge aur beshak yeh cheez qayamat</w:t>
      </w:r>
    </w:p>
    <w:p>
      <w:pPr>
        <w:jc w:val="right"/>
      </w:pPr>
      <w:r>
        <w:t>کہ عنقریب بے شک تم لوگ حکومت کے حریص ہو جاؤ گے اور بے شک یہ چیز قیامت</w:t>
      </w:r>
    </w:p>
    <w:p>
      <w:r>
        <w:rPr>
          <w:b/>
        </w:rPr>
        <w:t xml:space="preserve">[33:58] </w:t>
      </w:r>
      <w:r>
        <w:t>ke din nadamat aur hasrat ka sabab hoga mera sochna kahan tak sahi hai</w:t>
      </w:r>
    </w:p>
    <w:p>
      <w:pPr>
        <w:jc w:val="right"/>
      </w:pPr>
      <w:r>
        <w:t>کے دن ندامت اور حسرت کا سبب ہوگا میرا سوچنا کہاں تک صحیح ہے</w:t>
      </w:r>
    </w:p>
    <w:p>
      <w:r>
        <w:rPr>
          <w:b/>
        </w:rPr>
        <w:t xml:space="preserve">[34:05] </w:t>
      </w:r>
      <w:r>
        <w:t>arey bhai hadith to in mein sabit hai ke ek zamana aye ga jab ke ghair muslim hatta</w:t>
      </w:r>
    </w:p>
    <w:p>
      <w:pPr>
        <w:jc w:val="right"/>
      </w:pPr>
      <w:r>
        <w:t>ارے بھئی حدیث تو ان میں ثابت ہے کہ ایک زمانہ ائے گا جب کہ غیر مسلم حتی</w:t>
      </w:r>
    </w:p>
    <w:p>
      <w:r>
        <w:rPr>
          <w:b/>
        </w:rPr>
        <w:t xml:space="preserve">[34:13] </w:t>
      </w:r>
      <w:r>
        <w:t>ke fazil admi islam ki madad karega</w:t>
      </w:r>
    </w:p>
    <w:p>
      <w:pPr>
        <w:jc w:val="right"/>
      </w:pPr>
      <w:r>
        <w:t>کہ فاضل ادمی اسلام کی مدد کرے گا</w:t>
      </w:r>
    </w:p>
    <w:p>
      <w:r>
        <w:rPr>
          <w:b/>
        </w:rPr>
        <w:t xml:space="preserve">[34:18] </w:t>
      </w:r>
      <w:r>
        <w:t>wohi to aya hua hai jis ko tu hum dushman keh rahe hain wohi wohi to madad kar</w:t>
      </w:r>
    </w:p>
    <w:p>
      <w:pPr>
        <w:jc w:val="right"/>
      </w:pPr>
      <w:r>
        <w:t>وہی تو ایا ہوا ہے جس کو تو ہم دشمن کہہ رہے ہیں وہی وہی تو مدد کر</w:t>
      </w:r>
    </w:p>
    <w:p>
      <w:r>
        <w:rPr>
          <w:b/>
        </w:rPr>
        <w:t xml:space="preserve">[34:22] </w:t>
      </w:r>
      <w:r>
        <w:t>rahe hain madad na kare to agar agar amreeka madad na karta to aaj</w:t>
      </w:r>
    </w:p>
    <w:p>
      <w:pPr>
        <w:jc w:val="right"/>
      </w:pPr>
      <w:r>
        <w:t>رہے ہیں مدد نہ کرے تو اگر اگر امریکہ مدد نہ کرتا تو اج</w:t>
      </w:r>
    </w:p>
    <w:p>
      <w:r>
        <w:rPr>
          <w:b/>
        </w:rPr>
        <w:t xml:space="preserve">[34:28] </w:t>
      </w:r>
      <w:r>
        <w:t>aaj pakistan ka wajood na hota</w:t>
      </w:r>
    </w:p>
    <w:p>
      <w:pPr>
        <w:jc w:val="right"/>
      </w:pPr>
      <w:r>
        <w:t>اج پاکستان کا وجود نہ ہوتا</w:t>
      </w:r>
    </w:p>
    <w:p>
      <w:r>
        <w:rPr>
          <w:b/>
        </w:rPr>
        <w:t xml:space="preserve">[34:33] </w:t>
      </w:r>
      <w:r>
        <w:t>pakistan jo hai amreeka ki madad madad par chal raha hai abhi bhi abhi aap jante hain ke</w:t>
      </w:r>
    </w:p>
    <w:p>
      <w:pPr>
        <w:jc w:val="right"/>
      </w:pPr>
      <w:r>
        <w:t>پاکستان جو ہے امریکہ کی مدد مدد پر چل رہا ہے ابھی بھی ابھی اپ جانتے ہیں کہ</w:t>
      </w:r>
    </w:p>
    <w:p>
      <w:r>
        <w:rPr>
          <w:b/>
        </w:rPr>
        <w:t xml:space="preserve">[34:39] </w:t>
      </w:r>
      <w:r>
        <w:t>wahan par sahib gaye hain wahan madad mangne ke</w:t>
      </w:r>
    </w:p>
    <w:p>
      <w:pPr>
        <w:jc w:val="right"/>
      </w:pPr>
      <w:r>
        <w:t>وہاں پر صاحب گئے ہیں وہاں مدد مانگنے کے</w:t>
      </w:r>
    </w:p>
    <w:p>
      <w:r>
        <w:rPr>
          <w:b/>
        </w:rPr>
        <w:t xml:space="preserve">[34:42] </w:t>
      </w:r>
      <w:r>
        <w:t>liye peer hain pm sahib hain pm wazir e azam wazir e azam haan wazir e azam</w:t>
      </w:r>
    </w:p>
    <w:p>
      <w:pPr>
        <w:jc w:val="right"/>
      </w:pPr>
      <w:r>
        <w:t>لیے پیر ہیں پی ایم صاحب ہیں پی ایم وزیراعظم وزیراعظم ہاں وزیراعظم</w:t>
      </w:r>
    </w:p>
    <w:p>
      <w:r>
        <w:rPr>
          <w:b/>
        </w:rPr>
        <w:t xml:space="preserve">[34:56] </w:t>
      </w:r>
      <w:r>
        <w:t>yeh to mohsin kash ya qaum hai mohsin kash</w:t>
      </w:r>
    </w:p>
    <w:p>
      <w:pPr>
        <w:jc w:val="right"/>
      </w:pPr>
      <w:r>
        <w:t>یہ تو محسن کش یا قوم ہے محسن کش</w:t>
      </w:r>
    </w:p>
    <w:p>
      <w:r>
        <w:rPr>
          <w:b/>
        </w:rPr>
        <w:t xml:space="preserve">[35:01] </w:t>
      </w:r>
      <w:r>
        <w:t>ehsan faramosh ehsan faramosh</w:t>
      </w:r>
    </w:p>
    <w:p>
      <w:pPr>
        <w:jc w:val="right"/>
      </w:pPr>
      <w:r>
        <w:t>احسان فراموش احسان فراموش</w:t>
      </w:r>
    </w:p>
    <w:p>
      <w:r>
        <w:rPr>
          <w:b/>
        </w:rPr>
        <w:t xml:space="preserve">[35:06] </w:t>
      </w:r>
      <w:r>
        <w:t>aap ko main nashrit karunga ke itne saal tak aap wahan the jahan aap service thi ab</w:t>
      </w:r>
    </w:p>
    <w:p>
      <w:pPr>
        <w:jc w:val="right"/>
      </w:pPr>
      <w:r>
        <w:t>اپ کو میں نشریت کروں گا کہ اتنے سال تک اپ وہاں تھے جہاں اپ سروس تھی اب</w:t>
      </w:r>
    </w:p>
    <w:p>
      <w:r>
        <w:rPr>
          <w:b/>
        </w:rPr>
        <w:t xml:space="preserve">[35:12] </w:t>
      </w:r>
      <w:r>
        <w:t>wahan se wapas aaye hain kabhi is ki shikayat mat kijiye ga</w:t>
      </w:r>
    </w:p>
    <w:p>
      <w:pPr>
        <w:jc w:val="right"/>
      </w:pPr>
      <w:r>
        <w:t>وہاں سے واپس ائے ہیں کبھی اس کی شکایت مت کیجئے گا</w:t>
      </w:r>
    </w:p>
    <w:p>
      <w:r>
        <w:rPr>
          <w:b/>
        </w:rPr>
        <w:t xml:space="preserve">[35:16] </w:t>
      </w:r>
      <w:r>
        <w:t>itne shakhs to unhon ne taqlab taqlab taqlab takafful kiya aap ka aap ki falah kiya aap ki</w:t>
      </w:r>
    </w:p>
    <w:p>
      <w:pPr>
        <w:jc w:val="right"/>
      </w:pPr>
      <w:r>
        <w:t>اتنے شخص تو انہوں نے تقلب تقلب تقلب تکفل کیا اپ کا اپ کی فلاح کیا اپ کی</w:t>
      </w:r>
    </w:p>
    <w:p>
      <w:r>
        <w:rPr>
          <w:b/>
        </w:rPr>
        <w:t xml:space="preserve">[35:24] </w:t>
      </w:r>
      <w:r>
        <w:t>agar koi unhon ne koi aisi baat ho gayi ho aap ki bazat kharab is ko le kar</w:t>
      </w:r>
    </w:p>
    <w:p>
      <w:pPr>
        <w:jc w:val="right"/>
      </w:pPr>
      <w:r>
        <w:t>اگر کوئی انہوں نے کوئی ایسی بات ہو گئی ہو اپ کی بذات خراب اس کو لے کر</w:t>
      </w:r>
    </w:p>
    <w:p>
      <w:r>
        <w:rPr>
          <w:b/>
        </w:rPr>
        <w:t xml:space="preserve">[35:30] </w:t>
      </w:r>
      <w:r>
        <w:t>halke se halke burai mat kijiye ga</w:t>
      </w:r>
    </w:p>
    <w:p>
      <w:pPr>
        <w:jc w:val="right"/>
      </w:pPr>
      <w:r>
        <w:t>ہلکے سے ہلکے برائی مت کیجئے گا</w:t>
      </w:r>
    </w:p>
    <w:p>
      <w:r>
        <w:rPr>
          <w:b/>
        </w:rPr>
        <w:t xml:space="preserve">[35:36] </w:t>
      </w:r>
      <w:r>
        <w:t>yeh sab kya kaam hai</w:t>
      </w:r>
    </w:p>
    <w:p>
      <w:pPr>
        <w:jc w:val="right"/>
      </w:pPr>
      <w:r>
        <w:t>یہ سب کیا کام ہے</w:t>
      </w:r>
    </w:p>
    <w:p>
      <w:r>
        <w:rPr>
          <w:b/>
        </w:rPr>
        <w:t xml:space="preserve">[35:38] </w:t>
      </w:r>
      <w:r>
        <w:t>maulana aap yeh keh rahe hain ke aap ko jis jis jis mulk ne aap ko takafful kiya us se agar kuch aap se shikayat bhi hai to aap bilkul harghiz nahi harghiz nahi kitne saal tak rahe hain wahan par mukammal 15 saal tak rahe hain maulana ya allah</w:t>
      </w:r>
    </w:p>
    <w:p>
      <w:pPr>
        <w:jc w:val="right"/>
      </w:pPr>
      <w:r>
        <w:t>مولانا اپ یہ کہہ رہے ہیں کہ اپ کو جس جس جس ملک نے اپ کو تکافل کیا اس سے اگر کچھ اپ سے شکایت بھی ہے تو اپ بالکل ہرگز نہیں ہرگز نہیں کتنے سال تک رہے ہیں وہاں پر مکمل 15 سال تک رہے ہیں مولانا یا اللہ</w:t>
      </w:r>
    </w:p>
    <w:p>
      <w:r>
        <w:rPr>
          <w:b/>
        </w:rPr>
        <w:t xml:space="preserve">[36:01] </w:t>
      </w:r>
      <w:r>
        <w:t>15 saal tak is ne kifalat ki aap ki aap ki family ki agar koi baat aisi ho gayi ho to us ko zara bhi mat zikr kijiye ga is ka woh bhula dijiye is ko kya kaam hai sahib maulana 15 saal tak is jis mulk ne aap ko kifalat ki hai us se zara bhi atta ke barabar bhi shikayat mat rakhi</w:t>
      </w:r>
    </w:p>
    <w:p>
      <w:pPr>
        <w:jc w:val="right"/>
      </w:pPr>
      <w:r>
        <w:t>15 سال تک اس نے کفالت کی اپ کی اپ کی فیملی کی اگر کوئی بات ایسی ہو گئی ہو تو اس کو ذرا بھی مت ذکر کیجئے گا اس کا وہ بھلا دیجئے اس کو کیا کام ہے صاحب مولانا 15 سال تک اس جس ملک نے اپ کو کفالت کی ہے اس سے ذرا بھی اٹا کے برابر بھی شکایت مت رکھی</w:t>
      </w:r>
    </w:p>
    <w:p>
      <w:r>
        <w:rPr>
          <w:b/>
        </w:rPr>
        <w:t xml:space="preserve">[36:26] </w:t>
      </w:r>
      <w:r>
        <w:t>ega harghiz nahi koi hua ho qissa farz kijiye to bhula dijiye is ko ji is 15 saal ko yaad rakhiye ke is ne aap ki aur aap ki family ki kifalat kiya</w:t>
      </w:r>
    </w:p>
    <w:p>
      <w:pPr>
        <w:jc w:val="right"/>
      </w:pPr>
      <w:r>
        <w:t>ے گا ہرگز نہیں کوئی ہوا ہو قصہ فرض کیجئے تو بھلا دیجئے اس کو جی اس 15 سال کو یاد رکھیے کہ اس نے اپ کی اور اپ کی فیملی کی کفالت کیا</w:t>
      </w:r>
    </w:p>
    <w:p>
      <w:r>
        <w:rPr>
          <w:b/>
        </w:rPr>
        <w:t xml:space="preserve">[36:43] </w:t>
      </w:r>
      <w:r>
        <w:t>kaisa aap kya khayal hai</w:t>
      </w:r>
    </w:p>
    <w:p>
      <w:pPr>
        <w:jc w:val="right"/>
      </w:pPr>
      <w:r>
        <w:t>کیسا اپ کیا خیال ہے</w:t>
      </w:r>
    </w:p>
    <w:p>
      <w:r>
        <w:rPr>
          <w:b/>
        </w:rPr>
        <w:t xml:space="preserve">[36:44] </w:t>
      </w:r>
      <w:r>
        <w:t>aap ka haan maulana</w:t>
      </w:r>
    </w:p>
    <w:p>
      <w:pPr>
        <w:jc w:val="right"/>
      </w:pPr>
      <w:r>
        <w:t>اپ کا ہاں مولانا</w:t>
      </w:r>
    </w:p>
    <w:p>
      <w:r>
        <w:rPr>
          <w:b/>
        </w:rPr>
        <w:t xml:space="preserve">[36:52] </w:t>
      </w:r>
      <w:r>
        <w:t>molana pura muslim literature maghrib pura muslim literature maghrib aur ahl-e-maghrib ko le kar manfi hi likhta hai molana siwaye aap ke agar aap ke paas hum nahi aate to hum bhi manfi hi rehte hain</w:t>
      </w:r>
    </w:p>
    <w:p>
      <w:pPr>
        <w:jc w:val="right"/>
      </w:pPr>
      <w:r>
        <w:t>مولانا پورا مسلم لٹریچر مغرب پورا مسلم لٹریچر مغرب اور اہل مغرب کو لے کر منفی ہی لکھتا ہے مولانا سوائے اپ کے اگر اپ کے پاس ہم نہیں اتے تو ہم بھی منفی ہی رہتے ہیں</w:t>
      </w:r>
    </w:p>
    <w:p>
      <w:r>
        <w:rPr>
          <w:b/>
        </w:rPr>
        <w:t xml:space="preserve">[37:08] </w:t>
      </w:r>
      <w:r>
        <w:t>la haula wala quwwata</w:t>
      </w:r>
    </w:p>
    <w:p>
      <w:pPr>
        <w:jc w:val="right"/>
      </w:pPr>
      <w:r>
        <w:t>لا حول ولا قوۃ</w:t>
      </w:r>
    </w:p>
    <w:p>
      <w:r>
        <w:rPr>
          <w:b/>
        </w:rPr>
        <w:t xml:space="preserve">[37:14] </w:t>
      </w:r>
      <w:r>
        <w:t>yeh to shaitan sikhaya hai yeh shaitan jo sikhaya hai ke jo tumhara mukhles us ne ehsan kiya hai usi ke khilaf ho jao hain haan mol</w:t>
      </w:r>
    </w:p>
    <w:p>
      <w:pPr>
        <w:jc w:val="right"/>
      </w:pPr>
      <w:r>
        <w:t>یہ تو شیطان سکھایا ہے یہ شیطان جو سکھایا ہے کہ جو تمہارا مخلص اس نے احسان کیا ہے اسی کے خلاف ہو جاؤ ہیں ہاں مول</w:t>
      </w:r>
    </w:p>
    <w:p>
      <w:r>
        <w:rPr>
          <w:b/>
        </w:rPr>
        <w:t xml:space="preserve">[37:28] </w:t>
      </w:r>
      <w:r>
        <w:t>ana to aap yeh kaam hargiz mat kijiyega ke agar 15 saal ke douran aap ko koi shikayati baat hui ho jis ko zikr sine se nikal dijiye haan zikr mat kijiyega kyunke 15 saal tak jo kifalat ki hai us ne woh zyada bari cheez hai</w:t>
      </w:r>
    </w:p>
    <w:p>
      <w:pPr>
        <w:jc w:val="right"/>
      </w:pPr>
      <w:r>
        <w:t>انا تو اپ یہ کام ہرگز مت کیجئے گا کہ اگر 15 سال کے دوران اپ کو کوئی شکایتی بات ہوئی ہو جس کو ذکر سینے سے نکال دیجئے ہاں ذکر مت کیجئے گا کیونکہ 15 سال تک جو کفالت کی ہے اس نے وہ زیادہ بڑی چیز ہے</w:t>
      </w:r>
    </w:p>
    <w:p>
      <w:r>
        <w:rPr>
          <w:b/>
        </w:rPr>
        <w:t xml:space="preserve">[37:51] </w:t>
      </w:r>
      <w:r>
        <w:t>molana isi waqt nikal diya</w:t>
      </w:r>
    </w:p>
    <w:p>
      <w:pPr>
        <w:jc w:val="right"/>
      </w:pPr>
      <w:r>
        <w:t>مولانا اسی وقت نکال دیا</w:t>
      </w:r>
    </w:p>
    <w:p>
      <w:r>
        <w:rPr>
          <w:b/>
        </w:rPr>
        <w:t xml:space="preserve">[37:53] </w:t>
      </w:r>
      <w:r>
        <w:t>inshallah inshallah</w:t>
      </w:r>
    </w:p>
    <w:p>
      <w:pPr>
        <w:jc w:val="right"/>
      </w:pPr>
      <w:r>
        <w:t>انشاءاللہ انشاءاللہ</w:t>
      </w:r>
    </w:p>
    <w:p>
      <w:r>
        <w:rPr>
          <w:b/>
        </w:rPr>
        <w:t xml:space="preserve">[37:58] </w:t>
      </w:r>
      <w:r>
        <w:t>chalen sahib aur koi sahib kuch kahein maulana ek ayat hai is ko le kar mujhe poochna hai</w:t>
      </w:r>
    </w:p>
    <w:p>
      <w:pPr>
        <w:jc w:val="right"/>
      </w:pPr>
      <w:r>
        <w:t>چلیں صاحب اور کوئی صاحب کچھ کہیں مولانا ایک ایت ہے اس کو لے کر مجھے پوچھنا ہے</w:t>
      </w:r>
    </w:p>
    <w:p>
      <w:r>
        <w:rPr>
          <w:b/>
        </w:rPr>
        <w:t xml:space="preserve">[38:05] </w:t>
      </w:r>
      <w:r>
        <w:t>ayat hai surah toba ayat number 19</w:t>
      </w:r>
    </w:p>
    <w:p>
      <w:pPr>
        <w:jc w:val="right"/>
      </w:pPr>
      <w:r>
        <w:t>ایت ہے سورہ توبہ ایت نمبر 19</w:t>
      </w:r>
    </w:p>
    <w:p>
      <w:r>
        <w:rPr>
          <w:b/>
        </w:rPr>
        <w:t xml:space="preserve">[38:09] </w:t>
      </w:r>
      <w:r>
        <w:t>ajajaltum siqayat al hajj wa imarat al masjid al haram kam an amana billahi wal yawm al akhir wa jahada fi sabilillah la yastawuna ind</w:t>
      </w:r>
    </w:p>
    <w:p>
      <w:pPr>
        <w:jc w:val="right"/>
      </w:pPr>
      <w:r>
        <w:t>اجعلتم سقایۃ الحاج وعمارۃ المسجد الحرام کمن امن باللہ والیوم الاخر وجاہد فی سبیل اللہ لا یستوون عند</w:t>
      </w:r>
    </w:p>
    <w:p>
      <w:r>
        <w:rPr>
          <w:b/>
        </w:rPr>
        <w:t xml:space="preserve">[38:19] </w:t>
      </w:r>
      <w:r>
        <w:t>allah wallah la yahdi al qawm al zalamin</w:t>
      </w:r>
    </w:p>
    <w:p>
      <w:pPr>
        <w:jc w:val="right"/>
      </w:pPr>
      <w:r>
        <w:t>اللہ واللہ لا یہدی القوم الظالمین</w:t>
      </w:r>
    </w:p>
    <w:p>
      <w:r>
        <w:rPr>
          <w:b/>
        </w:rPr>
        <w:t xml:space="preserve">[38:23] </w:t>
      </w:r>
      <w:r>
        <w:t>kya tum ne hajioun ke pani pilane aur masjid haram ko basane ko barabar kar diya us shakhs</w:t>
      </w:r>
    </w:p>
    <w:p>
      <w:pPr>
        <w:jc w:val="right"/>
      </w:pPr>
      <w:r>
        <w:t>کیا تم نے حاجیوں کے پانی پلانے اور مسجد حرام کو بسانے کو برابر کر دیا اس شخص</w:t>
      </w:r>
    </w:p>
    <w:p>
      <w:r>
        <w:rPr>
          <w:b/>
        </w:rPr>
        <w:t xml:space="preserve">[38:28] </w:t>
      </w:r>
      <w:r>
        <w:t>ke jo Allah aur aakhirat par iman laya aur Allah ki rah mein jihad kiya Allah ke nazdeek</w:t>
      </w:r>
    </w:p>
    <w:p>
      <w:pPr>
        <w:jc w:val="right"/>
      </w:pPr>
      <w:r>
        <w:t>کے جو اللہ اور اخرت پر ایمان لایا اور اللہ کی راہ میں جہاد کیا اللہ کے نزدیک</w:t>
      </w:r>
    </w:p>
    <w:p>
      <w:r>
        <w:rPr>
          <w:b/>
        </w:rPr>
        <w:t xml:space="preserve">[38:35] </w:t>
      </w:r>
      <w:r>
        <w:t>yeh dono barabar nahi ho sakte aur Allah zalim logon ko rah nahi dikhata</w:t>
      </w:r>
    </w:p>
    <w:p>
      <w:pPr>
        <w:jc w:val="right"/>
      </w:pPr>
      <w:r>
        <w:t>یہ دونوں برابر نہیں ہو سکتے اور اللہ ظالم لوگوں کو راہ نہیں دکھاتا</w:t>
      </w:r>
    </w:p>
    <w:p>
      <w:r>
        <w:rPr>
          <w:b/>
        </w:rPr>
        <w:t xml:space="preserve">[38:42] </w:t>
      </w:r>
      <w:r>
        <w:t>is ayat mein mera sawal yeh hai ke kya yeh ayat</w:t>
      </w:r>
    </w:p>
    <w:p>
      <w:pPr>
        <w:jc w:val="right"/>
      </w:pPr>
      <w:r>
        <w:t>اس ایت میں میرا سوال یہ ہے کہ کیا یہ ایت</w:t>
      </w:r>
    </w:p>
    <w:p>
      <w:r>
        <w:rPr>
          <w:b/>
        </w:rPr>
        <w:t xml:space="preserve">[38:44] </w:t>
      </w:r>
      <w:r>
        <w:t>sirf mushrikeen-e-makka ke liye thi ya aaj bhi yeh mentality pai jati hai</w:t>
      </w:r>
    </w:p>
    <w:p>
      <w:pPr>
        <w:jc w:val="right"/>
      </w:pPr>
      <w:r>
        <w:t>صرف مشرکین مکہ کے لیے تھی یا اج بھی یہ مینٹیلیٹی پائی جاتی ہے</w:t>
      </w:r>
    </w:p>
    <w:p>
      <w:r>
        <w:rPr>
          <w:b/>
        </w:rPr>
        <w:t xml:space="preserve">[38:50] </w:t>
      </w:r>
      <w:r>
        <w:t>qayamat tak ke liye agar dobara dobara koi dunya bane in logon ke liye bhi hai yeh to</w:t>
      </w:r>
    </w:p>
    <w:p>
      <w:pPr>
        <w:jc w:val="right"/>
      </w:pPr>
      <w:r>
        <w:t>قیامت تک کے لیے اگر دوبارہ دوبارہ کوئی دنیا بنے ان لوگوں کے لیے بھی ہے یہ تو</w:t>
      </w:r>
    </w:p>
    <w:p>
      <w:r>
        <w:rPr>
          <w:b/>
        </w:rPr>
        <w:t xml:space="preserve">[38:56] </w:t>
      </w:r>
      <w:r>
        <w:t>usool hai usool hai</w:t>
      </w:r>
    </w:p>
    <w:p>
      <w:pPr>
        <w:jc w:val="right"/>
      </w:pPr>
      <w:r>
        <w:t>اصول ہے اصول ہے</w:t>
      </w:r>
    </w:p>
    <w:p>
      <w:r>
        <w:rPr>
          <w:b/>
        </w:rPr>
        <w:t xml:space="preserve">[39:01] </w:t>
      </w:r>
      <w:r>
        <w:t>keh sab se bari cheez jo hai woh nahi jo tum samajhte ho sab se bari cheez hai</w:t>
      </w:r>
    </w:p>
    <w:p>
      <w:pPr>
        <w:jc w:val="right"/>
      </w:pPr>
      <w:r>
        <w:t>کہ سب سے بڑی چیز جو ہے وہ نہیں جو تم سمجھتے ہو سب سے بڑی چیز ہے</w:t>
      </w:r>
    </w:p>
    <w:p>
      <w:r>
        <w:rPr>
          <w:b/>
        </w:rPr>
        <w:t xml:space="preserve">[39:07] </w:t>
      </w:r>
      <w:r>
        <w:t>Allah se darna Allah se muhabbat karna Allah se ta'alluq</w:t>
      </w:r>
    </w:p>
    <w:p>
      <w:pPr>
        <w:jc w:val="right"/>
      </w:pPr>
      <w:r>
        <w:t>اللہ سے ڈرنا اللہ سے محبت کرنا اللہ سے تعلق</w:t>
      </w:r>
    </w:p>
    <w:p>
      <w:r>
        <w:rPr>
          <w:b/>
        </w:rPr>
        <w:t xml:space="preserve">[39:14] </w:t>
      </w:r>
      <w:r>
        <w:t>sab se bari cheez hai</w:t>
      </w:r>
    </w:p>
    <w:p>
      <w:pPr>
        <w:jc w:val="right"/>
      </w:pPr>
      <w:r>
        <w:t>سب سے بڑی چیز ہے</w:t>
      </w:r>
    </w:p>
    <w:p>
      <w:r>
        <w:rPr>
          <w:b/>
        </w:rPr>
        <w:t xml:space="preserve">[39:21] </w:t>
      </w:r>
      <w:r>
        <w:t>aaj kal jo hai jo yeh karte hain na mother teresa sab se bari cheez mother teresa ke model nahi hain</w:t>
      </w:r>
    </w:p>
    <w:p>
      <w:pPr>
        <w:jc w:val="right"/>
      </w:pPr>
      <w:r>
        <w:t>اج کل جو ہے جو یہ کرتے ہیں نا مدر ٹریسا سب سے بڑی چیز مدر ٹریسا کے ماڈل نہیں ہیں</w:t>
      </w:r>
    </w:p>
    <w:p>
      <w:r>
        <w:rPr>
          <w:b/>
        </w:rPr>
        <w:t xml:space="preserve">[39:32] </w:t>
      </w:r>
      <w:r>
        <w:t>bahut se log mother teresa ke model ko sochte hain ke bari cheez woh bari cheez nahi hai bari cheez hai ke aap ko Allah Allah se darne wale hon aap Allah se mohabbat karne wale hon aap</w:t>
      </w:r>
    </w:p>
    <w:p>
      <w:pPr>
        <w:jc w:val="right"/>
      </w:pPr>
      <w:r>
        <w:t>بہت سے لوگ مدر ٹریسا کے ماڈل کو سوچتے ہیں کہ بڑی چیز وہ بڑی چیز نہیں ہے بڑی چیز ہے کہ اپ کو اللہ اللہ سے ڈرنے والے ہوں اپ اللہ سے محبت کرنے والے ہوں اپ</w:t>
      </w:r>
    </w:p>
    <w:p>
      <w:r>
        <w:rPr>
          <w:b/>
        </w:rPr>
        <w:t xml:space="preserve">[39:49] </w:t>
      </w:r>
      <w:r>
        <w:t>Allah ka shukar karne wale hon aap</w:t>
      </w:r>
    </w:p>
    <w:p>
      <w:pPr>
        <w:jc w:val="right"/>
      </w:pPr>
      <w:r>
        <w:t>اللہ کا شکر کرنے والے ہوں اپ</w:t>
      </w:r>
    </w:p>
    <w:p>
      <w:r>
        <w:rPr>
          <w:b/>
        </w:rPr>
        <w:t xml:space="preserve">[39:51] </w:t>
      </w:r>
      <w:r>
        <w:t>molana ijtihad ke bare mein jo nusus aaye hue hain khas taur par hadith mein izzat ijtihad izzat ijtihad al-hakim ka lafz hai jabke ijtihad ek naguzir zaroorat hai izzat ijtihad al-mu'min aam kyun lafz nahi hota</w:t>
      </w:r>
    </w:p>
    <w:p>
      <w:pPr>
        <w:jc w:val="right"/>
      </w:pPr>
      <w:r>
        <w:t>مولانا اجتہاد کے بارے میں جو نصوص ائے ہوئے ہیں خاص طور پر حدیث میں عزت اجتہاد عزت اجتہاد الحاکم کا لفظ ہے جبکہ اجتہاد ایک ناگزیر ضرورت ہے عزت اجتہاد المومن عام کیوں لفظ نہیں ہوتا</w:t>
      </w:r>
    </w:p>
    <w:p>
      <w:r>
        <w:rPr>
          <w:b/>
        </w:rPr>
        <w:t xml:space="preserve">[40:11] </w:t>
      </w:r>
      <w:r>
        <w:t>hakim woh ek ek</w:t>
      </w:r>
    </w:p>
    <w:p>
      <w:pPr>
        <w:jc w:val="right"/>
      </w:pPr>
      <w:r>
        <w:t>حاکم وہ ایک ایک</w:t>
      </w:r>
    </w:p>
    <w:p>
      <w:r>
        <w:rPr>
          <w:b/>
        </w:rPr>
        <w:t xml:space="preserve">[40:15] </w:t>
      </w:r>
      <w:r>
        <w:t>misalon mein se ek misal hai woh to har aadmi ke liye rasta chalne wale ke liye bhi hai sab ke liye</w:t>
      </w:r>
    </w:p>
    <w:p>
      <w:pPr>
        <w:jc w:val="right"/>
      </w:pPr>
      <w:r>
        <w:t>مثالوں میں سے ایک مثال ہے وہ تو ہر ادمی کے لیے راستہ چلنے والے کے لیے بھی ہے سب کے لیے</w:t>
      </w:r>
    </w:p>
    <w:p>
      <w:r>
        <w:rPr>
          <w:b/>
        </w:rPr>
        <w:t xml:space="preserve">[40:28] </w:t>
      </w:r>
      <w:r>
        <w:t>hakim to bahut se logon mein se ek shakhs hota hai</w:t>
      </w:r>
    </w:p>
    <w:p>
      <w:pPr>
        <w:jc w:val="right"/>
      </w:pPr>
      <w:r>
        <w:t>حاکم تو بہت سے لوگوں میں سے ایک شخص ہوتا ہے</w:t>
      </w:r>
    </w:p>
    <w:p>
      <w:r>
        <w:rPr>
          <w:b/>
        </w:rPr>
        <w:t xml:space="preserve">[40:40] </w:t>
      </w:r>
      <w:r>
        <w:t>ijtihad to har waqt aap karte hain ijtihad ek aam zaroorat hai har insan ki ijtihad ka matlab kya hai</w:t>
      </w:r>
    </w:p>
    <w:p>
      <w:pPr>
        <w:jc w:val="right"/>
      </w:pPr>
      <w:r>
        <w:t>اجتہاد تو ہر وقت اپ کرتے ہیں اجتہاد ایک عام ضرورت ہے ہر انسان کی اجتہاد کا مطلب کیا ہے</w:t>
      </w:r>
    </w:p>
    <w:p>
      <w:r>
        <w:rPr>
          <w:b/>
        </w:rPr>
        <w:t xml:space="preserve">[40:54] </w:t>
      </w:r>
      <w:r>
        <w:t>aik cheez jis se abane koi zahiri taur par koi nas na ho us ke bare mein yeh</w:t>
      </w:r>
    </w:p>
    <w:p>
      <w:pPr>
        <w:jc w:val="right"/>
      </w:pPr>
      <w:r>
        <w:t>ایک چیز جس سے ابانے کوئی ظاہری طور پر کوئی نس نہ ہو اس کے بارے میں یہ</w:t>
      </w:r>
    </w:p>
    <w:p>
      <w:r>
        <w:rPr>
          <w:b/>
        </w:rPr>
        <w:t xml:space="preserve">[41:02] </w:t>
      </w:r>
      <w:r>
        <w:t>tay karna keh yahan par Allah aur Rasool ka dua kya hai</w:t>
      </w:r>
    </w:p>
    <w:p>
      <w:pPr>
        <w:jc w:val="right"/>
      </w:pPr>
      <w:r>
        <w:t>طے کرنا کہ یہاں پر اللہ اور رسول کا دعا کیا ہے</w:t>
      </w:r>
    </w:p>
    <w:p>
      <w:r>
        <w:rPr>
          <w:b/>
        </w:rPr>
        <w:t xml:space="preserve">[41:08] </w:t>
      </w:r>
      <w:r>
        <w:t>misal ke taur par</w:t>
      </w:r>
    </w:p>
    <w:p>
      <w:pPr>
        <w:jc w:val="right"/>
      </w:pPr>
      <w:r>
        <w:t>مثال کے طور پر</w:t>
      </w:r>
    </w:p>
    <w:p>
      <w:r>
        <w:rPr>
          <w:b/>
        </w:rPr>
        <w:t xml:space="preserve">[41:10] </w:t>
      </w:r>
      <w:r>
        <w:t>Quran mein tha keh oonton par safar kar ke hajj ke liye aao ab jo hai hawai jahaz</w:t>
      </w:r>
    </w:p>
    <w:p>
      <w:pPr>
        <w:jc w:val="right"/>
      </w:pPr>
      <w:r>
        <w:t>قران میں تھا کہ اونٹوں پر سفر کر کے حج کے لیے اؤ اب جو ہے ہوائی جہاز</w:t>
      </w:r>
    </w:p>
    <w:p>
      <w:r>
        <w:rPr>
          <w:b/>
        </w:rPr>
        <w:t xml:space="preserve">[41:16] </w:t>
      </w:r>
      <w:r>
        <w:t>ka daur aa gaya to ab is har insan ki</w:t>
      </w:r>
    </w:p>
    <w:p>
      <w:pPr>
        <w:jc w:val="right"/>
      </w:pPr>
      <w:r>
        <w:t>کا دور ا گیا تو اب اس ہر انسان کی</w:t>
      </w:r>
    </w:p>
    <w:p>
      <w:r>
        <w:rPr>
          <w:b/>
        </w:rPr>
        <w:t xml:space="preserve">[41:21] </w:t>
      </w:r>
      <w:r>
        <w:t>yeh soch bani ki ab aap kya karein oont kya oont par safar karein to aql-e-aam se</w:t>
      </w:r>
    </w:p>
    <w:p>
      <w:pPr>
        <w:jc w:val="right"/>
      </w:pPr>
      <w:r>
        <w:t>یہ سوچ بنی کی اب اپ کیا کریں اونٹ کیا اونٹ پر سفر کریں تو عقل عام سے</w:t>
      </w:r>
    </w:p>
    <w:p>
      <w:r>
        <w:rPr>
          <w:b/>
        </w:rPr>
        <w:t xml:space="preserve">[41:28] </w:t>
      </w:r>
      <w:r>
        <w:t>faisla kiya logon ne</w:t>
      </w:r>
    </w:p>
    <w:p>
      <w:pPr>
        <w:jc w:val="right"/>
      </w:pPr>
      <w:r>
        <w:t>فیصلہ کیا لوگوں نے</w:t>
      </w:r>
    </w:p>
    <w:p>
      <w:r>
        <w:rPr>
          <w:b/>
        </w:rPr>
        <w:t xml:space="preserve">[41:31] </w:t>
      </w:r>
      <w:r>
        <w:t>aur sab log hawai jahaz safar karne lage sare uloom bhi to aql-e-aam pehla maqhaz hai</w:t>
      </w:r>
    </w:p>
    <w:p>
      <w:pPr>
        <w:jc w:val="right"/>
      </w:pPr>
      <w:r>
        <w:t>اور سب لوگ ہوائی جہاز سفر کرنے لگے سارے علوم بھی تو عقل عام پہلا ماخذ ہے</w:t>
      </w:r>
    </w:p>
    <w:p>
      <w:r>
        <w:rPr>
          <w:b/>
        </w:rPr>
        <w:t xml:space="preserve">[41:39] </w:t>
      </w:r>
      <w:r>
        <w:t>common</w:t>
      </w:r>
    </w:p>
    <w:p>
      <w:pPr>
        <w:jc w:val="right"/>
      </w:pPr>
      <w:r>
        <w:t>کامن</w:t>
      </w:r>
    </w:p>
    <w:p>
      <w:r>
        <w:rPr>
          <w:b/>
        </w:rPr>
        <w:t xml:space="preserve">[41:39] </w:t>
      </w:r>
      <w:r>
        <w:t>sense pehla maqhaz hai yeh nahi ke aap abu hanifa aur abu imam shafi'i ke barabar aap ko yeh kuch nahi</w:t>
      </w:r>
    </w:p>
    <w:p>
      <w:pPr>
        <w:jc w:val="right"/>
      </w:pPr>
      <w:r>
        <w:t>سینس پہلا ماخذ ہے یہ نہیں کہ اپ ابو حنیفہ اور ابو امام شافعی کے برابر اپ کو یہ کچھ نہیں</w:t>
      </w:r>
    </w:p>
    <w:p>
      <w:r>
        <w:rPr>
          <w:b/>
        </w:rPr>
        <w:t xml:space="preserve">[41:54] </w:t>
      </w:r>
      <w:r>
        <w:t>hadith mein aata hai ke istafti qalbaka yahan qalb se murad hai aql-e-aam common sense to common sense pehla maqhaz hai ijtihad ka</w:t>
      </w:r>
    </w:p>
    <w:p>
      <w:pPr>
        <w:jc w:val="right"/>
      </w:pPr>
      <w:r>
        <w:t>حدیث میں اتا ہے کہ استفتقلب کا یہاں قلب سے مراد ہے عقل عام کامن سینس تو کامن سینس پہلا ماخذ ہے اجتہاد کا</w:t>
      </w:r>
    </w:p>
    <w:p>
      <w:r>
        <w:rPr>
          <w:b/>
        </w:rPr>
        <w:t xml:space="preserve">[42:10] </w:t>
      </w:r>
      <w:r>
        <w:t>yeh jo hadith hai ke istafti qalbaka qalb se murad hai common sense to common sense se faisla karo to ijtihad ka pehla maqhaz common sense hai</w:t>
      </w:r>
    </w:p>
    <w:p>
      <w:pPr>
        <w:jc w:val="right"/>
      </w:pPr>
      <w:r>
        <w:t>یہ جو حدیث ہے کہ استفتقلب کا قلب سے مراد ہے کامن سینس تو کامن سینس سے فیصلہ کرو تو اجتہاد کا پہلا ماخذ کامن سینس ہے</w:t>
      </w:r>
    </w:p>
    <w:p>
      <w:r>
        <w:rPr>
          <w:b/>
        </w:rPr>
        <w:t xml:space="preserve">[42:30] </w:t>
      </w:r>
      <w:r>
        <w:t>jo yeh na jaane woh Islam ki alif be se bhi nahi jaanta</w:t>
      </w:r>
    </w:p>
    <w:p>
      <w:pPr>
        <w:jc w:val="right"/>
      </w:pPr>
      <w:r>
        <w:t>جو یہ نہ جانے وہ اسلام کی الف بے سی سے بھی نہیں جانتا</w:t>
      </w:r>
    </w:p>
    <w:p>
      <w:r>
        <w:rPr>
          <w:b/>
        </w:rPr>
        <w:t xml:space="preserve">[42:37] </w:t>
      </w:r>
      <w:r>
        <w:t>ijtihad ka pehla maqhaz hai common sense aur jo aadmi yeh baat na jaane woh Islam ki abhi seedhi bhi nahi nahi jaanta chahe woh sanad af ka kyun na ho</w:t>
      </w:r>
    </w:p>
    <w:p>
      <w:pPr>
        <w:jc w:val="right"/>
      </w:pPr>
      <w:r>
        <w:t>اجتہاد کا پہلا ماخذ ہے کامن سینس اور جو ادمی یہ بات نہ جانے وہ اسلام کی ابھی سیڑھی بھی نہیں نہیں جانتا چاہے وہ سند اف کا کیوں نہ ہو</w:t>
      </w:r>
    </w:p>
    <w:p>
      <w:r>
        <w:rPr>
          <w:b/>
        </w:rPr>
        <w:t xml:space="preserve">[42:50] </w:t>
      </w:r>
      <w:r>
        <w:t>ji</w:t>
      </w:r>
    </w:p>
    <w:p>
      <w:pPr>
        <w:jc w:val="right"/>
      </w:pPr>
      <w:r>
        <w:t>جی</w:t>
      </w:r>
    </w:p>
    <w:p>
      <w:r>
        <w:rPr>
          <w:b/>
        </w:rPr>
        <w:t xml:space="preserve">[42:52] </w:t>
      </w:r>
      <w:r>
        <w:t>janab bahut ajib baat maloom hui molana kyunke aam taur se kaha jata hai jahan nass nahi hai wahan ijtihad hai yeh to aisa masla aap ne har jagah aisa hai nass nass ho tab bhi nass ho tab bhi qabil-e-amal nahi hai to bhi ijtihad karna hai haan har cheez har cheez pe ijtihad hai</w:t>
      </w:r>
    </w:p>
    <w:p>
      <w:pPr>
        <w:jc w:val="right"/>
      </w:pPr>
      <w:r>
        <w:t>جناب بہت عجیب بات معلوم ہوئی مولانا کیونکہ عام طور سے کہا جاتا ہے جہاں نس نہیں ہے وہاں اجتہاد ہے یہ تو ایسا مسئلہ اپ نے ہر جگہ ایسا ہے نس نس ہو تب بھی نس ہو تب بھی قابل عمل نہیں ہے تو بھی اجتہاد کرنا ہے ہاں ہر چیز ہر چیز پہ اجتہاد ہے</w:t>
      </w:r>
    </w:p>
    <w:p>
      <w:r>
        <w:rPr>
          <w:b/>
        </w:rPr>
        <w:t xml:space="preserve">[43:11] </w:t>
      </w:r>
      <w:r>
        <w:t>maulana wah واقعہ bohat acha hai us ko batane ke liye ke rasool allah ne jo bheja tha bani qreeza ke liye sahabi sahaba karam ko to us waqt bhi yeh kaha tha la yasil ahadukum illa fi bani qreeza lekin baaz sahaba ne bhai hadith na ho quran na ho tab bhi aql se faisla karo ji common sense ma khaz hai ijtihad ka yeh jo nazariya hai na yeh haan haan hamare ulma ka bilkul galat nazariya hai sahi baat sahi baat hai ke juzwi dhundte hain</w:t>
      </w:r>
    </w:p>
    <w:p>
      <w:pPr>
        <w:jc w:val="right"/>
      </w:pPr>
      <w:r>
        <w:t>مولانا وہ واقعہ بہت اچھا ہے اس کو بتانے کے لیے کہ رسول اللہ نے جو بھیجا تھا بنی قریضہ کے لیے صحابی صحابہ کرام کو تو اس وقت بھی یہ کہا تھا لا یصل احدکم الا فی بنی قریضہ لیکن بعض صحابہ نے بھئی حدیث نہ ہو قران نہ ہو تب بھی عقل سے فیصلہ کرو جی کامن سینس ماخذ ہے اجتہاد کا یہ جو نظریہ ہے نا یہ ہاں ہاں ہمارے علماء کا بالکل غلط نظریہ ہے صحیح بات صحیح بات ہے کہ جزئیہ ڈھونڈتے ہیں</w:t>
      </w:r>
    </w:p>
    <w:p>
      <w:r>
        <w:rPr>
          <w:b/>
        </w:rPr>
        <w:t xml:space="preserve">[43:41] </w:t>
      </w:r>
      <w:r>
        <w:t>haan jo juzwi dhundte hain tab masla banate hain koi juzwi nahi ji haan maulana sari fiqh academy mein yeh aap ke ulma baghair juzwi ke fatwa nahi dete hain haan ji kaisa baghair juzwi ke fatwa nahi de hote haan to juzwi kya hai main kehta hoon ke tumhari aql kya kehti hai wahi bas usi pe faisla karo hain sahi baat</w:t>
      </w:r>
    </w:p>
    <w:p>
      <w:pPr>
        <w:jc w:val="right"/>
      </w:pPr>
      <w:r>
        <w:t>ہاں جو جزئیہ ڈھونڈتے ہیں تب مسئلہ بناتے ہیں کوئی جزئیہ نہیں جی ہاں مولانا ساری فقہ اکیڈمی میں یہ اپ کے علماء بغیر جزئیہ کے فتوی نہیں دیتے ہیں ہاں جی کیسا بغیر جزئیہ کے فتوی نہیں دے ہوتے ہاں تو جزئیہ کیا ہے میں کہتا ہوں کہ تمہاری عقل کیا کہتی ہے وہی بس اسی پہ فیصلہ کرو ہیں صحیح بات</w:t>
      </w:r>
    </w:p>
    <w:p>
      <w:r>
        <w:rPr>
          <w:b/>
        </w:rPr>
        <w:t xml:space="preserve">[44:09] </w:t>
      </w:r>
      <w:r>
        <w:t>hai jaise ahl e maghrib ka etiraf jo hai kya hum koi juzwi dhundenge harghiz nahi hain</w:t>
      </w:r>
    </w:p>
    <w:p>
      <w:pPr>
        <w:jc w:val="right"/>
      </w:pPr>
      <w:r>
        <w:t>ہے جیسے اہل مغرب کا اعتراف جو ہے کیا ہم کوئی جزئیہ ڈھونڈیں گے ہرگز نہیں ہیں</w:t>
      </w:r>
    </w:p>
    <w:p>
      <w:r>
        <w:rPr>
          <w:b/>
        </w:rPr>
        <w:t xml:space="preserve">[44:18] </w:t>
      </w:r>
      <w:r>
        <w:t>saleem ul aql</w:t>
      </w:r>
    </w:p>
    <w:p>
      <w:pPr>
        <w:jc w:val="right"/>
      </w:pPr>
      <w:r>
        <w:t>سلیم العقل</w:t>
      </w:r>
    </w:p>
    <w:p>
      <w:r>
        <w:rPr>
          <w:b/>
        </w:rPr>
        <w:t xml:space="preserve">[44:21] </w:t>
      </w:r>
      <w:r>
        <w:t>aql e aam kafi hai ke aap manen ke ahl e maghrib ka deen hai ji haan maulana bilkul jo juzwi dhundne lage matlab is ka ke woh islam ke liye bhi a b c d bhi nahi janta</w:t>
      </w:r>
    </w:p>
    <w:p>
      <w:pPr>
        <w:jc w:val="right"/>
      </w:pPr>
      <w:r>
        <w:t>عقل عام کافی ہے کہ اپ مانیں کہ اہل مغرب کا دین ہے جی ہاں مولانا بالکل جو جزئیہ ڈھونڈنے لگے مطلب اس کا کہ وہ اسلام کے لیے بھی اے بی سی ڈی بھی نہیں جانتا</w:t>
      </w:r>
    </w:p>
    <w:p>
      <w:r>
        <w:rPr>
          <w:b/>
        </w:rPr>
        <w:t xml:space="preserve">[44:37] </w:t>
      </w:r>
      <w:r>
        <w:t>maulana yeh facebook par kuch question aaye hain khalid hasnain khalid pakistan se unhone sawal kiya hai what is the appropriate appropriate interpretation of iqamat e deen kya kya matlab iqamat e deen ka munasib interpretation kya hai</w:t>
      </w:r>
    </w:p>
    <w:p>
      <w:pPr>
        <w:jc w:val="right"/>
      </w:pPr>
      <w:r>
        <w:t>مولانا یہ فیس بک پر کچھ کوئسچن ائے ہیں خالد حسنین خالد پاکستان سے انہوں نے سوال کیا ہے واٹ از دا ایپروپیریٹ ایپروپیریٹ انٹرپریٹیشن اف اقامت دین کیا کیا مطلب اقامت دین کا مناسب انٹرپریٹیشن کیا ہے</w:t>
      </w:r>
    </w:p>
    <w:p>
      <w:r>
        <w:rPr>
          <w:b/>
        </w:rPr>
        <w:t xml:space="preserve">[45:02] </w:t>
      </w:r>
      <w:r>
        <w:t>pehli baat to yeh hai ke yeh yeh jo log hain huqooq ul tahliya wale in ka sar ta pa galat hai iqamat e deen ke mani pervi deen deen ki pervi inhone keh rakha hai ke nafiz karna yeh to bohat bari jasarat hai</w:t>
      </w:r>
    </w:p>
    <w:p>
      <w:pPr>
        <w:jc w:val="right"/>
      </w:pPr>
      <w:r>
        <w:t>پہلی بات تو یہ ہے کہ یہ یہ جو لوگ ہیں حقوق التحلیہ والے ان کا سرتاپہ غلط ہے اقامت دین کے معنی پیروی دین دین کی پیروی انہوں نے کہہ رکھا ہے کہ نافذ کرنا یہ تو بہت بڑی جسارت ہے</w:t>
      </w:r>
    </w:p>
    <w:p>
      <w:r>
        <w:rPr>
          <w:b/>
        </w:rPr>
        <w:t xml:space="preserve">[45:25] </w:t>
      </w:r>
      <w:r>
        <w:t>yani iqamat e deen ke mani yeh bana rakhe hain ke deen ko nafiz karna aur hukoomat hasil karna yani hukoomat ilahia ka badal hai woh bohat bari jasarat hai yeh</w:t>
      </w:r>
    </w:p>
    <w:p>
      <w:pPr>
        <w:jc w:val="right"/>
      </w:pPr>
      <w:r>
        <w:t>یعنی اقامت دین کے معنی یہ بنا رکھے ہیں کہ دین کو نافذ کرنا اور حکومت حاصل کرنا یعنی حکومت الہیہ کا بدل ہے وہ بہت بڑی جسارت ہے یہ</w:t>
      </w:r>
    </w:p>
    <w:p>
      <w:r>
        <w:rPr>
          <w:b/>
        </w:rPr>
        <w:t xml:space="preserve">[45:42] </w:t>
      </w:r>
      <w:r>
        <w:t>iqamat e deen ki pervi bas aqim us salah ke mani namaz padho yeh nahi ke namaz padhwao lo danda lekar maro ke namaz padhna padega iqamat e deen ke mani deen ki pervi bas matlab woh lazim ka segha hai mutaddas ka segha nahi hai woh</w:t>
      </w:r>
    </w:p>
    <w:p>
      <w:pPr>
        <w:jc w:val="right"/>
      </w:pPr>
      <w:r>
        <w:t>اقامت دین کی پیروی بس اقیم الصلوۃ کے معنی نماز پڑھو یہ نہیں کہ نماز پڑھواؤ لو ڈنڈا لے کر مارو کہ نماز پڑھنا پڑے گا اقامت دین کے معنی دین کی پیروی بس مطلب وہ لازم کا صیغہ ہے متدس کا صیغہ نہیں ہے وہ</w:t>
      </w:r>
    </w:p>
    <w:p>
      <w:r>
        <w:rPr>
          <w:b/>
        </w:rPr>
        <w:t xml:space="preserve">[46:05] </w:t>
      </w:r>
      <w:r>
        <w:t>ah in ka hi doosra sawal yeh hai kya deen islam se nahi yeh bataiye ke mera jawab clear hua ke nahi clear hua clear hai bilkul clear hai aap dohraiye is ko maulana aap yeh keh rahe hain ke iqamat e deen ka matlab jo baaz log yeh lete hain ke hukoomat ilahia qaim kiya jaye to yeh bilkul galat baat hai woh sarkashi hai idhar ke sarkashi hai ke lazim ko mutaddab bana diya ji</w:t>
      </w:r>
    </w:p>
    <w:p>
      <w:pPr>
        <w:jc w:val="right"/>
      </w:pPr>
      <w:r>
        <w:t>اہ ان کا ہی دوسرا سوال یہ ہے کیا دین اسلام سے نہیں یہ بتائیے کہ میرا جواب کلیئر ہوا کہ نہیں کلیئر ہوا کلیئر ہے بالکل کلیئر ہے اپ دہرائیے اس کو مولانا اپ یہ کہہ رہے ہیں کہ اقامت دین کا مطلب جو بعض لوگ یہ لیتے ہیں کہ حکومت الہیہ قائم کیا جائے تو یہ بالکل غلط بات ہے وہ سرکشی ہے ادھر کے سرکشی ہے کہ لازم کو متدب بنا دیا جی</w:t>
      </w:r>
    </w:p>
    <w:p>
      <w:r>
        <w:rPr>
          <w:b/>
        </w:rPr>
        <w:t xml:space="preserve">[46:34] </w:t>
      </w:r>
      <w:r>
        <w:t>yani agar aap aqim-us-salat ka mani yeh lein keh namaz padhwao danda le kar ke</w:t>
      </w:r>
    </w:p>
    <w:p>
      <w:pPr>
        <w:jc w:val="right"/>
      </w:pPr>
      <w:r>
        <w:t>یعنی اگر اپ اقیم الصلوۃ کا معنی یہ لیں کہ نماز پڑھواؤ ڈنڈا لے کر کے</w:t>
      </w:r>
    </w:p>
    <w:p>
      <w:r>
        <w:rPr>
          <w:b/>
        </w:rPr>
        <w:t xml:space="preserve">[46:41] </w:t>
      </w:r>
      <w:r>
        <w:t>to aap sarkashi ki aap ne</w:t>
      </w:r>
    </w:p>
    <w:p>
      <w:pPr>
        <w:jc w:val="right"/>
      </w:pPr>
      <w:r>
        <w:t>تو اپ سرکشی کی اپ نے</w:t>
      </w:r>
    </w:p>
    <w:p>
      <w:r>
        <w:rPr>
          <w:b/>
        </w:rPr>
        <w:t xml:space="preserve">[46:43] </w:t>
      </w:r>
      <w:r>
        <w:t>aqim-us-deen ke mani namaz ada karo</w:t>
      </w:r>
    </w:p>
    <w:p>
      <w:pPr>
        <w:jc w:val="right"/>
      </w:pPr>
      <w:r>
        <w:t>عقب دین کے معنی نماز ادا کرو</w:t>
      </w:r>
    </w:p>
    <w:p>
      <w:r>
        <w:rPr>
          <w:b/>
        </w:rPr>
        <w:t xml:space="preserve">[46:48] </w:t>
      </w:r>
      <w:r>
        <w:t>yeh mani hain 'adl ke mani hain aye 'adl 'adl karo ke mani</w:t>
      </w:r>
    </w:p>
    <w:p>
      <w:pPr>
        <w:jc w:val="right"/>
      </w:pPr>
      <w:r>
        <w:t>یہ معنی ہیں عدل کے معنی ہیں اے دل عدل کرو کے معنی</w:t>
      </w:r>
    </w:p>
    <w:p>
      <w:r>
        <w:rPr>
          <w:b/>
        </w:rPr>
        <w:t xml:space="preserve">[46:54] </w:t>
      </w:r>
      <w:r>
        <w:t>tum apne mu'amlat mein insaaf barto yeh agar nikalein aap keh hukoomat qaim kar ke danda 'adl ko</w:t>
      </w:r>
    </w:p>
    <w:p>
      <w:pPr>
        <w:jc w:val="right"/>
      </w:pPr>
      <w:r>
        <w:t>تم اپنے معاملات میں انصاف برتو یہ اگر نکالیں اپ کہ حکومت قائم کر کے ڈنڈا عدل کو</w:t>
      </w:r>
    </w:p>
    <w:p>
      <w:r>
        <w:rPr>
          <w:b/>
        </w:rPr>
        <w:t xml:space="preserve">[47:02] </w:t>
      </w:r>
      <w:r>
        <w:t>maar mar kar ke logon ko</w:t>
      </w:r>
    </w:p>
    <w:p>
      <w:pPr>
        <w:jc w:val="right"/>
      </w:pPr>
      <w:r>
        <w:t>مار مار کر کے لوگوں کو</w:t>
      </w:r>
    </w:p>
    <w:p>
      <w:r>
        <w:rPr>
          <w:b/>
        </w:rPr>
        <w:t xml:space="preserve">[47:05] </w:t>
      </w:r>
      <w:r>
        <w:t>adil banao to yeh sarkashi ho jaye gi</w:t>
      </w:r>
    </w:p>
    <w:p>
      <w:pPr>
        <w:jc w:val="right"/>
      </w:pPr>
      <w:r>
        <w:t>عادل بناؤ تو یہ سرکشی ہو جائے گی</w:t>
      </w:r>
    </w:p>
    <w:p>
      <w:r>
        <w:rPr>
          <w:b/>
        </w:rPr>
        <w:t xml:space="preserve">[47:11] </w:t>
      </w:r>
      <w:r>
        <w:t>kya dohraiye kya kaam</w:t>
      </w:r>
    </w:p>
    <w:p>
      <w:pPr>
        <w:jc w:val="right"/>
      </w:pPr>
      <w:r>
        <w:t>کیا دہرائیے کیا کام</w:t>
      </w:r>
    </w:p>
    <w:p>
      <w:r>
        <w:rPr>
          <w:b/>
        </w:rPr>
        <w:t xml:space="preserve">[47:13] </w:t>
      </w:r>
      <w:r>
        <w:t>hai maulana aap yeh keh rahe hain ke ah iqamat e deen ka matlab hai deen ki pervi karna hai iqamat e deen ka matlab yeh nahi hai ke danda lekar logon ko kaha jaye ke deen apne upar nafiz deen par qaim raho yeh aise hi hai jaise aqim aqim us salah aaya hua quran mein to is ka matlab hota hai namaz padho is ka matlab yeh nahi hai ke danda lekar logon ko kaha jaye ke namaz ah doosre namaz padhwana nahi hai namaz padhwana nahi hai namaz a</w:t>
      </w:r>
    </w:p>
    <w:p>
      <w:pPr>
        <w:jc w:val="right"/>
      </w:pPr>
      <w:r>
        <w:t>ہے مولانا اپ یہ کہہ رہے ہیں کہ اہ اقامت دین کا مطلب ہے دین کی پیروی کرنا ہے اقامت دین کا مطلب یہ نہیں ہے کہ ڈنڈا لے کر لوگوں کو کہا جائے کہ دین اپنے اوپر نافذ دین پر قائم رہو یہ ایسے ہی ہے جیسے اقیم اقیم الصلوۃ ایا ہوا قران میں تو اس کا مطلب ہوتا ہے نماز پڑھو اس کا مطلب یہ نہیں ہے کہ ڈنڈا لے کر لوگوں کو کہا جائے کہ نماز اہ دوسرے نماز پڑھوانا نہیں ہے نماز پڑھوانا نہیں ہے نماز ا</w:t>
      </w:r>
    </w:p>
    <w:p>
      <w:r>
        <w:rPr>
          <w:b/>
        </w:rPr>
        <w:t xml:space="preserve">[47:41] </w:t>
      </w:r>
      <w:r>
        <w:t>ada karo ada karo chaliye aur kya inhi ka doosra sawal yeh hai kya deen islam sirf pooja paat karne ka naam hai</w:t>
      </w:r>
    </w:p>
    <w:p>
      <w:pPr>
        <w:jc w:val="right"/>
      </w:pPr>
      <w:r>
        <w:t>دا کرو ادا کرو چلیے اور کیا انہی کا دوسرا سوال یہ ہے کیا دین اسلام صرف پوجا پاٹ کرنے کا نام ہے</w:t>
      </w:r>
    </w:p>
    <w:p>
      <w:r>
        <w:rPr>
          <w:b/>
        </w:rPr>
        <w:t xml:space="preserve">[47:50] </w:t>
      </w:r>
      <w:r>
        <w:t>yeh kis kon kehta hai pehle yeh bataein keh kaun kehta hai</w:t>
      </w:r>
    </w:p>
    <w:p>
      <w:pPr>
        <w:jc w:val="right"/>
      </w:pPr>
      <w:r>
        <w:t>یہ کس کون کہتا ہے پہلے یہ بتائیں کہ کون کہتا ہے</w:t>
      </w:r>
    </w:p>
    <w:p>
      <w:r>
        <w:rPr>
          <w:b/>
        </w:rPr>
        <w:t xml:space="preserve">[47:55] </w:t>
      </w:r>
      <w:r>
        <w:t>kis par aap ilzam laga rahe hain</w:t>
      </w:r>
    </w:p>
    <w:p>
      <w:pPr>
        <w:jc w:val="right"/>
      </w:pPr>
      <w:r>
        <w:t>کس پر اپ الزام لگا رہے ہیں</w:t>
      </w:r>
    </w:p>
    <w:p>
      <w:r>
        <w:rPr>
          <w:b/>
        </w:rPr>
        <w:t xml:space="preserve">[47:58] </w:t>
      </w:r>
      <w:r>
        <w:t>keh pooja paat karne ka naam deen-e-Islam hai yeh kis par keh rahe hain aap pehle is</w:t>
      </w:r>
    </w:p>
    <w:p>
      <w:pPr>
        <w:jc w:val="right"/>
      </w:pPr>
      <w:r>
        <w:t>کہ پوجا پاٹ کرنے کا نام دین اسلام ہے یہ کس پر کہہ رہے ہیں اپ پہلے اس</w:t>
      </w:r>
    </w:p>
    <w:p>
      <w:r>
        <w:rPr>
          <w:b/>
        </w:rPr>
        <w:t xml:space="preserve">[48:03] </w:t>
      </w:r>
      <w:r>
        <w:t>ko naam bataiye jis ne aisa likha hai hain</w:t>
      </w:r>
    </w:p>
    <w:p>
      <w:pPr>
        <w:jc w:val="right"/>
      </w:pPr>
      <w:r>
        <w:t>کو نام بتائیے جس نے ایسا لکھا ہے ہیں</w:t>
      </w:r>
    </w:p>
    <w:p>
      <w:r>
        <w:rPr>
          <w:b/>
        </w:rPr>
        <w:t xml:space="preserve">[48:07] </w:t>
      </w:r>
      <w:r>
        <w:t>yeh to jo sawal karne wala hai woh khud mujrim mujrim hai aik aik mujrim sense mein keh</w:t>
      </w:r>
    </w:p>
    <w:p>
      <w:pPr>
        <w:jc w:val="right"/>
      </w:pPr>
      <w:r>
        <w:t>یہ تو جو سوال کرنے والا ہے وہ خود مجرم مجرم ہے ایک ایک مجرمی سینس میں کہ</w:t>
      </w:r>
    </w:p>
    <w:p>
      <w:r>
        <w:rPr>
          <w:b/>
        </w:rPr>
        <w:t xml:space="preserve">[48:16] </w:t>
      </w:r>
      <w:r>
        <w:t>aisa koi maujood nahi hai aisa koi insan</w:t>
      </w:r>
    </w:p>
    <w:p>
      <w:pPr>
        <w:jc w:val="right"/>
      </w:pPr>
      <w:r>
        <w:t>ایسا کوئی موجود نہیں ہے ایسا کوئی انسان</w:t>
      </w:r>
    </w:p>
    <w:p>
      <w:r>
        <w:rPr>
          <w:b/>
        </w:rPr>
        <w:t xml:space="preserve">[48:20] </w:t>
      </w:r>
      <w:r>
        <w:t>to aap kyu kisi par ghair maujood insan par ilzaam laga rahe hain</w:t>
      </w:r>
    </w:p>
    <w:p>
      <w:pPr>
        <w:jc w:val="right"/>
      </w:pPr>
      <w:r>
        <w:t>تو اپ کیوں کسی پر غیر موجود انسان پر الزام لگا رہے ہیں</w:t>
      </w:r>
    </w:p>
    <w:p>
      <w:r>
        <w:rPr>
          <w:b/>
        </w:rPr>
        <w:t xml:space="preserve">[48:26] </w:t>
      </w:r>
      <w:r>
        <w:t>kon insan hai dunya mein jo yeh kehta ho ke pooja paat karne ka naam deen hai kon</w:t>
      </w:r>
    </w:p>
    <w:p>
      <w:pPr>
        <w:jc w:val="right"/>
      </w:pPr>
      <w:r>
        <w:t>کون انسان ہے دنیا میں جو یہ کہتا ہو کہ پوجا پاٹ کرنے کا نام دین ہے کون</w:t>
      </w:r>
    </w:p>
    <w:p>
      <w:r>
        <w:rPr>
          <w:b/>
        </w:rPr>
        <w:t xml:space="preserve">[48:33] </w:t>
      </w:r>
      <w:r>
        <w:t>kehta hai</w:t>
      </w:r>
    </w:p>
    <w:p>
      <w:pPr>
        <w:jc w:val="right"/>
      </w:pPr>
      <w:r>
        <w:t>کہتا ہے</w:t>
      </w:r>
    </w:p>
    <w:p>
      <w:r>
        <w:rPr>
          <w:b/>
        </w:rPr>
        <w:t xml:space="preserve">[48:36] </w:t>
      </w:r>
      <w:r>
        <w:t>yeh sarkashi sarkashi ki baaten hain sarkashi</w:t>
      </w:r>
    </w:p>
    <w:p>
      <w:pPr>
        <w:jc w:val="right"/>
      </w:pPr>
      <w:r>
        <w:t>یہ سرکشی سرکشی کی باتیں ہیں سرکشی</w:t>
      </w:r>
    </w:p>
    <w:p>
      <w:r>
        <w:rPr>
          <w:b/>
        </w:rPr>
        <w:t xml:space="preserve">[48:42] </w:t>
      </w:r>
      <w:r>
        <w:t>ah kya kya kaam hai</w:t>
      </w:r>
    </w:p>
    <w:p>
      <w:pPr>
        <w:jc w:val="right"/>
      </w:pPr>
      <w:r>
        <w:t>اہ کیا کیا کام ہے</w:t>
      </w:r>
    </w:p>
    <w:p>
      <w:r>
        <w:rPr>
          <w:b/>
        </w:rPr>
        <w:t xml:space="preserve">[48:44] </w:t>
      </w:r>
      <w:r>
        <w:t>bataiye maulana aap yeh keh rahe hain ke koi bhi aisa nahi kehta hai ke deen islam sirf pooja paat ka naam hai ah yeh sab sarkashi ki baaten hain kisi ka naam liye baghair aap keh dein jhootha ilzam lagana hai jhootha ilzam lagana hai yeh jhootha ilzam lagana hai</w:t>
      </w:r>
    </w:p>
    <w:p>
      <w:pPr>
        <w:jc w:val="right"/>
      </w:pPr>
      <w:r>
        <w:t>بتائیے مولانا اپ یہ کہہ رہے ہیں کہ کوئی بھی ایسا نہیں کہتا ہے کہ دین اسلام صرف پوجا پاٹ کا نام ہے اہ یہ سب سرکشی کی باتیں ہیں کسی کا نام لیے بغیر اپ کہہ دیں جھوٹا الزام لگانا ہے جھوٹا الزام لگانا ہے یہ جھوٹا الزام لگانا ہے</w:t>
      </w:r>
    </w:p>
    <w:p>
      <w:r>
        <w:rPr>
          <w:b/>
        </w:rPr>
        <w:t xml:space="preserve">[49:04] </w:t>
      </w:r>
      <w:r>
        <w:t>اہ مولانا ایک صاحب نے اپنا کمنٹ ڈالا ہے we are emotional, superficial, unwise, visionless and have</w:t>
      </w:r>
    </w:p>
    <w:p>
      <w:pPr>
        <w:jc w:val="right"/>
      </w:pPr>
      <w:r>
        <w:t>اہ مولانا ایک صاحب نے اپنا کمنٹ ڈالا ہے وی ار ایموشنل سپرفیشیل وائز ویژن لیس اینڈ ہیو</w:t>
      </w:r>
    </w:p>
    <w:p>
      <w:r>
        <w:rPr>
          <w:b/>
        </w:rPr>
        <w:t xml:space="preserve">[49:13] </w:t>
      </w:r>
      <w:r>
        <w:t>no concept of gratitude we are not grateful for allah boundaries nor for western boundaries</w:t>
      </w:r>
    </w:p>
    <w:p>
      <w:pPr>
        <w:jc w:val="right"/>
      </w:pPr>
      <w:r>
        <w:t>نو کانسیپٹ اف گریٹیٹیوڈ وی ار ناٹ گریٹ فل فار اللہ باؤنڈریز نور فار ویسٹرن باؤنڈریز</w:t>
      </w:r>
    </w:p>
    <w:p>
      <w:r>
        <w:rPr>
          <w:b/>
        </w:rPr>
        <w:t xml:space="preserve">[49:22] </w:t>
      </w:r>
      <w:r>
        <w:t>muslim khan pakistan</w:t>
      </w:r>
    </w:p>
    <w:p>
      <w:pPr>
        <w:jc w:val="right"/>
      </w:pPr>
      <w:r>
        <w:t>مسلم خان پاکستان</w:t>
      </w:r>
    </w:p>
    <w:p>
      <w:r>
        <w:rPr>
          <w:b/>
        </w:rPr>
        <w:t xml:space="preserve">[49:42] </w:t>
      </w:r>
      <w:r>
        <w:t>qamar abbas sahib ne sawal kiya hai maulana sahib ek bohat ajizana sa sawal hai ke beshak present modern technology ne insan ko be panah faida diya hai aur abhi tak jari hai lekin is technology ka sab se back drop aap ki nazar mein kya hai also in present and future</w:t>
      </w:r>
    </w:p>
    <w:p>
      <w:pPr>
        <w:jc w:val="right"/>
      </w:pPr>
      <w:r>
        <w:t>قمر عباس صاحب نے سوال کیا ہے مولانا صاحب ایک بہت عاجزانہ سا سوال ہے کہ بے شک پریزنٹ ماڈرن ٹیکنالوجی نے انسان کو بے پناہ فائدہ دیا ہے اور ابھی تک جاری ہے لیکن اس ٹیکنالوجی کا سب سے بیک ڈرا اپ کی نظر میں کیا ہے السو ان پریزنٹ اینڈ فیوچر</w:t>
      </w:r>
    </w:p>
    <w:p>
      <w:r>
        <w:rPr>
          <w:b/>
        </w:rPr>
        <w:t xml:space="preserve">[50:04] </w:t>
      </w:r>
      <w:r>
        <w:t>hum kis cheez ka nuksan nahi hai mujhe bataiye kon si allah barish barsate hain to kitne log phisal ke mar jate hain hain admi chalate hain pead girta hai kitne log is ke dab ke mar jate hain to nuksan kis cheez mein nahi hai yeh to allah taala ki takhleeq hai sahi baat hai hain bilkul fitri baat hai</w:t>
      </w:r>
    </w:p>
    <w:p>
      <w:pPr>
        <w:jc w:val="right"/>
      </w:pPr>
      <w:r>
        <w:t>ہمم کس چیز کا نقصان نہیں ہے مجھے بتائیے کون سی اللہ بارش برساتے ہیں تو کتنے لوگ پھسل کے مر جاتے ہیں ہیں ادمی چلاتے ہیں پیڑ گرتا ہے کتنے لوگ اس کے دب کے مر جاتے ہیں تو نقصان کس چیز میں نہیں ہے یہ تو اللہ تعالی کی تخلیق ہے صحیح بات ہے ہیں بالکل فطری بات ہے</w:t>
      </w:r>
    </w:p>
    <w:p>
      <w:r>
        <w:rPr>
          <w:b/>
        </w:rPr>
        <w:t xml:space="preserve">[50:33] </w:t>
      </w:r>
      <w:r>
        <w:t>kaisa sahi baat hai maulana</w:t>
      </w:r>
    </w:p>
    <w:p>
      <w:pPr>
        <w:jc w:val="right"/>
      </w:pPr>
      <w:r>
        <w:t>کیسا صحیح بات ہے مولانا</w:t>
      </w:r>
    </w:p>
    <w:p>
      <w:r>
        <w:rPr>
          <w:b/>
        </w:rPr>
        <w:t xml:space="preserve">[50:38] </w:t>
      </w:r>
      <w:r>
        <w:t>yeh bekar ke sawalat sawalat hain bas aap kisi jagah sabit karna hai ke modern technology buri cheez</w:t>
      </w:r>
    </w:p>
    <w:p>
      <w:pPr>
        <w:jc w:val="right"/>
      </w:pPr>
      <w:r>
        <w:t>یہ بیکار کے سوالات سوالات ہیں بس اپ کسی جگہ ثابت کرنا ہے کہ ماڈرن ٹیکنالوجی بری چیز</w:t>
      </w:r>
    </w:p>
    <w:p>
      <w:r>
        <w:rPr>
          <w:b/>
        </w:rPr>
        <w:t xml:space="preserve">[50:44] </w:t>
      </w:r>
      <w:r>
        <w:t>hai haan kitni mujrimana soch hai yeh bataiye</w:t>
      </w:r>
    </w:p>
    <w:p>
      <w:pPr>
        <w:jc w:val="right"/>
      </w:pPr>
      <w:r>
        <w:t>ہے ہاں کتنی مجرمانہ سوچ ہے یہ بتائیے</w:t>
      </w:r>
    </w:p>
    <w:p>
      <w:r>
        <w:rPr>
          <w:b/>
        </w:rPr>
        <w:t xml:space="preserve">[50:49] </w:t>
      </w:r>
      <w:r>
        <w:t>kitni mujrimana soch hai yeh to allah mein bhi kahiye ke zardr aata hai to</w:t>
      </w:r>
    </w:p>
    <w:p>
      <w:pPr>
        <w:jc w:val="right"/>
      </w:pPr>
      <w:r>
        <w:t>کتنی مجرمانہ سوچ ہے یہ تو اللہ میں بھی کہیے کہ زردر اتا ہے تو</w:t>
      </w:r>
    </w:p>
    <w:p>
      <w:r>
        <w:rPr>
          <w:b/>
        </w:rPr>
        <w:t xml:space="preserve">[50:56] </w:t>
      </w:r>
      <w:r>
        <w:t>basti ki basti jo hai tasna ho jati hai yeh bhi kahiye zardr kon lata hai</w:t>
      </w:r>
    </w:p>
    <w:p>
      <w:pPr>
        <w:jc w:val="right"/>
      </w:pPr>
      <w:r>
        <w:t>بستی کی بستی جو ہے تاسنا ہو جاتی ہے یہ بھی کہیے زردر کون لاتا ہے</w:t>
      </w:r>
    </w:p>
    <w:p>
      <w:r>
        <w:rPr>
          <w:b/>
        </w:rPr>
        <w:t xml:space="preserve">[51:02] </w:t>
      </w:r>
      <w:r>
        <w:t>to allah mein bhi kahiye</w:t>
      </w:r>
    </w:p>
    <w:p>
      <w:pPr>
        <w:jc w:val="right"/>
      </w:pPr>
      <w:r>
        <w:t>تو اللہ میں بھی کہیے</w:t>
      </w:r>
    </w:p>
    <w:p>
      <w:r>
        <w:rPr>
          <w:b/>
        </w:rPr>
        <w:t xml:space="preserve">[51:05] </w:t>
      </w:r>
      <w:r>
        <w:t>ke zardr kon lata hai modern technology rehti hai</w:t>
      </w:r>
    </w:p>
    <w:p>
      <w:pPr>
        <w:jc w:val="right"/>
      </w:pPr>
      <w:r>
        <w:t>کہ زردر کون لاتا ہے ماڈرن ٹیکنالوجی رہتی ہے</w:t>
      </w:r>
    </w:p>
    <w:p>
      <w:r>
        <w:rPr>
          <w:b/>
        </w:rPr>
        <w:t xml:space="preserve">[51:09] </w:t>
      </w:r>
      <w:r>
        <w:t>sahi rehti hai hain nahi maulana</w:t>
      </w:r>
    </w:p>
    <w:p>
      <w:pPr>
        <w:jc w:val="right"/>
      </w:pPr>
      <w:r>
        <w:t>صحیح رہتی ہے ہیں نہیں مولانا</w:t>
      </w:r>
    </w:p>
    <w:p>
      <w:r>
        <w:rPr>
          <w:b/>
        </w:rPr>
        <w:t xml:space="preserve">[51:13] </w:t>
      </w:r>
      <w:r>
        <w:t>kaisa dohraiye mein ne kya kaha maulana aap yeh keh rahe hain ke ah zalzala jo aata hai</w:t>
      </w:r>
    </w:p>
    <w:p>
      <w:pPr>
        <w:jc w:val="right"/>
      </w:pPr>
      <w:r>
        <w:t>کیسا دہرائیے میں نے کیا کہا مولانا اپ یہ کہہ رہے ہیں کہ اہ زلزلہ جو اتا ہے</w:t>
      </w:r>
    </w:p>
    <w:p>
      <w:r>
        <w:rPr>
          <w:b/>
        </w:rPr>
        <w:t xml:space="preserve">[51:18] </w:t>
      </w:r>
      <w:r>
        <w:t>to yeh allah taala lata hai is ke bohat se drawback hain ah to aise to is</w:t>
      </w:r>
    </w:p>
    <w:p>
      <w:pPr>
        <w:jc w:val="right"/>
      </w:pPr>
      <w:r>
        <w:t>تو یہ اللہ تعالی لاتا ہے اس کے بہت سے ڈرا بیک ہیں اہ تو ایسے تو اس</w:t>
      </w:r>
    </w:p>
    <w:p>
      <w:r>
        <w:rPr>
          <w:b/>
        </w:rPr>
        <w:t xml:space="preserve">[51:24] </w:t>
      </w:r>
      <w:r>
        <w:t>par bhi honi chahiye yahi sawal jaise modern technology ke drawback par sawal kiya unho ne dunya</w:t>
      </w:r>
    </w:p>
    <w:p>
      <w:pPr>
        <w:jc w:val="right"/>
      </w:pPr>
      <w:r>
        <w:t>پر بھی ہونی چاہیے یہی سوال جیسے ماڈرن ٹیکنالوجی کے ڈرا بیک پر سوال کیا انہوں نے دنیا</w:t>
      </w:r>
    </w:p>
    <w:p>
      <w:r>
        <w:rPr>
          <w:b/>
        </w:rPr>
        <w:t xml:space="preserve">[51:31] </w:t>
      </w:r>
      <w:r>
        <w:t>ke andar har cheez hai is ke andar nuqsan bhi hai aur faide bhi hain hum ko faida</w:t>
      </w:r>
    </w:p>
    <w:p>
      <w:pPr>
        <w:jc w:val="right"/>
      </w:pPr>
      <w:r>
        <w:t>کے اندر ہر چیز ہے اس کے اندر نقصان بھی ہے اور فائدے بھی ہیں ہم کو فائدہ</w:t>
      </w:r>
    </w:p>
    <w:p>
      <w:r>
        <w:rPr>
          <w:b/>
        </w:rPr>
        <w:t xml:space="preserve">[51:35] </w:t>
      </w:r>
      <w:r>
        <w:t>dekhna hai</w:t>
      </w:r>
    </w:p>
    <w:p>
      <w:pPr>
        <w:jc w:val="right"/>
      </w:pPr>
      <w:r>
        <w:t>دیکھنا ہے</w:t>
      </w:r>
    </w:p>
    <w:p>
      <w:r>
        <w:rPr>
          <w:b/>
        </w:rPr>
        <w:t xml:space="preserve">[51:40] </w:t>
      </w:r>
      <w:r>
        <w:t>is pe par ilzam to allah taala baat hai ke zalzala itni moahi cheez ke shehar tabah ho jata hai ji hain ji woh koi modern technology lati hai yeh sab yeh sab soch mujrimana soch hai yeh ji yani chahte hain kisi ke se sabit sabit karen ke maghrib bura bura hai sahi aur wohi apne beton ko wahin bhij</w:t>
      </w:r>
    </w:p>
    <w:p>
      <w:pPr>
        <w:jc w:val="right"/>
      </w:pPr>
      <w:r>
        <w:t>اس پہ پر الزام تو اللہ تعالی بات ہے کہ زلزلہ اتنی موہی چیز کہ شہر تباہ ہو جاتا ہے جی ہیں جی وہ کوئی ماڈرن ٹیکنالوجی لاتی ہے یہ سب یہ سب سوچ مجرمانہ سوچ ہے یہ جی یعنی چاہتے ہیں کسی کے سے ثابت ثابت کریں کہ مغرب برا برا ہے صحیح اور وہی اپنے بیٹوں کو وہیں بھیج</w:t>
      </w:r>
    </w:p>
    <w:p>
      <w:r>
        <w:rPr>
          <w:b/>
        </w:rPr>
        <w:t xml:space="preserve">[52:10] </w:t>
      </w:r>
      <w:r>
        <w:t>te bhi hain bilkul yahi intention hai hain sare log apne bete damad ko wahin bhejte hain double jurm hai yeh hain</w:t>
      </w:r>
    </w:p>
    <w:p>
      <w:pPr>
        <w:jc w:val="right"/>
      </w:pPr>
      <w:r>
        <w:t>تے بھی ہیں بالکل یہی انٹینشن ہے ہیں سارے لوگ اپنے بیٹے داماد کو وہیں بھیجتے ہیں ڈبل جرم ہے یہ ہیں</w:t>
      </w:r>
    </w:p>
    <w:p>
      <w:r>
        <w:rPr>
          <w:b/>
        </w:rPr>
        <w:t xml:space="preserve">[52:18] </w:t>
      </w:r>
      <w:r>
        <w:t>Idrees Qamar sahib ka sawal hai Maulana maghrib ne humein duniyavi zindagi mein kafi asaniyan faraham kar rahi hain af i am not wrong mujhe lagta hai ke maghrib ne jo cheezen humein faraham ki hain un ki madad se hum deen ki nashr o ishaat bhi asan aasani se kar sakte hain Ateef Kazmi par bhari sawal kar rahe hain daai ko madu ki kitni riayat karni chahiye</w:t>
      </w:r>
    </w:p>
    <w:p>
      <w:pPr>
        <w:jc w:val="right"/>
      </w:pPr>
      <w:r>
        <w:t>ادریس قمر صاحب کا سوال ہے مولانا مغرب نے ہمیں دنیاوی زندگی میں کافی اسانیاں فراہم کر رہی ہیں اف ائی ایم ناٹ رونگ مجھے لگتا ہے کہ مغرب نے جو چیزیں ہمیں فراہم کی ہیں ان کی مدد سے ہم دین کی نشر و اشاعت بھی اسان اسانی سے کر سکتے ہیں عطیف کاظمی پر بھری سوال کر رہے ہیں داعی کو مدعو کی کتنی رعایت کرنی چاہیے</w:t>
      </w:r>
    </w:p>
    <w:p>
      <w:r>
        <w:rPr>
          <w:b/>
        </w:rPr>
        <w:t xml:space="preserve">[52:48] </w:t>
      </w:r>
      <w:r>
        <w:t>kitni kaisi koi koi had nahi hai sirf riayat hi karna chahiye sirf riayat hi karna chahiye</w:t>
      </w:r>
    </w:p>
    <w:p>
      <w:pPr>
        <w:jc w:val="right"/>
      </w:pPr>
      <w:r>
        <w:t>کتنی کیسی کوئی کوئی حد نہیں ہے صرف رعایت ہی کرنا چاہیے صرف رعایت ہی کرنا چاہیے</w:t>
      </w:r>
    </w:p>
    <w:p>
      <w:r>
        <w:rPr>
          <w:b/>
        </w:rPr>
        <w:t xml:space="preserve">[52:57] </w:t>
      </w:r>
      <w:r>
        <w:t>rasool allah ne madu ke kehne par rasool allah ka lafz mita diya ji yeh aakhri had hai</w:t>
      </w:r>
    </w:p>
    <w:p>
      <w:pPr>
        <w:jc w:val="right"/>
      </w:pPr>
      <w:r>
        <w:t>رسول اللہ نے مدعو کے کہنے پر رسول اللہ کا لفظ مٹا دیا جی یہ اخری حد ہے</w:t>
      </w:r>
    </w:p>
    <w:p>
      <w:r>
        <w:rPr>
          <w:b/>
        </w:rPr>
        <w:t xml:space="preserve">[53:04] </w:t>
      </w:r>
      <w:r>
        <w:t>woh madu to tha jaise kaha tha ke rasool allah ka lafz mitao</w:t>
      </w:r>
    </w:p>
    <w:p>
      <w:pPr>
        <w:jc w:val="right"/>
      </w:pPr>
      <w:r>
        <w:t>وہ مدعو تو تھا جیسے کہا تھا کہ رسول اللہ کا لفظ مٹاؤ</w:t>
      </w:r>
    </w:p>
    <w:p>
      <w:r>
        <w:rPr>
          <w:b/>
        </w:rPr>
        <w:t xml:space="preserve">[53:08] </w:t>
      </w:r>
      <w:r>
        <w:t>hudaybe ke mauqe par to aap ne mita diya yeh to aakhri had hai</w:t>
      </w:r>
    </w:p>
    <w:p>
      <w:pPr>
        <w:jc w:val="right"/>
      </w:pPr>
      <w:r>
        <w:t>حدیبے کے موقع پر تو اپ نے مٹا دیا یہ تو اخری حد ہے</w:t>
      </w:r>
    </w:p>
    <w:p>
      <w:r>
        <w:rPr>
          <w:b/>
        </w:rPr>
        <w:t xml:space="preserve">[53:14] </w:t>
      </w:r>
      <w:r>
        <w:t>aap bhi yahi kahiye</w:t>
      </w:r>
    </w:p>
    <w:p>
      <w:pPr>
        <w:jc w:val="right"/>
      </w:pPr>
      <w:r>
        <w:t>اپ بھی یہی کہیے</w:t>
      </w:r>
    </w:p>
    <w:p>
      <w:r>
        <w:rPr>
          <w:b/>
        </w:rPr>
        <w:t xml:space="preserve">[53:16] </w:t>
      </w:r>
      <w:r>
        <w:t>aakhri had tak riayat kijiye aap</w:t>
      </w:r>
    </w:p>
    <w:p>
      <w:pPr>
        <w:jc w:val="right"/>
      </w:pPr>
      <w:r>
        <w:t>اخری حد تک رعایت کیجئے اپ</w:t>
      </w:r>
    </w:p>
    <w:p>
      <w:r>
        <w:rPr>
          <w:b/>
        </w:rPr>
        <w:t xml:space="preserve">[53:19] </w:t>
      </w:r>
      <w:r>
        <w:t>Maulana aap ke paas aane se kya mil raha hai is ko ek lafz mein agar mein bataun to woh hum woh hamari hamara fikri tazkiya hai hamara fikri tazkiya ho raha hai</w:t>
      </w:r>
    </w:p>
    <w:p>
      <w:pPr>
        <w:jc w:val="right"/>
      </w:pPr>
      <w:r>
        <w:t>مولانا اپ کے پاس انے سے کیا مل رہا ہے اس کو ایک لفظ میں اگر میں بتاؤں تو وہ ہم وہ ہماری ہمارا فکری تزکیہ ہے ہمارا فکری تزکیہ ہو رہا ہے</w:t>
      </w:r>
    </w:p>
    <w:p>
      <w:r>
        <w:rPr>
          <w:b/>
        </w:rPr>
        <w:t xml:space="preserve">[53:35] </w:t>
      </w:r>
      <w:r>
        <w:t>Hazrat pooch rahe hain ke hum ko madu ki kitni riayat karna chahiye to Rasool Allah ne aakhri had tak riayat ki ji aap ka yahi yani aap Rasool Allah the yahi to aap ke paas hesiyat thi ji to madu ne kaha ke tum mitao to aap ne kaha theek hai mita dete hain kya is se aage bhi koi had hoti ho sakti hai nahi is se aage koi had nahi hoti hain koi</w:t>
      </w:r>
    </w:p>
    <w:p>
      <w:pPr>
        <w:jc w:val="right"/>
      </w:pPr>
      <w:r>
        <w:t>حضرت پوچھ رہے ہیں کہ ہم کو مدعو کی کتنی رعایت کرنا چاہیے تو رسول اللہ نے اخری حد تک رعایت کی جی اپ کا یہی یعنی اپ رسول اللہ تھے یہی تو اپ کے پاس حیثیت تھی جی تو مدعو نے کہا کہ تم مٹاؤ تو اپ نے کہا ٹھیک ہے مٹا دیتے ہیں کیا اس سے اگے بھی کوئی حد ہوتی ہو سکتی ہے نہیں اس سے اگے کوئی حد نہیں ہوتی ہیں کوئی</w:t>
      </w:r>
    </w:p>
    <w:p>
      <w:r>
        <w:rPr>
          <w:b/>
        </w:rPr>
        <w:t xml:space="preserve">[54:03] </w:t>
      </w:r>
      <w:r>
        <w:t>had nahi hoti haan</w:t>
      </w:r>
    </w:p>
    <w:p>
      <w:pPr>
        <w:jc w:val="right"/>
      </w:pPr>
      <w:r>
        <w:t>حد نہیں ہوتی ہاں</w:t>
      </w:r>
    </w:p>
    <w:p>
      <w:r>
        <w:rPr>
          <w:b/>
        </w:rPr>
        <w:t xml:space="preserve">[54:09] </w:t>
      </w:r>
      <w:r>
        <w:t>woh madu tha jis ke kehne pe mitaya tha aap ne ji Suhail ibn Aamir naam tha is ka ji ji haan woh Islam Muslim nahi the woh Maulana aaj first time yeh maloom hua ke Rasool Allah Sallallahu Alaihi Wasallam ne hesiyat apni hesiyat urfi ko mita diya aur Musalman qoumi tashakhhus ka taqaza kar rahe hain</w:t>
      </w:r>
    </w:p>
    <w:p>
      <w:pPr>
        <w:jc w:val="right"/>
      </w:pPr>
      <w:r>
        <w:t>وہ مدعو تھا جس کے کہنے پہ مٹایا تھا اپ نے جی سہیل ابن عامر نام تھا اس کا جی جی ہاں وہ اسلام مسلم نہیں تھے وہ مولانا اج فرسٹ ٹائم یہ معلوم ہوا کہ رسول اللہ صلی اللہ علیہ وسلم نے حیثیت اپنی حیثیت عرفی کو مٹا دیا اور مسلمان قومی تشخص کا تقاضا کر رہے ہیں</w:t>
      </w:r>
    </w:p>
    <w:p>
      <w:r>
        <w:rPr>
          <w:b/>
        </w:rPr>
        <w:t xml:space="preserve">[54:29] </w:t>
      </w:r>
      <w:r>
        <w:t>haan kitni achhi misaal hai yeh kitni achhi misaal hai</w:t>
      </w:r>
    </w:p>
    <w:p>
      <w:pPr>
        <w:jc w:val="right"/>
      </w:pPr>
      <w:r>
        <w:t>ہاں کتنی اچھی مثال ہے یہ کتنی اچھی مثال ہے</w:t>
      </w:r>
    </w:p>
    <w:p>
      <w:r>
        <w:rPr>
          <w:b/>
        </w:rPr>
        <w:t xml:space="preserve">[54:38] </w:t>
      </w:r>
      <w:r>
        <w:t>yani Khuda ke diye hue hesiyat ko mita diya ab Musalman to khud hi bana rakha hai qayamat tak kis ne in ko tashakhhus diya hai na constitution ne diya hai na Quran ne na hadees ne khud hi khud bana rakha hai</w:t>
      </w:r>
    </w:p>
    <w:p>
      <w:pPr>
        <w:jc w:val="right"/>
      </w:pPr>
      <w:r>
        <w:t>یعنی خدا کے دیے ہوئے حیثیت کو مٹا دیا اب مسلمان تو خود ہی بنا رکھا ہے قیامت تک کس نے ان کو تشخص دیا ہے نہ کانسٹیٹیوشن نے دیا ہے نہ قران نے نہ حدیث نے خود ہی خود بنا رکھا ہے</w:t>
      </w:r>
    </w:p>
    <w:p>
      <w:r>
        <w:rPr>
          <w:b/>
        </w:rPr>
        <w:t xml:space="preserve">[54:58] </w:t>
      </w:r>
      <w:r>
        <w:t>woh to Allah ka diya hua tha Allah ne kaha tha aye Muhammad tum Allah ke Rasool ho ab is Musalman ko kis ne diya hai tashakhhus kis ne diya hai khud hi khud le liya unhone na constitution ne diya hai na Quran ne na hadees ne kya kaam hai yeh sab to</w:t>
      </w:r>
    </w:p>
    <w:p>
      <w:pPr>
        <w:jc w:val="right"/>
      </w:pPr>
      <w:r>
        <w:t>وہ تو اللہ کا دیا ہوا تھا اللہ نے کہا تھا اے محمد تم اللہ کے رسول ہو اب اس مسلمان کو کس نے دیا ہے تشخص کس نے دیا ہے خود ہی خود لے لیا انہوں نے نہ کانسٹیٹیوشن نے دیا ہے نہ قران نے نہ حدیث نے کیا کام ہے یہ سب تو</w:t>
      </w:r>
    </w:p>
    <w:p>
      <w:r>
        <w:rPr>
          <w:b/>
        </w:rPr>
        <w:t xml:space="preserve">[55:22] </w:t>
      </w:r>
      <w:r>
        <w:t>yeh keh rahe hain ke rasool allah ko jo hesiyat di thi allah taala ne di thi jibril</w:t>
      </w:r>
    </w:p>
    <w:p>
      <w:pPr>
        <w:jc w:val="right"/>
      </w:pPr>
      <w:r>
        <w:t>یہ کہہ رہے ہیں کہ رسول اللہ کو جو حیثیت دی تھی اللہ تعالی نے دی تھی جبرائیل</w:t>
      </w:r>
    </w:p>
    <w:p>
      <w:r>
        <w:rPr>
          <w:b/>
        </w:rPr>
        <w:t xml:space="preserve">[55:27] </w:t>
      </w:r>
      <w:r>
        <w:t>ke zariye se specially bhej kar aur musalmanon ko jo tashakhus mila woh kis ne diya hai woh</w:t>
      </w:r>
    </w:p>
    <w:p>
      <w:pPr>
        <w:jc w:val="right"/>
      </w:pPr>
      <w:r>
        <w:t>کے ذریعے سے اسپیشلی بھیج کر اور مسلمانوں کو جو تشخص ملا وہ کس نے دیا ہے وہ</w:t>
      </w:r>
    </w:p>
    <w:p>
      <w:r>
        <w:rPr>
          <w:b/>
        </w:rPr>
        <w:t xml:space="preserve">[55:34] </w:t>
      </w:r>
      <w:r>
        <w:t>kisi ne nahi diya hai na constitution se mila hua na allah quran o hadith se maloom hota</w:t>
      </w:r>
    </w:p>
    <w:p>
      <w:pPr>
        <w:jc w:val="right"/>
      </w:pPr>
      <w:r>
        <w:t>کسی نے نہیں دیا ہے نہ کانسٹیٹیوشن سے ملا ہوا نہ اللہ قران و حدیث سے معلوم ہوتا</w:t>
      </w:r>
    </w:p>
    <w:p>
      <w:r>
        <w:rPr>
          <w:b/>
        </w:rPr>
        <w:t xml:space="preserve">[55:38] </w:t>
      </w:r>
      <w:r>
        <w:t>hai ye khud ba khud inhone banaya hai aur is ke baad khud hi bana liya hai ji</w:t>
      </w:r>
    </w:p>
    <w:p>
      <w:pPr>
        <w:jc w:val="right"/>
      </w:pPr>
      <w:r>
        <w:t>ہے یہ خود بخود انہوں نے بنایا ہے اور اس کے بعد خود ہی بنا لیا ہے جی</w:t>
      </w:r>
    </w:p>
    <w:p>
      <w:r>
        <w:rPr>
          <w:b/>
        </w:rPr>
        <w:t xml:space="preserve">[55:42] </w:t>
      </w:r>
      <w:r>
        <w:t>ji haan jabke ana momin bahasein hain maulana ana momin inshallah</w:t>
      </w:r>
    </w:p>
    <w:p>
      <w:pPr>
        <w:jc w:val="right"/>
      </w:pPr>
      <w:r>
        <w:t>جی ہاں جبکہ انا مومن بحثیں ہیں مولانا انا مومن انشاءاللہ</w:t>
      </w:r>
    </w:p>
    <w:p>
      <w:r>
        <w:rPr>
          <w:b/>
        </w:rPr>
        <w:t xml:space="preserve">[55:50] </w:t>
      </w:r>
      <w:r>
        <w:t>hain kya bahasein hain maulana ana momin inshallah yani hum apne bare mein sirf inshallah hi keh sakte</w:t>
      </w:r>
    </w:p>
    <w:p>
      <w:pPr>
        <w:jc w:val="right"/>
      </w:pPr>
      <w:r>
        <w:t>ہیں کیا بحثیں ہیں مولانا انا مومن انشاءاللہ یعنی ہم اپنے بارے میں صرف انشاءاللہ ہی کہہ سکتے</w:t>
      </w:r>
    </w:p>
    <w:p>
      <w:r>
        <w:rPr>
          <w:b/>
        </w:rPr>
        <w:t xml:space="preserve">[55:57] </w:t>
      </w:r>
      <w:r>
        <w:t>hain</w:t>
      </w:r>
    </w:p>
    <w:p>
      <w:pPr>
        <w:jc w:val="right"/>
      </w:pPr>
      <w:r>
        <w:t>ہیں</w:t>
      </w:r>
    </w:p>
    <w:p>
      <w:r>
        <w:rPr>
          <w:b/>
        </w:rPr>
        <w:t xml:space="preserve">[55:59] </w:t>
      </w:r>
      <w:r>
        <w:t>achha haan sahi hai sahi hai</w:t>
      </w:r>
    </w:p>
    <w:p>
      <w:pPr>
        <w:jc w:val="right"/>
      </w:pPr>
      <w:r>
        <w:t>اچھا ہاں صحیح ہے صحیح ہے</w:t>
      </w:r>
    </w:p>
    <w:p>
      <w:r>
        <w:rPr>
          <w:b/>
        </w:rPr>
        <w:t xml:space="preserve">[56:06] </w:t>
      </w:r>
      <w:r>
        <w:t>to Maulana yahan par sawal yeh uthta hai ke jab tashakhhus jo jaise maujooda daur ke jo Musalman jis tashakhhus ki baat karte hain ah woh zaroori nahi to phir ah Islam kya cheez sikhata hai</w:t>
      </w:r>
    </w:p>
    <w:p>
      <w:pPr>
        <w:jc w:val="right"/>
      </w:pPr>
      <w:r>
        <w:t>تو مولانا یہاں پر سوال یہ اٹھتا ہے کہ جب تشخص جو جیسے موجودہ دور کے جو مسلمان جس تشخص کی بات کرتے ہیں اہ وہ ضروری نہیں تو پھر اہ اسلام کیا چیز سکھاتا ہے</w:t>
      </w:r>
    </w:p>
    <w:p>
      <w:r>
        <w:rPr>
          <w:b/>
        </w:rPr>
        <w:t xml:space="preserve">[56:20] </w:t>
      </w:r>
      <w:r>
        <w:t>ye tashakhhus ka lafz mubtadiyana lafz hai ji</w:t>
      </w:r>
    </w:p>
    <w:p>
      <w:pPr>
        <w:jc w:val="right"/>
      </w:pPr>
      <w:r>
        <w:t>یہ تشخص کا لفظ مبتدیانہ لفظ ہے جی</w:t>
      </w:r>
    </w:p>
    <w:p>
      <w:r>
        <w:rPr>
          <w:b/>
        </w:rPr>
        <w:t xml:space="preserve">[56:25] </w:t>
      </w:r>
      <w:r>
        <w:t>to mubtadiyana lafz hai hamara constitution kehta hai ke desh</w:t>
      </w:r>
    </w:p>
    <w:p>
      <w:pPr>
        <w:jc w:val="right"/>
      </w:pPr>
      <w:r>
        <w:t>تو مبتدیانہ لفظ ہے ہمارا کانسٹیٹیوشن کہتا ہے کہ دیش</w:t>
      </w:r>
    </w:p>
    <w:p>
      <w:r>
        <w:rPr>
          <w:b/>
        </w:rPr>
        <w:t xml:space="preserve">[56:32] </w:t>
      </w:r>
      <w:r>
        <w:t>desh bhakti paida karo desh bhagat bano</w:t>
      </w:r>
    </w:p>
    <w:p>
      <w:pPr>
        <w:jc w:val="right"/>
      </w:pPr>
      <w:r>
        <w:t>دیش بھکتی پیدا کرو دیش بھگت بنو</w:t>
      </w:r>
    </w:p>
    <w:p>
      <w:r>
        <w:rPr>
          <w:b/>
        </w:rPr>
        <w:t xml:space="preserve">[56:37] </w:t>
      </w:r>
      <w:r>
        <w:t>hain quran kehta hai ke allah se darne wale bano ye kahan se nikla hai qaum</w:t>
      </w:r>
    </w:p>
    <w:p>
      <w:pPr>
        <w:jc w:val="right"/>
      </w:pPr>
      <w:r>
        <w:t>ہیں قران کہتا ہے کہ اللہ سے ڈرنے والے بنو یہ کہاں سے نکلا ہے قوم</w:t>
      </w:r>
    </w:p>
    <w:p>
      <w:r>
        <w:rPr>
          <w:b/>
        </w:rPr>
        <w:t xml:space="preserve">[56:45] </w:t>
      </w:r>
      <w:r>
        <w:t>qaumi tashakhhus kahan se nikla hai ye to mubtadiyana lafz hai is ki sanction na dastoor mein hai</w:t>
      </w:r>
    </w:p>
    <w:p>
      <w:pPr>
        <w:jc w:val="right"/>
      </w:pPr>
      <w:r>
        <w:t>قومی تشخص کہاں سے نکلا ہے یہ تو مبتدیانہ لفظ ہے اس کی سینکشن نہ دستور میں ہے</w:t>
      </w:r>
    </w:p>
    <w:p>
      <w:r>
        <w:rPr>
          <w:b/>
        </w:rPr>
        <w:t xml:space="preserve">[56:53] </w:t>
      </w:r>
      <w:r>
        <w:t>na quran mein na hadith mein ji ji</w:t>
      </w:r>
    </w:p>
    <w:p>
      <w:pPr>
        <w:jc w:val="right"/>
      </w:pPr>
      <w:r>
        <w:t>نہ قران میں نہ حدیث میں جی جی</w:t>
      </w:r>
    </w:p>
    <w:p>
      <w:r>
        <w:rPr>
          <w:b/>
        </w:rPr>
        <w:t xml:space="preserve">[57:01] </w:t>
      </w:r>
      <w:r>
        <w:t>bilkul be be asal baatein hain be asal qoumi tajruba koi bataye ke is ka sanction kahan se hua</w:t>
      </w:r>
    </w:p>
    <w:p>
      <w:pPr>
        <w:jc w:val="right"/>
      </w:pPr>
      <w:r>
        <w:t>بالکل بے بے اصل باتیں ہیں بے اصل قومی تجربہ کوئی بتائے کہ اس کا سینکشن کہاں سے ہوا</w:t>
      </w:r>
    </w:p>
    <w:p>
      <w:r>
        <w:rPr>
          <w:b/>
        </w:rPr>
        <w:t xml:space="preserve">[57:14] </w:t>
      </w:r>
      <w:r>
        <w:t>haan Maulana hain sahi sawal hai is ka sanction na Quran Quran mein hai na hadees mein hai na dastoor Hind mein hai na iqamat Tariq ke manshoor mein hai kahin nahi hai khud hi khud bana rakha hai</w:t>
      </w:r>
    </w:p>
    <w:p>
      <w:pPr>
        <w:jc w:val="right"/>
      </w:pPr>
      <w:r>
        <w:t>ہاں مولانا ہیں صحیح سوال ہے اس کا سینکشن نہ قران قران میں ہے نہ حدیث میں ہے نہ دستور ہند میں ہے نہ اقامت طارق کے منشور میں ہے کہیں نہیں ہے خود ہی خود بنا رکھا ہے</w:t>
      </w:r>
    </w:p>
    <w:p>
      <w:r>
        <w:rPr>
          <w:b/>
        </w:rPr>
        <w:t xml:space="preserve">[57:36] </w:t>
      </w:r>
      <w:r>
        <w:t>pehchan hain yeh pehchan to kahan kahan hai aap ki apni banai hui hai hain</w:t>
      </w:r>
    </w:p>
    <w:p>
      <w:pPr>
        <w:jc w:val="right"/>
      </w:pPr>
      <w:r>
        <w:t>شناخت ہیں یہ شناخت تو کہاں کہاں ہے اپ کی اپنی بنائی ہوئی ہے ہیں</w:t>
      </w:r>
    </w:p>
    <w:p>
      <w:r>
        <w:rPr>
          <w:b/>
        </w:rPr>
        <w:t xml:space="preserve">[57:47] </w:t>
      </w:r>
      <w:r>
        <w:t>lama tahajjud wasia ke khilaf hai maulana ye hain maulana ye sab jo hai universal islam hai to</w:t>
      </w:r>
    </w:p>
    <w:p>
      <w:pPr>
        <w:jc w:val="right"/>
      </w:pPr>
      <w:r>
        <w:t>لما تحجرت واسیہ کے خلاف ہے مولانا یہ ہیں مولانا یہ سب جو ہے یونیورسل اسلام ہے تو</w:t>
      </w:r>
    </w:p>
    <w:p>
      <w:r>
        <w:rPr>
          <w:b/>
        </w:rPr>
        <w:t xml:space="preserve">[57:55] </w:t>
      </w:r>
      <w:r>
        <w:t>tashakhhus mein la kar tahajjud wasia karte hain sahi hai sahi hai</w:t>
      </w:r>
    </w:p>
    <w:p>
      <w:pPr>
        <w:jc w:val="right"/>
      </w:pPr>
      <w:r>
        <w:t>تشخص میں لا کر تحجرت واسیہ کرتے ہیں صحیح ہے صحیح ہے</w:t>
      </w:r>
    </w:p>
    <w:p>
      <w:r>
        <w:rPr>
          <w:b/>
        </w:rPr>
        <w:t xml:space="preserve">[58:00] </w:t>
      </w:r>
      <w:r>
        <w:t>bhai is zamane mein ya to dastoor hai ya iqamat ka manshoor hai</w:t>
      </w:r>
    </w:p>
    <w:p>
      <w:pPr>
        <w:jc w:val="right"/>
      </w:pPr>
      <w:r>
        <w:t>بھئی اس زمانے میں یا تو دستور ہے یا اقامت کا منشور ہے</w:t>
      </w:r>
    </w:p>
    <w:p>
      <w:r>
        <w:rPr>
          <w:b/>
        </w:rPr>
        <w:t xml:space="preserve">[58:09] </w:t>
      </w:r>
      <w:r>
        <w:t>ap musalman keh rahe the ap ka quran o hadith hai to kahan se ye nikal aayi hai</w:t>
      </w:r>
    </w:p>
    <w:p>
      <w:pPr>
        <w:jc w:val="right"/>
      </w:pPr>
      <w:r>
        <w:t>اپ مسلمان کہہ رہے تھے اپ کا قران و حدیث ہے تو کہاں سے یہ نکل ائی ہے</w:t>
      </w:r>
    </w:p>
    <w:p>
      <w:r>
        <w:rPr>
          <w:b/>
        </w:rPr>
        <w:t xml:space="preserve">[58:14] </w:t>
      </w:r>
      <w:r>
        <w:t>ye to aap ne garh liya hai aap ka apna garha hua hai hain</w:t>
      </w:r>
    </w:p>
    <w:p>
      <w:pPr>
        <w:jc w:val="right"/>
      </w:pPr>
      <w:r>
        <w:t>یہ تو اپ نے گڑھ لیا ہے اپ کا اپنا گڑھا ہوا ہے ہیں</w:t>
      </w:r>
    </w:p>
    <w:p>
      <w:r>
        <w:rPr>
          <w:b/>
        </w:rPr>
        <w:t xml:space="preserve">[58:20] </w:t>
      </w:r>
      <w:r>
        <w:t>aap ka apna garha hua hai</w:t>
      </w:r>
    </w:p>
    <w:p>
      <w:pPr>
        <w:jc w:val="right"/>
      </w:pPr>
      <w:r>
        <w:t>اپ کا اپنا گڑھا ہوا ہے</w:t>
      </w:r>
    </w:p>
    <w:p>
      <w:r>
        <w:rPr>
          <w:b/>
        </w:rPr>
        <w:t xml:space="preserve">[58:34] </w:t>
      </w:r>
      <w:r>
        <w:t>bahut khuso bahut badqismati ki baat yeh hai ke ulama bhi shareek hain</w:t>
      </w:r>
    </w:p>
    <w:p>
      <w:pPr>
        <w:jc w:val="right"/>
      </w:pPr>
      <w:r>
        <w:t>بہت خصوص بہت بدقسمتی کی بات یہ ہے کہ علماء بھی شریک ہیں</w:t>
      </w:r>
    </w:p>
    <w:p>
      <w:r>
        <w:rPr>
          <w:b/>
        </w:rPr>
        <w:t xml:space="preserve">[58:39] </w:t>
      </w:r>
      <w:r>
        <w:t>bilkul ulama hi ne alfaaz diye hain haan is alfaaz ji mein ulama shareek hain ji to isi liye mein un ko kehta hoon idhar sanad yafta ulama ji ji ulama se murad hai sanad sanad yafta ulama</w:t>
      </w:r>
    </w:p>
    <w:p>
      <w:pPr>
        <w:jc w:val="right"/>
      </w:pPr>
      <w:r>
        <w:t>بالکل علماء ہی نے الفاظ دیے ہیں ہاں اس الفاظ جی میں علماء شریک ہیں جی تو اسی لیے میں ان کو کہتا ہوں ادھر سند یافتہ علماء جی جی علماء سے مراد ہے سند سند یافتہ علماء</w:t>
      </w:r>
    </w:p>
    <w:p>
      <w:r>
        <w:rPr>
          <w:b/>
        </w:rPr>
        <w:t xml:space="preserve">[58:58] </w:t>
      </w:r>
      <w:r>
        <w:t>ah Maulana yeh Shabina Mas Mas Shabina Ali Kolkata se sawal kar rahi hain Maulana Musalman jo cultural Islam ko follow karte hain un se agar Islam ka true message bataya jaye to un ki attitude bohat confident hoti hai woh zahir karte hain ke un ko sab kuch aata hai aur un ko kuch zyada janne ki zaroorat nahi hai Maulana mera sawal yeh hai ke un ki attitude aisa kyun hai</w:t>
      </w:r>
    </w:p>
    <w:p>
      <w:pPr>
        <w:jc w:val="right"/>
      </w:pPr>
      <w:r>
        <w:t>اہ مولانا یہ شبین مس مس شبینہ علی کلکتہ سے سوال کر رہی ہیں مولانا مسلمان جو کلچرل اسلام کو فالو کرتے ہیں ان سے اگر اسلام کا ٹرو میسج بتایا جائے تو ان کی ایٹیٹیوڈ بہت کانفیڈنٹ ہوتی ہے وہ ظاہر کرتے ہیں کہ ان کو سب کچھ اتا ہے اور ان کو کچھ زیادہ جاننے کی ضرورت نہیں ہے مولانا میرا سوال یہ ہے کہ ان کی ایٹیٹیوڈ ایسا کیوں ہے</w:t>
      </w:r>
    </w:p>
    <w:p>
      <w:r>
        <w:rPr>
          <w:b/>
        </w:rPr>
        <w:t xml:space="preserve">[59:25] </w:t>
      </w:r>
      <w:r>
        <w:t>aisa kyun hai bekhabari un awareness</w:t>
      </w:r>
    </w:p>
    <w:p>
      <w:pPr>
        <w:jc w:val="right"/>
      </w:pPr>
      <w:r>
        <w:t>ایسا کیوں ہے بے خبری ان اویرنس</w:t>
      </w:r>
    </w:p>
    <w:p>
      <w:r>
        <w:rPr>
          <w:b/>
        </w:rPr>
        <w:t xml:space="preserve">[59:35] </w:t>
      </w:r>
      <w:r>
        <w:t>yani aap ye in se</w:t>
      </w:r>
    </w:p>
    <w:p>
      <w:pPr>
        <w:jc w:val="right"/>
      </w:pPr>
      <w:r>
        <w:t>یعنی اپ یہ ان سے</w:t>
      </w:r>
    </w:p>
    <w:p>
      <w:r>
        <w:rPr>
          <w:b/>
        </w:rPr>
        <w:t xml:space="preserve">[59:39] </w:t>
      </w:r>
      <w:r>
        <w:t>jahan rehti hain kolkata mein rehti hain na ji kolkata mein har har aadmi musalman jo rehta hai</w:t>
      </w:r>
    </w:p>
    <w:p>
      <w:pPr>
        <w:jc w:val="right"/>
      </w:pPr>
      <w:r>
        <w:t>جہاں رہتی ہیں کلکتہ میں رہتی ہیں نا جی کلکتہ میں ہر ہر ادمی مسلمان جو رہتا ہے</w:t>
      </w:r>
    </w:p>
    <w:p>
      <w:r>
        <w:rPr>
          <w:b/>
        </w:rPr>
        <w:t xml:space="preserve">[59:46] </w:t>
      </w:r>
      <w:r>
        <w:t>kolkata mein har ek se milein hain har ek se milein aur ye poochein kya tum ne ek</w:t>
      </w:r>
    </w:p>
    <w:p>
      <w:pPr>
        <w:jc w:val="right"/>
      </w:pPr>
      <w:r>
        <w:t>کلکتہ میں ہر ایک سے ملیں ہیں ہر ایک سے ملیں اور یہ پوچھیں کیا تم نے ایک</w:t>
      </w:r>
    </w:p>
    <w:p>
      <w:r>
        <w:rPr>
          <w:b/>
        </w:rPr>
        <w:t xml:space="preserve">[59:55] </w:t>
      </w:r>
      <w:r>
        <w:t>baar aisa kiya hai ke sare quran ko padha ya hadith ke kitabon mein sari hadisein padhi ye</w:t>
      </w:r>
    </w:p>
    <w:p>
      <w:pPr>
        <w:jc w:val="right"/>
      </w:pPr>
      <w:r>
        <w:t>بار ایسا کیا ہے کہ سارے قران کو پڑھا یا حدیث کے کتابوں میں ساری حدیثیں پڑھی یہ</w:t>
      </w:r>
    </w:p>
    <w:p>
      <w:r>
        <w:rPr>
          <w:b/>
        </w:rPr>
        <w:t xml:space="preserve">[1:00:03] </w:t>
      </w:r>
      <w:r>
        <w:t>janne ke liye</w:t>
      </w:r>
    </w:p>
    <w:p>
      <w:pPr>
        <w:jc w:val="right"/>
      </w:pPr>
      <w:r>
        <w:t>جاننے کے لیے</w:t>
      </w:r>
    </w:p>
    <w:p>
      <w:r>
        <w:rPr>
          <w:b/>
        </w:rPr>
        <w:t xml:space="preserve">[1:00:05] </w:t>
      </w:r>
      <w:r>
        <w:t>ye jo farma rahe hain to koi ek musalman nahi milega ke haan main ne aisa kiya</w:t>
      </w:r>
    </w:p>
    <w:p>
      <w:pPr>
        <w:jc w:val="right"/>
      </w:pPr>
      <w:r>
        <w:t>یہ جو فرما رہے ہیں تو کوئی ایک مسلمان نہیں ملے گا کہ ہاں میں نے ایسا کیا</w:t>
      </w:r>
    </w:p>
    <w:p>
      <w:r>
        <w:rPr>
          <w:b/>
        </w:rPr>
        <w:t xml:space="preserve">[1:00:10] </w:t>
      </w:r>
      <w:r>
        <w:t>hai ji ji maulana sahi hai ek musalman nahi milega</w:t>
      </w:r>
    </w:p>
    <w:p>
      <w:pPr>
        <w:jc w:val="right"/>
      </w:pPr>
      <w:r>
        <w:t>ہے جی جی مولانا صحیح ہے ایک مسلمان نہیں ملے گا</w:t>
      </w:r>
    </w:p>
    <w:p>
      <w:r>
        <w:rPr>
          <w:b/>
        </w:rPr>
        <w:t xml:space="preserve">[1:00:17] </w:t>
      </w:r>
      <w:r>
        <w:t>khud hi khud</w:t>
      </w:r>
    </w:p>
    <w:p>
      <w:pPr>
        <w:jc w:val="right"/>
      </w:pPr>
      <w:r>
        <w:t>خود ہی خود</w:t>
      </w:r>
    </w:p>
    <w:p>
      <w:r>
        <w:rPr>
          <w:b/>
        </w:rPr>
        <w:t xml:space="preserve">[1:00:20] </w:t>
      </w:r>
      <w:r>
        <w:t>bana liya</w:t>
      </w:r>
    </w:p>
    <w:p>
      <w:pPr>
        <w:jc w:val="right"/>
      </w:pPr>
      <w:r>
        <w:t>بنا لیا</w:t>
      </w:r>
    </w:p>
    <w:p>
      <w:r>
        <w:rPr>
          <w:b/>
        </w:rPr>
        <w:t xml:space="preserve">[1:00:20] </w:t>
      </w:r>
      <w:r>
        <w:t>hai</w:t>
      </w:r>
    </w:p>
    <w:p>
      <w:pPr>
        <w:jc w:val="right"/>
      </w:pPr>
      <w:r>
        <w:t>ہے</w:t>
      </w:r>
    </w:p>
    <w:p>
      <w:r>
        <w:rPr>
          <w:b/>
        </w:rPr>
        <w:t xml:space="preserve">[1:00:25] </w:t>
      </w:r>
      <w:r>
        <w:t>ah Danish Fazil sahib Lucknow Maulana talk always help me to rediscover Islam I actually understand the actual spirit and wisdom of Islamic teachings may Allah reward him immensely and give good health</w:t>
      </w:r>
    </w:p>
    <w:p>
      <w:pPr>
        <w:jc w:val="right"/>
      </w:pPr>
      <w:r>
        <w:t>اہ دانش فضل صاحب لکھنو مولانا ٹاک الویز ہیلپ می ٹو ری ڈسکور اسلام ائی ایکچولی انڈرسٹینڈ دا ایکچول سپریٹ اینڈ وزڈم اف اسلامک ٹیچنگ می اللہ ریوارڈ ہم ایمنسلی اینڈ گیو گڈ ہیلتھ</w:t>
      </w:r>
    </w:p>
    <w:p>
      <w:r>
        <w:rPr>
          <w:b/>
        </w:rPr>
        <w:t xml:space="preserve">[1:00:44] </w:t>
      </w:r>
      <w:r>
        <w:t>mein apne baray mein aap se kahoon ga ke mujhe aik mazmoon likhna tha</w:t>
      </w:r>
    </w:p>
    <w:p>
      <w:pPr>
        <w:jc w:val="right"/>
      </w:pPr>
      <w:r>
        <w:t>میں اپنے بارے میں اپ سے کہوں گا کہ مجھے ایک مضمون لکھنا تھا</w:t>
      </w:r>
    </w:p>
    <w:p>
      <w:r>
        <w:rPr>
          <w:b/>
        </w:rPr>
        <w:t xml:space="preserve">[1:00:50] </w:t>
      </w:r>
      <w:r>
        <w:t>jo chupa hua hai us ka title hai quran ka matloob insaan</w:t>
      </w:r>
    </w:p>
    <w:p>
      <w:pPr>
        <w:jc w:val="right"/>
      </w:pPr>
      <w:r>
        <w:t>جو چھپا ہوا ہے اس کا ٹائٹل ہے قران کا مطلوب انسان</w:t>
      </w:r>
    </w:p>
    <w:p>
      <w:r>
        <w:rPr>
          <w:b/>
        </w:rPr>
        <w:t xml:space="preserve">[1:00:57] </w:t>
      </w:r>
      <w:r>
        <w:t>yeh maqala hai</w:t>
      </w:r>
    </w:p>
    <w:p>
      <w:pPr>
        <w:jc w:val="right"/>
      </w:pPr>
      <w:r>
        <w:t>یہ مقالہ ہے</w:t>
      </w:r>
    </w:p>
    <w:p>
      <w:r>
        <w:rPr>
          <w:b/>
        </w:rPr>
        <w:t xml:space="preserve">[1:00:59] </w:t>
      </w:r>
      <w:r>
        <w:t>yeh chupa hua hai quran ka matloob insaan</w:t>
      </w:r>
    </w:p>
    <w:p>
      <w:pPr>
        <w:jc w:val="right"/>
      </w:pPr>
      <w:r>
        <w:t>یہ چھپا ہوا ہے قران کا مطلوب انسان</w:t>
      </w:r>
    </w:p>
    <w:p>
      <w:r>
        <w:rPr>
          <w:b/>
        </w:rPr>
        <w:t xml:space="preserve">[1:01:05] </w:t>
      </w:r>
      <w:r>
        <w:t>ji quran ka matloob insaan</w:t>
      </w:r>
    </w:p>
    <w:p>
      <w:pPr>
        <w:jc w:val="right"/>
      </w:pPr>
      <w:r>
        <w:t>جی قران کا مطلوب انسان</w:t>
      </w:r>
    </w:p>
    <w:p>
      <w:r>
        <w:rPr>
          <w:b/>
        </w:rPr>
        <w:t xml:space="preserve">[1:01:11] </w:t>
      </w:r>
      <w:r>
        <w:t>mein keh sakta hoon ke inshallah maine poora quran</w:t>
      </w:r>
    </w:p>
    <w:p>
      <w:pPr>
        <w:jc w:val="right"/>
      </w:pPr>
      <w:r>
        <w:t>میں کہہ سکتا ہوں کہ انشاءاللہ میں نے پورا قران</w:t>
      </w:r>
    </w:p>
    <w:p>
      <w:r>
        <w:rPr>
          <w:b/>
        </w:rPr>
        <w:t xml:space="preserve">[1:01:16] </w:t>
      </w:r>
      <w:r>
        <w:t>is aik mazmoon ke liye parha</w:t>
      </w:r>
    </w:p>
    <w:p>
      <w:pPr>
        <w:jc w:val="right"/>
      </w:pPr>
      <w:r>
        <w:t>اس ایک مضمون کے لیے پڑھا</w:t>
      </w:r>
    </w:p>
    <w:p>
      <w:r>
        <w:rPr>
          <w:b/>
        </w:rPr>
        <w:t xml:space="preserve">[1:01:22] </w:t>
      </w:r>
      <w:r>
        <w:t>poora quran quran ka matloob insan quran mein kya bataya gaya hai ke insan ko kaise reh jana hai ap dhoond daliye sare madarson mein masjidon mein logon ko ke kya kisi ne aisa kiya hai ke shayad koi nahi mile ga ap ko ap bataiye ke koi mila hai aisa ap ko</w:t>
      </w:r>
    </w:p>
    <w:p>
      <w:pPr>
        <w:jc w:val="right"/>
      </w:pPr>
      <w:r>
        <w:t>پورا قران قران کا مطلوب انسان قران میں کیا بتایا گیا ہے کہ انسان کو کیسے رہ جانا ہے اپ ڈھونڈ ڈالیے سارے مدرسوں میں مسجدوں میں لوگوں کو کہ کیا کسی نے ایسا کیا ہے کہ شاید کوئی نہیں ملے گا اپ کو اپ بتائیے کہ کوئی ملا ہے ایسا اپ کو</w:t>
      </w:r>
    </w:p>
    <w:p>
      <w:r>
        <w:rPr>
          <w:b/>
        </w:rPr>
        <w:t xml:space="preserve">[1:01:46] </w:t>
      </w:r>
      <w:r>
        <w:t>nahi مولانا mujhe to koi nahi mila ke hain asal matloob khuda ka matloob kya hai woh kisi khud ko janne ke liye poora qir</w:t>
      </w:r>
    </w:p>
    <w:p>
      <w:pPr>
        <w:jc w:val="right"/>
      </w:pPr>
      <w:r>
        <w:t>نہیں مولانا مجھے تو کوئی نہیں ملا کہ ہیں اصل مطلوب خدا کا مطلوب کیا ہے وہ کسی خود کو جاننے کے لیے پورا قر</w:t>
      </w:r>
    </w:p>
    <w:p>
      <w:r>
        <w:rPr>
          <w:b/>
        </w:rPr>
        <w:t xml:space="preserve">[1:01:55] </w:t>
      </w:r>
      <w:r>
        <w:t>an yani aik maqala likhne ke liye poora quran mein ne parha</w:t>
      </w:r>
    </w:p>
    <w:p>
      <w:pPr>
        <w:jc w:val="right"/>
      </w:pPr>
      <w:r>
        <w:t>ان یعنی ایک مقالہ لکھنے کے لیے پورا قران میں نے پڑھا</w:t>
      </w:r>
    </w:p>
    <w:p>
      <w:r>
        <w:rPr>
          <w:b/>
        </w:rPr>
        <w:t xml:space="preserve">[1:02:02] </w:t>
      </w:r>
      <w:r>
        <w:t>isi baat ko ke quran ka matloob insan kya hai to hum khud apnay dimagh se bolte hain log</w:t>
      </w:r>
    </w:p>
    <w:p>
      <w:pPr>
        <w:jc w:val="right"/>
      </w:pPr>
      <w:r>
        <w:t>اسی بات کو کہ قران کا مطلوب انسان کیا ہے تو ہم خود اپنے دماغ سے بولتے ہیں لوگ</w:t>
      </w:r>
    </w:p>
    <w:p>
      <w:r>
        <w:rPr>
          <w:b/>
        </w:rPr>
        <w:t xml:space="preserve">[1:02:15] </w:t>
      </w:r>
      <w:r>
        <w:t>quran se poocha nahi hai nahi apnay dimagh se bolte hain</w:t>
      </w:r>
    </w:p>
    <w:p>
      <w:pPr>
        <w:jc w:val="right"/>
      </w:pPr>
      <w:r>
        <w:t>قران سے پوچھا نہیں ہے نہیں اپنے دماغ سے بولتے ہیں</w:t>
      </w:r>
    </w:p>
    <w:p>
      <w:r>
        <w:rPr>
          <w:b/>
        </w:rPr>
        <w:t xml:space="preserve">[1:02:28] </w:t>
      </w:r>
      <w:r>
        <w:t>ah مولانا aik comment aya hai atif ka. qazi par bhini ka mein aik shakhs ke office mein al risala aur dawati mission ka introduction dene gaya to us office mein aik shakhs ne al risala dekh kar kaha yeh al risala parhne wale ko ghusa nahi ata</w:t>
      </w:r>
    </w:p>
    <w:p>
      <w:pPr>
        <w:jc w:val="right"/>
      </w:pPr>
      <w:r>
        <w:t>اہ مولانا ایک کمنٹ ایا ہے عاطف کا. قاضی پر بھنی کا میں ایک شخص کے افس میں الرسالہ اور دعوتی مشن کا انٹروڈکشن دینے گیا تو اس افس میں ایک شخص نے الرسالہ دیکھ کر کہا یہ الرسالہ پڑھنے والے کو غصہ نہیں اتا</w:t>
      </w:r>
    </w:p>
    <w:p>
      <w:r>
        <w:rPr>
          <w:b/>
        </w:rPr>
        <w:t xml:space="preserve">[1:02:49] </w:t>
      </w:r>
      <w:r>
        <w:t>مولانا aik sahab yeh sawal kar rahe thay ke مولانا مودودی صاحب ne deen ki jamay taabeer pesh ki to مولانا ne deen ki kya taabeer pesh ki hai</w:t>
      </w:r>
    </w:p>
    <w:p>
      <w:pPr>
        <w:jc w:val="right"/>
      </w:pPr>
      <w:r>
        <w:t>مولانا ایک صاحب یہ سوال کر رہے تھے کہ مولانا مودودی صاحب نے دین کی جامع تعبیر پیش کی تو مولانا نے دین کی کیا تعبیر پیش کی ہے</w:t>
      </w:r>
    </w:p>
    <w:p>
      <w:r>
        <w:rPr>
          <w:b/>
        </w:rPr>
        <w:t xml:space="preserve">[1:03:07] </w:t>
      </w:r>
      <w:r>
        <w:t>meri sau se ziyada kitabein hain un ko parh lijiye mein aur kaha bata sakta hoon khulasa yeh mein kahoon ga ke مودودی صاحب ke nazdeek is jamay taabeer ka yeh hai ke hukoomat qaim karo ji mein adai ki bro galat hai mein adai ki hai ke allah ke hukum par amal karo aur dawat ka kaam karo mein yeh sochta hoon</w:t>
      </w:r>
    </w:p>
    <w:p>
      <w:pPr>
        <w:jc w:val="right"/>
      </w:pPr>
      <w:r>
        <w:t>میری سو سے زیادہ کتابیں ہیں ان کو پڑھ لیجئے میں اور کہا بتا سکتا ہوں خلاصہ یہ میں کہوں گا کہ مودودی صاحب کے نزدیک اس جامع تعبیر کا یہ ہے کہ حکومت قائم کرو جی میں عدی کی برو غلط ہے میں عدی کی ہے کہ اللہ کے حکم پر عمل کرو اور دعوت کا کام کرو میں یہ سوچتا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