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umries 25 july, 2019 - Maulana Wahiduddin Khan</w:t>
      </w:r>
    </w:p>
    <w:p>
      <w:r>
        <w:t>https://www.youtube.com/watch?v=MjQYVF1PwhM</w:t>
      </w:r>
    </w:p>
    <w:p>
      <w:r>
        <w:rPr>
          <w:b/>
        </w:rPr>
        <w:t xml:space="preserve">[00:14] </w:t>
      </w:r>
      <w:r>
        <w:t>mein chahta hoon ke aaj aap log jo yahan hain, har aadmi be dharaak bolay.</w:t>
      </w:r>
    </w:p>
    <w:p>
      <w:pPr>
        <w:jc w:val="right"/>
      </w:pPr>
      <w:r>
        <w:t>میں چاہتا ہوں کہ آج آپ لوگ جو یہاں ہیں، ہر آدمی بے دھڑک بولے۔</w:t>
      </w:r>
    </w:p>
    <w:p>
      <w:r>
        <w:rPr>
          <w:b/>
        </w:rPr>
        <w:t xml:space="preserve">[00:24] </w:t>
      </w:r>
      <w:r>
        <w:t>be dharaak bolay. jo bhi is ke dil mein aaye.</w:t>
      </w:r>
    </w:p>
    <w:p>
      <w:pPr>
        <w:jc w:val="right"/>
      </w:pPr>
      <w:r>
        <w:t>بے دھڑک بولے۔ جو بھی اس کے دل میں آئے۔</w:t>
      </w:r>
    </w:p>
    <w:p>
      <w:r>
        <w:rPr>
          <w:b/>
        </w:rPr>
        <w:t xml:space="preserve">[00:36] </w:t>
      </w:r>
      <w:r>
        <w:t>be dharaak</w:t>
      </w:r>
    </w:p>
    <w:p>
      <w:pPr>
        <w:jc w:val="right"/>
      </w:pPr>
      <w:r>
        <w:t>بے دھڑک</w:t>
      </w:r>
    </w:p>
    <w:p>
      <w:r>
        <w:rPr>
          <w:b/>
        </w:rPr>
        <w:t xml:space="preserve">[00:37] </w:t>
      </w:r>
      <w:r>
        <w:t>bolay. mera naam abdul basit umri hai. mein gulberg ka rehne wala hoon. to mera yahan dili aanay ka maqsad yeh hai ke mein samajhta hoon ke mere masail ka hal jo hai woh aap ke paas hai.</w:t>
      </w:r>
    </w:p>
    <w:p>
      <w:pPr>
        <w:jc w:val="right"/>
      </w:pPr>
      <w:r>
        <w:t>بولے۔ میرا نام عبدالباسط عمری ہے۔ میں گلبرگ کا رہنے والا ہوں۔ تو میرا یہاں دلی آنے کا مقصد یہ ہے کہ میں سمجھتا ہوں کہ میرے مسائل کا حل جو ہے وہ آپ کے پاس ہے۔</w:t>
      </w:r>
    </w:p>
    <w:p>
      <w:r>
        <w:rPr>
          <w:b/>
        </w:rPr>
        <w:t xml:space="preserve">[00:57] </w:t>
      </w:r>
      <w:r>
        <w:t>isi liye jo hai mein apni nai zindagi shuru karne se pehle aap se mil loon, aap se mashwara le loon, aap se tabadla khayal kar loon to mujhe aur ziyada clarity mile gi.</w:t>
      </w:r>
    </w:p>
    <w:p>
      <w:pPr>
        <w:jc w:val="right"/>
      </w:pPr>
      <w:r>
        <w:t>اسی لیے جو ہے میں اپنی نئی زندگی شروع کرنے سے پہلے آپ سے مل لوں، آپ سے مشورہ لے لوں، آپ سے تبادلہ خیال کر لوں تو مجھے اور زیادہ کلیئرٹی ملے گی۔</w:t>
      </w:r>
    </w:p>
    <w:p>
      <w:r>
        <w:rPr>
          <w:b/>
        </w:rPr>
        <w:t xml:space="preserve">[01:09] </w:t>
      </w:r>
      <w:r>
        <w:t>meri nai zindagi shuru karne mein mujhe madad mile gi. to مولانا, mein aap ko mere liye bohat bara ehsan manta hoon.</w:t>
      </w:r>
    </w:p>
    <w:p>
      <w:pPr>
        <w:jc w:val="right"/>
      </w:pPr>
      <w:r>
        <w:t>میری نئی زندگی شروع کرنے میں مجھے مدد ملے گی۔ تو مولانا، میں آپ کو میرے لیے بہت بڑا محسن مانتا ہوں۔</w:t>
      </w:r>
    </w:p>
    <w:p>
      <w:r>
        <w:rPr>
          <w:b/>
        </w:rPr>
        <w:t xml:space="preserve">[01:22] </w:t>
      </w:r>
      <w:r>
        <w:t>abhi subah ki baat hai to hum aik do saathi ke paas milnay ke liye gaye thay to kuch waqia hua to aap ke liye aansuon ke sath mein dua kar raha tha subah mein.</w:t>
      </w:r>
    </w:p>
    <w:p>
      <w:pPr>
        <w:jc w:val="right"/>
      </w:pPr>
      <w:r>
        <w:t>ابھی صبح کی بات ہے تو ہم ایک دو ساتھی کے پاس ملنے کے لیے گئے تھے تو کچھ واقعہ ہوا تو آپ کے لیے آنسوؤں کے ساتھ میں دعا کر رہا تھا صبح میں۔</w:t>
      </w:r>
    </w:p>
    <w:p>
      <w:r>
        <w:rPr>
          <w:b/>
        </w:rPr>
        <w:t xml:space="preserve">[01:40] </w:t>
      </w:r>
      <w:r>
        <w:t>dekhiye, mein aik baat kehta hoon apna ke mein apnay lehaz se, apnay lehaz se sab se ziyada mere liye qeemti insan woh hai jo mujh ko dua ka point de.</w:t>
      </w:r>
    </w:p>
    <w:p>
      <w:pPr>
        <w:jc w:val="right"/>
      </w:pPr>
      <w:r>
        <w:t>دیکھیے، میں ایک بات کہتا ہوں اپنا کہ میں اپنے لحاظ سے، اپنے لحاظ سے سب سے زیادہ میرے لیے قیمتی انسان وہ ہے جو مجھ کو دعا کا پوائنٹ دے۔</w:t>
      </w:r>
    </w:p>
    <w:p>
      <w:r>
        <w:rPr>
          <w:b/>
        </w:rPr>
        <w:t xml:space="preserve">[02:04] </w:t>
      </w:r>
      <w:r>
        <w:t>dua ka point asan kaam nahi hai.</w:t>
      </w:r>
    </w:p>
    <w:p>
      <w:pPr>
        <w:jc w:val="right"/>
      </w:pPr>
      <w:r>
        <w:t>دعا کا پوائنٹ آسان کام نہیں ہے۔</w:t>
      </w:r>
    </w:p>
    <w:p>
      <w:r>
        <w:rPr>
          <w:b/>
        </w:rPr>
        <w:t xml:space="preserve">[02:11] </w:t>
      </w:r>
      <w:r>
        <w:t>meri apni tajrubay ke mutabiq mein kahoon ga ke sab se ziyada qeemti insan woh hai jo mujh ko dua ka point de.</w:t>
      </w:r>
    </w:p>
    <w:p>
      <w:pPr>
        <w:jc w:val="right"/>
      </w:pPr>
      <w:r>
        <w:t>میری اپنی تجربے کے مطابق میں کہوں گا کہ سب سے زیادہ قیمتی انسان وہ ہے جو مجھ کو دعا کا پوائنٹ دے۔</w:t>
      </w:r>
    </w:p>
    <w:p>
      <w:r>
        <w:rPr>
          <w:b/>
        </w:rPr>
        <w:t xml:space="preserve">[02:25] </w:t>
      </w:r>
      <w:r>
        <w:t>dua ka point ka matlab yeh hai aisa, aisi dua jo rab ul alameen ki rehmat ko, rehmat ko invoke karne wala ho.</w:t>
      </w:r>
    </w:p>
    <w:p>
      <w:pPr>
        <w:jc w:val="right"/>
      </w:pPr>
      <w:r>
        <w:t>دعا کا پوائنٹ کا مطلب یہ ہے ایسا، ایسی دعا جو رب العالمین کی رحمت کو، رحمت کو انوک کرنے والا ہو۔</w:t>
      </w:r>
    </w:p>
    <w:p>
      <w:r>
        <w:rPr>
          <w:b/>
        </w:rPr>
        <w:t xml:space="preserve">[02:42] </w:t>
      </w:r>
      <w:r>
        <w:t>invoke ke liye koi lafz acha mere paas hai nahi. doosra to jo aadmi aisa koi</w:t>
      </w:r>
    </w:p>
    <w:p>
      <w:pPr>
        <w:jc w:val="right"/>
      </w:pPr>
      <w:r>
        <w:t>انوک کے لیے کوئی لفظ اچھا میرے پاس ہے نہیں۔ دوسرا تو جو آدمی ایسا کوئی</w:t>
      </w:r>
    </w:p>
    <w:p>
      <w:r>
        <w:rPr>
          <w:b/>
        </w:rPr>
        <w:t xml:space="preserve">[02:53] </w:t>
      </w:r>
      <w:r>
        <w:t>point de ke us ko le kar agar mein dua karoon to woh allah rab ul alameen ki rehmat ko invoke karne wala ho to mere liye woh sab se qeemti aadmi hai.</w:t>
      </w:r>
    </w:p>
    <w:p>
      <w:pPr>
        <w:jc w:val="right"/>
      </w:pPr>
      <w:r>
        <w:t>پوائنٹ دے کہ اس کو لے کر اگر میں دعا کروں تو وہ اللہ رب العالمین کی رحمت کو انوک کرنے والا ہو تو میرے لیے وہ سب سے قیمتی آدمی ہے۔</w:t>
      </w:r>
    </w:p>
    <w:p>
      <w:r>
        <w:rPr>
          <w:b/>
        </w:rPr>
        <w:t xml:space="preserve">[03:11] </w:t>
      </w:r>
      <w:r>
        <w:t>ab mein aap ko misaal deta hoon.</w:t>
      </w:r>
    </w:p>
    <w:p>
      <w:pPr>
        <w:jc w:val="right"/>
      </w:pPr>
      <w:r>
        <w:t>اب میں آپ کو مثال دیتا ہوں۔</w:t>
      </w:r>
    </w:p>
    <w:p>
      <w:r>
        <w:rPr>
          <w:b/>
        </w:rPr>
        <w:t xml:space="preserve">[03:16] </w:t>
      </w:r>
      <w:r>
        <w:t>dekhiye,</w:t>
      </w:r>
    </w:p>
    <w:p>
      <w:pPr>
        <w:jc w:val="right"/>
      </w:pPr>
      <w:r>
        <w:t>دیکھیے،</w:t>
      </w:r>
    </w:p>
    <w:p>
      <w:r>
        <w:rPr>
          <w:b/>
        </w:rPr>
        <w:t xml:space="preserve">[03:21] </w:t>
      </w:r>
      <w:r>
        <w:t>mein teen saal mein lucknow mein raha hoon. teen saal.</w:t>
      </w:r>
    </w:p>
    <w:p>
      <w:pPr>
        <w:jc w:val="right"/>
      </w:pPr>
      <w:r>
        <w:t>میں تین سال میں لکھنو میں رہا ہوں۔ تین سال۔</w:t>
      </w:r>
    </w:p>
    <w:p>
      <w:r>
        <w:rPr>
          <w:b/>
        </w:rPr>
        <w:t xml:space="preserve">[03:31] </w:t>
      </w:r>
      <w:r>
        <w:t>to wahan par</w:t>
      </w:r>
    </w:p>
    <w:p>
      <w:pPr>
        <w:jc w:val="right"/>
      </w:pPr>
      <w:r>
        <w:t>تو وہاں پر</w:t>
      </w:r>
    </w:p>
    <w:p>
      <w:r>
        <w:rPr>
          <w:b/>
        </w:rPr>
        <w:t xml:space="preserve">[03:36] </w:t>
      </w:r>
      <w:r>
        <w:t>aik mashhoor idaray mein mujh ko liya gaya tha.</w:t>
      </w:r>
    </w:p>
    <w:p>
      <w:pPr>
        <w:jc w:val="right"/>
      </w:pPr>
      <w:r>
        <w:t>ایک مشہور ادارے میں مجھ کو لیا گیا تھا۔</w:t>
      </w:r>
    </w:p>
    <w:p>
      <w:r>
        <w:rPr>
          <w:b/>
        </w:rPr>
        <w:t xml:space="preserve">[03:47] </w:t>
      </w:r>
      <w:r>
        <w:t>to is mein rehta tha mein. to wahan par mujhe aik kamra diya gaya tha. woh kamra kafi bara tha, yani taqreeban itna hi bara jis mein aap baithe hue hain.</w:t>
      </w:r>
    </w:p>
    <w:p>
      <w:pPr>
        <w:jc w:val="right"/>
      </w:pPr>
      <w:r>
        <w:t>تو اس میں رہتا تھا میں۔ تو وہاں پر مجھے ایک کمرہ دیا گیا تھا۔ وہ کمرہ کافی بڑا تھا، یعنی تقریباً اتنا ہی بڑا جس میں آپ بیٹھے ہوئے ہیں۔</w:t>
      </w:r>
    </w:p>
    <w:p>
      <w:r>
        <w:rPr>
          <w:b/>
        </w:rPr>
        <w:t xml:space="preserve">[04:02] </w:t>
      </w:r>
      <w:r>
        <w:t>to kisi wajah se is idaray ke log mujh se ghussa ho gaye.</w:t>
      </w:r>
    </w:p>
    <w:p>
      <w:pPr>
        <w:jc w:val="right"/>
      </w:pPr>
      <w:r>
        <w:t>تو کسی وجہ سے اس ادارے کے لوگ مجھ سے غصہ ہو گئے۔</w:t>
      </w:r>
    </w:p>
    <w:p>
      <w:r>
        <w:rPr>
          <w:b/>
        </w:rPr>
        <w:t xml:space="preserve">[04:13] </w:t>
      </w:r>
      <w:r>
        <w:t>mujh se to sabhi log ghussa ho jatay hain kyunke mein be-darakht bolta hoon.</w:t>
      </w:r>
    </w:p>
    <w:p>
      <w:pPr>
        <w:jc w:val="right"/>
      </w:pPr>
      <w:r>
        <w:t>مجھ سے تو سبھی لوگ غصہ ہو جاتے ہیں کیونکہ میں بے درخت بولتا ہوں۔</w:t>
      </w:r>
    </w:p>
    <w:p>
      <w:r>
        <w:rPr>
          <w:b/>
        </w:rPr>
        <w:t xml:space="preserve">[04:21] </w:t>
      </w:r>
      <w:r>
        <w:t>to ghussa ho gaye.</w:t>
      </w:r>
    </w:p>
    <w:p>
      <w:pPr>
        <w:jc w:val="right"/>
      </w:pPr>
      <w:r>
        <w:t>تو غصہ ہو گئے۔</w:t>
      </w:r>
    </w:p>
    <w:p>
      <w:r>
        <w:rPr>
          <w:b/>
        </w:rPr>
        <w:t xml:space="preserve">[04:26] </w:t>
      </w:r>
      <w:r>
        <w:t>to unhon ne chaha ke mujhe</w:t>
      </w:r>
    </w:p>
    <w:p>
      <w:pPr>
        <w:jc w:val="right"/>
      </w:pPr>
      <w:r>
        <w:t>تو انہوں نے چاہا کہ مجھے</w:t>
      </w:r>
    </w:p>
    <w:p>
      <w:r>
        <w:rPr>
          <w:b/>
        </w:rPr>
        <w:t xml:space="preserve">[04:31] </w:t>
      </w:r>
      <w:r>
        <w:t>koi</w:t>
      </w:r>
    </w:p>
    <w:p>
      <w:pPr>
        <w:jc w:val="right"/>
      </w:pPr>
      <w:r>
        <w:t>کوئی</w:t>
      </w:r>
    </w:p>
    <w:p>
      <w:r>
        <w:rPr>
          <w:b/>
        </w:rPr>
        <w:t xml:space="preserve">[04:37] </w:t>
      </w:r>
      <w:r>
        <w:t>mere khilaf kuch karna chahe, shayad, shayad. to kya hua ke yeh kamra jo hai aap jahan baithe hain, aap taqreeban itna hi bara kamra tha aur jis tarah yahan par idhar to darwaza hai, idhar darwaza hai, idhar wahan bhi tha.</w:t>
      </w:r>
    </w:p>
    <w:p>
      <w:pPr>
        <w:jc w:val="right"/>
      </w:pPr>
      <w:r>
        <w:t>میرے خلاف کچھ کرنا چاہے، شاید، شاید۔ تو کیا ہوا کہ یہ کمرہ جو ہے آپ جہاں بیٹھے ہیں، آپ تقریباً اتنا ہی بڑا کمرہ تھا اور جس طرح یہاں پر ادھر تو دروازہ ہے، ادھر دروازہ ہے، ادھر وہاں بھی تھا۔</w:t>
      </w:r>
    </w:p>
    <w:p>
      <w:r>
        <w:rPr>
          <w:b/>
        </w:rPr>
        <w:t xml:space="preserve">[04:57] </w:t>
      </w:r>
      <w:r>
        <w:t>to aik darwazay ki taraf mein baitha karta tha, kursi base par.</w:t>
      </w:r>
    </w:p>
    <w:p>
      <w:pPr>
        <w:jc w:val="right"/>
      </w:pPr>
      <w:r>
        <w:t>تو ایک دروازے کی طرف میں بیٹھا کرتا تھا، کرسی بیس پر۔</w:t>
      </w:r>
    </w:p>
    <w:p>
      <w:r>
        <w:rPr>
          <w:b/>
        </w:rPr>
        <w:t xml:space="preserve">[05:05] </w:t>
      </w:r>
      <w:r>
        <w:t>kursi base par. to aik din kya hua ke mein apni kursi mez par baitha hua kuch kar raha tha to achaanak peechay ki taraf se khat-khat ki awaz aayi.</w:t>
      </w:r>
    </w:p>
    <w:p>
      <w:pPr>
        <w:jc w:val="right"/>
      </w:pPr>
      <w:r>
        <w:t>کرسی بیس پر۔ تو ایک دن کیا ہوا کہ میں اپنی کرسی میز پر بیٹھا ہوا کچھ کر رہا تھا تو اچانک پیچھے کی طرف سے کھٹکھٹ کی آواز آئی۔</w:t>
      </w:r>
    </w:p>
    <w:p>
      <w:r>
        <w:rPr>
          <w:b/>
        </w:rPr>
        <w:t xml:space="preserve">[05:23] </w:t>
      </w:r>
      <w:r>
        <w:t>khat-khat ki awaz. to peechay mein ne dekha to wahan par kya tha ke kuch mazdoor aur aik idaray ke aik zimmedar aadmi khare thay,</w:t>
      </w:r>
    </w:p>
    <w:p>
      <w:pPr>
        <w:jc w:val="right"/>
      </w:pPr>
      <w:r>
        <w:t>کھٹکھٹ کی آواز۔ تو پیچھے میں نے دیکھا تو وہاں پر کیا تھا کہ کچھ مزدور اور ایک ادارے کے ایک ذمہ دار آدمی کھڑے تھے،</w:t>
      </w:r>
    </w:p>
    <w:p>
      <w:r>
        <w:rPr>
          <w:b/>
        </w:rPr>
        <w:t xml:space="preserve">[05:41] </w:t>
      </w:r>
      <w:r>
        <w:t>woh mazdoor se deewar todwa, tod, todwa rahe thay. is liye darwaza nahi hai, yeh todi ja rahi thi. nahi, darwaza haan nahi, teri nahi, woh darwaza band karne us par aik darwaza tha,</w:t>
      </w:r>
    </w:p>
    <w:p>
      <w:pPr>
        <w:jc w:val="right"/>
      </w:pPr>
      <w:r>
        <w:t>وہ مزدور سے دیوار توڑوا، توڑ، توڑوا رہے تھے۔ اس لیے دروازہ نہیں ہے، یہ توڑی جا رہی تھی۔ نہیں، دروازہ ہاں نہیں، تیری نہیں، وہ دروازہ بند کرنے اس پر ایک دروازہ تھا،</w:t>
      </w:r>
    </w:p>
    <w:p>
      <w:r>
        <w:rPr>
          <w:b/>
        </w:rPr>
        <w:t xml:space="preserve">[05:59] </w:t>
      </w:r>
      <w:r>
        <w:t>us ko band karne ke liye kaam kar rahe thay. woh mujh se kaha nahi tha unhon ne ke kya karne walay hain, pehle us waqt. to mein aik zabaan se dekh ke phir apni jagah baith gaya,</w:t>
      </w:r>
    </w:p>
    <w:p>
      <w:pPr>
        <w:jc w:val="right"/>
      </w:pPr>
      <w:r>
        <w:t>اس کو بند کرنے کے لیے کام کر رہے تھے۔ وہ مجھ سے کہا نہیں تھا انہوں نے کہ کیا کرنے والے ہیں، پہلے اس وقت۔ تو میں ایک زبان سے دیکھ کے پھر اپنی جگہ بیٹھ گیا،</w:t>
      </w:r>
    </w:p>
    <w:p>
      <w:r>
        <w:rPr>
          <w:b/>
        </w:rPr>
        <w:t xml:space="preserve">[06:16] </w:t>
      </w:r>
      <w:r>
        <w:t>baith gaya. aur unhon ne kya kiya ke peechay ki taraf aik darwaza laga hua tha, us ko tod kar ke woh darwaza ko band kar diya.</w:t>
      </w:r>
    </w:p>
    <w:p>
      <w:pPr>
        <w:jc w:val="right"/>
      </w:pPr>
      <w:r>
        <w:t>بیٹھ گیا۔ اور انہوں نے کیا کیا کہ پیچھے کی طرف ایک دروازہ لگا ہوا تھا، اس کو توڑ کر کے وہ دروازہ کو بند کر دیا۔</w:t>
      </w:r>
    </w:p>
    <w:p>
      <w:r>
        <w:rPr>
          <w:b/>
        </w:rPr>
        <w:t xml:space="preserve">[06:32] </w:t>
      </w:r>
      <w:r>
        <w:t>haan, yahan nahi band kiya, ab yaad aaya, beech mein partition kar diya. haan, partition kar diya unhon ne. dakhil hue peechay se aur yahan partition, yani partition ki maani hai ke mera kamra adha kar diya hai.</w:t>
      </w:r>
    </w:p>
    <w:p>
      <w:pPr>
        <w:jc w:val="right"/>
      </w:pPr>
      <w:r>
        <w:t>ہاں، یہاں نہیں بند کیا، اب یاد آیا، بیچ میں پارٹیشن کر دیا۔ ہاں، پارٹیشن کر دیا انہوں نے۔ داخل ہوئے پیچھے سے اور یہاں پارٹیشن، یعنی پارٹیشن کی معنی ہے کہ میرا کمرہ ادھا کر دیا ہے۔</w:t>
      </w:r>
    </w:p>
    <w:p>
      <w:r>
        <w:rPr>
          <w:b/>
        </w:rPr>
        <w:t xml:space="preserve">[06:51] </w:t>
      </w:r>
      <w:r>
        <w:t>mera kamra adha kar diya hai. eent un ke paas thi aur gaara un ke paas tha. to woh aisay hi kamra jo tha, peechay se dakhil hue, mujh se bataye baghair, aur wahan par aik deewar khari kar di.</w:t>
      </w:r>
    </w:p>
    <w:p>
      <w:pPr>
        <w:jc w:val="right"/>
      </w:pPr>
      <w:r>
        <w:t>میرا کمرہ ادھا کر دیا ہے۔ اینٹ ان کے پاس تھی اور گارا ان کے پاس تھا۔ تو وہ ایسے ہی کمرہ جو تھا، پیچھے سے داخل ہوئے، مجھ سے بتائے بغیر، اور وہاں پر ایک دیوار کھڑی کر دی۔</w:t>
      </w:r>
    </w:p>
    <w:p>
      <w:r>
        <w:rPr>
          <w:b/>
        </w:rPr>
        <w:t xml:space="preserve">[07:06] </w:t>
      </w:r>
      <w:r>
        <w:t>partition, mera kamra adha kar diya. mein chup chap dekhta raha, dekhta kya, apna kaam karta raha.</w:t>
      </w:r>
    </w:p>
    <w:p>
      <w:pPr>
        <w:jc w:val="right"/>
      </w:pPr>
      <w:r>
        <w:t>پارٹیشن، میرا کمرہ ادھا کر دیا۔ میں چپ چاپ دیکھتا رہا، دیکھتا کیا، اپنا کام کرتا رہا۔</w:t>
      </w:r>
    </w:p>
    <w:p>
      <w:r>
        <w:rPr>
          <w:b/>
        </w:rPr>
        <w:t xml:space="preserve">[07:18] </w:t>
      </w:r>
      <w:r>
        <w:t>woh partition kar ke chalay gaye,</w:t>
      </w:r>
    </w:p>
    <w:p>
      <w:pPr>
        <w:jc w:val="right"/>
      </w:pPr>
      <w:r>
        <w:t>وہ پارٹیشن کر کے چلے گئے،</w:t>
      </w:r>
    </w:p>
    <w:p>
      <w:r>
        <w:rPr>
          <w:b/>
        </w:rPr>
        <w:t xml:space="preserve">[07:23] </w:t>
      </w:r>
      <w:r>
        <w:t>chalay gaye. acha, wahan par jo talaba raha karte thay, us mein se jo aisay talaba jo zaheen thay, kuch nai soch un ke andar thi, woh mere paas aya karte thay.</w:t>
      </w:r>
    </w:p>
    <w:p>
      <w:pPr>
        <w:jc w:val="right"/>
      </w:pPr>
      <w:r>
        <w:t>چلے گئے۔ اچھا، وہاں پر جو طلباء رہا کرتے تھے، اس میں سے جو ایسے طلباء جو ذہین تھے، کچھ نئی سوچ ان کے اندر تھی، وہ میرے پاس آیا کرتے تھے۔</w:t>
      </w:r>
    </w:p>
    <w:p>
      <w:r>
        <w:rPr>
          <w:b/>
        </w:rPr>
        <w:t xml:space="preserve">[07:42] </w:t>
      </w:r>
      <w:r>
        <w:t>to yeh khabar bohat jald poore idaray mein phail gayi. to shaam ke woh jo talaba mere paas aya karte thay, woh shaam ko aaye aur bohat hi ghamgeen, bohat hi sad.</w:t>
      </w:r>
    </w:p>
    <w:p>
      <w:pPr>
        <w:jc w:val="right"/>
      </w:pPr>
      <w:r>
        <w:t>تو یہ خبر بہت جلد پورے ادارے میں پھیل گئی۔ تو شام کے وہ جو طلباء میرے پاس آیا کرتے تھے، وہ شام کو آئے اور بہت ہی غمگین، بہت ہی سیڈ۔</w:t>
      </w:r>
    </w:p>
    <w:p>
      <w:r>
        <w:rPr>
          <w:b/>
        </w:rPr>
        <w:t xml:space="preserve">[08:02] </w:t>
      </w:r>
      <w:r>
        <w:t>to mein ne kaha ke bhai kya baat hai, aap log bohat ghamgeen nazar atay hain.</w:t>
      </w:r>
    </w:p>
    <w:p>
      <w:pPr>
        <w:jc w:val="right"/>
      </w:pPr>
      <w:r>
        <w:t>تو میں نے کہا کہ بھئی کیا بات ہے، آپ لوگ بہت غمگین نظر آتے ہیں۔</w:t>
      </w:r>
    </w:p>
    <w:p>
      <w:r>
        <w:rPr>
          <w:b/>
        </w:rPr>
        <w:t xml:space="preserve">[08:09] </w:t>
      </w:r>
      <w:r>
        <w:t>to bohat baar, kai baar poochne ke baad unhon ne kaha ke dekhiye ji, yeh kya kiya, unhon ne partition kar diya aap kamre ka.</w:t>
      </w:r>
    </w:p>
    <w:p>
      <w:pPr>
        <w:jc w:val="right"/>
      </w:pPr>
      <w:r>
        <w:t>تو بہت بار، کئی بار پوچھنے کے بعد انہوں نے کہا کہ دیکھیے جی، یہ کیا کیا، انہوں نے پارٹیشن کر دیا آپ کمرے کا۔</w:t>
      </w:r>
    </w:p>
    <w:p>
      <w:r>
        <w:rPr>
          <w:b/>
        </w:rPr>
        <w:t xml:space="preserve">[08:22] </w:t>
      </w:r>
      <w:r>
        <w:t>to bohat itminaan se maine jawab diya tha, yeh sab likha hua hai meri diary mein, bohat itminaan se.</w:t>
      </w:r>
    </w:p>
    <w:p>
      <w:pPr>
        <w:jc w:val="right"/>
      </w:pPr>
      <w:r>
        <w:t>تو بہت اطمینان سے میں نے جواب دیا تھا، یہ سب لکھا ہوا ہے میری ڈائری میں، بہت اطمینان سے۔</w:t>
      </w:r>
    </w:p>
    <w:p>
      <w:r>
        <w:rPr>
          <w:b/>
        </w:rPr>
        <w:t xml:space="preserve">[08:32] </w:t>
      </w:r>
      <w:r>
        <w:t>koi gham nahi, koi ghussa nahi, koi ghussa nahi.</w:t>
      </w:r>
    </w:p>
    <w:p>
      <w:pPr>
        <w:jc w:val="right"/>
      </w:pPr>
      <w:r>
        <w:t>کوئی غم نہیں، کوئی غصہ نہیں، کوئی غصہ نہیں۔</w:t>
      </w:r>
    </w:p>
    <w:p>
      <w:r>
        <w:rPr>
          <w:b/>
        </w:rPr>
        <w:t xml:space="preserve">[08:41] </w:t>
      </w:r>
      <w:r>
        <w:t>to jo lafz meri zubaan se nikla, woh taqreeban yeh tha ke yeh log mere liye</w:t>
      </w:r>
    </w:p>
    <w:p>
      <w:pPr>
        <w:jc w:val="right"/>
      </w:pPr>
      <w:r>
        <w:t>تو جو لفظ میری زبان سے نکلا، وہ تقریباً یہ تھا کہ یہ لوگ میرے لیے</w:t>
      </w:r>
    </w:p>
    <w:p>
      <w:r>
        <w:rPr>
          <w:b/>
        </w:rPr>
        <w:t xml:space="preserve">[08:53] </w:t>
      </w:r>
      <w:r>
        <w:t>is karble ka darwaza band kar rahe hain taake zyada bada darwaza mere liye khola jaye.</w:t>
      </w:r>
    </w:p>
    <w:p>
      <w:pPr>
        <w:jc w:val="right"/>
      </w:pPr>
      <w:r>
        <w:t>اس کربلے کا دروازہ بند کر رہے ہیں تاکہ زیادہ بڑا دروازہ میرے لیے کھولا جائے۔</w:t>
      </w:r>
    </w:p>
    <w:p>
      <w:r>
        <w:rPr>
          <w:b/>
        </w:rPr>
        <w:t xml:space="preserve">[09:04] </w:t>
      </w:r>
      <w:r>
        <w:t>yaani Allah rab ul alameen mere liye zyada bada darwaza khole.</w:t>
      </w:r>
    </w:p>
    <w:p>
      <w:pPr>
        <w:jc w:val="right"/>
      </w:pPr>
      <w:r>
        <w:t>یعنی اللہ رب العالمین میرے لیے زیادہ بڑا دروازہ کھولے۔</w:t>
      </w:r>
    </w:p>
    <w:p>
      <w:r>
        <w:rPr>
          <w:b/>
        </w:rPr>
        <w:t xml:space="preserve">[09:11] </w:t>
      </w:r>
      <w:r>
        <w:t>yeh log mere liye is kamre ka darwaza band kar rahe hain taake mere liye zyada bada darwaza khola jaye.</w:t>
      </w:r>
    </w:p>
    <w:p>
      <w:pPr>
        <w:jc w:val="right"/>
      </w:pPr>
      <w:r>
        <w:t>یہ لوگ میرے لیے اس کمرے کا دروازہ بند کر رہے ہیں تاکہ میرے لیے زیادہ بڑا دروازہ کھولا جائے۔</w:t>
      </w:r>
    </w:p>
    <w:p>
      <w:r>
        <w:rPr>
          <w:b/>
        </w:rPr>
        <w:t xml:space="preserve">[09:22] </w:t>
      </w:r>
      <w:r>
        <w:t>bas baat khatam ho gayi. aur mujhe wahan se aisa halaat paida kiye ke mujhe wahan chhodna pada,</w:t>
      </w:r>
    </w:p>
    <w:p>
      <w:pPr>
        <w:jc w:val="right"/>
      </w:pPr>
      <w:r>
        <w:t>بس بات ختم ہوگئی۔ اور مجھے وہاں سے ایسا حالات پیدا کیے کہ مجھے وہاں چھوڑنا پڑا،</w:t>
      </w:r>
    </w:p>
    <w:p>
      <w:r>
        <w:rPr>
          <w:b/>
        </w:rPr>
        <w:t xml:space="preserve">[09:32] </w:t>
      </w:r>
      <w:r>
        <w:t>chhodna pada. aur main phir Dilli aane ka mauqa mila. ab yeh yeh waqia to Lucknow ka hai.</w:t>
      </w:r>
    </w:p>
    <w:p>
      <w:pPr>
        <w:jc w:val="right"/>
      </w:pPr>
      <w:r>
        <w:t>چھوڑنا پڑا۔ اور میں پھر دلی آنے کا موقع ملا۔ اب یہ یہ واقعہ تو لکھنو کا ہے۔</w:t>
      </w:r>
    </w:p>
    <w:p>
      <w:r>
        <w:rPr>
          <w:b/>
        </w:rPr>
        <w:t xml:space="preserve">[09:42] </w:t>
      </w:r>
      <w:r>
        <w:t>main Dilli aaya to Dilli mein shuru mein mujhe ek chhota kamra diya gaya tha, ek ek ek aur idare mein,</w:t>
      </w:r>
    </w:p>
    <w:p>
      <w:pPr>
        <w:jc w:val="right"/>
      </w:pPr>
      <w:r>
        <w:t>میں دلی آیا تو دلی میں شروع میں مجھے ایک چھوٹا کمرہ دیا گیا تھا، ایک ایک ایک اور ادارے میں،</w:t>
      </w:r>
    </w:p>
    <w:p>
      <w:r>
        <w:rPr>
          <w:b/>
        </w:rPr>
        <w:t xml:space="preserve">[09:56] </w:t>
      </w:r>
      <w:r>
        <w:t>isi mein rehta tha main.</w:t>
      </w:r>
    </w:p>
    <w:p>
      <w:pPr>
        <w:jc w:val="right"/>
      </w:pPr>
      <w:r>
        <w:t>اسی میں رہتا تھا میں۔</w:t>
      </w:r>
    </w:p>
    <w:p>
      <w:r>
        <w:rPr>
          <w:b/>
        </w:rPr>
        <w:t xml:space="preserve">[10:01] </w:t>
      </w:r>
      <w:r>
        <w:t>phir kya hua, halaat aise paida hue ke yeh jo jahan aap baithe hue hain, yeh do do building hain, ek C 29, ek C one, mujh ko mil gayi jo is is jagah se jo mujhe Lucknow mili hui thi, us se bohat badi thi.</w:t>
      </w:r>
    </w:p>
    <w:p>
      <w:pPr>
        <w:jc w:val="right"/>
      </w:pPr>
      <w:r>
        <w:t>پھر کیا ہوا، حالات ایسے پیدا ہوئے کہ یہ جو جہاں آپ بیٹھے ہوئے ہیں، یہ دو دو بلڈنگ ہیں، ایک سی 29، ایک سی ون، مجھ کو مل گئی جو اس اس جگہ سے جو مجھے لکھنو ملی ہوئی تھی، اس سے بہت بڑی تھی۔</w:t>
      </w:r>
    </w:p>
    <w:p>
      <w:r>
        <w:rPr>
          <w:b/>
        </w:rPr>
        <w:t xml:space="preserve">[10:24] </w:t>
      </w:r>
      <w:r>
        <w:t>aur phir kya hua ke yahan aane ke baad mujhe kuch saathi mile, ek team mili, dheere dheere.</w:t>
      </w:r>
    </w:p>
    <w:p>
      <w:pPr>
        <w:jc w:val="right"/>
      </w:pPr>
      <w:r>
        <w:t>اور پھر کیا ہوا کہ یہاں آنے کے بعد مجھے کچھ ساتھی ملے، ایک ٹیم ملی، دھیرے دھیرے۔</w:t>
      </w:r>
    </w:p>
    <w:p>
      <w:r>
        <w:rPr>
          <w:b/>
        </w:rPr>
        <w:t xml:space="preserve">[10:35] </w:t>
      </w:r>
      <w:r>
        <w:t>to is team ke zariye, is yeh team jo mili, wahan mujhe Dilli, Dilli mein, Dilli mein.</w:t>
      </w:r>
    </w:p>
    <w:p>
      <w:pPr>
        <w:jc w:val="right"/>
      </w:pPr>
      <w:r>
        <w:t>تو اس ٹیم کے ذریعے، اس یہ ٹیم جو ملی، وہاں مجھے دلی، دلی میں، دلی میں۔</w:t>
      </w:r>
    </w:p>
    <w:p>
      <w:r>
        <w:rPr>
          <w:b/>
        </w:rPr>
        <w:t xml:space="preserve">[10:46] </w:t>
      </w:r>
      <w:r>
        <w:t>to woh ek nayi team thi. pehle mere paas hua tha, karte the Urdu Khan, Urdu Khan ya Arabi da.</w:t>
      </w:r>
    </w:p>
    <w:p>
      <w:pPr>
        <w:jc w:val="right"/>
      </w:pPr>
      <w:r>
        <w:t>تو وہ ایک نئی ٹیم تھی۔ پہلے میرے پاس ہوا تھا، کرتے تھے اردو خان، اردو خان یا عربی دا۔</w:t>
      </w:r>
    </w:p>
    <w:p>
      <w:r>
        <w:rPr>
          <w:b/>
        </w:rPr>
        <w:t xml:space="preserve">[10:57] </w:t>
      </w:r>
      <w:r>
        <w:t>ab jo mujhe mile yahan Dilli aa kar ke to Angrezi wale the, computer wale the, nayi, yaani nayi skill wale the.</w:t>
      </w:r>
    </w:p>
    <w:p>
      <w:pPr>
        <w:jc w:val="right"/>
      </w:pPr>
      <w:r>
        <w:t>اب جو مجھے ملے یہاں دلی آ کر کے تو انگریزی والے تھے، کمپیوٹر والے تھے، نئی، یعنی نئی سکل والے تھے۔</w:t>
      </w:r>
    </w:p>
    <w:p>
      <w:r>
        <w:rPr>
          <w:b/>
        </w:rPr>
        <w:t xml:space="preserve">[11:15] </w:t>
      </w:r>
      <w:r>
        <w:t>to yahan par hamare paros mein, yaani Dilli mein, ek Hindu raha karte the, un ka alag kaam tha, Mr. Batra aur Mot Kumar Batra,</w:t>
      </w:r>
    </w:p>
    <w:p>
      <w:pPr>
        <w:jc w:val="right"/>
      </w:pPr>
      <w:r>
        <w:t>تو یہاں پر ہمارے پڑوس میں، یعنی دلی میں، ایک ہندو رہا کرتے تھے، ان کا الگ کام تھا، مسٹر بترا اور موت کمار بترا،</w:t>
      </w:r>
    </w:p>
    <w:p>
      <w:r>
        <w:rPr>
          <w:b/>
        </w:rPr>
        <w:t xml:space="preserve">[11:30] </w:t>
      </w:r>
      <w:r>
        <w:t>yehi rehte the paros mein. woh hamare paas aane lage Dilli, Dilli mein. to hamare bete jo hain, Dr. Sani Hussain, zyada tar inhi se in ka taluq tha.</w:t>
      </w:r>
    </w:p>
    <w:p>
      <w:pPr>
        <w:jc w:val="right"/>
      </w:pPr>
      <w:r>
        <w:t>یہی رہتے تھے پڑوس میں۔ وہ ہمارے پاس آنے لگے دلی، دلی میں۔ تو ہمارے بیٹے جو ہیں، ڈاکٹر ثانی حسین، زیادہ تر انہی سے ان کا تعلق تھا۔</w:t>
      </w:r>
    </w:p>
    <w:p>
      <w:r>
        <w:rPr>
          <w:b/>
        </w:rPr>
        <w:t xml:space="preserve">[11:45] </w:t>
      </w:r>
      <w:r>
        <w:t>to woh aksar aa kar yeh kaha karte the ke aap log apne kaam ko computerize kijiye, aap ka jo kaam hai, deen ka kaam hai.</w:t>
      </w:r>
    </w:p>
    <w:p>
      <w:pPr>
        <w:jc w:val="right"/>
      </w:pPr>
      <w:r>
        <w:t>تو وہ اکثر آ کر یہ کہا کرتے تھے کہ آپ لوگ اپنے کام کو کمپیوٹرائز کیجئے، آپ کا جو کام ہے، دین کا کام ہے۔</w:t>
      </w:r>
    </w:p>
    <w:p>
      <w:r>
        <w:rPr>
          <w:b/>
        </w:rPr>
        <w:t xml:space="preserve">[11:56] </w:t>
      </w:r>
      <w:r>
        <w:t>woh mante the ke hum Islam ka kaam kar rahe hain, Quran ka kaam kar rahe hain, yeh mante hue kyunke bohat hi zyada takabbur aadmi the woh. un ko nahi, Hindu samjhe Islam ka matlab kehte hain, aap aap log computerize kijiye, zubaan ke mutabiq kijiye,</w:t>
      </w:r>
    </w:p>
    <w:p>
      <w:pPr>
        <w:jc w:val="right"/>
      </w:pPr>
      <w:r>
        <w:t>وہ مانتے تھے کہ ہم اسلام کا کام کر رہے ہیں، قرآن کا کام کر رہے ہیں، یہ مانتے ہوئے کیونکہ بہت ہی زیادہ تکبر آدمی تھے وہ۔ ان کو نہیں، ہندو سمجھے اسلام کا مطلب کہتے ہیں، آپ آپ لوگ کمپیوٹرائز کیجئے، زبان کے مطابق کیجئے،</w:t>
      </w:r>
    </w:p>
    <w:p>
      <w:r>
        <w:rPr>
          <w:b/>
        </w:rPr>
        <w:t xml:space="preserve">[12:12] </w:t>
      </w:r>
      <w:r>
        <w:t>yeh kehte the. us waqt tak hamara kaam jo tha, woh wahi rawaiyati andaaz ka tha, rawaiyati andaaz ka.</w:t>
      </w:r>
    </w:p>
    <w:p>
      <w:pPr>
        <w:jc w:val="right"/>
      </w:pPr>
      <w:r>
        <w:t>یہ کہتے تھے۔ اس وقت تک ہمارا کام جو تھا، وہ وہی روایتی انداز کا تھا، روایتی انداز کا۔</w:t>
      </w:r>
    </w:p>
    <w:p>
      <w:r>
        <w:rPr>
          <w:b/>
        </w:rPr>
        <w:t xml:space="preserve">[12:23] </w:t>
      </w:r>
      <w:r>
        <w:t>to unhi ke madad se yahan par computer, yaani hum log computer age mein dakhil ho gaye.</w:t>
      </w:r>
    </w:p>
    <w:p>
      <w:pPr>
        <w:jc w:val="right"/>
      </w:pPr>
      <w:r>
        <w:t>تو انہی کے مدد سے یہاں پر کمپیوٹر، یعنی ہم لوگ کمپیوٹر ایج میں داخل ہو گئے۔</w:t>
      </w:r>
    </w:p>
    <w:p>
      <w:r>
        <w:rPr>
          <w:b/>
        </w:rPr>
        <w:t xml:space="preserve">[12:33] </w:t>
      </w:r>
      <w:r>
        <w:t>phir woh hamare bete ko Dilli mein le aate the, bade bade idaron mein jahan hamari pahunch aise nahi ho sakti thi, hamari pahunch khud nahi ho sakti thi.</w:t>
      </w:r>
    </w:p>
    <w:p>
      <w:pPr>
        <w:jc w:val="right"/>
      </w:pPr>
      <w:r>
        <w:t>پھر وہ ہمارے بیٹے کو دلی میں لے آتے تھے، بڑے بڑے اداروں میں جہاں ہماری پہنچ ایسے نہیں ہو سکتی تھی، ہماری پہنچ خود نہیں ہو سکتی تھی۔</w:t>
      </w:r>
    </w:p>
    <w:p>
      <w:r>
        <w:rPr>
          <w:b/>
        </w:rPr>
        <w:t xml:space="preserve">[12:46] </w:t>
      </w:r>
      <w:r>
        <w:t>woh apne asar o rusookh ke mutabiq le aa kar hamare bete ko phir mulaqat karwaye the, kya karwaye the ke kaise kaam kiya jata hai, computer age mein kaise kaam kiya jata hai, yeh chalta raha.</w:t>
      </w:r>
    </w:p>
    <w:p>
      <w:pPr>
        <w:jc w:val="right"/>
      </w:pPr>
      <w:r>
        <w:t>وہ اپنے اثر و رسوخ کے مطابق لے آ کر ہمارے بیٹے کو پھر ملاقات کروائے تھے، کیا کرواتے تھے کہ کیسے کام کیا جاتا ہے، کمپیوٹر ایج میں کیسے کام کیا جاتا ہے، یہ چلتا رہا۔</w:t>
      </w:r>
    </w:p>
    <w:p>
      <w:r>
        <w:rPr>
          <w:b/>
        </w:rPr>
        <w:t xml:space="preserve">[13:02] </w:t>
      </w:r>
      <w:r>
        <w:t>yahan tak ke hamara poora mission Allah ke fazl se computerize ho gaya. yaani main computer nahi jaanta, computer ke pe ABC D bhi nahi jaanta.</w:t>
      </w:r>
    </w:p>
    <w:p>
      <w:pPr>
        <w:jc w:val="right"/>
      </w:pPr>
      <w:r>
        <w:t>یہاں تک کہ ہمارا پورا مشن اللہ کے فضل سے کمپیوٹرائز ہو گیا۔ یعنی میں کمپیوٹر نہیں جانتا، کمپیوٹر کے پہ اے بی سی ڈی بھی نہیں جانتا۔</w:t>
      </w:r>
    </w:p>
    <w:p>
      <w:r>
        <w:rPr>
          <w:b/>
        </w:rPr>
        <w:t xml:space="preserve">[13:14] </w:t>
      </w:r>
      <w:r>
        <w:t>agar mein lucknow mein hota na to apne bal par kaam karna parta hoon mujhe. mere sathiyon mein koi computer wala tha nahi, wahan to molvi log the, molvi log.</w:t>
      </w:r>
    </w:p>
    <w:p>
      <w:pPr>
        <w:jc w:val="right"/>
      </w:pPr>
      <w:r>
        <w:t>اگر میں لکھنو میں ہوتا نا تو اپنے بل پر کام کرنا پڑتا ہوں مجھے۔ میرے ساتھیوں میں کوئی کمپیوٹر والا تھا نہیں، وہاں تو مولوی لوگ تھے، مولوی لوگ۔</w:t>
      </w:r>
    </w:p>
    <w:p>
      <w:r>
        <w:rPr>
          <w:b/>
        </w:rPr>
        <w:t xml:space="preserve">[13:25] </w:t>
      </w:r>
      <w:r>
        <w:t>lekin dilli mein to mere sathiyon computer wale ban gaye, jo khud kisi idare mein kaam karte the aur computer ka unke pas certificate tha.</w:t>
      </w:r>
    </w:p>
    <w:p>
      <w:pPr>
        <w:jc w:val="right"/>
      </w:pPr>
      <w:r>
        <w:t>لیکن دلی میں تو میرے ساتھی کمپیوٹر والے بن گئے، جو خود کسی ادارے میں کام کرتے تھے اور کمپیوٹر کا ان کے پاس سرٹیفیکیٹ تھا۔</w:t>
      </w:r>
    </w:p>
    <w:p>
      <w:r>
        <w:rPr>
          <w:b/>
        </w:rPr>
        <w:t xml:space="preserve">[13:38] </w:t>
      </w:r>
      <w:r>
        <w:t>to dheere dheere hamara kaam jo hai, computer par aa gaya aur phir aur barha aur barha aur international level par barha.</w:t>
      </w:r>
    </w:p>
    <w:p>
      <w:pPr>
        <w:jc w:val="right"/>
      </w:pPr>
      <w:r>
        <w:t>تو دھیرے دھیرے ہمارا کام جو ہے، کمپیوٹر پر آ گیا اور پھر اور بڑھا اور بڑھا اور انٹرنیشنل لیول پر بڑھ گیا۔</w:t>
      </w:r>
    </w:p>
    <w:p>
      <w:r>
        <w:rPr>
          <w:b/>
        </w:rPr>
        <w:t xml:space="preserve">[13:48] </w:t>
      </w:r>
      <w:r>
        <w:t>aur phir aise halaat paida hue ke hum single woh target hum ne liya, quran ko phailana, quran ko phailana.</w:t>
      </w:r>
    </w:p>
    <w:p>
      <w:pPr>
        <w:jc w:val="right"/>
      </w:pPr>
      <w:r>
        <w:t>اور پھر ایسے حالات پیدا ہوئے کہ ہم سنگل وہ ٹارگٹ ہم نے لیا، قرآن کو پھیلانا، قرآن کو پھیلانا۔</w:t>
      </w:r>
    </w:p>
    <w:p>
      <w:r>
        <w:rPr>
          <w:b/>
        </w:rPr>
        <w:t xml:space="preserve">[14:01] </w:t>
      </w:r>
      <w:r>
        <w:t>lekin jab tak hum lucknow mein the na to is tarah ka target hamara nahi bana, bana nahi tha. yahan par kya hua, ek target ban gaya ke dunya ke har zaban mein quran ka tarjuma,</w:t>
      </w:r>
    </w:p>
    <w:p>
      <w:pPr>
        <w:jc w:val="right"/>
      </w:pPr>
      <w:r>
        <w:t>لیکن جب تک ہم لکھنو میں تھے نا تو اس طرح کا ٹارگٹ ہمارا نہیں بنا، بنا نہیں تھا۔ یہاں پر کیا ہوا، ایک ٹارگٹ بن گیا کہ دنیا کے ہر زبان میں قرآن کا ترجمہ،</w:t>
      </w:r>
    </w:p>
    <w:p>
      <w:r>
        <w:rPr>
          <w:b/>
        </w:rPr>
        <w:t xml:space="preserve">[14:17] </w:t>
      </w:r>
      <w:r>
        <w:t>har zaban mein quran ka tarjuma aur is ko sari dunya mein phailana, sari dunya mein. yani wohi jo "li kaan lil alameen nazeera",</w:t>
      </w:r>
    </w:p>
    <w:p>
      <w:pPr>
        <w:jc w:val="right"/>
      </w:pPr>
      <w:r>
        <w:t>ہر زبان میں قرآن کا ترجمہ اور اس کو ساری دنیا میں پھیلانا، ساری دنیا میں۔ یعنی وہی جو "لیکون للعالمین نذیرہ"،</w:t>
      </w:r>
    </w:p>
    <w:p>
      <w:r>
        <w:rPr>
          <w:b/>
        </w:rPr>
        <w:t xml:space="preserve">[14:31] </w:t>
      </w:r>
      <w:r>
        <w:t>"nad al farqan al abideen", "li kaan lil alameen nazeera", yani sare alam ke liye woh ba khabar karne wala.</w:t>
      </w:r>
    </w:p>
    <w:p>
      <w:pPr>
        <w:jc w:val="right"/>
      </w:pPr>
      <w:r>
        <w:t>"ند الفرقان العابدین"، "لیکون للعالمین نذیرہ"، یعنی سارے عالم کے لیے وہ باخبر کرنے والا۔</w:t>
      </w:r>
    </w:p>
    <w:p>
      <w:r>
        <w:rPr>
          <w:b/>
        </w:rPr>
        <w:t xml:space="preserve">[14:41] </w:t>
      </w:r>
      <w:r>
        <w:t>yeh sab yehin hua dilli aane ke baad. ab dekhiye ke isi ko maine kaha tha ke aap ko koi, yani point de jo aap ke liye allah ki rehmat ko invoke karne wala ho.</w:t>
      </w:r>
    </w:p>
    <w:p>
      <w:pPr>
        <w:jc w:val="right"/>
      </w:pPr>
      <w:r>
        <w:t>یہ سب یہیں ہوا دلی آنے کے بعد۔ اب دیکھیے کہ اسی کو میں نے کہا تھا کہ آپ کو کوئی، یعنی پوائنٹ دے جو آپ کے لیے اللہ کی رحمت کو انوک کرنے والا ہو۔</w:t>
      </w:r>
    </w:p>
    <w:p>
      <w:r>
        <w:rPr>
          <w:b/>
        </w:rPr>
        <w:t xml:space="preserve">[14:57] </w:t>
      </w:r>
      <w:r>
        <w:t>to woh unhon ne jo kiya kiya tha, isi se meri zaban pe alfaaz aaye, is se pehle alfaaz nahi the ke unhon ne mera darwaza band kiya tha.</w:t>
      </w:r>
    </w:p>
    <w:p>
      <w:pPr>
        <w:jc w:val="right"/>
      </w:pPr>
      <w:r>
        <w:t>تو وہ انہوں نے جو کیا کیا تھا، اسی سے میری زبان پہ الفاظ آئے، اس سے پہلے الفاظ نہیں تھے کہ انہوں نے میرا دروازہ بند کیا تھا۔</w:t>
      </w:r>
    </w:p>
    <w:p>
      <w:r>
        <w:rPr>
          <w:b/>
        </w:rPr>
        <w:t xml:space="preserve">[15:10] </w:t>
      </w:r>
      <w:r>
        <w:t>is se mujhe ek ek invoke karne wali dua nikli ke khuda, jab mera darwaza band kar rahe hain to chahe to mere liye is se bara darwaza khol de.</w:t>
      </w:r>
    </w:p>
    <w:p>
      <w:pPr>
        <w:jc w:val="right"/>
      </w:pPr>
      <w:r>
        <w:t>اس سے مجھے ایک ایک انوک کرنے والی دعا نکلی کہ خدا، جب میرا دروازہ بند کر رہے ہیں تو چاہے تو میرے لیے اس سے بڑا دروازہ کھول دے۔</w:t>
      </w:r>
    </w:p>
    <w:p>
      <w:r>
        <w:rPr>
          <w:b/>
        </w:rPr>
        <w:t xml:space="preserve">[15:26] </w:t>
      </w:r>
      <w:r>
        <w:t>to mera yeh tajurba maine bataya aap ko ke mere nazdeek aap ka sab se bara mohsin, woh mohsin,</w:t>
      </w:r>
    </w:p>
    <w:p>
      <w:pPr>
        <w:jc w:val="right"/>
      </w:pPr>
      <w:r>
        <w:t>تو میرا یہ تجربہ میں نے بتایا آپ کو کہ میرے نزدیک آپ کا سب سے بڑا محسن، وہ محسن،</w:t>
      </w:r>
    </w:p>
    <w:p>
      <w:r>
        <w:rPr>
          <w:b/>
        </w:rPr>
        <w:t xml:space="preserve">[15:37] </w:t>
      </w:r>
      <w:r>
        <w:t>sab se bara mohsin woh hai jo aap ke liye aisi aise duaiyan alfaaz de de jo allah ki rehmat ki ko invoke karne wala ho.</w:t>
      </w:r>
    </w:p>
    <w:p>
      <w:pPr>
        <w:jc w:val="right"/>
      </w:pPr>
      <w:r>
        <w:t>سب سے بڑا محسن وہ ہے جو آپ کے لیے ایسی ایسے دعائیہ الفاظ دے دے جو اللہ کی رحمت کی کو انوک کرنے والا ہو۔</w:t>
      </w:r>
    </w:p>
    <w:p>
      <w:r>
        <w:rPr>
          <w:b/>
        </w:rPr>
        <w:t xml:space="preserve">[15:50] </w:t>
      </w:r>
      <w:r>
        <w:t>to woh lucknow wale jo hain, unhon ne mujh ko aise duaiyan alfaaz diye jo allah ki rehmat ko invoke karne wale hon.</w:t>
      </w:r>
    </w:p>
    <w:p>
      <w:pPr>
        <w:jc w:val="right"/>
      </w:pPr>
      <w:r>
        <w:t>تو وہ لکھنو والے جو ہیں، انہوں نے مجھ کو ایسے دعائیہ الفاظ دیے جو اللہ کی رحمت کو انوک کرنے والے ہوں۔</w:t>
      </w:r>
    </w:p>
    <w:p>
      <w:r>
        <w:rPr>
          <w:b/>
        </w:rPr>
        <w:t xml:space="preserve">[16:01] </w:t>
      </w:r>
      <w:r>
        <w:t>yani main allah se kaha, maine ke khuda, yeh log mere liye ek chota darwaza band kar rahe hain, to chahe to mere liye is se zyada bara darwaza khol de.</w:t>
      </w:r>
    </w:p>
    <w:p>
      <w:pPr>
        <w:jc w:val="right"/>
      </w:pPr>
      <w:r>
        <w:t>یعنی میں اللہ سے کہا، میں نے کہ خدا، یہ لوگ میرے لیے ایک چھوٹا دروازہ بند کر رہے ہیں، تو چاہے تو میرے لیے اس سے زیادہ بڑا دروازہ کھول دے۔</w:t>
      </w:r>
    </w:p>
    <w:p>
      <w:r>
        <w:rPr>
          <w:b/>
        </w:rPr>
        <w:t xml:space="preserve">[16:14] </w:t>
      </w:r>
      <w:r>
        <w:t>aur woh hua.</w:t>
      </w:r>
    </w:p>
    <w:p>
      <w:pPr>
        <w:jc w:val="right"/>
      </w:pPr>
      <w:r>
        <w:t>اور وہ ہوا۔</w:t>
      </w:r>
    </w:p>
    <w:p>
      <w:r>
        <w:rPr>
          <w:b/>
        </w:rPr>
        <w:t xml:space="preserve">[16:19] </w:t>
      </w:r>
      <w:r>
        <w:t>yani aap log yahan aaye hain aur yahan par baithe hain, isi liye kaha mere pas ek zyada bari jagah hai. wahan to aap agar aap log aate hain lucknow mein na, mere pas aap ko baithne ki jagah bhi nahi hoti aur na yeh video recording ka koi intazam tha.</w:t>
      </w:r>
    </w:p>
    <w:p>
      <w:pPr>
        <w:jc w:val="right"/>
      </w:pPr>
      <w:r>
        <w:t>یعنی آپ لوگ یہاں آئے ہیں اور یہاں پر بیٹھے ہیں، اسی لیے کہا میرے پاس ایک زیادہ بڑی جگہ ہے۔ وہاں تو آپ اگر آپ لوگ آتے ہیں لکھنو میں نا، میرے پاس آپ کو بیٹھنے کی جگہ بھی نہیں ہوتی اور نہ یہ ویڈیو ریکارڈنگ کا کوئی انتظام تھا۔</w:t>
      </w:r>
    </w:p>
    <w:p>
      <w:r>
        <w:rPr>
          <w:b/>
        </w:rPr>
        <w:t xml:space="preserve">[16:35] </w:t>
      </w:r>
      <w:r>
        <w:t>wahan na mere pas computer wale log the. yeh sab yahi dilli mein hua. to meri jo dua nikli, us ke alfaaz unhon ne diye the.</w:t>
      </w:r>
    </w:p>
    <w:p>
      <w:pPr>
        <w:jc w:val="right"/>
      </w:pPr>
      <w:r>
        <w:t>وہاں نہ میرے پاس کمپیوٹر والے لوگ تھے۔ یہ سب یہی دلی میں ہوا۔ تو میری جو دعا نکلی، اس کے الفاظ انہوں نے دیے تھے۔</w:t>
      </w:r>
    </w:p>
    <w:p>
      <w:r>
        <w:rPr>
          <w:b/>
        </w:rPr>
        <w:t xml:space="preserve">[16:52] </w:t>
      </w:r>
      <w:r>
        <w:t>to yeh meri soch hai. ab aap logon ko jo kehna hai, kijiye. kahein molana bajwah sahib se pehle kahein, phir aur jis ko kahein.</w:t>
      </w:r>
    </w:p>
    <w:p>
      <w:pPr>
        <w:jc w:val="right"/>
      </w:pPr>
      <w:r>
        <w:t>تو یہ میری سوچ ہے۔ اب آپ لوگوں کو جو کہنا ہے، کیجئے۔ کہیں مولانا باجوہ صاحب سے پہلے کہیں، پھر اور جس کو کہنا کہیں۔</w:t>
      </w:r>
    </w:p>
    <w:p>
      <w:r>
        <w:rPr>
          <w:b/>
        </w:rPr>
        <w:t xml:space="preserve">[17:01] </w:t>
      </w:r>
      <w:r>
        <w:t>haan, ek baat aur baat kar doon ke jab aap ko shock lagta hai, shock usi waqt aap ke dimagh ke darwaze khulte hain.</w:t>
      </w:r>
    </w:p>
    <w:p>
      <w:pPr>
        <w:jc w:val="right"/>
      </w:pPr>
      <w:r>
        <w:t>ہاں، ایک بات اور بات کر دوں کہ جب آپ کو شاک لگتا ہے، شاک اسی وقت آپ کے دماغ کے دروازے کھلتے ہیں۔</w:t>
      </w:r>
    </w:p>
    <w:p>
      <w:r>
        <w:rPr>
          <w:b/>
        </w:rPr>
        <w:t xml:space="preserve">[17:17] </w:t>
      </w:r>
      <w:r>
        <w:t>to agar aap ek tayyar zehn hain,</w:t>
      </w:r>
    </w:p>
    <w:p>
      <w:pPr>
        <w:jc w:val="right"/>
      </w:pPr>
      <w:r>
        <w:t>تو اگر آپ ایک تیار ذہن ہیں،</w:t>
      </w:r>
    </w:p>
    <w:p>
      <w:r>
        <w:rPr>
          <w:b/>
        </w:rPr>
        <w:t xml:space="preserve">[17:23] </w:t>
      </w:r>
      <w:r>
        <w:t>tayyar zehn agar hain, us waqt koi aap ke sath koi aisa mamla karta hai to tayyar zehn ki bana par aap ke dimagh ke darwaze khul jayenge.</w:t>
      </w:r>
    </w:p>
    <w:p>
      <w:pPr>
        <w:jc w:val="right"/>
      </w:pPr>
      <w:r>
        <w:t>تیار ذہن اگر ہیں، اس وقت کوئی آپ کے ساتھ کوئی ایسا معاملہ کرتا ہے تو تیار ذہن کی بنا پر آپ کے دماغ کے دروازے کھل جائیں گے۔</w:t>
      </w:r>
    </w:p>
    <w:p>
      <w:r>
        <w:rPr>
          <w:b/>
        </w:rPr>
        <w:t xml:space="preserve">[17:37] </w:t>
      </w:r>
      <w:r>
        <w:t>woh aadmi adha kaam karta hai, baqiya adha aap ka dimagh karta hai.</w:t>
      </w:r>
    </w:p>
    <w:p>
      <w:pPr>
        <w:jc w:val="right"/>
      </w:pPr>
      <w:r>
        <w:t>وہ آدمی ادھا کام کرتا ہے، بقیہ ادھا آپ کا دماغ کرتا ہے۔</w:t>
      </w:r>
    </w:p>
    <w:p>
      <w:r>
        <w:rPr>
          <w:b/>
        </w:rPr>
        <w:t xml:space="preserve">[17:46] </w:t>
      </w:r>
      <w:r>
        <w:t>to main is sab se bara sabak mujhe apni zindagi mein hi mila hai ke kuch bhi ho, kuch bhi ho, kuch bhi ho, negative mat ho.</w:t>
      </w:r>
    </w:p>
    <w:p>
      <w:pPr>
        <w:jc w:val="right"/>
      </w:pPr>
      <w:r>
        <w:t>تو میں اس سب سے بڑا سبق مجھے اپنی زندگی میں ہی ملا ہے کہ کچھ بھی ہو، کچھ بھی ہو، کچھ بھی ہو، نیگیٹیو مت ہو۔</w:t>
      </w:r>
    </w:p>
    <w:p>
      <w:r>
        <w:rPr>
          <w:b/>
        </w:rPr>
        <w:t xml:space="preserve">[17:58] </w:t>
      </w:r>
      <w:r>
        <w:t>koi dhakka de ke nikal de, koi apne joote se mare, koi pagal kahe, kehne de.</w:t>
      </w:r>
    </w:p>
    <w:p>
      <w:pPr>
        <w:jc w:val="right"/>
      </w:pPr>
      <w:r>
        <w:t>کوئی دھکا دے کے نکال دے، کوئی اپنے جوتے سے مارے، کوئی پاگل کہے، کہنے دیے۔</w:t>
      </w:r>
    </w:p>
    <w:p>
      <w:r>
        <w:rPr>
          <w:b/>
        </w:rPr>
        <w:t xml:space="preserve">[18:10] </w:t>
      </w:r>
      <w:r>
        <w:t>sab se bari jeet aap ki yeh hai, jeet ke aap negative na hon. agar wahan jo hua tha lucknow mein, agar main negative hota to kya karta?</w:t>
      </w:r>
    </w:p>
    <w:p>
      <w:pPr>
        <w:jc w:val="right"/>
      </w:pPr>
      <w:r>
        <w:t>سب سے بڑی جیت آپ کی یہ ہے، جیت کہ آپ نیگیٹیو نہ ہوں۔ اگر وہاں جو ہوا تھا لکھنو میں، اگر میں نیگیٹیو ہوتا تو کیا کرتا؟</w:t>
      </w:r>
    </w:p>
    <w:p>
      <w:r>
        <w:rPr>
          <w:b/>
        </w:rPr>
        <w:t xml:space="preserve">[18:24] </w:t>
      </w:r>
      <w:r>
        <w:t>bad duaen karta, ghussa karta. musalmanon ka sab se bara jo almiya hai, almiya ke kuch hota hai to negative ho jatay hain.</w:t>
      </w:r>
    </w:p>
    <w:p>
      <w:pPr>
        <w:jc w:val="right"/>
      </w:pPr>
      <w:r>
        <w:t>بد دعائیں کرتا، غصہ کرتا۔ مسلمانوں کا سب سے بڑا جو المیہ ہے، المیہ کہ کچھ ہوتا ہے تو نیگیٹیو ہو جاتے ہیں۔</w:t>
      </w:r>
    </w:p>
    <w:p>
      <w:r>
        <w:rPr>
          <w:b/>
        </w:rPr>
        <w:t xml:space="preserve">[18:39] </w:t>
      </w:r>
      <w:r>
        <w:t>pehlay britania ke khilaf, phir congress ke khilaf, ab aaj kal bjp ke khilaf foran negative ho jatay hain.</w:t>
      </w:r>
    </w:p>
    <w:p>
      <w:pPr>
        <w:jc w:val="right"/>
      </w:pPr>
      <w:r>
        <w:t>پہلے برطانیہ کے خلاف، پھر کانگریس کے خلاف، اب آج کل بی جے پی کے خلاف فوراً نیگیٹیو ہو جاتے ہیں۔</w:t>
      </w:r>
    </w:p>
    <w:p>
      <w:r>
        <w:rPr>
          <w:b/>
        </w:rPr>
        <w:t xml:space="preserve">[18:49] </w:t>
      </w:r>
      <w:r>
        <w:t>aur bad duai masjidon mein, madarson mein, yani bad dua ki bad duaen ki jati hain.</w:t>
      </w:r>
    </w:p>
    <w:p>
      <w:pPr>
        <w:jc w:val="right"/>
      </w:pPr>
      <w:r>
        <w:t>اور بد دعائی مسجدوں میں، مدرسوں میں، یعنی بد دعا کی بد دعائیں کی جاتی ہیں۔</w:t>
      </w:r>
    </w:p>
    <w:p>
      <w:r>
        <w:rPr>
          <w:b/>
        </w:rPr>
        <w:t xml:space="preserve">[19:01] </w:t>
      </w:r>
      <w:r>
        <w:t>to in ko kahan asar hasil hoga? jab aap negative ho gaye to koi bhi cheez aap ko invoke karne wali banay gi nahi, banay gi nahi.</w:t>
      </w:r>
    </w:p>
    <w:p>
      <w:pPr>
        <w:jc w:val="right"/>
      </w:pPr>
      <w:r>
        <w:t>تو ان کو کہاں اثر حاصل ہوگا؟ جب آپ نیگیٹیو ہو گئے تو کوئی بھی چیز آپ کو انوک کرنے والی بنے گی نہیں، بنے گی نہیں۔</w:t>
      </w:r>
    </w:p>
    <w:p>
      <w:r>
        <w:rPr>
          <w:b/>
        </w:rPr>
        <w:t xml:space="preserve">[19:22] </w:t>
      </w:r>
      <w:r>
        <w:t>aap ke liye koi cheez invoke karne wali banay gi is waqt jab aap negative na hon, ghussa aap ko na aaye kisi ke khilaf.</w:t>
      </w:r>
    </w:p>
    <w:p>
      <w:pPr>
        <w:jc w:val="right"/>
      </w:pPr>
      <w:r>
        <w:t>آپ کے لیے کوئی چیز انوک کرنے والی بنے گی اس وقت جب آپ نیگیٹیو نہ ہوں، غصہ آپ کو نہ آئے کسی کے خلاف۔</w:t>
      </w:r>
    </w:p>
    <w:p>
      <w:r>
        <w:rPr>
          <w:b/>
        </w:rPr>
        <w:t xml:space="preserve">[19:32] </w:t>
      </w:r>
      <w:r>
        <w:t>jo kehtay hain na, woh offend offend hona, offend na hon. aap tab aap aisay moqay ko avail kar saktay hain, warna kuch bhi nahi.</w:t>
      </w:r>
    </w:p>
    <w:p>
      <w:pPr>
        <w:jc w:val="right"/>
      </w:pPr>
      <w:r>
        <w:t>جو کہتے ہیں نا، وہ افنڈ افنڈ ہونا، افنڈ نہ ہوں۔ آپ تب آپ ایسے موقع کو اویل کر سکتے ہیں، ورنہ کچھ بھی نہیں۔</w:t>
      </w:r>
    </w:p>
    <w:p>
      <w:r>
        <w:rPr>
          <w:b/>
        </w:rPr>
        <w:t xml:space="preserve">[19:47] </w:t>
      </w:r>
      <w:r>
        <w:t>to musalman, saray ke saray musalman, main samajhta hoon ke one to all, un ke liye jo moqay atay hain na, woh avail nahi kar patay, woh avail nahi kar patay kyunke woh to foran ghussa ho jatay hain, bad duaen kartay hain.</w:t>
      </w:r>
    </w:p>
    <w:p>
      <w:pPr>
        <w:jc w:val="right"/>
      </w:pPr>
      <w:r>
        <w:t>تو مسلمان، سارے کے سارے مسلمان، میں سمجھتا ہوں کہ ون ٹو آل، ان کے لیے جو موقع آتے ہیں نا، وہ اویلی نہیں کر پاتے، وہ اویلی نہیں کر پاتے کیونکہ وہ تو فوراً غصہ ہو جاتے ہیں، بد دعائیں کرتے ہیں۔</w:t>
      </w:r>
    </w:p>
    <w:p>
      <w:r>
        <w:rPr>
          <w:b/>
        </w:rPr>
        <w:t xml:space="preserve">[20:05] </w:t>
      </w:r>
      <w:r>
        <w:t>main kabhi bad dua zindagi mein kabhi kisi ke liye bad dua nahi ki hai jo saray musalman kartay hain, saray musalman bad dua kartay hain.</w:t>
      </w:r>
    </w:p>
    <w:p>
      <w:pPr>
        <w:jc w:val="right"/>
      </w:pPr>
      <w:r>
        <w:t>میں کبھی بد دعا زندگی میں کبھی کسی کے لیے بد دعا نہیں کی ہے جو سارے مسلمان کرتے ہیں، سارے مسلمان بد دعا کرتے ہیں۔</w:t>
      </w:r>
    </w:p>
    <w:p>
      <w:r>
        <w:rPr>
          <w:b/>
        </w:rPr>
        <w:t xml:space="preserve">[20:17] </w:t>
      </w:r>
      <w:r>
        <w:t>to in ko kahan se yeh milay ga ke woh in ko woh alfaaz farishtay, woh farishtay detay hain? aur alfaaz, woh alfaaz kahan se ayen ge ke aap jo invoke, invoke Allah ke, Allah ki rehmat ko invoke karne walay hain, woh to aap ko aa hi nahi saktay kabhi.</w:t>
      </w:r>
    </w:p>
    <w:p>
      <w:pPr>
        <w:jc w:val="right"/>
      </w:pPr>
      <w:r>
        <w:t>تو ان کو کہاں سے یہ ملے گا کہ وہ ان کو وہ الفاظ فرشتے، وہ فرشتے دیتے ہیں؟ اور الفاظ، وہ الفاظ کہاں سے آئیں گے کہ آپ جو انوک، انوک اللہ کے، اللہ کی رحمت کو انوک کرنے والے ہیں، وہ تو آپ کو آ ہی نہیں سکتے کبھی۔</w:t>
      </w:r>
    </w:p>
    <w:p>
      <w:r>
        <w:rPr>
          <w:b/>
        </w:rPr>
        <w:t xml:space="preserve">[20:37] </w:t>
      </w:r>
      <w:r>
        <w:t>to insan ki sab se bari taqat yeh hai, insan ki sab se bari taqat yeh hai ke woh,</w:t>
      </w:r>
    </w:p>
    <w:p>
      <w:pPr>
        <w:jc w:val="right"/>
      </w:pPr>
      <w:r>
        <w:t>تو انسان کی سب سے بڑی طاقت یہ ہے، انسان کی سب سے بڑی طاقت یہ ہے کہ وہ،</w:t>
      </w:r>
    </w:p>
    <w:p>
      <w:r>
        <w:rPr>
          <w:b/>
        </w:rPr>
        <w:t xml:space="preserve">[20:49] </w:t>
      </w:r>
      <w:r>
        <w:t>woh jis ko kehtay hain, offend na hon, offend na hon, ghussa na karen.</w:t>
      </w:r>
    </w:p>
    <w:p>
      <w:pPr>
        <w:jc w:val="right"/>
      </w:pPr>
      <w:r>
        <w:t>وہ جس کو کہتے ہیں، افنڈ نہ ہو، افنڈ نہ ہو، غصہ نہ کرے۔</w:t>
      </w:r>
    </w:p>
    <w:p>
      <w:r>
        <w:rPr>
          <w:b/>
        </w:rPr>
        <w:t xml:space="preserve">[20:59] </w:t>
      </w:r>
      <w:r>
        <w:t>sab se bari taqat huzoor rasool Allah sal Allah alaihi wasallam ko koi aaya tha, koi aadmi ke mujhe koi khaas naseehat kijiye.</w:t>
      </w:r>
    </w:p>
    <w:p>
      <w:pPr>
        <w:jc w:val="right"/>
      </w:pPr>
      <w:r>
        <w:t>سب سے بڑی طاقت حضور رسول اللہ صلی اللہ علیہ وسلم کو کوئی آیا تھا، کوئی آدمی کہ مجھے کوئی خاص نصیحت کیجئے۔</w:t>
      </w:r>
    </w:p>
    <w:p>
      <w:r>
        <w:rPr>
          <w:b/>
        </w:rPr>
        <w:t xml:space="preserve">[21:09] </w:t>
      </w:r>
      <w:r>
        <w:t>to aap ne farmaya tha: "la taghzab". yeh sadah baat nahi hai, "la taghzab" ke maani thay ke agar tum ghussa na karoge to tum sab se ziyada taqatwar aadmi ban jao ge.</w:t>
      </w:r>
    </w:p>
    <w:p>
      <w:pPr>
        <w:jc w:val="right"/>
      </w:pPr>
      <w:r>
        <w:t>تو آپ نے فرمایا تھا: "لا تغضب"۔ یہ سادہ بات نہیں ہے، "لا تغضب" کے معنی تھے کہ اگر تم غصہ نہ کرو گے تو تم سب سے زیادہ طاقتور آدمی بن جاؤ گے۔</w:t>
      </w:r>
    </w:p>
    <w:p>
      <w:r>
        <w:rPr>
          <w:b/>
        </w:rPr>
        <w:t xml:space="preserve">[21:24] </w:t>
      </w:r>
      <w:r>
        <w:t>rasool Allah ne jab farmaya tha ke "la taghzab"</w:t>
      </w:r>
    </w:p>
    <w:p>
      <w:pPr>
        <w:jc w:val="right"/>
      </w:pPr>
      <w:r>
        <w:t>رسول اللہ نے جب فرمایا تھا کہ "لا تغضب"</w:t>
      </w:r>
    </w:p>
    <w:p>
      <w:r>
        <w:rPr>
          <w:b/>
        </w:rPr>
        <w:t xml:space="preserve">[21:31] </w:t>
      </w:r>
      <w:r>
        <w:t>to yeh sadah baat nahi thi, yeh tha ke agar tum ghussa na karoge to tumhara andar ka insan jaag uthe ga, tumhari spirituality jaag uthe gi, tumhara mind jaag uthe ga,</w:t>
      </w:r>
    </w:p>
    <w:p>
      <w:pPr>
        <w:jc w:val="right"/>
      </w:pPr>
      <w:r>
        <w:t>تو یہ سادہ بات نہیں تھی، یہ تھا کہ اگر تم غصہ نہ کرو گے تو تمہارا اندر کا انسان جاگ اٹھے گا، تمہاری سپرچویلٹی جاگ اٹھے گی، تمہارا مائنڈ جاگ اٹھے گا،</w:t>
      </w:r>
    </w:p>
    <w:p>
      <w:r>
        <w:rPr>
          <w:b/>
        </w:rPr>
        <w:t xml:space="preserve">[21:48] </w:t>
      </w:r>
      <w:r>
        <w:t>aur phir tum ko aisay aisay, aisi aisi rehmaten Allah ki ayen gi tumhare paas jo tum ko bohat ziyada taqatwar banayen gi.</w:t>
      </w:r>
    </w:p>
    <w:p>
      <w:pPr>
        <w:jc w:val="right"/>
      </w:pPr>
      <w:r>
        <w:t>اور پھر تم کو ایسے ایسے، ایسی ایسی رحمتیں اللہ کی آئیں گی تمہارے پاس جو تم کو بہت زیادہ طاقتور بنائیں گی۔</w:t>
      </w:r>
    </w:p>
    <w:p>
      <w:r>
        <w:rPr>
          <w:b/>
        </w:rPr>
        <w:t xml:space="preserve">[22:05] </w:t>
      </w:r>
      <w:r>
        <w:t>yeh, yeh, yeh is ka matlab hai.</w:t>
      </w:r>
    </w:p>
    <w:p>
      <w:pPr>
        <w:jc w:val="right"/>
      </w:pPr>
      <w:r>
        <w:t>یہ، یہ، یہ اس کا مطلب ہے۔</w:t>
      </w:r>
    </w:p>
    <w:p>
      <w:r>
        <w:rPr>
          <w:b/>
        </w:rPr>
        <w:t xml:space="preserve">[22:07] </w:t>
      </w:r>
      <w:r>
        <w:t>ab aap hazraat bataiye sahib ke aap kehte hain, aap maulana, aap ke paas aanay se pehle mein</w:t>
      </w:r>
    </w:p>
    <w:p>
      <w:pPr>
        <w:jc w:val="right"/>
      </w:pPr>
      <w:r>
        <w:t>اب آپ حضرات بتائیے صاحب کہ آپ کہتے ہیں، آپ مولانا، آپ کے پاس آنے سے پہلے میں</w:t>
      </w:r>
    </w:p>
    <w:p>
      <w:r>
        <w:rPr>
          <w:b/>
        </w:rPr>
        <w:t xml:space="preserve">[22:13] </w:t>
      </w:r>
      <w:r>
        <w:t>bohat ghassay wala aadmi tha,</w:t>
      </w:r>
    </w:p>
    <w:p>
      <w:pPr>
        <w:jc w:val="right"/>
      </w:pPr>
      <w:r>
        <w:t>بہت غصے والا آدمی تھا،</w:t>
      </w:r>
    </w:p>
    <w:p>
      <w:r>
        <w:rPr>
          <w:b/>
        </w:rPr>
        <w:t xml:space="preserve">[22:17] </w:t>
      </w:r>
      <w:r>
        <w:t>lekin umra abad mein jab</w:t>
      </w:r>
    </w:p>
    <w:p>
      <w:pPr>
        <w:jc w:val="right"/>
      </w:pPr>
      <w:r>
        <w:t>لیکن عمرہ آباد میں جب</w:t>
      </w:r>
    </w:p>
    <w:p>
      <w:r>
        <w:rPr>
          <w:b/>
        </w:rPr>
        <w:t xml:space="preserve">[22:22] </w:t>
      </w:r>
      <w:r>
        <w:t>aap se ta'alluqaat ki buniyad par wahan ke logon ne mukhalifat ki thi to aap ne aik naseehat</w:t>
      </w:r>
    </w:p>
    <w:p>
      <w:pPr>
        <w:jc w:val="right"/>
      </w:pPr>
      <w:r>
        <w:t>آپ سے تعلقات کی بنیاد پر وہاں کے لوگوں نے مخالفت کی تھی تو آپ نے ایک نصیحت</w:t>
      </w:r>
    </w:p>
    <w:p>
      <w:r>
        <w:rPr>
          <w:b/>
        </w:rPr>
        <w:t xml:space="preserve">[22:27] </w:t>
      </w:r>
      <w:r>
        <w:t>ki thi jo mujhe ab tak yaad hai</w:t>
      </w:r>
    </w:p>
    <w:p>
      <w:pPr>
        <w:jc w:val="right"/>
      </w:pPr>
      <w:r>
        <w:t>کی تھی جو مجھے اب تک یاد ہے</w:t>
      </w:r>
    </w:p>
    <w:p>
      <w:r>
        <w:rPr>
          <w:b/>
        </w:rPr>
        <w:t xml:space="preserve">[22:30] </w:t>
      </w:r>
      <w:r>
        <w:t>ke aap negative nahi hona, negative ho jayenge to farishton ki madad aap se uth jayegi.</w:t>
      </w:r>
    </w:p>
    <w:p>
      <w:pPr>
        <w:jc w:val="right"/>
      </w:pPr>
      <w:r>
        <w:t>کہ آپ نیگیٹیو نہیں ہونا، نیگیٹیو ہو جائیں گے تو فرشتوں کی مدد آپ سے اٹھ جائے گی۔</w:t>
      </w:r>
    </w:p>
    <w:p>
      <w:r>
        <w:rPr>
          <w:b/>
        </w:rPr>
        <w:t xml:space="preserve">[22:36] </w:t>
      </w:r>
      <w:r>
        <w:t>to is ko main ne pakar liya tha, phir bhi amalan waisa nahi ho pa raha tha jitna hona chahiye tha, lekin ab aa kar main samajhta hoon ke Allah taala ki madad se aisa hua hai ke ab main woh cheez poori koshish karta hoon ke negative na ban jaon.</w:t>
      </w:r>
    </w:p>
    <w:p>
      <w:pPr>
        <w:jc w:val="right"/>
      </w:pPr>
      <w:r>
        <w:t>تو اس کو میں نے پکڑ لیا تھا، پھر بھی عملاً ویسا نہیں ہو پا رہا تھا جتنا ہونا چاہیے تھا، لیکن اب آ کر میں سمجھتا ہوں کہ اللہ تعالیٰ کی مدد سے ایسا ہوا ہے کہ اب میں وہ چیز پوری کوشش کرتا ہوں کہ نیگیٹیو نہ بن جاؤں۔</w:t>
      </w:r>
    </w:p>
    <w:p>
      <w:r>
        <w:rPr>
          <w:b/>
        </w:rPr>
        <w:t xml:space="preserve">[22:52] </w:t>
      </w:r>
      <w:r>
        <w:t>to insan honay ki aisay aisay halaat atay hain, ghassay honay ki kefiyat hoti hai, to main Allah taala se yeh dua karta hoon ke ay Allah, is situation mein jo mere liye khair hai, woh to mere liye aasani farma aur woh mujhe ata farma, kyunke main apne baray mein bhi khair ko nahi janta hoon.</w:t>
      </w:r>
    </w:p>
    <w:p>
      <w:pPr>
        <w:jc w:val="right"/>
      </w:pPr>
      <w:r>
        <w:t>تو انسان ہونے کی ایسے ایسے حالات آتے ہیں، غصے ہونے کی کیفیت ہوتی ہے، تو میں اللہ تعالیٰ سے یہ دعا کرتا ہوں کہ اے اللہ، اس سچویشن میں جو میرے لیے خیر ہے، وہ تو میرے لیے آسانی فرما اور وہ مجھے عطا فرما، کیونکہ میں اپنے بارے میں بھی خیر کو نہیں جانتا ہوں۔</w:t>
      </w:r>
    </w:p>
    <w:p>
      <w:r>
        <w:rPr>
          <w:b/>
        </w:rPr>
        <w:t xml:space="preserve">[23:09] </w:t>
      </w:r>
      <w:r>
        <w:t>to yeh dua karna kaisa hai? khateeb israr umri, Maulana, hamara masla wahi hai jo kal aap ne kaha tha ke hum aik sanad yafta aalim to thay,</w:t>
      </w:r>
    </w:p>
    <w:p>
      <w:pPr>
        <w:jc w:val="right"/>
      </w:pPr>
      <w:r>
        <w:t>تو یہ دعا کرنا کیسا ہے؟ خطیب اسرار عمری، مولانا، ہمارا مسئلہ وہی ہے جو کل آپ نے کہا تھا کہ ہم ایک سند یافتہ عالم تو تھے،</w:t>
      </w:r>
    </w:p>
    <w:p>
      <w:r>
        <w:rPr>
          <w:b/>
        </w:rPr>
        <w:t xml:space="preserve">[23:23] </w:t>
      </w:r>
      <w:r>
        <w:t>sirf hum kuch ah nizami nisaab ko mukammal kiya tha, is ke ilawa kuch hum jantay nahi thay. aap ke paas aanay se is se uth kar sochne aur samajhne ka moqa mila.</w:t>
      </w:r>
    </w:p>
    <w:p>
      <w:pPr>
        <w:jc w:val="right"/>
      </w:pPr>
      <w:r>
        <w:t>صرف ہم کچھ اہ نظامی نصاب کو مکمل کیا تھا، اس کے علاوہ کچھ ہم جانتے نہیں تھے۔ آپ کے پاس آنے سے اس سے اٹھ کر سوچنے اور سمجھنے کا موقع ملا۔</w:t>
      </w:r>
    </w:p>
    <w:p>
      <w:r>
        <w:rPr>
          <w:b/>
        </w:rPr>
        <w:t xml:space="preserve">[23:36] </w:t>
      </w:r>
      <w:r>
        <w:t>Maulana, misaal ke tor par dua ki baat hai to hum dua bas yeh samajhtay thay ke waqt ke sath kuch alfaaz ka dohra denay ka naam dua hai, lekin aap ke paas aanay ke paas ah kisi bhi aik waqayay ko point of reference bana kar dua karna,</w:t>
      </w:r>
    </w:p>
    <w:p>
      <w:pPr>
        <w:jc w:val="right"/>
      </w:pPr>
      <w:r>
        <w:t>مولانا، مثال کے طور پر دعا کی بات ہے تو ہم دعا بس یہ سمجھتے تھے کہ وقت کے ساتھ کچھ الفاظ کا دہرا دینے کا نام دعا ہے، لیکن آپ کے پاس آنے کے پاس اہ کسی بھی ایک واقعے کو پوائنٹ آف ریفرنس بنا کر دعا کرنا،</w:t>
      </w:r>
    </w:p>
    <w:p>
      <w:r>
        <w:rPr>
          <w:b/>
        </w:rPr>
        <w:t xml:space="preserve">[23:56] </w:t>
      </w:r>
      <w:r>
        <w:t>yeh cheez hum jantay nahi thay. Maulana, aap ke paas aanay ke baad is ko jana, aur jab bhi hum aisi dua kartay hain to aik zabardast ah apnay andar aik kefiyat hoti hai aur aik Khuda se aik lagao paida hota hai.</w:t>
      </w:r>
    </w:p>
    <w:p>
      <w:pPr>
        <w:jc w:val="right"/>
      </w:pPr>
      <w:r>
        <w:t>یہ چیز ہم جانتے نہیں تھے۔ مولانا، آپ کے پاس آنے کے بعد اس کو جانا، اور جب بھی ہم ایسی دعا کرتے ہیں تو ایک زبردست اہ اپنے اندر ایک کیفیت ہوتی ہے اور ایک خدا سے ایک لگاؤ پیدا ہوتا ہے۔</w:t>
      </w:r>
    </w:p>
    <w:p>
      <w:r>
        <w:rPr>
          <w:b/>
        </w:rPr>
        <w:t xml:space="preserve">[24:10] </w:t>
      </w:r>
      <w:r>
        <w:t>Maulana, is tarah ki duaon se mashallah, mashallah.</w:t>
      </w:r>
    </w:p>
    <w:p>
      <w:pPr>
        <w:jc w:val="right"/>
      </w:pPr>
      <w:r>
        <w:t>مولانا، اس طرح کی دعاؤں سے ماشاءاللہ، ماشاءاللہ۔</w:t>
      </w:r>
    </w:p>
    <w:p>
      <w:r>
        <w:rPr>
          <w:b/>
        </w:rPr>
        <w:t xml:space="preserve">[24:21] </w:t>
      </w:r>
      <w:r>
        <w:t>fayyazuddin umri gulbarga, Maulana, aap ki is guftagu se mujhe pehli martaba Quran ki woh ayat wazeh hui: "wa ma yalqaha illa allatheena sabaroo wa ma yalqaha illa zu hazin azeem" ke hazin azeem panay ka formula hai ke aadmi kabhi offend na hon aur negative situation ko duaiyah situation mein convert karne ka woh art janta ho.</w:t>
      </w:r>
    </w:p>
    <w:p>
      <w:pPr>
        <w:jc w:val="right"/>
      </w:pPr>
      <w:r>
        <w:t>فیاض الدین عمری گلبرگا، مولانا، آپ کی اس گفتگو سے مجھے پہلی مرتبہ قرآن کی وہ آیت واضح ہوئی: "وما یلقاها الا الذین صبروا وما یلقاها الا ذو حظ عظیم" کہ حظ عظیم پانے کا فارمولا ہے کہ آدمی کبھی افنڈ نہ ہو اور نیگیٹیو سچویشن کو دعائیہ سچویشن میں کنورٹ کرنے کا وہ آرٹ جانتا ہو۔</w:t>
      </w:r>
    </w:p>
    <w:p>
      <w:r>
        <w:rPr>
          <w:b/>
        </w:rPr>
        <w:t xml:space="preserve">[24:50] </w:t>
      </w:r>
      <w:r>
        <w:t>to aap ki is baat se hi mujhe pehli martaba aisa lag raha hai ke yeh ayat bohat hi zyada meaningful hai.</w:t>
      </w:r>
    </w:p>
    <w:p>
      <w:pPr>
        <w:jc w:val="right"/>
      </w:pPr>
      <w:r>
        <w:t>تو آپ کی اس بات سے ہی مجھے پہلی مرتبہ ایسا لگ رہا ہے کہ یہ آیت بہت ہی زیادہ میننگ فل ہے۔</w:t>
      </w:r>
    </w:p>
    <w:p>
      <w:r>
        <w:rPr>
          <w:b/>
        </w:rPr>
        <w:t xml:space="preserve">[24:58] </w:t>
      </w:r>
      <w:r>
        <w:t>masha Allah.</w:t>
      </w:r>
    </w:p>
    <w:p>
      <w:pPr>
        <w:jc w:val="right"/>
      </w:pPr>
      <w:r>
        <w:t>ماشاءاللہ۔</w:t>
      </w:r>
    </w:p>
    <w:p>
      <w:r>
        <w:rPr>
          <w:b/>
        </w:rPr>
        <w:t xml:space="preserve">[25:03] </w:t>
      </w:r>
      <w:r>
        <w:t>siraj umri hyderabad se, maulana, aaj pehli martaba mujhe yeh samajh mein aaya ke "fatalaq adam min rabbihi bikalimat" to talqi kalimat rabb se talqi kalimat kaise hota hai?</w:t>
      </w:r>
    </w:p>
    <w:p>
      <w:pPr>
        <w:jc w:val="right"/>
      </w:pPr>
      <w:r>
        <w:t>سراج عمری حیدرآباد سے، مولانا، آج پہلی مرتبہ مجھے یہ سمجھ میں آیا کہ "فتلق آدم من ربہ بکلمات" تو تلقی کلمات رب سے تلقی کلمات کیسے ہوتا ہے؟</w:t>
      </w:r>
    </w:p>
    <w:p>
      <w:r>
        <w:rPr>
          <w:b/>
        </w:rPr>
        <w:t xml:space="preserve">[25:17] </w:t>
      </w:r>
      <w:r>
        <w:t>woh yeh ke negative point ko hum log positive mein jo hai change kar lein aur khuda se jo hai apne masle ko khuda ka masla ke khuda ke khane mein daal dein aur khuda ka masla bana dein to hamari kalimat kalimat rabb ho jate hain.</w:t>
      </w:r>
    </w:p>
    <w:p>
      <w:pPr>
        <w:jc w:val="right"/>
      </w:pPr>
      <w:r>
        <w:t>وہ یہ کہ نیگیٹیو پوائنٹ کو ہم لوگ پازیٹیو میں جو ہے چینج کر لیں اور خدا سے جو ہے اپنے مسئلے کو خدا کا مسئلہ کے خدا کے خانے میں ڈال دیں اور خدا کا مسئلہ بنا دیں تو ہماری کلمات کلمات رب ہو جاتے ہیں۔</w:t>
      </w:r>
    </w:p>
    <w:p>
      <w:r>
        <w:rPr>
          <w:b/>
        </w:rPr>
        <w:t xml:space="preserve">[25:36] </w:t>
      </w:r>
      <w:r>
        <w:t>masha Allah, masha Allah. main abdul salam umri hyderabad se, maulana, main aap se milne se pehle ek khateebana andaaz mere andar hota tha taqreer ke andar khaas taur se, magar aap se milne ke baad maine khateebana tareeqe kar ko aise hi choda hai jaise shirk ko chhodna hai.</w:t>
      </w:r>
    </w:p>
    <w:p>
      <w:pPr>
        <w:jc w:val="right"/>
      </w:pPr>
      <w:r>
        <w:t>ماشاءاللہ، ماشاءاللہ۔ میں عبدالسلام عمری حیدرآباد سے، مولانا، میں آپ سے ملنے سے پہلے ایک خطیبانہ انداز میرے اندر ہوتا تھا تقریر کے اندر خاص طور سے، مگر آپ سے ملنے کے بعد میں نے خطیبانہ طریقہ کار کو ایسے ہی چھوڑا ہے جیسے شرک کو چھوڑنا ہے۔</w:t>
      </w:r>
    </w:p>
    <w:p>
      <w:r>
        <w:rPr>
          <w:b/>
        </w:rPr>
        <w:t xml:space="preserve">[26:04] </w:t>
      </w:r>
      <w:r>
        <w:t>to yeh aap se milne ki wajah se hi mujhe yeh baat samajh mein aayi aur maine is tareeqe ko tark kar diya hai. bohat bada kaam kiya aap ne.</w:t>
      </w:r>
    </w:p>
    <w:p>
      <w:pPr>
        <w:jc w:val="right"/>
      </w:pPr>
      <w:r>
        <w:t>تو یہ آپ سے ملنے کی وجہ سے ہی مجھے یہ بات سمجھ میں آئی اور میں نے اس طریقے کو ترک کر دیا ہے۔ بہت بڑا کام کیا آپ نے۔</w:t>
      </w:r>
    </w:p>
    <w:p>
      <w:r>
        <w:rPr>
          <w:b/>
        </w:rPr>
        <w:t xml:space="preserve">[26:15] </w:t>
      </w:r>
      <w:r>
        <w:t>dekhiye, khateebana andaaz jo hai farishte bhaag jaate hain. khateebana andaaz ka nuqsan jo hai yeh hai ke farishte bhaag jayenge aap se, aap saath aap paas kabhi nahi aayenge,</w:t>
      </w:r>
    </w:p>
    <w:p>
      <w:pPr>
        <w:jc w:val="right"/>
      </w:pPr>
      <w:r>
        <w:t>دیکھیے، خطیبانہ انداز جو ہے فرشتے بھاگ جاتے ہیں۔ خطیبانہ انداز کا نقصان جو ہے یہ ہے کہ فرشتے بھاگ جائیں گے آپ سے، آپ ساتھ آپ پاس کبھی نہیں آئیں گے،</w:t>
      </w:r>
    </w:p>
    <w:p>
      <w:r>
        <w:rPr>
          <w:b/>
        </w:rPr>
        <w:t xml:space="preserve">[26:29] </w:t>
      </w:r>
      <w:r>
        <w:t>kabhi bhi nahi aayenge. to aap ne bohat bada Allah ki tofeeq se kaam kiya, khateebana andaaz ko chhod diya.</w:t>
      </w:r>
    </w:p>
    <w:p>
      <w:pPr>
        <w:jc w:val="right"/>
      </w:pPr>
      <w:r>
        <w:t>کبھی بھی نہیں آئیں گے۔ تو آپ نے بہت بڑا اللہ کی توفیق سے کام کیا، خطیبانہ انداز کو چھوڑ دیا۔</w:t>
      </w:r>
    </w:p>
    <w:p>
      <w:r>
        <w:rPr>
          <w:b/>
        </w:rPr>
        <w:t xml:space="preserve">[26:43] </w:t>
      </w:r>
      <w:r>
        <w:t>bohat acha khateebana andaaz chhodne wale ke paas farishte umat kar aayenge, umat kar insha Allah.</w:t>
      </w:r>
    </w:p>
    <w:p>
      <w:pPr>
        <w:jc w:val="right"/>
      </w:pPr>
      <w:r>
        <w:t>بہت اچھا خطیبانہ انداز چھوڑنے والے کے پاس فرشتے امٹ کر آئیں گے، امٹ کر انشاءاللہ۔</w:t>
      </w:r>
    </w:p>
    <w:p>
      <w:r>
        <w:rPr>
          <w:b/>
        </w:rPr>
        <w:t xml:space="preserve">[26:56] </w:t>
      </w:r>
      <w:r>
        <w:t>chaliye, aur bataiye</w:t>
      </w:r>
    </w:p>
    <w:p>
      <w:pPr>
        <w:jc w:val="right"/>
      </w:pPr>
      <w:r>
        <w:t>چلیے، اور بتائیے</w:t>
      </w:r>
    </w:p>
    <w:p>
      <w:r>
        <w:rPr>
          <w:b/>
        </w:rPr>
        <w:t xml:space="preserve">[27:03] </w:t>
      </w:r>
      <w:r>
        <w:t>maulana, aaj mujhe ek negative experience hua to aur is ke baad abhi aap ka yeh jo lecture hua ya aap ne jo point bataya tha ke negative situations hi woh moments hote hain jabke aap Khuda ki rehmat ko invoke karne wali koi dua kar sakein,</w:t>
      </w:r>
    </w:p>
    <w:p>
      <w:pPr>
        <w:jc w:val="right"/>
      </w:pPr>
      <w:r>
        <w:t>مولانا، آج مجھے ایک نیگیٹیو ایکسپیرینس ہوا تو اور اس کے بعد ابھی آپ کا یہ جو لیکچر ہوا یا آپ نے جو پوائنٹ بتایا تھا کہ نیگیٹیو سچویشنز ہی وہ مومنٹس ہوتے ہیں جبکہ آپ خدا کی رحمت کو انوک کرنے والی کوئی دعا کر سکیں،</w:t>
      </w:r>
    </w:p>
    <w:p>
      <w:r>
        <w:rPr>
          <w:b/>
        </w:rPr>
        <w:t xml:space="preserve">[27:29] </w:t>
      </w:r>
      <w:r>
        <w:t>agar hum is ko convert kar sakein. to main ne abhi mawazna kiya, dono mein compare kiya to hua yeh tha negative experience ke baad ke main ne yeh socha ke is negative experience ke baad main kaisa response karoon ke main ek jahannami personality apne aap ko prove kar sakoon farishton ke paas.</w:t>
      </w:r>
    </w:p>
    <w:p>
      <w:pPr>
        <w:jc w:val="right"/>
      </w:pPr>
      <w:r>
        <w:t>اگر ہم اس کو کنورٹ کر سکیں۔ تو میں نے ابھی موازنہ کیا، دونوں میں کمپیئر کیا تو ہوا یہ تھا نیگیٹیو ایکسپیرینس کے بعد کہ میں نے یہ سوچا کہ اس نیگیٹیو ایکسپیرینس کے بعد میں کیسا رسپانس کروں کہ میں ایک جنتی پرسنیلٹی اپنے آپ کو پروف کر سکوں فرشتوں کے پاس۔</w:t>
      </w:r>
    </w:p>
    <w:p>
      <w:r>
        <w:rPr>
          <w:b/>
        </w:rPr>
        <w:t xml:space="preserve">[27:54] </w:t>
      </w:r>
      <w:r>
        <w:t>masha Allah, lekin main ne abhi mehsoos kiya ke main is moment ko dua mein convert karne se chook gaya. lekin yeh aap ki aaj ke is</w:t>
      </w:r>
    </w:p>
    <w:p>
      <w:pPr>
        <w:jc w:val="right"/>
      </w:pPr>
      <w:r>
        <w:t>ماشاءاللہ، لیکن میں نے ابھی محسوس کیا کہ میں اس مومنٹ کو دعا میں کنورٹ کرنے سے چوک گیا۔ لیکن یہ آپ کی آج کے اس</w:t>
      </w:r>
    </w:p>
    <w:p>
      <w:r>
        <w:rPr>
          <w:b/>
        </w:rPr>
        <w:t xml:space="preserve">[28:09] </w:t>
      </w:r>
      <w:r>
        <w:t>baat ke baad, aaj ke is chhote se naseehat ke baad main ne yeh baat pakad liya hai ke main aisi situations ko dua mein convert karna bhi seekhna chahiye.</w:t>
      </w:r>
    </w:p>
    <w:p>
      <w:pPr>
        <w:jc w:val="right"/>
      </w:pPr>
      <w:r>
        <w:t>بات کے بعد، آج کے اس چھوٹے سے نصیحت کے بعد میں نے یہ بات پکڑ لیا ہے کہ میں ایسی سچویشنز کو دعا میں کنورٹ کرنا بھی سیکھنا چاہیے۔</w:t>
      </w:r>
    </w:p>
    <w:p>
      <w:r>
        <w:rPr>
          <w:b/>
        </w:rPr>
        <w:t xml:space="preserve">[28:22] </w:t>
      </w:r>
      <w:r>
        <w:t>to aindah insha Allah main aisa karne ki koshish karunga. maulana, main Muhammad Bilal Kolkata se.</w:t>
      </w:r>
    </w:p>
    <w:p>
      <w:pPr>
        <w:jc w:val="right"/>
      </w:pPr>
      <w:r>
        <w:t>تو آئندہ انشاءاللہ میں ایسا کرنے کی کوشش کروں گا۔ مولانا، میں محمد بلال کلکتہ سے۔</w:t>
      </w:r>
    </w:p>
    <w:p>
      <w:r>
        <w:rPr>
          <w:b/>
        </w:rPr>
        <w:t xml:space="preserve">[28:30] </w:t>
      </w:r>
      <w:r>
        <w:t>maulana, aap se milne se pehle kafi negativity thi aur but yeh ek cheez shayad andar mein pehle se thi maulana ke jab koi kuch negative bolta ya gussa dilane wali baat karta jo personally kuch bolta to main us waqt sirf muskura deta tha.</w:t>
      </w:r>
    </w:p>
    <w:p>
      <w:pPr>
        <w:jc w:val="right"/>
      </w:pPr>
      <w:r>
        <w:t>مولانا، آپ سے ملنے سے پہلے کافی نیگیٹیوٹی تھی اور بٹ یہ ایک چیز شاید اندر میں پہلے سے تھی مولانا کہ جب کوئی کچھ نیگیٹیو بولتا یا غصہ دلانے والی بات کرتا جو پرسنلی کچھ بولتا تو میں اس وقت صرف مسکرا دیتا تھا۔</w:t>
      </w:r>
    </w:p>
    <w:p>
      <w:r>
        <w:rPr>
          <w:b/>
        </w:rPr>
        <w:t xml:space="preserve">[28:49] </w:t>
      </w:r>
      <w:r>
        <w:t>but is cheez ko Allah se jodna jodne ki yeh nahi thi situation ko. but aap se milne ke baad main woh cheez aayi ke woh jo situation hai woh actually Allah ki taraf se mere liye ek behtari ka raasta kholne wala hai future ke liye aur us ko is tarah se dekhne ka nazariya badal gaya.</w:t>
      </w:r>
    </w:p>
    <w:p>
      <w:pPr>
        <w:jc w:val="right"/>
      </w:pPr>
      <w:r>
        <w:t>بٹ اس چیز کو اللہ سے جوڑنے جوڑنے کی یہ نہیں تھی سچویشن کو۔ بٹ آپ سے ملنے کے بعد میں وہ چیز آئی کہ وہ جو سچویشن ہے وہ ایکچولی اللہ کی طرف سے میرے لیے ایک بہتری کا راستہ کھولنے والا ہے فیوچر کے لیے اور اس کو اس طرح سے دیکھنے کا نظریہ بدل گیا۔</w:t>
      </w:r>
    </w:p>
    <w:p>
      <w:r>
        <w:rPr>
          <w:b/>
        </w:rPr>
        <w:t xml:space="preserve">[29:09] </w:t>
      </w:r>
      <w:r>
        <w:t>aur maulana, ab jab apne past pe reflect karta hoon recent past pe aap se milne ke baad se ya aap ke tehreek se judne ke baad se to yeh samajh mein aati hai ke real reality mein yahi hua ke jab jab life ne difficult situations mein dala to us pe jab sabr kiya yeh yeh itminan ke sath ke yeh Allah ki taraf se hai aur Allah taala is se behtar raasta nikalega aur behtar situation mein le ke pahunchayega.</w:t>
      </w:r>
    </w:p>
    <w:p>
      <w:pPr>
        <w:jc w:val="right"/>
      </w:pPr>
      <w:r>
        <w:t>اور مولانا، اب جب اپنے پاسٹ پہ ریفلیکٹ کرتا ہوں ریسنٹ پاسٹ پہ آپ سے ملنے کے بعد سے یا آپ کے تحریک سے جڑنے کے بعد سے تو یہ سمجھ میں آتی ہے کہ ریل ریلیٹی میں یہی ہوا کہ جب جب لائف نے ڈیفیکلٹ سچویشنز میں ڈالا تو اس پہ جب صبر کیا یہ یہ اطمینان کے ساتھ کہ یہ اللہ کی طرف سے ہے اور اللہ تعالی اس سے بہتر راستہ نکالے گا اور بہتر سچویشن میں لے کے پہنچائے گا۔</w:t>
      </w:r>
    </w:p>
    <w:p>
      <w:r>
        <w:rPr>
          <w:b/>
        </w:rPr>
        <w:t xml:space="preserve">[29:32] </w:t>
      </w:r>
      <w:r>
        <w:t>to maulana, ab tak yeh baat ek dam sahi sahi sabit hui hai aur aur jitna aap ne abhi bhi is baat ko phir se repeat kiya ke ab is ko humein dua ka moment banana hai to insha Allah maulana, abhi yeh bhi karenge hum log aur us ko apne andar mein seekhenge, is cheez ko practice karenge.</w:t>
      </w:r>
    </w:p>
    <w:p>
      <w:pPr>
        <w:jc w:val="right"/>
      </w:pPr>
      <w:r>
        <w:t>تو مولانا، اب تک یہ بات ایک دم صحیح صحیح ثابت ہوئی ہے اور اور جتنا آپ نے ابھی بھی اس بات کو پھر سے ریپیٹ کیا کہ اب اس کو ہمیں دعا کا مومنٹ بنانا ہے تو انشاءاللہ مولانا، ابھی یہ بھی کریں گے ہم لوگ اور اس کو اپنے اندر میں سیکھیں گے، اس چیز کو پریکٹس کریں گے۔</w:t>
      </w:r>
    </w:p>
    <w:p>
      <w:r>
        <w:rPr>
          <w:b/>
        </w:rPr>
        <w:t xml:space="preserve">[29:54] </w:t>
      </w:r>
      <w:r>
        <w:t>dekhiye, main aap ko rasool Allah sal Allah alayh wasallam ka waqia batata hoon.</w:t>
      </w:r>
    </w:p>
    <w:p>
      <w:pPr>
        <w:jc w:val="right"/>
      </w:pPr>
      <w:r>
        <w:t>دیکھیے، میں آپ کو رسول اللہ صلی اللہ علیہ وسلم کا واقعہ بتاتا ہوں۔</w:t>
      </w:r>
    </w:p>
    <w:p>
      <w:r>
        <w:rPr>
          <w:b/>
        </w:rPr>
        <w:t xml:space="preserve">[30:02] </w:t>
      </w:r>
      <w:r>
        <w:t>rasool Allah ko makka walon ne sataya to aap gaye taif is umeed mein ke taif wale aap ki madad karenge.</w:t>
      </w:r>
    </w:p>
    <w:p>
      <w:pPr>
        <w:jc w:val="right"/>
      </w:pPr>
      <w:r>
        <w:t>رسول اللہ کو مکہ والوں نے ستایا تو آپ گئے طائف اس امید میں کہ طائف والے آپ کی مدد کریں گے۔</w:t>
      </w:r>
    </w:p>
    <w:p>
      <w:r>
        <w:rPr>
          <w:b/>
        </w:rPr>
        <w:t xml:space="preserve">[30:15] </w:t>
      </w:r>
      <w:r>
        <w:t>to taif walon ne kya kiya? apne shahar ke bachchon ko uksa diya aur woh aap par pathar maar mar ke bahar nikala taif se bahar.</w:t>
      </w:r>
    </w:p>
    <w:p>
      <w:pPr>
        <w:jc w:val="right"/>
      </w:pPr>
      <w:r>
        <w:t>تو طائف والوں نے کیا کیا؟ اپنے شہر کے بچوں کو اکسا دیا اور وہ آپ پر پتھر مار مار کر کے باہر نکالا طائف سے باہر۔</w:t>
      </w:r>
    </w:p>
    <w:p>
      <w:r>
        <w:rPr>
          <w:b/>
        </w:rPr>
        <w:t xml:space="preserve">[30:30] </w:t>
      </w:r>
      <w:r>
        <w:t>pathar maar mar ke</w:t>
      </w:r>
    </w:p>
    <w:p>
      <w:pPr>
        <w:jc w:val="right"/>
      </w:pPr>
      <w:r>
        <w:t>پتھر مار مار کے</w:t>
      </w:r>
    </w:p>
    <w:p>
      <w:r>
        <w:rPr>
          <w:b/>
        </w:rPr>
        <w:t xml:space="preserve">[30:36] </w:t>
      </w:r>
      <w:r>
        <w:t>dekhiye, bazahir to yeh hua ke unhon ne aap ko</w:t>
      </w:r>
    </w:p>
    <w:p>
      <w:pPr>
        <w:jc w:val="right"/>
      </w:pPr>
      <w:r>
        <w:t>دیکھیے، بظاہر تو یہ ہوا کہ انہوں نے آپ کو</w:t>
      </w:r>
    </w:p>
    <w:p>
      <w:r>
        <w:rPr>
          <w:b/>
        </w:rPr>
        <w:t xml:space="preserve">[30:43] </w:t>
      </w:r>
      <w:r>
        <w:t>reject reject kiya, pathar maar mar ke nikala bahar. lekin is ke baad kya hua?</w:t>
      </w:r>
    </w:p>
    <w:p>
      <w:pPr>
        <w:jc w:val="right"/>
      </w:pPr>
      <w:r>
        <w:t>ریجیکٹ ریجیکٹ کیا، پتھر مار مار کے نکالا باہر۔ لیکن اس کے بعد کیا ہوا؟</w:t>
      </w:r>
    </w:p>
    <w:p>
      <w:r>
        <w:rPr>
          <w:b/>
        </w:rPr>
        <w:t xml:space="preserve">[30:54] </w:t>
      </w:r>
      <w:r>
        <w:t>chunki aap negative nahi hue, negative nahi hue to aap ka jo aap ke sath jo sulook tha wo ek dua mein dhal gaya.</w:t>
      </w:r>
    </w:p>
    <w:p>
      <w:pPr>
        <w:jc w:val="right"/>
      </w:pPr>
      <w:r>
        <w:t>چونکہ آپ نیگیٹیو نہیں ہوئے، نیگیٹیو نہیں ہوئے تو آپ کا جو آپ کے ساتھ جو سلوک تھا وہ ایک دعا میں ڈھل گیا۔</w:t>
      </w:r>
    </w:p>
    <w:p>
      <w:r>
        <w:rPr>
          <w:b/>
        </w:rPr>
        <w:t xml:space="preserve">[31:08] </w:t>
      </w:r>
      <w:r>
        <w:t>aap ke sath jo sulook tha taif walon ka woh aik dua mein dhal gaya.</w:t>
      </w:r>
    </w:p>
    <w:p>
      <w:pPr>
        <w:jc w:val="right"/>
      </w:pPr>
      <w:r>
        <w:t>آپ کے ساتھ جو سلوک تھا طائف والوں کا وہ ایک دعا میں ڈھل گیا۔</w:t>
      </w:r>
    </w:p>
    <w:p>
      <w:r>
        <w:rPr>
          <w:b/>
        </w:rPr>
        <w:t xml:space="preserve">[31:16] </w:t>
      </w:r>
      <w:r>
        <w:t>ab woh dua mein aksar parhta hoon,</w:t>
      </w:r>
    </w:p>
    <w:p>
      <w:pPr>
        <w:jc w:val="right"/>
      </w:pPr>
      <w:r>
        <w:t>اب وہ دعا میں اکثر پڑھتا ہوں،</w:t>
      </w:r>
    </w:p>
    <w:p>
      <w:r>
        <w:rPr>
          <w:b/>
        </w:rPr>
        <w:t xml:space="preserve">[31:20] </w:t>
      </w:r>
      <w:r>
        <w:t>woh dua ke alfaaz yeh thay</w:t>
      </w:r>
    </w:p>
    <w:p>
      <w:pPr>
        <w:jc w:val="right"/>
      </w:pPr>
      <w:r>
        <w:t>وہ دعا کے الفاظ یہ تھے</w:t>
      </w:r>
    </w:p>
    <w:p>
      <w:r>
        <w:rPr>
          <w:b/>
        </w:rPr>
        <w:t xml:space="preserve">[31:23] </w:t>
      </w:r>
      <w:r>
        <w:t>ke: "allahum ilayka ashku</w:t>
      </w:r>
    </w:p>
    <w:p>
      <w:pPr>
        <w:jc w:val="right"/>
      </w:pPr>
      <w:r>
        <w:t>کہ: "اللہم الیک اشکو</w:t>
      </w:r>
    </w:p>
    <w:p>
      <w:r>
        <w:rPr>
          <w:b/>
        </w:rPr>
        <w:t xml:space="preserve">[31:26] </w:t>
      </w:r>
      <w:r>
        <w:t>zuf qowti wa qillat hilti</w:t>
      </w:r>
    </w:p>
    <w:p>
      <w:pPr>
        <w:jc w:val="right"/>
      </w:pPr>
      <w:r>
        <w:t>ذوف قوتی وقلت حیلتی</w:t>
      </w:r>
    </w:p>
    <w:p>
      <w:r>
        <w:rPr>
          <w:b/>
        </w:rPr>
        <w:t xml:space="preserve">[31:31] </w:t>
      </w:r>
      <w:r>
        <w:t>wa hawani al nas ya arham al rahimin."</w:t>
      </w:r>
    </w:p>
    <w:p>
      <w:pPr>
        <w:jc w:val="right"/>
      </w:pPr>
      <w:r>
        <w:t>وحوانی الناس یا ارحم الراحمین۔"</w:t>
      </w:r>
    </w:p>
    <w:p>
      <w:r>
        <w:rPr>
          <w:b/>
        </w:rPr>
        <w:t xml:space="preserve">[31:39] </w:t>
      </w:r>
      <w:r>
        <w:t>allahum ilayka ashku zuf qowti</w:t>
      </w:r>
    </w:p>
    <w:p>
      <w:pPr>
        <w:jc w:val="right"/>
      </w:pPr>
      <w:r>
        <w:t>اللہم الیک اشکو ذوف قوتی</w:t>
      </w:r>
    </w:p>
    <w:p>
      <w:r>
        <w:rPr>
          <w:b/>
        </w:rPr>
        <w:t xml:space="preserve">[31:44] </w:t>
      </w:r>
      <w:r>
        <w:t>wa qillat hilti</w:t>
      </w:r>
    </w:p>
    <w:p>
      <w:pPr>
        <w:jc w:val="right"/>
      </w:pPr>
      <w:r>
        <w:t>وقلت حیلتی</w:t>
      </w:r>
    </w:p>
    <w:p>
      <w:r>
        <w:rPr>
          <w:b/>
        </w:rPr>
        <w:t xml:space="preserve">[31:49] </w:t>
      </w:r>
      <w:r>
        <w:t>wa hawani al-nas ya arham al-rahimin. dekhen, wo waqea jo guzra, jo log rasool allah ko sirf fazilat ke andaz mein jante hain,</w:t>
      </w:r>
    </w:p>
    <w:p>
      <w:pPr>
        <w:jc w:val="right"/>
      </w:pPr>
      <w:r>
        <w:t>وحوانی الناس یا ارحم الراحمین۔ دیکھیں، وہ واقعہ جو گزرا، جو لوگ رسول اللہ کو صرف فضیلت کے انداز میں جانتے ہیں،</w:t>
      </w:r>
    </w:p>
    <w:p>
      <w:r>
        <w:rPr>
          <w:b/>
        </w:rPr>
        <w:t xml:space="preserve">[32:03] </w:t>
      </w:r>
      <w:r>
        <w:t>wo kuch nahi jante, wo kuch nahi jante. rasool allah ko daryaft kijiye insan ke roop mein, jaisa quran mein hai.</w:t>
      </w:r>
    </w:p>
    <w:p>
      <w:pPr>
        <w:jc w:val="right"/>
      </w:pPr>
      <w:r>
        <w:t>وہ کچھ نہیں جانتے، وہ کچھ نہیں جانتے۔ رسول اللہ کو دریافت کیجئے انسان کے روپ میں، جیسا قرآن میں ہے۔</w:t>
      </w:r>
    </w:p>
    <w:p>
      <w:r>
        <w:rPr>
          <w:b/>
        </w:rPr>
        <w:t xml:space="preserve">[32:19] </w:t>
      </w:r>
      <w:r>
        <w:t>jab aap apne jaisa insan ke roop mein daryaft karenge rasool allah ko,</w:t>
      </w:r>
    </w:p>
    <w:p>
      <w:pPr>
        <w:jc w:val="right"/>
      </w:pPr>
      <w:r>
        <w:t>جب آپ اپنے جیسے انسان کے روپ میں دریافت کریں گے رسول اللہ کو،</w:t>
      </w:r>
    </w:p>
    <w:p>
      <w:r>
        <w:rPr>
          <w:b/>
        </w:rPr>
        <w:t xml:space="preserve">[32:28] </w:t>
      </w:r>
      <w:r>
        <w:t>tab aap par rehmaton ki wo alfaaz, yani milaila milaila ke alfaaz, aap ko utarna shuru ho jayenge.</w:t>
      </w:r>
    </w:p>
    <w:p>
      <w:pPr>
        <w:jc w:val="right"/>
      </w:pPr>
      <w:r>
        <w:t>تب آپ پر رحمتوں کی وہ الفاظ، یعنی ملائلہ ملائلہ کے الفاظ، آپ کو اترنا شروع ہو جائیں گے۔</w:t>
      </w:r>
    </w:p>
    <w:p>
      <w:r>
        <w:rPr>
          <w:b/>
        </w:rPr>
        <w:t xml:space="preserve">[32:39] </w:t>
      </w:r>
      <w:r>
        <w:t>wo quran ki ayat kya hai? main tumhari tarah ek insan hoon, sirf is par ye hai ke wahi utre.</w:t>
      </w:r>
    </w:p>
    <w:p>
      <w:pPr>
        <w:jc w:val="right"/>
      </w:pPr>
      <w:r>
        <w:t>وہ قرآن کی آیت کیا ہے؟ میں تمہاری طرح ایک انسان ہوں، صرف اس پر یہ ہے کہ وہی اترے۔</w:t>
      </w:r>
    </w:p>
    <w:p>
      <w:r>
        <w:rPr>
          <w:b/>
        </w:rPr>
        <w:t xml:space="preserve">[32:50] </w:t>
      </w:r>
      <w:r>
        <w:t>haan, bashar mushrik. is is is tarah jo daryaft karega rasool allah ko,</w:t>
      </w:r>
    </w:p>
    <w:p>
      <w:pPr>
        <w:jc w:val="right"/>
      </w:pPr>
      <w:r>
        <w:t>ہاں، بشر مشرک۔ اس اس اس طرح جو دریافت کرے گا رسول اللہ کو،</w:t>
      </w:r>
    </w:p>
    <w:p>
      <w:r>
        <w:rPr>
          <w:b/>
        </w:rPr>
        <w:t xml:space="preserve">[33:01] </w:t>
      </w:r>
      <w:r>
        <w:t>tab is par wo kaifiyat tari hongi, wo alfaaz niklenge aur wo jo allah ko invoke karne wale hain.</w:t>
      </w:r>
    </w:p>
    <w:p>
      <w:pPr>
        <w:jc w:val="right"/>
      </w:pPr>
      <w:r>
        <w:t>تب اس پر وہ کیفیات طاری ہوں گی، وہ الفاظ نکلیں گے اور وہ جو اللہ کو انوک کرنے والے ہوں۔</w:t>
      </w:r>
    </w:p>
    <w:p>
      <w:r>
        <w:rPr>
          <w:b/>
        </w:rPr>
        <w:t xml:space="preserve">[33:18] </w:t>
      </w:r>
      <w:r>
        <w:t>aap ghor kijiye, jab rasool allah ne ye alfaaz bole honge to ye in ko kis mani mein invoke bol kar keh raha hoon main ke allah ki rehmat</w:t>
      </w:r>
    </w:p>
    <w:p>
      <w:pPr>
        <w:jc w:val="right"/>
      </w:pPr>
      <w:r>
        <w:t>آپ غور کیجئے، جب رسول اللہ نے یہ الفاظ بولے ہوں گے تو یہ ان کو کس معنی میں انوک بول کر کہہ رہا ہوں میں کہ اللہ کی رحمت</w:t>
      </w:r>
    </w:p>
    <w:p>
      <w:r>
        <w:rPr>
          <w:b/>
        </w:rPr>
        <w:t xml:space="preserve">[33:33] </w:t>
      </w:r>
      <w:r>
        <w:t>bohat ziyada</w:t>
      </w:r>
    </w:p>
    <w:p>
      <w:pPr>
        <w:jc w:val="right"/>
      </w:pPr>
      <w:r>
        <w:t>بہت زیادہ</w:t>
      </w:r>
    </w:p>
    <w:p>
      <w:r>
        <w:rPr>
          <w:b/>
        </w:rPr>
        <w:t xml:space="preserve">[33:37] </w:t>
      </w:r>
      <w:r>
        <w:t>josh mein aa jayegi ke ye ye is bande ko maine bheja tha</w:t>
      </w:r>
    </w:p>
    <w:p>
      <w:pPr>
        <w:jc w:val="right"/>
      </w:pPr>
      <w:r>
        <w:t>جوش میں آ جائے گی کہ یہ یہ اس بندے کو میں نے بھیجا تھا</w:t>
      </w:r>
    </w:p>
    <w:p>
      <w:r>
        <w:rPr>
          <w:b/>
        </w:rPr>
        <w:t xml:space="preserve">[33:47] </w:t>
      </w:r>
      <w:r>
        <w:t>ke wo</w:t>
      </w:r>
    </w:p>
    <w:p>
      <w:pPr>
        <w:jc w:val="right"/>
      </w:pPr>
      <w:r>
        <w:t>کہ وہ</w:t>
      </w:r>
    </w:p>
    <w:p>
      <w:r>
        <w:rPr>
          <w:b/>
        </w:rPr>
        <w:t xml:space="preserve">[33:51] </w:t>
      </w:r>
      <w:r>
        <w:t>paigham pohanchaya insan ko aur insan aisa sulook kar raha hai is ke sath.</w:t>
      </w:r>
    </w:p>
    <w:p>
      <w:pPr>
        <w:jc w:val="right"/>
      </w:pPr>
      <w:r>
        <w:t>پیغام پہنچایا انسان کو اور انسان ایسا سلوک کر رہا ہے اس کے ساتھ۔</w:t>
      </w:r>
    </w:p>
    <w:p>
      <w:r>
        <w:rPr>
          <w:b/>
        </w:rPr>
        <w:t xml:space="preserve">[33:59] </w:t>
      </w:r>
      <w:r>
        <w:t>to allah apni rehmat ka, yani itna bara is par undel dega jo is se pehle nahi undela hoga.</w:t>
      </w:r>
    </w:p>
    <w:p>
      <w:pPr>
        <w:jc w:val="right"/>
      </w:pPr>
      <w:r>
        <w:t>تو اللہ اپنی رحمت کا، یعنی اتنا بڑا اس پر اڈیل دے گا جو اس سے پہلے نہیں اڈیلا ہوگا۔</w:t>
      </w:r>
    </w:p>
    <w:p>
      <w:r>
        <w:rPr>
          <w:b/>
        </w:rPr>
        <w:t xml:space="preserve">[34:13] </w:t>
      </w:r>
      <w:r>
        <w:t>to chunancha aap jante hain ke is ke baad rasool allah ki kamyabiyan jo shuru huin to fath-e-makkah tak pahunch gayeen. to jo doosre log jo aap ke sath sulook karte hain,</w:t>
      </w:r>
    </w:p>
    <w:p>
      <w:pPr>
        <w:jc w:val="right"/>
      </w:pPr>
      <w:r>
        <w:t>تو چنانچہ آپ جانتے ہیں کہ اس کے بعد رسول اللہ کی کامیابیاں جو شروع ہوئیں تو فتح مقدس تک پہنچ گئیں۔ تو جو دوسرے لوگ جو آپ کے ساتھ سلوک کرتے ہیں،</w:t>
      </w:r>
    </w:p>
    <w:p>
      <w:r>
        <w:rPr>
          <w:b/>
        </w:rPr>
        <w:t xml:space="preserve">[34:28] </w:t>
      </w:r>
      <w:r>
        <w:t>wo koi bhi ho, chahe wo kahan congress ho, bjp ho, america ho, israel ho, to kabhi bhi ghussa na hui,</w:t>
      </w:r>
    </w:p>
    <w:p>
      <w:pPr>
        <w:jc w:val="right"/>
      </w:pPr>
      <w:r>
        <w:t>وہ کوئی بھی ہو، چاہے وہ کہاں کانگریس ہو، بی جے پی ہو، امریکہ ہو، اسرائیل ہو، تو کبھی بھی غصہ نہ ہوئی،</w:t>
      </w:r>
    </w:p>
    <w:p>
      <w:r>
        <w:rPr>
          <w:b/>
        </w:rPr>
        <w:t xml:space="preserve">[34:42] </w:t>
      </w:r>
      <w:r>
        <w:t>kabhi bhi negative na hui. is waqt aap allah ki</w:t>
      </w:r>
    </w:p>
    <w:p>
      <w:pPr>
        <w:jc w:val="right"/>
      </w:pPr>
      <w:r>
        <w:t>کبھی بھی نیگیٹیو نہ ہوئی۔ اس وقت آپ اللہ کی</w:t>
      </w:r>
    </w:p>
    <w:p>
      <w:r>
        <w:rPr>
          <w:b/>
        </w:rPr>
        <w:t xml:space="preserve">[34:54] </w:t>
      </w:r>
      <w:r>
        <w:t>ajeeb o ghareeb tor par allah ki rehmaton ke mustahiq ban jayenge</w:t>
      </w:r>
    </w:p>
    <w:p>
      <w:pPr>
        <w:jc w:val="right"/>
      </w:pPr>
      <w:r>
        <w:t>عجیب و غریب طور پر اللہ کی رحمتوں کے مستحق بن جائیں گے</w:t>
      </w:r>
    </w:p>
    <w:p>
      <w:r>
        <w:rPr>
          <w:b/>
        </w:rPr>
        <w:t xml:space="preserve">[35:02] </w:t>
      </w:r>
      <w:r>
        <w:t>kyunki is waqt farishte aayenge aap ke pas aur aap ghussa ho gaye lekin bad dua karne to shaitan un ka bay-reham ho jayega.</w:t>
      </w:r>
    </w:p>
    <w:p>
      <w:pPr>
        <w:jc w:val="right"/>
      </w:pPr>
      <w:r>
        <w:t>کیونکہ اس وقت فرشتے آئیں گے آپ کے پاس اور آپ غصہ ہو گئے لیکن بد دعا کرنے تو شیطان ان کا بے رحم ہو جائے گا۔</w:t>
      </w:r>
    </w:p>
    <w:p>
      <w:r>
        <w:rPr>
          <w:b/>
        </w:rPr>
        <w:t xml:space="preserve">[35:15] </w:t>
      </w:r>
      <w:r>
        <w:t>jo musalman bad duaen karte hain, is se ziyada koi nadani ka kaam nahi hai kyunki bad dua karte hi aap ne apne ko maloom kar liya ke aap ke pas farishte na aayen.</w:t>
      </w:r>
    </w:p>
    <w:p>
      <w:pPr>
        <w:jc w:val="right"/>
      </w:pPr>
      <w:r>
        <w:t>جو مسلمان بد دعائیں کرتے ہیں، اس سے زیادہ کوئی نادانی کا کام نہیں ہے کیونکہ بد دعا کرتے ہی آپ نے اپنے کو معلوم کر لیا کہ آپ کے پاس فرشتے نہ آئیں۔</w:t>
      </w:r>
    </w:p>
    <w:p>
      <w:r>
        <w:rPr>
          <w:b/>
        </w:rPr>
        <w:t xml:space="preserve">[35:29] </w:t>
      </w:r>
      <w:r>
        <w:t>to kya kya faida?</w:t>
      </w:r>
    </w:p>
    <w:p>
      <w:pPr>
        <w:jc w:val="right"/>
      </w:pPr>
      <w:r>
        <w:t>تو کیا کیا فائدہ؟</w:t>
      </w:r>
    </w:p>
    <w:p>
      <w:r>
        <w:rPr>
          <w:b/>
        </w:rPr>
        <w:t xml:space="preserve">[35:34] </w:t>
      </w:r>
      <w:r>
        <w:t>jo musalman masjidon mein, madarson mein bad duaen karte hain apne mafroza mafroza dushmanon ke khilaf, wo sirf apne khilaf duaen hoti hain, wo kisi ke khilaf nahi hoti hain.</w:t>
      </w:r>
    </w:p>
    <w:p>
      <w:pPr>
        <w:jc w:val="right"/>
      </w:pPr>
      <w:r>
        <w:t>جو مسلمان مسجدوں میں، مدرسوں میں بد دعائیں کرتے ہیں اپنے مفروضہ مفروضہ دشمنوں کے خلاف، وہ صرف اپنے خلاف دعائیں ہوتی ہیں، وہ کسی کے خلاف نہیں ہوتی ہیں۔</w:t>
      </w:r>
    </w:p>
    <w:p>
      <w:r>
        <w:rPr>
          <w:b/>
        </w:rPr>
        <w:t xml:space="preserve">[35:55] </w:t>
      </w:r>
      <w:r>
        <w:t>to to main samajhta hoon ke ye hai, yani hai, yani kaleed</w:t>
      </w:r>
    </w:p>
    <w:p>
      <w:pPr>
        <w:jc w:val="right"/>
      </w:pPr>
      <w:r>
        <w:t>تو تو میں سمجھتا ہوں کہ یہ کی ہے، یعنی کی، یعنی کلید</w:t>
      </w:r>
    </w:p>
    <w:p>
      <w:r>
        <w:rPr>
          <w:b/>
        </w:rPr>
        <w:t xml:space="preserve">[36:05] </w:t>
      </w:r>
      <w:r>
        <w:t>ke aap kuch bhi ho, kuch bhi ho, kuch bhi ho, aap negative na banen, apne aap ko negativity se bachayen.</w:t>
      </w:r>
    </w:p>
    <w:p>
      <w:pPr>
        <w:jc w:val="right"/>
      </w:pPr>
      <w:r>
        <w:t>کہ آپ کچھ بھی ہو، کچھ بھی ہو، کچھ بھی ہو، آپ نیگیٹیو نہ بنیں، اپنے آپ کو نیگیٹیوٹی سے بچائیں۔</w:t>
      </w:r>
    </w:p>
    <w:p>
      <w:r>
        <w:rPr>
          <w:b/>
        </w:rPr>
        <w:t xml:space="preserve">[36:18] </w:t>
      </w:r>
      <w:r>
        <w:t>bas is ke baad saare darwaze aap ke liye khul jayenge. bal umri umar abad. maulana, hadith mein "ald dua hu al-ibadah" ke alfaaz hain lekin aap ke paas aane ke baad hi dua hi ibadat aur qurbat ka zariya kaise ban jati hai, yeh method hum ne seekha.</w:t>
      </w:r>
    </w:p>
    <w:p>
      <w:pPr>
        <w:jc w:val="right"/>
      </w:pPr>
      <w:r>
        <w:t>بس اس کے بعد سارے دروازے آپ کے لیے کھل جائیں گے۔ بال عمری عمر آباد۔ مولانا، حدیث میں "الدعا هو العبادہ" کے الفاظ ہیں لیکن آپ کے پاس آنے کے بعد ہی دعا ہی عبادت اور قربت کا ذریعہ کیسے بن جاتی ہے، یہ میتھڈ ہم نے سیکھا۔</w:t>
      </w:r>
    </w:p>
    <w:p>
      <w:r>
        <w:rPr>
          <w:b/>
        </w:rPr>
        <w:t xml:space="preserve">[36:42] </w:t>
      </w:r>
      <w:r>
        <w:t>mujhe mein ne seekha ke jab kaifiyat, jab halaat aate hain negative situation aur negative waqeat ki wajah se, tab kaifiyat aati hain.</w:t>
      </w:r>
    </w:p>
    <w:p>
      <w:pPr>
        <w:jc w:val="right"/>
      </w:pPr>
      <w:r>
        <w:t>مجھے میں نے سیکھا کہ جب کیفیات، جب حالات آتے ہیں نیگیٹیو سچویشن اور نیگیٹیو واقعات کی وجہ سے، تب کیفیات آتی ہیں۔</w:t>
      </w:r>
    </w:p>
    <w:p>
      <w:r>
        <w:rPr>
          <w:b/>
        </w:rPr>
        <w:t xml:space="preserve">[36:55] </w:t>
      </w:r>
      <w:r>
        <w:t>to is waqt agar manfi response de to dua nahi nikalti hai, agar musbat response de to duaen phoot phoot kar nikalti hain.</w:t>
      </w:r>
    </w:p>
    <w:p>
      <w:pPr>
        <w:jc w:val="right"/>
      </w:pPr>
      <w:r>
        <w:t>تو اس وقت اگر منفی رسپانس دے تو دعا نہیں نکلتی ہے، اگر مثبت رسپانس دے تو دعائیں پھوٹ پھوٹ کر نکلتی ہیں۔</w:t>
      </w:r>
    </w:p>
    <w:p>
      <w:r>
        <w:rPr>
          <w:b/>
        </w:rPr>
        <w:t xml:space="preserve">[37:06] </w:t>
      </w:r>
      <w:r>
        <w:t>tab ja ke "ald dua hu al-ibadah" banti hai, yeh ehsaas hua mujhe. maulana, abhi jo aap ne kaha ke logon ki taraf se kuch aisa sulook mile jis se takleef ho, to aap aise momin mein apne aap ko negativity se bachaiye.</w:t>
      </w:r>
    </w:p>
    <w:p>
      <w:pPr>
        <w:jc w:val="right"/>
      </w:pPr>
      <w:r>
        <w:t>تب جا کے "الدعا هو العبادہ" بنتی ہے، یہ احساس ہوا مجھے۔ مولانا، ابھی جو آپ نے کہا کہ لوگوں کی طرف سے کچھ ایسا سلوک ملے جس سے تکلیف ہو، تو آپ ایسے مومن میں اپنے آپ کو نیگیٹیوٹی سے بچائیے۔</w:t>
      </w:r>
    </w:p>
    <w:p>
      <w:r>
        <w:rPr>
          <w:b/>
        </w:rPr>
        <w:t xml:space="preserve">[37:23] </w:t>
      </w:r>
      <w:r>
        <w:t>to aap ko yaani Allah se maangne ke liye alfaaz milenge, kaifiyat milenge.</w:t>
      </w:r>
    </w:p>
    <w:p>
      <w:pPr>
        <w:jc w:val="right"/>
      </w:pPr>
      <w:r>
        <w:t>تو آپ کو یعنی اللہ سے مانگنے کے لیے الفاظ ملیں گے، کیفیات ملیں گے۔</w:t>
      </w:r>
    </w:p>
    <w:p>
      <w:r>
        <w:rPr>
          <w:b/>
        </w:rPr>
        <w:t xml:space="preserve">[37:33] </w:t>
      </w:r>
      <w:r>
        <w:t>to aap ki yeh yeh baat sun kar mujhe woh hadith jibril yaad aa gayi ke "la ta'ajjal qadaa-e-haajat abdi fa-inni uhibbu an asma'a sawtah".</w:t>
      </w:r>
    </w:p>
    <w:p>
      <w:pPr>
        <w:jc w:val="right"/>
      </w:pPr>
      <w:r>
        <w:t>تو آپ کی یہ یہ بات سن کر مجھے وہ حدیث جبرائیل یاد آگئی کہ "لا تعجل قضائے حاجت عبدی فانی احب ان اسمع صوتہ"۔</w:t>
      </w:r>
    </w:p>
    <w:p>
      <w:r>
        <w:rPr>
          <w:b/>
        </w:rPr>
        <w:t xml:space="preserve">[37:45] </w:t>
      </w:r>
      <w:r>
        <w:t>to yeh wohi muamla hota hai, Allah taala woh alfaaz sunna chahta hai. to aise momin mein hum insano ki taraf na dekhen, to Allah ki taraf palten.</w:t>
      </w:r>
    </w:p>
    <w:p>
      <w:pPr>
        <w:jc w:val="right"/>
      </w:pPr>
      <w:r>
        <w:t>تو یہ وہی معاملہ ہوتا ہے، اللہ تعالی وہ الفاظ سننا چاہتا ہے۔ تو ایسے مومن میں ہم انسانوں کی طرف نہ دیکھیں، تو اللہ کی طرف پلٹیں۔</w:t>
      </w:r>
    </w:p>
    <w:p>
      <w:r>
        <w:rPr>
          <w:b/>
        </w:rPr>
        <w:t xml:space="preserve">[37:59] </w:t>
      </w:r>
      <w:r>
        <w:t>to yeh sahi tareeqa hai, yeh aap ne bohat bari baat batai. maulana, aap ne mushkil masle ko aasan kar diya.</w:t>
      </w:r>
    </w:p>
    <w:p>
      <w:pPr>
        <w:jc w:val="right"/>
      </w:pPr>
      <w:r>
        <w:t>تو یہ صحیح طریقہ ہے، یہ آپ نے بہت بڑی بات بتائی۔ مولانا، آپ نے مشکل مسئلے کو آسان کر دیا۔</w:t>
      </w:r>
    </w:p>
    <w:p>
      <w:r>
        <w:rPr>
          <w:b/>
        </w:rPr>
        <w:t xml:space="preserve">[38:13] </w:t>
      </w:r>
      <w:r>
        <w:t>masha Allah, masha Allah. mein mera sawal maulana yeh hai ke aakhir mad'u se nafrat kyun nahi rakhni chahiye? dekhiye, jab aap nafrat karte hain to aap mehroom ho jate hain</w:t>
      </w:r>
    </w:p>
    <w:p>
      <w:pPr>
        <w:jc w:val="right"/>
      </w:pPr>
      <w:r>
        <w:t>ماشاءاللہ، ماشاءاللہ۔ میں میرا سوال مولانا یہ ہے کہ آخر مدعو سے نفرت کیوں نہیں رکھنی چاہیے؟ دیکھیے، جب آپ نفرت کرتے ہیں تو آپ محروم ہو جاتے ہیں</w:t>
      </w:r>
    </w:p>
    <w:p>
      <w:r>
        <w:rPr>
          <w:b/>
        </w:rPr>
        <w:t xml:space="preserve">[38:31] </w:t>
      </w:r>
      <w:r>
        <w:t>achhe alfaaz mein mad'u ko mukhatib karne se.</w:t>
      </w:r>
    </w:p>
    <w:p>
      <w:pPr>
        <w:jc w:val="right"/>
      </w:pPr>
      <w:r>
        <w:t>اچھے الفاظ میں مدعو کو مخاطب کرنے سے۔</w:t>
      </w:r>
    </w:p>
    <w:p>
      <w:r>
        <w:rPr>
          <w:b/>
        </w:rPr>
        <w:t xml:space="preserve">[38:39] </w:t>
      </w:r>
      <w:r>
        <w:t>nafrat karenge to aap ke alfaaz jo hain aise niklenge jo mad'u ko mazeed bharkane wale hon, mazeed bharkane wale hon.</w:t>
      </w:r>
    </w:p>
    <w:p>
      <w:pPr>
        <w:jc w:val="right"/>
      </w:pPr>
      <w:r>
        <w:t>نفرت کریں گے تو آپ کے الفاظ جو ہیں ایسے نکلیں گے جو مدعو کو مزید بھڑکانے والے ہوں، مزید بھڑکانے والے ہوں۔</w:t>
      </w:r>
    </w:p>
    <w:p>
      <w:r>
        <w:rPr>
          <w:b/>
        </w:rPr>
        <w:t xml:space="preserve">[38:53] </w:t>
      </w:r>
      <w:r>
        <w:t>aur jab nafrat na karenge to aise alfaaz niklenge jo mad'u ke andar mohabbat ke jazbaat ubhare hain.</w:t>
      </w:r>
    </w:p>
    <w:p>
      <w:pPr>
        <w:jc w:val="right"/>
      </w:pPr>
      <w:r>
        <w:t>اور جب نفرت نہ کریں گے تو ایسے الفاظ نکلیں گے جو مدعو کے اندر محبت کے جذبات ابھرے ہیں۔</w:t>
      </w:r>
    </w:p>
    <w:p>
      <w:r>
        <w:rPr>
          <w:b/>
        </w:rPr>
        <w:t xml:space="preserve">[39:04] </w:t>
      </w:r>
      <w:r>
        <w:t>jaise mein ek waqea batata hoon aap ko, hamare ek saathi the bangalore mein, doctor ahmad sultan.</w:t>
      </w:r>
    </w:p>
    <w:p>
      <w:pPr>
        <w:jc w:val="right"/>
      </w:pPr>
      <w:r>
        <w:t>جیسے میں ایک واقعہ بتاتا ہوں آپ کو، ہمارے ایک ساتھی تھے بنگلور میں، ڈاکٹر احمد سلطان۔</w:t>
      </w:r>
    </w:p>
    <w:p>
      <w:r>
        <w:rPr>
          <w:b/>
        </w:rPr>
        <w:t xml:space="preserve">[39:13] </w:t>
      </w:r>
      <w:r>
        <w:t>ab un ki death ho chuki hai, un ka naam tha doctor ahmad sultan. woh bangalore mein rehte the to ek hindu ladka un ke paas aaya.</w:t>
      </w:r>
    </w:p>
    <w:p>
      <w:pPr>
        <w:jc w:val="right"/>
      </w:pPr>
      <w:r>
        <w:t>اب ان کی ڈیتھ ہو چکی ہے، ان کا نام تھا ڈاکٹر احمد سلطان۔ وہ بنگلور میں رہتے تھے تو ایک ہندو لڑکا ان کے پاس آیا۔</w:t>
      </w:r>
    </w:p>
    <w:p>
      <w:r>
        <w:rPr>
          <w:b/>
        </w:rPr>
        <w:t xml:space="preserve">[39:28] </w:t>
      </w:r>
      <w:r>
        <w:t>un ka un ka ta'alluqaat musalmanon se bhi the, hinduo se bhi the.</w:t>
      </w:r>
    </w:p>
    <w:p>
      <w:pPr>
        <w:jc w:val="right"/>
      </w:pPr>
      <w:r>
        <w:t>ان کا ان کا تعلقات مسلمانوں سے بھی تھے، ہندوؤں سے بھی تھے۔</w:t>
      </w:r>
    </w:p>
    <w:p>
      <w:r>
        <w:rPr>
          <w:b/>
        </w:rPr>
        <w:t xml:space="preserve">[39:35] </w:t>
      </w:r>
      <w:r>
        <w:t>to us hindu ladke ne kaha ke "mera baap mujh se ghussa ho gaya hai" aur mujh ko ghar se nikaal diya.</w:t>
      </w:r>
    </w:p>
    <w:p>
      <w:pPr>
        <w:jc w:val="right"/>
      </w:pPr>
      <w:r>
        <w:t>تو اس ہندو لڑکے نے کہا کہ "میرا باپ مجھ سے غصہ ہو گیا ہے" اور مجھ کو گھر سے نکال دیا۔</w:t>
      </w:r>
    </w:p>
    <w:p>
      <w:r>
        <w:rPr>
          <w:b/>
        </w:rPr>
        <w:t xml:space="preserve">[39:48] </w:t>
      </w:r>
      <w:r>
        <w:t>"mera baap mujh se ghussa ho gaya hai aur mujh ko ghar se nikaal diya hai". to doctor ahmad sultan ne kaha ke "koha koha yaar nahi, tum mat ghussa ghussa ho.</w:t>
      </w:r>
    </w:p>
    <w:p>
      <w:pPr>
        <w:jc w:val="right"/>
      </w:pPr>
      <w:r>
        <w:t>"میرا باپ مجھ سے غصہ ہو گیا ہے اور مجھ کو گھر سے نکال دیا ہے"۔ تو ڈاکٹر احمد سلطان نے کہا کہ "کوہا کوہا یار نہیں، تم مت غصہ غصہ ہو۔</w:t>
      </w:r>
    </w:p>
    <w:p>
      <w:r>
        <w:rPr>
          <w:b/>
        </w:rPr>
        <w:t xml:space="preserve">[40:04] </w:t>
      </w:r>
      <w:r>
        <w:t>tum aisa karo ke ek din baap ke ghar jao, baap ke ghar jao aur knock karo, darwaza khatkao.</w:t>
      </w:r>
    </w:p>
    <w:p>
      <w:pPr>
        <w:jc w:val="right"/>
      </w:pPr>
      <w:r>
        <w:t>تم ایسا کرو کہ ایک دن باپ کے گھر جاؤ، باپ کے گھر جاؤ اور ناک کرو، دروازہ کھٹکاؤ۔</w:t>
      </w:r>
    </w:p>
    <w:p>
      <w:r>
        <w:rPr>
          <w:b/>
        </w:rPr>
        <w:t xml:space="preserve">[40:20] </w:t>
      </w:r>
      <w:r>
        <w:t>jab baap nikle aur darwaza khole to kuch aur na karo, us ke paaon par gir pado, apna sir us ke paaon par rakh rakh do</w:t>
      </w:r>
    </w:p>
    <w:p>
      <w:pPr>
        <w:jc w:val="right"/>
      </w:pPr>
      <w:r>
        <w:t>جب باپ نکلے اور دروازہ کھولے تو کچھ اور نہ کرو، اس کے پاؤں پر گر پڑو، اپنا سر اس کے پاؤں پر رکھ رکھ دو</w:t>
      </w:r>
    </w:p>
    <w:p>
      <w:r>
        <w:rPr>
          <w:b/>
        </w:rPr>
        <w:t xml:space="preserve">[40:37] </w:t>
      </w:r>
      <w:r>
        <w:t>aur sirf ek hi baat kaho: "baap, mujhe maaf kar do, bas aur kuch mat karna. yeh ek karna ke "baap, mujh se ghalti ho gayi, mujhe maaf karo".</w:t>
      </w:r>
    </w:p>
    <w:p>
      <w:pPr>
        <w:jc w:val="right"/>
      </w:pPr>
      <w:r>
        <w:t>اور صرف ایک ہی بات کہو: "باپ، مجھے معاف کر دو، بس اور کچھ مت کرنا۔" یہ ایک کرنا کہ "باپ، مجھ سے غلطی ہو گئی، مجھے معاف کرو"۔</w:t>
      </w:r>
    </w:p>
    <w:p>
      <w:r>
        <w:rPr>
          <w:b/>
        </w:rPr>
        <w:t xml:space="preserve">[40:54] </w:t>
      </w:r>
      <w:r>
        <w:t>to bete ne aise hi kiya, woh gaya aur knock kiya. baap nikla to foran gir pada us ke paaon par</w:t>
      </w:r>
    </w:p>
    <w:p>
      <w:pPr>
        <w:jc w:val="right"/>
      </w:pPr>
      <w:r>
        <w:t>تو بیٹے نے ایسے ہی کیا، وہ گیا اور ناک کیا۔ باپ نکلا تو فوراً گر پڑا اس کے پاؤں پر</w:t>
      </w:r>
    </w:p>
    <w:p>
      <w:r>
        <w:rPr>
          <w:b/>
        </w:rPr>
        <w:t xml:space="preserve">[41:09] </w:t>
      </w:r>
      <w:r>
        <w:t>rote hue.</w:t>
      </w:r>
    </w:p>
    <w:p>
      <w:pPr>
        <w:jc w:val="right"/>
      </w:pPr>
      <w:r>
        <w:t>روتے ہوئے۔</w:t>
      </w:r>
    </w:p>
    <w:p>
      <w:r>
        <w:rPr>
          <w:b/>
        </w:rPr>
        <w:t xml:space="preserve">[41:14] </w:t>
      </w:r>
      <w:r>
        <w:t>ab dekhen kya hota hai, wohi baap jis ne is ko dhakka de kar nikaal diya tha: "jao, jao hamare ghar se, jao jahan chahe jao", usi baap ne is bachhe ko seene se laga liya,</w:t>
      </w:r>
    </w:p>
    <w:p>
      <w:pPr>
        <w:jc w:val="right"/>
      </w:pPr>
      <w:r>
        <w:t>اب دیکھیں کیا ہوتا ہے، وہی باپ جس نے اس کو دھکا دے کر نکال دیا تھا: "جاؤ، جاؤ ہمارے گھر سے، جاؤ جہاں چاہے جاؤ"، اسی باپ نے اس بچے کو سینے سے لگا لیا،</w:t>
      </w:r>
    </w:p>
    <w:p>
      <w:r>
        <w:rPr>
          <w:b/>
        </w:rPr>
        <w:t xml:space="preserve">[41:34] </w:t>
      </w:r>
      <w:r>
        <w:t>same baap. aur us ke baad woh ghar daakhil ho gaya aur bete ki taraf rehne laga.</w:t>
      </w:r>
    </w:p>
    <w:p>
      <w:pPr>
        <w:jc w:val="right"/>
      </w:pPr>
      <w:r>
        <w:t>سیم باپ۔ اور اس کے بعد وہ گھر داخل ہو گیا اور بیٹے کی طرف رہنے لگا۔</w:t>
      </w:r>
    </w:p>
    <w:p>
      <w:r>
        <w:rPr>
          <w:b/>
        </w:rPr>
        <w:t xml:space="preserve">[41:47] </w:t>
      </w:r>
      <w:r>
        <w:t>to mad'u jo hai, mad'u ko jab aap dushman samajh len to aise alfaaz niklenge nahi ke woh us ke andar rujoo ho, woh lote apne nature ki taraf.</w:t>
      </w:r>
    </w:p>
    <w:p>
      <w:pPr>
        <w:jc w:val="right"/>
      </w:pPr>
      <w:r>
        <w:t>تو مدعو جو ہے، مدعو کو جب آپ دشمن سمجھ لیں تو ایسے الفاظ نکلیں گے نہیں کہ وہ اس کے اندر رجوع ہو، وہ لوٹے اپنے نیچر کی طرف۔</w:t>
      </w:r>
    </w:p>
    <w:p>
      <w:r>
        <w:rPr>
          <w:b/>
        </w:rPr>
        <w:t xml:space="preserve">[42:09] </w:t>
      </w:r>
      <w:r>
        <w:t>aap is ko</w:t>
      </w:r>
    </w:p>
    <w:p>
      <w:pPr>
        <w:jc w:val="right"/>
      </w:pPr>
      <w:r>
        <w:t>آپ اس کو</w:t>
      </w:r>
    </w:p>
    <w:p>
      <w:r>
        <w:rPr>
          <w:b/>
        </w:rPr>
        <w:t xml:space="preserve">[42:15] </w:t>
      </w:r>
      <w:r>
        <w:t>bhaṛkane wali baat mat kijiye.</w:t>
      </w:r>
    </w:p>
    <w:p>
      <w:pPr>
        <w:jc w:val="right"/>
      </w:pPr>
      <w:r>
        <w:t>بھڑکانے والی بات مت کیجئے۔</w:t>
      </w:r>
    </w:p>
    <w:p>
      <w:r>
        <w:rPr>
          <w:b/>
        </w:rPr>
        <w:t xml:space="preserve">[42:21] </w:t>
      </w:r>
      <w:r>
        <w:t>madu se agar koi munh se, madu ke munh se koi aisi baat nikle jo aap ke khilaf ho to aap mat nikaliye.</w:t>
      </w:r>
    </w:p>
    <w:p>
      <w:pPr>
        <w:jc w:val="right"/>
      </w:pPr>
      <w:r>
        <w:t>مدعو سے اگر کوئی منہ سے، مدعو کے منہ سے کوئی ایسی بات نکلے جو آپ کے خلاف ہو تو آپ مت نکالیے۔</w:t>
      </w:r>
    </w:p>
    <w:p>
      <w:r>
        <w:rPr>
          <w:b/>
        </w:rPr>
        <w:t xml:space="preserve">[42:37] </w:t>
      </w:r>
      <w:r>
        <w:t>to kya hoga? reaction ka mahol nahi banega, reaction ka mahol nahi banega,</w:t>
      </w:r>
    </w:p>
    <w:p>
      <w:pPr>
        <w:jc w:val="right"/>
      </w:pPr>
      <w:r>
        <w:t>تو کیا ہوگا؟ ری ایکشن کا ماحول نہیں بنے گا، ری ایکشن کا ماحول نہیں بنے گا،</w:t>
      </w:r>
    </w:p>
    <w:p>
      <w:r>
        <w:rPr>
          <w:b/>
        </w:rPr>
        <w:t xml:space="preserve">[42:50] </w:t>
      </w:r>
      <w:r>
        <w:t>reaction ka mahol nahi banega.</w:t>
      </w:r>
    </w:p>
    <w:p>
      <w:pPr>
        <w:jc w:val="right"/>
      </w:pPr>
      <w:r>
        <w:t>ری ایکشن کا ماحول نہیں بنے گا۔</w:t>
      </w:r>
    </w:p>
    <w:p>
      <w:r>
        <w:rPr>
          <w:b/>
        </w:rPr>
        <w:t xml:space="preserve">[42:57] </w:t>
      </w:r>
      <w:r>
        <w:t>jaise dekhiye, bavi barchhi jo toDi gayi thi to sare musalman aur sare hindu ek dusre ke aamne samne ho gaye.</w:t>
      </w:r>
    </w:p>
    <w:p>
      <w:pPr>
        <w:jc w:val="right"/>
      </w:pPr>
      <w:r>
        <w:t>جیسے دیکھیے، باوی برچھی جو توڑی گئی تھی تو سارے مسلمان اور سارے ہندو ایک دوسرے کے آمنے سامنے ہو گئے۔</w:t>
      </w:r>
    </w:p>
    <w:p>
      <w:r>
        <w:rPr>
          <w:b/>
        </w:rPr>
        <w:t xml:space="preserve">[43:11] </w:t>
      </w:r>
      <w:r>
        <w:t>un ko un se nafrat, un ko un se nafrat ke aap sab log jante hain, aap sab log jante hain.</w:t>
      </w:r>
    </w:p>
    <w:p>
      <w:pPr>
        <w:jc w:val="right"/>
      </w:pPr>
      <w:r>
        <w:t>ان کو ان سے نفرت، ان کو ان سے نفرت کہ آپ سب لوگ جانتے ہیں، آپ سب لوگ جانتے ہیں۔</w:t>
      </w:r>
    </w:p>
    <w:p>
      <w:r>
        <w:rPr>
          <w:b/>
        </w:rPr>
        <w:t xml:space="preserve">[43:25] </w:t>
      </w:r>
      <w:r>
        <w:t>achha, main</w:t>
      </w:r>
    </w:p>
    <w:p>
      <w:pPr>
        <w:jc w:val="right"/>
      </w:pPr>
      <w:r>
        <w:t>اچھا، میں</w:t>
      </w:r>
    </w:p>
    <w:p>
      <w:r>
        <w:rPr>
          <w:b/>
        </w:rPr>
        <w:t xml:space="preserve">[43:29] </w:t>
      </w:r>
      <w:r>
        <w:t>is ke baad hamare kuch saathi the, sochdar aur aur kuch hindu the, wo to unhone ek shanti yatra nikali thi,</w:t>
      </w:r>
    </w:p>
    <w:p>
      <w:pPr>
        <w:jc w:val="right"/>
      </w:pPr>
      <w:r>
        <w:t>اس کے بعد ہمارے کچھ ساتھی تھے، سوچدار اور اور کچھ ہندو تھے، وہ تو انہوں نے ایک شانتی یاترا نکالی تھی،</w:t>
      </w:r>
    </w:p>
    <w:p>
      <w:r>
        <w:rPr>
          <w:b/>
        </w:rPr>
        <w:t xml:space="preserve">[43:44] </w:t>
      </w:r>
      <w:r>
        <w:t>shanti yatra. to us ko us waqt shamil kiya. to main ek jagah pahuncha, ye wo area tha jahan fasaad hua tha, isi ram mandir ke sawal par fasaad hua tha aur wahan logon ne aag jalai thi.</w:t>
      </w:r>
    </w:p>
    <w:p>
      <w:pPr>
        <w:jc w:val="right"/>
      </w:pPr>
      <w:r>
        <w:t>شانتی یاترا۔ تو اس کو اس وقت شامل کیا۔ تو میں ایک جگہ پہنچا، یہ وہ ایریا تھا جہاں فساد ہوا تھا، اسی رام مندر کے سوال پر فساد ہوا تھا اور وہاں لوگوں نے آگ جلائی تھی۔</w:t>
      </w:r>
    </w:p>
    <w:p>
      <w:r>
        <w:rPr>
          <w:b/>
        </w:rPr>
        <w:t xml:space="preserve">[44:09] </w:t>
      </w:r>
      <w:r>
        <w:t>to jab hamare ye jamaat, yani main tha, sochdar the aur kuch aur hindu the, to hum logon ne ek yatra nikali thi.</w:t>
      </w:r>
    </w:p>
    <w:p>
      <w:pPr>
        <w:jc w:val="right"/>
      </w:pPr>
      <w:r>
        <w:t>تو جب ہمارے یہ جماعت، یعنی میں تھا، سوچدار تھے اور کچھ اور ہندو تھے، تو ہم لوگوں نے ایک یاترا نکالی تھی۔</w:t>
      </w:r>
    </w:p>
    <w:p>
      <w:r>
        <w:rPr>
          <w:b/>
        </w:rPr>
        <w:t xml:space="preserve">[44:25] </w:t>
      </w:r>
      <w:r>
        <w:t>to jab hum wahan pahunche to us waqt wahan par dhuan nikal raha tha,</w:t>
      </w:r>
    </w:p>
    <w:p>
      <w:pPr>
        <w:jc w:val="right"/>
      </w:pPr>
      <w:r>
        <w:t>تو جب ہم وہاں پہنچے تو اس وقت وہاں پر دھواں نکل رہا تھا،</w:t>
      </w:r>
    </w:p>
    <w:p>
      <w:r>
        <w:rPr>
          <w:b/>
        </w:rPr>
        <w:t xml:space="preserve">[44:34] </w:t>
      </w:r>
      <w:r>
        <w:t>shahar ke mukhtalif hisson mein abhi bhi aag ka dhuan nikalta hai, nikal raha tha. deewarein toTi hui thin to hamein wahan koi stage nahi tha jahan hum khaDe ho kar bolen.</w:t>
      </w:r>
    </w:p>
    <w:p>
      <w:pPr>
        <w:jc w:val="right"/>
      </w:pPr>
      <w:r>
        <w:t>شہر کے مختلف حصوں میں ابھی بھی آگ کا دھواں نکلتا ہے، نکل رہا تھا۔ دیواریں ٹوٹی ہوئی تھیں تو ہمیں وہاں کوئی اسٹیج نہیں تھا جہاں ہم کھڑے ہو کر بولیں۔</w:t>
      </w:r>
    </w:p>
    <w:p>
      <w:r>
        <w:rPr>
          <w:b/>
        </w:rPr>
        <w:t xml:space="preserve">[44:50] </w:t>
      </w:r>
      <w:r>
        <w:t>to mujhe yaad hai ke main ek toTi hui deewar par khaDa ho ke bola tha, toTi hui deewar par khaDa ho ke bola tha</w:t>
      </w:r>
    </w:p>
    <w:p>
      <w:pPr>
        <w:jc w:val="right"/>
      </w:pPr>
      <w:r>
        <w:t>تو مجھے یاد ہے کہ میں ایک ٹوٹی ہوئی دیوار پر کھڑا ہو کے بولا تھا، ٹوٹی ہوئی دیوار پر کھڑا ہو کے بولا تھا</w:t>
      </w:r>
    </w:p>
    <w:p>
      <w:r>
        <w:rPr>
          <w:b/>
        </w:rPr>
        <w:t xml:space="preserve">[45:05] </w:t>
      </w:r>
      <w:r>
        <w:t>aur aas pas dhuein ka mahol tha.</w:t>
      </w:r>
    </w:p>
    <w:p>
      <w:pPr>
        <w:jc w:val="right"/>
      </w:pPr>
      <w:r>
        <w:t>اور اس پاس دھوئیں کا ماحول تھا۔</w:t>
      </w:r>
    </w:p>
    <w:p>
      <w:r>
        <w:rPr>
          <w:b/>
        </w:rPr>
        <w:t xml:space="preserve">[45:10] </w:t>
      </w:r>
      <w:r>
        <w:t>to jab main khaDa hua ek toTi hui deewar par</w:t>
      </w:r>
    </w:p>
    <w:p>
      <w:pPr>
        <w:jc w:val="right"/>
      </w:pPr>
      <w:r>
        <w:t>تو جب میں کھڑا ہوا ایک ٹوٹی ہوئی دیوار پر</w:t>
      </w:r>
    </w:p>
    <w:p>
      <w:r>
        <w:rPr>
          <w:b/>
        </w:rPr>
        <w:t xml:space="preserve">[45:19] </w:t>
      </w:r>
      <w:r>
        <w:t>aur idhar udhar se dhuan nikal raha tha ke jalaya gaya hai yahan par, to main jab khaDa hua is par</w:t>
      </w:r>
    </w:p>
    <w:p>
      <w:pPr>
        <w:jc w:val="right"/>
      </w:pPr>
      <w:r>
        <w:t>اور ادھر ادھر سے دھواں نکل رہا تھا کہ جلایا گیا ہے یہاں پر، تو میں جب کھڑا ہوا اس پر</w:t>
      </w:r>
    </w:p>
    <w:p>
      <w:r>
        <w:rPr>
          <w:b/>
        </w:rPr>
        <w:t xml:space="preserve">[45:32] </w:t>
      </w:r>
      <w:r>
        <w:t>to main jab bolna shuru kiya to mera haal ye tha ke munh se alfaaz to baat ko nikle aur aankhon aankhon se aansu behne lage</w:t>
      </w:r>
    </w:p>
    <w:p>
      <w:pPr>
        <w:jc w:val="right"/>
      </w:pPr>
      <w:r>
        <w:t>تو میں جب بولنا شروع کیا تو میرا حال یہ تھا کہ منہ سے الفاظ تو بات کو نکلے اور آنکھوں آنکھوں سے آنسو بہنے لگے</w:t>
      </w:r>
    </w:p>
    <w:p>
      <w:r>
        <w:rPr>
          <w:b/>
        </w:rPr>
        <w:t xml:space="preserve">[45:52] </w:t>
      </w:r>
      <w:r>
        <w:t>aur rote hue maine kaha tha wo deewar par khaDe ho kar ke</w:t>
      </w:r>
    </w:p>
    <w:p>
      <w:pPr>
        <w:jc w:val="right"/>
      </w:pPr>
      <w:r>
        <w:t>اور روتے ہوئے میں نے کہا تھا وہ دیوار پر کھڑے ہو کر کہ</w:t>
      </w:r>
    </w:p>
    <w:p>
      <w:r>
        <w:rPr>
          <w:b/>
        </w:rPr>
        <w:t xml:space="preserve">[45:59] </w:t>
      </w:r>
      <w:r>
        <w:t>ye sab ye sab baqayda main is kitab mein parh sakte hain aap. aswar hind, aswar hind ek kitab hai, is mein tafsil se ye sab baatein maujud hain.</w:t>
      </w:r>
    </w:p>
    <w:p>
      <w:pPr>
        <w:jc w:val="right"/>
      </w:pPr>
      <w:r>
        <w:t>یہ سب یہ سب باقاعدہ میں اس کتاب میں پڑھ سکتے ہیں آپ۔ اسوار ہند، اسوار ہند ایک کتاب ہے، اس میں تفصیل سے یہ سب باتیں موجود ہیں۔</w:t>
      </w:r>
    </w:p>
    <w:p>
      <w:r>
        <w:rPr>
          <w:b/>
        </w:rPr>
        <w:t xml:space="preserve">[46:15] </w:t>
      </w:r>
      <w:r>
        <w:t>to jab maine kaha is toTi hui aur jali hui deewar par khaDe ho kar ke wo bolna shuru kiya aur ro raha tha, main to main ne kaha ke hum yahan is liye aaye hain,</w:t>
      </w:r>
    </w:p>
    <w:p>
      <w:pPr>
        <w:jc w:val="right"/>
      </w:pPr>
      <w:r>
        <w:t>تو جب میں نے کہا اس ٹوٹی ہوئی اور جلی ہوئی دیوار پر کھڑے ہو کر کہ وہ بولنا شروع کیا اور رو رہا تھا، میں تو میں نے کہا کہ ہم یہاں اس لیے آئے ہیں،</w:t>
      </w:r>
    </w:p>
    <w:p>
      <w:r>
        <w:rPr>
          <w:b/>
        </w:rPr>
        <w:t xml:space="preserve">[46:37] </w:t>
      </w:r>
      <w:r>
        <w:t>us waqt bhi wahan par dhuan tha, aag ke nishanat the.</w:t>
      </w:r>
    </w:p>
    <w:p>
      <w:pPr>
        <w:jc w:val="right"/>
      </w:pPr>
      <w:r>
        <w:t>اس وقت بھی وہاں پر دھواں تھا، آگ کے نشانات تھے۔</w:t>
      </w:r>
    </w:p>
    <w:p>
      <w:r>
        <w:rPr>
          <w:b/>
        </w:rPr>
        <w:t xml:space="preserve">[46:46] </w:t>
      </w:r>
      <w:r>
        <w:t>hum yahan is liye aaye hain ke jis aag ko,</w:t>
      </w:r>
    </w:p>
    <w:p>
      <w:pPr>
        <w:jc w:val="right"/>
      </w:pPr>
      <w:r>
        <w:t>ہم یہاں اس لیے آئے ہیں کہ جس آگ کو،</w:t>
      </w:r>
    </w:p>
    <w:p>
      <w:r>
        <w:rPr>
          <w:b/>
        </w:rPr>
        <w:t xml:space="preserve">[46:55] </w:t>
      </w:r>
      <w:r>
        <w:t>jis aag ko government ke</w:t>
      </w:r>
    </w:p>
    <w:p>
      <w:pPr>
        <w:jc w:val="right"/>
      </w:pPr>
      <w:r>
        <w:t>جس آگ کو گورنمنٹ کے</w:t>
      </w:r>
    </w:p>
    <w:p>
      <w:r>
        <w:rPr>
          <w:b/>
        </w:rPr>
        <w:t xml:space="preserve">[47:03] </w:t>
      </w:r>
      <w:r>
        <w:t>fire brigade na bujha saka hai,</w:t>
      </w:r>
    </w:p>
    <w:p>
      <w:pPr>
        <w:jc w:val="right"/>
      </w:pPr>
      <w:r>
        <w:t>فائر بریگیڈ نہ بجھا سکا ہے،</w:t>
      </w:r>
    </w:p>
    <w:p>
      <w:r>
        <w:rPr>
          <w:b/>
        </w:rPr>
        <w:t xml:space="preserve">[47:09] </w:t>
      </w:r>
      <w:r>
        <w:t>jis aag ko government ka fire brigade na bujha saka hai, us ko hum apni aankhon se, apne aansuon se bujha dein.</w:t>
      </w:r>
    </w:p>
    <w:p>
      <w:pPr>
        <w:jc w:val="right"/>
      </w:pPr>
      <w:r>
        <w:t>جس آگ کو گورنمنٹ کا فائر بریگیڈ نہ بجھا سکا ہے، اس کو ہم اپنی آنکھوں سے، اپنے آنسوؤں سے بجھا دیں۔</w:t>
      </w:r>
    </w:p>
    <w:p>
      <w:r>
        <w:rPr>
          <w:b/>
        </w:rPr>
        <w:t xml:space="preserve">[47:23] </w:t>
      </w:r>
      <w:r>
        <w:t>lambi taqreer nahi ki thi maine ke yeh jab maine kaha ke hum yahan is liye aaye hain ke jis aag ko government ka fire brigade na bujha saka,</w:t>
      </w:r>
    </w:p>
    <w:p>
      <w:pPr>
        <w:jc w:val="right"/>
      </w:pPr>
      <w:r>
        <w:t>لمبی تقریر نہیں کی تھی میں نے کہ یہ جب میں نے کہا کہ ہم یہاں اس لیے آئے ہیں کہ جس آگ کو گورنمنٹ کا فائر بریگیڈ نہ بجھا سکا،</w:t>
      </w:r>
    </w:p>
    <w:p>
      <w:r>
        <w:rPr>
          <w:b/>
        </w:rPr>
        <w:t xml:space="preserve">[47:40] </w:t>
      </w:r>
      <w:r>
        <w:t>us ko hum apne aansuon se bujha dein. to yeh main keh raha tha aur ro raha tha aur saare log lage rone, achaanak wahan ka mahaul badal gaya.</w:t>
      </w:r>
    </w:p>
    <w:p>
      <w:pPr>
        <w:jc w:val="right"/>
      </w:pPr>
      <w:r>
        <w:t>اس کو ہم اپنے آنسوؤں سے بجھا دیں۔ تو یہ میں کہہ رہا تھا اور رو رہا تھا اور سارے لوگ لگے رونے، اچانک وہاں کا ماحول بدل گیا۔</w:t>
      </w:r>
    </w:p>
    <w:p>
      <w:r>
        <w:rPr>
          <w:b/>
        </w:rPr>
        <w:t xml:space="preserve">[47:55] </w:t>
      </w:r>
      <w:r>
        <w:t>is ke baad jo jalsa hua to har aadmi bilkul alag andar ki boli bol raha tha aur saara mahaul bilkul aman aman paraan ban gaya tha, haalankeh wahan par nafrat aur yahi sab tha.</w:t>
      </w:r>
    </w:p>
    <w:p>
      <w:pPr>
        <w:jc w:val="right"/>
      </w:pPr>
      <w:r>
        <w:t>اس کے بعد جو جلسہ ہوا تو ہر آدمی بالکل الگ اندر کی بولی بول رہا تھا اور سارا ماحول بالکل امن امن پران بن گیا تھا، حالانکہ وہاں پر نفرت اور یہی سب تھا۔</w:t>
      </w:r>
    </w:p>
    <w:p>
      <w:r>
        <w:rPr>
          <w:b/>
        </w:rPr>
        <w:t xml:space="preserve">[48:20] </w:t>
      </w:r>
      <w:r>
        <w:t>yeh faida hai jo aap ne kiya kaha tha, aap ne madu ko madu se nafrat, haan, madu se aap nafrat na karenge to aap se malkooti alfaaz niklenge.</w:t>
      </w:r>
    </w:p>
    <w:p>
      <w:pPr>
        <w:jc w:val="right"/>
      </w:pPr>
      <w:r>
        <w:t>یہ فائدہ ہے جو آپ نے کیا کہا تھا، آپ نے مدعو کو مدعو سے نفرت، ہاں، مدعو سے آپ نفرت نہ کریں گے تو آپ سے ملکوتی الفاظ نکلیں گے۔</w:t>
      </w:r>
    </w:p>
    <w:p>
      <w:r>
        <w:rPr>
          <w:b/>
        </w:rPr>
        <w:t xml:space="preserve">[48:34] </w:t>
      </w:r>
      <w:r>
        <w:t>aap ke</w:t>
      </w:r>
    </w:p>
    <w:p>
      <w:pPr>
        <w:jc w:val="right"/>
      </w:pPr>
      <w:r>
        <w:t>آپ کے</w:t>
      </w:r>
    </w:p>
    <w:p>
      <w:r>
        <w:rPr>
          <w:b/>
        </w:rPr>
        <w:t xml:space="preserve">[48:39] </w:t>
      </w:r>
      <w:r>
        <w:t>agar aap madu se nafrat na karenge to aap ke dil mein reham aayega, Allah se talluq aayega aur aap ki zabaan se malkooti alfaaz niklenge.</w:t>
      </w:r>
    </w:p>
    <w:p>
      <w:pPr>
        <w:jc w:val="right"/>
      </w:pPr>
      <w:r>
        <w:t>اگر آپ مدعو سے نفرت نہ کریں گے تو آپ کے دل میں رحم آئے گا، اللہ سے تعلق آئے گا اور آپ کی زبان سے ملکوتی الفاظ نکلیں گے۔</w:t>
      </w:r>
    </w:p>
    <w:p>
      <w:r>
        <w:rPr>
          <w:b/>
        </w:rPr>
        <w:t xml:space="preserve">[48:55] </w:t>
      </w:r>
      <w:r>
        <w:t>jaise maine yeh jo kaha tha, yeh malkooti alfaaz the ke hum yahan is liye aaye hain</w:t>
      </w:r>
    </w:p>
    <w:p>
      <w:pPr>
        <w:jc w:val="right"/>
      </w:pPr>
      <w:r>
        <w:t>جیسے میں نے یہ جو کہا تھا، یہ ملکوتی الفاظ تھے کہ ہم یہاں اس لیے آئے ہیں</w:t>
      </w:r>
    </w:p>
    <w:p>
      <w:r>
        <w:rPr>
          <w:b/>
        </w:rPr>
        <w:t xml:space="preserve">[49:03] </w:t>
      </w:r>
      <w:r>
        <w:t>ke jis aag ko government ka fire brigade na bujha saka, us ko hum apne aansu aankhon se, aansuon se bujha dein.</w:t>
      </w:r>
    </w:p>
    <w:p>
      <w:pPr>
        <w:jc w:val="right"/>
      </w:pPr>
      <w:r>
        <w:t>کہ جس آگ کو گورنمنٹ کا فائر بریگیڈ نہ بجھا سکا، اس کو ہم اپنے آنسو آنکھوں سے، آنسوؤں سے بجھا دیں۔</w:t>
      </w:r>
    </w:p>
    <w:p>
      <w:r>
        <w:rPr>
          <w:b/>
        </w:rPr>
        <w:t xml:space="preserve">[49:17] </w:t>
      </w:r>
      <w:r>
        <w:t>to yeh yeh ajeeb o ghareeb taqat hai jis ko spirituality kaha jata hai, rohaniyat.</w:t>
      </w:r>
    </w:p>
    <w:p>
      <w:pPr>
        <w:jc w:val="right"/>
      </w:pPr>
      <w:r>
        <w:t>تو یہ یہ عجیب و غریب طاقت ہے جس کو اسپریچوٹی کہا جاتا ہے، روحانیت۔</w:t>
      </w:r>
    </w:p>
    <w:p>
      <w:r>
        <w:rPr>
          <w:b/>
        </w:rPr>
        <w:t xml:space="preserve">[49:28] </w:t>
      </w:r>
      <w:r>
        <w:t>aap agar aap nafrat na karein to aap ki rohaniyat jaag jaag uthti hai. jab aap nafrat na karein to aap ki rohaniyat jaag uthti hai,</w:t>
      </w:r>
    </w:p>
    <w:p>
      <w:pPr>
        <w:jc w:val="right"/>
      </w:pPr>
      <w:r>
        <w:t>آپ اگر آپ نفرت نہ کریں تو آپ کی روحانیت جاگ جاگ اٹھتی ہے۔ جب آپ نفرت نہ کریں تو آپ کی روحانیت جاگ اٹھتی ہے،</w:t>
      </w:r>
    </w:p>
    <w:p>
      <w:r>
        <w:rPr>
          <w:b/>
        </w:rPr>
        <w:t xml:space="preserve">[49:44] </w:t>
      </w:r>
      <w:r>
        <w:t>aap ki malkooyat jaag uthti hai.</w:t>
      </w:r>
    </w:p>
    <w:p>
      <w:pPr>
        <w:jc w:val="right"/>
      </w:pPr>
      <w:r>
        <w:t>آپ کی ملکوتیت جاگ اٹھتی ہے۔</w:t>
      </w:r>
    </w:p>
    <w:p>
      <w:r>
        <w:rPr>
          <w:b/>
        </w:rPr>
        <w:t xml:space="preserve">[49:54] </w:t>
      </w:r>
      <w:r>
        <w:t>ek aur jagah gaya tha, is tarah ki taqreer wahan maine ki thi to ek yahudi hindu tha, wahan par woh bara aadmi tha, woh yeh shayad poona ka waqia hai.</w:t>
      </w:r>
    </w:p>
    <w:p>
      <w:pPr>
        <w:jc w:val="right"/>
      </w:pPr>
      <w:r>
        <w:t>ایک اور جگہ گیا تھا، اس طرح کی تقریر وہاں میں نے کی تھی تو ایک یہودی ہندو تھا، وہاں پر وہ بڑا آدمی تھا، وہ یہ شاید پونا کا واقعہ ہے۔</w:t>
      </w:r>
    </w:p>
    <w:p>
      <w:r>
        <w:rPr>
          <w:b/>
        </w:rPr>
        <w:t xml:space="preserve">[50:08] </w:t>
      </w:r>
      <w:r>
        <w:t>to us ne jab woh jab bola, mere baad</w:t>
      </w:r>
    </w:p>
    <w:p>
      <w:pPr>
        <w:jc w:val="right"/>
      </w:pPr>
      <w:r>
        <w:t>تو اس نے جب وہ جب بولا، میرے بعد</w:t>
      </w:r>
    </w:p>
    <w:p>
      <w:r>
        <w:rPr>
          <w:b/>
        </w:rPr>
        <w:t xml:space="preserve">[50:15] </w:t>
      </w:r>
      <w:r>
        <w:t>aap ko yaad hoga to us ne kaha tha ke Maulana sahib ke gale se bhagwan bolta hai,</w:t>
      </w:r>
    </w:p>
    <w:p>
      <w:pPr>
        <w:jc w:val="right"/>
      </w:pPr>
      <w:r>
        <w:t>آپ کو یاد ہوگا تو اس نے کہا تھا کہ مولانا صاحب کے گلے سے بھگوان بولتا ہے،</w:t>
      </w:r>
    </w:p>
    <w:p>
      <w:r>
        <w:rPr>
          <w:b/>
        </w:rPr>
        <w:t xml:space="preserve">[50:30] </w:t>
      </w:r>
      <w:r>
        <w:t>Maulana sahib ke gale se bhagwan bolta hai. is tarah ka taassur qaim hoga mukhatib ke madu ke dil mein ke yeh to bhagwan ki boli bol raha hai,</w:t>
      </w:r>
    </w:p>
    <w:p>
      <w:pPr>
        <w:jc w:val="right"/>
      </w:pPr>
      <w:r>
        <w:t>مولانا صاحب کے گلے سے بھگوان بولتا ہے۔ اس طرح کا تاثر قائم ہوگا مخاطب کے مدعو کے دل میں کہ یہ تو بھگوان کی بولی بول رہا ہے،</w:t>
      </w:r>
    </w:p>
    <w:p>
      <w:r>
        <w:rPr>
          <w:b/>
        </w:rPr>
        <w:t xml:space="preserve">[50:44] </w:t>
      </w:r>
      <w:r>
        <w:t>khudai boli bol raha hai. aap sochiye ke kaisa ajeeb mahaul banega.</w:t>
      </w:r>
    </w:p>
    <w:p>
      <w:pPr>
        <w:jc w:val="right"/>
      </w:pPr>
      <w:r>
        <w:t>خدائی بولی بول رہا ہے۔ آپ سوچیے کہ کیسا عجیب ماحول بنے گا۔</w:t>
      </w:r>
    </w:p>
    <w:p>
      <w:r>
        <w:rPr>
          <w:b/>
        </w:rPr>
        <w:t xml:space="preserve">[50:52] </w:t>
      </w:r>
      <w:r>
        <w:t>to sab ke saamne jab bola tha, woh idhar kaha tha Maulana sahib ke gale se bhagwan bolta hai.</w:t>
      </w:r>
    </w:p>
    <w:p>
      <w:pPr>
        <w:jc w:val="right"/>
      </w:pPr>
      <w:r>
        <w:t>تو سب کے سامنے جب بولا تھا، وہ ادھر کہا تھا مولانا صاحب کے گلے سے بھگوان بولتا ہے۔</w:t>
      </w:r>
    </w:p>
    <w:p>
      <w:r>
        <w:rPr>
          <w:b/>
        </w:rPr>
        <w:t xml:space="preserve">[51:07] </w:t>
      </w:r>
      <w:r>
        <w:t>yeh faida</w:t>
      </w:r>
    </w:p>
    <w:p>
      <w:pPr>
        <w:jc w:val="right"/>
      </w:pPr>
      <w:r>
        <w:t>یہ فائدہ</w:t>
      </w:r>
    </w:p>
    <w:p>
      <w:r>
        <w:rPr>
          <w:b/>
        </w:rPr>
        <w:t xml:space="preserve">[51:16] </w:t>
      </w:r>
      <w:r>
        <w:t>Maulana is se thoda sa hat kar sawal hai, hain is se thoda sa hat kar sawal hai. haan, sawal yeh hai ke hadith mein aaya, balkeh do hadith mein hain ke Rasool Allah salla Allahu alaihi wasallam ne kaha tha: "aslam taslam,</w:t>
      </w:r>
    </w:p>
    <w:p>
      <w:pPr>
        <w:jc w:val="right"/>
      </w:pPr>
      <w:r>
        <w:t>مولانا اس سے تھوڑا سا ہٹ کر سوال ہے، ہیں اس سے تھوڑا سا ہٹ کر سوال ہے۔ ہاں، سوال یہ ہے کہ حدیث میں آیا، بلکہ دو حدیث میں ہیں کہ رسول اللہ صلی اللہ علیہ وسلم نے کہا تھا: "اسلم تسلم،</w:t>
      </w:r>
    </w:p>
    <w:p>
      <w:r>
        <w:rPr>
          <w:b/>
        </w:rPr>
        <w:t xml:space="preserve">[51:30] </w:t>
      </w:r>
      <w:r>
        <w:t>aslam taslam, Islam le aao, salamat pa jaoge". is ka matlab kya hai?</w:t>
      </w:r>
    </w:p>
    <w:p>
      <w:pPr>
        <w:jc w:val="right"/>
      </w:pPr>
      <w:r>
        <w:t>اسلم تسلم، اسلام لے آؤ، سلامتی پا جاؤ گے"۔ اس کا مطلب کیا ہے؟</w:t>
      </w:r>
    </w:p>
    <w:p>
      <w:r>
        <w:rPr>
          <w:b/>
        </w:rPr>
        <w:t xml:space="preserve">[51:42] </w:t>
      </w:r>
      <w:r>
        <w:t>yeh to Islam ki dawat hai, matlab Islam tum ko bachane wala hai Allah ki pakad se.</w:t>
      </w:r>
    </w:p>
    <w:p>
      <w:pPr>
        <w:jc w:val="right"/>
      </w:pPr>
      <w:r>
        <w:t>یہ تو اسلام کی دعوت ہے، مطلب اسلام تم کو بچانے والا ہے اللہ کی پکڑ سے۔</w:t>
      </w:r>
    </w:p>
    <w:p>
      <w:r>
        <w:rPr>
          <w:b/>
        </w:rPr>
        <w:t xml:space="preserve">[51:54] </w:t>
      </w:r>
      <w:r>
        <w:t>agar tum Islam qabool karo, yani Allah ke surrender kar do to Allah ki pakad se bach jaoge, yeh matlab hai.</w:t>
      </w:r>
    </w:p>
    <w:p>
      <w:pPr>
        <w:jc w:val="right"/>
      </w:pPr>
      <w:r>
        <w:t>اگر تم اسلام قبول کرو، یعنی اللہ کے سرینڈر کر دو تو اللہ کی پکڑ سے بچ جاؤ گے، یہ مطلب ہے۔</w:t>
      </w:r>
    </w:p>
    <w:p>
      <w:r>
        <w:rPr>
          <w:b/>
        </w:rPr>
        <w:t xml:space="preserve">[52:06] </w:t>
      </w:r>
      <w:r>
        <w:t>haan, Maulana, hamara question yeh hai ke agar maan lein ke Islam jaise hum ne abhi tak jo jana hai Islam ke bare mein 15 saal mein, "its the its the right religion and it tells you the truth".</w:t>
      </w:r>
    </w:p>
    <w:p>
      <w:pPr>
        <w:jc w:val="right"/>
      </w:pPr>
      <w:r>
        <w:t>ہاں، مولانا، ہمارا کوئسچن یہ ہے کہ اگر مان لیں کہ اسلام جیسے ہم نے ابھی تک جو جانا ہے اسلام کے بارے میں 15 سال میں، "اٹس دا اٹس دا رائٹ ریلیجن اینڈ اٹ ٹیلز یو دا ٹروتھ"۔</w:t>
      </w:r>
    </w:p>
    <w:p>
      <w:r>
        <w:rPr>
          <w:b/>
        </w:rPr>
        <w:t xml:space="preserve">[52:21] </w:t>
      </w:r>
      <w:r>
        <w:t>jab sachai Islam ke deen mein hai to musalman itna insecure kyun rehta hai hamesha? Islam par kahan hain musalman? musalman Islam par hain hi nahi, woh to khud se unhone nafrat ka mazhab banaya hai,</w:t>
      </w:r>
    </w:p>
    <w:p>
      <w:pPr>
        <w:jc w:val="right"/>
      </w:pPr>
      <w:r>
        <w:t>جب سچائی اسلام کے دین میں ہے تو مسلمان اتنا انسیکیور کیوں رہتا ہے ہمیشہ؟ اسلام پر کہاں ہیں مسلمان؟ مسلمان اسلام پر ہیں ہی نہیں، وہ تو خود سے انہوں نے نفرت کا مذہب بنایا ہے،</w:t>
      </w:r>
    </w:p>
    <w:p>
      <w:r>
        <w:rPr>
          <w:b/>
        </w:rPr>
        <w:t xml:space="preserve">[52:37] </w:t>
      </w:r>
      <w:r>
        <w:t>isi pe jeete hain. masjidon mein bad duaen karte hain, masjidon mein bad duaen karte hain. yeh aaj kal jo musalman hain, woh islam par hain kahan?</w:t>
      </w:r>
    </w:p>
    <w:p>
      <w:pPr>
        <w:jc w:val="right"/>
      </w:pPr>
      <w:r>
        <w:t>اسی پہ جیتے ہیں۔ مسجدوں میں بد دعائیں کرتے ہیں، مسجدوں میں بد دعائیں کرتے ہیں۔ یہ آج کل جو مسلمان ہیں، وہ اسلام پر ہیں کہاں؟</w:t>
      </w:r>
    </w:p>
    <w:p>
      <w:r>
        <w:rPr>
          <w:b/>
        </w:rPr>
        <w:t xml:space="preserve">[52:52] </w:t>
      </w:r>
      <w:r>
        <w:t>yeh to hadith mein bohat si hadithain aayi hain ke musalman islam se door ho jayenge. yeh to bohat si hadithain hain ke musalman islam se door ho jayenge.</w:t>
      </w:r>
    </w:p>
    <w:p>
      <w:pPr>
        <w:jc w:val="right"/>
      </w:pPr>
      <w:r>
        <w:t>یہ تو حدیث میں بہت سی حدیثیں آئی ہیں کہ مسلمان اسلام سے دور ہو جائیں گے۔ یہ تو بہت سی حدیثیں ہیں کہ مسلمان اسلام سے دور ہو جائیں گے۔</w:t>
      </w:r>
    </w:p>
    <w:p>
      <w:r>
        <w:rPr>
          <w:b/>
        </w:rPr>
        <w:t xml:space="preserve">[53:04] </w:t>
      </w:r>
      <w:r>
        <w:t>aaj ka musalman islam ka koi representative nahi karta,</w:t>
      </w:r>
    </w:p>
    <w:p>
      <w:pPr>
        <w:jc w:val="right"/>
      </w:pPr>
      <w:r>
        <w:t>آج کا مسلمان اسلام کا کوئی ریپریزنٹی نہیں کرتا،</w:t>
      </w:r>
    </w:p>
    <w:p>
      <w:r>
        <w:rPr>
          <w:b/>
        </w:rPr>
        <w:t xml:space="preserve">[53:13] </w:t>
      </w:r>
      <w:r>
        <w:t>woh to apni nafrat ko, apne ghusse ka</w:t>
      </w:r>
    </w:p>
    <w:p>
      <w:pPr>
        <w:jc w:val="right"/>
      </w:pPr>
      <w:r>
        <w:t>وہ تو اپنی نفرت کو، اپنے غصے کا</w:t>
      </w:r>
    </w:p>
    <w:p>
      <w:r>
        <w:rPr>
          <w:b/>
        </w:rPr>
        <w:t xml:space="preserve">[53:23] </w:t>
      </w:r>
      <w:r>
        <w:t>numainda hai.</w:t>
      </w:r>
    </w:p>
    <w:p>
      <w:pPr>
        <w:jc w:val="right"/>
      </w:pPr>
      <w:r>
        <w:t>نمائندہ ہے۔</w:t>
      </w:r>
    </w:p>
    <w:p>
      <w:r>
        <w:rPr>
          <w:b/>
        </w:rPr>
        <w:t xml:space="preserve">[53:33] </w:t>
      </w:r>
      <w:r>
        <w:t>musalman ko hamein islam ki taraf lotana hai.</w:t>
      </w:r>
    </w:p>
    <w:p>
      <w:pPr>
        <w:jc w:val="right"/>
      </w:pPr>
      <w:r>
        <w:t>مسلمان کو ہمیں اسلام کی طرف لوٹانا ہے۔</w:t>
      </w:r>
    </w:p>
    <w:p>
      <w:r>
        <w:rPr>
          <w:b/>
        </w:rPr>
        <w:t xml:space="preserve">[53:44] </w:t>
      </w:r>
      <w:r>
        <w:t>maine aik pata kaha tha, agar aap kaha to ke hamara mission jo hai,</w:t>
      </w:r>
    </w:p>
    <w:p>
      <w:pPr>
        <w:jc w:val="right"/>
      </w:pPr>
      <w:r>
        <w:t>میں نے ایک پتہ کہا تھا، اگر آپ کہا تو کہ ہمارا مشن جو ہے،</w:t>
      </w:r>
    </w:p>
    <w:p>
      <w:r>
        <w:rPr>
          <w:b/>
        </w:rPr>
        <w:t xml:space="preserve">[53:50] </w:t>
      </w:r>
      <w:r>
        <w:t>mission kya hai hamara</w:t>
      </w:r>
    </w:p>
    <w:p>
      <w:pPr>
        <w:jc w:val="right"/>
      </w:pPr>
      <w:r>
        <w:t>مشن کیا ہے ہمارا</w:t>
      </w:r>
    </w:p>
    <w:p>
      <w:r>
        <w:rPr>
          <w:b/>
        </w:rPr>
        <w:t xml:space="preserve">[53:53] </w:t>
      </w:r>
      <w:r>
        <w:t>keh ghair muslim ke liye hum Islam ko uski discovery banana chahte hain</w:t>
      </w:r>
    </w:p>
    <w:p>
      <w:pPr>
        <w:jc w:val="right"/>
      </w:pPr>
      <w:r>
        <w:t>کہ غیر مسلم کے لیے ہم اسلام کو اس کی ڈسکوری بنانا چاہتے ہیں</w:t>
      </w:r>
    </w:p>
    <w:p>
      <w:r>
        <w:rPr>
          <w:b/>
        </w:rPr>
        <w:t xml:space="preserve">[54:04] </w:t>
      </w:r>
      <w:r>
        <w:t>aur muslimon ke liye</w:t>
      </w:r>
    </w:p>
    <w:p>
      <w:pPr>
        <w:jc w:val="right"/>
      </w:pPr>
      <w:r>
        <w:t>اور مسلمانوں کے لیے</w:t>
      </w:r>
    </w:p>
    <w:p>
      <w:r>
        <w:rPr>
          <w:b/>
        </w:rPr>
        <w:t xml:space="preserve">[54:07] </w:t>
      </w:r>
      <w:r>
        <w:t>isko Islam ki</w:t>
      </w:r>
    </w:p>
    <w:p>
      <w:pPr>
        <w:jc w:val="right"/>
      </w:pPr>
      <w:r>
        <w:t>اس کو اسلام کی</w:t>
      </w:r>
    </w:p>
    <w:p>
      <w:r>
        <w:rPr>
          <w:b/>
        </w:rPr>
        <w:t xml:space="preserve">[54:10] </w:t>
      </w:r>
      <w:r>
        <w:t>rediscvoery banana chahte hain.</w:t>
      </w:r>
    </w:p>
    <w:p>
      <w:pPr>
        <w:jc w:val="right"/>
      </w:pPr>
      <w:r>
        <w:t>ری ڈسکوری بنانا چاہتے ہیں۔</w:t>
      </w:r>
    </w:p>
    <w:p>
      <w:r>
        <w:rPr>
          <w:b/>
        </w:rPr>
        <w:t xml:space="preserve">[54:16] </w:t>
      </w:r>
      <w:r>
        <w:t>to hamara to mission yeh hai ke hum musalmanon ki derelivant khatam karein. musalman ka case derilivant ka case hai, yeh musalman ka case derilivant ka case hai.</w:t>
      </w:r>
    </w:p>
    <w:p>
      <w:pPr>
        <w:jc w:val="right"/>
      </w:pPr>
      <w:r>
        <w:t>تو ہمارا تو مشن یہ ہے کہ ہم مسلمانوں کی ڈی ریلیونٹ ختم کریں۔ مسلمان کا کیس ڈی ریلیونٹ کا کیس ہے، یہ مسلمان کا کیس ڈی ریلیونٹ کا کیس ہے۔</w:t>
      </w:r>
    </w:p>
    <w:p>
      <w:r>
        <w:rPr>
          <w:b/>
        </w:rPr>
        <w:t xml:space="preserve">[54:35] </w:t>
      </w:r>
      <w:r>
        <w:t>aur yeh india hi ki baat nahi, har jagah, har jagah, pakistan mein, falasteen mein, har jagah musalman deril ho chuke hain.</w:t>
      </w:r>
    </w:p>
    <w:p>
      <w:pPr>
        <w:jc w:val="right"/>
      </w:pPr>
      <w:r>
        <w:t>اور یہ انڈیا ہی کی بات نہیں، ہر جگہ، ہر جگہ، پاکستان میں، فلسطین میں، ہر جگہ مسلمان ڈی ریل ہو چکے ہیں۔</w:t>
      </w:r>
    </w:p>
    <w:p>
      <w:r>
        <w:rPr>
          <w:b/>
        </w:rPr>
        <w:t xml:space="preserve">[54:46] </w:t>
      </w:r>
      <w:r>
        <w:t>maulana, ek sawal hai, yeh quran kis se hai? chapter five, ayat 54, surah number five, ayat 54, surah "the table".</w:t>
      </w:r>
    </w:p>
    <w:p>
      <w:pPr>
        <w:jc w:val="right"/>
      </w:pPr>
      <w:r>
        <w:t>مولانا، ایک سوال ہے، یہ قرآن کس سے ہے؟ چیپٹر فائیو، آیت 54، سورہ نمبر فائیو، آیت 54، سورہ "دا ٹیبل"۔</w:t>
      </w:r>
    </w:p>
    <w:p>
      <w:r>
        <w:rPr>
          <w:b/>
        </w:rPr>
        <w:t xml:space="preserve">[55:00] </w:t>
      </w:r>
      <w:r>
        <w:t>is mein hai maulana ke "believers, if any among you, renounce the faith, god will replace them by others who love him and are loved by him, who will be kind and considerate towards believers and firm and unyielding towards those who deny the truth".</w:t>
      </w:r>
    </w:p>
    <w:p>
      <w:pPr>
        <w:jc w:val="right"/>
      </w:pPr>
      <w:r>
        <w:t>اس میں ہے مولانا کہ "بیلیورز، اف اینی امونگ یو، ریناؤنس دا فیتھ، گاڈ ول ریپلیس دیم بائی ادرز ہو لو ہم اینڈ ار لوڈ بائی ہم، ہو ول بی کائنڈ اینڈ کنسیڈریٹ ٹورڈز بیلیورز اینڈ فرم اینڈ انیلڈنگ ٹورڈز دوز ہو ڈینائی دا ٹروتھ"۔</w:t>
      </w:r>
    </w:p>
    <w:p>
      <w:r>
        <w:rPr>
          <w:b/>
        </w:rPr>
        <w:t xml:space="preserve">[55:20] </w:t>
      </w:r>
      <w:r>
        <w:t xml:space="preserve">to maulana, yahan par yeh itne harsh words kyun hain ke towards others, towards non believers, woh itne harsh kyun honge? </w:t>
      </w:r>
    </w:p>
    <w:p>
      <w:pPr>
        <w:jc w:val="right"/>
      </w:pPr>
      <w:r>
        <w:t>تو مولانا، یہاں پر یہ اتنے ہارش ورڈز کیوں ہیں کہ ٹورڈز ادرز، ٹورڈز نان بیلیورز، وہ اتنے ہارش کیوں ہوں گے؟</w:t>
      </w:r>
    </w:p>
    <w:p>
      <w:r>
        <w:rPr>
          <w:b/>
        </w:rPr>
        <w:t xml:space="preserve">[55:31] </w:t>
      </w:r>
      <w:r>
        <w:t>firm and unyielding kyun honge? yeh kis sense mein hai? maulana, thoda isko samjha dein. quran mein ek ayat hai: "azatun alal momineen, azatun alal kafireen".</w:t>
      </w:r>
    </w:p>
    <w:p>
      <w:pPr>
        <w:jc w:val="right"/>
      </w:pPr>
      <w:r>
        <w:t>فرم اینڈ انیلڈنگ کیوں ہوں گے؟ یہ کس سینس میں ہے؟ مولانا، تھوڑا اس کو سمجھا دیں۔ قرآن میں ایک آیت ہے: "عزت علی المومنین، اعزت علی الکافرین"۔</w:t>
      </w:r>
    </w:p>
    <w:p>
      <w:r>
        <w:rPr>
          <w:b/>
        </w:rPr>
        <w:t xml:space="preserve">[55:42] </w:t>
      </w:r>
      <w:r>
        <w:t>to bolein ke itne harsh words kyun use hue yahan par? "azatun alal kafireen" unyielding character hoga unka against non believer.</w:t>
      </w:r>
    </w:p>
    <w:p>
      <w:pPr>
        <w:jc w:val="right"/>
      </w:pPr>
      <w:r>
        <w:t>تو بولیں کہ اتنے ہارش ورڈ کیوں یوز ہوئے یہاں پر؟ "اعزت علی الکافرین" انیلڈنگ کریکٹر ہوگا ان کا اگینسٹ نان بیلیور۔</w:t>
      </w:r>
    </w:p>
    <w:p>
      <w:r>
        <w:rPr>
          <w:b/>
        </w:rPr>
        <w:t xml:space="preserve">[55:55] </w:t>
      </w:r>
      <w:r>
        <w:t>jo maine ek parda bataya tha ke yeh sab hammering language, language of hammering hai islaah ke liye.</w:t>
      </w:r>
    </w:p>
    <w:p>
      <w:pPr>
        <w:jc w:val="right"/>
      </w:pPr>
      <w:r>
        <w:t>جو میں نے ایک پردہ بتایا تھا کہ یہ سب ہیمرنگ لینگویج، لینگویج آف ہیمرنگ ہے اصلاح کے لیے۔</w:t>
      </w:r>
    </w:p>
    <w:p>
      <w:r>
        <w:rPr>
          <w:b/>
        </w:rPr>
        <w:t xml:space="preserve">[56:08] </w:t>
      </w:r>
      <w:r>
        <w:t>mera tajurba yeh hai ke jab tak hammering na ki jaye, insaan ke andar change nahi aata. meethi meethi baat karenge to kuch change nahi aata.</w:t>
      </w:r>
    </w:p>
    <w:p>
      <w:pPr>
        <w:jc w:val="right"/>
      </w:pPr>
      <w:r>
        <w:t>میرا تجربہ یہ ہے کہ جب تک ہیمرنگ نہ کی جائے، انسان کے اندر چینج نہیں آتا۔ میٹھی میٹھی بات کریں گے تو کچھ چینج نہیں آتا۔</w:t>
      </w:r>
    </w:p>
    <w:p>
      <w:r>
        <w:rPr>
          <w:b/>
        </w:rPr>
        <w:t xml:space="preserve">[56:20] </w:t>
      </w:r>
      <w:r>
        <w:t>to hammering ki zaban rehmat ki zaban hoti hai, rehmat,</w:t>
      </w:r>
    </w:p>
    <w:p>
      <w:pPr>
        <w:jc w:val="right"/>
      </w:pPr>
      <w:r>
        <w:t>تو ہیمرنگ کی زبان رحمت کی زبان ہوتی ہے، رحمت،</w:t>
      </w:r>
    </w:p>
    <w:p>
      <w:r>
        <w:rPr>
          <w:b/>
        </w:rPr>
        <w:t xml:space="preserve">[56:27] </w:t>
      </w:r>
      <w:r>
        <w:t>rehmat ki zaban hoti hai. main aap ko ek misaal deta hoon, ek misaal deta hoon.</w:t>
      </w:r>
    </w:p>
    <w:p>
      <w:pPr>
        <w:jc w:val="right"/>
      </w:pPr>
      <w:r>
        <w:t>رحمت کی زبان ہوتی ہے۔ میں آپ کو ایک مثال دیتا ہوں، ایک مثال دیتا ہوں۔</w:t>
      </w:r>
    </w:p>
    <w:p>
      <w:r>
        <w:rPr>
          <w:b/>
        </w:rPr>
        <w:t xml:space="preserve">[56:38] </w:t>
      </w:r>
      <w:r>
        <w:t>ek sahab the, ab woh india mein nahi hain, shayad london mein rehte hain, ghaliban. to</w:t>
      </w:r>
    </w:p>
    <w:p>
      <w:pPr>
        <w:jc w:val="right"/>
      </w:pPr>
      <w:r>
        <w:t>ایک صاحب تھے، اب وہ انڈیا میں نہیں ہیں، شاید لندن میں رہتے ہیں، غالباً۔ تو</w:t>
      </w:r>
    </w:p>
    <w:p>
      <w:r>
        <w:rPr>
          <w:b/>
        </w:rPr>
        <w:t xml:space="preserve">[56:50] </w:t>
      </w:r>
      <w:r>
        <w:t>woh parhte the kahin, to mere paas aaye karte the. ek din aaye to bohat ghamgeen, sad the, bohat sad.</w:t>
      </w:r>
    </w:p>
    <w:p>
      <w:pPr>
        <w:jc w:val="right"/>
      </w:pPr>
      <w:r>
        <w:t>وہ پڑھتے تھے کہیں، تو میرے پاس آئے کرتے تھے۔ ایک دن آئے تو بہت غمگین، سیڈ تھے، بہت سیڈ۔</w:t>
      </w:r>
    </w:p>
    <w:p>
      <w:r>
        <w:rPr>
          <w:b/>
        </w:rPr>
        <w:t xml:space="preserve">[57:01] </w:t>
      </w:r>
      <w:r>
        <w:t>to maine poocha ke kya mamla hai?</w:t>
      </w:r>
    </w:p>
    <w:p>
      <w:pPr>
        <w:jc w:val="right"/>
      </w:pPr>
      <w:r>
        <w:t>تو میں نے پوچھا کہ کیا معاملہ ہے؟</w:t>
      </w:r>
    </w:p>
    <w:p>
      <w:r>
        <w:rPr>
          <w:b/>
        </w:rPr>
        <w:t xml:space="preserve">[57:06] </w:t>
      </w:r>
      <w:r>
        <w:t>to unhone kaha ke mera baap mar gaya hai, ab mujhe ghar jana padega kyunke ghar ka kaam koi sambhalne wala nahi hai.</w:t>
      </w:r>
    </w:p>
    <w:p>
      <w:pPr>
        <w:jc w:val="right"/>
      </w:pPr>
      <w:r>
        <w:t>تو انہوں نے کہا کہ میرا باپ مر گیا ہے، اب مجھے گھر جانا پڑے گا کیونکہ گھر کا کام کوئی سنبھالنے والا نہیں ہے۔</w:t>
      </w:r>
    </w:p>
    <w:p>
      <w:r>
        <w:rPr>
          <w:b/>
        </w:rPr>
        <w:t xml:space="preserve">[57:23] </w:t>
      </w:r>
      <w:r>
        <w:t>to mujhe taleem chhod kar ke ghar jana padega. jaise hi unhone yeh kaha to main foran meri zaban se nikla, aap bhi mar jayen to</w:t>
      </w:r>
    </w:p>
    <w:p>
      <w:pPr>
        <w:jc w:val="right"/>
      </w:pPr>
      <w:r>
        <w:t>تو مجھے تعلیم چھوڑ کر کے گھر جانا پڑے گا۔ جیسے ہی انہوں نے یہ کہا تو میں فوراً میری زبان سے نکلا، آپ بھی مر جائیں تو</w:t>
      </w:r>
    </w:p>
    <w:p>
      <w:r>
        <w:rPr>
          <w:b/>
        </w:rPr>
        <w:t xml:space="preserve">[57:40] </w:t>
      </w:r>
      <w:r>
        <w:t>ke mera baap mar gaya hai, is liye mujhe ghar jana hai.</w:t>
      </w:r>
    </w:p>
    <w:p>
      <w:pPr>
        <w:jc w:val="right"/>
      </w:pPr>
      <w:r>
        <w:t>کہ میرا باپ مر گیا ہے، اس لیے مجھے گھر جانا ہے۔</w:t>
      </w:r>
    </w:p>
    <w:p>
      <w:r>
        <w:rPr>
          <w:b/>
        </w:rPr>
        <w:t xml:space="preserve">[57:46] </w:t>
      </w:r>
      <w:r>
        <w:t>to meri zaban se nikla, aap bhi mar jayen to.</w:t>
      </w:r>
    </w:p>
    <w:p>
      <w:pPr>
        <w:jc w:val="right"/>
      </w:pPr>
      <w:r>
        <w:t>تو میری زبان سے نکلا، آپ بھی مر جائیں تو۔</w:t>
      </w:r>
    </w:p>
    <w:p>
      <w:r>
        <w:rPr>
          <w:b/>
        </w:rPr>
        <w:t xml:space="preserve">[57:53] </w:t>
      </w:r>
      <w:r>
        <w:t>to is ke kai saal ke baad woh sahib mujh se mile, yaani dilli mein.</w:t>
      </w:r>
    </w:p>
    <w:p>
      <w:pPr>
        <w:jc w:val="right"/>
      </w:pPr>
      <w:r>
        <w:t>تو اس کے کئی سال کے بعد وہ صاحب مجھ سے ملے، یعنی دلی میں۔</w:t>
      </w:r>
    </w:p>
    <w:p>
      <w:r>
        <w:rPr>
          <w:b/>
        </w:rPr>
        <w:t xml:space="preserve">[58:03] </w:t>
      </w:r>
      <w:r>
        <w:t>to unhon ne kaha ke aap ke ek sentence ne meri zindagi badal di.</w:t>
      </w:r>
    </w:p>
    <w:p>
      <w:pPr>
        <w:jc w:val="right"/>
      </w:pPr>
      <w:r>
        <w:t>تو انہوں نے کہا کہ آپ کے ایک سینٹنس نے میری زندگی بدل دی۔</w:t>
      </w:r>
    </w:p>
    <w:p>
      <w:r>
        <w:rPr>
          <w:b/>
        </w:rPr>
        <w:t xml:space="preserve">[58:11] </w:t>
      </w:r>
      <w:r>
        <w:t>unhon ne kaha ke jab mein yeh sochne laga ke maut to sab ke liye hai,</w:t>
      </w:r>
    </w:p>
    <w:p>
      <w:pPr>
        <w:jc w:val="right"/>
      </w:pPr>
      <w:r>
        <w:t>انہوں نے کہا کہ جب میں یہ سوچنے لگا کہ موت تو سب کے لیے ہے،</w:t>
      </w:r>
    </w:p>
    <w:p>
      <w:r>
        <w:rPr>
          <w:b/>
        </w:rPr>
        <w:t xml:space="preserve">[58:20] </w:t>
      </w:r>
      <w:r>
        <w:t>to mein taleem nahi chhodunga. mein ne ghar mein gaya hi nahi, taleem jaari rakhi, padhta raha, padhta raha.</w:t>
      </w:r>
    </w:p>
    <w:p>
      <w:pPr>
        <w:jc w:val="right"/>
      </w:pPr>
      <w:r>
        <w:t>تو میں تعلیم نہیں چھوڑوں گا۔ میں نے گھر میں گیا ہی نہیں، تعلیم جاری رکھی، پڑھتا رہا، پڑھتا رہا۔</w:t>
      </w:r>
    </w:p>
    <w:p>
      <w:r>
        <w:rPr>
          <w:b/>
        </w:rPr>
        <w:t xml:space="preserve">[58:30] </w:t>
      </w:r>
      <w:r>
        <w:t>to jab apni taleem poori kar li unhon ne to bataya unhon ne ke is ke baad mein india se nikal kar gaya, pehle shayad arab gaye, pehle phir woh gaye afreeqa,</w:t>
      </w:r>
    </w:p>
    <w:p>
      <w:pPr>
        <w:jc w:val="right"/>
      </w:pPr>
      <w:r>
        <w:t>تو جب اپنی تعلیم پوری کر لی انہوں نے تو بتایا انہوں نے کہ اس کے بعد میں انڈیا سے نکل کر گیا، پہلے شاید عرب گئے، پہلے پھر وہ گئے افریقہ،</w:t>
      </w:r>
    </w:p>
    <w:p>
      <w:r>
        <w:rPr>
          <w:b/>
        </w:rPr>
        <w:t xml:space="preserve">[58:43] </w:t>
      </w:r>
      <w:r>
        <w:t>phir woh pahunche kaise kaise london. ab ghaliban woh london mein rehte hain, achha paisa kamaya unhon ne. to unhon ne bataya ke mein ne agar loot jaata to mere ghar pe to koi kaam tha nahi, mamooli haalat thi mere ghar ki,</w:t>
      </w:r>
    </w:p>
    <w:p>
      <w:pPr>
        <w:jc w:val="right"/>
      </w:pPr>
      <w:r>
        <w:t>پھر وہ پہنچے کیسے کیسے لندن۔ اب غالباً وہ لندن میں رہتے ہیں، اچھا پیسہ کمایا انہوں نے۔ تو انہوں نے بتایا کہ میں نے اگر لوٹ جاتا تو میرے گھر پہ تو کوئی کام تھا نہیں، معمولی حالت تھی میرے گھر کی،</w:t>
      </w:r>
    </w:p>
    <w:p>
      <w:r>
        <w:rPr>
          <w:b/>
        </w:rPr>
        <w:t xml:space="preserve">[59:01] </w:t>
      </w:r>
      <w:r>
        <w:t>to kuch nahi kar paata. lekin is aap ko unhon ne kaha ke aap aap bhi mar jaen to. to mere andar ek incentive jaaga ke mujhe padhna hai, mujhe kaam karna hai.</w:t>
      </w:r>
    </w:p>
    <w:p>
      <w:pPr>
        <w:jc w:val="right"/>
      </w:pPr>
      <w:r>
        <w:t>تو کچھ نہیں کر پاتا۔ لیکن اس آپ کو انہوں نے کہا کہ آپ آپ بھی مر جائیں تو۔ تو میرے اندر ایک انسنٹیو جاگا کہ مجھے پڑھنا ہے، مجھے کام کرنا ہے۔</w:t>
      </w:r>
    </w:p>
    <w:p>
      <w:r>
        <w:rPr>
          <w:b/>
        </w:rPr>
        <w:t xml:space="preserve">[59:15] </w:t>
      </w:r>
      <w:r>
        <w:t>to unhon ne bataya ke is ke baad mein ne jo mere bhai the, behan thi, sab ko madad ki, bohat ziyada madad ki.</w:t>
      </w:r>
    </w:p>
    <w:p>
      <w:pPr>
        <w:jc w:val="right"/>
      </w:pPr>
      <w:r>
        <w:t>تو انہوں نے بتایا کہ اس کے بعد میں نے جو میرے بھائی تھے، بہن تھی، سب کو مدد کی، بہت زیادہ مدد کی۔</w:t>
      </w:r>
    </w:p>
    <w:p>
      <w:r>
        <w:rPr>
          <w:b/>
        </w:rPr>
        <w:t xml:space="preserve">[59:25] </w:t>
      </w:r>
      <w:r>
        <w:t>behan ki shadi ki, bhai ko padhwaya, ghar banaya, koi kiya kiya. to hammering ki zabaan jo hai quran mein hai, to hammering ki zabaan to rehmat ki zabaan hai, rehmat ki zabaan hai.</w:t>
      </w:r>
    </w:p>
    <w:p>
      <w:pPr>
        <w:jc w:val="right"/>
      </w:pPr>
      <w:r>
        <w:t>بہن کی شادی کی، بھائی کو پڑھوایا، گھر بنایا، کوئی کیا کیا۔ تو ہیمرنگ کی زبان جو ہے قرآن میں ہے، تو ہیمرنگ کی زبان تو رحمت کی زبان ہے، رحمت کی زبان ہے۔</w:t>
      </w:r>
    </w:p>
    <w:p>
      <w:r>
        <w:rPr>
          <w:b/>
        </w:rPr>
        <w:t xml:space="preserve">[59:46] </w:t>
      </w:r>
      <w:r>
        <w:t>maulana, yeh facebook par kuch comment aaye hain: "shamaz ansari, merit se not, se no to negativity is the only simple formula to lead our spiritual life".</w:t>
      </w:r>
    </w:p>
    <w:p>
      <w:pPr>
        <w:jc w:val="right"/>
      </w:pPr>
      <w:r>
        <w:t>مولانا، یہ فیس بک پر کچھ کمنٹ آئے ہیں: "شماز انصاری، میرٹ سے نوٹ، سے نو ٹو نیگیٹیوٹی از دا اونلی سمپل فارمولا ٹو لیڈ ار اسپریچول لائف"۔</w:t>
      </w:r>
    </w:p>
    <w:p>
      <w:r>
        <w:rPr>
          <w:b/>
        </w:rPr>
        <w:t xml:space="preserve">[1:00:06] </w:t>
      </w:r>
      <w:r>
        <w:t>shabina ali, kolkata. maulana, aap ne jo situation base dua karne ka tareeqa bataya hai, woh bilkul revolutionary hai.</w:t>
      </w:r>
    </w:p>
    <w:p>
      <w:pPr>
        <w:jc w:val="right"/>
      </w:pPr>
      <w:r>
        <w:t>شبینہ علی، کلکتہ۔ مولانا، آپ نے جو سچویشن بیس دعا کرنے کا طریقہ بتایا ہے، وہ بالکل ریولوشنری ہے۔</w:t>
      </w:r>
    </w:p>
    <w:p>
      <w:r>
        <w:rPr>
          <w:b/>
        </w:rPr>
        <w:t xml:space="preserve">[1:00:17] </w:t>
      </w:r>
      <w:r>
        <w:t>is se bande ka rukh negative situation se positive mein badal jaata hai aur woh khuda se bohat qareeb apne aap ko paata hai.</w:t>
      </w:r>
    </w:p>
    <w:p>
      <w:pPr>
        <w:jc w:val="right"/>
      </w:pPr>
      <w:r>
        <w:t>اس سے بندے کا رخ نیگیٹیو سچویشن سے پوزیٹیو میں بدل جاتا ہے اور وہ خدا سے بہت قریب اپنے آپ کو پاتا ہے۔</w:t>
      </w:r>
    </w:p>
    <w:p>
      <w:r>
        <w:rPr>
          <w:b/>
        </w:rPr>
        <w:t xml:space="preserve">[1:00:34] </w:t>
      </w:r>
      <w:r>
        <w:t>ghazala asad khan, maulana, aap hamare role model hain. allah aap ko sehat ke sath salamat rakhe, aameen. kya naam hai?</w:t>
      </w:r>
    </w:p>
    <w:p>
      <w:pPr>
        <w:jc w:val="right"/>
      </w:pPr>
      <w:r>
        <w:t>غزالہ اسد خان، مولانا، آپ ہمارے رول ماڈل ہیں۔ اللہ آپ کو صحت کے ساتھ سلامت رکھے، آمین۔ کیا نام ہے؟</w:t>
      </w:r>
    </w:p>
    <w:p>
      <w:r>
        <w:rPr>
          <w:b/>
        </w:rPr>
        <w:t xml:space="preserve">[1:00:45] </w:t>
      </w:r>
      <w:r>
        <w:t>ghazala asad khan, karachi. karachi ji. achha, naghma siddiqui, dilli.</w:t>
      </w:r>
    </w:p>
    <w:p>
      <w:pPr>
        <w:jc w:val="right"/>
      </w:pPr>
      <w:r>
        <w:t>غزالہ اسد خان، کراچی۔ کراچی جی۔ اچھا، نغمہ صدیقی، دہلی۔</w:t>
      </w:r>
    </w:p>
    <w:p>
      <w:r>
        <w:rPr>
          <w:b/>
        </w:rPr>
        <w:t xml:space="preserve">[1:00:56] </w:t>
      </w:r>
      <w:r>
        <w:t>"i have been deeply moved by today's lecture". maulana, "i will try never be negative".</w:t>
      </w:r>
    </w:p>
    <w:p>
      <w:pPr>
        <w:jc w:val="right"/>
      </w:pPr>
      <w:r>
        <w:t>"آئی ہیو بین ڈیپلی مووڈ بائی ٹو ڈیز لیکچر"۔ مولانا، "آئی ول ٹرائی نیول نیور بی نیگیٹیو"۔</w:t>
      </w:r>
    </w:p>
    <w:p>
      <w:r>
        <w:rPr>
          <w:b/>
        </w:rPr>
        <w:t xml:space="preserve">[1:01:06] </w:t>
      </w:r>
      <w:r>
        <w:t>inshallah. naseer sunah sahib, tamapur se, apna ta'assur bayan kar rahe hain. maulana, mein aap se judne ke baad jaana ke negative positive cheez kya hai,</w:t>
      </w:r>
    </w:p>
    <w:p>
      <w:pPr>
        <w:jc w:val="right"/>
      </w:pPr>
      <w:r>
        <w:t>انشاءاللہ۔ نصیر سنہ صاحب، تماپور سے، اپنا تاثر بیان کر رہے ہیں۔ مولانا، میں آپ سے جڑنے کے بعد جانا کہ نیگیٹیو پوزیٹیو چیز کیا ہے،</w:t>
      </w:r>
    </w:p>
    <w:p>
      <w:r>
        <w:rPr>
          <w:b/>
        </w:rPr>
        <w:t xml:space="preserve">[1:01:22] </w:t>
      </w:r>
      <w:r>
        <w:t>sahi islam kya hai, dawat kya hai, aur bohat sari baaton ko jaana. jaise sahaba ne islam qabool kiya jahalat ko chhod kar, waise hi hum ne bhi imaan mehsoos kiya.</w:t>
      </w:r>
    </w:p>
    <w:p>
      <w:pPr>
        <w:jc w:val="right"/>
      </w:pPr>
      <w:r>
        <w:t>صحیح اسلام کیا ہے، دعوت کیا ہے، اور بہت ساری باتوں کو جانا۔ جیسے صحابہ نے اسلام قبول کیا جہالت کو چھوڑ کر، ویسے ہی ہم نے بھی ایمان محسوس کیا۔</w:t>
      </w:r>
    </w:p>
    <w:p>
      <w:r>
        <w:rPr>
          <w:b/>
        </w:rPr>
        <w:t xml:space="preserve">[1:01:35] </w:t>
      </w:r>
      <w:r>
        <w:t>is ke baad woh likhte hain ke allah ka bohat bara ehsan aur shukr hai ke is ne humein aap se jod diya, sahi deen par chalne ki tofeeq di.</w:t>
      </w:r>
    </w:p>
    <w:p>
      <w:pPr>
        <w:jc w:val="right"/>
      </w:pPr>
      <w:r>
        <w:t>اس کے بعد وہ لکھتے ہیں کہ اللہ کا بہت بڑا احسان اور شکر ہے کہ اس نے ہمیں آپ سے جوڑ دیا، صحیح دین پر چلنے کی توفیق دی۔</w:t>
      </w:r>
    </w:p>
    <w:p>
      <w:r>
        <w:rPr>
          <w:b/>
        </w:rPr>
        <w:t xml:space="preserve">[1:01:48] </w:t>
      </w:r>
      <w:r>
        <w:t>mashallah. shamaz ansari dobara likhti hain: "maulana, i learned from your all lectures and your literature that we should take positive lesson from every negative situation".</w:t>
      </w:r>
    </w:p>
    <w:p>
      <w:pPr>
        <w:jc w:val="right"/>
      </w:pPr>
      <w:r>
        <w:t>ماشاءاللہ۔ شماز انصاری دوبارہ لکھتی ہیں: "مولانا، آئی لرنڈ فرام یور آل لیکچرز اینڈ یور لٹریچر دیٹ وی شوڈ ٹیک پوزیٹیو لیسن فرام ایوری نیگیٹیو سچویشن"۔</w:t>
      </w:r>
    </w:p>
    <w:p>
      <w:r>
        <w:rPr>
          <w:b/>
        </w:rPr>
        <w:t xml:space="preserve">[1:02:02] </w:t>
      </w:r>
      <w:r>
        <w:t>jazak allah khaira. mashallah. ishaq kamal sahib likhte hain hyderabad se: "kya naam hai?" ishaq kamal.</w:t>
      </w:r>
    </w:p>
    <w:p>
      <w:pPr>
        <w:jc w:val="right"/>
      </w:pPr>
      <w:r>
        <w:t>جزاک اللہ خیرا۔ ماشاءاللہ۔ اسحاق کمال صاحب لکھتے ہیں حیدرآباد سے: "کیا نام ہے؟" اسحاق کمال۔</w:t>
      </w:r>
    </w:p>
    <w:p>
      <w:r>
        <w:rPr>
          <w:b/>
        </w:rPr>
        <w:t xml:space="preserve">[1:02:13] </w:t>
      </w:r>
      <w:r>
        <w:t>achha, kya kehte hain? "assalam o alaikum wa rehmatullah wa barakatuh to you and all positive positivity</w:t>
      </w:r>
    </w:p>
    <w:p>
      <w:pPr>
        <w:jc w:val="right"/>
      </w:pPr>
      <w:r>
        <w:t>اچھا، کیا کہتے ہیں؟ "السلام علیکم ورحمۃ اللہ وبرکاتہ ٹو یو اینڈ آل پوزیٹیو پوزیٹیوٹی</w:t>
      </w:r>
    </w:p>
    <w:p>
      <w:r>
        <w:rPr>
          <w:b/>
        </w:rPr>
        <w:t xml:space="preserve">[1:02:27] </w:t>
      </w:r>
      <w:r>
        <w:t>and haq lovers". bas ji, kya matlab hua? tamam sachai ko pasand karne wale aur positivity ko pasand karne wale ko salam.</w:t>
      </w:r>
    </w:p>
    <w:p>
      <w:pPr>
        <w:jc w:val="right"/>
      </w:pPr>
      <w:r>
        <w:t>اینڈ حق لورز"۔ بس جی، کیا مطلب ہوا؟ تمام سچائی کو پسند کرنے والے اور پوزیٹیوٹی کو پسند کرنے والے کو سلام۔</w:t>
      </w:r>
    </w:p>
    <w:p>
      <w:r>
        <w:rPr>
          <w:b/>
        </w:rPr>
        <w:t xml:space="preserve">[1:02:43] </w:t>
      </w:r>
      <w:r>
        <w:t>wa alaikum assalam. achha, ek sahib sawal kar rahe hain, un ka naam hai usama mukhtar aur yeh pakistan ke hain. "what is the ideology of maulana wahiduddin khan?" achha ji, bhai, hamari ideology to hamara mission jo hai literature based hai,</w:t>
      </w:r>
    </w:p>
    <w:p>
      <w:pPr>
        <w:jc w:val="right"/>
      </w:pPr>
      <w:r>
        <w:t>وعلیکم السلام۔ اچھا، ایک صاحب سوال کر رہے ہیں، ان کا نام ہے اسامہ مختار اور یہ پاکستان کے ہیں۔ "واٹ از دی آئیڈیالوجی آف مولانا وحید الدین خان؟" اچھا جی، بھائی، ہماری آئیڈیالوجی تو ہمارا مشن جو ہے لٹریچر بیسڈ ہے،</w:t>
      </w:r>
    </w:p>
    <w:p>
      <w:r>
        <w:rPr>
          <w:b/>
        </w:rPr>
        <w:t xml:space="preserve">[1:03:12] </w:t>
      </w:r>
      <w:r>
        <w:t>sab kitabon mein maujood hai aur har hafte do din hum program karte hain, saturday ko aur sunday ko.</w:t>
      </w:r>
    </w:p>
    <w:p>
      <w:pPr>
        <w:jc w:val="right"/>
      </w:pPr>
      <w:r>
        <w:t>سب کتابوں میں موجود ہے اور ہر ہفتے دو دن ہم پروگرام کرتے ہیں، سیٹرڈے کو اور سنڈے کو۔</w:t>
      </w:r>
    </w:p>
    <w:p>
      <w:r>
        <w:rPr>
          <w:b/>
        </w:rPr>
        <w:t xml:space="preserve">[1:03:21] </w:t>
      </w:r>
      <w:r>
        <w:t>to aap program sunna chahein to suniye, saturday aur sunday ko, aur kitab padh saka hai to kitab padhiye, aap ko sari baat hamari maloom ho jayegi.</w:t>
      </w:r>
    </w:p>
    <w:p>
      <w:pPr>
        <w:jc w:val="right"/>
      </w:pPr>
      <w:r>
        <w:t>تو آپ پروگرام سننا چاہیں تو سنیے، سیٹرڈے اور سنڈے کو، اور کتاب پڑھ سکا ہے تو کتاب پڑھیے، آپ کو ساری بات ہماری معلوم ہو جائے گی۔</w:t>
      </w:r>
    </w:p>
    <w:p>
      <w:r>
        <w:rPr>
          <w:b/>
        </w:rPr>
        <w:t xml:space="preserve">[1:03:33] </w:t>
      </w:r>
      <w:r>
        <w:t>kaise? jab jawab kafi hai, kafi hai. Maulana, acha,</w:t>
      </w:r>
    </w:p>
    <w:p>
      <w:pPr>
        <w:jc w:val="right"/>
      </w:pPr>
      <w:r>
        <w:t>کیسے؟ جب جواب کافی ہے، کافی ہے۔ مولانا، اچھا،</w:t>
      </w:r>
    </w:p>
    <w:p>
      <w:r>
        <w:rPr>
          <w:b/>
        </w:rPr>
        <w:t xml:space="preserve">[1:03:40] </w:t>
      </w:r>
      <w:r>
        <w:t>Maulana, ek sawal aaya hai, yeh Saudi Arab mein rehte hain, Saeed Ahmed naam hai un ka.</w:t>
      </w:r>
    </w:p>
    <w:p>
      <w:pPr>
        <w:jc w:val="right"/>
      </w:pPr>
      <w:r>
        <w:t>مولانا، ایک سوال آیا ہے، یہ سعودی عرب میں رہتے ہیں، سعید احمد نام ہے ان کا۔</w:t>
      </w:r>
    </w:p>
    <w:p>
      <w:r>
        <w:rPr>
          <w:b/>
        </w:rPr>
        <w:t xml:space="preserve">[1:03:52] </w:t>
      </w:r>
      <w:r>
        <w:t>un ka sawal yeh hai ke hum is liye Musalman hain ke Musalmanon ke ghar mein paida hue hain. Is tarah non-Muslim bhi is liye non-Muslim hai ke woh non-Muslim ke ghar mein paida hua hai.</w:t>
      </w:r>
    </w:p>
    <w:p>
      <w:pPr>
        <w:jc w:val="right"/>
      </w:pPr>
      <w:r>
        <w:t>ان کا سوال یہ ہے کہ ہم اس لیے مسلمان ہیں کہ مسلمانوں کے گھر میں پیدا ہوئے ہیں۔ اس طرح نان مسلم بھی اس لیے نان مسلم ہے کہ وہ نان مسلم کے گھر میں پیدا ہوا ہے۔</w:t>
      </w:r>
    </w:p>
    <w:p>
      <w:r>
        <w:rPr>
          <w:b/>
        </w:rPr>
        <w:t xml:space="preserve">[1:04:03] </w:t>
      </w:r>
      <w:r>
        <w:t>woh kaise Musalman hoga?</w:t>
      </w:r>
    </w:p>
    <w:p>
      <w:pPr>
        <w:jc w:val="right"/>
      </w:pPr>
      <w:r>
        <w:t>وہ کیسے مسلمان ہوگا؟</w:t>
      </w:r>
    </w:p>
    <w:p>
      <w:r>
        <w:rPr>
          <w:b/>
        </w:rPr>
        <w:t xml:space="preserve">[1:04:10] </w:t>
      </w:r>
      <w:r>
        <w:t>kya kya kya? is ka khulasa hai? khulasa yeh hai ke ek non-Muslim kaise Musalman hoga?</w:t>
      </w:r>
    </w:p>
    <w:p>
      <w:pPr>
        <w:jc w:val="right"/>
      </w:pPr>
      <w:r>
        <w:t>کیا کیا کیا؟ اس کا خلاصہ ہے؟ خلاصہ یہ ہے کہ ایک نان مسلم کیسے مسلمان ہوگا؟</w:t>
      </w:r>
    </w:p>
    <w:p>
      <w:r>
        <w:rPr>
          <w:b/>
        </w:rPr>
        <w:t xml:space="preserve">[1:04:19] </w:t>
      </w:r>
      <w:r>
        <w:t>acha,</w:t>
      </w:r>
    </w:p>
    <w:p>
      <w:pPr>
        <w:jc w:val="right"/>
      </w:pPr>
      <w:r>
        <w:t>اچھا،</w:t>
      </w:r>
    </w:p>
    <w:p>
      <w:r>
        <w:rPr>
          <w:b/>
        </w:rPr>
        <w:t xml:space="preserve">[1:04:26] </w:t>
      </w:r>
      <w:r>
        <w:t>bhai, woh kitabon ko padhein, sachai ko daryaft karein aur jo cheez unhein sach dikhai de, haq, us ko qabool kar lein.</w:t>
      </w:r>
    </w:p>
    <w:p>
      <w:pPr>
        <w:jc w:val="right"/>
      </w:pPr>
      <w:r>
        <w:t>بھائی، وہ کتابوں کو پڑھیں، سچائی کو دریافت کریں اور جو چیز انہیں سچ دکھائی دے، حق، اس کو قبول کر لیں۔</w:t>
      </w:r>
    </w:p>
    <w:p>
      <w:r>
        <w:rPr>
          <w:b/>
        </w:rPr>
        <w:t xml:space="preserve">[1:04:37] </w:t>
      </w:r>
      <w:r>
        <w:t>main ne abhi aaj hi yeh baat kahi hai ke yeh mamla</w:t>
      </w:r>
    </w:p>
    <w:p>
      <w:pPr>
        <w:jc w:val="right"/>
      </w:pPr>
      <w:r>
        <w:t>میں نے ابھی آج ہی یہ بات کہی ہے کہ یہ معاملہ</w:t>
      </w:r>
    </w:p>
    <w:p>
      <w:r>
        <w:rPr>
          <w:b/>
        </w:rPr>
        <w:t xml:space="preserve">[1:04:48] </w:t>
      </w:r>
      <w:r>
        <w:t>choice ka mamla hai. jis cheez ko aap ka dil gawahi de ke yeh sachai hai, us ko ikhtiyar kar lijiye.</w:t>
      </w:r>
    </w:p>
    <w:p>
      <w:pPr>
        <w:jc w:val="right"/>
      </w:pPr>
      <w:r>
        <w:t>چوائس کا معاملہ ہے۔ جس چیز کو آپ کا دل گواہی دے کہ یہ سچائی ہے، اس کو اختیار کر لیجئے۔</w:t>
      </w:r>
    </w:p>
    <w:p>
      <w:r>
        <w:rPr>
          <w:b/>
        </w:rPr>
        <w:t xml:space="preserve">[1:04:58] </w:t>
      </w:r>
      <w:r>
        <w:t>yeh aap ka apna choice ka mamla hai.</w:t>
      </w:r>
    </w:p>
    <w:p>
      <w:pPr>
        <w:jc w:val="right"/>
      </w:pPr>
      <w:r>
        <w:t>یہ آپ کا اپنا چوائس کا معاملہ ہے۔</w:t>
      </w:r>
    </w:p>
    <w:p>
      <w:r>
        <w:rPr>
          <w:b/>
        </w:rPr>
        <w:t xml:space="preserve">[1:05:11] </w:t>
      </w:r>
      <w:r>
        <w:t>Muhammad Abrar Sharif, Allahabad, un ka sawal hai: kya deen ka tanhai ma khaz bina kisi shareek hain?</w:t>
      </w:r>
    </w:p>
    <w:p>
      <w:pPr>
        <w:jc w:val="right"/>
      </w:pPr>
      <w:r>
        <w:t>محمد ابرار شریف، الہ آباد، ان کا سوال ہے: کیا دین کا تنہا ماخذ بنا کسی شریک ہیں؟</w:t>
      </w:r>
    </w:p>
    <w:p>
      <w:r>
        <w:rPr>
          <w:b/>
        </w:rPr>
        <w:t xml:space="preserve">[1:05:23] </w:t>
      </w:r>
      <w:r>
        <w:t>deen ka kya deen ka tanhai ma khaz Quran hai?</w:t>
      </w:r>
    </w:p>
    <w:p>
      <w:pPr>
        <w:jc w:val="right"/>
      </w:pPr>
      <w:r>
        <w:t>دین کا کیا دین کا تنہا ماخذ قرآن ہے؟</w:t>
      </w:r>
    </w:p>
    <w:p>
      <w:r>
        <w:rPr>
          <w:b/>
        </w:rPr>
        <w:t xml:space="preserve">[1:05:31] </w:t>
      </w:r>
      <w:r>
        <w:t>bhai, yeh yeh to mere batane ki baat nahi hai. aap study kijiye, aap study kijiye, aap ko jo discovery ho, wahi asal hai.</w:t>
      </w:r>
    </w:p>
    <w:p>
      <w:pPr>
        <w:jc w:val="right"/>
      </w:pPr>
      <w:r>
        <w:t>بھائی، یہ یہ تو میرے بتانے کی بات نہیں ہے۔ آپ اسٹڈی کیجئے، آپ اسٹڈی کیجئے، آپ کو جو ڈسکوری ہو، وہی اصل ہے۔</w:t>
      </w:r>
    </w:p>
    <w:p>
      <w:r>
        <w:rPr>
          <w:b/>
        </w:rPr>
        <w:t xml:space="preserve">[1:05:46] </w:t>
      </w:r>
      <w:r>
        <w:t>kisi ke batane se to kuch hota nahi. meri apni discovery yahi hai. main ne ek kitab likhi hai "Islam Rediscovered",</w:t>
      </w:r>
    </w:p>
    <w:p>
      <w:pPr>
        <w:jc w:val="right"/>
      </w:pPr>
      <w:r>
        <w:t>کسی کے بتانے سے تو کچھ ہوتا نہیں۔ میری اپنی ڈسکوری یہی ہے۔ میں نے ایک کتاب لکھی ہے "اسلام ری ڈسکورڈ"،</w:t>
      </w:r>
    </w:p>
    <w:p>
      <w:r>
        <w:rPr>
          <w:b/>
        </w:rPr>
        <w:t xml:space="preserve">[1:06:00] </w:t>
      </w:r>
      <w:r>
        <w:t>woh isi mozu par hai. "Islam Rediscovered" to agar aap mere janna chahte hain to is kitab ko padhiye.</w:t>
      </w:r>
    </w:p>
    <w:p>
      <w:pPr>
        <w:jc w:val="right"/>
      </w:pPr>
      <w:r>
        <w:t>وہ اسی موضوع پر ہے۔ "اسلام ری ڈسکورڈ" تو اگر آپ میرے جاننا چاہتے ہیں تو اس کتاب کو پڑھیے۔</w:t>
      </w:r>
    </w:p>
    <w:p>
      <w:r>
        <w:rPr>
          <w:b/>
        </w:rPr>
        <w:t xml:space="preserve">[1:06:12] </w:t>
      </w:r>
      <w:r>
        <w:t>aap ko khud janna hai to aap bohat si kitabein doosron ki bhi hain, jo</w:t>
      </w:r>
    </w:p>
    <w:p>
      <w:pPr>
        <w:jc w:val="right"/>
      </w:pPr>
      <w:r>
        <w:t>آپ کو خود جاننا ہے تو آپ بہت سی کتابیں دوسروں کی بھی ہیں، جو</w:t>
      </w:r>
    </w:p>
    <w:p>
      <w:r>
        <w:rPr>
          <w:b/>
        </w:rPr>
        <w:t xml:space="preserve">[1:06:21] </w:t>
      </w:r>
      <w:r>
        <w:t>aap padhiye, padh kar ke khud janiye ke kya sachai hai aur us ko ikhtiyar kar lijiye.</w:t>
      </w:r>
    </w:p>
    <w:p>
      <w:pPr>
        <w:jc w:val="right"/>
      </w:pPr>
      <w:r>
        <w:t>آپ پڑھیے، پڑھ کر کے خود جانیے کہ کیا سچائی ہے اور اس کو اختیار کر لیجئے۔</w:t>
      </w:r>
    </w:p>
    <w:p>
      <w:r>
        <w:rPr>
          <w:b/>
        </w:rPr>
        <w:t xml:space="preserve">[1:06:33] </w:t>
      </w:r>
      <w:r>
        <w:t>apne bare mein main keh sakta hoon ke main ne bohat zyada padha, bohat zyada padha, bohat zyada padha. to bohat si kitabein likhein, is mein se ek kitab yeh hai "Islam Rediscovered".</w:t>
      </w:r>
    </w:p>
    <w:p>
      <w:pPr>
        <w:jc w:val="right"/>
      </w:pPr>
      <w:r>
        <w:t>اپنے بارے میں میں کہہ سکتا ہوں کہ میں نے بہت زیادہ پڑھا، بہت زیادہ پڑھا، بہت زیادہ پڑھا۔ تو بہت سی کتابیں لکھیں، اس میں سے ایک کتاب یہ ہے "اسلام ری ڈسکورڈ"۔</w:t>
      </w:r>
    </w:p>
    <w:p>
      <w:r>
        <w:rPr>
          <w:b/>
        </w:rPr>
        <w:t xml:space="preserve">[1:06:51] </w:t>
      </w:r>
      <w:r>
        <w:t>ah, unhone ek doosra comment kiya hai aap ke liye: aap Quran se kam, ghair Quran se zyada baat karte hain.</w:t>
      </w:r>
    </w:p>
    <w:p>
      <w:pPr>
        <w:jc w:val="right"/>
      </w:pPr>
      <w:r>
        <w:t>اہ، انہوں نے ایک دوسرا کمنٹ کیا ہے آپ کے لیے: آپ قرآن سے کم، غیر قرآن سے زیادہ بات کرتے ہیں۔</w:t>
      </w:r>
    </w:p>
    <w:p>
      <w:r>
        <w:rPr>
          <w:b/>
        </w:rPr>
        <w:t xml:space="preserve">[1:07:03] </w:t>
      </w:r>
      <w:r>
        <w:t>kahan karta hoon? misaal, misaal dijiye! main to sari baatein Qurani hi karta hoon. aaj bhi main ne Qurani ki baat ki,</w:t>
      </w:r>
    </w:p>
    <w:p>
      <w:pPr>
        <w:jc w:val="right"/>
      </w:pPr>
      <w:r>
        <w:t>کہاں کرتا ہوں؟ مثال، مثال دیجئے۔ میں تو ساری باتیں قرآنی ہی کرتا ہوں۔ آج بھی میں نے قرآنی کی بات کی،</w:t>
      </w:r>
    </w:p>
    <w:p>
      <w:r>
        <w:rPr>
          <w:b/>
        </w:rPr>
        <w:t xml:space="preserve">[1:07:14] </w:t>
      </w:r>
      <w:r>
        <w:t>baqi misalein deta hoon to khud Quran mein makri ki misal di gayi hai.</w:t>
      </w:r>
    </w:p>
    <w:p>
      <w:pPr>
        <w:jc w:val="right"/>
      </w:pPr>
      <w:r>
        <w:t>باقی مثالیں دیتا ہوں تو خود قرآن میں مکڑی کی مثال دی گئی ہے۔</w:t>
      </w:r>
    </w:p>
    <w:p>
      <w:r>
        <w:rPr>
          <w:b/>
        </w:rPr>
        <w:t xml:space="preserve">[1:07:24] </w:t>
      </w:r>
      <w:r>
        <w:t>kya ayat hai? woh</w:t>
      </w:r>
    </w:p>
    <w:p>
      <w:pPr>
        <w:jc w:val="right"/>
      </w:pPr>
      <w:r>
        <w:t>کیا آیت ہے؟ وہ</w:t>
      </w:r>
    </w:p>
    <w:p>
      <w:r>
        <w:rPr>
          <w:b/>
        </w:rPr>
        <w:t xml:space="preserve">[1:07:31] </w:t>
      </w:r>
      <w:r>
        <w:t>ayat hai: "إن الله لا يستحي أن يضرب مثلما بعوثة فما فوقها".</w:t>
      </w:r>
    </w:p>
    <w:p>
      <w:pPr>
        <w:jc w:val="right"/>
      </w:pPr>
      <w:r>
        <w:t>آیت ہے: "إن الله لا يستحي أن يضرب مثلما بعوثة فما فوقها"۔</w:t>
      </w:r>
    </w:p>
    <w:p>
      <w:r>
        <w:rPr>
          <w:b/>
        </w:rPr>
        <w:t xml:space="preserve">[1:07:39] </w:t>
      </w:r>
      <w:r>
        <w:t>haan, Allah taala makri ki aur mukhtalif cheezon ki misal deta hai. to main misal ke zariye wazeh karta hoon.</w:t>
      </w:r>
    </w:p>
    <w:p>
      <w:pPr>
        <w:jc w:val="right"/>
      </w:pPr>
      <w:r>
        <w:t>ہاں، اللہ تعالی مکڑی کی اور مختلف چیزوں کی مثال دیتا ہے۔ تو میں مثال کے ذریعے واضح کرتا ہوں۔</w:t>
      </w:r>
    </w:p>
    <w:p>
      <w:r>
        <w:rPr>
          <w:b/>
        </w:rPr>
        <w:t xml:space="preserve">[1:07:49] </w:t>
      </w:r>
      <w:r>
        <w:t>ki to khud Quran ka tareeqa hai, khud Quran ka tareeqa yeh hai.</w:t>
      </w:r>
    </w:p>
    <w:p>
      <w:pPr>
        <w:jc w:val="right"/>
      </w:pPr>
      <w:r>
        <w:t>کی تو خود قرآن کا طریقہ ہے، خود قرآن کا طریقہ یہ ہے۔</w:t>
      </w:r>
    </w:p>
    <w:p>
      <w:r>
        <w:rPr>
          <w:b/>
        </w:rPr>
        <w:t xml:space="preserve">[1:07:58] </w:t>
      </w:r>
      <w:r>
        <w:t>ah, molana, yeh pakistan se sawal hai. shaista ramzan sahiba sawal kar rahi hain ke unhon ne kahin parha hai ke zamanay ko kharab nahi kehna chahiye.</w:t>
      </w:r>
    </w:p>
    <w:p>
      <w:pPr>
        <w:jc w:val="right"/>
      </w:pPr>
      <w:r>
        <w:t>اہ، مولانا، یہ پاکستان سے سوال ہے۔ شائستہ رمضان صاحبہ سوال کر رہی ہیں کہ انہوں نے کہیں پڑھا ہے کہ زمانے کو خراب نہیں کہنا چاہیے۔</w:t>
      </w:r>
    </w:p>
    <w:p>
      <w:r>
        <w:rPr>
          <w:b/>
        </w:rPr>
        <w:t xml:space="preserve">[1:08:09] </w:t>
      </w:r>
      <w:r>
        <w:t>kya yeh durust hai?</w:t>
      </w:r>
    </w:p>
    <w:p>
      <w:pPr>
        <w:jc w:val="right"/>
      </w:pPr>
      <w:r>
        <w:t>کیا یہ درست ہے؟</w:t>
      </w:r>
    </w:p>
    <w:p>
      <w:r>
        <w:rPr>
          <w:b/>
        </w:rPr>
        <w:t xml:space="preserve">[1:08:14] </w:t>
      </w:r>
      <w:r>
        <w:t>la tasdurr ji!</w:t>
      </w:r>
    </w:p>
    <w:p>
      <w:pPr>
        <w:jc w:val="right"/>
      </w:pPr>
      <w:r>
        <w:t>لا تصبدر جی!</w:t>
      </w:r>
    </w:p>
    <w:p>
      <w:r>
        <w:rPr>
          <w:b/>
        </w:rPr>
        <w:t xml:space="preserve">[1:08:18] </w:t>
      </w:r>
      <w:r>
        <w:t>haan, zamanay ko kharab gaali na do, zamanay ko gaali na do. to yeh zahir hai ke aik aik aik absort baat hai ke aap zamanay ko gaali dein.</w:t>
      </w:r>
    </w:p>
    <w:p>
      <w:pPr>
        <w:jc w:val="right"/>
      </w:pPr>
      <w:r>
        <w:t>ہاں، زمانے کو خراب گالی نہ دو، زمانے کو گالی نہ دو۔ تو یہ ظاہر ہے کہ ایک ایک ایک ایبسورٹ بات ہے کہ آپ زمانے کو گالی دیں۔</w:t>
      </w:r>
    </w:p>
    <w:p>
      <w:r>
        <w:rPr>
          <w:b/>
        </w:rPr>
        <w:t xml:space="preserve">[1:08:33] </w:t>
      </w:r>
      <w:r>
        <w:t>jo kuch karne wala hai, woh Allah rab ul alameen hai. to aap ko jo mangna hai, Allah se mangiye. zamanay ki gaali dene se kya faida?</w:t>
      </w:r>
    </w:p>
    <w:p>
      <w:pPr>
        <w:jc w:val="right"/>
      </w:pPr>
      <w:r>
        <w:t>جو کچھ کرنے والا ہے، وہ اللہ رب العالمین ہے۔ تو آپ کو جو مانگنا ہے، اللہ سے مانگیے۔ زمانے کی گالی دینے سے کیا فائدہ؟</w:t>
      </w:r>
    </w:p>
    <w:p>
      <w:r>
        <w:rPr>
          <w:b/>
        </w:rPr>
        <w:t xml:space="preserve">[1:08:56] </w:t>
      </w:r>
      <w:r>
        <w:t>ah, doctor hina ar khan likhti hain: salam molana, aap ne behtareen jawab diya ke musalman is liye insecure mehsoos karte hain ke islam mein abhi hai hi nahi.</w:t>
      </w:r>
    </w:p>
    <w:p>
      <w:pPr>
        <w:jc w:val="right"/>
      </w:pPr>
      <w:r>
        <w:t>اہ، ڈاکٹر حنا ار خان لکھتی ہیں: سلام مولانا، آپ نے بہترین جواب دیا کہ مسلمان اس لیے انسیکیور محسوس کرتے ہیں کہ اسلام میں ابھی ہے ہی نہیں۔</w:t>
      </w:r>
    </w:p>
    <w:p>
      <w:r>
        <w:rPr>
          <w:b/>
        </w:rPr>
        <w:t xml:space="preserve">[1:09:11] </w:t>
      </w:r>
      <w:r>
        <w:t>islam mein poore dakhil ho jayen to tabdeeli aur itminan mehsoos karenge. masha Allah.</w:t>
      </w:r>
    </w:p>
    <w:p>
      <w:pPr>
        <w:jc w:val="right"/>
      </w:pPr>
      <w:r>
        <w:t>اسلام میں پورے داخل ہو جائیں تو تبدیلی اور اطمینان محسوس کریں گے۔ ماشاءاللہ۔</w:t>
      </w:r>
    </w:p>
    <w:p>
      <w:r>
        <w:rPr>
          <w:b/>
        </w:rPr>
        <w:t xml:space="preserve">[1:09:28] </w:t>
      </w:r>
      <w:r>
        <w:t>javed hayat sahab mumbai se likhte hain: musalmanon ka jo kaam kam parha likha ya illiterate tabqa hai, us par islam re-discover karne ka kaam kaise kiya jaye?</w:t>
      </w:r>
    </w:p>
    <w:p>
      <w:pPr>
        <w:jc w:val="right"/>
      </w:pPr>
      <w:r>
        <w:t>جاوید حیات صاحب ممبئی سے لکھتے ہیں: مسلمانوں کا جو کام کم پڑھا لکھا یا اللیٹریٹ طبقہ ہے، اس پر اسلام ری ڈسکور کرنے کا کام کیسے کیا جائے؟</w:t>
      </w:r>
    </w:p>
    <w:p>
      <w:r>
        <w:rPr>
          <w:b/>
        </w:rPr>
        <w:t xml:space="preserve">[1:09:44] </w:t>
      </w:r>
      <w:r>
        <w:t>sab ke liye aik hi tareeqa hai.</w:t>
      </w:r>
    </w:p>
    <w:p>
      <w:pPr>
        <w:jc w:val="right"/>
      </w:pPr>
      <w:r>
        <w:t>سب کے لیے ایک ہی طریقہ ہے۔</w:t>
      </w:r>
    </w:p>
    <w:p>
      <w:r>
        <w:rPr>
          <w:b/>
        </w:rPr>
        <w:t xml:space="preserve">[1:09:48] </w:t>
      </w:r>
      <w:r>
        <w:t>main samajhta hoon ke koi koi do tareeqa nahi. kitabein aasan zaban mein kuch hoti hain, kuch ilmi ilmi zaban mein</w:t>
      </w:r>
    </w:p>
    <w:p>
      <w:pPr>
        <w:jc w:val="right"/>
      </w:pPr>
      <w:r>
        <w:t>میں سمجھتا ہوں کہ کوئی کوئی دو طریقہ نہیں۔ کتابیں آسان زبان میں کچھ ہوتی ہیں، کچھ علمی علمی زبان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