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umries 24 july, 2019 - Maulana Wahiduddin Khan</w:t>
      </w:r>
    </w:p>
    <w:p>
      <w:r>
        <w:t>https://www.youtube.com/watch?v=8d1GN1f_oMs</w:t>
      </w:r>
    </w:p>
    <w:p>
      <w:r>
        <w:rPr>
          <w:b/>
        </w:rPr>
        <w:t xml:space="preserve">[00:13] </w:t>
      </w:r>
      <w:r>
        <w:t>bismillah rahman al rahim, wa salli Allah ala nabiyyil kareem. 24 july 2019.</w:t>
      </w:r>
    </w:p>
    <w:p>
      <w:pPr>
        <w:jc w:val="right"/>
      </w:pPr>
      <w:r>
        <w:t>بسم اللہ الرحمن الرحیم، و صلی اللہ علی نبی الکریم۔ 24 جولائی 2019۔</w:t>
      </w:r>
    </w:p>
    <w:p>
      <w:r>
        <w:rPr>
          <w:b/>
        </w:rPr>
        <w:t xml:space="preserve">[00:28] </w:t>
      </w:r>
      <w:r>
        <w:t>is waqt hum nizamuddin wasat mein hain,</w:t>
      </w:r>
    </w:p>
    <w:p>
      <w:pPr>
        <w:jc w:val="right"/>
      </w:pPr>
      <w:r>
        <w:t>اس وقت ہم نظام الدین وسط میں ہیں،</w:t>
      </w:r>
    </w:p>
    <w:p>
      <w:r>
        <w:rPr>
          <w:b/>
        </w:rPr>
        <w:t xml:space="preserve">[00:37] </w:t>
      </w:r>
      <w:r>
        <w:t>umar abad ka aik group yahan aya hua hai, umri hazrat ka.</w:t>
      </w:r>
    </w:p>
    <w:p>
      <w:pPr>
        <w:jc w:val="right"/>
      </w:pPr>
      <w:r>
        <w:t>عمر آباد کا ایک گروپ یہاں آیا ہوا ہے، عمری حضرات کا۔</w:t>
      </w:r>
    </w:p>
    <w:p>
      <w:r>
        <w:rPr>
          <w:b/>
        </w:rPr>
        <w:t xml:space="preserve">[00:47] </w:t>
      </w:r>
      <w:r>
        <w:t>to woh un mein se har sir, un mein se har sir se koi na koi sawal karega,</w:t>
      </w:r>
    </w:p>
    <w:p>
      <w:pPr>
        <w:jc w:val="right"/>
      </w:pPr>
      <w:r>
        <w:t>تو وہ ان میں سے ہر سر، ان میں سے ہر سر سے کوئی نہ کوئی سوال کرے گا،</w:t>
      </w:r>
    </w:p>
    <w:p>
      <w:r>
        <w:rPr>
          <w:b/>
        </w:rPr>
        <w:t xml:space="preserve">[00:57] </w:t>
      </w:r>
      <w:r>
        <w:t>yehi tay hua hai. aur main inshallah is ka apni samajh se jawab dene ki koshish karunga.</w:t>
      </w:r>
    </w:p>
    <w:p>
      <w:pPr>
        <w:jc w:val="right"/>
      </w:pPr>
      <w:r>
        <w:t>یہی طے ہوا ہے۔ اور میں انشاءاللہ اس کا اپنی سمجھ سے جواب دینے کی کوشش کروں گا۔</w:t>
      </w:r>
    </w:p>
    <w:p>
      <w:r>
        <w:rPr>
          <w:b/>
        </w:rPr>
        <w:t xml:space="preserve">[01:08] </w:t>
      </w:r>
      <w:r>
        <w:t>to aap shuru kijiye.</w:t>
      </w:r>
    </w:p>
    <w:p>
      <w:pPr>
        <w:jc w:val="right"/>
      </w:pPr>
      <w:r>
        <w:t>تو آپ شروع کیجیے۔</w:t>
      </w:r>
    </w:p>
    <w:p>
      <w:r>
        <w:rPr>
          <w:b/>
        </w:rPr>
        <w:t xml:space="preserve">[01:13] </w:t>
      </w:r>
      <w:r>
        <w:t>molana quran ki aik ayat hai, surah zukhruf, chapter number 43, verse number 5. afanadrib ankum al dhikra safhan in kuntum qawman musrifeen?</w:t>
      </w:r>
    </w:p>
    <w:p>
      <w:pPr>
        <w:jc w:val="right"/>
      </w:pPr>
      <w:r>
        <w:t>مولانا قرآن کی ایک آیت ہے، سورہ زخرف، چیپٹر نمبر 43، ورس نمبر 5۔ أفنذرب عنكم الذكر صفحا إن كنتم قوما مصرفين؟</w:t>
      </w:r>
    </w:p>
    <w:p>
      <w:r>
        <w:rPr>
          <w:b/>
        </w:rPr>
        <w:t xml:space="preserve">[01:27] </w:t>
      </w:r>
      <w:r>
        <w:t>kya hum tum se naseehat ko hta dein ke tum log had se guzarne wale log ho? molana is ayat ka matlab kya hai?</w:t>
      </w:r>
    </w:p>
    <w:p>
      <w:pPr>
        <w:jc w:val="right"/>
      </w:pPr>
      <w:r>
        <w:t>کیا ہم تم سے نصیحت کو ہٹا دیں کہ تم لوگ حد سے گزرنے والے لوگ ہو؟ مولانا اس آیت کا مطلب کیا ہے؟</w:t>
      </w:r>
    </w:p>
    <w:p>
      <w:r>
        <w:rPr>
          <w:b/>
        </w:rPr>
        <w:t xml:space="preserve">[01:41] </w:t>
      </w:r>
      <w:r>
        <w:t>dekhiye, is ayat ka matlab mufassireen ne jo likh liya hai woh to shan e nuzool ke aitbar se hai.</w:t>
      </w:r>
    </w:p>
    <w:p>
      <w:pPr>
        <w:jc w:val="right"/>
      </w:pPr>
      <w:r>
        <w:t>دیکھیے، اس آیت کا مطلب مفسرین نے جو لکھ لیا ہے وہ تو شان نزول کے اعتبار سے ہے۔</w:t>
      </w:r>
    </w:p>
    <w:p>
      <w:r>
        <w:rPr>
          <w:b/>
        </w:rPr>
        <w:t xml:space="preserve">[01:54] </w:t>
      </w:r>
      <w:r>
        <w:t>yani arab ke log jo rasool Allah ke mukhatib thay, un ke lehaz se. main is ko samajhta hoon ke yeh ayat aam hai, tamam daaiyon ke liye.</w:t>
      </w:r>
    </w:p>
    <w:p>
      <w:pPr>
        <w:jc w:val="right"/>
      </w:pPr>
      <w:r>
        <w:t>یعنی عرب کے لوگ جو رسول اللہ کے مخاطب تھے، ان کے لحاظ سے۔ میں اس کو سمجھتا ہوں کہ یہ آیت عام ہے، تمام داعیوں کے لیے۔</w:t>
      </w:r>
    </w:p>
    <w:p>
      <w:r>
        <w:rPr>
          <w:b/>
        </w:rPr>
        <w:t xml:space="preserve">[02:11] </w:t>
      </w:r>
      <w:r>
        <w:t>jab bhi</w:t>
      </w:r>
    </w:p>
    <w:p>
      <w:pPr>
        <w:jc w:val="right"/>
      </w:pPr>
      <w:r>
        <w:t>جب بھی</w:t>
      </w:r>
    </w:p>
    <w:p>
      <w:r>
        <w:rPr>
          <w:b/>
        </w:rPr>
        <w:t xml:space="preserve">[02:14] </w:t>
      </w:r>
      <w:r>
        <w:t>koi aadmi dawat e Allah ka kaam kare aur us ke mukhatibeen us ko musbat jawab na dein,</w:t>
      </w:r>
    </w:p>
    <w:p>
      <w:pPr>
        <w:jc w:val="right"/>
      </w:pPr>
      <w:r>
        <w:t>کوئی آدمی دعوت اللہ کا کام کرے اور اس کے مخاطبین اس کو مثبت جواب نہ دیں،</w:t>
      </w:r>
    </w:p>
    <w:p>
      <w:r>
        <w:rPr>
          <w:b/>
        </w:rPr>
        <w:t xml:space="preserve">[02:30] </w:t>
      </w:r>
      <w:r>
        <w:t>to un ke liye ayat hai ke aik had ke baad. yani daai jab bohat dinon tak kaam karta rahe aur woh phir bhi musbat jawab na de, to Allah taala farmate hain ke yeh jo dawat uthi thi,</w:t>
      </w:r>
    </w:p>
    <w:p>
      <w:pPr>
        <w:jc w:val="right"/>
      </w:pPr>
      <w:r>
        <w:t>تو ان کے لیے آیت ہے کہ ایک حد کے بعد۔ یعنی داعی جب بہت دنوں تک کام کرتا رہے اور وہ پھر بھی مثبت جواب نہ دے، تو اللہ تعالی فرماتے ہیں کہ یہ جو دعوت اٹھی تھی،</w:t>
      </w:r>
    </w:p>
    <w:p>
      <w:r>
        <w:rPr>
          <w:b/>
        </w:rPr>
        <w:t xml:space="preserve">[02:49] </w:t>
      </w:r>
      <w:r>
        <w:t>to yeh aik saada baat nahi thi. koi sachi baat dawat, koi sachi dawat hamesha Allah ki, Allah ke planning ke mutabiq hoti hai.</w:t>
      </w:r>
    </w:p>
    <w:p>
      <w:pPr>
        <w:jc w:val="right"/>
      </w:pPr>
      <w:r>
        <w:t>تو یہ ایک سادہ بات نہیں تھی۔ کوئی سچی بات دعوت، کوئی سچی دعوت ہمیشہ اللہ کی، اللہ کے پلاننگ کے مطابق ہوتی ہے۔</w:t>
      </w:r>
    </w:p>
    <w:p>
      <w:r>
        <w:rPr>
          <w:b/>
        </w:rPr>
        <w:t xml:space="preserve">[03:04] </w:t>
      </w:r>
      <w:r>
        <w:t>Allah ki madad se uthti hai. Allah se duaein karna, Allah se mangna ke hamari dawat sahi tareeqe se kamyab ho.</w:t>
      </w:r>
    </w:p>
    <w:p>
      <w:pPr>
        <w:jc w:val="right"/>
      </w:pPr>
      <w:r>
        <w:t>اللہ کی مدد سے اٹھتی ہے۔ اللہ سے دعائیں کرنا، اللہ سے مانگنا کہ ہماری دعوت صحیح طریقے سے کامیاب ہو۔</w:t>
      </w:r>
    </w:p>
    <w:p>
      <w:r>
        <w:rPr>
          <w:b/>
        </w:rPr>
        <w:t xml:space="preserve">[03:22] </w:t>
      </w:r>
      <w:r>
        <w:t>to jo daai hota hai, woh bohat ziyada pehle Allah ke saath muamla kar chuka hota hai, phir woh shuru karta hai apni dawat.</w:t>
      </w:r>
    </w:p>
    <w:p>
      <w:pPr>
        <w:jc w:val="right"/>
      </w:pPr>
      <w:r>
        <w:t>تو جو داعی ہوتا ہے، وہ بہت زیادہ پہلے اللہ کے ساتھ معاملہ کر چکا ہوتا ہے، پھر وہ شروع کرتا ہے اپنی دعوت۔</w:t>
      </w:r>
    </w:p>
    <w:p>
      <w:r>
        <w:rPr>
          <w:b/>
        </w:rPr>
        <w:t xml:space="preserve">[03:36] </w:t>
      </w:r>
      <w:r>
        <w:t>aisa nahi ke ura ja ke shuru kar de kuch. to is ke baray mein yeh farmaya ke yeh jo dawat hai, yeh Allah ki hayat se hai, Allah ki madad se hai.</w:t>
      </w:r>
    </w:p>
    <w:p>
      <w:pPr>
        <w:jc w:val="right"/>
      </w:pPr>
      <w:r>
        <w:t>ایسا نہیں کہ اڑا جا کے شروع کر دے کچھ۔ تو اس کے بارے میں یہ فرمایا کہ یہ جو دعوت ہے، یہ اللہ کی حیات سے ہے، اللہ کی مدد سے ہے۔</w:t>
      </w:r>
    </w:p>
    <w:p>
      <w:r>
        <w:rPr>
          <w:b/>
        </w:rPr>
        <w:t xml:space="preserve">[03:52] </w:t>
      </w:r>
      <w:r>
        <w:t>to tum yeh mat samjho ke yeh yun hi shuru hui aur yun hi khatam ho jayegi. zaroor hai ke is ka koi nateeja nikle ga.</w:t>
      </w:r>
    </w:p>
    <w:p>
      <w:pPr>
        <w:jc w:val="right"/>
      </w:pPr>
      <w:r>
        <w:t>تو تم یہ مت سمجھو کہ یہ یوں ہی شروع ہوئی اور یوں ہی ختم ہو جائے گی۔ ضرور ہے کہ اس کا کوئی نتیجہ نکلے گا۔</w:t>
      </w:r>
    </w:p>
    <w:p>
      <w:r>
        <w:rPr>
          <w:b/>
        </w:rPr>
        <w:t xml:space="preserve">[04:03] </w:t>
      </w:r>
      <w:r>
        <w:t>yani nateeja kya hoga? ya to daai ki madad Allah ko hasil hogi aur woh kamyab hoga. koi log zulm mein Allah taala daale ga</w:t>
      </w:r>
    </w:p>
    <w:p>
      <w:pPr>
        <w:jc w:val="right"/>
      </w:pPr>
      <w:r>
        <w:t>یعنی نتیجہ کیا ہوگا؟ یا تو داعی کی مدد اللہ کو حاصل ہوگی اور وہ کامیاب ہوگا۔ کوئی لوگ ظلم میں اللہ تعالی ڈالے گا</w:t>
      </w:r>
    </w:p>
    <w:p>
      <w:r>
        <w:rPr>
          <w:b/>
        </w:rPr>
        <w:t xml:space="preserve">[04:19] </w:t>
      </w:r>
      <w:r>
        <w:t>aur daai ke saathi ban jayenge. ya nahi to aisa hoga ke in logon ko</w:t>
      </w:r>
    </w:p>
    <w:p>
      <w:pPr>
        <w:jc w:val="right"/>
      </w:pPr>
      <w:r>
        <w:t>اور داعی کے ساتھی بن جائیں گے۔ یا نہیں تو ایسا ہوگا کہ ان لوگوں کو</w:t>
      </w:r>
    </w:p>
    <w:p>
      <w:r>
        <w:rPr>
          <w:b/>
        </w:rPr>
        <w:t xml:space="preserve">[04:29] </w:t>
      </w:r>
      <w:r>
        <w:t>aur un ke dil aur sakht kar diye jayenge. taake woh Allah ke plan ke mutabiq, Allah ki pakar ki zard mein aa jayen.</w:t>
      </w:r>
    </w:p>
    <w:p>
      <w:pPr>
        <w:jc w:val="right"/>
      </w:pPr>
      <w:r>
        <w:t>اور ان کے دل اور سخت کر دیے جائیں گے۔ تاکہ وہ اللہ کے پلان کے مطابق، اللہ کی پکڑ کی زرد میں آ جائیں۔</w:t>
      </w:r>
    </w:p>
    <w:p>
      <w:r>
        <w:rPr>
          <w:b/>
        </w:rPr>
        <w:t xml:space="preserve">[04:42] </w:t>
      </w:r>
      <w:r>
        <w:t>to yeh aisi soorat e haal ke liye yeh ayat hai ke aisa nahi ho sakta ke yeh jo dawat uthi hai, yeh dawat yun hi lapet kar rakh di jaye.</w:t>
      </w:r>
    </w:p>
    <w:p>
      <w:pPr>
        <w:jc w:val="right"/>
      </w:pPr>
      <w:r>
        <w:t>تو یہ ایسی صورتحال کے لیے یہ آیت ہے کہ ایسا نہیں ہو سکتا کہ یہ جو دعوت اٹھی ہے، یہ دعوت یوں ہی لپیٹ کر رکھ دی جائے۔</w:t>
      </w:r>
    </w:p>
    <w:p>
      <w:r>
        <w:rPr>
          <w:b/>
        </w:rPr>
        <w:t xml:space="preserve">[04:58] </w:t>
      </w:r>
      <w:r>
        <w:t>yeh dawat is liye nahi uthi hai ke yun hi bas lapet kar rakh di jaye. is ka result nikle ga.</w:t>
      </w:r>
    </w:p>
    <w:p>
      <w:pPr>
        <w:jc w:val="right"/>
      </w:pPr>
      <w:r>
        <w:t>یہ دعوت اس لیے نہیں اٹھی ہے کہ یوں ہی بس لپیٹ کر رکھ دی جائے۔ اس کا رزلٹ نکلے گا۔</w:t>
      </w:r>
    </w:p>
    <w:p>
      <w:r>
        <w:rPr>
          <w:b/>
        </w:rPr>
        <w:t xml:space="preserve">[05:09] </w:t>
      </w:r>
      <w:r>
        <w:t>aur result yeh yeh hota hai is tarah ki haalat mein ke ya to jo sachay mutalashi hain, jo sachay talib e haq hain, un ko Allah ki madad aati hai aur woh daai ke saathi ban jatay hain aur jannat jannat ke mustahiq bante hain.</w:t>
      </w:r>
    </w:p>
    <w:p>
      <w:pPr>
        <w:jc w:val="right"/>
      </w:pPr>
      <w:r>
        <w:t>اور رزلٹ یہ یہ ہوتا ہے اس طرح کی حالت میں کہ یا تو جو سچے متلاشی ہیں، جو سچے طالب حق ہیں، ان کو اللہ کی مدد آتی ہے اور وہ داعی کے ساتھی بن جاتے ہیں اور جنت جنت کے مستحق بنتے ہیں۔</w:t>
      </w:r>
    </w:p>
    <w:p>
      <w:r>
        <w:rPr>
          <w:b/>
        </w:rPr>
        <w:t xml:space="preserve">[05:32] </w:t>
      </w:r>
      <w:r>
        <w:t>bante hain. ya phir aisa hota hai ke un ko aur aur ziyada sakht kar diya jata hai aur woh Allah ke farishtay un ko likh lete hain un ke baray mein ke yeh aadmi</w:t>
      </w:r>
    </w:p>
    <w:p>
      <w:pPr>
        <w:jc w:val="right"/>
      </w:pPr>
      <w:r>
        <w:t>بنتے ہیں۔ یا پھر ایسا ہوتا ہے کہ ان کو اور اور زیادہ سخت کر دیا جاتا ہے اور وہ اللہ کے فرشتے ان کو لکھ لیتے ہیں ان کے بارے میں کہ یہ آدمی</w:t>
      </w:r>
    </w:p>
    <w:p>
      <w:r>
        <w:rPr>
          <w:b/>
        </w:rPr>
        <w:t xml:space="preserve">[05:50] </w:t>
      </w:r>
      <w:r>
        <w:t>dawat ko sunnay ke liye tayyar nahi hua. to Allah ki pakar ki zard mein aa jata hai. woh to dono mein se koi aik kaam zaroor hoga.</w:t>
      </w:r>
    </w:p>
    <w:p>
      <w:pPr>
        <w:jc w:val="right"/>
      </w:pPr>
      <w:r>
        <w:t>دعوت کو سننے کے لیے تیار نہیں ہوا۔ تو اللہ کی پکڑ کی زرد میں آ جاتا ہے۔ وہ تو دونوں میں سے کوئی ایک کام ضرور ہوگا۔</w:t>
      </w:r>
    </w:p>
    <w:p>
      <w:r>
        <w:rPr>
          <w:b/>
        </w:rPr>
        <w:t xml:space="preserve">[06:04] </w:t>
      </w:r>
      <w:r>
        <w:t>to yeh ayat jo hai aik taraf daai ke liye umeed ki ayat hai, hope ki ayat hai aur doosri taraf bud'u ke liye is mein sakht intibah hai ke tum ya to is dawat ko qabool karo,</w:t>
      </w:r>
    </w:p>
    <w:p>
      <w:pPr>
        <w:jc w:val="right"/>
      </w:pPr>
      <w:r>
        <w:t>تو یہ آیت جو ہے ایک طرف داعی کے لیے امید کی آیت ہے، ہوپ کی آیت ہے اور دوسری طرف بدو کے لیے اس میں سخت انتباہ ہے کہ تم یا تو اس دعوت کو قبول کرو،</w:t>
      </w:r>
    </w:p>
    <w:p>
      <w:r>
        <w:rPr>
          <w:b/>
        </w:rPr>
        <w:t xml:space="preserve">[06:24] </w:t>
      </w:r>
      <w:r>
        <w:t>is ka positive response do, nahi to tum Allah ki pakar mein aa jaoge. to yeh ayat aik to aik yeh ayat aik aitbar se Arab ke</w:t>
      </w:r>
    </w:p>
    <w:p>
      <w:pPr>
        <w:jc w:val="right"/>
      </w:pPr>
      <w:r>
        <w:t>اس کا پازیٹیو رسپانس دو، نہیں تو تم اللہ کی پکڑ میں آ جاؤ گے۔ تو یہ آیت ایک تو ایک یہ آیت ایک اعتبار سے عرب کے</w:t>
      </w:r>
    </w:p>
    <w:p>
      <w:r>
        <w:rPr>
          <w:b/>
        </w:rPr>
        <w:t xml:space="preserve">[06:42] </w:t>
      </w:r>
      <w:r>
        <w:t>qadeem Arab ke logon ke liye hai, doosri taraf doosray aitbar se yeh hamesha ke liye hai. jab bhi koi daai khara ho, in sab ke liye hai.</w:t>
      </w:r>
    </w:p>
    <w:p>
      <w:pPr>
        <w:jc w:val="right"/>
      </w:pPr>
      <w:r>
        <w:t>قدیم عرب کے لوگوں کے لیے ہے، دوسری طرف دوسرے اعتبار سے یہ ہمیشہ کے لیے ہے۔ جب بھی کوئی داعی کھڑا ہو، ان سب کے لیے ہے۔</w:t>
      </w:r>
    </w:p>
    <w:p>
      <w:r>
        <w:rPr>
          <w:b/>
        </w:rPr>
        <w:t xml:space="preserve">[06:54] </w:t>
      </w:r>
      <w:r>
        <w:t>Iqbal Umri, Omarabad. Maulana Quran mein kaha gaya hai ke deen mein harj nahi hai. Ma ja'ala 'alaikum fid-deeni min haraj.</w:t>
      </w:r>
    </w:p>
    <w:p>
      <w:pPr>
        <w:jc w:val="right"/>
      </w:pPr>
      <w:r>
        <w:t>اقبال عمری، عمر آباد۔ مولانا قرآن میں کہا گیا ہے کہ دین میں حرج نہیں ہے۔ ما جعل علیکم فی الدین من حرج۔</w:t>
      </w:r>
    </w:p>
    <w:p>
      <w:r>
        <w:rPr>
          <w:b/>
        </w:rPr>
        <w:t xml:space="preserve">[07:05] </w:t>
      </w:r>
      <w:r>
        <w:t>isi tarah layaj'ala 'alaikum min haraj. Maulana, harj wala deen aur ghair harj wala deen kya hai?</w:t>
      </w:r>
    </w:p>
    <w:p>
      <w:pPr>
        <w:jc w:val="right"/>
      </w:pPr>
      <w:r>
        <w:t>اسی طرح لیجعل علیکم من حرج۔ مولانا، حرج والا دین اور غیر حرج والا دین کیا ہے؟</w:t>
      </w:r>
    </w:p>
    <w:p>
      <w:r>
        <w:rPr>
          <w:b/>
        </w:rPr>
        <w:t xml:space="preserve">[07:15] </w:t>
      </w:r>
      <w:r>
        <w:t>yeh kaise maloom karein? Maulana,</w:t>
      </w:r>
    </w:p>
    <w:p>
      <w:pPr>
        <w:jc w:val="right"/>
      </w:pPr>
      <w:r>
        <w:t>یہ کیسے معلوم کریں؟ مولانا،</w:t>
      </w:r>
    </w:p>
    <w:p>
      <w:r>
        <w:rPr>
          <w:b/>
        </w:rPr>
        <w:t xml:space="preserve">[07:18] </w:t>
      </w:r>
      <w:r>
        <w:t>dekhiye, harj ka matlab hai ghair ghair fitri zimmedari.</w:t>
      </w:r>
    </w:p>
    <w:p>
      <w:pPr>
        <w:jc w:val="right"/>
      </w:pPr>
      <w:r>
        <w:t>دیکھیے، حرج کا مطلب ہے غیر غیر فطری ذمہ داری۔</w:t>
      </w:r>
    </w:p>
    <w:p>
      <w:r>
        <w:rPr>
          <w:b/>
        </w:rPr>
        <w:t xml:space="preserve">[07:29] </w:t>
      </w:r>
      <w:r>
        <w:t>ghair fitri zimmedari mein aadmi farz kar apne ko tabah kar leta hai.</w:t>
      </w:r>
    </w:p>
    <w:p>
      <w:pPr>
        <w:jc w:val="right"/>
      </w:pPr>
      <w:r>
        <w:t>غیر فطری ذمہ داری میں آدمی فرض کر اپنے کو تباہ کر لیتا ہے۔</w:t>
      </w:r>
    </w:p>
    <w:p>
      <w:r>
        <w:rPr>
          <w:b/>
        </w:rPr>
        <w:t xml:space="preserve">[07:37] </w:t>
      </w:r>
      <w:r>
        <w:t>to Allah taala ne jo jo dawat ki zimmedari dali hai aap ke upar, is mein koi baat ghair fitri nahi hai.</w:t>
      </w:r>
    </w:p>
    <w:p>
      <w:pPr>
        <w:jc w:val="right"/>
      </w:pPr>
      <w:r>
        <w:t>تو اللہ تعالی نے جو جو دعوت کی ذمہ داری ڈالی ہے آپ کے اوپر، اس میں کوئی بات غیر فطری نہیں ہے۔</w:t>
      </w:r>
    </w:p>
    <w:p>
      <w:r>
        <w:rPr>
          <w:b/>
        </w:rPr>
        <w:t xml:space="preserve">[07:46] </w:t>
      </w:r>
      <w:r>
        <w:t>koi ghair fitri qism ki zimmedari nahi hai. misaal ke taur par dekhiye, doctor Mursi sahib Misr ke president bane to woh fitri baat yeh thi ke woh peaceful andaaz mein apna kaam karte,</w:t>
      </w:r>
    </w:p>
    <w:p>
      <w:pPr>
        <w:jc w:val="right"/>
      </w:pPr>
      <w:r>
        <w:t>کوئی غیر فطری قسم کی ذمہ داری نہیں ہے۔ مثال کے طور پر دیکھیے، ڈاکٹر مرشد صاحب مصر کے پریزیڈنٹ بنے تو وہ فطری بات یہ تھی کہ وہ پیس فل انداز میں اپنا کام کرتے،</w:t>
      </w:r>
    </w:p>
    <w:p>
      <w:r>
        <w:rPr>
          <w:b/>
        </w:rPr>
        <w:t xml:space="preserve">[08:06] </w:t>
      </w:r>
      <w:r>
        <w:t>takrao na karte. unhon ne kya kiya ke faujiyon se takrao shuru kar diya. jahan tak mein jaanta hoon, woh yeh tha takrao ke Swiss Canal ko chaura karne ke liye aik plan tha jo pehle se tha.</w:t>
      </w:r>
    </w:p>
    <w:p>
      <w:pPr>
        <w:jc w:val="right"/>
      </w:pPr>
      <w:r>
        <w:t>ٹکراؤ نہ کرتے۔ انہوں نے کیا کیا کہ فوجیوں سے ٹکراؤ شروع کر دیا۔ جہاں تک میں جانتا ہوں، وہ یہ تھا ٹکراؤ کہ سوئس کنال کو چوڑا کرنے کے لیے ایک پلان تھا جو پہلے سے تھا۔</w:t>
      </w:r>
    </w:p>
    <w:p>
      <w:r>
        <w:rPr>
          <w:b/>
        </w:rPr>
        <w:t xml:space="preserve">[08:25] </w:t>
      </w:r>
      <w:r>
        <w:t>pehle se Swiss Canal mein abhi aisa tha ke sirf aik jahaz guzarta tha. ab jo banaya gaya ke dono taraf se jahaz aayen jayen, do tarafah,</w:t>
      </w:r>
    </w:p>
    <w:p>
      <w:pPr>
        <w:jc w:val="right"/>
      </w:pPr>
      <w:r>
        <w:t>پہلے سے سوئس کنال میں ابھی ایسا تھا کہ صرف ایک جہاز گزرتا تھا۔ اب جو بنایا گیا کہ دونوں طرف سے جہاز آئیں جائیں، دو طرفہ،</w:t>
      </w:r>
    </w:p>
    <w:p>
      <w:r>
        <w:rPr>
          <w:b/>
        </w:rPr>
        <w:t xml:space="preserve">[08:40] </w:t>
      </w:r>
      <w:r>
        <w:t>to is mein aamdani bohat barhti thi, bohat faida tha is mein. lekin theka jo tha, woh ziyada tar fauji log tha.</w:t>
      </w:r>
    </w:p>
    <w:p>
      <w:pPr>
        <w:jc w:val="right"/>
      </w:pPr>
      <w:r>
        <w:t>تو اس میں آمدنی بہت بڑھتی تھی، بہت فائدہ تھا اس میں۔ لیکن ٹھیکہ جو تھا، وہ زیادہ تر فوجی لوگ تھا۔</w:t>
      </w:r>
    </w:p>
    <w:p>
      <w:r>
        <w:rPr>
          <w:b/>
        </w:rPr>
        <w:t xml:space="preserve">[08:50] </w:t>
      </w:r>
      <w:r>
        <w:t>fujiyon ne wahan par retired fujiyon ne companies banayi thi aur unhi ko ziyada tar thekay mil gaye thay qadeem zamanay ke hisab se.</w:t>
      </w:r>
    </w:p>
    <w:p>
      <w:pPr>
        <w:jc w:val="right"/>
      </w:pPr>
      <w:r>
        <w:t>فوجیوں نے وہاں پر ریٹائرڈ فوجیوں نے کمپنیاں بنائی تھیں اور انہی کو زیادہ تر ٹھیکے مل گئے تھے قدیم زمانے کے حساب سے۔</w:t>
      </w:r>
    </w:p>
    <w:p>
      <w:r>
        <w:rPr>
          <w:b/>
        </w:rPr>
        <w:t xml:space="preserve">[09:01] </w:t>
      </w:r>
      <w:r>
        <w:t>to jab yeh misr mein president bane to unhon ne kya kiya ke theke mansookh kar diye, yani khwamkhwah faujiyon se takrao shuru kar diya.</w:t>
      </w:r>
    </w:p>
    <w:p>
      <w:pPr>
        <w:jc w:val="right"/>
      </w:pPr>
      <w:r>
        <w:t>تو جب یہ مصر میں پریزیڈنٹ بنے تو انہوں نے کیا کیا کہ ٹھیکے منسوخ کر دیے، یعنی خوامخواہ فوجیوں سے ٹکراؤ شروع کر دیا۔</w:t>
      </w:r>
    </w:p>
    <w:p>
      <w:r>
        <w:rPr>
          <w:b/>
        </w:rPr>
        <w:t xml:space="preserve">[09:14] </w:t>
      </w:r>
      <w:r>
        <w:t>to fauji un ke khilaaf ban gaye aur unhon ne kya kiya? un pe muqadma qaim kiya aur adalat mein un ko jana pada.</w:t>
      </w:r>
    </w:p>
    <w:p>
      <w:pPr>
        <w:jc w:val="right"/>
      </w:pPr>
      <w:r>
        <w:t>تو فوجی ان کے خلاف بن گئے اور انہوں نے کیا کیا؟ ان پہ مقدمہ قائم کیا اور عدالت میں ان کو جانا پڑا۔</w:t>
      </w:r>
    </w:p>
    <w:p>
      <w:r>
        <w:rPr>
          <w:b/>
        </w:rPr>
        <w:t xml:space="preserve">[09:23] </w:t>
      </w:r>
      <w:r>
        <w:t>aur woh itna mushkil pada un ke liye ke adalat hi mein un ka heart attack ho gaya. to yeh harj apne oopar taari kiya unhon ne jo Allah ne un ke oopar nahi dala tha ke surah surat guzarne mein makkah par qabza kar rakha tha aur makkah ke kaaba mein apna, yani buton ki teh teh rakhi thi.</w:t>
      </w:r>
    </w:p>
    <w:p>
      <w:pPr>
        <w:jc w:val="right"/>
      </w:pPr>
      <w:r>
        <w:t>اور وہ اتنا مشکل پڑا ان کے لیے کہ عدالت ہی میں ان کا ہارٹ اٹیک ہو گیا۔ تو یہ حرج اپنے اوپر طاری کیا انہوں نے جو اللہ نے ان کے اوپر نہیں ڈالا تھا کہ سورہ سورۃ گزارنے میں مکہ پر قبضہ کر رکھا تھا اور مکہ کے کعبہ میں اپنا، یعنی بتوں کی تہ تہ رکھی تھی۔</w:t>
      </w:r>
    </w:p>
    <w:p>
      <w:r>
        <w:rPr>
          <w:b/>
        </w:rPr>
        <w:t xml:space="preserve">[09:51] </w:t>
      </w:r>
      <w:r>
        <w:t>to rasool Allah ne koi is mein dakhal nahi diya, chhod diya apne haath par. to murshid sahib ko kya zaroorat thi? to dakhal deni kya zaroorat thi?</w:t>
      </w:r>
    </w:p>
    <w:p>
      <w:pPr>
        <w:jc w:val="right"/>
      </w:pPr>
      <w:r>
        <w:t>تو رسول اللہ نے کوئی اس میں دخل نہیں دیا، چھوڑ دیا اپنے ہاتھ پر۔ تو مرشد صاحب کو کیا ضرورت تھی؟ تو دخل دینی کیا ضرورت تھی؟</w:t>
      </w:r>
    </w:p>
    <w:p>
      <w:r>
        <w:rPr>
          <w:b/>
        </w:rPr>
        <w:t xml:space="preserve">[10:01] </w:t>
      </w:r>
      <w:r>
        <w:t>aur doosre bohat se kaam the, woh karte, woh isi ko dakhal deni kya zaroorat thi? to yeh harj apne ko harj mein dala unhon ne. to matlab jis harj ka matlab yeh hai ke jo aadmi ke bas mein na ho,</w:t>
      </w:r>
    </w:p>
    <w:p>
      <w:pPr>
        <w:jc w:val="right"/>
      </w:pPr>
      <w:r>
        <w:t>اور دوسرے بہت سے کام تھے، وہ کرتے، وہ اسی کو دخل دینی کیا ضرورت تھی؟ تو یہ حرج اپنے کو حرج میں ڈالا انہوں نے۔ تو مطلب جس حرج کا مطلب یہ ہے کہ جو آدمی کے بس میں نہ ہو،</w:t>
      </w:r>
    </w:p>
    <w:p>
      <w:r>
        <w:rPr>
          <w:b/>
        </w:rPr>
        <w:t xml:space="preserve">[10:18] </w:t>
      </w:r>
      <w:r>
        <w:t>bas maani ke jo aadmi jis par aadmi ka control na ho, jis ko woh nibha na sake, us mein apne ko involve kar lein. to muslim sahib ne ek aise maamle mein apne ko involve kar liya jis ko woh, jis ko control karna un ke bas mein nahi tha kyunke wahan faujiyon ka bohat ghalba hasil tha.</w:t>
      </w:r>
    </w:p>
    <w:p>
      <w:pPr>
        <w:jc w:val="right"/>
      </w:pPr>
      <w:r>
        <w:t>بس معنی کہ جو آدمی جس پر آدمی کا کنٹرول نہ ہو، جس کو وہ نبھا نہ سکے، اس میں اپنے کو انوالو کر لینا۔ تو مسلم صاحب نے ایک ایسے معاملے میں اپنے کو انوالو کر لیا جس کو وہ، جس کو کنٹرول کرنا ان کے بس میں نہیں تھا کیونکہ وہاں فوجیوں کا بہت غلبہ حاصل تھا۔</w:t>
      </w:r>
    </w:p>
    <w:p>
      <w:r>
        <w:rPr>
          <w:b/>
        </w:rPr>
        <w:t xml:space="preserve">[10:38] </w:t>
      </w:r>
      <w:r>
        <w:t>pehle pehle se yahi modi sahib ne pakistan mein kiya, sadar ayub ke maamle mein khwamkhwah takrao shuru kar, shuru paida kar liya.</w:t>
      </w:r>
    </w:p>
    <w:p>
      <w:pPr>
        <w:jc w:val="right"/>
      </w:pPr>
      <w:r>
        <w:t>پہلے پہلے سے یہی مودی صاحب نے پاکستان میں کیا، صدر ایوب کے معاملے میں خوامخواہ ٹکراؤ شروع کر، شروع پیدا کر لیا۔</w:t>
      </w:r>
    </w:p>
    <w:p>
      <w:r>
        <w:rPr>
          <w:b/>
        </w:rPr>
        <w:t xml:space="preserve">[10:52] </w:t>
      </w:r>
      <w:r>
        <w:t>doosre bohat se maidan the jahan dawat ka maidan, mislan wahan ke christian ko, wahan ke hindu ko, wahan ke jo musalman, yani woh hain ghair taleem yafta, un ko taleem yafta banana waghera.</w:t>
      </w:r>
    </w:p>
    <w:p>
      <w:pPr>
        <w:jc w:val="right"/>
      </w:pPr>
      <w:r>
        <w:t>دوسرے بہت سے میدان تھے جہاں دعوت کا میدان، مثلاً وہاں کے کرسچن کو، وہاں کے ہندو کو، وہاں کے جو مسلمان، یعنی وہ ہیں غیر تعلیم یافتہ، ان کو تعلیم یافتہ بنانا وغیرہ۔</w:t>
      </w:r>
    </w:p>
    <w:p>
      <w:r>
        <w:rPr>
          <w:b/>
        </w:rPr>
        <w:t xml:space="preserve">[11:10] </w:t>
      </w:r>
      <w:r>
        <w:t>to woh karte, woh kyunke woh khwamkhwah unhon ne general ayub khan se takrao shuru kar diya. to nateeja kya hua ke unhon ne un ko bohat zyada pareshan kiya, jahan tak ke woh kuch kamyab nahi ho sake.</w:t>
      </w:r>
    </w:p>
    <w:p>
      <w:pPr>
        <w:jc w:val="right"/>
      </w:pPr>
      <w:r>
        <w:t>تو وہ کرتے، وہ کیونکہ وہ خوامخواہ انہوں نے جنرل ایوب خان سے ٹکراؤ شروع کر دیا۔ تو نتیجہ کیا ہوا کہ انہوں نے ان کو بہت زیادہ پریشان کیا، جہاں تک کہ وہ کچھ کامیاب نہیں ہو سکے۔</w:t>
      </w:r>
    </w:p>
    <w:p>
      <w:r>
        <w:rPr>
          <w:b/>
        </w:rPr>
        <w:t xml:space="preserve">[11:29] </w:t>
      </w:r>
      <w:r>
        <w:t>woh pakistan mein to misr mein jo un ka case hai doctor borsi ka, to maine un ki ek taqreer suni thi radio par murshid sahib ki.</w:t>
      </w:r>
    </w:p>
    <w:p>
      <w:pPr>
        <w:jc w:val="right"/>
      </w:pPr>
      <w:r>
        <w:t>وہ پاکستان میں تو مصر میں جو ان کا کیس ہے ڈاکٹر برسی کا، تو میں نے ان کی ایک تقریر سنی تھی ریڈیو پر مرشد صاحب کی۔</w:t>
      </w:r>
    </w:p>
    <w:p>
      <w:r>
        <w:rPr>
          <w:b/>
        </w:rPr>
        <w:t xml:space="preserve">[11:43] </w:t>
      </w:r>
      <w:r>
        <w:t>to murshid sahib ne kaha tha ke apni taqreer mein ke "asb to ayana wakhta to ayana akhra" to naam to nahi liya tha unhon ne, lekin maine guess kiya hi kiya ke yahi tha ke jin maamlaat mein haath nahi daalna chahta hoon to haath daal diya.</w:t>
      </w:r>
    </w:p>
    <w:p>
      <w:pPr>
        <w:jc w:val="right"/>
      </w:pPr>
      <w:r>
        <w:t>تو مرشد صاحب نے کہا تھا کہ اپنی تقریر میں کہ "اسب تو ایانا واختہ تو ایانا اخرا" تو نام تو نہیں لیا تھا انہوں نے، لیکن میں نے گیس کیا ہی کیا کہ یہی تھا کہ جن معاملات میں ہاتھ نہیں ڈالنا چاہتا ہوں تو ہاتھ ڈال دیا۔</w:t>
      </w:r>
    </w:p>
    <w:p>
      <w:r>
        <w:rPr>
          <w:b/>
        </w:rPr>
        <w:t xml:space="preserve">[12:03] </w:t>
      </w:r>
      <w:r>
        <w:t>aur khwamkhwah faujiyon ko apne dushman bana liya is mein. to unhon ne un par, un ko pareshan kiya, adalat mein un ko jana pada.</w:t>
      </w:r>
    </w:p>
    <w:p>
      <w:pPr>
        <w:jc w:val="right"/>
      </w:pPr>
      <w:r>
        <w:t>اور خوامخواہ فوجیوں کو اپنے دشمن بنا لیا اس میں۔ تو انہوں نے ان پر، ان کو پریشان کیا، عدالت میں ان کو جانا پڑا۔</w:t>
      </w:r>
    </w:p>
    <w:p>
      <w:r>
        <w:rPr>
          <w:b/>
        </w:rPr>
        <w:t xml:space="preserve">[12:14] </w:t>
      </w:r>
      <w:r>
        <w:t>aur un ka haal yeh hua ke woh adalat hi mein un ko heart attack hoga aur mar gaye. woh to yeh harj hai. yani harj ka matlab yeh hai ke "la yakallifullahu illa wus'aha".</w:t>
      </w:r>
    </w:p>
    <w:p>
      <w:pPr>
        <w:jc w:val="right"/>
      </w:pPr>
      <w:r>
        <w:t>اور ان کا حال یہ ہوا کہ وہ عدالت ہی میں ان کو ہارٹ اٹیک ہوگا اور مر گئے۔ وہ تو یہ حرج ہے۔ یعنی حرج کا مطلب یہ ہے کہ "لا یکلف اللفظ الا اللہ"۔</w:t>
      </w:r>
    </w:p>
    <w:p>
      <w:r>
        <w:rPr>
          <w:b/>
        </w:rPr>
        <w:t xml:space="preserve">[12:28] </w:t>
      </w:r>
      <w:r>
        <w:t>Allah taala ka, yani jo tareeqa hai, woh</w:t>
      </w:r>
    </w:p>
    <w:p>
      <w:pPr>
        <w:jc w:val="right"/>
      </w:pPr>
      <w:r>
        <w:t>اللہ تعالی کا، یعنی جو طریقہ ہے، وہ</w:t>
      </w:r>
    </w:p>
    <w:p>
      <w:r>
        <w:rPr>
          <w:b/>
        </w:rPr>
        <w:t xml:space="preserve">[12:38] </w:t>
      </w:r>
      <w:r>
        <w:t>jis cheez tak, usi cheez ki ki zimmedari dalta hai jo aap ke bas mein ho. to usi tak, usi had, usi ke daire mein rahiye.</w:t>
      </w:r>
    </w:p>
    <w:p>
      <w:pPr>
        <w:jc w:val="right"/>
      </w:pPr>
      <w:r>
        <w:t>جس چیز تک، اسی چیز کی کی ذمہ داری ڈالتا ہے جو آپ کے بس میں ہو۔ تو اسی تک، اسی حد، اسی کے دائرے میں رہیے۔</w:t>
      </w:r>
    </w:p>
    <w:p>
      <w:r>
        <w:rPr>
          <w:b/>
        </w:rPr>
        <w:t xml:space="preserve">[12:47] </w:t>
      </w:r>
      <w:r>
        <w:t>aap wahan kyun aap dakhil ho jaate hain jo aap ke bas mein nahi hai? yeh matlab hai is ka.</w:t>
      </w:r>
    </w:p>
    <w:p>
      <w:pPr>
        <w:jc w:val="right"/>
      </w:pPr>
      <w:r>
        <w:t>آپ وہاں کیوں آپ داخل ہو جاتے ہیں جو آپ کے بس میں نہیں ہے؟ یہ مطلب ہے اس کا۔</w:t>
      </w:r>
    </w:p>
    <w:p>
      <w:r>
        <w:rPr>
          <w:b/>
        </w:rPr>
        <w:t xml:space="preserve">[12:57] </w:t>
      </w:r>
      <w:r>
        <w:t>maulana, aap ne maulana modoodi sahib aur syed qutb ka jo hawala diya ke un ko ministry offer ki gayi thi ke aap taleem ka kaam karen, to mera is par confusion hai ke agar woh ministry qabool kar lete to woh jo naujawanon ki tarbiyat karte, woh isi is ah, isi fikr ki karti jis ko woh ah, jo un ki thi fikr.</w:t>
      </w:r>
    </w:p>
    <w:p>
      <w:pPr>
        <w:jc w:val="right"/>
      </w:pPr>
      <w:r>
        <w:t>مولانا، آپ نے مولانا مودودی صاحب اور سید قطب کا جو حوالہ دیا کہ ان کو منسٹری آفر کی گئی تھی کہ آپ تعلیم کا کام کریں، تو میرا اس پر کنفیوژن ہے کہ اگر وہ منسٹری قبول کر لیتے تو وہ جو نوجوانوں کی تربیت کرتے، وہ اسی اس اہ، اسی فکر کی کرتی جس کو وہ اہ، جو ان کی تھی فکر۔</w:t>
      </w:r>
    </w:p>
    <w:p>
      <w:r>
        <w:rPr>
          <w:b/>
        </w:rPr>
        <w:t xml:space="preserve">[13:22] </w:t>
      </w:r>
      <w:r>
        <w:t>to aur bhi zyada khatra ho sakta tha. yeh to ah, ah non governmental ah, ah aitbaar se tha.</w:t>
      </w:r>
    </w:p>
    <w:p>
      <w:pPr>
        <w:jc w:val="right"/>
      </w:pPr>
      <w:r>
        <w:t>تو اور بھی زیادہ خطرہ ہو سکتا تھا۔ یہ تو اہ، اہ نان گورنمنٹل اہ، اہ اعتبار سے تھا۔</w:t>
      </w:r>
    </w:p>
    <w:p>
      <w:r>
        <w:rPr>
          <w:b/>
        </w:rPr>
        <w:t xml:space="preserve">[13:30] </w:t>
      </w:r>
      <w:r>
        <w:t>agar government ke aitbaar se hota to aur zyada fitna phail sakta tha.</w:t>
      </w:r>
    </w:p>
    <w:p>
      <w:pPr>
        <w:jc w:val="right"/>
      </w:pPr>
      <w:r>
        <w:t>اگر گورنمنٹ کے اعتبار سے ہوتا تو اور زیادہ فتنہ پھیل سکتا تھا۔</w:t>
      </w:r>
    </w:p>
    <w:p>
      <w:r>
        <w:rPr>
          <w:b/>
        </w:rPr>
        <w:t xml:space="preserve">[13:36] </w:t>
      </w:r>
      <w:r>
        <w:t>matlab jaane kya aap ka question hai? maulana, main yeh keh raha hoon ke ghair sarkari aitbaar se unhon ne naujawanon ke darmiyan siyasi fikr ko phailaya.</w:t>
      </w:r>
    </w:p>
    <w:p>
      <w:pPr>
        <w:jc w:val="right"/>
      </w:pPr>
      <w:r>
        <w:t>مطلب جانے کیا آپ کا کوئسچن ہے؟ مولانا، میں یہ کہہ رہا ہوں کہ غیر سرکاری اعتبار سے انہوں نے نوجوانوں کے درمیان سیاسی فکر کو پھیلایا۔</w:t>
      </w:r>
    </w:p>
    <w:p>
      <w:r>
        <w:rPr>
          <w:b/>
        </w:rPr>
        <w:t xml:space="preserve">[13:47] </w:t>
      </w:r>
      <w:r>
        <w:t>agar woh ministry qabool kar lete ya university ke woh chancellor ban jaate modoodi sahib, to government ke aitbaar se aur zyada phaila sakte the is ko siyasi fikr ko.</w:t>
      </w:r>
    </w:p>
    <w:p>
      <w:pPr>
        <w:jc w:val="right"/>
      </w:pPr>
      <w:r>
        <w:t>اگر وہ منسٹری قبول کر لیتے یا یونیورسٹی کے وہ چانسلر بن جاتے مودودی صاحب، تو گورنمنٹ کے اعتبار سے اور زیادہ پھیلا سکتے تھے اس کو سیاسی فکر کو۔</w:t>
      </w:r>
    </w:p>
    <w:p>
      <w:r>
        <w:rPr>
          <w:b/>
        </w:rPr>
        <w:t xml:space="preserve">[13:59] </w:t>
      </w:r>
      <w:r>
        <w:t>yeh to aur zyada khatarnak hota.</w:t>
      </w:r>
    </w:p>
    <w:p>
      <w:pPr>
        <w:jc w:val="right"/>
      </w:pPr>
      <w:r>
        <w:t>یہ تو اور زیادہ خطرناک ہوتا۔</w:t>
      </w:r>
    </w:p>
    <w:p>
      <w:r>
        <w:rPr>
          <w:b/>
        </w:rPr>
        <w:t xml:space="preserve">[14:02] </w:t>
      </w:r>
      <w:r>
        <w:t>achha, achha, baat sahi keh rahe hain, lekin jo offer tha government ka, woh is sense mein nahi tha ke ke schoolon aur collegeon mein aap government ke mukhalifeen tayyar karen.</w:t>
      </w:r>
    </w:p>
    <w:p>
      <w:pPr>
        <w:jc w:val="right"/>
      </w:pPr>
      <w:r>
        <w:t>اچھا، اچھا، بات صحیح کہہ رہے ہیں، لیکن جو آفر تھا گورنمنٹ کا، وہ اس سینس میں نہیں تھا کہ کہ اسکولوں اور کالجوں میں آپ گورنمنٹ کے مخالفین تیار کریں۔</w:t>
      </w:r>
    </w:p>
    <w:p>
      <w:r>
        <w:rPr>
          <w:b/>
        </w:rPr>
        <w:t xml:space="preserve">[14:16] </w:t>
      </w:r>
      <w:r>
        <w:t>mahdood maani mein tha. mahdood maani mein ke school mein yeh tha ke aap engineering padhiye, padhaiye. non confront, non confrontational andaaz mein jo padha sakte hain, woh padhaiye.</w:t>
      </w:r>
    </w:p>
    <w:p>
      <w:pPr>
        <w:jc w:val="right"/>
      </w:pPr>
      <w:r>
        <w:t>محدود معنی میں تھا۔ محدود معنی میں کہ اسکول میں یہ تھا کہ آپ انجینئرنگ پڑھیے، پڑھائیے۔ نان کنفرنٹ، نان کنفرنٹیشنل انداز میں جو پڑھا سکتے ہیں، وہ پڑھائیے۔</w:t>
      </w:r>
    </w:p>
    <w:p>
      <w:r>
        <w:rPr>
          <w:b/>
        </w:rPr>
        <w:t xml:space="preserve">[14:31] </w:t>
      </w:r>
      <w:r>
        <w:t>yani government ke khilaaf log tayyar mat kijiye, balkeh government ke daire mein rakhte rehte hue un ko tayyar kijiye.</w:t>
      </w:r>
    </w:p>
    <w:p>
      <w:pPr>
        <w:jc w:val="right"/>
      </w:pPr>
      <w:r>
        <w:t>یعنی گورنمنٹ کے خلاف لوگ تیار مت کیجئے، بلکہ گورنمنٹ کے دائرے میں رکھتے رہتے ہوئے ان کو تیار کیجئے۔</w:t>
      </w:r>
    </w:p>
    <w:p>
      <w:r>
        <w:rPr>
          <w:b/>
        </w:rPr>
        <w:t xml:space="preserve">[14:43] </w:t>
      </w:r>
      <w:r>
        <w:t>kyunke aap jante hain ke taleem ke to bohat shobe hain, bohat shobe hain. to in shobon mein parhaiye. in ko misaal ke taur par dekhiye, is ilaqe mein bohat bara imkan hai tourism ka,</w:t>
      </w:r>
    </w:p>
    <w:p>
      <w:pPr>
        <w:jc w:val="right"/>
      </w:pPr>
      <w:r>
        <w:t>کیونکہ آپ جانتے ہیں کہ تعلیم کے تو بہت شعبے ہیں، بہت شعبے ہیں۔ تو ان شعبوں میں پڑھائیے۔ ان کو مثال کے طور پر دیکھیے، اس علاقے میں بہت بڑا امکان ہے ٹورزم کا،</w:t>
      </w:r>
    </w:p>
    <w:p>
      <w:r>
        <w:rPr>
          <w:b/>
        </w:rPr>
        <w:t xml:space="preserve">[15:01] </w:t>
      </w:r>
      <w:r>
        <w:t>bohat bara imkan hai. to tourism ke mani is zamane mein poori industry hoti hai, poori industry. to is mein woh taleem de de kar logon ko tayyar karte aur tourism ke zariye se dawat ka kaam bohat ho sakta hai, woh sab karte.</w:t>
      </w:r>
    </w:p>
    <w:p>
      <w:pPr>
        <w:jc w:val="right"/>
      </w:pPr>
      <w:r>
        <w:t>بہت بڑا امکان ہے۔ تو ٹورزم کے معنی اس زمانے میں پوری انڈسٹری ہوتی ہے، پوری انڈسٹری۔ تو اس میں وہ تعلیم دے دے کر لوگوں کو تیار کرتے اور ٹورزم کے ذریعے سے دعوت کا کام بہت ہو سکتا ہے، وہ سب کرتے۔</w:t>
      </w:r>
    </w:p>
    <w:p>
      <w:r>
        <w:rPr>
          <w:b/>
        </w:rPr>
        <w:t xml:space="preserve">[15:18] </w:t>
      </w:r>
      <w:r>
        <w:t>to is ka matlab mera yeh tha ke taleem ke in shobon mein kaam karna jin mein government se takrao na hota ho.</w:t>
      </w:r>
    </w:p>
    <w:p>
      <w:pPr>
        <w:jc w:val="right"/>
      </w:pPr>
      <w:r>
        <w:t>تو اس کا مطلب میرا یہ تھا کہ تعلیم کے ان شعبوں میں کام کرنا جن میں گورنمنٹ سے ٹکراؤ نہ ہوتا ہو۔</w:t>
      </w:r>
    </w:p>
    <w:p>
      <w:r>
        <w:rPr>
          <w:b/>
        </w:rPr>
        <w:t xml:space="preserve">[15:29] </w:t>
      </w:r>
      <w:r>
        <w:t>agar government se takrao ho to woh is ko chhodna parega, warna phir wahi musibat aa jayegi, musibat chalegi nahin. hum log bhi kar rahe hain, lekin hum government se koi takrao waghera nahin hai,</w:t>
      </w:r>
    </w:p>
    <w:p>
      <w:pPr>
        <w:jc w:val="right"/>
      </w:pPr>
      <w:r>
        <w:t>اگر گورنمنٹ سے ٹکراؤ ہو تو وہ اس کو چھوڑنا پڑے گا، ورنہ پھر وہی مصیبت آ جائے گی، مصیبت چلے گی نہیں۔ ہم لوگ بھی کر رہے ہیں، لیکن ہم گورنمنٹ سے کوئی ٹکراؤ وغیرہ نہیں ہے،</w:t>
      </w:r>
    </w:p>
    <w:p>
      <w:r>
        <w:rPr>
          <w:b/>
        </w:rPr>
        <w:t xml:space="preserve">[15:45] </w:t>
      </w:r>
      <w:r>
        <w:t>koi takrao nahin hai. to aisi hone ki chahiye to karna, ghair niza'i daire mein kaan khona yeh sahi tha.</w:t>
      </w:r>
    </w:p>
    <w:p>
      <w:pPr>
        <w:jc w:val="right"/>
      </w:pPr>
      <w:r>
        <w:t>کوئی ٹکراؤ نہیں ہے۔ تو ایسی ہونے کی چاہیے تو کرنا، غیر نزاعی دائرے میں کان کھونا یہ صحیح تھا۔</w:t>
      </w:r>
    </w:p>
    <w:p>
      <w:r>
        <w:rPr>
          <w:b/>
        </w:rPr>
        <w:t xml:space="preserve">[15:56] </w:t>
      </w:r>
      <w:r>
        <w:t>is ka</w:t>
      </w:r>
    </w:p>
    <w:p>
      <w:pPr>
        <w:jc w:val="right"/>
      </w:pPr>
      <w:r>
        <w:t>اس کا</w:t>
      </w:r>
    </w:p>
    <w:p>
      <w:r>
        <w:rPr>
          <w:b/>
        </w:rPr>
        <w:t xml:space="preserve">[15:57] </w:t>
      </w:r>
      <w:r>
        <w:t>Siraj Umri Hyderabad se. Maulana, mera sawal yeh hai: kya dawah warq ke liye istihsal fitna zaroori tha? agar zaroori tha to is se pehle history mein Masihi missionaries is ke baghair bhi aalami dawah warq kar chuke thay.</w:t>
      </w:r>
    </w:p>
    <w:p>
      <w:pPr>
        <w:jc w:val="right"/>
      </w:pPr>
      <w:r>
        <w:t>سراج عمری حیدرآباد سے۔ مولانا، میرا سوال یہ ہے: کیا دعویٰ ورق کے لیے استحصال فتنہ ضروری تھا؟ اگر ضروری تھا تو اس سے پہلے ہسٹری میں مسیحی مشنریز اس کے بغیر بھی عالمی دعویٰ ورق کر چکے تھے۔</w:t>
      </w:r>
    </w:p>
    <w:p>
      <w:r>
        <w:rPr>
          <w:b/>
        </w:rPr>
        <w:t xml:space="preserve">[16:15] </w:t>
      </w:r>
      <w:r>
        <w:t>main samjha nahin kya</w:t>
      </w:r>
    </w:p>
    <w:p>
      <w:pPr>
        <w:jc w:val="right"/>
      </w:pPr>
      <w:r>
        <w:t>میں سمجھا نہیں کیا</w:t>
      </w:r>
    </w:p>
    <w:p>
      <w:r>
        <w:rPr>
          <w:b/>
        </w:rPr>
        <w:t xml:space="preserve">[16:17] </w:t>
      </w:r>
      <w:r>
        <w:t>kehna tha. Maulana, un ka sawal yeh hai ke dawah warq ke liye istihsal fitna, mazhabi jabr wala fitna, is ko khatm karna zaroori tha? agar zaroori hai to is se pehle Hazrat Masih ke jo پیرو thay, unhon ne baghair khatm kiye hue dawat ka kaam kiya tha.</w:t>
      </w:r>
    </w:p>
    <w:p>
      <w:pPr>
        <w:jc w:val="right"/>
      </w:pPr>
      <w:r>
        <w:t>کہنا تھا۔ مولانا، ان کا سوال یہ ہے کہ دعویٰ ورق کے لیے استحصال فتنہ، مذہبی جبر والا فتنہ، اس کو ختم کرنا ضروری تھا؟ اگر ضروری ہے تو اس سے پہلے حضرت مسیح کے جو پیرو تھے، انہوں نے بغیر ختم کیے ہوئے دعوت کا کام کیا تھا۔</w:t>
      </w:r>
    </w:p>
    <w:p>
      <w:r>
        <w:rPr>
          <w:b/>
        </w:rPr>
        <w:t xml:space="preserve">[16:32] </w:t>
      </w:r>
      <w:r>
        <w:t>to zaroori kyun hua?</w:t>
      </w:r>
    </w:p>
    <w:p>
      <w:pPr>
        <w:jc w:val="right"/>
      </w:pPr>
      <w:r>
        <w:t>تو ضروری کیوں ہوا؟</w:t>
      </w:r>
    </w:p>
    <w:p>
      <w:r>
        <w:rPr>
          <w:b/>
        </w:rPr>
        <w:t xml:space="preserve">[16:35] </w:t>
      </w:r>
      <w:r>
        <w:t>nahin, dekhiye, Hazrat Masih ka kaam kahan hua? jo asal dawat thi, woh to kuch bhi nahin hui, un ko sorry charha diya.</w:t>
      </w:r>
    </w:p>
    <w:p>
      <w:pPr>
        <w:jc w:val="right"/>
      </w:pPr>
      <w:r>
        <w:t>نہیں، دیکھیے، حضرت مسیح کا کام کہاں ہوا؟ جو اصل دعوت تھی، وہ تو کچھ بھی نہیں ہوئی، ان کو سوری چڑھا دیا۔</w:t>
      </w:r>
    </w:p>
    <w:p>
      <w:r>
        <w:rPr>
          <w:b/>
        </w:rPr>
        <w:t xml:space="preserve">[16:44] </w:t>
      </w:r>
      <w:r>
        <w:t>to Hazrat Masih ki jo asal dawat thi, woh to hui hui nahin. woh to jab Sahaba Karam ke zariye ek team tayyar hui, unhon ne fitna ko khatm kiya, tab ja ke mauqa khule.</w:t>
      </w:r>
    </w:p>
    <w:p>
      <w:pPr>
        <w:jc w:val="right"/>
      </w:pPr>
      <w:r>
        <w:t>تو حضرت مسیح کی جو اصل دعوت تھی، وہ تو ہوئی ہوئی نہیں۔ وہ تو جب صحابہ کرام کے ذریعے ایک ٹیم تیار ہوئی، انہوں نے فتنہ کو ختم کیا، تب جا کے موقع کھلے۔</w:t>
      </w:r>
    </w:p>
    <w:p>
      <w:r>
        <w:rPr>
          <w:b/>
        </w:rPr>
        <w:t xml:space="preserve">[16:58] </w:t>
      </w:r>
      <w:r>
        <w:t>warna duniya, sari duniya mein kya tha? riyazat, persecution tha. riyazat, persecution hi ki nahin to jihad kiya gaya tha.</w:t>
      </w:r>
    </w:p>
    <w:p>
      <w:pPr>
        <w:jc w:val="right"/>
      </w:pPr>
      <w:r>
        <w:t>ورنہ دنیا، ساری دنیا میں کیا تھا؟ ریاضت، پرسیکیوشن تھا۔ ریاضت، پرسیکیوشن ہی کی نہیں تو جہاد کیا گیا تھا۔</w:t>
      </w:r>
    </w:p>
    <w:p>
      <w:r>
        <w:rPr>
          <w:b/>
        </w:rPr>
        <w:t xml:space="preserve">[17:09] </w:t>
      </w:r>
      <w:r>
        <w:t>Hazrat Masih ke zamane mein kuch bhi nahin hua tha. aap ko pata hoga ke jo jis ko Masihiyat kehte hain, woh haq Masihiyat nahin hai. woh to Saint Paul ka mazhab hai.</w:t>
      </w:r>
    </w:p>
    <w:p>
      <w:pPr>
        <w:jc w:val="right"/>
      </w:pPr>
      <w:r>
        <w:t>حضرت مسیح کے زمانے میں کچھ بھی نہیں ہوا تھا۔ آپ کو پتہ ہوگا کہ جو جس کو مسیحیت کہتے ہیں، وہ حق مسیحیت نہیں ہے۔ وہ تو سینٹ سینٹ پال کا مذہب ہے۔</w:t>
      </w:r>
    </w:p>
    <w:p>
      <w:r>
        <w:rPr>
          <w:b/>
        </w:rPr>
        <w:t xml:space="preserve">[17:21] </w:t>
      </w:r>
      <w:r>
        <w:t>woh asal Masihiyat to chali nahin. to Saint Paul ne apni khud sakhta mazhab chala diya.</w:t>
      </w:r>
    </w:p>
    <w:p>
      <w:pPr>
        <w:jc w:val="right"/>
      </w:pPr>
      <w:r>
        <w:t>وہ اصل مسیحیت تو چلی نہیں۔ تو سینٹ پال نے اپنی خود ساختہ مذہب چلا دیا۔</w:t>
      </w:r>
    </w:p>
    <w:p>
      <w:r>
        <w:rPr>
          <w:b/>
        </w:rPr>
        <w:t xml:space="preserve">[17:30] </w:t>
      </w:r>
      <w:r>
        <w:t>ab isi ko Masihiyat kehte hain. mau'ooda Masihiyat Saint Paul ki Masihiyat hai, Hazrat Masih ki Masihiyat nahin hai. yeh</w:t>
      </w:r>
    </w:p>
    <w:p>
      <w:pPr>
        <w:jc w:val="right"/>
      </w:pPr>
      <w:r>
        <w:t>اب اسی کو مسیحیت کہتے ہیں۔ موعودہ مسیحیت سینٹ پال کی مسیحیت ہے، حضرت مسیح کی مسیحیت نہیں ہے۔ یہ</w:t>
      </w:r>
    </w:p>
    <w:p>
      <w:r>
        <w:rPr>
          <w:b/>
        </w:rPr>
        <w:t xml:space="preserve">[17:42] </w:t>
      </w:r>
      <w:r>
        <w:t>dekhein, phir bhi woh phail gayi thi. woh nahin, aalami dawah warq to woh log kar chuke thay na? Masihi log woh yeh keh rahe hain ke aalami dawah warq to Masihi log kar chuke thay.</w:t>
      </w:r>
    </w:p>
    <w:p>
      <w:pPr>
        <w:jc w:val="right"/>
      </w:pPr>
      <w:r>
        <w:t>دیکھیں، پھر بھی وہ پھیل گئی تھی۔ وہ نہیں، عالمی دعویٰ ورق تو وہ لوگ کر چکے تھے نا؟ مسیحی لوگ وہ یہ کہہ رہے ہیں کہ عالمی دعویٰ ورق تو مسیحی لوگ کر چکے تھے۔</w:t>
      </w:r>
    </w:p>
    <w:p>
      <w:r>
        <w:rPr>
          <w:b/>
        </w:rPr>
        <w:t xml:space="preserve">[17:53] </w:t>
      </w:r>
      <w:r>
        <w:t>nahin, nahin, main to nahin janta tha. aap ko maloom hona chahiye ke Masihiyat phaili hi nahin. Masihiyat phaili kab hai?</w:t>
      </w:r>
    </w:p>
    <w:p>
      <w:pPr>
        <w:jc w:val="right"/>
      </w:pPr>
      <w:r>
        <w:t>نہیں، نہیں، میں تو نہیں جانتا تھا۔ آپ کو معلوم ہونا چاہیے کہ مسیحیت پھیلی ہی نہیں۔ مسیحیت پھیلی کب ہے؟</w:t>
      </w:r>
    </w:p>
    <w:p>
      <w:r>
        <w:rPr>
          <w:b/>
        </w:rPr>
        <w:t xml:space="preserve">[18:03] </w:t>
      </w:r>
      <w:r>
        <w:t>jab Constantine ko jo jo tha, Constantine hain, Constantine jo badshah tha Rome ka,</w:t>
      </w:r>
    </w:p>
    <w:p>
      <w:pPr>
        <w:jc w:val="right"/>
      </w:pPr>
      <w:r>
        <w:t>جب کانسٹنٹ کو جو جو تھا، کانسٹنٹین ہیں، کانسٹنٹین جو بادشاہ تھا روم کا،</w:t>
      </w:r>
    </w:p>
    <w:p>
      <w:r>
        <w:rPr>
          <w:b/>
        </w:rPr>
        <w:t xml:space="preserve">[18:17] </w:t>
      </w:r>
      <w:r>
        <w:t>woh is ne Masihiyat qabool kar liya. woh bhi woh Masihiyat nahin thi jo Hazrat Masih ki Masihiyat, woh Saint Paul ki wasiyat thi.</w:t>
      </w:r>
    </w:p>
    <w:p>
      <w:pPr>
        <w:jc w:val="right"/>
      </w:pPr>
      <w:r>
        <w:t>وہ اس نے مسیحیت قبول کر لیا۔ وہ بھی وہ مسیحیت نہیں تھی جو حضرت مسیح کی مسیحیت، وہ سینٹ پال کی وصیت تھی۔</w:t>
      </w:r>
    </w:p>
    <w:p>
      <w:r>
        <w:rPr>
          <w:b/>
        </w:rPr>
        <w:t xml:space="preserve">[18:27] </w:t>
      </w:r>
      <w:r>
        <w:t>woh tab is zamane mein al-nas awladu mulukin ka zamana tha. jo badshah ka deen hai, woh sab ka deen hai.</w:t>
      </w:r>
    </w:p>
    <w:p>
      <w:pPr>
        <w:jc w:val="right"/>
      </w:pPr>
      <w:r>
        <w:t>وہ تب اس زمانے میں الناس اولادی ملوکین کا زمانہ تھا۔ جو بادشاہ کا دین ہے، وہ سب کا دین ہے۔</w:t>
      </w:r>
    </w:p>
    <w:p>
      <w:r>
        <w:rPr>
          <w:b/>
        </w:rPr>
        <w:t xml:space="preserve">[18:37] </w:t>
      </w:r>
      <w:r>
        <w:t>is tarah se phaili hai Masihiyat. asal Masihiyat jo woh phaili hi nahin kabhi, na pehle, na ab,</w:t>
      </w:r>
    </w:p>
    <w:p>
      <w:pPr>
        <w:jc w:val="right"/>
      </w:pPr>
      <w:r>
        <w:t>اس طریقے سے پھیلی ہے مسیحیت۔ اصل مسیحیت جو وہ پھیلی ہی نہیں کبھی، نہ پہلے، نہ اب،</w:t>
      </w:r>
    </w:p>
    <w:p>
      <w:r>
        <w:rPr>
          <w:b/>
        </w:rPr>
        <w:t xml:space="preserve">[18:48] </w:t>
      </w:r>
      <w:r>
        <w:t>na pehle, na ab. aaj ki Masihiyat jo hai, sirf ek point pe chal rahi hai ke tum Hazrat Masih ko man lo ke woh munjid thay, to tumhari tumhein jannat mil jayegi.</w:t>
      </w:r>
    </w:p>
    <w:p>
      <w:pPr>
        <w:jc w:val="right"/>
      </w:pPr>
      <w:r>
        <w:t>نہ پہلے، نہ اب۔ آج کی مسیحیت جو ہے، صرف ایک پوائنٹ پہ چل رہی ہے کہ تم حضرت مسیح کو مان لو کہ وہ منجد تھے، تو تمہاری تمہیں جنت مل جائے گی۔</w:t>
      </w:r>
    </w:p>
    <w:p>
      <w:r>
        <w:rPr>
          <w:b/>
        </w:rPr>
        <w:t xml:space="preserve">[19:03] </w:t>
      </w:r>
      <w:r>
        <w:t>munjid, yani nara dana. to yeh to Masihiyat thodi hai. yeh mo'ajza Masihiyat jo hai, is pe chal rahi hai jo Saint Paul ne tasawwur diya ke Hazrat Masih ko man lo ke suraj pe charhe to sab ki nijat ho gayi.</w:t>
      </w:r>
    </w:p>
    <w:p>
      <w:pPr>
        <w:jc w:val="right"/>
      </w:pPr>
      <w:r>
        <w:t>منجی، یعنی نرا دانہ۔ تو یہ تو مسیحیت تھوڑی ہے۔ یہ معجزہ مسیحیت جو ہے، اس پہ چل رہی ہے جو سینٹ پال نے تصور دیا کہ حضرت مسیح کو مان لو کہ سورج پہ چڑھے تو سب کی نجات ہو گئی۔</w:t>
      </w:r>
    </w:p>
    <w:p>
      <w:r>
        <w:rPr>
          <w:b/>
        </w:rPr>
        <w:t xml:space="preserve">[19:25] </w:t>
      </w:r>
      <w:r>
        <w:t>to is pe chal rahi hai Masihiyat. asal Masihiyat jo hai, woh to Sahaba Karam ke zariye chali. un ki zaban mein kahan chali hai?</w:t>
      </w:r>
    </w:p>
    <w:p>
      <w:pPr>
        <w:jc w:val="right"/>
      </w:pPr>
      <w:r>
        <w:t>تو اس پہ چل رہی ہے مسیحیت۔ اصل مسیحیت جو ہے، وہ تو صحابہ کرام کے ذریعے چلی۔ ان کی زبان میں کہاں چلی ہے؟</w:t>
      </w:r>
    </w:p>
    <w:p>
      <w:r>
        <w:rPr>
          <w:b/>
        </w:rPr>
        <w:t xml:space="preserve">[19:36] </w:t>
      </w:r>
      <w:r>
        <w:t>yeh to kya in ka yahi sawal hai</w:t>
      </w:r>
    </w:p>
    <w:p>
      <w:pPr>
        <w:jc w:val="right"/>
      </w:pPr>
      <w:r>
        <w:t>یہ تو کیا ان کا یہی سوال ہے</w:t>
      </w:r>
    </w:p>
    <w:p>
      <w:r>
        <w:rPr>
          <w:b/>
        </w:rPr>
        <w:t xml:space="preserve">[19:39] </w:t>
      </w:r>
      <w:r>
        <w:t>? kuch aur hai? yahi hai? ji ji, yahi hai. achha,</w:t>
      </w:r>
    </w:p>
    <w:p>
      <w:pPr>
        <w:jc w:val="right"/>
      </w:pPr>
      <w:r>
        <w:t>؟ کچھ اور ہے؟ یہی ہے؟ جی جی، یہی ہے۔ اچھا،</w:t>
      </w:r>
    </w:p>
    <w:p>
      <w:r>
        <w:rPr>
          <w:b/>
        </w:rPr>
        <w:t xml:space="preserve">[19:59] </w:t>
      </w:r>
      <w:r>
        <w:t>fayyazuddin umri gulbarga.</w:t>
      </w:r>
    </w:p>
    <w:p>
      <w:pPr>
        <w:jc w:val="right"/>
      </w:pPr>
      <w:r>
        <w:t>فیاض الدین عمری گلبرگا۔</w:t>
      </w:r>
    </w:p>
    <w:p>
      <w:r>
        <w:rPr>
          <w:b/>
        </w:rPr>
        <w:t xml:space="preserve">[20:03] </w:t>
      </w:r>
      <w:r>
        <w:t>maulana, kuch maghribi writers yeh kehte hain ke ghazwat un-nabi jo thay, rasool Allah ke jo ghazwat thay, woh defensive nahi thay, offensive thay.</w:t>
      </w:r>
    </w:p>
    <w:p>
      <w:pPr>
        <w:jc w:val="right"/>
      </w:pPr>
      <w:r>
        <w:t>مولانا، کچھ مغربی رائٹرز یہ کہتے ہیں کہ غزوات النبی جو تھے، رسول اللہ کے جو غزوات تھے، وہ ڈیفینسو نہیں تھے، افینسو تھے۔</w:t>
      </w:r>
    </w:p>
    <w:p>
      <w:r>
        <w:rPr>
          <w:b/>
        </w:rPr>
        <w:t xml:space="preserve">[20:16] </w:t>
      </w:r>
      <w:r>
        <w:t>ah, balkay woh ah forceful conversion ke liye jaari kiye gaye thay. ah, jaise ah sulah hudaybiyah ko khud rasool Allah ne jump yeh kar ke us ko yeh kar diya aur makkah par hamla kar diya.</w:t>
      </w:r>
    </w:p>
    <w:p>
      <w:pPr>
        <w:jc w:val="right"/>
      </w:pPr>
      <w:r>
        <w:t>اہ، بلکہ وہ اہ فورس فل کنورژن کے لیے جاری کیے گئے تھے۔ اہ، جیسے اہ صلح حدیبیہ کو خود رسول اللہ نے جمپ یہ کر کے اس کو یہ کر دیا اور مکے پر حملہ کر دیا۔</w:t>
      </w:r>
    </w:p>
    <w:p>
      <w:r>
        <w:rPr>
          <w:b/>
        </w:rPr>
        <w:t xml:space="preserve">[20:34] </w:t>
      </w:r>
      <w:r>
        <w:t>halankay un ki mamooli si ghalti ho gayi thi sulah hudaybiyah ke baad. to woh yeh kehte hain ke bazahir to aisa lagta hai ke woh difa'i thay, lekin intentionally woh chahte thay ke jang ho aur kisi tarah forceful conversion ka waqia arab mein raunama kiya jaye.</w:t>
      </w:r>
    </w:p>
    <w:p>
      <w:pPr>
        <w:jc w:val="right"/>
      </w:pPr>
      <w:r>
        <w:t>حالانکہ ان کی معمولی سی غلطی ہو گئی تھی صلح حدیبیہ کے بعد۔ تو وہ یہ کہتے ہیں کہ بظاہر تو ایسا لگتا ہے کہ وہ دفاعی تھے، لیکن انٹینشنلی وہ چاہتے تھے کہ جنگ ہو اور کسی طرح فورس فل کنورژن کا واقعہ عرب میں رونما کیا جائے۔</w:t>
      </w:r>
    </w:p>
    <w:p>
      <w:r>
        <w:rPr>
          <w:b/>
        </w:rPr>
        <w:t xml:space="preserve">[20:53] </w:t>
      </w:r>
      <w:r>
        <w:t>ras</w:t>
      </w:r>
    </w:p>
    <w:p>
      <w:pPr>
        <w:jc w:val="right"/>
      </w:pPr>
      <w:r>
        <w:t>رس</w:t>
      </w:r>
    </w:p>
    <w:p>
      <w:r>
        <w:rPr>
          <w:b/>
        </w:rPr>
        <w:t xml:space="preserve">[20:54] </w:t>
      </w:r>
      <w:r>
        <w:t>ool Allah ne hudaybiyah ke mauqe par makkah par hamla nahi kiya tha. woh dakhil hue thay umray ke, umray ke liye. yani umray ke liye jo ja rahe thay, us waqt poora kiya unhon ne?</w:t>
      </w:r>
    </w:p>
    <w:p>
      <w:pPr>
        <w:jc w:val="right"/>
      </w:pPr>
      <w:r>
        <w:t>ول اللہ نے حدیبیہ کے موقع پر مکہ پر حملہ نہیں کیا تھا۔ وہ داخل ہوئے تھے عمرے کے، عمرے کے لیے۔ یعنی عمرے کے لیے جو جا رہے تھے، اس وقت پورا کیا انہوں نے؟</w:t>
      </w:r>
    </w:p>
    <w:p>
      <w:r>
        <w:rPr>
          <w:b/>
        </w:rPr>
        <w:t xml:space="preserve">[21:07] </w:t>
      </w:r>
      <w:r>
        <w:t>kyunkay un ke paas talwar bhi nahi thi. mamooli woh tha jo safar mein rakha jata tha. jang ke hathiyar nahi thay us waqt logon ke paas.</w:t>
      </w:r>
    </w:p>
    <w:p>
      <w:pPr>
        <w:jc w:val="right"/>
      </w:pPr>
      <w:r>
        <w:t>کیونکہ ان کے پاس تلوار بھی نہیں تھی۔ معمولی وہ تھا جو سفر میں رکھا جاتا تھا۔ جنگ کے ہتھیار نہیں تھے اس وقت لوگوں کے پاس۔</w:t>
      </w:r>
    </w:p>
    <w:p>
      <w:r>
        <w:rPr>
          <w:b/>
        </w:rPr>
        <w:t xml:space="preserve">[21:19] </w:t>
      </w:r>
      <w:r>
        <w:t>to yeh kehna ghalat hai ke rasool Allah ne makkah par hamla kiya tha. aisa nahi hai, balkay dakhil ho gaye thay. is mein aap tafseer parhiye ke ke bilkul khamoshi se dakhil ho gaye ke un ko muzahamat ka mauqa hi nahi diya.</w:t>
      </w:r>
    </w:p>
    <w:p>
      <w:pPr>
        <w:jc w:val="right"/>
      </w:pPr>
      <w:r>
        <w:t>تو یہ کہنا غلط ہے کہ رسول اللہ نے مکہ پر حملہ کیا تھا۔ ایسا نہیں ہے، بلکہ داخل ہو گئے تھے۔ اس میں آپ تفسیر پڑھیے کہ کہ بالکل خاموشی سے داخل ہو گئے کہ انہوں کو مزاحمت کا موقع ہی نہیں دیا۔</w:t>
      </w:r>
    </w:p>
    <w:p>
      <w:r>
        <w:rPr>
          <w:b/>
        </w:rPr>
        <w:t xml:space="preserve">[21:37] </w:t>
      </w:r>
      <w:r>
        <w:t>muzahamat ka mauqa diye baghair makkah mein dakhil ho gaye aur wahan umrah umrah kiya. to woh dakhla baraye umrah tha, na ke makkah par hamla.</w:t>
      </w:r>
    </w:p>
    <w:p>
      <w:pPr>
        <w:jc w:val="right"/>
      </w:pPr>
      <w:r>
        <w:t>مزاحمت کا موقع دیے بغیر مکہ میں داخل ہو گئے اور وہاں عمرہ عمرہ کیا۔ تو وہ داخلہ برائے عمرہ تھا، نہ کہ مکہ پر حملہ۔</w:t>
      </w:r>
    </w:p>
    <w:p>
      <w:r>
        <w:rPr>
          <w:b/>
        </w:rPr>
        <w:t xml:space="preserve">[21:49] </w:t>
      </w:r>
      <w:r>
        <w:t>isi liye aap dekhiye, na yeh log hathiyar le gaye thay, na wahan koi larai hui.</w:t>
      </w:r>
    </w:p>
    <w:p>
      <w:pPr>
        <w:jc w:val="right"/>
      </w:pPr>
      <w:r>
        <w:t>اسی لیے آپ دیکھیے، نہ یہ لوگ ہتھیار لے گئے تھے، نہ وہاں کوئی لڑائی ہوئی۔</w:t>
      </w:r>
    </w:p>
    <w:p>
      <w:r>
        <w:rPr>
          <w:b/>
        </w:rPr>
        <w:t xml:space="preserve">[21:58] </w:t>
      </w:r>
      <w:r>
        <w:t>is ki tafseel aap sehat tabligh sham mein jo mein ne parhi hai, woh yahi hai. aap dekh lijiye us ko. aap ne dua ki thi ke khuda ya makkah walon ko bekhabar rakh, yahan tak ke makkah mein dakhil ho jaun mein.</w:t>
      </w:r>
    </w:p>
    <w:p>
      <w:pPr>
        <w:jc w:val="right"/>
      </w:pPr>
      <w:r>
        <w:t>اس کی تفصیل آپ صحت تبلیغ شام میں جو میں نے پڑھی ہے، وہ یہی ہے۔ آپ دیکھ لیجئے اس کو۔ آپ نے دعا کی تھی کہ خدایا مکہ والوں کو بے خبر رکھ، یہاں تک کہ مکہ میں داخل ہو جاؤں میں۔</w:t>
      </w:r>
    </w:p>
    <w:p>
      <w:r>
        <w:rPr>
          <w:b/>
        </w:rPr>
        <w:t xml:space="preserve">[22:13] </w:t>
      </w:r>
      <w:r>
        <w:t>matlab larai na ho. chunanchay yeh kya hua? jab woh dakhil ho gaye makkah mein to sardar jo thay makkah ke, unhein ailan kar diya ke aaj hum Muhammad se rokne ki taqat nahi hai.</w:t>
      </w:r>
    </w:p>
    <w:p>
      <w:pPr>
        <w:jc w:val="right"/>
      </w:pPr>
      <w:r>
        <w:t>مطلب لڑائی نہ ہو۔ چنانچہ یہ کیا ہوا؟ جب وہ داخل ہو گئے مکہ میں تو سردار جو تھے مکہ کے، انہیں اعلان کر دیا کہ آج ہم محمد سے روکنے کی طاقت نہیں ہے۔</w:t>
      </w:r>
    </w:p>
    <w:p>
      <w:r>
        <w:rPr>
          <w:b/>
        </w:rPr>
        <w:t xml:space="preserve">[22:26] </w:t>
      </w:r>
      <w:r>
        <w:t>hum ko ab un ko umrah karne do.</w:t>
      </w:r>
    </w:p>
    <w:p>
      <w:pPr>
        <w:jc w:val="right"/>
      </w:pPr>
      <w:r>
        <w:t>ہم کو اب ان کو عمرہ کرنے دو۔</w:t>
      </w:r>
    </w:p>
    <w:p>
      <w:r>
        <w:rPr>
          <w:b/>
        </w:rPr>
        <w:t xml:space="preserve">[22:30] </w:t>
      </w:r>
      <w:r>
        <w:t>badar ka waqia jo hua tha, woh kyun hua?</w:t>
      </w:r>
    </w:p>
    <w:p>
      <w:pPr>
        <w:jc w:val="right"/>
      </w:pPr>
      <w:r>
        <w:t>بدر کا واقعہ جو ہوا تھا، وہ کیوں ہوا؟</w:t>
      </w:r>
    </w:p>
    <w:p>
      <w:r>
        <w:rPr>
          <w:b/>
        </w:rPr>
        <w:t xml:space="preserve">[22:36] </w:t>
      </w:r>
      <w:r>
        <w:t>a badar ke baray mein kya aap kehte hain? kya sochte hain aap? badar ke baray mein yeh etiraz hai kuch ahl-e-maghrib ka ke un ki maeeshi kamar tod kar jo hai Muhammad un par yeh karna chahta tha, ghalba hasil karna chahta tha.</w:t>
      </w:r>
    </w:p>
    <w:p>
      <w:pPr>
        <w:jc w:val="right"/>
      </w:pPr>
      <w:r>
        <w:t>اے بدر کے بارے میں کیا آپ کہتے ہیں؟ کیا سوچتے ہیں آپ؟ بدر کے بارے میں یہ اعتراض ہے کچھ اہل مغرب کا کہ ان کی معاشی کمر توڑ کر جو ہے محمد ان پر یہ کرنا چاہتا تھا، غلبہ حاصل کرنا چاہتا تھا۔</w:t>
      </w:r>
    </w:p>
    <w:p>
      <w:r>
        <w:rPr>
          <w:b/>
        </w:rPr>
        <w:t xml:space="preserve">[22:52] </w:t>
      </w:r>
      <w:r>
        <w:t>to maeeshi kamar todne ke chakkar mein jang ho gayi.</w:t>
      </w:r>
    </w:p>
    <w:p>
      <w:pPr>
        <w:jc w:val="right"/>
      </w:pPr>
      <w:r>
        <w:t>تو معاشی کمر توڑنے کے چکر میں جنگ ہو گئی۔</w:t>
      </w:r>
    </w:p>
    <w:p>
      <w:r>
        <w:rPr>
          <w:b/>
        </w:rPr>
        <w:t xml:space="preserve">[22:56] </w:t>
      </w:r>
      <w:r>
        <w:t>dekhiye, yeh un ki un ki taweel hai. maeeshi kamar todna taweel hai. asal baat jo hai, woh kya hai? woh yeh hai ke rasool Allah ne</w:t>
      </w:r>
    </w:p>
    <w:p>
      <w:pPr>
        <w:jc w:val="right"/>
      </w:pPr>
      <w:r>
        <w:t>دیکھیے، یہ ان کی ان کی تاویل ہے۔ معاشی کمر توڑنا تاویل ہے۔ اصل بات جو ہے، وہ کیا ہے؟ وہ یہ ہے کہ رسول اللہ نے</w:t>
      </w:r>
    </w:p>
    <w:p>
      <w:r>
        <w:rPr>
          <w:b/>
        </w:rPr>
        <w:t xml:space="preserve">[23:13] </w:t>
      </w:r>
      <w:r>
        <w:t>yani un ko maloom hua ke woh log hamla karne walay hain. to instagram peedya pe teeka mein likha hua hai ke agar kisi ko khabar ho jaye ke aap par hamla karne wala ho to us waqt aap ko jo aap us ke us ke jawab mein jo qarar karenge, woh difa'i hogi,</w:t>
      </w:r>
    </w:p>
    <w:p>
      <w:pPr>
        <w:jc w:val="right"/>
      </w:pPr>
      <w:r>
        <w:t>یعنی ان کو معلوم ہوا کہ وہ لوگ حملہ کرنے والے ہیں۔ تو انسٹاگرام پیڈیا پہ ٹیکہ میں لکھا ہوا ہے کہ اگر کسی کو خبر ہو جائے کہ آپ پر حملہ کرنے والا ہو تو اس وقت آپ کو جو آپ اس کے اس کے جواب میں جو قرار کریں گے، وہ دفاعی ہوگی،</w:t>
      </w:r>
    </w:p>
    <w:p>
      <w:r>
        <w:rPr>
          <w:b/>
        </w:rPr>
        <w:t xml:space="preserve">[23:38] </w:t>
      </w:r>
      <w:r>
        <w:t>woh offensive nahi hogi. mein ne is ka hawala diya is mein al-risalah mein ke agar aap fareeq-e-sani ke baray mein aap ko itla' ho jaye ke woh hamlay ki tayari kar raha hai,</w:t>
      </w:r>
    </w:p>
    <w:p>
      <w:pPr>
        <w:jc w:val="right"/>
      </w:pPr>
      <w:r>
        <w:t>وہ افینسو نہیں ہوگی۔ میں نے اس کا حوالہ دیا اس میں الرسالہ میں کہ اگر آپ فریق ثانی کے بارے میں آپ کو اطلاع ہو جائے کہ وہ حملے کی تیاری کر رہا ہے،</w:t>
      </w:r>
    </w:p>
    <w:p>
      <w:r>
        <w:rPr>
          <w:b/>
        </w:rPr>
        <w:t xml:space="preserve">[23:53] </w:t>
      </w:r>
      <w:r>
        <w:t>hamlay ki tayari to aap ko jaiz ho jata hai ke aap us ke jawab mein jawabi tayari karen. aur woh offensive war nahi mani jayegi, defensive war mani jayegi.</w:t>
      </w:r>
    </w:p>
    <w:p>
      <w:pPr>
        <w:jc w:val="right"/>
      </w:pPr>
      <w:r>
        <w:t>حملے کی تیاری تو آپ کو جائز ہو جاتا ہے کہ آپ اس کے جواب میں جوابی تیاری کریں۔ اور وہ افینسو وار نہیں مانی جائے گی، ڈیفنسو وار مانی جائے گی۔</w:t>
      </w:r>
    </w:p>
    <w:p>
      <w:r>
        <w:rPr>
          <w:b/>
        </w:rPr>
        <w:t xml:space="preserve">[24:07] </w:t>
      </w:r>
      <w:r>
        <w:t>yeh mein ne likha hai risalah mein.</w:t>
      </w:r>
    </w:p>
    <w:p>
      <w:pPr>
        <w:jc w:val="right"/>
      </w:pPr>
      <w:r>
        <w:t>یہ میں نے لکھا ہے رسالے میں۔</w:t>
      </w:r>
    </w:p>
    <w:p>
      <w:r>
        <w:rPr>
          <w:b/>
        </w:rPr>
        <w:t xml:space="preserve">[24:12] </w:t>
      </w:r>
      <w:r>
        <w:t>woh log is hadith ko bhi pesh karte hain: "ameer al-nas hatta yaqool la ilaha illallah". haan, yeh yeh jo hadith hai, is hadith ke baray mein mein ne likha hai ke yeh hadith sirf bani israel ke liye hai, yeh koi dawat-e-aam ki ayat nahi hai.</w:t>
      </w:r>
    </w:p>
    <w:p>
      <w:pPr>
        <w:jc w:val="right"/>
      </w:pPr>
      <w:r>
        <w:t>وہ لوگ اس حدیث کو بھی پیش کرتے ہیں: "امیر الناس حتی یقول لا الہ الا اللہ"۔ ہاں، یہ یہ جو حدیث ہے، اس حدیث کے بارے میں میں نے لکھا ہے کہ یہ حدیث صرف بنی اسرائیل کے لیے ہے، یہ کوئی دعوت عام کی آیت نہیں ہے۔</w:t>
      </w:r>
    </w:p>
    <w:p>
      <w:r>
        <w:rPr>
          <w:b/>
        </w:rPr>
        <w:t xml:space="preserve">[24:31] </w:t>
      </w:r>
      <w:r>
        <w:t>yeh</w:t>
      </w:r>
    </w:p>
    <w:p>
      <w:pPr>
        <w:jc w:val="right"/>
      </w:pPr>
      <w:r>
        <w:t>یہ</w:t>
      </w:r>
    </w:p>
    <w:p>
      <w:r>
        <w:rPr>
          <w:b/>
        </w:rPr>
        <w:t xml:space="preserve">[24:34] </w:t>
      </w:r>
      <w:r>
        <w:t>bani اسرائیل کے لیے</w:t>
      </w:r>
    </w:p>
    <w:p>
      <w:pPr>
        <w:jc w:val="right"/>
      </w:pPr>
      <w:r>
        <w:t>بنی اسرائیل کے لیے</w:t>
      </w:r>
    </w:p>
    <w:p>
      <w:r>
        <w:rPr>
          <w:b/>
        </w:rPr>
        <w:t xml:space="preserve">[24:42] </w:t>
      </w:r>
      <w:r>
        <w:t>یہ پیچیدہ مسئلہ ہے۔ اس پر میں نے لکھا ہے، لیکن</w:t>
      </w:r>
    </w:p>
    <w:p>
      <w:pPr>
        <w:jc w:val="right"/>
      </w:pPr>
      <w:r>
        <w:t>یہ پیچیدہ مسئلہ ہے۔ اس پر میں نے لکھا ہے، لیکن</w:t>
      </w:r>
    </w:p>
    <w:p>
      <w:r>
        <w:rPr>
          <w:b/>
        </w:rPr>
        <w:t xml:space="preserve">[24:50] </w:t>
      </w:r>
      <w:r>
        <w:t>اس اس اس کو اس معنی میں وہ وہ مفہوم اس میں نہیں نکلتا جو جو اس اس نے لیا ہے۔</w:t>
      </w:r>
    </w:p>
    <w:p>
      <w:pPr>
        <w:jc w:val="right"/>
      </w:pPr>
      <w:r>
        <w:t>اس اس اس کو اس معنی میں وہ وہ مفہوم اس میں نہیں نکلتا جو جو اس اس نے لیا ہے۔</w:t>
      </w:r>
    </w:p>
    <w:p>
      <w:r>
        <w:rPr>
          <w:b/>
        </w:rPr>
        <w:t xml:space="preserve">[25:00] </w:t>
      </w:r>
      <w:r>
        <w:t>ل</w:t>
      </w:r>
    </w:p>
    <w:p>
      <w:pPr>
        <w:jc w:val="right"/>
      </w:pPr>
      <w:r>
        <w:t>ل</w:t>
      </w:r>
    </w:p>
    <w:p>
      <w:r>
        <w:rPr>
          <w:b/>
        </w:rPr>
        <w:t xml:space="preserve">[25:01] </w:t>
      </w:r>
      <w:r>
        <w:t>یا ہے اسماعیلی عرب کہنے سے قریش مراد ہے یا عام عربی عرب؟ عام نہیں، صرف قریش۔ صرف قریش۔</w:t>
      </w:r>
    </w:p>
    <w:p>
      <w:pPr>
        <w:jc w:val="right"/>
      </w:pPr>
      <w:r>
        <w:t>یا ہے اسماعیلی عرب کہنے سے قریش مراد ہے یا عام عربی عرب؟ عام نہیں، صرف قریش۔ صرف قریش۔</w:t>
      </w:r>
    </w:p>
    <w:p>
      <w:r>
        <w:rPr>
          <w:b/>
        </w:rPr>
        <w:t xml:space="preserve">[25:10] </w:t>
      </w:r>
      <w:r>
        <w:t>مولانا الہت اللہ عمری صاحب نے ایک سوال بھیجا ہے: "من منکم منکرا فلیغیر بیدی"۔</w:t>
      </w:r>
    </w:p>
    <w:p>
      <w:pPr>
        <w:jc w:val="right"/>
      </w:pPr>
      <w:r>
        <w:t>مولانا الہت اللہ عمری صاحب نے ایک سوال بھیجا ہے: "من منکم منکرا فلیغیر بیدی"۔</w:t>
      </w:r>
    </w:p>
    <w:p>
      <w:r>
        <w:rPr>
          <w:b/>
        </w:rPr>
        <w:t xml:space="preserve">[25:18] </w:t>
      </w:r>
      <w:r>
        <w:t>یہ حدیث ہے تو اس میں فبخلبہ کو عذاب الایمان بتایا گیا ہے۔ کیا اس حدیث کا یہ مطلب ہے کہ برائی کو ہاتھ سے مٹانا عظیمت ہے؟</w:t>
      </w:r>
    </w:p>
    <w:p>
      <w:pPr>
        <w:jc w:val="right"/>
      </w:pPr>
      <w:r>
        <w:t>یہ حدیث ہے تو اس میں فبخلبہ کو عذاب الایمان بتایا گیا ہے۔ کیا اس حدیث کا یہ مطلب ہے کہ برائی کو ہاتھ سے مٹانا عظیمت ہے؟</w:t>
      </w:r>
    </w:p>
    <w:p>
      <w:r>
        <w:rPr>
          <w:b/>
        </w:rPr>
        <w:t xml:space="preserve">[25:31] </w:t>
      </w:r>
      <w:r>
        <w:t>عظیمت والا کام ہے، جبکہ دل میں غلط سمجھ کر خاموش رہنا عذاب الایمان والی بات ہے۔ جبکہ ہم دیکھتے ہیں کہ احادیث میں خاموشی مطلوب ہے، مطلوب عمل ہے۔</w:t>
      </w:r>
    </w:p>
    <w:p>
      <w:pPr>
        <w:jc w:val="right"/>
      </w:pPr>
      <w:r>
        <w:t>عظیمت والا کام ہے، جبکہ دل میں غلط سمجھ کر خاموش رہنا عذاب الایمان والی بات ہے۔ جبکہ ہم دیکھتے ہیں کہ احادیث میں خاموشی مطلوب ہے، مطلوب عمل ہے۔</w:t>
      </w:r>
    </w:p>
    <w:p>
      <w:r>
        <w:rPr>
          <w:b/>
        </w:rPr>
        <w:t xml:space="preserve">[25:46] </w:t>
      </w:r>
      <w:r>
        <w:t>دیکھیے، یہاں یہ یہ حدیث لڑائی لڑائی کے بارے میں نہیں ہے،</w:t>
      </w:r>
    </w:p>
    <w:p>
      <w:pPr>
        <w:jc w:val="right"/>
      </w:pPr>
      <w:r>
        <w:t>دیکھیے، یہاں یہ یہ حدیث لڑائی لڑائی کے بارے میں نہیں ہے،</w:t>
      </w:r>
    </w:p>
    <w:p>
      <w:r>
        <w:rPr>
          <w:b/>
        </w:rPr>
        <w:t xml:space="preserve">[25:53] </w:t>
      </w:r>
      <w:r>
        <w:t>یہ سوشل ہدایت ہے۔ یہ یہ لڑائی کی حدیث آئی ہی نہیں ہے۔ میں آپ کو ایک مثال دیتا ہوں۔</w:t>
      </w:r>
    </w:p>
    <w:p>
      <w:pPr>
        <w:jc w:val="right"/>
      </w:pPr>
      <w:r>
        <w:t>یہ سوشل ہدایت ہے۔ یہ یہ لڑائی کی حدیث آئی ہی نہیں ہے۔ میں آپ کو ایک مثال دیتا ہوں۔</w:t>
      </w:r>
    </w:p>
    <w:p>
      <w:r>
        <w:rPr>
          <w:b/>
        </w:rPr>
        <w:t xml:space="preserve">[26:05] </w:t>
      </w:r>
      <w:r>
        <w:t>یہیں ہمارے یہاں پر ایک ایک تھا، ایک آدمی جو سبزے بھیجتا تھا۔ یہاں پر میری آنکھوں، میری آنکھوں کے سامنے کی بات ہے، سبزے بھیجتا تھا۔</w:t>
      </w:r>
    </w:p>
    <w:p>
      <w:pPr>
        <w:jc w:val="right"/>
      </w:pPr>
      <w:r>
        <w:t>یہیں ہمارے یہاں پر ایک ایک تھا، ایک آدمی جو سبزے بھیجتا تھا۔ یہاں پر میری آنکھوں، میری آنکھوں کے سامنے کی بات ہے، سبزے بھیجتا تھا۔</w:t>
      </w:r>
    </w:p>
    <w:p>
      <w:r>
        <w:rPr>
          <w:b/>
        </w:rPr>
        <w:t xml:space="preserve">[26:19] </w:t>
      </w:r>
      <w:r>
        <w:t>تو یہاں پارک میں کچھ لڑکے آئے اور وہ وہاں پارک میں پھول لگے ہوئے تھے، پھول کیڑیاں۔</w:t>
      </w:r>
    </w:p>
    <w:p>
      <w:pPr>
        <w:jc w:val="right"/>
      </w:pPr>
      <w:r>
        <w:t>تو یہاں پارک میں کچھ لڑکے آئے اور وہ وہاں پارک میں پھول لگے ہوئے تھے، پھول کیڑیاں۔</w:t>
      </w:r>
    </w:p>
    <w:p>
      <w:r>
        <w:rPr>
          <w:b/>
        </w:rPr>
        <w:t xml:space="preserve">[26:30] </w:t>
      </w:r>
      <w:r>
        <w:t>تو پھول توڑنے لگا وہ لڑکے۔ تو اس نے روکا ان کو، تو نہیں رکے۔ اگلے دن پھر آئے، وہ لگے پھول توڑنے۔</w:t>
      </w:r>
    </w:p>
    <w:p>
      <w:pPr>
        <w:jc w:val="right"/>
      </w:pPr>
      <w:r>
        <w:t>تو پھول توڑنے لگا وہ لڑکے۔ تو اس نے روکا ان کو، تو نہیں رکے۔ اگلے دن پھر آئے، وہ لگے پھول توڑنے۔</w:t>
      </w:r>
    </w:p>
    <w:p>
      <w:r>
        <w:rPr>
          <w:b/>
        </w:rPr>
        <w:t xml:space="preserve">[26:42] </w:t>
      </w:r>
      <w:r>
        <w:t>تو وہ آدمی جو سبزی بیچنے کے لیے دکان لگاتا تھا نا، وہ وہاں سے آیا اور مارا پیٹا ہے ان لڑکوں کو۔</w:t>
      </w:r>
    </w:p>
    <w:p>
      <w:pPr>
        <w:jc w:val="right"/>
      </w:pPr>
      <w:r>
        <w:t>تو وہ آدمی جو سبزی بیچنے کے لیے دکان لگاتا تھا نا، وہ وہاں سے آیا اور مارا پیٹا ہے ان لڑکوں کو۔</w:t>
      </w:r>
    </w:p>
    <w:p>
      <w:r>
        <w:rPr>
          <w:b/>
        </w:rPr>
        <w:t xml:space="preserve">[26:52] </w:t>
      </w:r>
      <w:r>
        <w:t>تو کیا ہوا کہ وہ لڑکے گئے، وہ بستی کے لڑکے تھے، وہ گئے اور کچھ ہاتھیوں کو لے کر آئے اور خوب ان کو مار مار کے بھگا بھگا دیا۔</w:t>
      </w:r>
    </w:p>
    <w:p>
      <w:pPr>
        <w:jc w:val="right"/>
      </w:pPr>
      <w:r>
        <w:t>تو کیا ہوا کہ وہ لڑکے گئے، وہ بستی کے لڑکے تھے، وہ گئے اور کچھ ہاتھیوں کو لے کر آئے اور خوب ان کو مار مار کے بھگا بھگا دیا۔</w:t>
      </w:r>
    </w:p>
    <w:p>
      <w:r>
        <w:rPr>
          <w:b/>
        </w:rPr>
        <w:t xml:space="preserve">[27:04] </w:t>
      </w:r>
      <w:r>
        <w:t>کیونکہ دو کانیں ٹوٹ گئی اس کی۔ تو دیکھیے، اس طرح کے معاملے جو ہیں، وہ وہ جنگ والے معاملات میں نہیں بنے، سوشل معاملے میں کہ سوشل دائرے میں اگر تم کوئی برائی دیکھو تو اگر تمہارے بس میں ہے روکنا، تب تو روکو، نہیں تو اس کو کم سے کم برا سمجھو۔</w:t>
      </w:r>
    </w:p>
    <w:p>
      <w:pPr>
        <w:jc w:val="right"/>
      </w:pPr>
      <w:r>
        <w:t>کیونکہ دو کانیں ٹوٹ گئی اس کی۔ تو دیکھیے، اس طرح کے معاملے جو ہیں، وہ وہ جنگ والے معاملات میں نہیں بنے، سوشل معاملے میں کہ سوشل دائرے میں اگر تم کوئی برائی دیکھو تو اگر تمہارے بس میں ہے روکنا، تب تو روکو، نہیں تو اس کو کم سے کم برا سمجھو۔</w:t>
      </w:r>
    </w:p>
    <w:p>
      <w:r>
        <w:rPr>
          <w:b/>
        </w:rPr>
        <w:t xml:space="preserve">[27:30] </w:t>
      </w:r>
      <w:r>
        <w:t>یہ ہے ہرگز ہرگز جو لوگ اس کو لکھتے ہیں اس معاملے میں جنگ کے معاملے میں تو غلط لکھتے ہیں۔ وہ یہ آیت، وہ یہ حدیث جو ہے، سوشل برائیوں کے بارے میں اس کی ایک مثال میں نے دی کہ وہ آدمی جو تھا، جب اس نے دیکھا کہ میرے منع کرنے سے لڑکے نہیں رکتے، تو اس کو چپ ہو جانا چاہیے تھا۔</w:t>
      </w:r>
    </w:p>
    <w:p>
      <w:pPr>
        <w:jc w:val="right"/>
      </w:pPr>
      <w:r>
        <w:t>یہ ہے ہرگز ہرگز جو لوگ اس کو لکھتے ہیں اس معاملے میں جنگ کے معاملے میں تو غلط لکھتے ہیں۔ وہ یہ آیت، وہ یہ حدیث جو ہے، سوشل برائیوں کے بارے میں اس کی ایک مثال میں نے دی کہ وہ آدمی جو تھا، جب اس نے دیکھا کہ میرے منع کرنے سے لڑکے نہیں رکتے، تو اس کو چپ ہو جانا چاہیے تھا۔</w:t>
      </w:r>
    </w:p>
    <w:p>
      <w:r>
        <w:rPr>
          <w:b/>
        </w:rPr>
        <w:t xml:space="preserve">[27:58] </w:t>
      </w:r>
      <w:r>
        <w:t>یہ نہیں کرنا چاہیے تھا کہ ان کو مارے پیٹے اور پھر وہ بھی اس کو مارے پیٹے اور اس کی دعا ختم ہو جائے۔ بس اس دائرے کی بات ہے۔</w:t>
      </w:r>
    </w:p>
    <w:p>
      <w:pPr>
        <w:jc w:val="right"/>
      </w:pPr>
      <w:r>
        <w:t>یہ نہیں کرنا چاہیے تھا کہ ان کو مارے پیٹے اور پھر وہ بھی اس کو مارے پیٹے اور اس کی دعا ختم ہو جائے۔ بس اس دائرے کی بات ہے۔</w:t>
      </w:r>
    </w:p>
    <w:p>
      <w:r>
        <w:rPr>
          <w:b/>
        </w:rPr>
        <w:t xml:space="preserve">[28:07] </w:t>
      </w:r>
      <w:r>
        <w:t>وہ اس کے اس سے جنگ نہیں نکلتی کہ حملہ کرتے ہیں آپ جنگ جنگ کے لیے۔</w:t>
      </w:r>
    </w:p>
    <w:p>
      <w:pPr>
        <w:jc w:val="right"/>
      </w:pPr>
      <w:r>
        <w:t>وہ اس کے اس سے جنگ نہیں نکلتی کہ حملہ کرتے ہیں آپ جنگ جنگ کے لیے۔</w:t>
      </w:r>
    </w:p>
    <w:p>
      <w:r>
        <w:rPr>
          <w:b/>
        </w:rPr>
        <w:t xml:space="preserve">[28:15] </w:t>
      </w:r>
      <w:r>
        <w:t>اس میں لفظ ایمان، اضعاف الایمان جو کہا گیا، اس کی وجہ سے تھوڑا سا کنفیوژن ہو جاتا ہے۔ ہونا یہ کیا ہے؟ اقوال ایمان، اضعاف الایمان، اس کا تعلق کس سے ہے؟</w:t>
      </w:r>
    </w:p>
    <w:p>
      <w:pPr>
        <w:jc w:val="right"/>
      </w:pPr>
      <w:r>
        <w:t>اس میں لفظ ایمان، اضعاف الایمان جو کہا گیا، اس کی وجہ سے تھوڑا سا کنفیوژن ہو جاتا ہے۔ ہونا یہ کیا ہے؟ اقوال ایمان، اضعاف الایمان، اس کا تعلق کس سے ہے؟</w:t>
      </w:r>
    </w:p>
    <w:p>
      <w:r>
        <w:rPr>
          <w:b/>
        </w:rPr>
        <w:t xml:space="preserve">[28:30] </w:t>
      </w:r>
      <w:r>
        <w:t>یہ اس کے لیے ہے جو جس کے بس میں ہو روکنا، پھر بھی نہ روکے۔ وہ تب وہ اضعاف الایمان لکھا کہ وہ طرح ہی اس کے بس میں ہے۔</w:t>
      </w:r>
    </w:p>
    <w:p>
      <w:pPr>
        <w:jc w:val="right"/>
      </w:pPr>
      <w:r>
        <w:t>یہ اس کے لیے ہے جو جس کے بس میں ہو روکنا، پھر بھی نہ روکے۔ وہ تب وہ اضعاف الایمان لکھا کہ وہ طرح ہی اس کے بس میں ہے۔</w:t>
      </w:r>
    </w:p>
    <w:p>
      <w:r>
        <w:rPr>
          <w:b/>
        </w:rPr>
        <w:t xml:space="preserve">[28:42] </w:t>
      </w:r>
      <w:r>
        <w:t>تو اس کے لیے وہ اعلیٰ کام وہی ہے۔ اس کے لیے یعنی ایک انسان وہ ہے جس کے بس میں ہے کہ وہ اس کو روک دے، تو اس کو روکنا چاہیے۔</w:t>
      </w:r>
    </w:p>
    <w:p>
      <w:pPr>
        <w:jc w:val="right"/>
      </w:pPr>
      <w:r>
        <w:t>تو اس کے لیے وہ اعلیٰ کام وہی ہے۔ اس کے لیے یعنی ایک انسان وہ ہے جس کے بس میں ہے کہ وہ اس کو روک دے، تو اس کو روکنا چاہیے۔</w:t>
      </w:r>
    </w:p>
    <w:p>
      <w:r>
        <w:rPr>
          <w:b/>
        </w:rPr>
        <w:t xml:space="preserve">[28:52] </w:t>
      </w:r>
      <w:r>
        <w:t>لیکن جس بس میں ہو بغیر نہ روکے، اس کے لیے وہ آیا ہے۔ تو یہ واقعی جو بس میں ہے اور نہ روکے، تو بندے کو کہ کیوں نہیں روکا؟</w:t>
      </w:r>
    </w:p>
    <w:p>
      <w:pPr>
        <w:jc w:val="right"/>
      </w:pPr>
      <w:r>
        <w:t>لیکن جس بس میں ہو بغیر نہ روکے، اس کے لیے وہ آیا ہے۔ تو یہ واقعی جو بس میں ہے اور نہ روکے، تو بندے کو کہ کیوں نہیں روکا؟</w:t>
      </w:r>
    </w:p>
    <w:p>
      <w:r>
        <w:rPr>
          <w:b/>
        </w:rPr>
        <w:t xml:space="preserve">[29:03] </w:t>
      </w:r>
      <w:r>
        <w:t>اس نے</w:t>
      </w:r>
    </w:p>
    <w:p>
      <w:pPr>
        <w:jc w:val="right"/>
      </w:pPr>
      <w:r>
        <w:t>اس نے</w:t>
      </w:r>
    </w:p>
    <w:p>
      <w:r>
        <w:rPr>
          <w:b/>
        </w:rPr>
        <w:t xml:space="preserve">[29:07] </w:t>
      </w:r>
      <w:r>
        <w:t>مثلاً دیکھیے، آپ کے گھر میں آپ کا بچہ ہے۔ میں نے دیکھا ہے کہ بچہ کچھ بھی کر رہا ہے اور باپ بیٹھا ہوا ہے تو وہاں سے دیکھ رہا ہے۔</w:t>
      </w:r>
    </w:p>
    <w:p>
      <w:pPr>
        <w:jc w:val="right"/>
      </w:pPr>
      <w:r>
        <w:t>مثلاً دیکھیے، آپ کے گھر میں آپ کا بچہ ہے۔ میں نے دیکھا ہے کہ بچہ کچھ بھی کر رہا ہے اور باپ بیٹھا ہوا ہے تو وہاں سے دیکھ رہا ہے۔</w:t>
      </w:r>
    </w:p>
    <w:p>
      <w:r>
        <w:rPr>
          <w:b/>
        </w:rPr>
        <w:t xml:space="preserve">[29:19] </w:t>
      </w:r>
      <w:r>
        <w:t>to woh azzaaf al-imaan hai. nahi, baap ko haq hai. baap ke bas mein hai ke woh roke, daante is ko. woh daanta nahi.</w:t>
      </w:r>
    </w:p>
    <w:p>
      <w:pPr>
        <w:jc w:val="right"/>
      </w:pPr>
      <w:r>
        <w:t>تو وہ اضعاف الایمان ہے۔ نہیں، باپ کو حق ہے۔ باپ کے بس میں ہے کہ وہ روکے، ڈانٹے اس کو۔ وہ ڈانٹتا نہیں۔</w:t>
      </w:r>
    </w:p>
    <w:p>
      <w:r>
        <w:rPr>
          <w:b/>
        </w:rPr>
        <w:t xml:space="preserve">[29:28] </w:t>
      </w:r>
      <w:r>
        <w:t>woh</w:t>
      </w:r>
    </w:p>
    <w:p>
      <w:pPr>
        <w:jc w:val="right"/>
      </w:pPr>
      <w:r>
        <w:t>وہ</w:t>
      </w:r>
    </w:p>
    <w:p>
      <w:r>
        <w:rPr>
          <w:b/>
        </w:rPr>
        <w:t xml:space="preserve">[29:33] </w:t>
      </w:r>
      <w:r>
        <w:t>to saara maamla hai ke jee bas mein hai magar woh kuch na kare.</w:t>
      </w:r>
    </w:p>
    <w:p>
      <w:pPr>
        <w:jc w:val="right"/>
      </w:pPr>
      <w:r>
        <w:t>تو سارا معاملہ ہے کہ جی بس میں ہے مگر وہ کچھ نہ کرے۔</w:t>
      </w:r>
    </w:p>
    <w:p>
      <w:r>
        <w:rPr>
          <w:b/>
        </w:rPr>
        <w:t xml:space="preserve">[29:43] </w:t>
      </w:r>
      <w:r>
        <w:t>woh phir ek fitri baat hai. woh woh koi jang o jahad ki baat nahi hai. woh mein ne khud dekha apne aankh se purani dilli mein ek sahib ke ghar mein kya hua tha.</w:t>
      </w:r>
    </w:p>
    <w:p>
      <w:pPr>
        <w:jc w:val="right"/>
      </w:pPr>
      <w:r>
        <w:t>وہ پھر ایک فطری بات ہے۔ وہ وہ کوئی جنگ و جہاد کی بات نہیں ہے۔ وہ میں نے خود دیکھا اپنے آنکھ سے پرانی دلی میں ایک صاحب کے گھر میں کیا ہوا تھا۔</w:t>
      </w:r>
    </w:p>
    <w:p>
      <w:r>
        <w:rPr>
          <w:b/>
        </w:rPr>
        <w:t xml:space="preserve">[29:54] </w:t>
      </w:r>
      <w:r>
        <w:t>purani dilli mein jab wahan rehta tha, wahan mein to ek ladka wahan chhat par daud raha tha patta pakadne ke liye.</w:t>
      </w:r>
    </w:p>
    <w:p>
      <w:pPr>
        <w:jc w:val="right"/>
      </w:pPr>
      <w:r>
        <w:t>پرانی دلی میں جب وہاں رہتا تھا، وہاں میں تو ایک لڑکا وہاں چھت پر دوڑ رہا تھا پتہ پکڑنے کے لیے۔</w:t>
      </w:r>
    </w:p>
    <w:p>
      <w:r>
        <w:rPr>
          <w:b/>
        </w:rPr>
        <w:t xml:space="preserve">[30:06] </w:t>
      </w:r>
      <w:r>
        <w:t>patta pakadne ke liye to doosra ladka aaya aur use us se patta chheen'na chaha. chheen'na chaha to mein baap sahib ke paas baitha hua tha.</w:t>
      </w:r>
    </w:p>
    <w:p>
      <w:pPr>
        <w:jc w:val="right"/>
      </w:pPr>
      <w:r>
        <w:t>پتہ پکڑنے کے لیے تو دوسرا لڑکا آیا اور اسے اس سے پتہ چھیننا چاہا۔ چھیننا چاہا تو میں باپ صاحب کے پاس بیٹھا ہوا تھا۔</w:t>
      </w:r>
    </w:p>
    <w:p>
      <w:r>
        <w:rPr>
          <w:b/>
        </w:rPr>
        <w:t xml:space="preserve">[30:19] </w:t>
      </w:r>
      <w:r>
        <w:t>to baap sahib ne us ko daanta jo chheen raha tha. apne bete ko nahi daanta jo chhat par koi daud raha ho patte ke liye. apne bete ko kuch nahi kaha.</w:t>
      </w:r>
    </w:p>
    <w:p>
      <w:pPr>
        <w:jc w:val="right"/>
      </w:pPr>
      <w:r>
        <w:t>تو باپ صاحب نے اس کو ڈانٹا جو چھین رہا تھا۔ اپنے بیٹے کو نہیں ڈانٹا جو چھت پر کوئی دوڑ رہا ہو پتہ کے لیے۔ اپنے بیٹے کو کچھ نہیں کہا۔</w:t>
      </w:r>
    </w:p>
    <w:p>
      <w:r>
        <w:rPr>
          <w:b/>
        </w:rPr>
        <w:t xml:space="preserve">[30:29] </w:t>
      </w:r>
      <w:r>
        <w:t>aap us ko daant rahe hain. haan, farmaiye</w:t>
      </w:r>
    </w:p>
    <w:p>
      <w:pPr>
        <w:jc w:val="right"/>
      </w:pPr>
      <w:r>
        <w:t>آپ اس کو ڈانٹ رہے ہیں۔ ہاں، فرمائیے</w:t>
      </w:r>
    </w:p>
    <w:p>
      <w:r>
        <w:rPr>
          <w:b/>
        </w:rPr>
        <w:t xml:space="preserve">[30:35] </w:t>
      </w:r>
      <w:r>
        <w:t>maulana. baaz log kehte hain ke dawat ka kaam har ek ke liye zaroori nahi hai. har ek kare, yeh zaroori nahi hai. sirf ahl-e-ilm ka par zaroori hai.</w:t>
      </w:r>
    </w:p>
    <w:p>
      <w:pPr>
        <w:jc w:val="right"/>
      </w:pPr>
      <w:r>
        <w:t>مولانا۔ بعض لوگ کہتے ہیں کہ دعوت کا کام ہر ایک کے لیے ضروری نہیں ہے۔ ہر ایک کرے، یہ ضروری نہیں ہے۔ صرف اہل علم کا پر ضروری ہے۔</w:t>
      </w:r>
    </w:p>
    <w:p>
      <w:r>
        <w:rPr>
          <w:b/>
        </w:rPr>
        <w:t xml:space="preserve">[30:45] </w:t>
      </w:r>
      <w:r>
        <w:t>aur is ke liye istidlal karte hain is aayat se jo surah toobah ki aayat hai: "min kulli fi al-deen".</w:t>
      </w:r>
    </w:p>
    <w:p>
      <w:pPr>
        <w:jc w:val="right"/>
      </w:pPr>
      <w:r>
        <w:t>اور اس کے لیے استدلال کرتے ہیں اس آیت سے جو سورہ توبہ کی آیت ہے: "من کل فی الدین"۔</w:t>
      </w:r>
    </w:p>
    <w:p>
      <w:r>
        <w:rPr>
          <w:b/>
        </w:rPr>
        <w:t xml:space="preserve">[31:01] </w:t>
      </w:r>
      <w:r>
        <w:t>is se kaise nikalta hai ke ek firqa masoos ho jo tafaqquh fi al-deen haasil kare aur woh aa kar anzaar kare?</w:t>
      </w:r>
    </w:p>
    <w:p>
      <w:pPr>
        <w:jc w:val="right"/>
      </w:pPr>
      <w:r>
        <w:t>اس سے کیسے نکلتا ہے کہ ایک فرقہ مخصوص ہو جو تفقہ فی الدین حاصل کرے اور وہ آ کر انظار کرے؟</w:t>
      </w:r>
    </w:p>
    <w:p>
      <w:r>
        <w:rPr>
          <w:b/>
        </w:rPr>
        <w:t xml:space="preserve">[31:13] </w:t>
      </w:r>
      <w:r>
        <w:t>nahi, dekhiye, is mein yeh khud alfaaz se nikalta hai ke jahan kulli iqdaam mumkin na ho to kuch log niklein.</w:t>
      </w:r>
    </w:p>
    <w:p>
      <w:pPr>
        <w:jc w:val="right"/>
      </w:pPr>
      <w:r>
        <w:t>نہیں، دیکھیے، اس میں یہ خود الفاظ سے نکلتا ہے کہ جہاں کلی اقدام ممکن نہ ہو تو کچھ لوگ نکلیں۔</w:t>
      </w:r>
    </w:p>
    <w:p>
      <w:r>
        <w:rPr>
          <w:b/>
        </w:rPr>
        <w:t xml:space="preserve">[31:23] </w:t>
      </w:r>
      <w:r>
        <w:t>samjhane wale yeh hain: "falaan nafar". sab log na nikal nikal sakte hon to kuch to niklein. samjhane bujhane wale ladai ke liye nahi.</w:t>
      </w:r>
    </w:p>
    <w:p>
      <w:pPr>
        <w:jc w:val="right"/>
      </w:pPr>
      <w:r>
        <w:t>سمجھانے والے یہ ہیں: "فلاں نفر"۔ سب لوگ نہ نکل نکل سکتے ہوں تو کچھ تو نکلیں۔ سمجھانے بجانے والے لڑائی کے لیے نہیں۔</w:t>
      </w:r>
    </w:p>
    <w:p>
      <w:r>
        <w:rPr>
          <w:b/>
        </w:rPr>
        <w:t xml:space="preserve">[31:35] </w:t>
      </w:r>
      <w:r>
        <w:t>khud is ke alfaaz hi hain. tarjuma padhiye sahib. phir tarjuma padhiye.</w:t>
      </w:r>
    </w:p>
    <w:p>
      <w:pPr>
        <w:jc w:val="right"/>
      </w:pPr>
      <w:r>
        <w:t>خود اس کے الفاظ ہی ہیں۔ ترجمہ پڑھیے صاحب۔ پھر ترجمہ پڑھیے۔</w:t>
      </w:r>
    </w:p>
    <w:p>
      <w:r>
        <w:rPr>
          <w:b/>
        </w:rPr>
        <w:t xml:space="preserve">[31:40] </w:t>
      </w:r>
      <w:r>
        <w:t>aur yeh mumkin na tha ke ahl-e-imaan sab ke sab nikal khade hon. haan, dekhiye, yeh mumkin na tha, to kyun aisa kyun na hua ke un ke yaani sab log agar is kaam ke liye le uth sakte the to kuch to niklte, uthte.</w:t>
      </w:r>
    </w:p>
    <w:p>
      <w:pPr>
        <w:jc w:val="right"/>
      </w:pPr>
      <w:r>
        <w:t>اور یہ ممکن نہ تھا کہ اہل ایمان سب کے سب نکل کھڑے ہوں۔ ہاں، دیکھیے، یہ ممکن نہ تھا۔ تو کیوں ایسا کیوں نہ ہوا کہ ان کے یعنی سب لوگ اگر اس کام کے لیے لے اٹھ سکتے تھے تو کچھ تو نکلتے، اٹھتے۔</w:t>
      </w:r>
    </w:p>
    <w:p>
      <w:r>
        <w:rPr>
          <w:b/>
        </w:rPr>
        <w:t xml:space="preserve">[31:58] </w:t>
      </w:r>
      <w:r>
        <w:t>yeh matlab hai is ka.</w:t>
      </w:r>
    </w:p>
    <w:p>
      <w:pPr>
        <w:jc w:val="right"/>
      </w:pPr>
      <w:r>
        <w:t>یہ مطلب ہے اس کا۔</w:t>
      </w:r>
    </w:p>
    <w:p>
      <w:r>
        <w:rPr>
          <w:b/>
        </w:rPr>
        <w:t xml:space="preserve">[32:02] </w:t>
      </w:r>
      <w:r>
        <w:t>woh nahi jo aap ne farmaya. masalan aaj ke halaat ke lihaaz se kahunga ke farz kiya hai, koi waqea ho to to saare nikal kar agar kuch harkat karein to police wale kahein ke yeh to maaf lynching hai.</w:t>
      </w:r>
    </w:p>
    <w:p>
      <w:pPr>
        <w:jc w:val="right"/>
      </w:pPr>
      <w:r>
        <w:t>وہ نہیں جو آپ نے فرمایا۔ مثلاً آج کے حالات کے لحاظ سے کہوں گا کہ فرض کیا ہے، کوئی واقعہ ہو تو تو سارے نکل کر اگر کچھ حرکت کریں تو پولیس والے کہیں کہ یہ تو معاف لنچنگ ہے۔</w:t>
      </w:r>
    </w:p>
    <w:p>
      <w:r>
        <w:rPr>
          <w:b/>
        </w:rPr>
        <w:t xml:space="preserve">[32:21] </w:t>
      </w:r>
      <w:r>
        <w:t>to aap aisa na kijiye ke maaf lynching ka aap par ilzaam lag jaye. kuch log jayein, samjha dein us ko.</w:t>
      </w:r>
    </w:p>
    <w:p>
      <w:pPr>
        <w:jc w:val="right"/>
      </w:pPr>
      <w:r>
        <w:t>تو آپ ایسا نہ کیجئے کہ معاف لنچنگ کا آپ پر الزام لگ جائے۔ کچھ لوگ جائیں، سمجھا دیں اس کو۔</w:t>
      </w:r>
    </w:p>
    <w:p>
      <w:r>
        <w:rPr>
          <w:b/>
        </w:rPr>
        <w:t xml:space="preserve">[32:30] </w:t>
      </w:r>
      <w:r>
        <w:t>hain, aaj kal nikalna nahi. ek term maaf lynching. to maaf lynching ke ilzaam se bachne ke liye hum chand hi aadmi wahan jayein,</w:t>
      </w:r>
    </w:p>
    <w:p>
      <w:pPr>
        <w:jc w:val="right"/>
      </w:pPr>
      <w:r>
        <w:t>ہیں، آج کل نکلنا نہیں۔ ایک ٹرم معاف لنچنگ۔ تو معاف لنچنگ کے الزام سے بچنے کے لیے ہم چند ہی آدمی وہاں جائیں،</w:t>
      </w:r>
    </w:p>
    <w:p>
      <w:r>
        <w:rPr>
          <w:b/>
        </w:rPr>
        <w:t xml:space="preserve">[32:44] </w:t>
      </w:r>
      <w:r>
        <w:t>bheed na ikhatta karein. yeh matlab hai</w:t>
      </w:r>
    </w:p>
    <w:p>
      <w:pPr>
        <w:jc w:val="right"/>
      </w:pPr>
      <w:r>
        <w:t>بھیڑ نہ اکٹھا کریں۔ یہ مطلب ہے</w:t>
      </w:r>
    </w:p>
    <w:p>
      <w:r>
        <w:rPr>
          <w:b/>
        </w:rPr>
        <w:t xml:space="preserve">[32:48] </w:t>
      </w:r>
      <w:r>
        <w:t>maulana. kuch log kehte hain yahan taifa taifa muttafiqa se murad think tank hai. yeh kahan tak sahi hai?</w:t>
      </w:r>
    </w:p>
    <w:p>
      <w:pPr>
        <w:jc w:val="right"/>
      </w:pPr>
      <w:r>
        <w:t>مولانا۔ کچھ لوگ کہتے ہیں یہاں طائفہ طائفہ متفقہ سے مراد تھنک ٹینک ہے۔ یہ کہاں تک صحیح ہے؟</w:t>
      </w:r>
    </w:p>
    <w:p>
      <w:r>
        <w:rPr>
          <w:b/>
        </w:rPr>
        <w:t xml:space="preserve">[32:58] </w:t>
      </w:r>
      <w:r>
        <w:t>kya kaha hai is aayat ke andar jo taifa muttafiqa kaha gaya hai to is se kuch log yeh murad lete hain ke is se murad think tank hai.</w:t>
      </w:r>
    </w:p>
    <w:p>
      <w:pPr>
        <w:jc w:val="right"/>
      </w:pPr>
      <w:r>
        <w:t>کیا کہا ہے اس آیت کے اندر جو طائفہ متفقہ کہا گیا ہے تو اس سے کچھ لوگ یہ مراد لیتے ہیں کہ اس سے مراد تھنک ٹینک ہے۔</w:t>
      </w:r>
    </w:p>
    <w:p>
      <w:r>
        <w:rPr>
          <w:b/>
        </w:rPr>
        <w:t xml:space="preserve">[33:08] </w:t>
      </w:r>
      <w:r>
        <w:t>kya mein samjha nahi? kya aayat hai woh</w:t>
      </w:r>
    </w:p>
    <w:p>
      <w:pPr>
        <w:jc w:val="right"/>
      </w:pPr>
      <w:r>
        <w:t>کیا میں سمجھا نہیں؟ کیا آیت ہے وہ</w:t>
      </w:r>
    </w:p>
    <w:p>
      <w:r>
        <w:rPr>
          <w:b/>
        </w:rPr>
        <w:t xml:space="preserve">[33:11] </w:t>
      </w:r>
      <w:r>
        <w:t>? "falaan nafar min kulli firqa minhum taifatun li yatafaqqaha fi al-deen". haan, yahan par ek giroh ka zikr hai jo tafaqquh haasil kare.</w:t>
      </w:r>
    </w:p>
    <w:p>
      <w:pPr>
        <w:jc w:val="right"/>
      </w:pPr>
      <w:r>
        <w:t>؟ "فلاں نفر من کل فرقۃ منہم طائفۃ لیتفقہ فی الدین"۔ ہاں، یہاں پر ایک گروہ کا ذکر ہے جو تفقہ حاصل کرے۔</w:t>
      </w:r>
    </w:p>
    <w:p>
      <w:r>
        <w:rPr>
          <w:b/>
        </w:rPr>
        <w:t xml:space="preserve">[33:20] </w:t>
      </w:r>
      <w:r>
        <w:t>haan, to us ko baaz log is sense mein lete hain ke is se murad hai think tank.</w:t>
      </w:r>
    </w:p>
    <w:p>
      <w:pPr>
        <w:jc w:val="right"/>
      </w:pPr>
      <w:r>
        <w:t>ہاں، تو اس کو بعض لوگ اس سینس میں لیتے ہیں کہ اس سے مراد ہے تھنک ٹینک۔</w:t>
      </w:r>
    </w:p>
    <w:p>
      <w:r>
        <w:rPr>
          <w:b/>
        </w:rPr>
        <w:t xml:space="preserve">[33:26] </w:t>
      </w:r>
      <w:r>
        <w:t>dekhen, think tank to ek khaas term hai. main nahin samajhta ke is aayat mein woh murad hai. yeh to aam baat hai, aam akhlaqi jo zimmedari hai, uska zikr hai.</w:t>
      </w:r>
    </w:p>
    <w:p>
      <w:pPr>
        <w:jc w:val="right"/>
      </w:pPr>
      <w:r>
        <w:t>دیکھیں، تھنک ٹینک تو ایک خاص ٹرم ہے۔ میں نہیں سمجھتا کہ اس آیت میں وہ مراد ہے۔ یہ تو عام بات ہے، عام اخلاقی جو ذمہ داری ہے، اس کا ذکر ہے۔</w:t>
      </w:r>
    </w:p>
    <w:p>
      <w:r>
        <w:rPr>
          <w:b/>
        </w:rPr>
        <w:t xml:space="preserve">[33:41] </w:t>
      </w:r>
      <w:r>
        <w:t>baqi woh jo think tank ka jo concept hai, woh ek professional concept hai. woh professional concept hai.</w:t>
      </w:r>
    </w:p>
    <w:p>
      <w:pPr>
        <w:jc w:val="right"/>
      </w:pPr>
      <w:r>
        <w:t>باقی وہ جو تھنک ٹینک کا جو کانسیپٹ ہے، وہ ایک پروفیشنل کانسیپٹ ہے۔ وہ پروفیشنل کانسیپٹ ہے۔</w:t>
      </w:r>
    </w:p>
    <w:p>
      <w:r>
        <w:rPr>
          <w:b/>
        </w:rPr>
        <w:t xml:space="preserve">[33:50] </w:t>
      </w:r>
      <w:r>
        <w:t>main nahin samajhta ke is se murad hai. woh</w:t>
      </w:r>
    </w:p>
    <w:p>
      <w:pPr>
        <w:jc w:val="right"/>
      </w:pPr>
      <w:r>
        <w:t>میں نہیں سمجھتا کہ اس سے مراد ہے۔ وہ</w:t>
      </w:r>
    </w:p>
    <w:p>
      <w:r>
        <w:rPr>
          <w:b/>
        </w:rPr>
        <w:t xml:space="preserve">[33:53] </w:t>
      </w:r>
      <w:r>
        <w:t>abdul salam umri haiderabad. maulana ibn abbas ko rasool Allah ne ek dua di thi: "allahumma faqih fi al-deen wa allimhu al-tawil". to yeh taweel kya hai?</w:t>
      </w:r>
    </w:p>
    <w:p>
      <w:pPr>
        <w:jc w:val="right"/>
      </w:pPr>
      <w:r>
        <w:t>عبدالسلام عمری حیدرآباد۔ مولانا ابن عباس کو رسول اللہ نے ایک دعا دی تھی: "اللہم فقیہ فی الدین وعلمہ التاویل"۔ تو یہ تاویل کیا ہے؟</w:t>
      </w:r>
    </w:p>
    <w:p>
      <w:r>
        <w:rPr>
          <w:b/>
        </w:rPr>
        <w:t xml:space="preserve">[34:02] </w:t>
      </w:r>
      <w:r>
        <w:t>aur surah yusuf mein "wa yualimuka min taweel al-ahadith" kaha gaya. to yeh quran mein taweel al-ahadith aur hadith mein ilm al-taweel.</w:t>
      </w:r>
    </w:p>
    <w:p>
      <w:pPr>
        <w:jc w:val="right"/>
      </w:pPr>
      <w:r>
        <w:t>اور سورہ یوسف میں "ویعلمک من تاویل الاحادیث" کہا گیا۔ تو یہ قرآن میں تاویل الاحادیث اور حدیث میں علم التاویل۔</w:t>
      </w:r>
    </w:p>
    <w:p>
      <w:r>
        <w:rPr>
          <w:b/>
        </w:rPr>
        <w:t xml:space="preserve">[34:11] </w:t>
      </w:r>
      <w:r>
        <w:t>yeh taweel al-ahadith aur taweel kya hai? kya keh</w:t>
      </w:r>
    </w:p>
    <w:p>
      <w:pPr>
        <w:jc w:val="right"/>
      </w:pPr>
      <w:r>
        <w:t>یہ تاویل الاحادیث اور تاویل کیا ہے؟ کیا کہ</w:t>
      </w:r>
    </w:p>
    <w:p>
      <w:r>
        <w:rPr>
          <w:b/>
        </w:rPr>
        <w:t xml:space="preserve">[34:16] </w:t>
      </w:r>
      <w:r>
        <w:t>te hain maulana? in ka sawal yeh hai ke rasool Allah ne ibn abbas ko dua di thi: "wa allimhu al-tawil" ke aye Allah, is ko taweel ka ilm de, taweel sikhaye.</w:t>
      </w:r>
    </w:p>
    <w:p>
      <w:pPr>
        <w:jc w:val="right"/>
      </w:pPr>
      <w:r>
        <w:t>تے ہیں مولانا؟ ان کا سوال یہ ہے کہ رسول اللہ نے ابن عباس کو دعا دی تھی: "وعلمہ التاویل" کہ اے اللہ، اس کو تاویل کا علم دے، تاویل سکھا۔</w:t>
      </w:r>
    </w:p>
    <w:p>
      <w:r>
        <w:rPr>
          <w:b/>
        </w:rPr>
        <w:t xml:space="preserve">[34:27] </w:t>
      </w:r>
      <w:r>
        <w:t>yahan par is hadith mein taweel se murad wahi hai jis ko hum ijtihad kehte hain. yani umoor ijtihadi mein sahib-e-rai.</w:t>
      </w:r>
    </w:p>
    <w:p>
      <w:pPr>
        <w:jc w:val="right"/>
      </w:pPr>
      <w:r>
        <w:t>یہاں پر اس حدیث میں تاویل سے مراد وہی ہے جس کو ہم اجتہاد کہتے ہیں۔ یعنی امور اجتہادی میں صاحب رائے۔</w:t>
      </w:r>
    </w:p>
    <w:p>
      <w:r>
        <w:rPr>
          <w:b/>
        </w:rPr>
        <w:t xml:space="preserve">[34:39] </w:t>
      </w:r>
      <w:r>
        <w:t>yani ek to yeh ke aadmi sharai masail ko jaane, quran o hadith ke direct jo masail hain, us ko bataye. ek hai jahan wudhooh na ho, wahan par woh us ko taweel ki taqat hasil ho.</w:t>
      </w:r>
    </w:p>
    <w:p>
      <w:pPr>
        <w:jc w:val="right"/>
      </w:pPr>
      <w:r>
        <w:t>یعنی ایک تو یہ کہ آدمی شرعی مسائل کو جانے، قرآن و حدیث کے ڈائریکٹ جو مسائل ہیں، اس کو بتائے۔ ایک ہے جہاں وضوح نہ ہو، وہاں پر وہ اس کو تاویل کی طاقت حاصل ہو۔</w:t>
      </w:r>
    </w:p>
    <w:p>
      <w:r>
        <w:rPr>
          <w:b/>
        </w:rPr>
        <w:t xml:space="preserve">[34:56] </w:t>
      </w:r>
      <w:r>
        <w:t>yani ijtihad ki. to yahan par taweel se murad wahi hai jis ko hum kehte hain ijtihad. ke umoor ijtihadi mein is ko sahib-e-rai ki tofeeq de.</w:t>
      </w:r>
    </w:p>
    <w:p>
      <w:pPr>
        <w:jc w:val="right"/>
      </w:pPr>
      <w:r>
        <w:t>یعنی اجتہاد کی۔ تو یہاں پر تاویل سے مراد وہی ہے جس کو ہم کہتے ہیں اجتہاد۔ کہ امور اجتہادی میں اس کو صاحب رائے کی توفیق دے۔</w:t>
      </w:r>
    </w:p>
    <w:p>
      <w:r>
        <w:rPr>
          <w:b/>
        </w:rPr>
        <w:t xml:space="preserve">[35:11] </w:t>
      </w:r>
      <w:r>
        <w:t>aur surah yusuf ke andar hai: "wa yualimuka min taweel al-ahadith". haan, wahan bhi ijtihadi maani mein khwab ki taweel batane ke mutalliq ke woh ijtihadi baat hoti hai.</w:t>
      </w:r>
    </w:p>
    <w:p>
      <w:pPr>
        <w:jc w:val="right"/>
      </w:pPr>
      <w:r>
        <w:t>اور سورہ یوسف کے اندر ہے: "ویعلمک من تاویل الاحادیث"۔ ہاں، وہاں بھی اجتہادی معنی میں خواب کی تاویل بتانے کے متعلق کہ وہ اجتہادی بات ہوتی ہے۔</w:t>
      </w:r>
    </w:p>
    <w:p>
      <w:r>
        <w:rPr>
          <w:b/>
        </w:rPr>
        <w:t xml:space="preserve">[35:23] </w:t>
      </w:r>
      <w:r>
        <w:t>woh yani ek hai khule khule ahkam-e-shariyat ke, chahe quran mein ya hadith mein hon. ek yeh hai ke khule khule na hon, is mein kisi nubowat ka aghmaaz ho.</w:t>
      </w:r>
    </w:p>
    <w:p>
      <w:pPr>
        <w:jc w:val="right"/>
      </w:pPr>
      <w:r>
        <w:t>وہ یعنی ایک ہے کھلے کھلے احکام شریعت کے، چاہے قرآن میں یا حدیث میں ہوں۔ ایک یہ ہے کہ کھلے کھلے نہ ہوں، اس میں کسی نبوت کا اغماز ہو۔</w:t>
      </w:r>
    </w:p>
    <w:p>
      <w:r>
        <w:rPr>
          <w:b/>
        </w:rPr>
        <w:t xml:space="preserve">[35:37] </w:t>
      </w:r>
      <w:r>
        <w:t>to wahan aap apne aql ko istemal kar ke is ka matlab dikha rahe hain ke wahi to ijtihad hai.</w:t>
      </w:r>
    </w:p>
    <w:p>
      <w:pPr>
        <w:jc w:val="right"/>
      </w:pPr>
      <w:r>
        <w:t>تو وہاں آپ اپنے عقل کو استعمال کر کے اس کا مطلب دکھا رہے ہیں کہ وہی تو اجتہاد ہے۔</w:t>
      </w:r>
    </w:p>
    <w:p>
      <w:r>
        <w:rPr>
          <w:b/>
        </w:rPr>
        <w:t xml:space="preserve">[35:47] </w:t>
      </w:r>
      <w:r>
        <w:t>interpretation aaj kal ki zaban mein hum kahenge interpretation.</w:t>
      </w:r>
    </w:p>
    <w:p>
      <w:pPr>
        <w:jc w:val="right"/>
      </w:pPr>
      <w:r>
        <w:t>انٹرپریٹیشن آج کل کی زبان میں ہم کہیں گے انٹرپریٹیشن۔</w:t>
      </w:r>
    </w:p>
    <w:p>
      <w:r>
        <w:rPr>
          <w:b/>
        </w:rPr>
        <w:t xml:space="preserve">[36:00] </w:t>
      </w:r>
      <w:r>
        <w:t>mera naam abdul basit umri hai. main gulbarga se hoon. maulana, mera ek apna zaati sawal hai ke islam mein namaz ke bare mein bohat zyada ahmiyat hai.</w:t>
      </w:r>
    </w:p>
    <w:p>
      <w:pPr>
        <w:jc w:val="right"/>
      </w:pPr>
      <w:r>
        <w:t>میرا نام عبدالباسط عمری ہے۔ میں گلبرگہ سے ہوں۔ مولانا، میرا ایک اپنا ذاتی سوال ہے کہ اسلام میں نماز کے بارے میں بہت زیادہ اہمیت ہے۔</w:t>
      </w:r>
    </w:p>
    <w:p>
      <w:r>
        <w:rPr>
          <w:b/>
        </w:rPr>
        <w:t xml:space="preserve">[36:14] </w:t>
      </w:r>
      <w:r>
        <w:t>lekin mere nazdeek jo hai waqt par namaz parhna is silsile mein koi zyada ahmiyat nahin lagti. is ki wajah yeh hai ke namaz jo hai woh ek ek routine lagti hai.</w:t>
      </w:r>
    </w:p>
    <w:p>
      <w:pPr>
        <w:jc w:val="right"/>
      </w:pPr>
      <w:r>
        <w:t>لیکن میرے نزدیک جو ہے وقت پر نماز پڑھنا اس سلسلے میں کوئی زیادہ اہمیت نہیں لگتی۔ اس کی وجہ یہ ہے کہ نماز جو ہے وہ ایک ایک روٹین لگتی ہے۔</w:t>
      </w:r>
    </w:p>
    <w:p>
      <w:r>
        <w:rPr>
          <w:b/>
        </w:rPr>
        <w:t xml:space="preserve">[36:27] </w:t>
      </w:r>
      <w:r>
        <w:t>mujhe is mein mujhe kuch yani roohaniyat mehsoos nahin hoti. to namaz kyun?</w:t>
      </w:r>
    </w:p>
    <w:p>
      <w:pPr>
        <w:jc w:val="right"/>
      </w:pPr>
      <w:r>
        <w:t>مجھے اس میں مجھے کچھ یعنی روحانیت محسوس نہیں ہوتی۔ تو نماز کیوں؟</w:t>
      </w:r>
    </w:p>
    <w:p>
      <w:r>
        <w:rPr>
          <w:b/>
        </w:rPr>
        <w:t xml:space="preserve">[36:37] </w:t>
      </w:r>
      <w:r>
        <w:t>kya is mein hum ko faida hai? aur ke jis ki wajah se itna zyada islam mein ahmiyat di gayi namaz ko waqt par parhna.</w:t>
      </w:r>
    </w:p>
    <w:p>
      <w:pPr>
        <w:jc w:val="right"/>
      </w:pPr>
      <w:r>
        <w:t>کیا اس میں ہم کو فائدہ ہے؟ اور کہ جس کی وجہ سے اتنا زیادہ اسلام میں اہمیت دی گئی نماز کو وقت پر پڑھنا۔</w:t>
      </w:r>
    </w:p>
    <w:p>
      <w:r>
        <w:rPr>
          <w:b/>
        </w:rPr>
        <w:t xml:space="preserve">[36:50] </w:t>
      </w:r>
      <w:r>
        <w:t>dekhiye,</w:t>
      </w:r>
    </w:p>
    <w:p>
      <w:pPr>
        <w:jc w:val="right"/>
      </w:pPr>
      <w:r>
        <w:t>دیکھیے،</w:t>
      </w:r>
    </w:p>
    <w:p>
      <w:r>
        <w:rPr>
          <w:b/>
        </w:rPr>
        <w:t xml:space="preserve">[37:00] </w:t>
      </w:r>
      <w:r>
        <w:t>ek hai mayari namaz. mayari namaz. riwayat to wahi hai ke woh woh jo hadith mein aata hai</w:t>
      </w:r>
    </w:p>
    <w:p>
      <w:pPr>
        <w:jc w:val="right"/>
      </w:pPr>
      <w:r>
        <w:t>ایک ہے معیاری نماز۔ معیاری نماز۔ روایات تو وہی ہے کہ وہ وہ جو حدیث میں آتا ہے</w:t>
      </w:r>
    </w:p>
    <w:p>
      <w:r>
        <w:rPr>
          <w:b/>
        </w:rPr>
        <w:t xml:space="preserve">[37:17] </w:t>
      </w:r>
      <w:r>
        <w:t>ke</w:t>
      </w:r>
    </w:p>
    <w:p>
      <w:pPr>
        <w:jc w:val="right"/>
      </w:pPr>
      <w:r>
        <w:t>کہ</w:t>
      </w:r>
    </w:p>
    <w:p>
      <w:r>
        <w:rPr>
          <w:b/>
        </w:rPr>
        <w:t xml:space="preserve">[37:23] </w:t>
      </w:r>
      <w:r>
        <w:t>kya alfaaz hain</w:t>
      </w:r>
    </w:p>
    <w:p>
      <w:pPr>
        <w:jc w:val="right"/>
      </w:pPr>
      <w:r>
        <w:t>کیا الفاظ ہیں</w:t>
      </w:r>
    </w:p>
    <w:p>
      <w:r>
        <w:rPr>
          <w:b/>
        </w:rPr>
        <w:t xml:space="preserve">[37:30] </w:t>
      </w:r>
      <w:r>
        <w:t>quran mein: "wajid waqt". yani aadmi itna zyada mah ho kar namaz parhe ke us ko qurbat ka ehsas hone lage.</w:t>
      </w:r>
    </w:p>
    <w:p>
      <w:pPr>
        <w:jc w:val="right"/>
      </w:pPr>
      <w:r>
        <w:t>قرآن میں: "وجد وقت"۔ یعنی آدمی اتنا زیادہ ماہ ہو کر نماز پڑھے کہ اس کو قربت کا احساس ہونے لگے۔</w:t>
      </w:r>
    </w:p>
    <w:p>
      <w:r>
        <w:rPr>
          <w:b/>
        </w:rPr>
        <w:t xml:space="preserve">[37:43] </w:t>
      </w:r>
      <w:r>
        <w:t>lekin doosri hadith se maloom hota hai ke "balak ya indra ayana". to ek hai namaz ka mayari darja.</w:t>
      </w:r>
    </w:p>
    <w:p>
      <w:pPr>
        <w:jc w:val="right"/>
      </w:pPr>
      <w:r>
        <w:t>لیکن دوسری حدیث سے معلوم ہوتا ہے کہ "بلاک یا اندرا ایانا"۔ تو ایک ہے نماز کا معیاری درجہ۔</w:t>
      </w:r>
    </w:p>
    <w:p>
      <w:r>
        <w:rPr>
          <w:b/>
        </w:rPr>
        <w:t xml:space="preserve">[37:53] </w:t>
      </w:r>
      <w:r>
        <w:t>to mayari darja to yahi ke aap ko qurbat ka ehsas hone lage. Allah ke nazdeek nazdeeki ka ehsas hone lage.</w:t>
      </w:r>
    </w:p>
    <w:p>
      <w:pPr>
        <w:jc w:val="right"/>
      </w:pPr>
      <w:r>
        <w:t>تو معیاری درجہ تو یہی کہ آپ کو قربت کا احساس ہونے لگے۔ اللہ کے نزدیک نزدیکی کا احساس ہونے لگے۔</w:t>
      </w:r>
    </w:p>
    <w:p>
      <w:r>
        <w:rPr>
          <w:b/>
        </w:rPr>
        <w:t xml:space="preserve">[38:02] </w:t>
      </w:r>
      <w:r>
        <w:t>lekin lekin yeh yeh shart namaz nahi hai. namaz to bahar parhna hai. agar yeh ho jaye to bohat acha hai.</w:t>
      </w:r>
    </w:p>
    <w:p>
      <w:pPr>
        <w:jc w:val="right"/>
      </w:pPr>
      <w:r>
        <w:t>لیکن لیکن یہ یہ شرط نماز نہیں ہے۔ نماز تو باہر پڑھنا ہے۔ اگر یہ ہو جائے تو بہت اچھا ہے۔</w:t>
      </w:r>
    </w:p>
    <w:p>
      <w:r>
        <w:rPr>
          <w:b/>
        </w:rPr>
        <w:t xml:space="preserve">[38:12] </w:t>
      </w:r>
      <w:r>
        <w:t>yeh ehsas agar nahi ho tab bhi namaz parhna hai. kyunke dekhiye, namaz ka ek darja yeh hai ke qurbat khodawandi.</w:t>
      </w:r>
    </w:p>
    <w:p>
      <w:pPr>
        <w:jc w:val="right"/>
      </w:pPr>
      <w:r>
        <w:t>یہ احساس اگر نہیں ہو تب بھی نماز پڑھنا ہے۔ کیونکہ دیکھیے، نماز کا ایک درجہ یہ ہے کہ قربت خداوندی۔</w:t>
      </w:r>
    </w:p>
    <w:p>
      <w:r>
        <w:rPr>
          <w:b/>
        </w:rPr>
        <w:t xml:space="preserve">[38:21] </w:t>
      </w:r>
      <w:r>
        <w:t>lekin ek aur darja hai, woh hai eteraaf khodawandi. eteraaf khodawandi ke aap sajde mein sar rakh kar eteraaf karte hain ke khodaya tu bara khaliq hai.</w:t>
      </w:r>
    </w:p>
    <w:p>
      <w:pPr>
        <w:jc w:val="right"/>
      </w:pPr>
      <w:r>
        <w:t>لیکن ایک اور درجہ ہے، وہ ہے اعتراف خداوندی۔ اعتراف خداوندی کہ آپ سجدے میں سر رکھ کر اعتراف کرتے ہیں کہ خدایا تو بڑا خالق ہے۔</w:t>
      </w:r>
    </w:p>
    <w:p>
      <w:r>
        <w:rPr>
          <w:b/>
        </w:rPr>
        <w:t xml:space="preserve">[38:38] </w:t>
      </w:r>
      <w:r>
        <w:t>chahe aap ko dil mein woh yani woh kamil maani mein ehsas qurbat ya khashiyat na ho to "la salata illa".</w:t>
      </w:r>
    </w:p>
    <w:p>
      <w:pPr>
        <w:jc w:val="right"/>
      </w:pPr>
      <w:r>
        <w:t>چاہے آپ کو دل میں وہ یعنی وہ کامل معنی میں احساس قربت یا خشیت نہ ہو تو "لا صلاۃ الاول"۔</w:t>
      </w:r>
    </w:p>
    <w:p>
      <w:r>
        <w:rPr>
          <w:b/>
        </w:rPr>
        <w:t xml:space="preserve">[38:52] </w:t>
      </w:r>
      <w:r>
        <w:t>yeh darja awwal ke liye hai. lekin darja sani jo hai woh mein sochta hoon ke mere sath kai bar aisa hua hai ke mein yani magar acknowledge karne ke liye sajda kiya hai.</w:t>
      </w:r>
    </w:p>
    <w:p>
      <w:pPr>
        <w:jc w:val="right"/>
      </w:pPr>
      <w:r>
        <w:t>یہ درجہ اول کے لیے ہے۔ لیکن درجہ ثانی جو ہے وہ میں سوچتا ہوں کہ میرے ساتھ کئی بار ایسا ہوا ہے کہ میں یعنی مگر اکنالج کرنے کے لیے سجدہ کیا ہے۔</w:t>
      </w:r>
    </w:p>
    <w:p>
      <w:r>
        <w:rPr>
          <w:b/>
        </w:rPr>
        <w:t xml:space="preserve">[39:09] </w:t>
      </w:r>
      <w:r>
        <w:t>maine mislan apne bagh mein gaya aur wahan par yani maine dekha ke aam tapak phal phal latak raha hai is mein peed par.</w:t>
      </w:r>
    </w:p>
    <w:p>
      <w:pPr>
        <w:jc w:val="right"/>
      </w:pPr>
      <w:r>
        <w:t>میں نے مثلاً اپنے باغ میں گیا اور وہاں پر یعنی میں نے دیکھا کہ عام ٹپک پھل پھل لٹک رہا ہے اس میں پیڑ پر۔</w:t>
      </w:r>
    </w:p>
    <w:p>
      <w:r>
        <w:rPr>
          <w:b/>
        </w:rPr>
        <w:t xml:space="preserve">[39:24] </w:t>
      </w:r>
      <w:r>
        <w:t>to aaj bhi maine yeh socha ke kaisa ajeeb hai woh khuda jis ne drakht, aam ka drakht ugaya, phir is mein patte nikle, yani itna uga, phir is mein phal latak raha hai.</w:t>
      </w:r>
    </w:p>
    <w:p>
      <w:pPr>
        <w:jc w:val="right"/>
      </w:pPr>
      <w:r>
        <w:t>تو آج بھی میں نے یہ سوچا کہ کیسا عجیب ہے وہ خدا جس نے درخت، آم کا درخت اگایا، پھر اس میں پتے نکلے، یعنی اتنا اگا، پھر اس میں پھل لٹک رہا ہے۔</w:t>
      </w:r>
    </w:p>
    <w:p>
      <w:r>
        <w:rPr>
          <w:b/>
        </w:rPr>
        <w:t xml:space="preserve">[39:39] </w:t>
      </w:r>
      <w:r>
        <w:t>to is ko dekh kar aap ko ek ilm ke darje mein ek ehsas hota hai ke kaisa ajeeb hoga woh khuda jis ne is tarah ka peed bana banaya, is tarah ka phal latkaya.</w:t>
      </w:r>
    </w:p>
    <w:p>
      <w:pPr>
        <w:jc w:val="right"/>
      </w:pPr>
      <w:r>
        <w:t>تو اس کو دیکھ کر آپ کو ایک علم کے درجے میں ایک احساس ہوتا ہے کہ کیسا عجیب ہوگا وہ خدا جس نے اس طرح کا پیڑ بنا بنایا، اس طرح کا پھل لٹکایا۔</w:t>
      </w:r>
    </w:p>
    <w:p>
      <w:r>
        <w:rPr>
          <w:b/>
        </w:rPr>
        <w:t xml:space="preserve">[39:51] </w:t>
      </w:r>
      <w:r>
        <w:t>to wahan par aap ko khushu ke darje mein nahi hota lekin ilm ke darje mein hota hai. ilm ke darje mein to aap is is ko acknowledge karne ke liye ke aisa khuda,</w:t>
      </w:r>
    </w:p>
    <w:p>
      <w:pPr>
        <w:jc w:val="right"/>
      </w:pPr>
      <w:r>
        <w:t>تو وہاں پر آپ کو خشوع کے درجے میں نہیں ہوتا لیکن علم کے درجے میں ہوتا ہے۔ علم کے درجے میں تو آپ اس اس کو اکنالج کرنے کے لیے کہ ایسا خدا،</w:t>
      </w:r>
    </w:p>
    <w:p>
      <w:r>
        <w:rPr>
          <w:b/>
        </w:rPr>
        <w:t xml:space="preserve">[40:06] </w:t>
      </w:r>
      <w:r>
        <w:t>aisa khallaq khuda maujood hai jo is tarah ka peed bana sakta hai, is ka phal latka sakta hai.</w:t>
      </w:r>
    </w:p>
    <w:p>
      <w:pPr>
        <w:jc w:val="right"/>
      </w:pPr>
      <w:r>
        <w:t>ایسا خلاق خدا موجود ہے جو اس طرح کا پیڑ بنا سکتا ہے، اس کا پھل لٹکا سکتا ہے۔</w:t>
      </w:r>
    </w:p>
    <w:p>
      <w:r>
        <w:rPr>
          <w:b/>
        </w:rPr>
        <w:t xml:space="preserve">[40:14] </w:t>
      </w:r>
      <w:r>
        <w:t>to woh darja taqwa mein to nahi hoga lekin darja ilm mein ho jayega. woh to is is ilm ki bina par aap aap woh karte hain, acknowledge karte hain.</w:t>
      </w:r>
    </w:p>
    <w:p>
      <w:pPr>
        <w:jc w:val="right"/>
      </w:pPr>
      <w:r>
        <w:t>تو وہ درجہ تقویٰ میں تو نہیں ہوگا لیکن درجہ علم میں ہو جائے گا۔ وہ تو اس اس علم کی بنا پر آپ آپ وہ کرتے ہیں، اکنالج کرتے ہیں۔</w:t>
      </w:r>
    </w:p>
    <w:p>
      <w:r>
        <w:rPr>
          <w:b/>
        </w:rPr>
        <w:t xml:space="preserve">[40:29] </w:t>
      </w:r>
      <w:r>
        <w:t>to woh bhi ek darja hai. to do darje hain mere nazdeek.</w:t>
      </w:r>
    </w:p>
    <w:p>
      <w:pPr>
        <w:jc w:val="right"/>
      </w:pPr>
      <w:r>
        <w:t>تو وہ بھی ایک درجہ ہے۔ تو دو درجے ہیں میرے نزدیک۔</w:t>
      </w:r>
    </w:p>
    <w:p>
      <w:r>
        <w:rPr>
          <w:b/>
        </w:rPr>
        <w:t xml:space="preserve">[40:38] </w:t>
      </w:r>
      <w:r>
        <w:t>do darje hain. ek darja khushu aur taqwa ka hai, ek darja acknowledge karne ka hai. to acknowledge to aap baghair aansu bahaye bhi kar sakte hain.</w:t>
      </w:r>
    </w:p>
    <w:p>
      <w:pPr>
        <w:jc w:val="right"/>
      </w:pPr>
      <w:r>
        <w:t>دو درجے ہیں۔ ایک درجہ خشوع اور تقویٰ کا ہے، ایک درجہ اکنالج کرنے کا ہے۔ تو اکنالج تو آپ بغیر آنسو بہائے بھی کر سکتے ہیں۔</w:t>
      </w:r>
    </w:p>
    <w:p>
      <w:r>
        <w:rPr>
          <w:b/>
        </w:rPr>
        <w:t xml:space="preserve">[40:53] </w:t>
      </w:r>
      <w:r>
        <w:t>jaise misal ke tor par dekhiye, jo aadmi gaya tha upar aur suraj, woh chand ke gird us ne woh kiya tha.</w:t>
      </w:r>
    </w:p>
    <w:p>
      <w:pPr>
        <w:jc w:val="right"/>
      </w:pPr>
      <w:r>
        <w:t>جیسے مثال کے طور پر دیکھیے، جو آدمی گیا تھا اوپر اور سورج، وہ چاند کے گرد اس نے وہ کیا تھا۔</w:t>
      </w:r>
    </w:p>
    <w:p>
      <w:r>
        <w:rPr>
          <w:b/>
        </w:rPr>
        <w:t xml:space="preserve">[41:09] </w:t>
      </w:r>
      <w:r>
        <w:t>to jab utra woh wahan wahan dekha to us ne ke chand ke charon taraf kuch bhi nahi hai, hawa bhi nahi hai, ek sokha sa mahol hai,</w:t>
      </w:r>
    </w:p>
    <w:p>
      <w:pPr>
        <w:jc w:val="right"/>
      </w:pPr>
      <w:r>
        <w:t>تو جب اترا وہ وہاں وہاں دیکھا تو اس نے کہ چاند کے چاروں طرف کچھ بھی نہیں ہے، ہوا بھی نہیں ہے، ایک سوکھا سا ماحول ہے،</w:t>
      </w:r>
    </w:p>
    <w:p>
      <w:r>
        <w:rPr>
          <w:b/>
        </w:rPr>
        <w:t xml:space="preserve">[41:24] </w:t>
      </w:r>
      <w:r>
        <w:t>wahan oxygen bhi nahi hai. ab us waqt jab zameen mein utra, woh dekha ke zameen par oxygen hai, pani hai, sab kuch hai. to us ko ajeeb ehsas hua.</w:t>
      </w:r>
    </w:p>
    <w:p>
      <w:pPr>
        <w:jc w:val="right"/>
      </w:pPr>
      <w:r>
        <w:t>وہاں اکسیجن بھی نہیں ہے۔ اب اس وقت جب زمین میں اترا، وہ دیکھا کہ زمین پر اکسیجن ہے، پانی ہے، سب کچھ ہے۔ تو اس کو عجیب احساس ہوا۔</w:t>
      </w:r>
    </w:p>
    <w:p>
      <w:r>
        <w:rPr>
          <w:b/>
        </w:rPr>
        <w:t xml:space="preserve">[41:33] </w:t>
      </w:r>
      <w:r>
        <w:t>woh sajde ki halat mein gir pada hai kyunke woh musalman nahi tha. woh us ki photo bani chhap chhap tha risale mein ke sajde mein gira hua hai.</w:t>
      </w:r>
    </w:p>
    <w:p>
      <w:pPr>
        <w:jc w:val="right"/>
      </w:pPr>
      <w:r>
        <w:t>وہ سجدے کی حالت میں گر پڑا ہے کیونکہ وہ مسلم نہیں تھا۔ وہ اس کی فوٹو بنی چھاپ چھاپا تھا رسالے میں کہ اس سجدے میں گرا ہوا ہے۔</w:t>
      </w:r>
    </w:p>
    <w:p>
      <w:r>
        <w:rPr>
          <w:b/>
        </w:rPr>
        <w:t xml:space="preserve">[41:42] </w:t>
      </w:r>
      <w:r>
        <w:t>to woh ilm ka, ilm ke darje mein acknowledge mein tha, woh taqwa ke darje mein nahi tha. woh ek hai ilm ke darje mein acknowledge mein, ek hai khushu aur taqwa ke darje mein acknowledge mein.</w:t>
      </w:r>
    </w:p>
    <w:p>
      <w:pPr>
        <w:jc w:val="right"/>
      </w:pPr>
      <w:r>
        <w:t>تو وہ علم کا، علم کے درجے میں اکنالج میں تھا، وہ تقویٰ کے درجے میں نہیں تھا۔ وہ ایک ہے علم کے درجے میں اکنالج میں، ایک ہے خشوع اور تقویٰ کے درجے میں اکنالج میں۔</w:t>
      </w:r>
    </w:p>
    <w:p>
      <w:r>
        <w:rPr>
          <w:b/>
        </w:rPr>
        <w:t xml:space="preserve">[41:56] </w:t>
      </w:r>
      <w:r>
        <w:t>to namaz ke do darje hain. mujhe to dono qism ke darje ka tajurba hua hai. ab aap hazrat ko ko kya tajurba maani maloom hai?</w:t>
      </w:r>
    </w:p>
    <w:p>
      <w:pPr>
        <w:jc w:val="right"/>
      </w:pPr>
      <w:r>
        <w:t>تو نماز کے دو درجے ہیں۔ مجھے تو دونوں قسم کے درجے کا تجربہ ہوا ہے۔ اب آپ حضرات کو کو کیا تجربہ معنی معلوم ہے؟</w:t>
      </w:r>
    </w:p>
    <w:p>
      <w:r>
        <w:rPr>
          <w:b/>
        </w:rPr>
        <w:t xml:space="preserve">[42:09] </w:t>
      </w:r>
      <w:r>
        <w:t>kaisa</w:t>
      </w:r>
    </w:p>
    <w:p>
      <w:pPr>
        <w:jc w:val="right"/>
      </w:pPr>
      <w:r>
        <w:t>کیسا</w:t>
      </w:r>
    </w:p>
    <w:p>
      <w:r>
        <w:rPr>
          <w:b/>
        </w:rPr>
        <w:t xml:space="preserve">[42:10] </w:t>
      </w:r>
      <w:r>
        <w:t>? haan maulana, yeh ek bara confusion tha maulana namaz ko lekar. hmm, is ke baad do alag tajurbe ho sakte hain.</w:t>
      </w:r>
    </w:p>
    <w:p>
      <w:pPr>
        <w:jc w:val="right"/>
      </w:pPr>
      <w:r>
        <w:t>؟ ہاں مولانا، یہ ایک بڑا کنفیوژن تھا مولانا نماز کو لے کر۔ ہمم، اس کے بعد دو الگ تجربے ہو سکتے ہیں۔</w:t>
      </w:r>
    </w:p>
    <w:p>
      <w:r>
        <w:rPr>
          <w:b/>
        </w:rPr>
        <w:t xml:space="preserve">[42:19] </w:t>
      </w:r>
      <w:r>
        <w:t>maulana hota hai maulana aisa lekin ilm ka jo tajurba hota hai, hmm, is mein woh sari cheezein shamil nahi hain. kaifiyat ki cheezein to shamil nahi hot</w:t>
      </w:r>
    </w:p>
    <w:p>
      <w:pPr>
        <w:jc w:val="right"/>
      </w:pPr>
      <w:r>
        <w:t>مولانا ہوتا ہے مولانا ایسا لیکن علم کا جو تجربہ ہوتا ہے، ہمم، اس میں وہ ساری چیزیں شامل نہیں ہیں۔ کیفیات کی چیزیں تو شامل نہیں ہوت</w:t>
      </w:r>
    </w:p>
    <w:p>
      <w:r>
        <w:rPr>
          <w:b/>
        </w:rPr>
        <w:t xml:space="preserve">[42:28] </w:t>
      </w:r>
      <w:r>
        <w:t>y hain. nahi to acknowledge mein to hota hai. woh haan eteraaf ki cheezein hoti hain. to eteraaf ke liye aap ek hai darja eteraaf, ji ek hai darja khushu.</w:t>
      </w:r>
    </w:p>
    <w:p>
      <w:pPr>
        <w:jc w:val="right"/>
      </w:pPr>
      <w:r>
        <w:t>ی ہیں۔ نہیں تو اکنالج میں تو ہوتا ہے۔ وہ ہاں اعتراف کی چیزیں ہوتی ہیں۔ تو اعتراف کے لیے آپ ایک ہے درجہ اعتراف، جی ایک ہے درجہ خشوع۔</w:t>
      </w:r>
    </w:p>
    <w:p>
      <w:r>
        <w:rPr>
          <w:b/>
        </w:rPr>
        <w:t xml:space="preserve">[42:38] </w:t>
      </w:r>
      <w:r>
        <w:t>to dono darja mujhe to tajurba hua hai. haan maulana, yeh hain sahi baat hai. maulana,</w:t>
      </w:r>
    </w:p>
    <w:p>
      <w:pPr>
        <w:jc w:val="right"/>
      </w:pPr>
      <w:r>
        <w:t>تو دونوں درجہ مجھے تو تجربہ ہوا ہے۔ ہاں مولانا، یہ ہیں صحیح بات ہے۔ مولانا،</w:t>
      </w:r>
    </w:p>
    <w:p>
      <w:r>
        <w:rPr>
          <w:b/>
        </w:rPr>
        <w:t xml:space="preserve">[42:47] </w:t>
      </w:r>
      <w:r>
        <w:t>hadith mein bhi hai: "wa lam takun tarayra". ke tum agar nahi dekh rahe ho to woh to dekh raha hai.</w:t>
      </w:r>
    </w:p>
    <w:p>
      <w:pPr>
        <w:jc w:val="right"/>
      </w:pPr>
      <w:r>
        <w:t>حدیث میں بھی ہے: "ولم تکن ترا یرا"۔ کہ تم اگر نہیں دیکھ رہے ہو تو وہ تو دیکھ رہا ہے۔</w:t>
      </w:r>
    </w:p>
    <w:p>
      <w:r>
        <w:rPr>
          <w:b/>
        </w:rPr>
        <w:t xml:space="preserve">[42:56] </w:t>
      </w:r>
      <w:r>
        <w:t>to to is ka matlab hai ke agar aap ko khud marifat ho jaye ke khuda mujhe dekh raha hai to ek darja hai. woh yeh marifat nahi hui to yeh socha aap ne ke khuda dekh raha hai to ek woh bhi ek darja bana.</w:t>
      </w:r>
    </w:p>
    <w:p>
      <w:pPr>
        <w:jc w:val="right"/>
      </w:pPr>
      <w:r>
        <w:t>تو تو اس کا مطلب ہے کہ اگر آپ کو خود معرفت ہو جائے کہ خدا مجھے دیکھ رہا ہے تو ایک درجہ ہے۔ وہ یہ معرفت نہیں ہوئی تو یہ سوچا آپ نے کہ خدا دیکھ رہا ہے تو ایک وہ بھی ایک درجہ بنا۔</w:t>
      </w:r>
    </w:p>
    <w:p>
      <w:r>
        <w:rPr>
          <w:b/>
        </w:rPr>
        <w:t xml:space="preserve">[43:11] </w:t>
      </w:r>
      <w:r>
        <w:t>to is ko main kahunga khushu ka darja, is ko main kahunga ilm ka darja, waqifiyat ka darja.</w:t>
      </w:r>
    </w:p>
    <w:p>
      <w:pPr>
        <w:jc w:val="right"/>
      </w:pPr>
      <w:r>
        <w:t>تو اس کو میں کہوں گا خشوع کا درجہ، اس کو میں کہوں گا علم کا درجہ، واقفیت کا درجہ۔</w:t>
      </w:r>
    </w:p>
    <w:p>
      <w:r>
        <w:rPr>
          <w:b/>
        </w:rPr>
        <w:t xml:space="preserve">[43:21] </w:t>
      </w:r>
      <w:r>
        <w:t>yeh to aap clear nahi hain ke</w:t>
      </w:r>
    </w:p>
    <w:p>
      <w:pPr>
        <w:jc w:val="right"/>
      </w:pPr>
      <w:r>
        <w:t>یہ تو آپ کلیئر نہیں ہیں کہ</w:t>
      </w:r>
    </w:p>
    <w:p>
      <w:r>
        <w:rPr>
          <w:b/>
        </w:rPr>
        <w:t xml:space="preserve">[43:23] </w:t>
      </w:r>
      <w:r>
        <w:t>hai? haan clear hai maulana. mashaa'allah,</w:t>
      </w:r>
    </w:p>
    <w:p>
      <w:pPr>
        <w:jc w:val="right"/>
      </w:pPr>
      <w:r>
        <w:t>ہے؟ ہاں کلیئر ہے مولانا۔ ماشاءاللہ،</w:t>
      </w:r>
    </w:p>
    <w:p>
      <w:r>
        <w:rPr>
          <w:b/>
        </w:rPr>
        <w:t xml:space="preserve">[43:33] </w:t>
      </w:r>
      <w:r>
        <w:t>kai baar mujhe aisa hua hai ke main baghair wazu ke aise sajde mein gir pada. koi waqia pesh aaya to wazu nahi kiya. to wahi wahi hota hai.</w:t>
      </w:r>
    </w:p>
    <w:p>
      <w:pPr>
        <w:jc w:val="right"/>
      </w:pPr>
      <w:r>
        <w:t>کئی بار مجھے ایسا ہوا ہے کہ میں بغیر وضو کے ایسے سجدے میں گر پڑا۔ کوئی واقعہ پیش آیا تو وضو نہیں کیا۔ تو وہی وہی ہوتا ہے۔</w:t>
      </w:r>
    </w:p>
    <w:p>
      <w:r>
        <w:rPr>
          <w:b/>
        </w:rPr>
        <w:t xml:space="preserve">[43:43] </w:t>
      </w:r>
      <w:r>
        <w:t>woh</w:t>
      </w:r>
    </w:p>
    <w:p>
      <w:pPr>
        <w:jc w:val="right"/>
      </w:pPr>
      <w:r>
        <w:t>وہ</w:t>
      </w:r>
    </w:p>
    <w:p>
      <w:r>
        <w:rPr>
          <w:b/>
        </w:rPr>
        <w:t xml:space="preserve">[43:46] </w:t>
      </w:r>
      <w:r>
        <w:t>sahaba ke haan bhi aisi misaalain hain.</w:t>
      </w:r>
    </w:p>
    <w:p>
      <w:pPr>
        <w:jc w:val="right"/>
      </w:pPr>
      <w:r>
        <w:t>صحابہ کے ہاں بھی ایسی مثالیں ہیں۔</w:t>
      </w:r>
    </w:p>
    <w:p>
      <w:r>
        <w:rPr>
          <w:b/>
        </w:rPr>
        <w:t xml:space="preserve">[43:49] </w:t>
      </w:r>
      <w:r>
        <w:t>maulana, ah namaz ko le kar hi ek kaifiyat ka zikr aap ko batana chah raha hoon ke quran mein hai: "wa izaa zukir allahu wahda, ishma azzati quloobin".</w:t>
      </w:r>
    </w:p>
    <w:p>
      <w:pPr>
        <w:jc w:val="right"/>
      </w:pPr>
      <w:r>
        <w:t>مولانا، اہ نماز کو لے کر ہی ایک کیفیت کا ذکر آپ کو بتانا چاہ رہا ہوں کہ قرآن میں ہے: "وَإِذَا ذُكِرَ اللَّهُ وَحْدًا، اِشْمَ عَزَّةِ قُلُوبٍ"۔</w:t>
      </w:r>
    </w:p>
    <w:p>
      <w:r>
        <w:rPr>
          <w:b/>
        </w:rPr>
        <w:t xml:space="preserve">[44:03] </w:t>
      </w:r>
      <w:r>
        <w:t>ishma azzati quloobin hai. to aise mujhe koi bolta hai namaz padho, bole to woh namaz mere liye bhaari ho jati hai. namaz padhna jo hai woh bhaari ho jata hai.</w:t>
      </w:r>
    </w:p>
    <w:p>
      <w:pPr>
        <w:jc w:val="right"/>
      </w:pPr>
      <w:r>
        <w:t>اِشْمَ عَزَّةِ قُلُوبٍ ہے۔ تو ایسے مجھے کوئی بولتا ہے نماز پڑھو، بولے تو وہ نماز میرے لیے بھاری ہو جاتی ہے۔ نماز پڑھنا جو ہے وہ بھاری ہو جاتا ہے۔</w:t>
      </w:r>
    </w:p>
    <w:p>
      <w:r>
        <w:rPr>
          <w:b/>
        </w:rPr>
        <w:t xml:space="preserve">[44:14] </w:t>
      </w:r>
      <w:r>
        <w:t>aise kyun hai?</w:t>
      </w:r>
    </w:p>
    <w:p>
      <w:pPr>
        <w:jc w:val="right"/>
      </w:pPr>
      <w:r>
        <w:t>ایسے کیوں ہے؟</w:t>
      </w:r>
    </w:p>
    <w:p>
      <w:r>
        <w:rPr>
          <w:b/>
        </w:rPr>
        <w:t xml:space="preserve">[44:20] </w:t>
      </w:r>
      <w:r>
        <w:t>bhai, mujh par to yeh halat kaifiyat guzri hai lekin namaz to khaali nahi hoti. meri namaz jaari rehti hai.</w:t>
      </w:r>
    </w:p>
    <w:p>
      <w:pPr>
        <w:jc w:val="right"/>
      </w:pPr>
      <w:r>
        <w:t>بھائی، مجھ پر تو یہ حالت کیفیت گزری ہے لیکن نماز تو خالی نہیں ہوتی۔ میری نماز جاری رہتی ہے۔</w:t>
      </w:r>
    </w:p>
    <w:p>
      <w:r>
        <w:rPr>
          <w:b/>
        </w:rPr>
        <w:t xml:space="preserve">[44:31] </w:t>
      </w:r>
      <w:r>
        <w:t>main aap ko qissa batata hoon apna. main rampur mein jab tha, rampur mein aap jante hain ke main chhe saal tak tha jamaat islami ke zamane mein.</w:t>
      </w:r>
    </w:p>
    <w:p>
      <w:pPr>
        <w:jc w:val="right"/>
      </w:pPr>
      <w:r>
        <w:t>میں آپ کو قصہ بتاتا ہوں اپنا۔ میں رامپور میں جب تھا، رامپور میں آپ جانتے ہیں کہ میں چھ سال تک تھا جماعت اسلامی کے زمانے میں۔</w:t>
      </w:r>
    </w:p>
    <w:p>
      <w:r>
        <w:rPr>
          <w:b/>
        </w:rPr>
        <w:t xml:space="preserve">[44:42] </w:t>
      </w:r>
      <w:r>
        <w:t>to wahan markaz ke paas ek masjid thi. to wahin par jahan jamaat ke log namaz padhte thay. to aksar log yaani fajar hue thodi der kar ho jati thi.</w:t>
      </w:r>
    </w:p>
    <w:p>
      <w:pPr>
        <w:jc w:val="right"/>
      </w:pPr>
      <w:r>
        <w:t>تو وہاں مرکز کے پاس ایک مسجد تھی۔ تو وہیں پر جہاں جماعت کے لوگ نماز پڑھتے تھے۔ تو اکثر لوگ یعنی فجر ہوئے تھوڑی دیر کر ہو جاتی تھی۔</w:t>
      </w:r>
    </w:p>
    <w:p>
      <w:r>
        <w:rPr>
          <w:b/>
        </w:rPr>
        <w:t xml:space="preserve">[44:58] </w:t>
      </w:r>
      <w:r>
        <w:t>wazu kar rahe hain, kuch kar rahe hain. to theek waqt par jamaat khadi nahi ho pati thi. achha, main kuch pehle hi pahunch jata tha, kuch pehle hi ke logon ne mujh ko imam bana diya is masjid mein fajar ka namaz, fajar ka imam.</w:t>
      </w:r>
    </w:p>
    <w:p>
      <w:pPr>
        <w:jc w:val="right"/>
      </w:pPr>
      <w:r>
        <w:t>وضو کر رہے ہیں، کچھ کر رہے ہیں۔ تو ٹھیک وقت پر جماعت کھڑی نہیں ہو پاتی تھی۔ اچھا، میں کچھ پہلے ہی پہنچ جاتا تھا، کچھ پہلے ہی کہ لوگوں نے مجھ کو امام بنا دیا اس مسجد میں فجر کا نماز، فجر کا امام۔</w:t>
      </w:r>
    </w:p>
    <w:p>
      <w:r>
        <w:rPr>
          <w:b/>
        </w:rPr>
        <w:t xml:space="preserve">[45:21] </w:t>
      </w:r>
      <w:r>
        <w:t>phir baad ko aisa fajar do jahri jahri namazon ko bana diya mujhe imam. to is zamane mein maine kuch suratein yaad, choti choti suratein yaad ki thin rozana padhne ke liye.</w:t>
      </w:r>
    </w:p>
    <w:p>
      <w:pPr>
        <w:jc w:val="right"/>
      </w:pPr>
      <w:r>
        <w:t>پھر بعد کو ایسا فجر دو جہری جہری نمازوں کو بنا دیا مجھے امام۔ تو اس زمانے میں میں نے کچھ سورتیں یاد، چھوٹی چھوٹی سورتیں یاد کی تھیں روزانہ پڑھنے کے لیے۔</w:t>
      </w:r>
    </w:p>
    <w:p>
      <w:r>
        <w:rPr>
          <w:b/>
        </w:rPr>
        <w:t xml:space="preserve">[45:35] </w:t>
      </w:r>
      <w:r>
        <w:t>to mujhe yaad hai ke jab main padhta tha woh jahri namazein, khaas tor par fajar ki namaz, to aksar mujhe girya taari ho jata tha.</w:t>
      </w:r>
    </w:p>
    <w:p>
      <w:pPr>
        <w:jc w:val="right"/>
      </w:pPr>
      <w:r>
        <w:t>تو مجھے یاد ہے کہ جب میں پڑھتا تھا وہ جہری نمازیں، خاص طور پر فجر کی نماز، تو اکثر مجھے گریا طاری ہو جاتا تھا۔</w:t>
      </w:r>
    </w:p>
    <w:p>
      <w:r>
        <w:rPr>
          <w:b/>
        </w:rPr>
        <w:t xml:space="preserve">[45:45] </w:t>
      </w:r>
      <w:r>
        <w:t>main rone lagta tha aksar. to namaz padhta tha aur rota tha. to ek sahab thay, un ka naam maqsood tha, mujhe yaad hai.</w:t>
      </w:r>
    </w:p>
    <w:p>
      <w:pPr>
        <w:jc w:val="right"/>
      </w:pPr>
      <w:r>
        <w:t>میں رونے لگتا تھا اکثر۔ تو نماز پڑھتا تھا اور روتا تھا۔ تو ایک صاحب تھے، ان کا نام مقصود تھا، مجھے یاد ہے۔</w:t>
      </w:r>
    </w:p>
    <w:p>
      <w:r>
        <w:rPr>
          <w:b/>
        </w:rPr>
        <w:t xml:space="preserve">[45:58] </w:t>
      </w:r>
      <w:r>
        <w:t>namazi, unhon ne wahan namaz hi padhna chhod diya. unhon ne unhon ne kaha ke yeh kaun si namaz hai ke imam sahab rote hain?</w:t>
      </w:r>
    </w:p>
    <w:p>
      <w:pPr>
        <w:jc w:val="right"/>
      </w:pPr>
      <w:r>
        <w:t>نمازی، انہوں نے وہاں نماز ہی پڑھنا چھوڑ دیا۔ انہوں نے انہوں نے کہا کہ یہ کون سی نماز ہے کہ امام صاحب روتے ہیں؟</w:t>
      </w:r>
    </w:p>
    <w:p>
      <w:r>
        <w:rPr>
          <w:b/>
        </w:rPr>
        <w:t xml:space="preserve">[46:09] </w:t>
      </w:r>
      <w:r>
        <w:t>un ke nazdeek namaz mein rona yeh koi sahi sahi baat nahi thi. woh taajir thay. woh to khair matlab hai ke mujhe fajar ki namaz jab padhata tha, main to aksar mujhe girya taari ho jata tha.</w:t>
      </w:r>
    </w:p>
    <w:p>
      <w:pPr>
        <w:jc w:val="right"/>
      </w:pPr>
      <w:r>
        <w:t>ان کے نزدیک نماز میں رونا یہ کوئی صحیح صحیح بات نہیں تھی۔ وہ تاجر تھے۔ وہ تو خیر مطلب ہے کہ مجھے فجر کی نماز جب پڑھاتا تھا، میں تو اکثر مجھے گریا طاری ہو جاتا تھا۔</w:t>
      </w:r>
    </w:p>
    <w:p>
      <w:r>
        <w:rPr>
          <w:b/>
        </w:rPr>
        <w:t xml:space="preserve">[46:23] </w:t>
      </w:r>
      <w:r>
        <w:t>magar phir bhi bana namaz padhta tha. main poori namaz padhata tha, namazon ko farq nahi padta tha. to aap jo farma rahe hain, woh meri samajh mein nahi aaya ke namaz mein kyun farq padega?</w:t>
      </w:r>
    </w:p>
    <w:p>
      <w:pPr>
        <w:jc w:val="right"/>
      </w:pPr>
      <w:r>
        <w:t>مگر پھر بھی بنا نماز پڑھتا تھا۔ میں پوری نماز پڑھاتا تھا، نمازوں کو فرق نہیں پڑتا تھا۔ تو آپ جو فرما رہے ہیں، وہ میری سمجھ میں نہیں آیا کہ نماز میں کیوں فرق پڑے گا؟</w:t>
      </w:r>
    </w:p>
    <w:p>
      <w:r>
        <w:rPr>
          <w:b/>
        </w:rPr>
        <w:t xml:space="preserve">[46:35] </w:t>
      </w:r>
      <w:r>
        <w:t>nahi Maulana, ek ek ek hain. Maulana, main daraan namaz ki baat nahi kar raha hoon ke yaani namaz padhna jo hai yeh thoda graan guzar ka, graan guzar.</w:t>
      </w:r>
    </w:p>
    <w:p>
      <w:pPr>
        <w:jc w:val="right"/>
      </w:pPr>
      <w:r>
        <w:t>نہیں مولانا، ایک ایک ایک ہیں۔ مولانا، میں دوران نماز کی بات نہیں کر رہا ہوں کہ یعنی نماز پڑھنا جو ہے یہ تھوڑا گراں گزر کا، گراں گزر۔</w:t>
      </w:r>
    </w:p>
    <w:p>
      <w:r>
        <w:rPr>
          <w:b/>
        </w:rPr>
        <w:t xml:space="preserve">[46:49] </w:t>
      </w:r>
      <w:r>
        <w:t>yaani namaz padhna hai yaani ek amal karna hai. mujhe jaise abhi doosre kaam karne ke liye khushi hoti hai to namaz padhne ke liye is tarah dil aamada nahi hota.</w:t>
      </w:r>
    </w:p>
    <w:p>
      <w:pPr>
        <w:jc w:val="right"/>
      </w:pPr>
      <w:r>
        <w:t>یعنی نماز پڑھنا ہے یعنی ایک عمل کرنا ہے۔ مجھے جیسے ابھی دوسرے کام کرنے کے لیے خوشی ہوتی ہے تو نماز پڑھنے کے لیے اس طرح دل آمادہ نہیں ہوتا۔</w:t>
      </w:r>
    </w:p>
    <w:p>
      <w:r>
        <w:rPr>
          <w:b/>
        </w:rPr>
        <w:t xml:space="preserve">[47:01] </w:t>
      </w:r>
      <w:r>
        <w:t>bhai, main to main to barson tak maine imamat ki hai, fajar ki aur isha ki jahri jahri namaz.</w:t>
      </w:r>
    </w:p>
    <w:p>
      <w:pPr>
        <w:jc w:val="right"/>
      </w:pPr>
      <w:r>
        <w:t>بھئی، میں تو میں تو برسوں تک میں نے امامت کی ہے، فجر کی اور عشاء کی جہری جہری نماز۔</w:t>
      </w:r>
    </w:p>
    <w:p>
      <w:r>
        <w:rPr>
          <w:b/>
        </w:rPr>
        <w:t xml:space="preserve">[47:11] </w:t>
      </w:r>
      <w:r>
        <w:t>to mujhe to graan nahi hota tha. pata nahi aap ko kyun aisa hota hai. main nahi samajhta. wahi sabab jaanana chah rahe hain Maulana ke ashmaa'z-e-qalb hota hai. kyun hota hai?</w:t>
      </w:r>
    </w:p>
    <w:p>
      <w:pPr>
        <w:jc w:val="right"/>
      </w:pPr>
      <w:r>
        <w:t>تو مجھے تو گراں نہیں ہوتا تھا۔ پتہ نہیں آپ کو کیوں ایسا ہوتا ہے۔ میں نہیں سمجھتا۔ وہی سبب جاننا چاہ رہے ہیں مولانا کہ اشمعزاز قلب ہوتا ہے۔ کیوں ہوتا ہے؟</w:t>
      </w:r>
    </w:p>
    <w:p>
      <w:r>
        <w:rPr>
          <w:b/>
        </w:rPr>
        <w:t xml:space="preserve">[47:20] </w:t>
      </w:r>
      <w:r>
        <w:t>nahi to mujhe to nahi hota tha. is liye main jaanta bhi nahi ke kyun. kyunke main imamat ki hai, maine kai baras tak. to mujhe to is mein aisa nahi hota tha.</w:t>
      </w:r>
    </w:p>
    <w:p>
      <w:pPr>
        <w:jc w:val="right"/>
      </w:pPr>
      <w:r>
        <w:t>نہیں تو مجھے تو نہیں ہوتا تھا۔ اس لیے میں جانتا بھی نہیں کہ کیوں۔ کیونکہ میں امامت کی ہے، میں نے کئی برس تک۔ تو مجھے تو اس میں ایسا نہیں ہوتا تھا۔</w:t>
      </w:r>
    </w:p>
    <w:p>
      <w:r>
        <w:rPr>
          <w:b/>
        </w:rPr>
        <w:t xml:space="preserve">[47:35] </w:t>
      </w:r>
      <w:r>
        <w:t>mein ne kaha na ke bohat dinon tak jab ke woh hota raha to woh mussamas aap bechare chhod ke chale gaye ke hum yahan namaz nahi padhenge.</w:t>
      </w:r>
    </w:p>
    <w:p>
      <w:pPr>
        <w:jc w:val="right"/>
      </w:pPr>
      <w:r>
        <w:t>میں نے کہا نا کہ بہت دنوں تک جب کہ وہ ہوتا رہا تو وہ مخصوص آپ بیچارے چھوڑ کے چلے گئے کہ ہم یہاں نماز نہیں پڑھیں گے۔</w:t>
      </w:r>
    </w:p>
    <w:p>
      <w:r>
        <w:rPr>
          <w:b/>
        </w:rPr>
        <w:t xml:space="preserve">[47:44] </w:t>
      </w:r>
      <w:r>
        <w:t>yeh imam sahab to rote hain namaz mein. To un ke liye rona rona jo tha yeh ghair yani ghair yani namaz ki ke siwa koi cheez thi.</w:t>
      </w:r>
    </w:p>
    <w:p>
      <w:pPr>
        <w:jc w:val="right"/>
      </w:pPr>
      <w:r>
        <w:t>یہ امام صاحب تو روتے ہیں نماز میں۔ تو ان کے لیے رونا رونا جو تھا یہ غیر یعنی غیر یعنی نماز کی کے سوا کوئی چیز تھی۔</w:t>
      </w:r>
    </w:p>
    <w:p>
      <w:r>
        <w:rPr>
          <w:b/>
        </w:rPr>
        <w:t xml:space="preserve">[47:58] </w:t>
      </w:r>
      <w:r>
        <w:t>yeh nahi, aap ko jo hota tha to mein samajhta hoon ke woh koi inforadi baat hogi.</w:t>
      </w:r>
    </w:p>
    <w:p>
      <w:pPr>
        <w:jc w:val="right"/>
      </w:pPr>
      <w:r>
        <w:t>یہ نہیں، آپ کو جو ہوتا تھا تو میں سمجھتا ہوں کہ وہ کوئی انفرادی بات ہوگی۔</w:t>
      </w:r>
    </w:p>
    <w:p>
      <w:r>
        <w:rPr>
          <w:b/>
        </w:rPr>
        <w:t xml:space="preserve">[48:08] </w:t>
      </w:r>
      <w:r>
        <w:t>koi aam baat nahi ho sakti hai. Kyun ke mujhe bhi hoti. Phir agar aisa hota to</w:t>
      </w:r>
    </w:p>
    <w:p>
      <w:pPr>
        <w:jc w:val="right"/>
      </w:pPr>
      <w:r>
        <w:t>کوئی عام بات نہیں ہو سکتی ہے۔ کیونکہ مجھے بھی ہوتی۔ پھر اگر ایسا ہوتا تو</w:t>
      </w:r>
    </w:p>
    <w:p>
      <w:r>
        <w:rPr>
          <w:b/>
        </w:rPr>
        <w:t xml:space="preserve">[48:14] </w:t>
      </w:r>
      <w:r>
        <w:t>ji Maulana, woh meri apni inforadi baat aap ko bata raha hoon. Yani mera personal masla hai, personal baat hai meri ke mere sath aisa hota hai.</w:t>
      </w:r>
    </w:p>
    <w:p>
      <w:pPr>
        <w:jc w:val="right"/>
      </w:pPr>
      <w:r>
        <w:t>جی مولانا، وہ میری اپنی انفرادی بات آپ کو بتا رہا ہوں۔ یعنی میرا پرسنل مسئلہ ہے، پرسنل بات ہے میری کہ میرے ساتھ ایسا ہوتا ہے۔</w:t>
      </w:r>
    </w:p>
    <w:p>
      <w:r>
        <w:rPr>
          <w:b/>
        </w:rPr>
        <w:t xml:space="preserve">[48:25] </w:t>
      </w:r>
      <w:r>
        <w:t>namaz mein waqt par nahi padh pata aur is ka koi afsos bhi nahi hota mujhe ke mein namaz nahi padha. Padhna chahiye mujhe.</w:t>
      </w:r>
    </w:p>
    <w:p>
      <w:pPr>
        <w:jc w:val="right"/>
      </w:pPr>
      <w:r>
        <w:t>نماز میں وقت پر نہیں پڑھ پاتا اور اس کا کوئی افسوس بھی نہیں ہوتا مجھے کہ میں نماز نہیں پڑھا۔ پڑھنا چاہیے مجھے۔</w:t>
      </w:r>
    </w:p>
    <w:p>
      <w:r>
        <w:rPr>
          <w:b/>
        </w:rPr>
        <w:t xml:space="preserve">[48:35] </w:t>
      </w:r>
      <w:r>
        <w:t>nahi dekhen, mujhe nahi maloom ke aap ka jazba kya hota hai. Mein jazba kya hota hai batata hoon aap ko ke namaz mein mujhe bhi hamesha yeh nahi to girya taari ho, khushoo taari ho.</w:t>
      </w:r>
    </w:p>
    <w:p>
      <w:pPr>
        <w:jc w:val="right"/>
      </w:pPr>
      <w:r>
        <w:t>نہیں دیکھیں، مجھے نہیں معلوم کہ آپ کا جذبہ کیا ہوتا ہے۔ میں جذبہ کیا ہوتا ہے بتاتا ہوں آپ کو کہ نماز میں مجھے بھی ہمیشہ یہ نہیں تو گریا طاری ہو، خشوع طاری ہو۔</w:t>
      </w:r>
    </w:p>
    <w:p>
      <w:r>
        <w:rPr>
          <w:b/>
        </w:rPr>
        <w:t xml:space="preserve">[48:50] </w:t>
      </w:r>
      <w:r>
        <w:t>hamesha nahi hota lekin yahan tarah ayana ka mamla hai. Lekin ek cheez yeh mere andar hai ke agar mein sajda na karoon to mein ehsas sochne lagta hoon ke mein aakhir duniya mein kis kis haq ke barabar hoon.</w:t>
      </w:r>
    </w:p>
    <w:p>
      <w:pPr>
        <w:jc w:val="right"/>
      </w:pPr>
      <w:r>
        <w:t>ہمیشہ نہیں ہوتا لیکن یہاں طرح ایانا کا معاملہ ہے۔ لیکن ایک چیز یہ میرے اندر ہے کہ اگر میں سجدہ نہ کروں تو میں احساس سوچنے لگتا ہوں کہ میں آخر دنیا میں کس کس حق کے برابر ہوں۔</w:t>
      </w:r>
    </w:p>
    <w:p>
      <w:r>
        <w:rPr>
          <w:b/>
        </w:rPr>
        <w:t xml:space="preserve">[49:09] </w:t>
      </w:r>
      <w:r>
        <w:t>yeh to ek khaliq ki duniya hai aur mein sajda bhi nahi karta to mujhe haq kya? Achha, is ki wajah se mein ne nuksan uthaya hai ke mujh se roze mein yeh rukhsat hai ke woh agar roza kisi ke liye mushaqqat ka sabab bana to woh roza chhod sakta hai,</w:t>
      </w:r>
    </w:p>
    <w:p>
      <w:pPr>
        <w:jc w:val="right"/>
      </w:pPr>
      <w:r>
        <w:t>یہ تو ایک خالق کی دنیا ہے اور میں سجدہ بھی نہیں کرتا تو مجھے حق کیا؟ اچھا، اس کی وجہ سے میں نے نقصان اٹھایا ہے کہ مجھ سے روزے میں یہ رخصت ہے کہ وہ اگر روزہ کسی کے لیے مشقت کا سبب بنا تو وہ روزہ چھوڑ سکتا ہے،</w:t>
      </w:r>
    </w:p>
    <w:p>
      <w:r>
        <w:rPr>
          <w:b/>
        </w:rPr>
        <w:t xml:space="preserve">[49:33] </w:t>
      </w:r>
      <w:r>
        <w:t>koi sadqa de de. Lekin mein sochta tha ke aakhir mein Khuda ki ab apni apni ghiza se woh mana kar raha hai ke tum mat khao.</w:t>
      </w:r>
    </w:p>
    <w:p>
      <w:pPr>
        <w:jc w:val="right"/>
      </w:pPr>
      <w:r>
        <w:t>کوئی صدقہ دے دے۔ لیکن میں سوچتا تھا کہ آخر میں خدا کی اب اپنی اپنی غذا سے وہ منع کر رہا ہے کہ تم مت کھاؤ۔</w:t>
      </w:r>
    </w:p>
    <w:p>
      <w:r>
        <w:rPr>
          <w:b/>
        </w:rPr>
        <w:t xml:space="preserve">[49:42] </w:t>
      </w:r>
      <w:r>
        <w:t>mein mein mein kehta hoon ke tum meri tum ko haq nahi khane ka, tumhein kis haq se khaoon? To is sharm se mein roza rakhta tha jab mein bilkul yani meri woh ho gayi.</w:t>
      </w:r>
    </w:p>
    <w:p>
      <w:pPr>
        <w:jc w:val="right"/>
      </w:pPr>
      <w:r>
        <w:t>میں میں میں کہتا ہوں کہ تم میری تم کو حق نہیں کھانے کا، تمہیں کس حق سے کھاؤں؟ تو اس شرم سے میں روزہ رکھتا تھا جب میں بالکل یعنی میری وہ ہو گئی۔</w:t>
      </w:r>
    </w:p>
    <w:p>
      <w:r>
        <w:rPr>
          <w:b/>
        </w:rPr>
        <w:t xml:space="preserve">[49:57] </w:t>
      </w:r>
      <w:r>
        <w:t>ab ja kar mein ne is tarah chhoda hai kyun ke meri sehat bilkul kharab ho gayi. Isi isi ehsas se ke jis jis ghiza se Khuda ne mana kiya, mein kaise khaoon is ko?</w:t>
      </w:r>
    </w:p>
    <w:p>
      <w:pPr>
        <w:jc w:val="right"/>
      </w:pPr>
      <w:r>
        <w:t>اب جا کر میں نے اس طرح چھوڑا ہے کیونکہ میری صحت بالکل خراب ہو گئی۔ اسی اسی احساس سے کہ جس جس غذا سے خدا نے منع کیا، میں کیسے کھاؤں اس کو؟</w:t>
      </w:r>
    </w:p>
    <w:p>
      <w:r>
        <w:rPr>
          <w:b/>
        </w:rPr>
        <w:t xml:space="preserve">[50:12] </w:t>
      </w:r>
      <w:r>
        <w:t>kyun ke ab mein sochta hoon ke mera yeh sochna sahi nahi tha kyun ke rukhsat bhi ek hukum shariat hai. Hadees mein aata hai ke rukhsat ko aawil karo.</w:t>
      </w:r>
    </w:p>
    <w:p>
      <w:pPr>
        <w:jc w:val="right"/>
      </w:pPr>
      <w:r>
        <w:t>کیونکہ اب میں سوچتا ہوں کہ میرا یہ سوچنا صحیح نہیں تھا کیونکہ رخصت بھی ایک حکم شریعت ہے۔ حدیث میں آتا ہے کہ رخصت کو اویل کرو۔</w:t>
      </w:r>
    </w:p>
    <w:p>
      <w:r>
        <w:rPr>
          <w:b/>
        </w:rPr>
        <w:t xml:space="preserve">[50:27] </w:t>
      </w:r>
      <w:r>
        <w:t>to mein jo bohat dinon tak aisa karta raha aur meri jismani sehat bohat kamzor ho gayi, mein ne sahi nahi kiya, galat kiya mein ne.</w:t>
      </w:r>
    </w:p>
    <w:p>
      <w:pPr>
        <w:jc w:val="right"/>
      </w:pPr>
      <w:r>
        <w:t>تو میں جو بہت دنوں تک ایسا کرتا رہا اور میری جسمانی صحت بہت کمزور ہو گئی، میں نے صحیح نہیں کیا، غلط کیا میں نے۔</w:t>
      </w:r>
    </w:p>
    <w:p>
      <w:r>
        <w:rPr>
          <w:b/>
        </w:rPr>
        <w:t xml:space="preserve">[50:40] </w:t>
      </w:r>
      <w:r>
        <w:t>to aap ka mizaj kya? Mein nahi samajhta ke mera mizaj to yahi hai ke mujhe sharm aati hai ke Allah kahe ke tum ko sajda karna hai aur mein sajda na karoon.</w:t>
      </w:r>
    </w:p>
    <w:p>
      <w:pPr>
        <w:jc w:val="right"/>
      </w:pPr>
      <w:r>
        <w:t>تو آپ کا مزاج کیا؟ میں نہیں سمجھتا کہ میرا مزاج تو یہی ہے کہ مجھے شرم آتی ہے کہ اللہ کہے کہ تم کو سجدہ کرنا ہے اور میں سجدہ نہ کروں۔</w:t>
      </w:r>
    </w:p>
    <w:p>
      <w:r>
        <w:rPr>
          <w:b/>
        </w:rPr>
        <w:t xml:space="preserve">[50:53] </w:t>
      </w:r>
      <w:r>
        <w:t>Allah kahe ke tum ko khana chhodna hai aur marna chhodoon. To mujhe sharm aati hai ke kis haq se mein Khuda ki zameen par rahoon? Zameen par rehne ka haq tha mujhe.</w:t>
      </w:r>
    </w:p>
    <w:p>
      <w:pPr>
        <w:jc w:val="right"/>
      </w:pPr>
      <w:r>
        <w:t>اللہ کہے کہ تم کو کھانا چھوڑنا ہے اور مرنا چھوڑوں۔ تو مجھے شرم آتی ہے کہ کس حق سے میں خدا کی زمین پر رہوں؟ زمین پر رہنے کا حق تھا مجھے۔</w:t>
      </w:r>
    </w:p>
    <w:p>
      <w:r>
        <w:rPr>
          <w:b/>
        </w:rPr>
        <w:t xml:space="preserve">[51:04] </w:t>
      </w:r>
      <w:r>
        <w:t>Maulana, Surah Baqarah ki ayat mein is qism ka ek case hai. Maulana, wa'staeenu bis sabri was salati, wa innaha lakabeeratun illaa alal khashi'een.</w:t>
      </w:r>
    </w:p>
    <w:p>
      <w:pPr>
        <w:jc w:val="right"/>
      </w:pPr>
      <w:r>
        <w:t>مولانا، سورہ بقرہ کی آیت میں اس قسم کا ایک کیس ہے۔ مولانا، وَاسْتَعِينُوا بِالصَّبْرِ وَالصَّلَاةِ، وَإِنَّهَا لَكَبِيرَةٌ إِلَّا عَلَى الْخَاشِعِينَ۔</w:t>
      </w:r>
    </w:p>
    <w:p>
      <w:r>
        <w:rPr>
          <w:b/>
        </w:rPr>
        <w:t xml:space="preserve">[51:15] </w:t>
      </w:r>
      <w:r>
        <w:t>yahan yahan lakabeeratun illaa alal khashi'een. Kya kaifiyat hai? Maulana,</w:t>
      </w:r>
    </w:p>
    <w:p>
      <w:pPr>
        <w:jc w:val="right"/>
      </w:pPr>
      <w:r>
        <w:t>یہاں یہاں لَكَبِيرَةٌ إِلَّا عَلَى الْخَاشِعِينَ۔ کیا کیفیت ہے؟ مولانا،</w:t>
      </w:r>
    </w:p>
    <w:p>
      <w:r>
        <w:rPr>
          <w:b/>
        </w:rPr>
        <w:t xml:space="preserve">[51:22] </w:t>
      </w:r>
      <w:r>
        <w:t>kya sawal hai in ka? Quran ki ek ayat hai: wa'staeenu bis sabri was salati, wa innaha lakabeeratun illaa alal khashi'een.</w:t>
      </w:r>
    </w:p>
    <w:p>
      <w:pPr>
        <w:jc w:val="right"/>
      </w:pPr>
      <w:r>
        <w:t>کیا سوال ہے ان کا؟ قرآن کی ایک آیت ہے: وَاسْتَعِينُوا بِالصَّبْرِ وَالصَّلَاةِ، وَإِنَّهَا لَكَبِيرَةٌ إِلَّا عَلَى الْخَاشِعِينَ۔</w:t>
      </w:r>
    </w:p>
    <w:p>
      <w:r>
        <w:rPr>
          <w:b/>
        </w:rPr>
        <w:t xml:space="preserve">[51:33] </w:t>
      </w:r>
      <w:r>
        <w:t>to yeh bol rahe hain ke kabira jo yahan par bataya gaya hai, yeh kaun si kaifiyat hai?</w:t>
      </w:r>
    </w:p>
    <w:p>
      <w:pPr>
        <w:jc w:val="right"/>
      </w:pPr>
      <w:r>
        <w:t>تو یہ بول رہے ہیں کہ کبیرہ جو یہاں پر بتایا گیا ہے، یہ کون سی کیفیت ہے؟</w:t>
      </w:r>
    </w:p>
    <w:p>
      <w:r>
        <w:rPr>
          <w:b/>
        </w:rPr>
        <w:t xml:space="preserve">[51:45] </w:t>
      </w:r>
      <w:r>
        <w:t>yeh kuch logon ke liye hai, sab ke liye nahi hai. Maslan mere liye to nahi hai kyun ke mein to woh Allah ka ehsan ka acknowledgement samajhta hoon.</w:t>
      </w:r>
    </w:p>
    <w:p>
      <w:pPr>
        <w:jc w:val="right"/>
      </w:pPr>
      <w:r>
        <w:t>یہ کچھ لوگوں کے لیے ہے، سب کے لیے نہیں ہے۔ مثلاً میرے لیے تو نہیں ہے کیونکہ میں تو وہ اللہ کا احسان کا اکنالجمنٹ سمجھتا ہوں۔</w:t>
      </w:r>
    </w:p>
    <w:p>
      <w:r>
        <w:rPr>
          <w:b/>
        </w:rPr>
        <w:t xml:space="preserve">[51:56] </w:t>
      </w:r>
      <w:r>
        <w:t>isko</w:t>
      </w:r>
    </w:p>
    <w:p>
      <w:pPr>
        <w:jc w:val="right"/>
      </w:pPr>
      <w:r>
        <w:t>اس کو</w:t>
      </w:r>
    </w:p>
    <w:p>
      <w:r>
        <w:rPr>
          <w:b/>
        </w:rPr>
        <w:t xml:space="preserve">[52:00] </w:t>
      </w:r>
      <w:r>
        <w:t>kuch logon ke liye aisa ho sakta hai. To Quran ki woh ayat sab ke liye nahi hogi, kuch logon ke liye hogi. Maslan aaj hi ki baat batata hoon mein aap ko.</w:t>
      </w:r>
    </w:p>
    <w:p>
      <w:pPr>
        <w:jc w:val="right"/>
      </w:pPr>
      <w:r>
        <w:t>کچھ لوگوں کے لیے ایسا ہو سکتا ہے۔ تو قرآن کی وہ آیت سب کے لیے نہیں ہوگی، کچھ لوگوں کے لیے ہوگی۔ مثلاً آج ہی کی بات بتاتا ہوں میں آپ کو۔</w:t>
      </w:r>
    </w:p>
    <w:p>
      <w:r>
        <w:rPr>
          <w:b/>
        </w:rPr>
        <w:t xml:space="preserve">[52:11] </w:t>
      </w:r>
      <w:r>
        <w:t>aaj hi ki baat, hamara ek sahab hain jo meri dekh bhaal ke rakhe gaye hain. Hain hamare bete science dan ne ek sahab ko rakha hai ke 24 ghante meri dekh bhaal karen.</w:t>
      </w:r>
    </w:p>
    <w:p>
      <w:pPr>
        <w:jc w:val="right"/>
      </w:pPr>
      <w:r>
        <w:t>آج ہی کی بات، ہمارا ایک صاحب ہیں جو میری دیکھ بھال کے رکھے گئے ہیں۔ ہیں ہمارے بیٹے سائنس دان نے ایک صاحب کو رکھا ہے کہ 24 گھنٹے میری دیکھ بھال کریں۔</w:t>
      </w:r>
    </w:p>
    <w:p>
      <w:r>
        <w:rPr>
          <w:b/>
        </w:rPr>
        <w:t xml:space="preserve">[52:26] </w:t>
      </w:r>
      <w:r>
        <w:t>hain to raat aisa hua ke mein</w:t>
      </w:r>
    </w:p>
    <w:p>
      <w:pPr>
        <w:jc w:val="right"/>
      </w:pPr>
      <w:r>
        <w:t>ہیں تو رات ایسا ہوا کہ میں</w:t>
      </w:r>
    </w:p>
    <w:p>
      <w:r>
        <w:rPr>
          <w:b/>
        </w:rPr>
        <w:t xml:space="preserve">[52:34] </w:t>
      </w:r>
      <w:r>
        <w:t>bar bar bulata raha un ko, uthe nahi, wo un ki neend nahi khuli. to aaj maine un ko kuch sakht baat ke danat danta un ko.</w:t>
      </w:r>
    </w:p>
    <w:p>
      <w:pPr>
        <w:jc w:val="right"/>
      </w:pPr>
      <w:r>
        <w:t>بار بار بلاتا رہا ان کو، اٹھے نہیں، وہ ان کی نیند نہیں کھلی۔ تو آج میں نے ان کو کچھ سخت بات کے ڈانٹ ڈانٹا ان کو۔</w:t>
      </w:r>
    </w:p>
    <w:p>
      <w:r>
        <w:rPr>
          <w:b/>
        </w:rPr>
        <w:t xml:space="preserve">[52:44] </w:t>
      </w:r>
      <w:r>
        <w:t>to phir mere mere sath hua ke mujhe Allah ke paida ki hui itna koi dantne ka haq hai? maine apni beti se kaha to meri beti ne talafi ke liye un ko paisa diya.</w:t>
      </w:r>
    </w:p>
    <w:p>
      <w:pPr>
        <w:jc w:val="right"/>
      </w:pPr>
      <w:r>
        <w:t>تو پھر میرے میرے ساتھ ہوا کہ مجھے اللہ کے پیدا کی ہوئی اتنا کوئی ڈانٹنے کا حق ہے؟ میں نے اپنی بیٹی سے کہا تو میری بیٹی نے تلافی کے لیے ان کو پیسہ دیا۔</w:t>
      </w:r>
    </w:p>
    <w:p>
      <w:r>
        <w:rPr>
          <w:b/>
        </w:rPr>
        <w:t xml:space="preserve">[52:59] </w:t>
      </w:r>
      <w:r>
        <w:t>aaj ki baat hai, aaj ishq ki talafi ke liye un ko paisa diya. to to wo</w:t>
      </w:r>
    </w:p>
    <w:p>
      <w:pPr>
        <w:jc w:val="right"/>
      </w:pPr>
      <w:r>
        <w:t>آج کی بات ہے، آج عشق کی تلافی کے لیے ان کو پیسہ دیا۔ تو تو وہ</w:t>
      </w:r>
    </w:p>
    <w:p>
      <w:r>
        <w:rPr>
          <w:b/>
        </w:rPr>
        <w:t xml:space="preserve">[53:14] </w:t>
      </w:r>
      <w:r>
        <w:t>namaz ke bare mein jo bhi ayaten hon, wo sab ke liye yeksan nahi ho sakti. kisi ke liye kuch hoga, kisi ke liye kuch hoga.</w:t>
      </w:r>
    </w:p>
    <w:p>
      <w:pPr>
        <w:jc w:val="right"/>
      </w:pPr>
      <w:r>
        <w:t>نماز کے بارے میں جو بھی آیتیں ہوں، وہ سب کے لیے یکساں نہیں ہو سکتی۔ کسی کے لیے کچھ ہوگا، کسی کے لیے کچھ ہوگا۔</w:t>
      </w:r>
    </w:p>
    <w:p>
      <w:r>
        <w:rPr>
          <w:b/>
        </w:rPr>
        <w:t xml:space="preserve">[53:24] </w:t>
      </w:r>
      <w:r>
        <w:t>mujhe tab tak sukoon nahi mila jab tak meri beti beti ne un ko paisa nahi de diya un ko mutmaen karne ke liye.</w:t>
      </w:r>
    </w:p>
    <w:p>
      <w:pPr>
        <w:jc w:val="right"/>
      </w:pPr>
      <w:r>
        <w:t>مجھے تب تک سکون نہیں ملا جب تک میری بیٹی بیٹی نے ان کو پیسہ نہیں دے دیا ان کو مطمئن کرنے کے لیے۔</w:t>
      </w:r>
    </w:p>
    <w:p>
      <w:r>
        <w:rPr>
          <w:b/>
        </w:rPr>
        <w:t xml:space="preserve">[53:42] </w:t>
      </w:r>
      <w:r>
        <w:t>aap log is ek ka is apne aap ko manage karna sochiye, seekhiye self management ke yeh waqea jo hai, yeh self management hai ke agerche bad-aqeed hain,</w:t>
      </w:r>
    </w:p>
    <w:p>
      <w:pPr>
        <w:jc w:val="right"/>
      </w:pPr>
      <w:r>
        <w:t>آپ لوگ اس ایک کا اس اپنے آپ کو مینج کرنا سوچیے، سیکھیے سیلف مینجمنٹ کہ یہ واقعہ جو ہے، یہ سیلف مینجمنٹ ہے کہ اگرچہ بدعقائد ہیں،</w:t>
      </w:r>
    </w:p>
    <w:p>
      <w:r>
        <w:rPr>
          <w:b/>
        </w:rPr>
        <w:t xml:space="preserve">[53:56] </w:t>
      </w:r>
      <w:r>
        <w:t>bad-aqeed fitrat mein ghussa mujhe aa gaya, wo ghussa bade shiddat paida ho gayi. un ko sakhti se bola maine lekin is ko manage kiya phir un ko paisa de kar ke.</w:t>
      </w:r>
    </w:p>
    <w:p>
      <w:pPr>
        <w:jc w:val="right"/>
      </w:pPr>
      <w:r>
        <w:t>بدعقائد فطرت میں غصہ مجھے آ گیا، وہ غصہ بڑے شدت پیدا ہو گئی۔ ان کو سختی سے بولا میں نے لیکن اس کو مینج کیا پھر ان کو پیسہ دے کر کے۔</w:t>
      </w:r>
    </w:p>
    <w:p>
      <w:r>
        <w:rPr>
          <w:b/>
        </w:rPr>
        <w:t xml:space="preserve">[54:09] </w:t>
      </w:r>
      <w:r>
        <w:t>to aap log manage karna seekhiye ke sahib meri baat</w:t>
      </w:r>
    </w:p>
    <w:p>
      <w:pPr>
        <w:jc w:val="right"/>
      </w:pPr>
      <w:r>
        <w:t>تو آپ لوگ مینج کرنا سیکھیے کہ صاحب میری بات</w:t>
      </w:r>
    </w:p>
    <w:p>
      <w:r>
        <w:rPr>
          <w:b/>
        </w:rPr>
        <w:t xml:space="preserve">[54:14] </w:t>
      </w:r>
      <w:r>
        <w:t>clear hai? clear hai Maulana. main to manage ka bohat karta hoon, bohat zyada manage karta hoon.</w:t>
      </w:r>
    </w:p>
    <w:p>
      <w:pPr>
        <w:jc w:val="right"/>
      </w:pPr>
      <w:r>
        <w:t>کلیئر ہے؟ کلیئر ہے مولانا۔ میں تو مینج کا بہت کرتا ہوں، بہت زیادہ مینج کرتا ہوں۔</w:t>
      </w:r>
    </w:p>
    <w:p>
      <w:r>
        <w:rPr>
          <w:b/>
        </w:rPr>
        <w:t xml:space="preserve">[54:24] </w:t>
      </w:r>
      <w:r>
        <w:t>misalan dekhiye, mujhe aap logon ki hembri karta tha na, karta hoon, aaj kal kam kar diya. aap jante hain main kya karta hoon? hain hembri ke baad is ki bohat zyada dua karta hoon is ki talafi ke liye jis ki maine hembri ki.</w:t>
      </w:r>
    </w:p>
    <w:p>
      <w:pPr>
        <w:jc w:val="right"/>
      </w:pPr>
      <w:r>
        <w:t>مثلاً دیکھیے، مجھے آپ لوگوں کی ہیمبری کرتا تھا نا، کرتا ہوں، آج کل کم کر دیا۔ آپ جانتے ہیں میں کیا کرتا ہوں؟ ہیں ہیمبری کے بعد اس کی بہت زیادہ دعا کرتا ہوں اس کی تلافی کے لیے جس کی میں نے ہیمبری کی۔</w:t>
      </w:r>
    </w:p>
    <w:p>
      <w:r>
        <w:rPr>
          <w:b/>
        </w:rPr>
        <w:t xml:space="preserve">[54:42] </w:t>
      </w:r>
      <w:r>
        <w:t>khud faraz faraz ya bast sahib ki maine hembri kar di thi wo telbour par. to kai din tak main dua karta raha un ke liye.</w:t>
      </w:r>
    </w:p>
    <w:p>
      <w:pPr>
        <w:jc w:val="right"/>
      </w:pPr>
      <w:r>
        <w:t>خود فراز فراز یا باسط صاحب کی میں نے ہیمبری کر دی تھی وہ تیلبور پر۔ تو کئی دن تک میں دعا کرتا رہا ان کے لیے۔</w:t>
      </w:r>
    </w:p>
    <w:p>
      <w:r>
        <w:rPr>
          <w:b/>
        </w:rPr>
        <w:t xml:space="preserve">[54:54] </w:t>
      </w:r>
      <w:r>
        <w:t>to yeh yeh hai manage karna apne apne halaat ke lehaz se. aap manage kijiye, sahi ho gaya.</w:t>
      </w:r>
    </w:p>
    <w:p>
      <w:pPr>
        <w:jc w:val="right"/>
      </w:pPr>
      <w:r>
        <w:t>تو یہ یہ ہے مینج کرنا اپنے اپنے حالات کے لحاظ سے۔ آپ مینج کیجئے، صحیح ہو گیا۔</w:t>
      </w:r>
    </w:p>
    <w:p>
      <w:r>
        <w:rPr>
          <w:b/>
        </w:rPr>
        <w:t xml:space="preserve">[55:02] </w:t>
      </w:r>
      <w:r>
        <w:t>mere halaat jo hain is ke lehaz se main manage karta hoon. sahi ho gaya. yeh baat clear hai? sahib</w:t>
      </w:r>
    </w:p>
    <w:p>
      <w:pPr>
        <w:jc w:val="right"/>
      </w:pPr>
      <w:r>
        <w:t>میرے حالات جو ہیں اس کے لحاظ سے میں مینج کرتا ہوں۔ صحیح ہو گیا۔ یہ بات کلیئر ہے؟ صاحب</w:t>
      </w:r>
    </w:p>
    <w:p>
      <w:r>
        <w:rPr>
          <w:b/>
        </w:rPr>
        <w:t xml:space="preserve">[55:08] </w:t>
      </w:r>
      <w:r>
        <w:t>clear hai? clear hai. ah Maulana, ek hadith hai ke Mu'jam al-Kabir Tabarani mein hai to alfaaz yeh hain ke: "Ma ahad khayrun minna ya Rasool Allah,</w:t>
      </w:r>
    </w:p>
    <w:p>
      <w:pPr>
        <w:jc w:val="right"/>
      </w:pPr>
      <w:r>
        <w:t>کلیئر ہے؟ کلیئر ہے۔ اہ مولانا، ایک حدیث ہے کہ معجم الکبیر طبرانی میں ہے تو الفاظ یہ ہیں کہ: "ما احد خیرا منا یا رسول اللہ،</w:t>
      </w:r>
    </w:p>
    <w:p>
      <w:r>
        <w:rPr>
          <w:b/>
        </w:rPr>
        <w:t xml:space="preserve">[55:24] </w:t>
      </w:r>
      <w:r>
        <w:t>aslamna wa hajarana wa jahatna ma'ak". yani Ubaida bin Jarrah ne sawal kiya tha: "Ae Allah ke Rasool, kya hum koi aisa bhi hai jo hum se behtar ho halanke hum ne Islam qabool kiya, hijrat ki aur aap ke sath jihad kiya?" to aap ne kaha: "Na'am, qom yakunoon min ba'di aamano bi wa lam yarooni".</w:t>
      </w:r>
    </w:p>
    <w:p>
      <w:pPr>
        <w:jc w:val="right"/>
      </w:pPr>
      <w:r>
        <w:t>اسلمنا وهاجرنا وجاہتنا معک"۔ یعنی عبیدہ بن الجراح نے سوال کیا تھا: "اے اللہ کے رسول، کیا ہم کوئی ایسا بھی ہے جو ہم سے بہتر ہو حالانکہ ہم نے اسلام قبول کیا، ہجرت کی اور آپ کے ساتھ جہاد کیا؟" تو آپ نے کہا: "نعم، قوم یکونون من بعدی آمنوا بی ولمیرونی"۔</w:t>
      </w:r>
    </w:p>
    <w:p>
      <w:r>
        <w:rPr>
          <w:b/>
        </w:rPr>
        <w:t xml:space="preserve">[55:48] </w:t>
      </w:r>
      <w:r>
        <w:t>haan, ek qom jo mere baad hogi iman layegi mujh par aur is ne mujh ko dekha nahi hoga. yeh kis sense mein hai?</w:t>
      </w:r>
    </w:p>
    <w:p>
      <w:pPr>
        <w:jc w:val="right"/>
      </w:pPr>
      <w:r>
        <w:t>ہاں، ایک قوم جو میرے بعد ہوگی ایمان لائے گی مجھ پر اور اس نے مجھ کو دیکھا نہیں ہوگا۔ یہ کس سینس میں ہے؟</w:t>
      </w:r>
    </w:p>
    <w:p>
      <w:r>
        <w:rPr>
          <w:b/>
        </w:rPr>
        <w:t xml:space="preserve">[56:04] </w:t>
      </w:r>
      <w:r>
        <w:t>dekhiye,</w:t>
      </w:r>
    </w:p>
    <w:p>
      <w:pPr>
        <w:jc w:val="right"/>
      </w:pPr>
      <w:r>
        <w:t>دیکھیے،</w:t>
      </w:r>
    </w:p>
    <w:p>
      <w:r>
        <w:rPr>
          <w:b/>
        </w:rPr>
        <w:t xml:space="preserve">[56:07] </w:t>
      </w:r>
      <w:r>
        <w:t>maine bhi is tarah socha hai lekin ek ek insan jis par sach much zimma late ho, hum agar kahein to wo wo ek tamseel ki baat hogi.</w:t>
      </w:r>
    </w:p>
    <w:p>
      <w:pPr>
        <w:jc w:val="right"/>
      </w:pPr>
      <w:r>
        <w:t>میں نے بھی اس طرح سوچا ہے لیکن ایک ایک انسان جس پر سچ مچ ذمہ لاتے ہو، ہم اگر کہیں تو وہ وہ ایک تمثیل کی بات ہوگی۔</w:t>
      </w:r>
    </w:p>
    <w:p>
      <w:r>
        <w:rPr>
          <w:b/>
        </w:rPr>
        <w:t xml:space="preserve">[56:23] </w:t>
      </w:r>
      <w:r>
        <w:t>hum yeh nahi keh sakte ke sach much farishta aaya hamare paas lekin Rasool Allah ke paas mamla tha ke jab sach much aaye the, aate the to yeh ehsas tak kab kabhi paida kar deta hai, kar deta hai ke yeh wo insan tha jis pe Jibrael aate hain.</w:t>
      </w:r>
    </w:p>
    <w:p>
      <w:pPr>
        <w:jc w:val="right"/>
      </w:pPr>
      <w:r>
        <w:t>ہم یہ نہیں کہہ سکتے کہ سچ مچ فرشتہ آیا ہمارے پاس لیکن رسول اللہ کے پاس معاملہ تھا کہ جب سچ مچ آئے تھے، آتے تھے تو یہ احساس تک کب کبھی پیدا کر دیتا ہے، کر دیتا ہے کہ یہ وہ انسان تھا جس پہ جبرائیل آتے ہیں۔</w:t>
      </w:r>
    </w:p>
    <w:p>
      <w:r>
        <w:rPr>
          <w:b/>
        </w:rPr>
        <w:t xml:space="preserve">[56:41] </w:t>
      </w:r>
      <w:r>
        <w:t>to Rasool Allah ke zamane mein jo log Rasool Allah pe iman laye honge to yeh soch kar ke ke yeh wo insan hai jis pe Jibrael aate hain.</w:t>
      </w:r>
    </w:p>
    <w:p>
      <w:pPr>
        <w:jc w:val="right"/>
      </w:pPr>
      <w:r>
        <w:t>تو رسول اللہ کے زمانے میں جو لوگ رسول اللہ پہ ایمان لائے ہوں گے تو یہ سوچ کر کے کہ یہ وہ انسان ہے جس پہ جبرائیل آتے ہیں۔</w:t>
      </w:r>
    </w:p>
    <w:p>
      <w:r>
        <w:rPr>
          <w:b/>
        </w:rPr>
        <w:t xml:space="preserve">[56:54] </w:t>
      </w:r>
      <w:r>
        <w:t>ab kya hai? ab to hum bator iman ke kehte hain ke Jibrael aaye the to farq hoga. to baad ke zamane mein jinho ne Rasool Allah ko na dekha ho, wo is tarike se jis tarah ke wo log iman laye the, is tarah iman laye to un aman se mamlaton bhi to bilashuba un ka bohat bara darja hai.</w:t>
      </w:r>
    </w:p>
    <w:p>
      <w:pPr>
        <w:jc w:val="right"/>
      </w:pPr>
      <w:r>
        <w:t>اب کیا ہے؟ اب تو ہم بطور ایمان کہ کہتے ہیں کہ جبرائیل آئے تھے تو فرق ہوگا۔ تو بعد کے زمانے میں جنہوں نے رسول اللہ کو نہ دیکھا ہو، وہ اس طریقے سے جس طرح کہ وہ لوگ ایمان لائے تھے، اس طرح ایمان لائے تو ان امن سے معاملتوں بھی تو بلاشبہ ان کا بہت بڑا درجہ ہے۔</w:t>
      </w:r>
    </w:p>
    <w:p>
      <w:r>
        <w:rPr>
          <w:b/>
        </w:rPr>
        <w:t xml:space="preserve">[57:20] </w:t>
      </w:r>
      <w:r>
        <w:t>kuch log wo honge jo is darje mein iman nahi layenge, kuch log wo is darje mein iman layenge ke yeh wo insan hai ya wo insan tha jis par Jibrael aaye.</w:t>
      </w:r>
    </w:p>
    <w:p>
      <w:pPr>
        <w:jc w:val="right"/>
      </w:pPr>
      <w:r>
        <w:t>کچھ لوگ وہ ہوں گے جو اس درجے میں ایمان نہیں لائیں گے، کچھ لوگ وہ اس درجے میں ایمان لائیں گے کہ یہ وہ انسان ہے یا وہ انسان تھا جس پر جبرائیل آئے۔</w:t>
      </w:r>
    </w:p>
    <w:p>
      <w:r>
        <w:rPr>
          <w:b/>
        </w:rPr>
        <w:t xml:space="preserve">[57:34] </w:t>
      </w:r>
      <w:r>
        <w:t>main aksar sochta hoon ke jab Jibrael aaye honge ghar e Hira mein to kya alam raha hoga? wo</w:t>
      </w:r>
    </w:p>
    <w:p>
      <w:pPr>
        <w:jc w:val="right"/>
      </w:pPr>
      <w:r>
        <w:t>میں اکثر سوچتا ہوں کہ جب جبرائیل آئے ہوں گے غار حرا میں تو کیا عالم رہا ہوگا؟ وہ</w:t>
      </w:r>
    </w:p>
    <w:p>
      <w:r>
        <w:rPr>
          <w:b/>
        </w:rPr>
        <w:t xml:space="preserve">[57:44] </w:t>
      </w:r>
      <w:r>
        <w:t>humein nahi maloom ke Jibrael ki us waqt kya surat thi lekin Rasool Allah ke liye to wo sach much Jibrael the, shakk nahi tha,</w:t>
      </w:r>
    </w:p>
    <w:p>
      <w:pPr>
        <w:jc w:val="right"/>
      </w:pPr>
      <w:r>
        <w:t>ہمیں نہیں معلوم کہ جبرائیل کی اس وقت کیا صورت تھی لیکن رسول اللہ کے لیے تو وہ سچ مچ جبرائیل تھے، شک نہیں تھا،</w:t>
      </w:r>
    </w:p>
    <w:p>
      <w:r>
        <w:rPr>
          <w:b/>
        </w:rPr>
        <w:t xml:space="preserve">[57:56] </w:t>
      </w:r>
      <w:r>
        <w:t>shakk nahi tha, shakk nahi tha.</w:t>
      </w:r>
    </w:p>
    <w:p>
      <w:pPr>
        <w:jc w:val="right"/>
      </w:pPr>
      <w:r>
        <w:t>شک نہیں تھا، شک نہیں تھا۔</w:t>
      </w:r>
    </w:p>
    <w:p>
      <w:r>
        <w:rPr>
          <w:b/>
        </w:rPr>
        <w:t xml:space="preserve">[58:01] </w:t>
      </w:r>
      <w:r>
        <w:t>to yeh to fitri baat hai, aap sochiye. Isi ko maine kaha ke manage karna sikhiye. Isi ko maine kaha ke hum manage karna sikhiye.</w:t>
      </w:r>
    </w:p>
    <w:p>
      <w:pPr>
        <w:jc w:val="right"/>
      </w:pPr>
      <w:r>
        <w:t>تو یہ تو فطری بات ہے، آپ سوچیے۔ اسی کو میں نے کہا کہ مینج کرنا سیکھیے۔ اسی کو میں نے کہا کہ ہم مینج کرنا سیکھیے۔</w:t>
      </w:r>
    </w:p>
    <w:p>
      <w:r>
        <w:rPr>
          <w:b/>
        </w:rPr>
        <w:t xml:space="preserve">[58:15] </w:t>
      </w:r>
      <w:r>
        <w:t>main to manage bohat karta hoon, bohat zyada karta hoon.</w:t>
      </w:r>
    </w:p>
    <w:p>
      <w:pPr>
        <w:jc w:val="right"/>
      </w:pPr>
      <w:r>
        <w:t>میں تو مینج بہت کرتا ہوں، بہت زیادہ کرتا ہوں۔</w:t>
      </w:r>
    </w:p>
    <w:p>
      <w:r>
        <w:rPr>
          <w:b/>
        </w:rPr>
        <w:t xml:space="preserve">[58:21] </w:t>
      </w:r>
      <w:r>
        <w:t>maulana, hum ulma ko koi ek naseehat kijiye.</w:t>
      </w:r>
    </w:p>
    <w:p>
      <w:pPr>
        <w:jc w:val="right"/>
      </w:pPr>
      <w:r>
        <w:t>مولانا، ہم علماء کو کوئی ایک نصیحت کیجئے۔</w:t>
      </w:r>
    </w:p>
    <w:p>
      <w:r>
        <w:rPr>
          <w:b/>
        </w:rPr>
        <w:t xml:space="preserve">[58:31] </w:t>
      </w:r>
      <w:r>
        <w:t>ek naseehat yeh hai ke aaj kal jin ko hum ulma kehte hain na, woh sand yafta log hain. To apne sand yafta ke level se uth kar ke woh haqeeqi maani wale aalim banen.</w:t>
      </w:r>
    </w:p>
    <w:p>
      <w:pPr>
        <w:jc w:val="right"/>
      </w:pPr>
      <w:r>
        <w:t>ایک نصیحت یہ ہے کہ آج کل جن کو ہم علماء کہتے ہیں نا، وہ سند یافتہ لوگ ہیں۔ تو اپنے سند یافتہ کے لیول سے اٹھ کر کے وہ حقیقی معنی والے عالم بنیں۔</w:t>
      </w:r>
    </w:p>
    <w:p>
      <w:r>
        <w:rPr>
          <w:b/>
        </w:rPr>
        <w:t xml:space="preserve">[58:50] </w:t>
      </w:r>
      <w:r>
        <w:t>kaise? kya kya dohrai is ko</w:t>
      </w:r>
    </w:p>
    <w:p>
      <w:pPr>
        <w:jc w:val="right"/>
      </w:pPr>
      <w:r>
        <w:t>کیسے؟ کیا کیا دہرائی اس کو</w:t>
      </w:r>
    </w:p>
    <w:p>
      <w:r>
        <w:rPr>
          <w:b/>
        </w:rPr>
        <w:t xml:space="preserve">[58:54] </w:t>
      </w:r>
      <w:r>
        <w:t>? Maulana, aap yeh kehna chahte hain ke aaj kal jo ulma ulma kar ke jo mashhoor hain, woh haqeeqat mein ek sand yafta aalim hi rehte hain.</w:t>
      </w:r>
    </w:p>
    <w:p>
      <w:pPr>
        <w:jc w:val="right"/>
      </w:pPr>
      <w:r>
        <w:t>؟ مولانا، آپ یہ کہنا چاہتے ہیں کہ آج کل جو علماء علماء کر کے جو مشہور ہیں، وہ حقیقت میں ایک سند یافتہ عالم ہی رہتے ہیں۔</w:t>
      </w:r>
    </w:p>
    <w:p>
      <w:r>
        <w:rPr>
          <w:b/>
        </w:rPr>
        <w:t xml:space="preserve">[59:05] </w:t>
      </w:r>
      <w:r>
        <w:t>sand yafta afraad, sand yafta aap afraad rehte hain. Hmm, to un ko haqeeqi maanon mein aalim banne ki koshish karna chahiye.</w:t>
      </w:r>
    </w:p>
    <w:p>
      <w:pPr>
        <w:jc w:val="right"/>
      </w:pPr>
      <w:r>
        <w:t>سند یافتہ افراد، سند یافتہ آپ افراد رہتے ہیں۔ ہمم، تو ان کو حقیقی معنوں میں عالم بننے کی کوشش کرنا چاہیے۔</w:t>
      </w:r>
    </w:p>
    <w:p>
      <w:r>
        <w:rPr>
          <w:b/>
        </w:rPr>
        <w:t xml:space="preserve">[59:13] </w:t>
      </w:r>
      <w:r>
        <w:t>Hmm, yaani yeh sand yafta log ek darje ke hain. Ji, lekin bara darja to yeh hai ke haqeeqi maanon mein aalim bane.</w:t>
      </w:r>
    </w:p>
    <w:p>
      <w:pPr>
        <w:jc w:val="right"/>
      </w:pPr>
      <w:r>
        <w:t>ہمم، یعنی یہ سند یافتہ لوگ ایک درجے کے ہیں۔ جی، لیکن بڑا درجہ تو یہ ہے کہ حقیقی معنوں میں عالم بنے۔</w:t>
      </w:r>
    </w:p>
    <w:p>
      <w:r>
        <w:rPr>
          <w:b/>
        </w:rPr>
        <w:t xml:space="preserve">[59:23] </w:t>
      </w:r>
      <w:r>
        <w:t>woh</w:t>
      </w:r>
    </w:p>
    <w:p>
      <w:pPr>
        <w:jc w:val="right"/>
      </w:pPr>
      <w:r>
        <w:t>وہ</w:t>
      </w:r>
    </w:p>
    <w:p>
      <w:r>
        <w:rPr>
          <w:b/>
        </w:rPr>
        <w:t xml:space="preserve">[59:29] </w:t>
      </w:r>
      <w:r>
        <w:t>kya yeh baat wazeh na ho to main misaal doon? Haan Maulana, woh haan hain. Misaal mazeed misaal dijiye. Maulana, haqeeqi aalim ki sifat kya hoti hai?</w:t>
      </w:r>
    </w:p>
    <w:p>
      <w:pPr>
        <w:jc w:val="right"/>
      </w:pPr>
      <w:r>
        <w:t>کیا یہ بات واضح نہ ہو تو میں مثال دوں؟ ہاں مولانا، وہ ہاں ہیں۔ مثال مزید مثال دیجئے۔ مولانا، حقیقی عالم کی صفت کیا ہوتی ہے؟</w:t>
      </w:r>
    </w:p>
    <w:p>
      <w:r>
        <w:rPr>
          <w:b/>
        </w:rPr>
        <w:t xml:space="preserve">[59:41] </w:t>
      </w:r>
      <w:r>
        <w:t>kya kya hai haqeeqi ilm?</w:t>
      </w:r>
    </w:p>
    <w:p>
      <w:pPr>
        <w:jc w:val="right"/>
      </w:pPr>
      <w:r>
        <w:t>کیا کیا ہے حقیقی علم؟</w:t>
      </w:r>
    </w:p>
    <w:p>
      <w:r>
        <w:rPr>
          <w:b/>
        </w:rPr>
        <w:t xml:space="preserve">[59:46] </w:t>
      </w:r>
      <w:r>
        <w:t>sand yafta to aap samajhte honge ke woh bhi clear nahi hai. Yeh woh samajhte hain Maulana, yeh nisaabi a</w:t>
      </w:r>
    </w:p>
    <w:p>
      <w:pPr>
        <w:jc w:val="right"/>
      </w:pPr>
      <w:r>
        <w:t>سند یافتہ تو آپ سمجھتے ہوں گے کہ وہ بھی کلیئر نہیں ہے۔ یہ وہ سمجھتے ہیں مولانا، یہ نصابی ع</w:t>
      </w:r>
    </w:p>
    <w:p>
      <w:r>
        <w:rPr>
          <w:b/>
        </w:rPr>
        <w:t xml:space="preserve">[59:54] </w:t>
      </w:r>
      <w:r>
        <w:t>alam. Hmm, sand yafta jo hadeesein maine padhi thi madrasay mein, to us waqt maine bas yeh tha ke woh un ka urdu tarjuma isi maani mein padha tha.</w:t>
      </w:r>
    </w:p>
    <w:p>
      <w:pPr>
        <w:jc w:val="right"/>
      </w:pPr>
      <w:r>
        <w:t>الم۔ ہمم، سند یافتہ جو حدیثیں میں نے پڑھی تھیں مدرسے میں، تو اس وقت میں نے بس یہ تھا کہ وہ ان کا عربی لفظ کا اردو ترجمہ اسی معنی میں پڑھا تھا۔</w:t>
      </w:r>
    </w:p>
    <w:p>
      <w:r>
        <w:rPr>
          <w:b/>
        </w:rPr>
        <w:t xml:space="preserve">[1:00:09] </w:t>
      </w:r>
      <w:r>
        <w:t>maine hain ji to ek hamare ustaad the, woh arab the, woh arab se aaye the, woh lekin woh hamare madrasay mein ustaad the.</w:t>
      </w:r>
    </w:p>
    <w:p>
      <w:pPr>
        <w:jc w:val="right"/>
      </w:pPr>
      <w:r>
        <w:t>میں نے ہیں جی تو ایک ہمارے استاد تھے، وہ عرب تھے، وہ عرب سے آئے تھے، وہ لیکن وہ ہمارے مدرسے میں استاد تھے۔</w:t>
      </w:r>
    </w:p>
    <w:p>
      <w:r>
        <w:rPr>
          <w:b/>
        </w:rPr>
        <w:t xml:space="preserve">[1:00:22] </w:t>
      </w:r>
      <w:r>
        <w:t>woh to unhone ek kitaab likhi thi "La Ali Al Hikam" hikmat ke moti.</w:t>
      </w:r>
    </w:p>
    <w:p>
      <w:pPr>
        <w:jc w:val="right"/>
      </w:pPr>
      <w:r>
        <w:t>وہ تو انہوں نے ایک کتاب لکھی تھی "لا علی الحکم" حکمت کے موتی۔</w:t>
      </w:r>
    </w:p>
    <w:p>
      <w:r>
        <w:rPr>
          <w:b/>
        </w:rPr>
        <w:t xml:space="preserve">[1:00:32] </w:t>
      </w:r>
      <w:r>
        <w:t>woh kitaab kya thi? Unhone kuch hadeesein jama ki thi, is hadeesein jama ki majmooay ka naam rakha tha "La Ali Al Hikam".</w:t>
      </w:r>
    </w:p>
    <w:p>
      <w:pPr>
        <w:jc w:val="right"/>
      </w:pPr>
      <w:r>
        <w:t>وہ کتاب کیا تھی؟ انہوں نے کچھ حدیثیں جمع کی تھیں، اس حدیثیں جمع کی مجموعے کا نام رکھا تھا "لا علی الحکم"۔</w:t>
      </w:r>
    </w:p>
    <w:p>
      <w:r>
        <w:rPr>
          <w:b/>
        </w:rPr>
        <w:t xml:space="preserve">[1:00:43] </w:t>
      </w:r>
      <w:r>
        <w:t>to us zamane mein jab maine padha tha to bas urdu tarjuma padh liya tha, bas itni jaanta tha urdu tarjuma.</w:t>
      </w:r>
    </w:p>
    <w:p>
      <w:pPr>
        <w:jc w:val="right"/>
      </w:pPr>
      <w:r>
        <w:t>تو اس زمانے میں جب میں نے پڑھا تھا تو بس عربی کا ترجمہ پڑھ لیا تھا، بس اتنی جانتا تھا عربی کا ترجمہ۔</w:t>
      </w:r>
    </w:p>
    <w:p>
      <w:r>
        <w:rPr>
          <w:b/>
        </w:rPr>
        <w:t xml:space="preserve">[1:00:53] </w:t>
      </w:r>
      <w:r>
        <w:t>lekin baad ko jab maine dobara padha hadeeson ko, tab maine hadees hikmat ko daryaft kiya.</w:t>
      </w:r>
    </w:p>
    <w:p>
      <w:pPr>
        <w:jc w:val="right"/>
      </w:pPr>
      <w:r>
        <w:t>لیکن بعد کو جب میں نے دوبارہ پڑھا حدیثوں کو، تب میں نے حدیث حکمت کو دریافت کیا۔</w:t>
      </w:r>
    </w:p>
    <w:p>
      <w:r>
        <w:rPr>
          <w:b/>
        </w:rPr>
        <w:t xml:space="preserve">[1:01:03] </w:t>
      </w:r>
      <w:r>
        <w:t>hikmat ko misaal misaal ke taur par main aaj ki baat karta hoon ke aaj maine kisi ko yeh mashwara diya ke aap jab ek kaam chhoden, maashi kaam,</w:t>
      </w:r>
    </w:p>
    <w:p>
      <w:pPr>
        <w:jc w:val="right"/>
      </w:pPr>
      <w:r>
        <w:t>حکمت کو مثال مثال کے طور پر میں آج کی بات کرتا ہوں کہ آج میں نے کسی کو یہ مشورہ دیا کہ آپ جب ایک کام چھوڑیں، معاشی کام،</w:t>
      </w:r>
    </w:p>
    <w:p>
      <w:r>
        <w:rPr>
          <w:b/>
        </w:rPr>
        <w:t xml:space="preserve">[1:01:21] </w:t>
      </w:r>
      <w:r>
        <w:t>to woh woh is hadees ko ko le kar chhoden, sochein ke kyun aisa kaha kaha gaya hai ke ek hadees se mana kiya gaya hai ke kya alfaaz hain ke ke aadmi Allah taala ko is ko rizq ka sabab paida kare to us ko khud se na chhoden.</w:t>
      </w:r>
    </w:p>
    <w:p>
      <w:pPr>
        <w:jc w:val="right"/>
      </w:pPr>
      <w:r>
        <w:t>تو وہ وہ اس حدیث کو کو لے کر چھوڑیں، سوچیں کہ کیوں ایسا کہا کہا گیا ہے کہ ایک حدیث سے منع کیا گیا ہے کہ کیا الفاظ ہیں کہ کہ آدمی اللہ تعالی کو اس کو رزق کا سبب پیدا کرے تو اس کو خود سے نہ چھوڑے۔</w:t>
      </w:r>
    </w:p>
    <w:p>
      <w:r>
        <w:rPr>
          <w:b/>
        </w:rPr>
        <w:t xml:space="preserve">[1:01:46] </w:t>
      </w:r>
      <w:r>
        <w:t>woh alfaaz kya hain is ke</w:t>
      </w:r>
    </w:p>
    <w:p>
      <w:pPr>
        <w:jc w:val="right"/>
      </w:pPr>
      <w:r>
        <w:t>وہ الفاظ کیا ہیں اس کے</w:t>
      </w:r>
    </w:p>
    <w:p>
      <w:r>
        <w:rPr>
          <w:b/>
        </w:rPr>
        <w:t xml:space="preserve">[1:01:48] </w:t>
      </w:r>
      <w:r>
        <w:t>?</w:t>
      </w:r>
    </w:p>
    <w:p>
      <w:pPr>
        <w:jc w:val="right"/>
      </w:pPr>
      <w:r>
        <w:t>؟</w:t>
      </w:r>
    </w:p>
    <w:p>
      <w:r>
        <w:rPr>
          <w:b/>
        </w:rPr>
        <w:t xml:space="preserve">[1:01:57] </w:t>
      </w:r>
      <w:r>
        <w:t>sabab Allah min haan, yaani apne hi aap apne aap khud se na chhoden, illa ke kharji halaat koi compreshion paida kar de.</w:t>
      </w:r>
    </w:p>
    <w:p>
      <w:pPr>
        <w:jc w:val="right"/>
      </w:pPr>
      <w:r>
        <w:t>سبب اللہ من ہاں، یعنی اپنے ہی آپ اپنے آپ خود سے نہ چھوڑیں، الا کہ خارجی حالات کوئی کمپریشن پیدا کر دے۔</w:t>
      </w:r>
    </w:p>
    <w:p>
      <w:r>
        <w:rPr>
          <w:b/>
        </w:rPr>
        <w:t xml:space="preserve">[1:02:10] </w:t>
      </w:r>
      <w:r>
        <w:t>to aaj maine dobara socha is par. Pehle to sirf tarjuma jaanta tha, tarjuma aaj mujhe samajh mein aaya ke agar aadmi</w:t>
      </w:r>
    </w:p>
    <w:p>
      <w:pPr>
        <w:jc w:val="right"/>
      </w:pPr>
      <w:r>
        <w:t>تو آج میں نے دوبارہ سوچا اس پر۔ پہلے تو صرف ترجمہ جانتا تھا، ترجمہ آج مجھے سمجھ میں آیا کہ اگر آدمی</w:t>
      </w:r>
    </w:p>
    <w:p>
      <w:r>
        <w:rPr>
          <w:b/>
        </w:rPr>
        <w:t xml:space="preserve">[1:02:23] </w:t>
      </w:r>
      <w:r>
        <w:t>doosre ke is par chhod chhodega,</w:t>
      </w:r>
    </w:p>
    <w:p>
      <w:pPr>
        <w:jc w:val="right"/>
      </w:pPr>
      <w:r>
        <w:t>دوسرے کے اس پر چھوڑ چھوڑے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