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Help of God 17 Aug, 2019 - Maulana Wahiduddin Khan</w:t>
      </w:r>
    </w:p>
    <w:p>
      <w:r>
        <w:t>https://www.youtube.com/watch?v=AByIK_dLe0Q</w:t>
      </w:r>
    </w:p>
    <w:p>
      <w:r>
        <w:rPr>
          <w:b/>
        </w:rPr>
        <w:t xml:space="preserve">[00:13] </w:t>
      </w:r>
      <w:r>
        <w:t>bismillah rehman rahim. quran ki aik ayat hai jo peghambar ibrahim</w:t>
      </w:r>
    </w:p>
    <w:p>
      <w:pPr>
        <w:jc w:val="right"/>
      </w:pPr>
      <w:r>
        <w:t>بسم اللہ الرحمن الرحیم۔ قرآن کی ایک آیت ہے جو پیغمبر ابراہیم</w:t>
      </w:r>
    </w:p>
    <w:p>
      <w:r>
        <w:rPr>
          <w:b/>
        </w:rPr>
        <w:t xml:space="preserve">[00:25] </w:t>
      </w:r>
      <w:r>
        <w:t>ki nisbat se aai hai.</w:t>
      </w:r>
    </w:p>
    <w:p>
      <w:pPr>
        <w:jc w:val="right"/>
      </w:pPr>
      <w:r>
        <w:t>کی نسبت سے آئی ہے۔</w:t>
      </w:r>
    </w:p>
    <w:p>
      <w:r>
        <w:rPr>
          <w:b/>
        </w:rPr>
        <w:t xml:space="preserve">[00:31] </w:t>
      </w:r>
      <w:r>
        <w:t>aap is ayat ko suniye aur is ka tarjuma suniye.</w:t>
      </w:r>
    </w:p>
    <w:p>
      <w:pPr>
        <w:jc w:val="right"/>
      </w:pPr>
      <w:r>
        <w:t>آپ اس آیت کو سنیے اور اس کا ترجمہ سنیے۔</w:t>
      </w:r>
    </w:p>
    <w:p>
      <w:r>
        <w:rPr>
          <w:b/>
        </w:rPr>
        <w:t xml:space="preserve">[00:36] </w:t>
      </w:r>
      <w:r>
        <w:t>bismillah rehman rahim, wa idha mariztu fahuwa yashfeen. surah shuara, surah number 26, ayat number 80.</w:t>
      </w:r>
    </w:p>
    <w:p>
      <w:pPr>
        <w:jc w:val="right"/>
      </w:pPr>
      <w:r>
        <w:t>بسم اللہ الرحمن الرحیم، واذا مریضت فہو یشفین۔ سورہ الشعراء، سورہ نمبر 26، آیت نمبر 80۔</w:t>
      </w:r>
    </w:p>
    <w:p>
      <w:r>
        <w:rPr>
          <w:b/>
        </w:rPr>
        <w:t xml:space="preserve">[00:50] </w:t>
      </w:r>
      <w:r>
        <w:t>aur jab main beemar hota hoon to wahi mujhko shifa deta hai. he who cures me when i am ill.</w:t>
      </w:r>
    </w:p>
    <w:p>
      <w:pPr>
        <w:jc w:val="right"/>
      </w:pPr>
      <w:r>
        <w:t>اور جب میں بیمار ہوتا ہوں تو وہی مجھ کو شفا دیتا ہے۔ He who cures me when I am ill۔</w:t>
      </w:r>
    </w:p>
    <w:p>
      <w:r>
        <w:rPr>
          <w:b/>
        </w:rPr>
        <w:t xml:space="preserve">[01:04] </w:t>
      </w:r>
      <w:r>
        <w:t>is ayat par main bohat dinon se sochta raha hoon</w:t>
      </w:r>
    </w:p>
    <w:p>
      <w:pPr>
        <w:jc w:val="right"/>
      </w:pPr>
      <w:r>
        <w:t>اس آیت پر میں بہت دنوں سے سوچتا رہا ہوں</w:t>
      </w:r>
    </w:p>
    <w:p>
      <w:r>
        <w:rPr>
          <w:b/>
        </w:rPr>
        <w:t xml:space="preserve">[01:13] </w:t>
      </w:r>
      <w:r>
        <w:t>ke kya is ayat ka talluq sirf peghambar ibrahim se hai? yani is ka tarjuma dekhiye yeh hai ke hazrat ibrahim kehte hain apne bare mein:</w:t>
      </w:r>
    </w:p>
    <w:p>
      <w:pPr>
        <w:jc w:val="right"/>
      </w:pPr>
      <w:r>
        <w:t>کہ کیا اس آیت کا تعلق صرف پیغمبر ابراہیم سے ہے؟ یعنی اس کا ترجمہ دیکھیں یہ ہے کہ حضرت ابراہیم کہتے ہیں اپنے بارے میں:</w:t>
      </w:r>
    </w:p>
    <w:p>
      <w:r>
        <w:rPr>
          <w:b/>
        </w:rPr>
        <w:t xml:space="preserve">[01:29] </w:t>
      </w:r>
      <w:r>
        <w:t>wa idha mariztu fahuwa yashfeen. jab main beemar hota hoon to woh mujhe shifa ata farmata hai.</w:t>
      </w:r>
    </w:p>
    <w:p>
      <w:pPr>
        <w:jc w:val="right"/>
      </w:pPr>
      <w:r>
        <w:t>واذا مرضت فہو یشفین۔ جب میں بیمار ہوتا ہوں تو وہ مجھے شفا عطا فرماتا ہے۔</w:t>
      </w:r>
    </w:p>
    <w:p>
      <w:r>
        <w:rPr>
          <w:b/>
        </w:rPr>
        <w:t xml:space="preserve">[01:39] </w:t>
      </w:r>
      <w:r>
        <w:t>yeh tarjuma hai is ka.</w:t>
      </w:r>
    </w:p>
    <w:p>
      <w:pPr>
        <w:jc w:val="right"/>
      </w:pPr>
      <w:r>
        <w:t>یہ ترجمہ ہے اس کا۔</w:t>
      </w:r>
    </w:p>
    <w:p>
      <w:r>
        <w:rPr>
          <w:b/>
        </w:rPr>
        <w:t xml:space="preserve">[01:44] </w:t>
      </w:r>
      <w:r>
        <w:t>ab sawal yeh hai, mere zehen mein yeh sawal tha ke kya yeh peghambar ibrahim ki aik shakhsi mamle ka zikr hai?</w:t>
      </w:r>
    </w:p>
    <w:p>
      <w:pPr>
        <w:jc w:val="right"/>
      </w:pPr>
      <w:r>
        <w:t>اب سوال یہ ہے، میرے ذہن میں یہ سوال تھا کہ کیا یہ پیغمبر ابراہیم کی ایک شخصی معاملے کا ذکر ہے؟</w:t>
      </w:r>
    </w:p>
    <w:p>
      <w:r>
        <w:rPr>
          <w:b/>
        </w:rPr>
        <w:t xml:space="preserve">[01:54] </w:t>
      </w:r>
      <w:r>
        <w:t>yani rasool Allah, yani peghambar, yani Allah rab ul alameen, peghambar e islam ka doctor ban gaya tha, personal doctor.</w:t>
      </w:r>
    </w:p>
    <w:p>
      <w:pPr>
        <w:jc w:val="right"/>
      </w:pPr>
      <w:r>
        <w:t>یعنی رسول اللہ، یعنی پیغمبر، یعنی اللہ رب العالمین، پیغمبر اسلام کا ڈاکٹر بن گیا تھا، پرسنل ڈاکٹر۔</w:t>
      </w:r>
    </w:p>
    <w:p>
      <w:r>
        <w:rPr>
          <w:b/>
        </w:rPr>
        <w:t xml:space="preserve">[02:07] </w:t>
      </w:r>
      <w:r>
        <w:t>to main sochta tha kya is matlab mein hai yeh?</w:t>
      </w:r>
    </w:p>
    <w:p>
      <w:pPr>
        <w:jc w:val="right"/>
      </w:pPr>
      <w:r>
        <w:t>تو میں سوچتا تھا کیا اس معنی میں ہے یہ؟</w:t>
      </w:r>
    </w:p>
    <w:p>
      <w:r>
        <w:rPr>
          <w:b/>
        </w:rPr>
        <w:t xml:space="preserve">[02:16] </w:t>
      </w:r>
      <w:r>
        <w:t>to yeh mujhe Allah ki shan ke mutabiq nazar nahi aata tha ke Allah ne paida kiye the billion trillion log aur aik insan ka woh doctor ban gaya, baqi logon ko chhod diya.</w:t>
      </w:r>
    </w:p>
    <w:p>
      <w:pPr>
        <w:jc w:val="right"/>
      </w:pPr>
      <w:r>
        <w:t>تو یہ مجھے اللہ کی شان کے مطابق نظر نہیں آتا تھا کہ اللہ نے پیدا کیے تھے بلین ٹریلین لوگ اور ایک انسان کا وہ ڈاکٹر بن گیا، باقی لوگوں کو چھوڑ دیا۔</w:t>
      </w:r>
    </w:p>
    <w:p>
      <w:r>
        <w:rPr>
          <w:b/>
        </w:rPr>
        <w:t xml:space="preserve">[02:36] </w:t>
      </w:r>
      <w:r>
        <w:t>khuda jab har aik ka khaliq hai</w:t>
      </w:r>
    </w:p>
    <w:p>
      <w:pPr>
        <w:jc w:val="right"/>
      </w:pPr>
      <w:r>
        <w:t>خدا جب ہر ایک کا خالق ہے</w:t>
      </w:r>
    </w:p>
    <w:p>
      <w:r>
        <w:rPr>
          <w:b/>
        </w:rPr>
        <w:t xml:space="preserve">[02:42] </w:t>
      </w:r>
      <w:r>
        <w:t>aur khallaq hai, razzaq hai to kaise yeh mumkin hai ke aik insan ko aisa favor de jo kisi aur ko na diya ho us ne?</w:t>
      </w:r>
    </w:p>
    <w:p>
      <w:pPr>
        <w:jc w:val="right"/>
      </w:pPr>
      <w:r>
        <w:t>اور خلاق ہے، رزاق ہے تو کیسے یہ ممکن ہے کہ ایک انسان کو ایسا فیور دے جو کسی اور کو نہ دیا ہو اس نے؟</w:t>
      </w:r>
    </w:p>
    <w:p>
      <w:r>
        <w:rPr>
          <w:b/>
        </w:rPr>
        <w:t xml:space="preserve">[02:54] </w:t>
      </w:r>
      <w:r>
        <w:t>to mujhe imam ibn taimiya ke aik dua mein mujhe is ka qulub mila hai.</w:t>
      </w:r>
    </w:p>
    <w:p>
      <w:pPr>
        <w:jc w:val="right"/>
      </w:pPr>
      <w:r>
        <w:t>تو مجھے امام ابن تیمیہ کے ایک دعا میں مجھے اس کا قلوب ملا ہے۔</w:t>
      </w:r>
    </w:p>
    <w:p>
      <w:r>
        <w:rPr>
          <w:b/>
        </w:rPr>
        <w:t xml:space="preserve">[03:02] </w:t>
      </w:r>
      <w:r>
        <w:t>qulub.</w:t>
      </w:r>
    </w:p>
    <w:p>
      <w:pPr>
        <w:jc w:val="right"/>
      </w:pPr>
      <w:r>
        <w:t>قلوب۔</w:t>
      </w:r>
    </w:p>
    <w:p>
      <w:r>
        <w:rPr>
          <w:b/>
        </w:rPr>
        <w:t xml:space="preserve">[03:07] </w:t>
      </w:r>
      <w:r>
        <w:t>ibn taimiya ke bare mein yeh aata hai ke woh quran parh rahe the</w:t>
      </w:r>
    </w:p>
    <w:p>
      <w:pPr>
        <w:jc w:val="right"/>
      </w:pPr>
      <w:r>
        <w:t>ابن تیمیہ کے بارے میں یہ آتا ہے کہ وہ قرآن پڑھ رہے تھے</w:t>
      </w:r>
    </w:p>
    <w:p>
      <w:r>
        <w:rPr>
          <w:b/>
        </w:rPr>
        <w:t xml:space="preserve">[03:15] </w:t>
      </w:r>
      <w:r>
        <w:t>to koi ayat un ke samne nahi aai. atak gaye woh. to unhon ne kya kiya?</w:t>
      </w:r>
    </w:p>
    <w:p>
      <w:pPr>
        <w:jc w:val="right"/>
      </w:pPr>
      <w:r>
        <w:t>تو کوئی آیت ان کے سامنے نہیں آئی۔ اٹک گئے وہ۔ تو انہوں نے کیا کیا؟</w:t>
      </w:r>
    </w:p>
    <w:p>
      <w:r>
        <w:rPr>
          <w:b/>
        </w:rPr>
        <w:t xml:space="preserve">[03:28] </w:t>
      </w:r>
      <w:r>
        <w:t>unhon ne do rakat namaz padhi aur dua kiya: ya muallim e ibrahim, allimni.</w:t>
      </w:r>
    </w:p>
    <w:p>
      <w:pPr>
        <w:jc w:val="right"/>
      </w:pPr>
      <w:r>
        <w:t>انہوں نے دو رکعت نماز پڑھی اور دعا کیا: یا معلمہ ابراہیم، علمنی۔</w:t>
      </w:r>
    </w:p>
    <w:p>
      <w:r>
        <w:rPr>
          <w:b/>
        </w:rPr>
        <w:t xml:space="preserve">[03:43] </w:t>
      </w:r>
      <w:r>
        <w:t>ae ibrahim ko taleem dene wale, mujhe bhi taleem de de.</w:t>
      </w:r>
    </w:p>
    <w:p>
      <w:pPr>
        <w:jc w:val="right"/>
      </w:pPr>
      <w:r>
        <w:t>اے ابراہیم کو تعلیم دینے والے، مجھے بھی تعلیم دے دے۔</w:t>
      </w:r>
    </w:p>
    <w:p>
      <w:r>
        <w:rPr>
          <w:b/>
        </w:rPr>
        <w:t xml:space="preserve">[03:59] </w:t>
      </w:r>
      <w:r>
        <w:t>to is par sochte hue mere samne aaya ke yeh waqea jo hai is liye hai ke doosre insano ke liye woh point of reference ban rahe hain</w:t>
      </w:r>
    </w:p>
    <w:p>
      <w:pPr>
        <w:jc w:val="right"/>
      </w:pPr>
      <w:r>
        <w:t>تو اس پر سوچتے ہوئے میرے سامنے آیا کہ یہ واقعہ جو ہے اس لیے ہے کہ دوسرے انسانوں کے لیے وہ پوائنٹ آف ریفرنس بن رہے ہیں</w:t>
      </w:r>
    </w:p>
    <w:p>
      <w:r>
        <w:rPr>
          <w:b/>
        </w:rPr>
        <w:t xml:space="preserve">[04:19] </w:t>
      </w:r>
      <w:r>
        <w:t>dua ke liye. kyunke dekhiye, dua ka sab se acha, sab se achi dua woh hai jo aise alfaaz mein ki jaye jo Allah ki rehmat ko invoke karne wala ho.</w:t>
      </w:r>
    </w:p>
    <w:p>
      <w:pPr>
        <w:jc w:val="right"/>
      </w:pPr>
      <w:r>
        <w:t>دعا کے لیے۔ کیونکہ دیکھیے، دعا کا سب سے اچھا، سب سے اچھی دعا وہ ہے جو ایسے الفاظ میں کی جائے جو اللہ کی رحمت کو انوک کرنے والا ہو۔</w:t>
      </w:r>
    </w:p>
    <w:p>
      <w:r>
        <w:rPr>
          <w:b/>
        </w:rPr>
        <w:t xml:space="preserve">[04:43] </w:t>
      </w:r>
      <w:r>
        <w:t>Allah ki rehmat ko invoke karne wala ho.</w:t>
      </w:r>
    </w:p>
    <w:p>
      <w:pPr>
        <w:jc w:val="right"/>
      </w:pPr>
      <w:r>
        <w:t>اللہ کی رحمت کو انوک کرنے والا ہو۔</w:t>
      </w:r>
    </w:p>
    <w:p>
      <w:r>
        <w:rPr>
          <w:b/>
        </w:rPr>
        <w:t xml:space="preserve">[04:53] </w:t>
      </w:r>
      <w:r>
        <w:t>to is ka matlab yeh hua ke aap ko koi</w:t>
      </w:r>
    </w:p>
    <w:p>
      <w:pPr>
        <w:jc w:val="right"/>
      </w:pPr>
      <w:r>
        <w:t>تو اس کا مطلب یہ ہوا کہ آپ کو کوئی</w:t>
      </w:r>
    </w:p>
    <w:p>
      <w:r>
        <w:rPr>
          <w:b/>
        </w:rPr>
        <w:t xml:space="preserve">[05:01] </w:t>
      </w:r>
      <w:r>
        <w:t>health problem ho</w:t>
      </w:r>
    </w:p>
    <w:p>
      <w:pPr>
        <w:jc w:val="right"/>
      </w:pPr>
      <w:r>
        <w:t>ہیلتھ پرابلم ہو</w:t>
      </w:r>
    </w:p>
    <w:p>
      <w:r>
        <w:rPr>
          <w:b/>
        </w:rPr>
        <w:t xml:space="preserve">[05:07] </w:t>
      </w:r>
      <w:r>
        <w:t>to aap yaad karein is is aayat ko aur phir</w:t>
      </w:r>
    </w:p>
    <w:p>
      <w:pPr>
        <w:jc w:val="right"/>
      </w:pPr>
      <w:r>
        <w:t>تو آپ یاد کریں اس اس آیت کو اور پھر</w:t>
      </w:r>
    </w:p>
    <w:p>
      <w:r>
        <w:rPr>
          <w:b/>
        </w:rPr>
        <w:t xml:space="preserve">[05:16] </w:t>
      </w:r>
      <w:r>
        <w:t>aise alfaaz mein dua karein</w:t>
      </w:r>
    </w:p>
    <w:p>
      <w:pPr>
        <w:jc w:val="right"/>
      </w:pPr>
      <w:r>
        <w:t>ایسے الفاظ میں دعا کریں</w:t>
      </w:r>
    </w:p>
    <w:p>
      <w:r>
        <w:rPr>
          <w:b/>
        </w:rPr>
        <w:t xml:space="preserve">[05:20] </w:t>
      </w:r>
      <w:r>
        <w:t>is is aayat ke reference mein jo Allah ki rehmat ko invoke karne wala ho. Maslan dekhiye, agar aap yeh dua karein</w:t>
      </w:r>
    </w:p>
    <w:p>
      <w:pPr>
        <w:jc w:val="right"/>
      </w:pPr>
      <w:r>
        <w:t>اس اس آیت کے ریفرنس میں جو اللہ کی رحمت کو انوک کرنے والا ہو۔ مثلاً دیکھیے، اگر آپ یہ دعا کریں</w:t>
      </w:r>
    </w:p>
    <w:p>
      <w:r>
        <w:rPr>
          <w:b/>
        </w:rPr>
        <w:t xml:space="preserve">[05:38] </w:t>
      </w:r>
      <w:r>
        <w:t>ke khudaaya Quran ki gawahi ke mutabiq tu Ibrahim ka doctor ban gaya,</w:t>
      </w:r>
    </w:p>
    <w:p>
      <w:pPr>
        <w:jc w:val="right"/>
      </w:pPr>
      <w:r>
        <w:t>کہ خدایا قرآن کی گواہی کے مطابق تو ابراہیم کا ڈاکٹر بن گیا،</w:t>
      </w:r>
    </w:p>
    <w:p>
      <w:r>
        <w:rPr>
          <w:b/>
        </w:rPr>
        <w:t xml:space="preserve">[05:51] </w:t>
      </w:r>
      <w:r>
        <w:t>yeh Quran ki gawahi hai.</w:t>
      </w:r>
    </w:p>
    <w:p>
      <w:pPr>
        <w:jc w:val="right"/>
      </w:pPr>
      <w:r>
        <w:t>یہ قرآن کی گواہی ہے۔</w:t>
      </w:r>
    </w:p>
    <w:p>
      <w:r>
        <w:rPr>
          <w:b/>
        </w:rPr>
        <w:t xml:space="preserve">[05:57] </w:t>
      </w:r>
      <w:r>
        <w:t>to aap yeh kahein ke khudaaya main bhi, main bhi to tera banda hoon,</w:t>
      </w:r>
    </w:p>
    <w:p>
      <w:pPr>
        <w:jc w:val="right"/>
      </w:pPr>
      <w:r>
        <w:t>تو آپ یہ کہیں کہ خدایا میں بھی، میں بھی تو تیرا بندہ ہوں،</w:t>
      </w:r>
    </w:p>
    <w:p>
      <w:r>
        <w:rPr>
          <w:b/>
        </w:rPr>
        <w:t xml:space="preserve">[06:08] </w:t>
      </w:r>
      <w:r>
        <w:t>kya tu mujhko single out kar sakta hai? Kya teri rehmat aisa kar sakti hai ke woh mujhko single out de de? Phir jo Ibrahim ko de aur mujhko na de?</w:t>
      </w:r>
    </w:p>
    <w:p>
      <w:pPr>
        <w:jc w:val="right"/>
      </w:pPr>
      <w:r>
        <w:t>کیا تو مجھ کو سنگل آؤٹ کر سکتا ہے؟ کیا تیری رحمت ایسا کر سکتی ہے کہ وہ مجھ کو سنگل آؤٹ کر دے؟ پھر جو ابراہیم کو دے اور مجھ کو نہ دے؟</w:t>
      </w:r>
    </w:p>
    <w:p>
      <w:r>
        <w:rPr>
          <w:b/>
        </w:rPr>
        <w:t xml:space="preserve">[06:25] </w:t>
      </w:r>
      <w:r>
        <w:t>Ibrahim ko de aur mujhko na de to khudaaya teri shaan rehmi ke khilaaf hai.</w:t>
      </w:r>
    </w:p>
    <w:p>
      <w:pPr>
        <w:jc w:val="right"/>
      </w:pPr>
      <w:r>
        <w:t>ابراہیم کو دے اور مجھ کو نہ دے تو خدایا تیری شان رحیمی کے خلاف ہے۔</w:t>
      </w:r>
    </w:p>
    <w:p>
      <w:r>
        <w:rPr>
          <w:b/>
        </w:rPr>
        <w:t xml:space="preserve">[06:37] </w:t>
      </w:r>
      <w:r>
        <w:t>Isi ko main keh raha hoon ke Allah ki rehmat ko invoke karne wale andaaz mein dua karna.</w:t>
      </w:r>
    </w:p>
    <w:p>
      <w:pPr>
        <w:jc w:val="right"/>
      </w:pPr>
      <w:r>
        <w:t>اسی کو میں کہہ رہا ہوں کہ اللہ کی رحمت کو انوک کرنے والے انداز میں دعا کرنا۔</w:t>
      </w:r>
    </w:p>
    <w:p>
      <w:r>
        <w:rPr>
          <w:b/>
        </w:rPr>
        <w:t xml:space="preserve">[06:50] </w:t>
      </w:r>
      <w:r>
        <w:t>To is se yeh nikalta hai is aayat se ke agar aap ka dil waqai Allah par trust karne wala dil ho to yeh pehli shart yeh nahi hai ke aap yeh alfaaz bol dein.</w:t>
      </w:r>
    </w:p>
    <w:p>
      <w:pPr>
        <w:jc w:val="right"/>
      </w:pPr>
      <w:r>
        <w:t>تو اس سے یہ نکلتا ہے اس آیت سے کہ اگر آپ کا دل واقعی اللہ پر ٹرسٹ کرنے والا دل ہو تو یہ پہلی شرط یہ نہیں ہے کہ آپ یہ الفاظ بول دیں۔</w:t>
      </w:r>
    </w:p>
    <w:p>
      <w:r>
        <w:rPr>
          <w:b/>
        </w:rPr>
        <w:t xml:space="preserve">[07:08] </w:t>
      </w:r>
      <w:r>
        <w:t>Pehli shart yeh nahi hai. Pehli shart hai ke waqai aap ko Allah par trust ho. Nahi to dua kuch nahi hogi.</w:t>
      </w:r>
    </w:p>
    <w:p>
      <w:pPr>
        <w:jc w:val="right"/>
      </w:pPr>
      <w:r>
        <w:t>پہلی شرط یہ نہیں ہے۔ پہلی شرط ہے کہ واقعی آپ کو اللہ پر ٹرسٹ ہو۔ نہیں تو دعا کچھ نہیں ہوگی۔</w:t>
      </w:r>
    </w:p>
    <w:p>
      <w:r>
        <w:rPr>
          <w:b/>
        </w:rPr>
        <w:t xml:space="preserve">[07:24] </w:t>
      </w:r>
      <w:r>
        <w:t>Pehli cheez jo Allah deta hai, dekhta hai, woh yeh ke kya yeh banda sach much dil se, hold hardly, mere upar trust kiye hue,</w:t>
      </w:r>
    </w:p>
    <w:p>
      <w:pPr>
        <w:jc w:val="right"/>
      </w:pPr>
      <w:r>
        <w:t>پہلی چیز جو اللہ دیتا ہے، دیکھتا ہے، وہ یہ کہ کیا یہ بندہ سچ مچ دل سے، ہولڈ ہارڈلی، میرے اوپر ٹرسٹ کیے ہوئے،</w:t>
      </w:r>
    </w:p>
    <w:p>
      <w:r>
        <w:rPr>
          <w:b/>
        </w:rPr>
        <w:t xml:space="preserve">[07:40] </w:t>
      </w:r>
      <w:r>
        <w:t>main hoon is ka sole concern hoon, mujhe is se is ki bohat muhabbatein hain.</w:t>
      </w:r>
    </w:p>
    <w:p>
      <w:pPr>
        <w:jc w:val="right"/>
      </w:pPr>
      <w:r>
        <w:t>میں ہوں اس کا سول کنسرن ہوں، مجھے اس سے اس کی بہت محبتیں ہیں۔</w:t>
      </w:r>
    </w:p>
    <w:p>
      <w:r>
        <w:rPr>
          <w:b/>
        </w:rPr>
        <w:t xml:space="preserve">[07:49] </w:t>
      </w:r>
      <w:r>
        <w:t>Yeh shart awal hai. Yeh shart awal hai. Agar aap is ke bar aks mamla ho, aap ko muhabbat to kahin aur atki hui ho,</w:t>
      </w:r>
    </w:p>
    <w:p>
      <w:pPr>
        <w:jc w:val="right"/>
      </w:pPr>
      <w:r>
        <w:t>یہ شرط اول ہے۔ یہ شرط اول ہے۔ اگر آپ اس کے برعکس معاملہ ہو، آپ کو محبت تو کہیں اور اٹکی ہوئی ہو،</w:t>
      </w:r>
    </w:p>
    <w:p>
      <w:r>
        <w:rPr>
          <w:b/>
        </w:rPr>
        <w:t xml:space="preserve">[08:06] </w:t>
      </w:r>
      <w:r>
        <w:t>aap ka concern koi aur ho,</w:t>
      </w:r>
    </w:p>
    <w:p>
      <w:pPr>
        <w:jc w:val="right"/>
      </w:pPr>
      <w:r>
        <w:t>آپ کا کنسرن کوئی اور ہو،</w:t>
      </w:r>
    </w:p>
    <w:p>
      <w:r>
        <w:rPr>
          <w:b/>
        </w:rPr>
        <w:t xml:space="preserve">[08:11] </w:t>
      </w:r>
      <w:r>
        <w:t>aap dil se trust karte hain kisi aur ko to yeh lafz dohrane se kuch nahi hoga.</w:t>
      </w:r>
    </w:p>
    <w:p>
      <w:pPr>
        <w:jc w:val="right"/>
      </w:pPr>
      <w:r>
        <w:t>آپ دل سے ٹرسٹ کرتے ہیں کسی اور کو تو یہ لفظ دہرانے سے کچھ نہیں ہوگا۔</w:t>
      </w:r>
    </w:p>
    <w:p>
      <w:r>
        <w:rPr>
          <w:b/>
        </w:rPr>
        <w:t xml:space="preserve">[08:24] </w:t>
      </w:r>
      <w:r>
        <w:t>Ilah yasad al kalim al tayyib wa al amal al salih.</w:t>
      </w:r>
    </w:p>
    <w:p>
      <w:pPr>
        <w:jc w:val="right"/>
      </w:pPr>
      <w:r>
        <w:t>الہ یسد الکلم الطیب والعمل الصالح۔</w:t>
      </w:r>
    </w:p>
    <w:p>
      <w:r>
        <w:rPr>
          <w:b/>
        </w:rPr>
        <w:t xml:space="preserve">[08:34] </w:t>
      </w:r>
      <w:r>
        <w:t>Yaani dua ke mutabiq amal.</w:t>
      </w:r>
    </w:p>
    <w:p>
      <w:pPr>
        <w:jc w:val="right"/>
      </w:pPr>
      <w:r>
        <w:t>یعنی دعا کے مطابق عمل۔</w:t>
      </w:r>
    </w:p>
    <w:p>
      <w:r>
        <w:rPr>
          <w:b/>
        </w:rPr>
        <w:t xml:space="preserve">[08:41] </w:t>
      </w:r>
      <w:r>
        <w:t>Is ka matlab hua ke dua woh qabool hoti hai jo dua bamutabiq aamal, amal ho.</w:t>
      </w:r>
    </w:p>
    <w:p>
      <w:pPr>
        <w:jc w:val="right"/>
      </w:pPr>
      <w:r>
        <w:t>اس کا مطلب ہوا کہ دعا وہ قبول ہوتی ہے جو دعا بمطابق اعمال، عمل ہو۔</w:t>
      </w:r>
    </w:p>
    <w:p>
      <w:r>
        <w:rPr>
          <w:b/>
        </w:rPr>
        <w:t xml:space="preserve">[08:54] </w:t>
      </w:r>
      <w:r>
        <w:t>Aap mang rahe hain Allah se to isi se aap ka trust hai. Aap ka trust ka jo aur nahi hai. Isi wajah se aap ki muhabbatein hain, isi se aap ka attachment hai.</w:t>
      </w:r>
    </w:p>
    <w:p>
      <w:pPr>
        <w:jc w:val="right"/>
      </w:pPr>
      <w:r>
        <w:t>آپ مانگ رہے ہیں اللہ سے تو اسی سے آپ کا ٹرسٹ ہے۔ آپ کا ٹرسٹ کا جو اور نہیں ہے۔ اسی وجہ سے آپ کی محبتیں ہیں، اسی سے آپ کا اٹیچمنٹ ہے۔</w:t>
      </w:r>
    </w:p>
    <w:p>
      <w:r>
        <w:rPr>
          <w:b/>
        </w:rPr>
        <w:t xml:space="preserve">[09:12] </w:t>
      </w:r>
      <w:r>
        <w:t>Kab aisa hoga? Warna jaiye phir doctor ke paas, kisi medical doctor ke paas. Aap jante hain ke jab aap jaate hain kisi medical expert ke paas to us ko fee dete hain.</w:t>
      </w:r>
    </w:p>
    <w:p>
      <w:pPr>
        <w:jc w:val="right"/>
      </w:pPr>
      <w:r>
        <w:t>کب ایسا ہوگا؟ ورنہ جائیے پھر ڈاکٹر کے پاس، کسی میڈیکل ڈاکٹر کے پاس۔ آپ جانتے ہیں کہ جب آپ جاتے ہیں کسی میڈیکل ایکسپرٹ کے پاس تو اس کو فیس دیتے ہیں۔</w:t>
      </w:r>
    </w:p>
    <w:p>
      <w:r>
        <w:rPr>
          <w:b/>
        </w:rPr>
        <w:t xml:space="preserve">[09:29] </w:t>
      </w:r>
      <w:r>
        <w:t>Aap fee baghair fee liye hue koi doctor aap ko attend nahi karta. To zahir hai ke Allah ki koi fee to hai nahi.</w:t>
      </w:r>
    </w:p>
    <w:p>
      <w:pPr>
        <w:jc w:val="right"/>
      </w:pPr>
      <w:r>
        <w:t>آپ فیس بغیر فیس لیے ہوئے کوئی ڈاکٹر آپ کو اٹینڈ نہیں کرتا۔ تو ظاہر ہے کہ اللہ کی کوئی فیس تو ہے نہیں۔</w:t>
      </w:r>
    </w:p>
    <w:p>
      <w:r>
        <w:rPr>
          <w:b/>
        </w:rPr>
        <w:t xml:space="preserve">[09:42] </w:t>
      </w:r>
      <w:r>
        <w:t>Lekin isi qism ki ek aur cheez hai, woh hai trust, attachment, muhabbat.</w:t>
      </w:r>
    </w:p>
    <w:p>
      <w:pPr>
        <w:jc w:val="right"/>
      </w:pPr>
      <w:r>
        <w:t>لیکن اسی قسم کی ایک اور چیز ہے، وہ ہے ٹرسٹ، اٹیچمنٹ، محبت۔</w:t>
      </w:r>
    </w:p>
    <w:p>
      <w:r>
        <w:rPr>
          <w:b/>
        </w:rPr>
        <w:t xml:space="preserve">[09:54] </w:t>
      </w:r>
      <w:r>
        <w:t>Agar aap ko</w:t>
      </w:r>
    </w:p>
    <w:p>
      <w:pPr>
        <w:jc w:val="right"/>
      </w:pPr>
      <w:r>
        <w:t>اگر آپ کو</w:t>
      </w:r>
    </w:p>
    <w:p>
      <w:r>
        <w:rPr>
          <w:b/>
        </w:rPr>
        <w:t xml:space="preserve">[09:58] </w:t>
      </w:r>
      <w:r>
        <w:t>allah se is ne ghairat ka talluq hai to allah ke haan aap ki dakhalt, darkhwast consider ki jayegi.</w:t>
      </w:r>
    </w:p>
    <w:p>
      <w:pPr>
        <w:jc w:val="right"/>
      </w:pPr>
      <w:r>
        <w:t>اللہ سے اس نے غیرت کا تعلق ہے تو اللہ کے ہاں آپ کی دخالت، درخواست کنسیڈر کی جائے گی۔</w:t>
      </w:r>
    </w:p>
    <w:p>
      <w:r>
        <w:rPr>
          <w:b/>
        </w:rPr>
        <w:t xml:space="preserve">[10:13] </w:t>
      </w:r>
      <w:r>
        <w:t>warna woh consider hi nahi ki jayegi.</w:t>
      </w:r>
    </w:p>
    <w:p>
      <w:pPr>
        <w:jc w:val="right"/>
      </w:pPr>
      <w:r>
        <w:t>ورنہ وہ کنسیڈر ہی نہیں کی جائے گی۔</w:t>
      </w:r>
    </w:p>
    <w:p>
      <w:r>
        <w:rPr>
          <w:b/>
        </w:rPr>
        <w:t xml:space="preserve">[10:24] </w:t>
      </w:r>
      <w:r>
        <w:t>yeh bhi farmaya. ek martaba mein jab ke gaon mein tha to meri family gaon mein thi aur mein shehar mein tha.</w:t>
      </w:r>
    </w:p>
    <w:p>
      <w:pPr>
        <w:jc w:val="right"/>
      </w:pPr>
      <w:r>
        <w:t>یہ بھی فرمایا۔ ایک مرتبہ میں جب کہ گاؤں میں تھا تو میری فیملی گاؤں میں تھی اور میں شہر میں تھا۔</w:t>
      </w:r>
    </w:p>
    <w:p>
      <w:r>
        <w:rPr>
          <w:b/>
        </w:rPr>
        <w:t xml:space="preserve">[10:39] </w:t>
      </w:r>
      <w:r>
        <w:t>shehar mein tha</w:t>
      </w:r>
    </w:p>
    <w:p>
      <w:pPr>
        <w:jc w:val="right"/>
      </w:pPr>
      <w:r>
        <w:t>شہر میں تھا</w:t>
      </w:r>
    </w:p>
    <w:p>
      <w:r>
        <w:rPr>
          <w:b/>
        </w:rPr>
        <w:t xml:space="preserve">[10:43] </w:t>
      </w:r>
      <w:r>
        <w:t>to hamari biwi ka message mila ke un ki tabiyat bohat kharab hai, aap aa jaiye.</w:t>
      </w:r>
    </w:p>
    <w:p>
      <w:pPr>
        <w:jc w:val="right"/>
      </w:pPr>
      <w:r>
        <w:t>تو ہماری بیوی کا میسج ملا کہ ان کی طبیعت بہت خراب ہے، آپ آ جائیے۔</w:t>
      </w:r>
    </w:p>
    <w:p>
      <w:r>
        <w:rPr>
          <w:b/>
        </w:rPr>
        <w:t xml:space="preserve">[10:57] </w:t>
      </w:r>
      <w:r>
        <w:t>to mein gaya</w:t>
      </w:r>
    </w:p>
    <w:p>
      <w:pPr>
        <w:jc w:val="right"/>
      </w:pPr>
      <w:r>
        <w:t>تو میں گیا</w:t>
      </w:r>
    </w:p>
    <w:p>
      <w:r>
        <w:rPr>
          <w:b/>
        </w:rPr>
        <w:t xml:space="preserve">[11:01] </w:t>
      </w:r>
      <w:r>
        <w:t>to wahan gaon mein koi medical facilities thi nahi.</w:t>
      </w:r>
    </w:p>
    <w:p>
      <w:pPr>
        <w:jc w:val="right"/>
      </w:pPr>
      <w:r>
        <w:t>تو وہاں گاؤں میں کوئی میڈیکل فیسلیٹیز تھی نہیں۔</w:t>
      </w:r>
    </w:p>
    <w:p>
      <w:r>
        <w:rPr>
          <w:b/>
        </w:rPr>
        <w:t xml:space="preserve">[11:07] </w:t>
      </w:r>
      <w:r>
        <w:t>mere paas soul sahara jo tha woh allah rab ul alameen tha. soul sahara. to mujhe yaad hai ke mein un ki, un ki sarhane baith gaya,</w:t>
      </w:r>
    </w:p>
    <w:p>
      <w:pPr>
        <w:jc w:val="right"/>
      </w:pPr>
      <w:r>
        <w:t>میرے پاس سول سہارا جو تھا وہ اللہ رب العالمین تھا۔ سول سہارا۔ تو مجھے یاد ہے کہ میں ان کی، ان کی سرہانے بیٹھ گیا،</w:t>
      </w:r>
    </w:p>
    <w:p>
      <w:r>
        <w:rPr>
          <w:b/>
        </w:rPr>
        <w:t xml:space="preserve">[11:27] </w:t>
      </w:r>
      <w:r>
        <w:t>un ke sir par hath rakha</w:t>
      </w:r>
    </w:p>
    <w:p>
      <w:pPr>
        <w:jc w:val="right"/>
      </w:pPr>
      <w:r>
        <w:t>ان کے سر پر ہاتھ رکھا</w:t>
      </w:r>
    </w:p>
    <w:p>
      <w:r>
        <w:rPr>
          <w:b/>
        </w:rPr>
        <w:t xml:space="preserve">[11:35] </w:t>
      </w:r>
      <w:r>
        <w:t>aur bas dua karne laga. dua karne laga.</w:t>
      </w:r>
    </w:p>
    <w:p>
      <w:pPr>
        <w:jc w:val="right"/>
      </w:pPr>
      <w:r>
        <w:t>اور بس دعا کرنے لگا۔ دعا کرنے لگا۔</w:t>
      </w:r>
    </w:p>
    <w:p>
      <w:r>
        <w:rPr>
          <w:b/>
        </w:rPr>
        <w:t xml:space="preserve">[11:41] </w:t>
      </w:r>
      <w:r>
        <w:t>dua karte karte achaanak un mein ek naya woh spirit aa gayi aur woh theek ho gayi.</w:t>
      </w:r>
    </w:p>
    <w:p>
      <w:pPr>
        <w:jc w:val="right"/>
      </w:pPr>
      <w:r>
        <w:t>دعا کرتے کرتے اچانک ان میں ایک نیا وہ اسپرٹ آ گئی اور وہ ٹھیک ہو گئی۔</w:t>
      </w:r>
    </w:p>
    <w:p>
      <w:r>
        <w:rPr>
          <w:b/>
        </w:rPr>
        <w:t xml:space="preserve">[11:52] </w:t>
      </w:r>
      <w:r>
        <w:t>isi tarah woh meri biwi ki tabiyat aksar kharab hoti thi. is se bhi zyada strange waqia. mein lucknow mein tha.</w:t>
      </w:r>
    </w:p>
    <w:p>
      <w:pPr>
        <w:jc w:val="right"/>
      </w:pPr>
      <w:r>
        <w:t>اسی طرح وہ میری بیوی کی طبیعت اکثر خراب ہوتی تھی۔ اس سے بھی زیادہ اسٹرینج واقعہ۔ میں لکھنو میں تھا۔</w:t>
      </w:r>
    </w:p>
    <w:p>
      <w:r>
        <w:rPr>
          <w:b/>
        </w:rPr>
        <w:t xml:space="preserve">[12:02] </w:t>
      </w:r>
      <w:r>
        <w:t>lucknow mein meri biwi mere sath rehti thi</w:t>
      </w:r>
    </w:p>
    <w:p>
      <w:pPr>
        <w:jc w:val="right"/>
      </w:pPr>
      <w:r>
        <w:t>لکھنو میں میری بیوی میرے ساتھ رہتی تھی</w:t>
      </w:r>
    </w:p>
    <w:p>
      <w:r>
        <w:rPr>
          <w:b/>
        </w:rPr>
        <w:t xml:space="preserve">[12:10] </w:t>
      </w:r>
      <w:r>
        <w:t>to</w:t>
      </w:r>
    </w:p>
    <w:p>
      <w:pPr>
        <w:jc w:val="right"/>
      </w:pPr>
      <w:r>
        <w:t>تو</w:t>
      </w:r>
    </w:p>
    <w:p>
      <w:r>
        <w:rPr>
          <w:b/>
        </w:rPr>
        <w:t xml:space="preserve">[12:15] </w:t>
      </w:r>
      <w:r>
        <w:t>un ko TB ho gaya. TB aisi koi birth tha, sakht, bohat si bolak.</w:t>
      </w:r>
    </w:p>
    <w:p>
      <w:pPr>
        <w:jc w:val="right"/>
      </w:pPr>
      <w:r>
        <w:t>ان کو ٹی بی ہو گیا۔ ٹی بی ایسی کوئی برتھ تھا، سخت، بہت سی بولک۔</w:t>
      </w:r>
    </w:p>
    <w:p>
      <w:r>
        <w:rPr>
          <w:b/>
        </w:rPr>
        <w:t xml:space="preserve">[12:27] </w:t>
      </w:r>
      <w:r>
        <w:t>to mein bohat pareshan hua. to us waqt lucknow mein ek doctor thay, doctor, doctor abdul jalil faridi.</w:t>
      </w:r>
    </w:p>
    <w:p>
      <w:pPr>
        <w:jc w:val="right"/>
      </w:pPr>
      <w:r>
        <w:t>تو میں بہت پریشان ہوا۔ تو اس وقت لکھنو میں ایک ڈاکٹر تھے، ڈاکٹر، ڈاکٹر عبدالجلیل فریدی۔</w:t>
      </w:r>
    </w:p>
    <w:p>
      <w:r>
        <w:rPr>
          <w:b/>
        </w:rPr>
        <w:t xml:space="preserve">[12:40] </w:t>
      </w:r>
      <w:r>
        <w:t>woh america se parh ke aaye thay</w:t>
      </w:r>
    </w:p>
    <w:p>
      <w:pPr>
        <w:jc w:val="right"/>
      </w:pPr>
      <w:r>
        <w:t>وہ امریکہ سے پڑھ کے آئے تھے</w:t>
      </w:r>
    </w:p>
    <w:p>
      <w:r>
        <w:rPr>
          <w:b/>
        </w:rPr>
        <w:t xml:space="preserve">[12:45] </w:t>
      </w:r>
      <w:r>
        <w:t>aur TB ke expert samjhate thay. woh hazrat ganj mein rehte thay.</w:t>
      </w:r>
    </w:p>
    <w:p>
      <w:pPr>
        <w:jc w:val="right"/>
      </w:pPr>
      <w:r>
        <w:t>اور ٹی بی کے ایکسپرٹ سمجھاتے تھے۔ وہ حضرت گیج میں رہتے تھے۔</w:t>
      </w:r>
    </w:p>
    <w:p>
      <w:r>
        <w:rPr>
          <w:b/>
        </w:rPr>
        <w:t xml:space="preserve">[12:57] </w:t>
      </w:r>
      <w:r>
        <w:t>to aleema se un ke talluqat thay, mujh se to barah e raast koi talluq nahi tha. to mein pareshan hua to mein aleema ke paas gaya.</w:t>
      </w:r>
    </w:p>
    <w:p>
      <w:pPr>
        <w:jc w:val="right"/>
      </w:pPr>
      <w:r>
        <w:t>تو علیمہ سے ان کے تعلقات تھے، مجھ سے تو براہ راست کوئی تعلق نہیں تھا۔ تو میں پریشان ہوا تو میں علیمہ کے پاس گیا۔</w:t>
      </w:r>
    </w:p>
    <w:p>
      <w:r>
        <w:rPr>
          <w:b/>
        </w:rPr>
        <w:t xml:space="preserve">[13:11] </w:t>
      </w:r>
      <w:r>
        <w:t>mein ne kaha ke aap ek</w:t>
      </w:r>
    </w:p>
    <w:p>
      <w:pPr>
        <w:jc w:val="right"/>
      </w:pPr>
      <w:r>
        <w:t>میں نے کہا کہ آپ ایک</w:t>
      </w:r>
    </w:p>
    <w:p>
      <w:r>
        <w:rPr>
          <w:b/>
        </w:rPr>
        <w:t xml:space="preserve">[13:15] </w:t>
      </w:r>
      <w:r>
        <w:t>abdul ali, doctor abdul ali faridi ke naam ek khat likh dijiye.</w:t>
      </w:r>
    </w:p>
    <w:p>
      <w:pPr>
        <w:jc w:val="right"/>
      </w:pPr>
      <w:r>
        <w:t>عبدالعلی، ڈاکٹر عبدالعلی فریدی کے نام ایک خط لکھ دیجئے۔</w:t>
      </w:r>
    </w:p>
    <w:p>
      <w:r>
        <w:rPr>
          <w:b/>
        </w:rPr>
        <w:t xml:space="preserve">[13:23] </w:t>
      </w:r>
      <w:r>
        <w:t>to unhon ne likha foran. is mein yeh likha ke yeh hamare dost ki biwi ka case hai, aap is ko khaas importance ke sath dekhiye.</w:t>
      </w:r>
    </w:p>
    <w:p>
      <w:pPr>
        <w:jc w:val="right"/>
      </w:pPr>
      <w:r>
        <w:t>تو انہوں نے لکھا فوراً۔ اس میں یہ لکھا کہ یہ ہمارے دوست کی بیوی کا کیس ہے، آپ اس کو خاص امپورٹنس کے ساتھ دیکھیے۔</w:t>
      </w:r>
    </w:p>
    <w:p>
      <w:r>
        <w:rPr>
          <w:b/>
        </w:rPr>
        <w:t xml:space="preserve">[13:42] </w:t>
      </w:r>
      <w:r>
        <w:t>to mujhe ab tak yaad hai ke mein nadwa mein rehta tha. us waqt ek shakhs hai, rickshaw kar ke mein gaya hazrat ganj.</w:t>
      </w:r>
    </w:p>
    <w:p>
      <w:pPr>
        <w:jc w:val="right"/>
      </w:pPr>
      <w:r>
        <w:t>تو مجھے اب تک یاد ہے کہ میں ندوہ میں رہتا تھا۔ اس وقت ایک شخص ہے، رکشہ کر کے میں گیا حضرت گنج۔</w:t>
      </w:r>
    </w:p>
    <w:p>
      <w:r>
        <w:rPr>
          <w:b/>
        </w:rPr>
        <w:t xml:space="preserve">[13:59] </w:t>
      </w:r>
      <w:r>
        <w:t>to jab mein un ke clinic mein pohancha biwi ko le kar to jante hain ke unhon ne kya kaha?</w:t>
      </w:r>
    </w:p>
    <w:p>
      <w:pPr>
        <w:jc w:val="right"/>
      </w:pPr>
      <w:r>
        <w:t>تو جب میں ان کے کلینک میں پہنچا بیوی کو لے کر تو جانتے ہیں کہ انہوں نے کیا کہا؟</w:t>
      </w:r>
    </w:p>
    <w:p>
      <w:r>
        <w:rPr>
          <w:b/>
        </w:rPr>
        <w:t xml:space="preserve">[14:12] </w:t>
      </w:r>
      <w:r>
        <w:t>foran unhon ne kaha: "you are too late, you are too late."</w:t>
      </w:r>
    </w:p>
    <w:p>
      <w:pPr>
        <w:jc w:val="right"/>
      </w:pPr>
      <w:r>
        <w:t>فوراً انہوں نے کہا: "یو آر ٹو لیٹ، یو آر ٹو لیٹ۔"</w:t>
      </w:r>
    </w:p>
    <w:p>
      <w:r>
        <w:rPr>
          <w:b/>
        </w:rPr>
        <w:t xml:space="preserve">[14:20] </w:t>
      </w:r>
      <w:r>
        <w:t>aur unhon ne kaha: "yeh qissa mein ne apni diary mein likha hai." apni clinic mein jo Hazrat Ganj mein thi,</w:t>
      </w:r>
    </w:p>
    <w:p>
      <w:pPr>
        <w:jc w:val="right"/>
      </w:pPr>
      <w:r>
        <w:t>اور انہوں نے کہا: "یہ قصہ میں نے اپنی ڈائری میں لکھا ہے۔" اپنی کلینک میں جو حضرت گنج میں تھی،</w:t>
      </w:r>
    </w:p>
    <w:p>
      <w:r>
        <w:rPr>
          <w:b/>
        </w:rPr>
        <w:t xml:space="preserve">[14:34] </w:t>
      </w:r>
      <w:r>
        <w:t>is walay is waqt ke woh expert maane jaate thay kyunke Amreeka se parh ke aaye thay.</w:t>
      </w:r>
    </w:p>
    <w:p>
      <w:pPr>
        <w:jc w:val="right"/>
      </w:pPr>
      <w:r>
        <w:t>اس والے اس وقت کے وہ ایکسپرٹ مانے جاتے تھے کیونکہ امریکہ سے پڑھ کے آئے تھے۔</w:t>
      </w:r>
    </w:p>
    <w:p>
      <w:r>
        <w:rPr>
          <w:b/>
        </w:rPr>
        <w:t xml:space="preserve">[14:44] </w:t>
      </w:r>
      <w:r>
        <w:t>to mein un ke gaya, Aleema ko khat bhi dikhaya. lekin jab meri biwi ka unhon ne muaina kiya to pehla sentence woh bolay thay: "you are too late."</w:t>
      </w:r>
    </w:p>
    <w:p>
      <w:pPr>
        <w:jc w:val="right"/>
      </w:pPr>
      <w:r>
        <w:t>تو میں ان کے گیا، علیمہ کو خط بھی دکھایا۔ لیکن جب میری بیوی کا انہوں نے معائنہ کیا تو پہلا سینٹنس وہ بولے تھے: "یو آر ٹو لیٹ۔"</w:t>
      </w:r>
    </w:p>
    <w:p>
      <w:r>
        <w:rPr>
          <w:b/>
        </w:rPr>
        <w:t xml:space="preserve">[15:04] </w:t>
      </w:r>
      <w:r>
        <w:t>lekin Fareeda, Fareeda jaanti hain kyunke Fareeda bhi Lucknow mein thi. is is you to you are too late kehne ke baad meri biwi 50 saal tak zinda rahin aur is se bohat pehle Doctor Abdul Ali isi mein mar gaye TV mein.</w:t>
      </w:r>
    </w:p>
    <w:p>
      <w:pPr>
        <w:jc w:val="right"/>
      </w:pPr>
      <w:r>
        <w:t>لیکن فریدہ، فریدہ جانتی ہیں کیونکہ فریدہ بھی لکھنو میں تھی۔ اس اس یو ٹو یو آر ٹو لیٹ کہنے کے بعد میری بیوی 50 سال تک زندہ رہیں اور اس سے بہت پہلے ڈاکٹر عبدالعلی اسی میں مر گئے ٹی وی میں۔</w:t>
      </w:r>
    </w:p>
    <w:p>
      <w:r>
        <w:rPr>
          <w:b/>
        </w:rPr>
        <w:t xml:space="preserve">[15:29] </w:t>
      </w:r>
      <w:r>
        <w:t>to is waqt mein itna pareshan tha ke kya kya dua ki hogi. mujhe aap soch sakte hain, chote chote bachay thay is waqt, Fareeda bhi choti si thi.</w:t>
      </w:r>
    </w:p>
    <w:p>
      <w:pPr>
        <w:jc w:val="right"/>
      </w:pPr>
      <w:r>
        <w:t>تو اس وقت میں اتنا پریشان تھا کہ کیا کیا دعا کی ہوگی۔ مجھے آپ سوچ سکتے ہیں، چھوٹے چھوٹے بچے تھے اس وقت، فریدہ بھی چھوٹی سی تھی۔</w:t>
      </w:r>
    </w:p>
    <w:p>
      <w:r>
        <w:rPr>
          <w:b/>
        </w:rPr>
        <w:t xml:space="preserve">[15:43] </w:t>
      </w:r>
      <w:r>
        <w:t>to aap soch sakte hain ke maine kya kya duaen ki hongi. to mein samajhta hoon Quran mein yeh jo zikr hai, yeh</w:t>
      </w:r>
    </w:p>
    <w:p>
      <w:pPr>
        <w:jc w:val="right"/>
      </w:pPr>
      <w:r>
        <w:t>تو آپ سوچ سکتے ہیں کہ میں نے کیا کیا دعائیں کی ہوں گی۔ تو میں سمجھتا ہوں قرآن میں یہ جو ذکر ہے، یہ</w:t>
      </w:r>
    </w:p>
    <w:p>
      <w:r>
        <w:rPr>
          <w:b/>
        </w:rPr>
        <w:t xml:space="preserve">[15:59] </w:t>
      </w:r>
      <w:r>
        <w:t>is liye hai ke aap is waqe ko jo Allah ki taraf se paighambar aur wahein par hua, us ko jaanen, us ke reference mein dua karen.</w:t>
      </w:r>
    </w:p>
    <w:p>
      <w:pPr>
        <w:jc w:val="right"/>
      </w:pPr>
      <w:r>
        <w:t>اس لیے ہے کہ آپ اس واقعے کو جو اللہ کی طرف سے پیغمبر اور وہیں پر ہوا، اس کو جانیں، اس کے ریفرنس میں دعا کریں۔</w:t>
      </w:r>
    </w:p>
    <w:p>
      <w:r>
        <w:rPr>
          <w:b/>
        </w:rPr>
        <w:t xml:space="preserve">[16:20] </w:t>
      </w:r>
      <w:r>
        <w:t>aur phir woh dua Allah ki rehmat ko invoke kare</w:t>
      </w:r>
    </w:p>
    <w:p>
      <w:pPr>
        <w:jc w:val="right"/>
      </w:pPr>
      <w:r>
        <w:t>اور پھر وہ دعا اللہ کی رحمت کو انوک کرے</w:t>
      </w:r>
    </w:p>
    <w:p>
      <w:r>
        <w:rPr>
          <w:b/>
        </w:rPr>
        <w:t xml:space="preserve">[16:28] </w:t>
      </w:r>
      <w:r>
        <w:t>aur aap ko</w:t>
      </w:r>
    </w:p>
    <w:p>
      <w:pPr>
        <w:jc w:val="right"/>
      </w:pPr>
      <w:r>
        <w:t>اور آپ کو</w:t>
      </w:r>
    </w:p>
    <w:p>
      <w:r>
        <w:rPr>
          <w:b/>
        </w:rPr>
        <w:t xml:space="preserve">[16:33] </w:t>
      </w:r>
      <w:r>
        <w:t>shifa ki nemat hasil ki jaye. achha, yeh baat jo hai mere apne liye to discovery bhi hai aur experience bhi hai.</w:t>
      </w:r>
    </w:p>
    <w:p>
      <w:pPr>
        <w:jc w:val="right"/>
      </w:pPr>
      <w:r>
        <w:t>شفاء کی نعمت حاصل کی جائے۔ اچھا، یہ بات جو ہے میرے اپنے لیے تو ڈسکوری بھی ہے اور ایکسپیرینس بھی ہے۔</w:t>
      </w:r>
    </w:p>
    <w:p>
      <w:r>
        <w:rPr>
          <w:b/>
        </w:rPr>
        <w:t xml:space="preserve">[16:51] </w:t>
      </w:r>
      <w:r>
        <w:t>lekin mein aap ko aik bataunga ke agar aap chahte hain ke yeh dua aap ke haq mein poori utre to aap ko sab se cut kar ke Allah se judna hoga.</w:t>
      </w:r>
    </w:p>
    <w:p>
      <w:pPr>
        <w:jc w:val="right"/>
      </w:pPr>
      <w:r>
        <w:t>لیکن میں آپ کو ایک بتاؤں گا کہ اگر آپ چاہتے ہیں کہ یہ دعا آپ کے حق میں پوری اترے تو آپ کو سب سے کٹ کر کے اللہ سے جڑنا ہوگا۔</w:t>
      </w:r>
    </w:p>
    <w:p>
      <w:r>
        <w:rPr>
          <w:b/>
        </w:rPr>
        <w:t xml:space="preserve">[17:07] </w:t>
      </w:r>
      <w:r>
        <w:t>sirf Allah se mohabbat, sirf Allah se ta'alluq, sirf Allah par trust, sole concern aap ko Allah ko banana hoga.</w:t>
      </w:r>
    </w:p>
    <w:p>
      <w:pPr>
        <w:jc w:val="right"/>
      </w:pPr>
      <w:r>
        <w:t>صرف اللہ سے محبت، صرف اللہ سے تعلق، صرف اللہ پر ٹرسٹ، سول کنسرن آپ کو اللہ کو بنانے لگا۔</w:t>
      </w:r>
    </w:p>
    <w:p>
      <w:r>
        <w:rPr>
          <w:b/>
        </w:rPr>
        <w:t xml:space="preserve">[17:16] </w:t>
      </w:r>
      <w:r>
        <w:t>agar aap phanse hain idhar udhar idhar udhar to aap ki darkhwast ko Allah Ta'ala ke haan consider nahi karega.</w:t>
      </w:r>
    </w:p>
    <w:p>
      <w:pPr>
        <w:jc w:val="right"/>
      </w:pPr>
      <w:r>
        <w:t>اگر آپ پھنسے ہیں ادھر ادھر ادھر ادھر تو آپ کی درخواست کو اللہ تعالیٰ کے ہاں کنسیڈر نہیں کرے گا۔</w:t>
      </w:r>
    </w:p>
    <w:p>
      <w:r>
        <w:rPr>
          <w:b/>
        </w:rPr>
        <w:t xml:space="preserve">[17:24] </w:t>
      </w:r>
      <w:r>
        <w:t>kya jayega?</w:t>
      </w:r>
    </w:p>
    <w:p>
      <w:pPr>
        <w:jc w:val="right"/>
      </w:pPr>
      <w:r>
        <w:t>کیا جائے گا؟</w:t>
      </w:r>
    </w:p>
    <w:p>
      <w:r>
        <w:rPr>
          <w:b/>
        </w:rPr>
        <w:t xml:space="preserve">[17:28] </w:t>
      </w:r>
      <w:r>
        <w:t>Assalam o alaikum wa rehmatullah.</w:t>
      </w:r>
    </w:p>
    <w:p>
      <w:pPr>
        <w:jc w:val="right"/>
      </w:pPr>
      <w:r>
        <w:t>السلام علیکم ورحمۃ اللہ۔</w:t>
      </w:r>
    </w:p>
    <w:p>
      <w:r>
        <w:rPr>
          <w:b/>
        </w:rPr>
        <w:t xml:space="preserve">[17:43] </w:t>
      </w:r>
      <w:r>
        <w:t>Maulana, you talk to me two days ago, and at that time also you said that we should make God our sole concern.</w:t>
      </w:r>
    </w:p>
    <w:p>
      <w:pPr>
        <w:jc w:val="right"/>
      </w:pPr>
      <w:r>
        <w:t>مولانا، یو ٹاک ٹو می ٹو ڈیز اگو، اینڈ ایٹ دیٹ ٹائم السو یو سیڈ دیٹ وی شوڈ میک گاڈ اور سول کنسرن۔</w:t>
      </w:r>
    </w:p>
    <w:p>
      <w:r>
        <w:rPr>
          <w:b/>
        </w:rPr>
        <w:t xml:space="preserve">[17:58] </w:t>
      </w:r>
      <w:r>
        <w:t>So, I have been trying to focus on that for the last two days, and at that time itself, I felt that God is taking care of me,</w:t>
      </w:r>
    </w:p>
    <w:p>
      <w:pPr>
        <w:jc w:val="right"/>
      </w:pPr>
      <w:r>
        <w:t>سو، ائی ہیو بین ٹرائنگ ٹو فوکس ان دیٹ فار دا لاسٹ ٹو ڈیز، اینڈ ایٹ دیٹ ٹائم اٹ سیلف، ائی فیلٹ دیٹ گاڈ از ٹیکنگ کیئر اف می،</w:t>
      </w:r>
    </w:p>
    <w:p>
      <w:r>
        <w:rPr>
          <w:b/>
        </w:rPr>
        <w:t xml:space="preserve">[18:15] </w:t>
      </w:r>
      <w:r>
        <w:t>because I made him. I was only asking him, I was not expecting it from anybody else but the doctor, but God, not the doctor or any people.</w:t>
      </w:r>
    </w:p>
    <w:p>
      <w:pPr>
        <w:jc w:val="right"/>
      </w:pPr>
      <w:r>
        <w:t>بیکاز ائی میڈ ہم۔ ائی واز اونلی اسکنگ ہم، ائی واز ناٹ ایکسپیکٹنگ اٹ فرام اینی بڈی ایلس بٹ دا ڈاکٹر، بٹ گاڈ، ناٹ دا ڈاکٹر اور اینی پیپل۔</w:t>
      </w:r>
    </w:p>
    <w:p>
      <w:r>
        <w:rPr>
          <w:b/>
        </w:rPr>
        <w:t xml:space="preserve">[18:27] </w:t>
      </w:r>
      <w:r>
        <w:t>But now, you have given me like a master formula. If I make God my sole concern and do dua like the one of Prophet Ibrahim,</w:t>
      </w:r>
    </w:p>
    <w:p>
      <w:pPr>
        <w:jc w:val="right"/>
      </w:pPr>
      <w:r>
        <w:t>بٹ ناو، یو ہیو گیون می لائک ا ماسٹر فارمولا۔ اف ائی میک گاڈ مائی سول کنسرن اینڈ ڈو دعا لائک دا ون اف پرافٹ ابراہیم،</w:t>
      </w:r>
    </w:p>
    <w:p>
      <w:r>
        <w:rPr>
          <w:b/>
        </w:rPr>
        <w:t xml:space="preserve">[18:44] </w:t>
      </w:r>
      <w:r>
        <w:t>use it as a reference point, then it and I am able to do dua in such a way that it invoke God's mercy.</w:t>
      </w:r>
    </w:p>
    <w:p>
      <w:pPr>
        <w:jc w:val="right"/>
      </w:pPr>
      <w:r>
        <w:t>یوز اٹ ایز ا ریفرنس پوائنٹ، دین اٹ اینڈ ائی ایم ایبل ٹو ڈو دعا ان سچ ا وے دیٹ اٹ انوک گاڈز مرسی۔</w:t>
      </w:r>
    </w:p>
    <w:p>
      <w:r>
        <w:rPr>
          <w:b/>
        </w:rPr>
        <w:t xml:space="preserve">[18:55] </w:t>
      </w:r>
      <w:r>
        <w:t>Then inshallah, it will benefit me, and he God will come to take care of me. It has given me a lot of hope, and I will do it</w:t>
      </w:r>
    </w:p>
    <w:p>
      <w:pPr>
        <w:jc w:val="right"/>
      </w:pPr>
      <w:r>
        <w:t>دین انشاءاللہ، اٹ ول بینیفٹ می، اینڈ ہی گاڈ ول کم ٹو ٹیک کیئر اف می۔ اٹ از گیون می ا لاٹ اف ہوپ، اینڈ ائی ول ڈو اٹ</w:t>
      </w:r>
    </w:p>
    <w:p>
      <w:r>
        <w:rPr>
          <w:b/>
        </w:rPr>
        <w:t xml:space="preserve">[19:11] </w:t>
      </w:r>
      <w:r>
        <w:t>till I get okay, and I will report back to you, Maulana, inshallah. Maulana, as Naghma Apa just spoke, my question is Maulana that if ah people like Naghma who are already devoted their life for ah sort of becoming a da'ee, and you know transmitting God's message to the world.</w:t>
      </w:r>
    </w:p>
    <w:p>
      <w:pPr>
        <w:jc w:val="right"/>
      </w:pPr>
      <w:r>
        <w:t>ٹل ائی گیٹ اوکے، اینڈ ائی ول رپورٹ بیک ٹو یو، مولانا، انشاءاللہ۔ مولانا، ایز نغمہ اپا جسٹ سپوک، مائی کوئسچن از مولانا دیٹ اف اہ پیپل لائک نغمہ ہو ار الریڈی ڈیوٹیڈ دیر لائف فار اہ سورٹ اف بیکمنگ ا دائی، اینڈ یو نو ٹرانسمیٹنگ گاڈز میسج ٹو دا ورلڈ۔</w:t>
      </w:r>
    </w:p>
    <w:p>
      <w:r>
        <w:rPr>
          <w:b/>
        </w:rPr>
        <w:t xml:space="preserve">[19:34] </w:t>
      </w:r>
      <w:r>
        <w:t>Then Maulana, is it God's responsibility to see that their health is okay? Is it? Is it God's responsibility to see whether their da'ees are actually?</w:t>
      </w:r>
    </w:p>
    <w:p>
      <w:pPr>
        <w:jc w:val="right"/>
      </w:pPr>
      <w:r>
        <w:t>دین مولانا، از اٹ گاڈز ریسپانسبیلٹی ٹو سی دیٹ دیر ہیلتھ از اوکے؟ از اٹ؟ از اٹ گاڈز ریسپانسبیلٹی ٹو سی ویدر دیر دائیز ار ایکچولی؟</w:t>
      </w:r>
    </w:p>
    <w:p>
      <w:r>
        <w:rPr>
          <w:b/>
        </w:rPr>
        <w:t xml:space="preserve">[19:47] </w:t>
      </w:r>
      <w:r>
        <w:t>And if it is not so, there where is a disconnect? Maulana, Priya ka question yeh hai ke ah ke Naghma Apa ne jaise apni life ko dedicate kiya hua hai, da'ee bane, da'ee, da'ee woh hain, aur dedicate kiya hua mission ke liye.</w:t>
      </w:r>
    </w:p>
    <w:p>
      <w:pPr>
        <w:jc w:val="right"/>
      </w:pPr>
      <w:r>
        <w:t>اینڈ اف اٹ از ناٹ سو، دیر ویر از ا ڈسکنیکٹ؟ مولانا، پریا کا کوئسچن یہ ہے کہ اہ کہ نغمہ اپا نے جیسے اپنی لائف کو ڈیڈیکیٹ کیا ہوا ہے، دائی بنے، دائی، دائی وہ ہیں، اور ڈیڈیکیٹ کیا ہوا مشن کے لیے۔</w:t>
      </w:r>
    </w:p>
    <w:p>
      <w:r>
        <w:rPr>
          <w:b/>
        </w:rPr>
        <w:t xml:space="preserve">[20:06] </w:t>
      </w:r>
      <w:r>
        <w:t>To kya Khuda ki responsibility ban jati hai un ki health ko le ke? Aur agar aisa nahi, nahi, Allah Allah ke nazdeek woh dedication hua ke nahi hua, yeh uska faisla Priya nahi karegi.</w:t>
      </w:r>
    </w:p>
    <w:p>
      <w:pPr>
        <w:jc w:val="right"/>
      </w:pPr>
      <w:r>
        <w:t>تو کیا خدا کی ریسپانسبیلٹی بن جاتی ہے ان کی ہیلتھ کو لے کے؟ اور اگر ایسا نہیں، نہیں، اللہ اللہ کے نزدیک وہ ڈیڈیکیشن ہوا کہ نہیں ہوا، یہ اس کا فیصلہ پریا نہیں کریں گی۔</w:t>
      </w:r>
    </w:p>
    <w:p>
      <w:r>
        <w:rPr>
          <w:b/>
        </w:rPr>
        <w:t xml:space="preserve">[20:20] </w:t>
      </w:r>
      <w:r>
        <w:t>nahi, hum nahi, khud Allah karega. i dont, yeh koi argument nahi hai. nahi, Maulana, woh yeh pooch rahi hain, woh yeh keh rahi hain ke meri baat pehle pakriye.</w:t>
      </w:r>
    </w:p>
    <w:p>
      <w:pPr>
        <w:jc w:val="right"/>
      </w:pPr>
      <w:r>
        <w:t>نہیں، ہم نہیں، خود اللہ کرے گا۔ ائی ڈونٹ، یہ کوئی ارگیومنٹ نہیں ہے۔ نہیں، مولانا، وہ یہ پوچھ رہی ہیں، وہ یہ کہہ رہی ہیں کہ میری بات پہلے پکڑیے۔</w:t>
      </w:r>
    </w:p>
    <w:p>
      <w:r>
        <w:rPr>
          <w:b/>
        </w:rPr>
        <w:t xml:space="preserve">[20:33] </w:t>
      </w:r>
      <w:r>
        <w:t>ji, ek insaan ne apne aap ko Allah ke liye dedicate kar rakha hai ke nahi rakha hai, uske uska faisla priya nahi karengi.</w:t>
      </w:r>
    </w:p>
    <w:p>
      <w:pPr>
        <w:jc w:val="right"/>
      </w:pPr>
      <w:r>
        <w:t>جی، ایک انسان نے اپنے آپ کو اللہ کے لیے ڈیڈیکیٹ کر رکھا ہے کہ نہیں کر رکھا ہے، اس کے اس کا فیصلہ پریا نہیں کریں گی۔</w:t>
      </w:r>
    </w:p>
    <w:p>
      <w:r>
        <w:rPr>
          <w:b/>
        </w:rPr>
        <w:t xml:space="preserve">[20:46] </w:t>
      </w:r>
      <w:r>
        <w:t>haan, yeh toh sahi hai, khud Allah karega, kisi ko haq nahi khane ka.</w:t>
      </w:r>
    </w:p>
    <w:p>
      <w:pPr>
        <w:jc w:val="right"/>
      </w:pPr>
      <w:r>
        <w:t>ہاں، یہ تو صحیح ہے، خود اللہ کرے گا، کسی کو حق نہیں کھانے کا۔</w:t>
      </w:r>
    </w:p>
    <w:p>
      <w:r>
        <w:rPr>
          <w:b/>
        </w:rPr>
        <w:t xml:space="preserve">[20:55] </w:t>
      </w:r>
      <w:r>
        <w:t>meri pakri nahi, apna haan pakriye, Maulana, ke koi bhi aadmi agar apne aap ko dedicate karta hai, haan, Khuda ke liye, toh uska faisla Khuda khud karega ke woh dedication hai ke nahi.</w:t>
      </w:r>
    </w:p>
    <w:p>
      <w:pPr>
        <w:jc w:val="right"/>
      </w:pPr>
      <w:r>
        <w:t>میری پکڑی نہیں، اپنا ہاں پکڑیے، مولانا، کہ کوئی بھی آدمی اگر اپنے آپ کو ڈیڈیکیٹ کرتا ہے، ہاں، خدا کے لیے، تو اس کا فیصلہ خدا خود کرے گا کہ وہ ڈیڈیکیشن ہے کہ نہیں۔</w:t>
      </w:r>
    </w:p>
    <w:p>
      <w:r>
        <w:rPr>
          <w:b/>
        </w:rPr>
        <w:t xml:space="preserve">[21:11] </w:t>
      </w:r>
      <w:r>
        <w:t>dekhiye, main aap ko ek qissa batata hoon, priya ko pata hi nahi hai ke dedication kya cheez hai. priya is level ko jaanti nahi aur bolti hain iske upar, Allah par bharosa kya cheez hai.</w:t>
      </w:r>
    </w:p>
    <w:p>
      <w:pPr>
        <w:jc w:val="right"/>
      </w:pPr>
      <w:r>
        <w:t>دیکھیے، میں آپ کو ایک قصہ بتاتا ہوں، پریا کو پتہ ہی نہیں ہے کہ ڈیڈیکیشن کیا چیز ہے۔ پریا اس لیول کو جانتی نہیں اور بولتی ہیں اس کے اوپر، اللہ پر بھروسہ کیا چیز ہے۔</w:t>
      </w:r>
    </w:p>
    <w:p>
      <w:r>
        <w:rPr>
          <w:b/>
        </w:rPr>
        <w:t xml:space="preserve">[21:28] </w:t>
      </w:r>
      <w:r>
        <w:t>is nabuwat ka bharosa aap priya se poochien, unhone kabhi kiya hai Allah par? main Rampur mein tha, main Rampur mein tha, aur mujhe</w:t>
      </w:r>
    </w:p>
    <w:p>
      <w:pPr>
        <w:jc w:val="right"/>
      </w:pPr>
      <w:r>
        <w:t>اس نبوت کا بھروسہ آپ پریا سے پوچھیں، انہوں نے کبھی کیا ہے اللہ پر؟ میں رام پور میں تھا، میں رام پور میں تھا، اور مجھے</w:t>
      </w:r>
    </w:p>
    <w:p>
      <w:r>
        <w:rPr>
          <w:b/>
        </w:rPr>
        <w:t xml:space="preserve">[21:48] </w:t>
      </w:r>
      <w:r>
        <w:t>apa ko maloom hoga ke kya main do mahina ya ek mahine ke liye main baad chala gaya tha Rampur se.</w:t>
      </w:r>
    </w:p>
    <w:p>
      <w:pPr>
        <w:jc w:val="right"/>
      </w:pPr>
      <w:r>
        <w:t>اپا کو معلوم ہوگا کہ کیا میں دو مہینہ یا ایک مہینے کے لیے میں بعد چلا گیا تھا راپور سے۔</w:t>
      </w:r>
    </w:p>
    <w:p>
      <w:r>
        <w:rPr>
          <w:b/>
        </w:rPr>
        <w:t xml:space="preserve">[21:57] </w:t>
      </w:r>
      <w:r>
        <w:t>yaad hai tum ko? ya ya yaad nahi hai? apa nahi hai idhar? hain apa nahi hai?</w:t>
      </w:r>
    </w:p>
    <w:p>
      <w:pPr>
        <w:jc w:val="right"/>
      </w:pPr>
      <w:r>
        <w:t>یاد ہے تم کو؟ یا یا یاد نہیں ہے؟ اپا نہیں ہے ادھر؟ ہیں اپا نہیں ہے؟</w:t>
      </w:r>
    </w:p>
    <w:p>
      <w:r>
        <w:rPr>
          <w:b/>
        </w:rPr>
        <w:t xml:space="preserve">[22:05] </w:t>
      </w:r>
      <w:r>
        <w:t>doctor sahib hain? achha, yaad nahi hai. toh main mere bhai rehte the us waqt Satna Satna mein, aur main rehta tha Rampur mein.</w:t>
      </w:r>
    </w:p>
    <w:p>
      <w:pPr>
        <w:jc w:val="right"/>
      </w:pPr>
      <w:r>
        <w:t>ڈاکٹر صاحب ہیں؟ اچھا، یاد نہیں ہے۔ تو میں میرے بھائی رہتے تھے اس وقت ستنا ستنا میں، اور میں رہتا تھا رام پور میں۔</w:t>
      </w:r>
    </w:p>
    <w:p>
      <w:r>
        <w:rPr>
          <w:b/>
        </w:rPr>
        <w:t xml:space="preserve">[22:21] </w:t>
      </w:r>
      <w:r>
        <w:t>toh kisi wajah se maine faisla kiya ke main mujhe yaad nahi ke ek mahina ya do mahine ke liye main apne bhai ke paas chala jaaun Satna, aur biwi ko wahin chhod kar ke meri biwi aur ghaliban sansein bhi, aur aur apa,</w:t>
      </w:r>
    </w:p>
    <w:p>
      <w:pPr>
        <w:jc w:val="right"/>
      </w:pPr>
      <w:r>
        <w:t>تو کسی وجہ سے میں نے فیصلہ کیا کہ میں مجھے یاد نہیں کہ ایک مہینہ یا دو مہینے کے لیے میں اپنے بھائی کے پاس چلا جاؤں ستنا، اور بیوی کو وہیں چھوڑ کر کے میری بیوی اور غالباً سانسنین بھی، اور اور اپا،</w:t>
      </w:r>
    </w:p>
    <w:p>
      <w:r>
        <w:rPr>
          <w:b/>
        </w:rPr>
        <w:t xml:space="preserve">[22:45] </w:t>
      </w:r>
      <w:r>
        <w:t>aur apa ki badi behan ko chhod kar ke, ek dum chhod kar ke, jabke hamara ghar bahut mamooli sa ghar tha wahan.</w:t>
      </w:r>
    </w:p>
    <w:p>
      <w:pPr>
        <w:jc w:val="right"/>
      </w:pPr>
      <w:r>
        <w:t>اور اپا کی بڑی بہن کو چھوڑ کر کے، ایک دم چھوڑ کر کے، جبکہ ہمارا گھر بہت معمولی سا گھر تھا وہاں۔</w:t>
      </w:r>
    </w:p>
    <w:p>
      <w:r>
        <w:rPr>
          <w:b/>
        </w:rPr>
        <w:t xml:space="preserve">[22:58] </w:t>
      </w:r>
      <w:r>
        <w:t>toh main chala gaya, aur jante hain ke kya kya main ne</w:t>
      </w:r>
    </w:p>
    <w:p>
      <w:pPr>
        <w:jc w:val="right"/>
      </w:pPr>
      <w:r>
        <w:t>تو میں چلا گیا، اور جانتے ہیں کہ کیا کیا میں نے</w:t>
      </w:r>
    </w:p>
    <w:p>
      <w:r>
        <w:rPr>
          <w:b/>
        </w:rPr>
        <w:t xml:space="preserve">[23:04] </w:t>
      </w:r>
      <w:r>
        <w:t>biwi se kaha ke bhai dekho, main Allah ke kaam ke liye ja raha hoon, aur tum ko Allah ke upar chhod chhod raha hoon.</w:t>
      </w:r>
    </w:p>
    <w:p>
      <w:pPr>
        <w:jc w:val="right"/>
      </w:pPr>
      <w:r>
        <w:t>بیوی سے کہا کہ بھئی دیکھو، میں اللہ کے کام کے لیے جا رہا ہوں، اور تم کو اللہ کے اوپر چھوڑ چھوڑ رہا ہوں۔</w:t>
      </w:r>
    </w:p>
    <w:p>
      <w:r>
        <w:rPr>
          <w:b/>
        </w:rPr>
        <w:t xml:space="preserve">[23:16] </w:t>
      </w:r>
      <w:r>
        <w:t>aur woh jo hota hai,</w:t>
      </w:r>
    </w:p>
    <w:p>
      <w:pPr>
        <w:jc w:val="right"/>
      </w:pPr>
      <w:r>
        <w:t>اور وہ جو ہوتا ہے،</w:t>
      </w:r>
    </w:p>
    <w:p>
      <w:r>
        <w:rPr>
          <w:b/>
        </w:rPr>
        <w:t xml:space="preserve">[23:23] </w:t>
      </w:r>
      <w:r>
        <w:t>constant kehte hain, kya kehte hain? chokor sa hota hai. ji haan, toh is mein aam taur par mitti ka tel aata hai, jab khali hota hai toh dukandar baj deta hai.</w:t>
      </w:r>
    </w:p>
    <w:p>
      <w:pPr>
        <w:jc w:val="right"/>
      </w:pPr>
      <w:r>
        <w:t>کنسٹنٹ کہتے ہیں، کیا کہتے ہیں؟ چوکور سا ہوتا ہے۔ جی ہاں، تو اس میں عام طور پر مٹی کا تیل آتا ہے، جب خالی ہوتا ہے تو دکاندار بج دیتا ہے۔</w:t>
      </w:r>
    </w:p>
    <w:p>
      <w:r>
        <w:rPr>
          <w:b/>
        </w:rPr>
        <w:t xml:space="preserve">[23:36] </w:t>
      </w:r>
      <w:r>
        <w:t>toh aisa container mere paas tha, woh tin ka container hota tha. toh jante hain kya kiya?</w:t>
      </w:r>
    </w:p>
    <w:p>
      <w:pPr>
        <w:jc w:val="right"/>
      </w:pPr>
      <w:r>
        <w:t>تو ایسا کنٹینر میرے پاس تھا، وہ ٹن کا کنٹینر ہوتا تھا۔ تو جانتے ہیں کیا کیا؟</w:t>
      </w:r>
    </w:p>
    <w:p>
      <w:r>
        <w:rPr>
          <w:b/>
        </w:rPr>
        <w:t xml:space="preserve">[23:48] </w:t>
      </w:r>
      <w:r>
        <w:t>yeh makka hai, us waqt makka, makka jante hain aap? ji kaun? bibi kaun? ji ji hain ji ji, iska bhuna hua dana, jo jis ko hum log laawa kehte hain,</w:t>
      </w:r>
    </w:p>
    <w:p>
      <w:pPr>
        <w:jc w:val="right"/>
      </w:pPr>
      <w:r>
        <w:t>یہ مکہ ہے، اس وقت مکہ، مکہ جانتے ہیں آپ؟ جی کون؟ بی بی کون؟ جی جی ہیں جی جی، اس کا بھنا ہوا دانہ، جو جس کو ہم لوگ لاوا کہتے ہیں،</w:t>
      </w:r>
    </w:p>
    <w:p>
      <w:r>
        <w:rPr>
          <w:b/>
        </w:rPr>
        <w:t xml:space="preserve">[24:05] </w:t>
      </w:r>
      <w:r>
        <w:t>hain ji, woh maine liya hai, ek poore container ke barabar bhar kar ke, is mein unko de diya ke dekho, yahi do kaam karna: ek toh dua padhta rehna, hasbunallahu wa la ilaha illa hu,</w:t>
      </w:r>
    </w:p>
    <w:p>
      <w:pPr>
        <w:jc w:val="right"/>
      </w:pPr>
      <w:r>
        <w:t>ہیں جی، وہ میں نے لیا ہے، ایک پورے کنٹینر کے برابر بھر کر کے، اس میں ان کو دے دیا کہ دیکھو، یہی دو کام کرنا: ایک تو دعا پڑھتا رہنا، حسب اللہ ولا الہ الاھو،</w:t>
      </w:r>
    </w:p>
    <w:p>
      <w:r>
        <w:rPr>
          <w:b/>
        </w:rPr>
        <w:t xml:space="preserve">[24:24] </w:t>
      </w:r>
      <w:r>
        <w:t>aur isi ko khate khate rehna. khane ke liye, khane ke, khane ke liye, woh makke ka laawa, rehne ke liye mamooli sa ghar toota phoota,</w:t>
      </w:r>
    </w:p>
    <w:p>
      <w:pPr>
        <w:jc w:val="right"/>
      </w:pPr>
      <w:r>
        <w:t>اور اسی کو کھاتے کھاتے رہنا۔ کھانے کے لیے، کھانے کے، کھانے کے لیے، وہ مکے کا لاوا، رہنے کے لیے معمولی سا گھر ٹوٹا پھوٹا،</w:t>
      </w:r>
    </w:p>
    <w:p>
      <w:r>
        <w:rPr>
          <w:b/>
        </w:rPr>
        <w:t xml:space="preserve">[24:47] </w:t>
      </w:r>
      <w:r>
        <w:t>aur dua. is tarah maine unko chhod diya wahan.</w:t>
      </w:r>
    </w:p>
    <w:p>
      <w:pPr>
        <w:jc w:val="right"/>
      </w:pPr>
      <w:r>
        <w:t>اور دعا۔ اس طرح میں نے ان کو چھوڑ دیا وہاں۔</w:t>
      </w:r>
    </w:p>
    <w:p>
      <w:r>
        <w:rPr>
          <w:b/>
        </w:rPr>
        <w:t xml:space="preserve">[24:55] </w:t>
      </w:r>
      <w:r>
        <w:t>phir jab main wapas aaya toh unki tabiyat kharab ho gayi thi, kyunke aap jante hain ke sirf laawa ka aadmi khaye,</w:t>
      </w:r>
    </w:p>
    <w:p>
      <w:pPr>
        <w:jc w:val="right"/>
      </w:pPr>
      <w:r>
        <w:t>پھر جب میں واپس آیا تو ان کی طبیعت خراب ہو گئی تھی، کیونکہ آپ جانتے ہیں کہ صرف لاوا کا آدمی کھائے،</w:t>
      </w:r>
    </w:p>
    <w:p>
      <w:r>
        <w:rPr>
          <w:b/>
        </w:rPr>
        <w:t xml:space="preserve">[25:10] </w:t>
      </w:r>
      <w:r>
        <w:t>na daal, na chawal, sirf laawa, sirf laawa, sirf laawa. hamari biwi jo thi, bahut hi zyada unke andar patience tha, had se zyada patience tha.</w:t>
      </w:r>
    </w:p>
    <w:p>
      <w:pPr>
        <w:jc w:val="right"/>
      </w:pPr>
      <w:r>
        <w:t>نہ دال، نہ چاول، صرف لاوا، صرف لاوا، صرف لاوا۔ ہماری بیوی جو تھی، بہت ہی زیادہ ان کے اندر پیشنس تھا، حد سے زیادہ پیشنس تھا۔</w:t>
      </w:r>
    </w:p>
    <w:p>
      <w:r>
        <w:rPr>
          <w:b/>
        </w:rPr>
        <w:t xml:space="preserve">[25:25] </w:t>
      </w:r>
      <w:r>
        <w:t>kabhi shikayat, kabhi zindagi mein unhone shikayat nahi kiya.</w:t>
      </w:r>
    </w:p>
    <w:p>
      <w:pPr>
        <w:jc w:val="right"/>
      </w:pPr>
      <w:r>
        <w:t>کبھی شکایت، کبھی زندگی میں انہوں نے شکایت نہیں کیا۔</w:t>
      </w:r>
    </w:p>
    <w:p>
      <w:r>
        <w:rPr>
          <w:b/>
        </w:rPr>
        <w:t xml:space="preserve">[25:34] </w:t>
      </w:r>
      <w:r>
        <w:t>aisa hum ne kiya tha unke saath, phir biwi bimar hui hain. toh aap soch sakte hain ke kya jazbaat bhare honge, kya kya alfaaz bola hoga unki sehat ke liye.</w:t>
      </w:r>
    </w:p>
    <w:p>
      <w:pPr>
        <w:jc w:val="right"/>
      </w:pPr>
      <w:r>
        <w:t>ایسا ہم نے کیا تھا ان کے ساتھ، پھر بیوی بیمار ہوئی ہیں۔ تو آپ سوچ سکتے ہیں کہ کیا جذبات بھرے ہوں گے، کیا کیا الفاظ بولا ہوگا ان کی صحت کے لیے۔</w:t>
      </w:r>
    </w:p>
    <w:p>
      <w:r>
        <w:rPr>
          <w:b/>
        </w:rPr>
        <w:t xml:space="preserve">[25:48] </w:t>
      </w:r>
      <w:r>
        <w:t>yeh koi lift service ka mamla nahi hai. log lift service karte hain, kehte hain ke maine yeh kiya, maine woh kiya.</w:t>
      </w:r>
    </w:p>
    <w:p>
      <w:pPr>
        <w:jc w:val="right"/>
      </w:pPr>
      <w:r>
        <w:t>یہ کوئی لفٹ سروس کا معاملہ نہیں ہے۔ لوگ لفٹ سروس کرتے ہیں، کہتے ہیں کہ میں نے یہ کیا، میں نے وہ کیا۔</w:t>
      </w:r>
    </w:p>
    <w:p>
      <w:r>
        <w:rPr>
          <w:b/>
        </w:rPr>
        <w:t xml:space="preserve">[26:00] </w:t>
      </w:r>
      <w:r>
        <w:t>aaj tak mujhe yaad hai ke piya ja rahi thi America, un ke bundle mein ek packet tha Quran ka, us ko nikaal diya unhon ne. to kaha, phir bhi aap par Allah reham karega.</w:t>
      </w:r>
    </w:p>
    <w:p>
      <w:pPr>
        <w:jc w:val="right"/>
      </w:pPr>
      <w:r>
        <w:t>آج تک مجھے یاد ہے کہ پیا جا رہی تھی امریکہ، ان کے بنڈل میں ایک پیکٹ تھا قرآن کا، اس کو نکال دیا انہوں نے۔ تو کہا، پھر بھی آپ پر اللہ رحم کرے گا۔</w:t>
      </w:r>
    </w:p>
    <w:p>
      <w:r>
        <w:rPr>
          <w:b/>
        </w:rPr>
        <w:t xml:space="preserve">[26:13] </w:t>
      </w:r>
      <w:r>
        <w:t>yeh saara samaan aap le gayeen aur Quran ka packet nikaal diya. main jab main ne khabar suni na to main bohat ro raha tha, bohat ro raha tha ke priya ne kya kiya, yeh kya kiya,</w:t>
      </w:r>
    </w:p>
    <w:p>
      <w:pPr>
        <w:jc w:val="right"/>
      </w:pPr>
      <w:r>
        <w:t>یہ سارا سامان آپ لے گئیں اور قرآن کا پیکٹ نکال دیا۔ میں جب میں نے خبر سنی نا تو میں بہت رو رہا تھا، بہت رو رہا تھا کہ پریا نے کیا کیا، یہ کیا کیا،</w:t>
      </w:r>
    </w:p>
    <w:p>
      <w:r>
        <w:rPr>
          <w:b/>
        </w:rPr>
        <w:t xml:space="preserve">[26:26] </w:t>
      </w:r>
      <w:r>
        <w:t>Quran ko nikaal diya, apne ko nikaal deti thi, woh apne ko nikaal deti hai, Quran ko nikaal diya.</w:t>
      </w:r>
    </w:p>
    <w:p>
      <w:pPr>
        <w:jc w:val="right"/>
      </w:pPr>
      <w:r>
        <w:t>قرآن کو نکال دیا، اپنے کو نکال دیتی تھی، وہ اپنے کو نکال دیتی ہے، قرآن کو نکال دیا۔</w:t>
      </w:r>
    </w:p>
    <w:p>
      <w:r>
        <w:rPr>
          <w:b/>
        </w:rPr>
        <w:t xml:space="preserve">[26:36] </w:t>
      </w:r>
      <w:r>
        <w:t>to lift service se nahi kuch banta, yaad rakhiye.</w:t>
      </w:r>
    </w:p>
    <w:p>
      <w:pPr>
        <w:jc w:val="right"/>
      </w:pPr>
      <w:r>
        <w:t>تو لفٹ سروس سے نہیں کچھ بنتا، یاد رکھیے۔</w:t>
      </w:r>
    </w:p>
    <w:p>
      <w:r>
        <w:rPr>
          <w:b/>
        </w:rPr>
        <w:t xml:space="preserve">[26:44] </w:t>
      </w:r>
      <w:r>
        <w:t>agar us waqt yeh keh deti hain ke main to is Quran ko chhod nahi sakti, main to jaunga, jis ko chalna hai, chale, nahi chalna hai, na chale.</w:t>
      </w:r>
    </w:p>
    <w:p>
      <w:pPr>
        <w:jc w:val="right"/>
      </w:pPr>
      <w:r>
        <w:t>اگر اس وقت یہ کہہ دیتی ہیں کہ میں تو اس قرآن کو چھوڑ نہیں سکتی، میں تو جاؤں گا، جس کو چلنا ہے، چلے، نہیں چلنا ہے، نہ چلے۔</w:t>
      </w:r>
    </w:p>
    <w:p>
      <w:r>
        <w:rPr>
          <w:b/>
        </w:rPr>
        <w:t xml:space="preserve">[26:57] </w:t>
      </w:r>
      <w:r>
        <w:t>un ke paas is ka saath aur un ke log the, to kisi ne aitraaz kar diya hoga. to us waqt agar priya ne yeh keh diya hota ke mujhe to is packet ko le kar America jaana hai,</w:t>
      </w:r>
    </w:p>
    <w:p>
      <w:pPr>
        <w:jc w:val="right"/>
      </w:pPr>
      <w:r>
        <w:t>ان کے پاس اس کا ساتھ اور ان کے لوگ تھے، تو کسی نے اعتراض کر دیا ہوگا۔ تو اس وقت اگر پریا نے یہ کہہ دیا ہوتا کہ مجھے تو اس پیکٹ کو لے کر امریکہ جانا ہے،</w:t>
      </w:r>
    </w:p>
    <w:p>
      <w:r>
        <w:rPr>
          <w:b/>
        </w:rPr>
        <w:t xml:space="preserve">[27:12] </w:t>
      </w:r>
      <w:r>
        <w:t>jo mere saath chale, woh chale, nahi chale to nahi chale, tab duaen qabool hoti hain, lift service se duaen nahi qabool hoti hain.</w:t>
      </w:r>
    </w:p>
    <w:p>
      <w:pPr>
        <w:jc w:val="right"/>
      </w:pPr>
      <w:r>
        <w:t>جو میرے ساتھ چلے، وہ چلے، نہیں چلے تو نہیں چلے، تب دعائیں قبول ہوتی ہیں، لفٹ سروس سے دعائیں نہیں قبول ہوتی ہیں۔</w:t>
      </w:r>
    </w:p>
    <w:p>
      <w:r>
        <w:rPr>
          <w:b/>
        </w:rPr>
        <w:t xml:space="preserve">[27:23] </w:t>
      </w:r>
      <w:r>
        <w:t>yaad rakhiye,</w:t>
      </w:r>
    </w:p>
    <w:p>
      <w:pPr>
        <w:jc w:val="right"/>
      </w:pPr>
      <w:r>
        <w:t>یاد رکھیے،</w:t>
      </w:r>
    </w:p>
    <w:p>
      <w:r>
        <w:rPr>
          <w:b/>
        </w:rPr>
        <w:t xml:space="preserve">[27:28] </w:t>
      </w:r>
      <w:r>
        <w:t>saare log lift service karte hain aur samajhte hain ke main ne to yeh kiya, main ne woh kiya. aap samjhe yeh case kya tha? nahi samjhe? ji Maulana, ek dam unconditional surrender to God hain, unconditional surrender to God.</w:t>
      </w:r>
    </w:p>
    <w:p>
      <w:pPr>
        <w:jc w:val="right"/>
      </w:pPr>
      <w:r>
        <w:t>سارے لوگ لفٹ سروس کرتے ہیں اور سمجھتے ہیں کہ میں نے تو یہ کیا، میں نے وہ کیا۔ آپ سمجھے یہ کیس کیا تھا؟ نہیں سمجھے؟ جی مولانا، ایک دم ان کنڈیشنل سرینڈر ٹو گاڈ ہیں، ان کنڈیشنل سرینڈر ٹو گاڈ۔</w:t>
      </w:r>
    </w:p>
    <w:p>
      <w:r>
        <w:rPr>
          <w:b/>
        </w:rPr>
        <w:t xml:space="preserve">[27:45] </w:t>
      </w:r>
      <w:r>
        <w:t>haan haan haan,</w:t>
      </w:r>
    </w:p>
    <w:p>
      <w:pPr>
        <w:jc w:val="right"/>
      </w:pPr>
      <w:r>
        <w:t>ہاں ہاں ہاں،</w:t>
      </w:r>
    </w:p>
    <w:p>
      <w:r>
        <w:rPr>
          <w:b/>
        </w:rPr>
        <w:t xml:space="preserve">[27:58] </w:t>
      </w:r>
      <w:r>
        <w:t>aaj jo Ibrahim علیہ السلام ki dua se Maulana ne baaten kahi hain, woh bohat hi aham hain.</w:t>
      </w:r>
    </w:p>
    <w:p>
      <w:pPr>
        <w:jc w:val="right"/>
      </w:pPr>
      <w:r>
        <w:t>آج جو ابراہیم علیہ السلام کی دعا سے مولانا نے باتیں کہی ہیں، وہ بہت ہی اہم ہیں۔</w:t>
      </w:r>
    </w:p>
    <w:p>
      <w:r>
        <w:rPr>
          <w:b/>
        </w:rPr>
        <w:t xml:space="preserve">[28:07] </w:t>
      </w:r>
      <w:r>
        <w:t>aur ajeeb baat hai ke Quran mein jitne payghambaron ka zikr hai, taqreeban sab payghambaron mein aap ko duaen milti hain, alag alag tarah ki.</w:t>
      </w:r>
    </w:p>
    <w:p>
      <w:pPr>
        <w:jc w:val="right"/>
      </w:pPr>
      <w:r>
        <w:t>اور عجیب بات ہے کہ قرآن میں جتنے پیغمبروں کا ذکر ہے، تقریباً سب پیغمبروں میں آپ کو دعائیں ملتی ہیں، الگ الگ طرح کی۔</w:t>
      </w:r>
    </w:p>
    <w:p>
      <w:r>
        <w:rPr>
          <w:b/>
        </w:rPr>
        <w:t xml:space="preserve">[28:18] </w:t>
      </w:r>
      <w:r>
        <w:t>aaj kal mein ek kitaab likh raha hoon bachchon ki, us mein duaen shaamil kar raha hoon aur story. to main ittefaq se padh raha tha, aaj bhi padh raha tha, to main dekh raha tha Hazrat Maryam ka qissa, Zakariya علیہ السلام ka qissa, Ayub علیہ السلام ka qissa, Yunus علیہ السلام ka qissa.</w:t>
      </w:r>
    </w:p>
    <w:p>
      <w:pPr>
        <w:jc w:val="right"/>
      </w:pPr>
      <w:r>
        <w:t>آج کل میں ایک کتاب لکھ رہا ہوں بچوں کی، اس میں دعائیں شامل کر رہا ہوں اور سٹوری۔ تو میں اتفاق سے پڑھ رہا تھا، آج بھی پڑھ رہا تھا، تو میں دیکھ رہا تھا حضرت مریم کا قصہ، زکریا علیہ السلام کا قصہ، ایوب علیہ السلام کا قصہ، یونس علیہ السلام کا قصہ۔</w:t>
      </w:r>
    </w:p>
    <w:p>
      <w:r>
        <w:rPr>
          <w:b/>
        </w:rPr>
        <w:t xml:space="preserve">[28:37] </w:t>
      </w:r>
      <w:r>
        <w:t>to sab mein bari gehri duaen mil mil rahi hain, milti hain. aur ghaliban yahi wajah hai ke hum in duaon se samjhen kaifiyat, chunke alag alag tarah ki duaen hain,</w:t>
      </w:r>
    </w:p>
    <w:p>
      <w:pPr>
        <w:jc w:val="right"/>
      </w:pPr>
      <w:r>
        <w:t>تو سب میں بڑی گہری دعائیں مل مل رہی ہیں، ملتی ہیں۔ اور غالباً یہی وجہ ہے کہ ہم ان دعاؤں سے سمجھیں کیفیت، چونکہ الگ الگ طرح کی دعائیں ہیں،</w:t>
      </w:r>
    </w:p>
    <w:p>
      <w:r>
        <w:rPr>
          <w:b/>
        </w:rPr>
        <w:t xml:space="preserve">[28:54] </w:t>
      </w:r>
      <w:r>
        <w:t>alag alag un ke saath cheezen paish aayeen. to jaise Musa علیہ السلام ki duaen bari gehri duaen hain, aise hi Ayub علیہ السلام kuch bimaar ho gaye to unhon ne dua ki, aise hi Yunus علیہ السلام jab masjid ke baithne chale gaye.</w:t>
      </w:r>
    </w:p>
    <w:p>
      <w:pPr>
        <w:jc w:val="right"/>
      </w:pPr>
      <w:r>
        <w:t>الگ الگ ان کے ساتھ چیزیں پیش آئیں۔ تو جیسے موسیٰ علیہ السلام کی دعائیں بڑی گہری دعائیں ہیں، ایسے ہی ایوب علیہ السلام کچھ بیمار ہو گئے تو انہوں نے دعا کی، ایسے ہی یونس علیہ السلام جب مسجد کے بیٹھنے چلے گئے۔</w:t>
      </w:r>
    </w:p>
    <w:p>
      <w:r>
        <w:rPr>
          <w:b/>
        </w:rPr>
        <w:t xml:space="preserve">[29:15] </w:t>
      </w:r>
      <w:r>
        <w:t>is pe aap ko afraid hone ki zaroorat nahi hai, sochne ki, sochne ki zaroorat hai. yeh ji ke mujh mein aap logon mein yahi farq hai ke main kabhi afraid nahi hota,</w:t>
      </w:r>
    </w:p>
    <w:p>
      <w:pPr>
        <w:jc w:val="right"/>
      </w:pPr>
      <w:r>
        <w:t>اس پہ آپ کو افریڈ ہونے کی ضرورت نہیں ہے، سوچنے کی، سوچنے کی ضرورت ہے۔ یہ جی کہ مجھ میں آپ لوگوں میں یہی فرق ہے کہ میں کبھی افریڈ نہیں ہوتا،</w:t>
      </w:r>
    </w:p>
    <w:p>
      <w:r>
        <w:rPr>
          <w:b/>
        </w:rPr>
        <w:t xml:space="preserve">[29:30] </w:t>
      </w:r>
      <w:r>
        <w:t>kabhi afraid nahi hota. mujh ko kitne hi kuch kahe woh, kyun? main hamesha sochne ke mood mein chahta hoon. woh aadmi jo kaha hai, keh raha hai, us ko afraid nahi hota, woh ghussa nahi hota.</w:t>
      </w:r>
    </w:p>
    <w:p>
      <w:pPr>
        <w:jc w:val="right"/>
      </w:pPr>
      <w:r>
        <w:t>کبھی افریڈ نہیں ہوتا۔ مجھ کو کتنے ہی کچھ کہے وہ، کیوں؟ میں ہمیشہ سوچنے کے موڈ میں چاہتا ہوں۔ وہ آدمی جو کہا ہے، کہہ رہا ہے، اس کو افریڈ نہیں ہوتا، وہ غصہ نہیں ہوتا۔</w:t>
      </w:r>
    </w:p>
    <w:p>
      <w:r>
        <w:rPr>
          <w:b/>
        </w:rPr>
        <w:t xml:space="preserve">[29:46] </w:t>
      </w:r>
      <w:r>
        <w:t>sochne ke mood mein chahta hoon. ji apa, kai log gawah hain ke mujh ke mere munh par bohat sakht sakht kaha kisi ne, sab se bura lafz kaha.</w:t>
      </w:r>
    </w:p>
    <w:p>
      <w:pPr>
        <w:jc w:val="right"/>
      </w:pPr>
      <w:r>
        <w:t>سوچنے کے موڈ میں چاہتا ہوں۔ جی اپا، کئی لوگ گواہ ہیں کہ مجھ کے میرے منہ پر بہت سخت سخت کہا کسی نے، سب سے برا لفظ کہا۔</w:t>
      </w:r>
    </w:p>
    <w:p>
      <w:r>
        <w:rPr>
          <w:b/>
        </w:rPr>
        <w:t xml:space="preserve">[30:01] </w:t>
      </w:r>
      <w:r>
        <w:t>lekin main kuch nahi, aise thanda bana raha hoon, kyun ke main afraid nahi hota. mera meri aadat kya hai? afraid nahi hota, main sochta hoon, main sochne ke mood mein chahta hoon.</w:t>
      </w:r>
    </w:p>
    <w:p>
      <w:pPr>
        <w:jc w:val="right"/>
      </w:pPr>
      <w:r>
        <w:t>لیکن میں کچھ نہیں، ایسے ٹھنڈا بنا رہا ہوں، کیوں کہ میں افریڈ نہیں ہوتا۔ میرا میری عادت کیا ہے؟ افریڈ نہیں ہوتا، میں سوچتا ہوں، میں سوچنے کے موڈ میں چاہتا ہوں۔</w:t>
      </w:r>
    </w:p>
    <w:p>
      <w:r>
        <w:rPr>
          <w:b/>
        </w:rPr>
        <w:t xml:space="preserve">[30:16] </w:t>
      </w:r>
      <w:r>
        <w:t>yeh aap ko karna padega. agar aap Allah ki madad chahte hain to aap ko woh culture lena padega. yeh nahi ho sakta ke culture to kuch aur ho aur Allah ki madad apne aap pahoanchte rahe.</w:t>
      </w:r>
    </w:p>
    <w:p>
      <w:pPr>
        <w:jc w:val="right"/>
      </w:pPr>
      <w:r>
        <w:t>یہ آپ کو کرنا پڑے گا۔ اگر آپ اللہ کی مدد چاہتے ہیں تو آپ کو وہ کلچر لینا پڑے گا۔ یہ نہیں ہو سکتا کہ کلچر تو کچھ اور ہو اور اللہ کی مدد اپنے آپ پہنچتے رہے۔</w:t>
      </w:r>
    </w:p>
    <w:p>
      <w:r>
        <w:rPr>
          <w:b/>
        </w:rPr>
        <w:t xml:space="preserve">[30:28] </w:t>
      </w:r>
      <w:r>
        <w:t>aap ko</w:t>
      </w:r>
    </w:p>
    <w:p>
      <w:pPr>
        <w:jc w:val="right"/>
      </w:pPr>
      <w:r>
        <w:t>آپ کو</w:t>
      </w:r>
    </w:p>
    <w:p>
      <w:r>
        <w:rPr>
          <w:b/>
        </w:rPr>
        <w:t xml:space="preserve">[30:33] </w:t>
      </w:r>
      <w:r>
        <w:t>aap samjhe mera matlab? ji Maulana, ke jab bhi aap aisi baaten batate hain to hamare liye woh ek sochne ka lamha hota hai, sochne ka ek reference hota hai.</w:t>
      </w:r>
    </w:p>
    <w:p>
      <w:pPr>
        <w:jc w:val="right"/>
      </w:pPr>
      <w:r>
        <w:t>آپ سمجھے میرا مطلب؟ جی مولانا، کہ جب بھی آپ ایسی باتیں بتاتے ہیں تو ہمارے لیے وہ ایک سوچنے کا لمحہ ہوتا ہے، سوچنے کا ایک ریفرنس ہوتا ہے۔</w:t>
      </w:r>
    </w:p>
    <w:p>
      <w:r>
        <w:rPr>
          <w:b/>
        </w:rPr>
        <w:t xml:space="preserve">[30:44] </w:t>
      </w:r>
      <w:r>
        <w:t>to hamein afraid nahi hona hai is baat ko le ke. aap kabhi khud kabhi afraid nahi hote, aap sochte hain hamesha. to hamein bhi, hum sab ko bhi sochna hai, afraid nahi hona hai.</w:t>
      </w:r>
    </w:p>
    <w:p>
      <w:pPr>
        <w:jc w:val="right"/>
      </w:pPr>
      <w:r>
        <w:t>تو ہمیں افریڈ نہیں ہونا ہے اس بات کو لے کے۔ آپ کبھی خود کبھی افریڈ نہیں ہوتے، آپ سوچتے ہیں ہمیشہ۔ تو ہمیں بھی، ہم سب کو بھی سوچنا ہے، افریڈ نہیں ہونا ہے۔</w:t>
      </w:r>
    </w:p>
    <w:p>
      <w:r>
        <w:rPr>
          <w:b/>
        </w:rPr>
        <w:t xml:space="preserve">[30:57] </w:t>
      </w:r>
      <w:r>
        <w:t>isi se hum hamara... achha, main main aap ko ek aur qissa batata hoon.</w:t>
      </w:r>
    </w:p>
    <w:p>
      <w:pPr>
        <w:jc w:val="right"/>
      </w:pPr>
      <w:r>
        <w:t>اسی سے ہم ہمارا... اچھا، میں میں آپ کو ایک اور قصہ بتاتا ہوں۔</w:t>
      </w:r>
    </w:p>
    <w:p>
      <w:r>
        <w:rPr>
          <w:b/>
        </w:rPr>
        <w:t xml:space="preserve">[31:06] </w:t>
      </w:r>
      <w:r>
        <w:t>Quran literature le kar main ek martaba bahar gaya tha, kai mulkon mein.</w:t>
      </w:r>
    </w:p>
    <w:p>
      <w:pPr>
        <w:jc w:val="right"/>
      </w:pPr>
      <w:r>
        <w:t>قرآن لٹریچر لے کر میں ایک مرتبہ باہر گیا تھا، کئی ملکوں میں۔</w:t>
      </w:r>
    </w:p>
    <w:p>
      <w:r>
        <w:rPr>
          <w:b/>
        </w:rPr>
        <w:t xml:space="preserve">[31:14] </w:t>
      </w:r>
      <w:r>
        <w:t>to us woh hotay hotay mein pohancha, pohancha jeddah, saudi arab.</w:t>
      </w:r>
    </w:p>
    <w:p>
      <w:pPr>
        <w:jc w:val="right"/>
      </w:pPr>
      <w:r>
        <w:t>تو اس وہ ہوتے ہوتے میں پہنچا، پہنچا جدہ، سعودی عرب۔</w:t>
      </w:r>
    </w:p>
    <w:p>
      <w:r>
        <w:rPr>
          <w:b/>
        </w:rPr>
        <w:t xml:space="preserve">[31:23] </w:t>
      </w:r>
      <w:r>
        <w:t>saudi arab pohancha jeddah. to us waqt jo amla tha wahan, woh bohat hi ziyada crowd qism ka tha, crowd.</w:t>
      </w:r>
    </w:p>
    <w:p>
      <w:pPr>
        <w:jc w:val="right"/>
      </w:pPr>
      <w:r>
        <w:t>سعودی عرب پہنچا جدہ۔ تو اس وقت جو عملہ تھا وہاں، وہ بہت ہی زیادہ کروڈ قسم کا تھا، کروڈ۔</w:t>
      </w:r>
    </w:p>
    <w:p>
      <w:r>
        <w:rPr>
          <w:b/>
        </w:rPr>
        <w:t xml:space="preserve">[31:36] </w:t>
      </w:r>
      <w:r>
        <w:t>to mera jo bundle tha, woh aik kitabon, jo meri kitabein mere sath theen, woh aik bundle tha.</w:t>
      </w:r>
    </w:p>
    <w:p>
      <w:pPr>
        <w:jc w:val="right"/>
      </w:pPr>
      <w:r>
        <w:t>تو میرا جو بنڈل تھا، وہ ایک کتابوں، جو میری کتابیں میرے ساتھ تھیں، وہ ایک بنڈل تھا۔</w:t>
      </w:r>
    </w:p>
    <w:p>
      <w:r>
        <w:rPr>
          <w:b/>
        </w:rPr>
        <w:t xml:space="preserve">[31:46] </w:t>
      </w:r>
      <w:r>
        <w:t>to airport par jab jahan enter enter hona tha, hawai jahaz se utarnay kay baad,</w:t>
      </w:r>
    </w:p>
    <w:p>
      <w:pPr>
        <w:jc w:val="right"/>
      </w:pPr>
      <w:r>
        <w:t>تو ایئرپورٹ پر جب جہاں انٹر انٹر ہونا تھا، ہوائی جہاز سے اترنے کے بعد،</w:t>
      </w:r>
    </w:p>
    <w:p>
      <w:r>
        <w:rPr>
          <w:b/>
        </w:rPr>
        <w:t xml:space="preserve">[31:57] </w:t>
      </w:r>
      <w:r>
        <w:t>hawai jahaz utarnay kay baad, jo wahan pe staff tha, woh mujh ko... mein mein mein is ko pehchanta nahi tha jeddah airport par.</w:t>
      </w:r>
    </w:p>
    <w:p>
      <w:pPr>
        <w:jc w:val="right"/>
      </w:pPr>
      <w:r>
        <w:t>ہوائی جہاز اترنے کے بعد، جو وہاں پہ سٹاف تھا، وہ مجھ کو... میں میں میں اس کو پہچانتا نہیں تھا جدہ ایئرپورٹ پر۔</w:t>
      </w:r>
    </w:p>
    <w:p>
      <w:r>
        <w:rPr>
          <w:b/>
        </w:rPr>
        <w:t xml:space="preserve">[32:10] </w:t>
      </w:r>
      <w:r>
        <w:t>to meri kitabon ko jo bundle tha, us ko qabza kar liya us ne. aur wahan par kya hota hai? aik drip hua karta tha, woh isi mein daal detay thay.</w:t>
      </w:r>
    </w:p>
    <w:p>
      <w:pPr>
        <w:jc w:val="right"/>
      </w:pPr>
      <w:r>
        <w:t>تو میری کتابوں کو جو بنڈل تھا، اس کو قبضہ کر لیا اس نے۔ اور وہاں پر کیا ہوتا ہے؟ ایک ڈریپ ہوا کرتا تھا، وہ اسی میں ڈال دیتے تھے۔</w:t>
      </w:r>
    </w:p>
    <w:p>
      <w:r>
        <w:rPr>
          <w:b/>
        </w:rPr>
        <w:t xml:space="preserve">[32:22] </w:t>
      </w:r>
      <w:r>
        <w:t>koi unwanted item hota tha na, isi mein daal detay thay, bottle ho, kitab ho, kuch bhi ho. to jo wahan jo tha duty par,</w:t>
      </w:r>
    </w:p>
    <w:p>
      <w:pPr>
        <w:jc w:val="right"/>
      </w:pPr>
      <w:r>
        <w:t>کوئی ان وانٹڈ آئٹم ہوتا تھا نا، اسی میں ڈال دیتے تھے، بوتل ہو، کتاب ہو، کچھ بھی ہو۔ تو جو وہاں جو تھا ڈیوٹی پر،</w:t>
      </w:r>
    </w:p>
    <w:p>
      <w:r>
        <w:rPr>
          <w:b/>
        </w:rPr>
        <w:t xml:space="preserve">[32:36] </w:t>
      </w:r>
      <w:r>
        <w:t>us ne mere bundle par qabza qabza kar liya. is mein quran bhi tha, islami kitabein bhi theen, aur mera jis ko kehta hoon mein safarnama, travel log,</w:t>
      </w:r>
    </w:p>
    <w:p>
      <w:pPr>
        <w:jc w:val="right"/>
      </w:pPr>
      <w:r>
        <w:t>اس نے میرے بنڈل پر قبضہ قبضہ کر لیا۔ اس میں قرآن بھی تھا، اسلامی کتابیں بھی تھیں، اور میرا جس کو کہتا ہوں میں سفرنامہ، ٹریول لاگ،</w:t>
      </w:r>
    </w:p>
    <w:p>
      <w:r>
        <w:rPr>
          <w:b/>
        </w:rPr>
        <w:t xml:space="preserve">[32:53] </w:t>
      </w:r>
      <w:r>
        <w:t>jo rastay mein likh raha tha, mein woh bhi tha. aur phir koi uthaya us ne, qareeb tha ke drum mein daal do,</w:t>
      </w:r>
    </w:p>
    <w:p>
      <w:pPr>
        <w:jc w:val="right"/>
      </w:pPr>
      <w:r>
        <w:t>جو راستے میں لکھ رہا تھا، میں وہ بھی تھا۔ اور پھر کوئی اٹھایا اس نے، قریب تھا کہ ڈرم میں ڈال دو،</w:t>
      </w:r>
    </w:p>
    <w:p>
      <w:r>
        <w:rPr>
          <w:b/>
        </w:rPr>
        <w:t xml:space="preserve">[33:04] </w:t>
      </w:r>
      <w:r>
        <w:t>bara sa drum hua karta tha. to mein ne foran kaha zor se ke aap mera saman mujhe wapas kar dijiye, mujhe jeddah nahi jana hai, mein wapas jaunga india,</w:t>
      </w:r>
    </w:p>
    <w:p>
      <w:pPr>
        <w:jc w:val="right"/>
      </w:pPr>
      <w:r>
        <w:t>بڑا سا ڈرم ہوا کرتا تھا۔ تو میں نے فوراً کہا زور سے کہ آپ میرا سامان مجھے واپس کر دیجئے، مجھے جدہ نہیں جانا ہے، میں واپس جاؤں گا انڈیا،</w:t>
      </w:r>
    </w:p>
    <w:p>
      <w:r>
        <w:rPr>
          <w:b/>
        </w:rPr>
        <w:t xml:space="preserve">[33:19] </w:t>
      </w:r>
      <w:r>
        <w:t>mein enter nahi karunga aap ko. koi aap kyun daaltay ho?</w:t>
      </w:r>
    </w:p>
    <w:p>
      <w:pPr>
        <w:jc w:val="right"/>
      </w:pPr>
      <w:r>
        <w:t>میں انٹر نہیں کروں گا آپ کو۔ کوئی آپ کیوں ڈالتے ہو؟</w:t>
      </w:r>
    </w:p>
    <w:p>
      <w:r>
        <w:rPr>
          <w:b/>
        </w:rPr>
        <w:t xml:space="preserve">[33:25] </w:t>
      </w:r>
      <w:r>
        <w:t>yehi kaha mein ne usay ke aap mere in kitabon kay bundle ko drum mein mat daliye, mujhe lota dijiye, aur mein wapas agli flight se dilli jaunga.</w:t>
      </w:r>
    </w:p>
    <w:p>
      <w:pPr>
        <w:jc w:val="right"/>
      </w:pPr>
      <w:r>
        <w:t>یہی کہا میں نے اسے کہ آپ میرے ان کتابوں کے بنڈل کو ڈرم میں مت ڈالیے، مجھے لوٹا دیجئے، اور میں واپس اگلی فلائٹ سے دہلی جاؤں گا۔</w:t>
      </w:r>
    </w:p>
    <w:p>
      <w:r>
        <w:rPr>
          <w:b/>
        </w:rPr>
        <w:t xml:space="preserve">[33:40] </w:t>
      </w:r>
      <w:r>
        <w:t>to jantay hain us waqt kya hua? aik bracket hua, aik bracket hua, aik aik shai achank achank aa gayi, koi arbon kay libas pehnay hue tha.</w:t>
      </w:r>
    </w:p>
    <w:p>
      <w:pPr>
        <w:jc w:val="right"/>
      </w:pPr>
      <w:r>
        <w:t>تو جانتے ہیں اس وقت کیا ہوا؟ ایک بریکٹ ہوا، ایک بریکٹ ہوا، ایک ایک شے اچانک اچانک آ گئی، کوئی عربوں کے لباس پہنے ہوئے تھا۔</w:t>
      </w:r>
    </w:p>
    <w:p>
      <w:r>
        <w:rPr>
          <w:b/>
        </w:rPr>
        <w:t xml:space="preserve">[33:53] </w:t>
      </w:r>
      <w:r>
        <w:t>woh mein is se bilkul nawaqif tha, mein qatan pehchanta nahi tha is ko, aaj bhi nahi janta ke woh kaun tha. atay hi us ne kaha ke ruko, woh sheikh tha to uska darja hoga shayad.</w:t>
      </w:r>
    </w:p>
    <w:p>
      <w:pPr>
        <w:jc w:val="right"/>
      </w:pPr>
      <w:r>
        <w:t>وہ میں اس سے بالکل ناواقف تھا، میں قطعاً پہچانتا نہیں تھا اس کو، آج بھی نہیں جانتا کہ وہ کون تھا۔ آتے ہی اس نے کہا کہ رکو، وہ شیخ تھا تو اس کا درجہ ہوگا شاید۔</w:t>
      </w:r>
    </w:p>
    <w:p>
      <w:r>
        <w:rPr>
          <w:b/>
        </w:rPr>
        <w:t xml:space="preserve">[34:11] </w:t>
      </w:r>
      <w:r>
        <w:t>ruko, jantay ho woh kaun hai? yeh jantay ho woh kaun hai? yeh alaihi assalam wa tahaddah kay musannif hain,</w:t>
      </w:r>
    </w:p>
    <w:p>
      <w:pPr>
        <w:jc w:val="right"/>
      </w:pPr>
      <w:r>
        <w:t>رکو، جانتے ہو وہ کون ہے؟ یہ جانتے ہو وہ کون ہے؟ یہ علیہ السلام و تحدہ کے مصنف ہیں،</w:t>
      </w:r>
    </w:p>
    <w:p>
      <w:r>
        <w:rPr>
          <w:b/>
        </w:rPr>
        <w:t xml:space="preserve">[34:23] </w:t>
      </w:r>
      <w:r>
        <w:t>halankay us ko mein kuch nahi janta tha. woh jo hamari kitab hai alaihi assalam wa tahaddah, to us ka kaha us ne ke yeh alaihi assalam wa tahaddah kay musannif hain, arbi mein muallif kehtay hain, muallif nahi kehtay.</w:t>
      </w:r>
    </w:p>
    <w:p>
      <w:pPr>
        <w:jc w:val="right"/>
      </w:pPr>
      <w:r>
        <w:t>حالانکہ اس کو میں کچھ نہیں جانتا تھا۔ وہ جو ہماری کتاب ہے علیہ السلام و تحدہ، تو اس کا کہا اس نے کہ یہ علیہ السلام و تحدہ کے مصنف ہیں، عربی میں مؤلف کہتے ہیں، مؤلف نہیں کہتے۔</w:t>
      </w:r>
    </w:p>
    <w:p>
      <w:r>
        <w:rPr>
          <w:b/>
        </w:rPr>
        <w:t xml:space="preserve">[34:43] </w:t>
      </w:r>
      <w:r>
        <w:t>to un ki un kay sath aisa kar rahay ho? to us ne chounkay woh arab tha, woh aur lamba kurta pehnay hue tha,</w:t>
      </w:r>
    </w:p>
    <w:p>
      <w:pPr>
        <w:jc w:val="right"/>
      </w:pPr>
      <w:r>
        <w:t>تو ان کی ان کے ساتھ ایسا کر رہے ہو؟ تو اس نے چونکہ وہ عرب تھا، وہ اور لمبا کرتا پہنے ہوئے تھا،</w:t>
      </w:r>
    </w:p>
    <w:p>
      <w:r>
        <w:rPr>
          <w:b/>
        </w:rPr>
        <w:t xml:space="preserve">[34:57] </w:t>
      </w:r>
      <w:r>
        <w:t>to mein to samajhta hoon ke woh farishta tha, kyunkay aaj tak is ka naam mujhe nahi bhoola.</w:t>
      </w:r>
    </w:p>
    <w:p>
      <w:pPr>
        <w:jc w:val="right"/>
      </w:pPr>
      <w:r>
        <w:t>تو میں تو سمجھتا ہوں کہ وہ فرشتہ تھا، کیونکہ آج تک اس کا نام مجھے نہیں بولا۔</w:t>
      </w:r>
    </w:p>
    <w:p>
      <w:r>
        <w:rPr>
          <w:b/>
        </w:rPr>
        <w:t xml:space="preserve">[35:10] </w:t>
      </w:r>
      <w:r>
        <w:t>to yaad rakhiye, allah ki rehmat, allah ki madad zaroor aati hai, lekin lift service kay liye nahi aati.</w:t>
      </w:r>
    </w:p>
    <w:p>
      <w:pPr>
        <w:jc w:val="right"/>
      </w:pPr>
      <w:r>
        <w:t>تو یاد رکھیے، اللہ کی رحمت، اللہ کی مدد ضرور آتی ہے، لیکن لفٹ سروس کے لیے نہیں آتی۔</w:t>
      </w:r>
    </w:p>
    <w:p>
      <w:r>
        <w:rPr>
          <w:b/>
        </w:rPr>
        <w:t xml:space="preserve">[35:26] </w:t>
      </w:r>
      <w:r>
        <w:t>baat to to beharhaal mein yeh keh raha tha ke peghambaron ki jo duaein hain, un ko hum point of reference banayein aur apni dua mein dhalayen, to is se yaqeenan inshallah faida hoga.</w:t>
      </w:r>
    </w:p>
    <w:p>
      <w:pPr>
        <w:jc w:val="right"/>
      </w:pPr>
      <w:r>
        <w:t>بات تو تو بہرحال میں یہ کہہ رہا تھا کہ پیغمبروں کی جو دعائیں ہیں، ان کو ہم پوائنٹ آف ریفرنس بنائیں اور اپنی دعا میں ڈھالیں، تو اس سے یقینا انشاءاللہ فائدہ ہوگا۔</w:t>
      </w:r>
    </w:p>
    <w:p>
      <w:r>
        <w:rPr>
          <w:b/>
        </w:rPr>
        <w:t xml:space="preserve">[35:51] </w:t>
      </w:r>
      <w:r>
        <w:t>maulana, mein al risala se pehlay dua kay bab mein ikhlas niyat se barh kar ke koi wazan daar lafz nahi janta tha jo dua ki shart batayi jaye.</w:t>
      </w:r>
    </w:p>
    <w:p>
      <w:pPr>
        <w:jc w:val="right"/>
      </w:pPr>
      <w:r>
        <w:t>مولانا، میں الرسالہ سے پہلے دعا کے باب میں اخلاص نیت سے بڑھ کر کے کوئی وزن دار لفظ نہیں جانتا تھا جو دعا کی شرط بتائی جائے۔</w:t>
      </w:r>
    </w:p>
    <w:p>
      <w:r>
        <w:rPr>
          <w:b/>
        </w:rPr>
        <w:t xml:space="preserve">[36:06] </w:t>
      </w:r>
      <w:r>
        <w:t>magar mein ne aap se hi yeh pehli martaba jana ke invoke karnay wali dua, point of reference wali dua, jis mein sara trust sirf khuda par ho, yeh baatein mein ne pehli martaba aap se hi jana hai.</w:t>
      </w:r>
    </w:p>
    <w:p>
      <w:pPr>
        <w:jc w:val="right"/>
      </w:pPr>
      <w:r>
        <w:t>مگر میں نے آپ سے ہی یہ پہلی مرتبہ جانا کہ انوک کرنے والی دعا، پوائنٹ آف ریفرنس والی دعا، جس میں سارا ٹرسٹ صرف خدا پر ہو، یہ باتیں میں نے پہلی مرتبہ آپ سے ہی جانا ہے۔</w:t>
      </w:r>
    </w:p>
    <w:p>
      <w:r>
        <w:rPr>
          <w:b/>
        </w:rPr>
        <w:t xml:space="preserve">[36:23] </w:t>
      </w:r>
      <w:r>
        <w:t>maulana, jazak allah khair. maulana, jo aap point of reference ki baat kar rahay hain, waqai mein woh bohat dil ko touching hai.</w:t>
      </w:r>
    </w:p>
    <w:p>
      <w:pPr>
        <w:jc w:val="right"/>
      </w:pPr>
      <w:r>
        <w:t>مولانا، جزاک اللہ خیر۔ مولانا، جو آپ پوائنٹ آف ریفرنس کی بات کر رہے ہیں، واقعی میں وہ بہت دل کو ٹچنگ ہے۔</w:t>
      </w:r>
    </w:p>
    <w:p>
      <w:r>
        <w:rPr>
          <w:b/>
        </w:rPr>
        <w:t xml:space="preserve">[36:36] </w:t>
      </w:r>
      <w:r>
        <w:t>aur invoke karna, jaisay ke abhi unhon ne bhi kaha ke allah ko is tarah se humein dua karna ke tu ne is kay prophets kay sath kiya, to humein bhi is category mein kar kay, aur category mein nahi, lekin hamaray liye bhi yeh karay, hum aap kay banday hain.</w:t>
      </w:r>
    </w:p>
    <w:p>
      <w:pPr>
        <w:jc w:val="right"/>
      </w:pPr>
      <w:r>
        <w:t>اور انوک کرنا، جیسے کہ ابھی انہوں نے بھی کہا کہ اللہ کو اس طرح سے ہمیں دعا کرنا کہ تو نے اس کے پرافٹس کے ساتھ کیا، تو ہمیں بھی اس کیٹگری میں کر کے، اور کیٹگری میں نہیں، لیکن ہمارے لیے بھی یہ کرے، ہم آپ کے بندے ہیں۔</w:t>
      </w:r>
    </w:p>
    <w:p>
      <w:r>
        <w:rPr>
          <w:b/>
        </w:rPr>
        <w:t xml:space="preserve">[36:55] </w:t>
      </w:r>
      <w:r>
        <w:t>aur is tarah ki jo aap ne examples dein, to dua karnay ka bohat acha tareeqa bataya. aur allah humein is qabil banaye ke hum is tarah ki dua kar sakein, point of reference se aur kar kay.</w:t>
      </w:r>
    </w:p>
    <w:p>
      <w:pPr>
        <w:jc w:val="right"/>
      </w:pPr>
      <w:r>
        <w:t>اور اس طرح کی جو آپ نے ایگزیمپلز دیں، تو دعا کرنے کا بہت اچھا طریقہ بتایا۔ اور اللہ ہمیں اس قابل بنائے کہ ہم اس طرح کی دعا کر سکیں، پوائنٹ آف ریفرنس سے اور کر کے۔</w:t>
      </w:r>
    </w:p>
    <w:p>
      <w:r>
        <w:rPr>
          <w:b/>
        </w:rPr>
        <w:t xml:space="preserve">[37:11] </w:t>
      </w:r>
      <w:r>
        <w:t>jazak allah molana, aap ek simple si cheez ko le ke aisa is mein dil mein utarte hain ke bohat samajh mein aata hai.</w:t>
      </w:r>
    </w:p>
    <w:p>
      <w:pPr>
        <w:jc w:val="right"/>
      </w:pPr>
      <w:r>
        <w:t>جزاک اللہ مولانا، آپ ایک سمپل سی چیز کو لے کے ایسا اس میں دل میں اتارتے ہیں کہ بہت سمجھ میں آتا ہے۔</w:t>
      </w:r>
    </w:p>
    <w:p>
      <w:r>
        <w:rPr>
          <w:b/>
        </w:rPr>
        <w:t xml:space="preserve">[37:20] </w:t>
      </w:r>
      <w:r>
        <w:t>molana, kuch comment hain, parhna chahenge aur kuch sawal bhi hain. molana iqbal umri ne comment bheja hai: "molana, insan jab khuda ko aakhri sahara samjhe to masail achaanak hal ho jate hain.</w:t>
      </w:r>
    </w:p>
    <w:p>
      <w:pPr>
        <w:jc w:val="right"/>
      </w:pPr>
      <w:r>
        <w:t>مولانا، کچھ کمنٹ ہیں، پڑھنا چاہیں گے اور کچھ سوال بھی ہیں۔ مولانا اقبال عمری نے کمنٹ بھیجا ہے: "مولانا، انسان جب خدا کو آخری سہارا سمجھے تو مسائل اچانک حل ہو جاتے ہیں۔</w:t>
      </w:r>
    </w:p>
    <w:p>
      <w:r>
        <w:rPr>
          <w:b/>
        </w:rPr>
        <w:t xml:space="preserve">[37:37] </w:t>
      </w:r>
      <w:r>
        <w:t>aap ka tajurba bilkul sahi hai ke dua mein power hai." phir un ka ek sawal hai, molana, unhon ne aapse poocha hai ke "dua aur tadbeer mein kaise farq karen?" is ko wazeh karen.</w:t>
      </w:r>
    </w:p>
    <w:p>
      <w:pPr>
        <w:jc w:val="right"/>
      </w:pPr>
      <w:r>
        <w:t>آپ کا تجربہ بالکل صحیح ہے کہ دعا میں پاور ہے۔" پھر ان کا ایک سوال ہے، مولانا، انہوں نے آپ سے پوچھا ہے کہ "دعا اور تدبیر میں کیسے فرق کریں؟" اس کو واضح کریں۔</w:t>
      </w:r>
    </w:p>
    <w:p>
      <w:r>
        <w:rPr>
          <w:b/>
        </w:rPr>
        <w:t xml:space="preserve">[37:55] </w:t>
      </w:r>
      <w:r>
        <w:t>dua aur tadbeer</w:t>
      </w:r>
    </w:p>
    <w:p>
      <w:pPr>
        <w:jc w:val="right"/>
      </w:pPr>
      <w:r>
        <w:t>دعا اور تدبیر</w:t>
      </w:r>
    </w:p>
    <w:p>
      <w:r>
        <w:rPr>
          <w:b/>
        </w:rPr>
        <w:t xml:space="preserve">[37:59] </w:t>
      </w:r>
      <w:r>
        <w:t>theek hai. pehle main ek aur baat kehta hoon: dekhiye, dua ka matlab har giz yeh nahi hai ke jo aap chahte hain woh poora ho jaye.</w:t>
      </w:r>
    </w:p>
    <w:p>
      <w:pPr>
        <w:jc w:val="right"/>
      </w:pPr>
      <w:r>
        <w:t>ٹھیک ہے۔ پہلے میں ایک اور بات کہتا ہوں: دیکھیے، دعا کا مطلب ہرگز یہ نہیں ہے کہ جو آپ چاہتے ہیں وہ پورا ہو جائے۔</w:t>
      </w:r>
    </w:p>
    <w:p>
      <w:r>
        <w:rPr>
          <w:b/>
        </w:rPr>
        <w:t xml:space="preserve">[38:12] </w:t>
      </w:r>
      <w:r>
        <w:t>bohat aham baat hai, har giz har giz yeh matlab nahi ke aap ne jo dua kiya, bas farishta le ke pahunch gaya.</w:t>
      </w:r>
    </w:p>
    <w:p>
      <w:pPr>
        <w:jc w:val="right"/>
      </w:pPr>
      <w:r>
        <w:t>بہت اہم بات ہے، ہرگز ہرگز یہ مطلب نہیں کہ آپ نے جو دعا کیا، بس فرشتہ لے کے پہنچ گیا۔</w:t>
      </w:r>
    </w:p>
    <w:p>
      <w:r>
        <w:rPr>
          <w:b/>
        </w:rPr>
        <w:t xml:space="preserve">[38:24] </w:t>
      </w:r>
      <w:r>
        <w:t>dua karta hai insan, poora karne wala khuda hai, woh apne apne is ke jo apni planning hoti hai, us ke mutabiq karta hai.</w:t>
      </w:r>
    </w:p>
    <w:p>
      <w:pPr>
        <w:jc w:val="right"/>
      </w:pPr>
      <w:r>
        <w:t>دعا کرتا ہے انسان، پورا کرنے والا خدا ہے، وہ اپنے اپنے اس کے جو اپنی پلاننگ ہوتی ہے، اس کے مطابق کرتا ہے۔</w:t>
      </w:r>
    </w:p>
    <w:p>
      <w:r>
        <w:rPr>
          <w:b/>
        </w:rPr>
        <w:t xml:space="preserve">[38:37] </w:t>
      </w:r>
      <w:r>
        <w:t>kabhi poora karta hi nahi, woh bhi par dua karna hota hai. kyunke aisa hota hai ke</w:t>
      </w:r>
    </w:p>
    <w:p>
      <w:pPr>
        <w:jc w:val="right"/>
      </w:pPr>
      <w:r>
        <w:t>کبھی پورا کرتا ہی نہیں، وہ بھی پر دعا کرنا ہوتا ہے۔ کیونکہ ایسا ہوتا ہے کہ</w:t>
      </w:r>
    </w:p>
    <w:p>
      <w:r>
        <w:rPr>
          <w:b/>
        </w:rPr>
        <w:t xml:space="preserve">[38:57] </w:t>
      </w:r>
      <w:r>
        <w:t>hadees mein aata hai, ek hadees hai ke "allah se jab koi mangta hai apne problem ke liye to</w:t>
      </w:r>
    </w:p>
    <w:p>
      <w:pPr>
        <w:jc w:val="right"/>
      </w:pPr>
      <w:r>
        <w:t>حدیث میں آتا ہے، ایک حدیث ہے کہ "اللہ سے جب کوئی مانگتا ہے اپنے پرابلم کے لیے تو</w:t>
      </w:r>
    </w:p>
    <w:p>
      <w:r>
        <w:rPr>
          <w:b/>
        </w:rPr>
        <w:t xml:space="preserve">[39:14] </w:t>
      </w:r>
      <w:r>
        <w:t>allah kehta hai: ya jibril, la ta'ajjil li qada'i abdhi." yeh bhi samajh lijiye:</w:t>
      </w:r>
    </w:p>
    <w:p>
      <w:pPr>
        <w:jc w:val="right"/>
      </w:pPr>
      <w:r>
        <w:t>اللہ کہتا ہے: یا جبرائیل، لا تعجل لقاء القضائے حبدی۔" یہ بھی سمجھ لیجئے:</w:t>
      </w:r>
    </w:p>
    <w:p>
      <w:r>
        <w:rPr>
          <w:b/>
        </w:rPr>
        <w:t xml:space="preserve">[39:33] </w:t>
      </w:r>
      <w:r>
        <w:t>ya jibril, la ta'ajjil li qada'i abdhi.</w:t>
      </w:r>
    </w:p>
    <w:p>
      <w:pPr>
        <w:jc w:val="right"/>
      </w:pPr>
      <w:r>
        <w:t>"یا جبرائیل، لا تعجل لقاء القضائے حبدی۔"</w:t>
      </w:r>
    </w:p>
    <w:p>
      <w:r>
        <w:rPr>
          <w:b/>
        </w:rPr>
        <w:t xml:space="preserve">[39:42] </w:t>
      </w:r>
      <w:r>
        <w:t>fani ahibbu sawtahu,</w:t>
      </w:r>
    </w:p>
    <w:p>
      <w:pPr>
        <w:jc w:val="right"/>
      </w:pPr>
      <w:r>
        <w:t>فانی احب الصوت،</w:t>
      </w:r>
    </w:p>
    <w:p>
      <w:r>
        <w:rPr>
          <w:b/>
        </w:rPr>
        <w:t xml:space="preserve">[39:48] </w:t>
      </w:r>
      <w:r>
        <w:t>ae jibril, mere is bande ki dua ko poora karne mein jaldi na kar,</w:t>
      </w:r>
    </w:p>
    <w:p>
      <w:pPr>
        <w:jc w:val="right"/>
      </w:pPr>
      <w:r>
        <w:t>اے جبرائیل، میرے اس بندے کی دعا کو پورا کرنے میں جلدی نہ کر،</w:t>
      </w:r>
    </w:p>
    <w:p>
      <w:r>
        <w:rPr>
          <w:b/>
        </w:rPr>
        <w:t xml:space="preserve">[39:57] </w:t>
      </w:r>
      <w:r>
        <w:t>kyunke mujh ko is ki awaz pasand hai. awaz ke ma'ne kya hain? is ki duaen, is ka tadapna, is ka allah par bharosa dikhana.</w:t>
      </w:r>
    </w:p>
    <w:p>
      <w:pPr>
        <w:jc w:val="right"/>
      </w:pPr>
      <w:r>
        <w:t>کیونکہ مجھ کو اس کی آواز پسند ہے۔ آواز کے معنی کیا ہیں؟ اس کی دعائیں، اس کا تڑپنا، اس کا اللہ پر بھروسہ دکھانا۔</w:t>
      </w:r>
    </w:p>
    <w:p>
      <w:r>
        <w:rPr>
          <w:b/>
        </w:rPr>
        <w:t xml:space="preserve">[40:10] </w:t>
      </w:r>
      <w:r>
        <w:t>kyun? jitna zyada woh badhega, utna aap ka personality development hoga. yeh allah taala dua ke mein taakhir karta hai taake bande ka tarap paida ho,</w:t>
      </w:r>
    </w:p>
    <w:p>
      <w:pPr>
        <w:jc w:val="right"/>
      </w:pPr>
      <w:r>
        <w:t>کیوں؟ جتنا زیادہ وہ بڑھے گا، اتنا آپ کا پرسنیلٹی ڈیولپمنٹ ہوگا۔ یہ اللہ تعالی دعا کے میں تاخیر کرتا ہے تاکہ بندے کا تڑپ پیدا ہو،</w:t>
      </w:r>
    </w:p>
    <w:p>
      <w:r>
        <w:rPr>
          <w:b/>
        </w:rPr>
        <w:t xml:space="preserve">[40:27] </w:t>
      </w:r>
      <w:r>
        <w:t>dard paida ho, duaen niklen aur bande ki personality development aur zyada ho, aur zyada ho, aur zyada ho.</w:t>
      </w:r>
    </w:p>
    <w:p>
      <w:pPr>
        <w:jc w:val="right"/>
      </w:pPr>
      <w:r>
        <w:t>درد پیدا ہو، دعائیں نکلیں اور بندے کی پرسنیلٹی ڈیولپمنٹ اور زیادہ ہو، اور زیادہ ہو، اور زیادہ ہو۔</w:t>
      </w:r>
    </w:p>
    <w:p>
      <w:r>
        <w:rPr>
          <w:b/>
        </w:rPr>
        <w:t xml:space="preserve">[40:41] </w:t>
      </w:r>
      <w:r>
        <w:t>yeh aspect kya? aap kya keh rahe the? molana, molana iqbal umri ka sawal tha ke dua, molana iqbal umri ka sawal tha ke dua aur tadbeer mein kaise farq karen?</w:t>
      </w:r>
    </w:p>
    <w:p>
      <w:pPr>
        <w:jc w:val="right"/>
      </w:pPr>
      <w:r>
        <w:t>یہ اسپیکٹ کیا؟ آپ کیا کہہ رہے تھے؟ مولانا، مولانا اقبال عمری کا سوال تھا کہ دعا، مولانا اقبال عمری کا سوال تھا کہ دعا اور تدبیر میں کیسے فرق کریں؟</w:t>
      </w:r>
    </w:p>
    <w:p>
      <w:r>
        <w:rPr>
          <w:b/>
        </w:rPr>
        <w:t xml:space="preserve">[40:57] </w:t>
      </w:r>
      <w:r>
        <w:t>is ko woh chahte hain wazeh karen. isi ki jawab de diya maine ji</w:t>
      </w:r>
    </w:p>
    <w:p>
      <w:pPr>
        <w:jc w:val="right"/>
      </w:pPr>
      <w:r>
        <w:t>اس کو وہ چاہتے ہیں واضح کریں۔ اسی کی جواب دے دیا میں نے جی</w:t>
      </w:r>
    </w:p>
    <w:p>
      <w:r>
        <w:rPr>
          <w:b/>
        </w:rPr>
        <w:t xml:space="preserve">[41:06] </w:t>
      </w:r>
      <w:r>
        <w:t>ke kabhi foran dua qubool ho jati hai aur</w:t>
      </w:r>
    </w:p>
    <w:p>
      <w:pPr>
        <w:jc w:val="right"/>
      </w:pPr>
      <w:r>
        <w:t>کہ کبھی فوراً دعا قبول ہو جاتی ہے اور</w:t>
      </w:r>
    </w:p>
    <w:p>
      <w:r>
        <w:rPr>
          <w:b/>
        </w:rPr>
        <w:t xml:space="preserve">[41:17] </w:t>
      </w:r>
      <w:r>
        <w:t>banda samajhta hai ke meri dua qubool ho gayi. kabhi der hoti hai to samajhta hai ke dua nahi qubool hui, halanke inter process hoti hai.</w:t>
      </w:r>
    </w:p>
    <w:p>
      <w:pPr>
        <w:jc w:val="right"/>
      </w:pPr>
      <w:r>
        <w:t>بندہ سمجھتا ہے کہ میری دعا قبول ہو گئی۔ کبھی دیر ہوتی ہے تو سمجھتا ہے کہ دعا نہیں قبول ہوئی، حالانکہ انٹر پروسیس ہوتی ہے۔</w:t>
      </w:r>
    </w:p>
    <w:p>
      <w:r>
        <w:rPr>
          <w:b/>
        </w:rPr>
        <w:t xml:space="preserve">[41:28] </w:t>
      </w:r>
      <w:r>
        <w:t>dua kabhi process mein chali jati hai aur kabhi qubool por ho jati hai.</w:t>
      </w:r>
    </w:p>
    <w:p>
      <w:pPr>
        <w:jc w:val="right"/>
      </w:pPr>
      <w:r>
        <w:t>دعا کبھی پروسیس میں چلی جاتی ہے اور کبھی قبول پور ہو جاتی ہے۔</w:t>
      </w:r>
    </w:p>
    <w:p>
      <w:r>
        <w:rPr>
          <w:b/>
        </w:rPr>
        <w:t xml:space="preserve">[41:36] </w:t>
      </w:r>
      <w:r>
        <w:t>to tadbeer asal nahi hai, asal cheez dua hai. allah ki marzi hai, lekin do shakalain hain.</w:t>
      </w:r>
    </w:p>
    <w:p>
      <w:pPr>
        <w:jc w:val="right"/>
      </w:pPr>
      <w:r>
        <w:t>تو تدبیر اصل نہیں ہے، اصل چیز دعا ہے۔ اللہ کی مرضی ہے، لیکن دو شکلیں ہیں۔</w:t>
      </w:r>
    </w:p>
    <w:p>
      <w:r>
        <w:rPr>
          <w:b/>
        </w:rPr>
        <w:t xml:space="preserve">[41:49] </w:t>
      </w:r>
      <w:r>
        <w:t>yeh jo kehna ke "ae jibril, dua poora na kar", yeh abhi abhi dua under process hai.</w:t>
      </w:r>
    </w:p>
    <w:p>
      <w:pPr>
        <w:jc w:val="right"/>
      </w:pPr>
      <w:r>
        <w:t>یہ جو کہنا کہ "اے جبرائیل، دعا پورا نہ کر"، یہ ابھی ابھی دعا انڈر پروسیس ہے۔</w:t>
      </w:r>
    </w:p>
    <w:p>
      <w:r>
        <w:rPr>
          <w:b/>
        </w:rPr>
        <w:t xml:space="preserve">[42:06] </w:t>
      </w:r>
      <w:r>
        <w:t>sajid anwar sahib ne mumbai se likha hai: "molana, the criterion you have given to do dua to allah is the most critical one.</w:t>
      </w:r>
    </w:p>
    <w:p>
      <w:pPr>
        <w:jc w:val="right"/>
      </w:pPr>
      <w:r>
        <w:t>ساجد انور صاحب نے ممبئی سے لکھا ہے: "مولانا، دا کرائٹیرین یو ہیو گیون ٹو ڈو دعا ٹو اللہ از دا موسٹ کریٹیکل ون۔</w:t>
      </w:r>
    </w:p>
    <w:p>
      <w:r>
        <w:rPr>
          <w:b/>
        </w:rPr>
        <w:t xml:space="preserve">[42:17] </w:t>
      </w:r>
      <w:r>
        <w:t>this lecture needs to be listened thousand times to imbibe the spirit of this criterion." azhar mubarak sahib ne bhagalpur se likha hai: "you are the lighthouse of truth.</w:t>
      </w:r>
    </w:p>
    <w:p>
      <w:pPr>
        <w:jc w:val="right"/>
      </w:pPr>
      <w:r>
        <w:t>دس لیکچر نیڈز ٹو بی لسنڈ تھاؤزنڈ ٹائمز ٹو ایمبائیب دا سپرٹ اف دس کرائٹیرین۔" اظہر مبارک صاحب نے بھاگلپور سے لکھا ہے: "یو آر دا لائٹ ہاؤس اف ٹروتھ۔</w:t>
      </w:r>
    </w:p>
    <w:p>
      <w:r>
        <w:rPr>
          <w:b/>
        </w:rPr>
        <w:t xml:space="preserve">[42:32] </w:t>
      </w:r>
      <w:r>
        <w:t>no words acknowledge can acknowledge you. your words draw out tears of tears from eyes and recharge our soul." irshad ali sahib ne sawal likha hai rampur se,</w:t>
      </w:r>
    </w:p>
    <w:p>
      <w:pPr>
        <w:jc w:val="right"/>
      </w:pPr>
      <w:r>
        <w:t>نو ورڈز ایکنالج کین ایکنالج یو۔ یور ورڈز ڈرا آؤٹ ٹیئرز اف ٹیئرز فرام آئیز اینڈ ریچارج اور سول۔" ارشاد علی صاحب نے سوال لکھا ہے رامپور سے،</w:t>
      </w:r>
    </w:p>
    <w:p>
      <w:r>
        <w:rPr>
          <w:b/>
        </w:rPr>
        <w:t xml:space="preserve">[42:50] </w:t>
      </w:r>
      <w:r>
        <w:t>unhon ne likha hai: "molana, kuch log ghairullah ke darbaron par apni problems ke solution ke liye jate hain aur phir ab darbaron, darbar, dargah." haan ji ji ji ji ji</w:t>
      </w:r>
    </w:p>
    <w:p>
      <w:pPr>
        <w:jc w:val="right"/>
      </w:pPr>
      <w:r>
        <w:t>انہوں نے لکھا ہے: "مولانا، کچھ لوگ غیر اللہ کے درباروں پر اپنی پرابلمز کے سلویوشن کے لیے جاتے ہیں اور پھر اب درباروں، دربار، درگاہ۔" ہاں جی جی جی جی جی</w:t>
      </w:r>
    </w:p>
    <w:p>
      <w:r>
        <w:rPr>
          <w:b/>
        </w:rPr>
        <w:t xml:space="preserve">[43:06] </w:t>
      </w:r>
      <w:r>
        <w:t>ji! lahore mein qabool o qabool o gunah hai, woh dua hai. un ka nahi nahi, molana, un ka sawal yeh hai ke aur phir woh kuch ka hawala kyun diya? unhon ne woh toh gunah hai, woh koi dua dua hai.</w:t>
      </w:r>
    </w:p>
    <w:p>
      <w:pPr>
        <w:jc w:val="right"/>
      </w:pPr>
      <w:r>
        <w:t>جی! لاہور میں قبول و قبول و گناہ ہے، وہ دعا ہے۔ ان کا نہیں نہیں، مولانا، ان کا سوال یہ ہے کہ اور پھر وہ کچھ کا حوالہ کیوں دیا؟ انہوں نے وہ تو گناہ ہے، وہ کوئی دعا دعا ہے۔</w:t>
      </w:r>
    </w:p>
    <w:p>
      <w:r>
        <w:rPr>
          <w:b/>
        </w:rPr>
        <w:t xml:space="preserve">[43:17] </w:t>
      </w:r>
      <w:r>
        <w:t>woh ji molana, woh yahi pooch rahe hain ke ah, woh log yeh kehte hain jo log jate hain, woh apna experience batate hain ke hamari sari problems door ho gayi.</w:t>
      </w:r>
    </w:p>
    <w:p>
      <w:pPr>
        <w:jc w:val="right"/>
      </w:pPr>
      <w:r>
        <w:t>وہ جی مولانا، وہ یہی پوچھ رہے ہیں کہ اہ، وہ لوگ یہ کہتے ہیں جو لوگ جاتے ہیں، وہ اپنا ایکسپیرینس بتاتے ہیں کہ ہماری ساری پرابلمز دور ہو گئی۔</w:t>
      </w:r>
    </w:p>
    <w:p>
      <w:r>
        <w:rPr>
          <w:b/>
        </w:rPr>
        <w:t xml:space="preserve">[43:27] </w:t>
      </w:r>
      <w:r>
        <w:t>nahi, yeh yeh yeh abhi hamari kitabein nahi padhi. unhon ne aisa baat keh rahe hain ke bilkul jis ka koi talluq dua se hai na Allah se</w:t>
      </w:r>
    </w:p>
    <w:p>
      <w:pPr>
        <w:jc w:val="right"/>
      </w:pPr>
      <w:r>
        <w:t>نہیں، یہ یہ یہ ابھی ہماری کتابیں نہیں پڑھی۔ انہوں نے ایسا بات کہہ رہے ہیں کہ بالکل جس کا کوئی تعلق دعا سے ہے نہ اللہ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