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Peace Conference 2019 Day 2 Session 1 Chapter Session</w:t>
      </w:r>
    </w:p>
    <w:p>
      <w:r>
        <w:t>https://www.youtube.com/watch?v=s4B49NobfD4</w:t>
      </w:r>
    </w:p>
    <w:p>
      <w:r>
        <w:rPr>
          <w:b/>
        </w:rPr>
        <w:t xml:space="preserve">[00:07] </w:t>
      </w:r>
      <w:r>
        <w:t>aap sab logon ka bohat welcome hai, swagat hai is doosre din ke program mein. aur aaj ka jo rahega program, woh team activity sharing par rahega, aur aage ki hamari jo future planning hai individual teams ki, woh share karenge hamare saath. aur yeh halanki per team ko 10 minute diye gaye hain, aur i know its very less time, in fact</w:t>
      </w:r>
    </w:p>
    <w:p>
      <w:pPr>
        <w:jc w:val="right"/>
      </w:pPr>
      <w:r>
        <w:t>आप सब लोगों का बहुत वेलकम है, स्वागत है इस दूसरे दिन के प्रोग्राम में। और आज का जो रहेगा प्रोग्राम, वो टीम एक्टिविटी शेयरिंग पर रहेगा, और आगे की हमारी जो फ्यूचर प्लानिंग है इंडिविजुअल टीम्स की, वो शेयर करेंगे हमारे साथ। और ये हालांकि पर टीम को 10 मिनट दिए गए हैं, और आई नो इट्स वेरी लेस टाइम, इनफैक्ट</w:t>
      </w:r>
    </w:p>
    <w:p>
      <w:r>
        <w:rPr>
          <w:b/>
        </w:rPr>
        <w:t xml:space="preserve">[00:33] </w:t>
      </w:r>
      <w:r>
        <w:t>ek ek ded ded ghanta bhi hota toh bohat kam hai woh. but unfortunately aaj time hamare paas bohat kam hai, aur we have to pack a lot of things in the hours that we have with us. so we will start with doctor aslam khan, aur i like to tell you that thode se change hue hain jo program details aapko docket mein hain, aur we are not will not be able to follow the sequence for the first one hour. to</w:t>
      </w:r>
    </w:p>
    <w:p>
      <w:pPr>
        <w:jc w:val="right"/>
      </w:pPr>
      <w:r>
        <w:t>एक-एक डेढ़ डेढ़ घंटा भी होता तो बहुत कम है वो। बट अनफॉर्चूनेटली आज टाइम हमारे पास बहुत कम है, और वी हैव तू पैक एन लोट ऑफ थिंग्स इन डी अवर्स डेट वे हैव विथ अस। सो वे बिल स्टार्ट विद डॉक्टर असलम खान, और आई लाइक तू तेल यू डेट थोड़े से चेंज हुए हैं जो प्रोग्राम डीटेल्स आपको डॉकेट में हैं, और वे आर नोट बिल नोट बी एबल तू फॉलो डी सीक्वेंस पर डी फर्स्ट वन अवर। तो</w:t>
      </w:r>
    </w:p>
    <w:p>
      <w:r>
        <w:rPr>
          <w:b/>
        </w:rPr>
        <w:t xml:space="preserve">[01:02] </w:t>
      </w:r>
      <w:r>
        <w:t>kar paanch jo team members hain jinko aaj bolna hai, main unke naam bata deta hoon, aur they are required to be here for the first one hour. that is first will start with doctor aslam, aur then zaheer sahib, ab doosra mat sahib sajid khan sahib from nagpur, aur bilal sahib from et nagar. to sabse pehle main doctor aslam sahib ko bulana chahunga yahan par stage par, aur doctor aslam sahib needs no introduction. he is the</w:t>
      </w:r>
    </w:p>
    <w:p>
      <w:pPr>
        <w:jc w:val="right"/>
      </w:pPr>
      <w:r>
        <w:t>कर पांच जो टीम मेंबर्स हैं जिनको आज बोलना है, मैं उनके नाम बता देता हूं, और दे आर रिक्वायर्ड तू बी हर पर डी फर्स्ट वन अवर। डेट इस फर्स्ट बिल स्टार्ट विद डॉक्टर असलम, और दें जाहिर साहब, अब दूसरा मत साहब साजिद खान साहब फ्रॉम नागपुर, और बिलाल साहब फ्रॉम ईट नगर। तो सबसे पहले मैं डॉक्टर असलम साहब को बुलाना चाहूंगा यहां पर स्टेज पर, और डॉक्टर असलम साहब नीड्स नो इंट्रोडक्शन। ही इसे दी</w:t>
      </w:r>
    </w:p>
    <w:p>
      <w:r>
        <w:rPr>
          <w:b/>
        </w:rPr>
        <w:t xml:space="preserve">[01:31] </w:t>
      </w:r>
      <w:r>
        <w:t>rockstar of cos, aur gtv mein bohat chha rehte hain doctor sahib. aur to doctor sahib ab aaye hain apni baat pesh karein. haan please aaiye.</w:t>
      </w:r>
    </w:p>
    <w:p>
      <w:pPr>
        <w:jc w:val="right"/>
      </w:pPr>
      <w:r>
        <w:t>रॉकस्टार ऑफ कस, और जीटीवी में बहुत छह रहते हैं डॉक्टर साहब। और तो डॉक्टर साहब अब आए हैं अपनी बात पेस करें। हां प्लीज आइए।</w:t>
      </w:r>
    </w:p>
    <w:p>
      <w:r>
        <w:rPr>
          <w:b/>
        </w:rPr>
        <w:t xml:space="preserve">[01:50] </w:t>
      </w:r>
      <w:r>
        <w:t>assalam walekum.</w:t>
      </w:r>
    </w:p>
    <w:p>
      <w:pPr>
        <w:jc w:val="right"/>
      </w:pPr>
      <w:r>
        <w:t>अस्सलाम वालेकुम।</w:t>
      </w:r>
    </w:p>
    <w:p>
      <w:r>
        <w:rPr>
          <w:b/>
        </w:rPr>
        <w:t xml:space="preserve">[01:58] </w:t>
      </w:r>
      <w:r>
        <w:t>abhi convener</w:t>
      </w:r>
    </w:p>
    <w:p>
      <w:pPr>
        <w:jc w:val="right"/>
      </w:pPr>
      <w:r>
        <w:t>अभी कन्वेनर</w:t>
      </w:r>
    </w:p>
    <w:p>
      <w:r>
        <w:rPr>
          <w:b/>
        </w:rPr>
        <w:t xml:space="preserve">[02:02] </w:t>
      </w:r>
      <w:r>
        <w:t>janab khurram sahib ne kaha ke already hum 25 minute late ho gaye hain. to yeh baat behad zaroori hai khas taur se daai hazrat ke liye ke woh punctual rahein. thoda sa change kiya gaya program mein, lekin 3:30 baje hi khatam karne ka irada hai. aur aaj jo yeh mujhe nahi bolna tha,</w:t>
      </w:r>
    </w:p>
    <w:p>
      <w:pPr>
        <w:jc w:val="right"/>
      </w:pPr>
      <w:r>
        <w:t>जनाब खुर्रम साहब ने कहा कि ऑलरेडी हम 25 मिनट लेट हो गए हैं। तो यह बात बेहद जरूरी है खासतौर से दाई हजरत के लिए कि वह पंक्चुअल रहे। थोड़ा सा चेंज किया गया प्रोग्राम में, लेकिन 3:30 बजे ही खत्म करने का राधा है। और आज जो यह मुझे नहीं बोलना था,</w:t>
      </w:r>
    </w:p>
    <w:p>
      <w:r>
        <w:rPr>
          <w:b/>
        </w:rPr>
        <w:t xml:space="preserve">[02:28] </w:t>
      </w:r>
      <w:r>
        <w:t>doctor safeena tabassum jo</w:t>
      </w:r>
    </w:p>
    <w:p>
      <w:pPr>
        <w:jc w:val="right"/>
      </w:pPr>
      <w:r>
        <w:t>डॉक्टर सफीना तबस्सुम जो</w:t>
      </w:r>
    </w:p>
    <w:p>
      <w:r>
        <w:rPr>
          <w:b/>
        </w:rPr>
        <w:t xml:space="preserve">[02:32] </w:t>
      </w:r>
      <w:r>
        <w:t>eye surgeon hain, meri badi beti hai woh, to bohat arse se dawa kar rahi hai. to usko aana tha kisi wajah se woh nahi aa paayi. to jo usne</w:t>
      </w:r>
    </w:p>
    <w:p>
      <w:pPr>
        <w:jc w:val="right"/>
      </w:pPr>
      <w:r>
        <w:t>आई सर्जन हैं, मेरी बड़ी बेटी है वह, तो बहुत अर्से से दवा क कर रही है। तो उसको आना था किसी वजह से वह नहीं ए पी। तो जो उसने</w:t>
      </w:r>
    </w:p>
    <w:p>
      <w:r>
        <w:rPr>
          <w:b/>
        </w:rPr>
        <w:t xml:space="preserve">[02:45] </w:t>
      </w:r>
      <w:r>
        <w:t>bolna tha, woh mujhe bheja to main padhkar suna deta hoon. aap</w:t>
      </w:r>
    </w:p>
    <w:p>
      <w:pPr>
        <w:jc w:val="right"/>
      </w:pPr>
      <w:r>
        <w:t>बोलना था, वह मुझे भेजा तो मैं पढ़कर सुना देता हूं। आप</w:t>
      </w:r>
    </w:p>
    <w:p>
      <w:r>
        <w:rPr>
          <w:b/>
        </w:rPr>
        <w:t xml:space="preserve">[02:53] </w:t>
      </w:r>
      <w:r>
        <w:t>pehle toh sabko assalam walekum. aur jo yeh likhkar bheja hai, woh saqib ke paas hi maujood hai. sab le sakte hain wahan se copy, jo lena chahe copy le sakte hain.</w:t>
      </w:r>
    </w:p>
    <w:p>
      <w:pPr>
        <w:jc w:val="right"/>
      </w:pPr>
      <w:r>
        <w:t>पहले तो सबको अस्सलाम वालेकुम। और जो यह लिखकर भेजा है, वह साकिब के पास ही मौजूद है। सब ले सकते हैं वहां से कॉपी, जो लेना चाहे कॉपी ले सकते हैं।</w:t>
      </w:r>
    </w:p>
    <w:p>
      <w:r>
        <w:rPr>
          <w:b/>
        </w:rPr>
        <w:t xml:space="preserve">[03:06] </w:t>
      </w:r>
      <w:r>
        <w:t>to thoda sa iske bare mein bata doon. bachpan se chuki se aligarh se usne mbbs ms kiya, to aligarh university jo hai, uske mahaul mein woh rang gayi thi. aur taqreeban kafi sa arsa rehna pada se wahan education ki wajah se. to woh ekdum</w:t>
      </w:r>
    </w:p>
    <w:p>
      <w:pPr>
        <w:jc w:val="right"/>
      </w:pPr>
      <w:r>
        <w:t>तो थोड़ा सा इसके बड़े में बता डन। बचपन से चूंकि से अलीगढ़ से उसने एमबीबीएस एमएस किया, तो अलीगढ़ यूनिवर्सिटी जो है, उसके माहौल में वह रंग गई थी। और तकरीबन काफी सा अरसे रहना पड़ा से वहां एजुकेशन के वजह से। तो वह एकदम</w:t>
      </w:r>
    </w:p>
    <w:p>
      <w:r>
        <w:rPr>
          <w:b/>
        </w:rPr>
        <w:t xml:space="preserve">[03:24] </w:t>
      </w:r>
      <w:r>
        <w:t>hamare literature ke khilaf thi.</w:t>
      </w:r>
    </w:p>
    <w:p>
      <w:pPr>
        <w:jc w:val="right"/>
      </w:pPr>
      <w:r>
        <w:t>हमारे लिटरेचर के खिलाफ थी।</w:t>
      </w:r>
    </w:p>
    <w:p>
      <w:r>
        <w:rPr>
          <w:b/>
        </w:rPr>
        <w:t xml:space="preserve">[03:26] </w:t>
      </w:r>
      <w:r>
        <w:t>جو peace کا literature ہے، دعوت کا literature ہے، علیہ السلام کا جو مزاج ہے، وہ وہ مسلم</w:t>
      </w:r>
    </w:p>
    <w:p>
      <w:pPr>
        <w:jc w:val="right"/>
      </w:pPr>
      <w:r>
        <w:t>जो पीस का लिटरेचर है, दाई का लिटरेचर है, अली साला का जो मिजाज है, वो वो मुस्लिम</w:t>
      </w:r>
    </w:p>
    <w:p>
      <w:r>
        <w:rPr>
          <w:b/>
        </w:rPr>
        <w:t xml:space="preserve">[03:31] </w:t>
      </w:r>
      <w:r>
        <w:t>prasti ka mizaj tha.</w:t>
      </w:r>
    </w:p>
    <w:p>
      <w:pPr>
        <w:jc w:val="right"/>
      </w:pPr>
      <w:r>
        <w:t>प्रस्ती का मिजाज था।</w:t>
      </w:r>
    </w:p>
    <w:p>
      <w:r>
        <w:rPr>
          <w:b/>
        </w:rPr>
        <w:t xml:space="preserve">[03:32] </w:t>
      </w:r>
      <w:r>
        <w:t>to Allah ka bara shukr hai ke jab wo parh kar aai taleem ke baad mein, phir wo military</w:t>
      </w:r>
    </w:p>
    <w:p>
      <w:pPr>
        <w:jc w:val="right"/>
      </w:pPr>
      <w:r>
        <w:t>तो अल्लाह का बड़ा शुक्र है कि जब वो पढ़कर आई तालीम के बाद में, फिर वो मिलिट्री</w:t>
      </w:r>
    </w:p>
    <w:p>
      <w:r>
        <w:rPr>
          <w:b/>
        </w:rPr>
        <w:t xml:space="preserve">[03:37] </w:t>
      </w:r>
      <w:r>
        <w:t>mein appointment iska ho gaya.</w:t>
      </w:r>
    </w:p>
    <w:p>
      <w:pPr>
        <w:jc w:val="right"/>
      </w:pPr>
      <w:r>
        <w:t>में अपॉइंटमेंट इसका हो गया।</w:t>
      </w:r>
    </w:p>
    <w:p>
      <w:r>
        <w:rPr>
          <w:b/>
        </w:rPr>
        <w:t xml:space="preserve">[03:38] </w:t>
      </w:r>
      <w:r>
        <w:t>aur uske baad mein phir humne Maulana se touch mein rakha usko.</w:t>
      </w:r>
    </w:p>
    <w:p>
      <w:pPr>
        <w:jc w:val="right"/>
      </w:pPr>
      <w:r>
        <w:t>और उसके बाद में फिर हमने मौलाना से टच में रखा उसको।</w:t>
      </w:r>
    </w:p>
    <w:p>
      <w:r>
        <w:rPr>
          <w:b/>
        </w:rPr>
        <w:t xml:space="preserve">[03:42] </w:t>
      </w:r>
      <w:r>
        <w:t>Delhi mein sabse pehle appointment hua.</w:t>
      </w:r>
    </w:p>
    <w:p>
      <w:pPr>
        <w:jc w:val="right"/>
      </w:pPr>
      <w:r>
        <w:t>दिल्ली में सबसे पहले अपॉइंटमेंट हुआ।</w:t>
      </w:r>
    </w:p>
    <w:p>
      <w:r>
        <w:rPr>
          <w:b/>
        </w:rPr>
        <w:t xml:space="preserve">[03:44] </w:t>
      </w:r>
      <w:r>
        <w:t>to Allah ka shukr hai, wo behtareen ab dahi ban gayi hai.</w:t>
      </w:r>
    </w:p>
    <w:p>
      <w:pPr>
        <w:jc w:val="right"/>
      </w:pPr>
      <w:r>
        <w:t>तो अल्लाह का शुक्र है, वह बेहतरीन अब दाई बन गई है।</w:t>
      </w:r>
    </w:p>
    <w:p>
      <w:r>
        <w:rPr>
          <w:b/>
        </w:rPr>
        <w:t xml:space="preserve">[03:47] </w:t>
      </w:r>
      <w:r>
        <w:t>aur Maulana kehna yeh hai ke jitne bhi hamare dahi hain, un mein sabse acha jo pinpoint ya</w:t>
      </w:r>
    </w:p>
    <w:p>
      <w:pPr>
        <w:jc w:val="right"/>
      </w:pPr>
      <w:r>
        <w:t>और मौलाना कहना यह है कि जितने भी हमारे दाई हैं, उनमें सबसे अच्छा जो पी पॉइंट या</w:t>
      </w:r>
    </w:p>
    <w:p>
      <w:r>
        <w:rPr>
          <w:b/>
        </w:rPr>
        <w:t xml:space="preserve">[03:53] </w:t>
      </w:r>
      <w:r>
        <w:t>question ya illustration karti hai, wo Safina Tabassum hi karti hai.</w:t>
      </w:r>
    </w:p>
    <w:p>
      <w:pPr>
        <w:jc w:val="right"/>
      </w:pPr>
      <w:r>
        <w:t>क्वेश्चन या इल्यूब्रेशन करती है, वह सफीना तबस्सुम ही करती है।</w:t>
      </w:r>
    </w:p>
    <w:p>
      <w:r>
        <w:rPr>
          <w:b/>
        </w:rPr>
        <w:t xml:space="preserve">[03:57] </w:t>
      </w:r>
      <w:r>
        <w:t>to Allah ka bara shukr hai ke wo aaj hamare mission mein shamil ho gayi hai.</w:t>
      </w:r>
    </w:p>
    <w:p>
      <w:pPr>
        <w:jc w:val="right"/>
      </w:pPr>
      <w:r>
        <w:t>तो अल्लाह का बड़ा शुक्र है कि वह आज हमारे मिशन में शामिल हो गई है।</w:t>
      </w:r>
    </w:p>
    <w:p>
      <w:r>
        <w:rPr>
          <w:b/>
        </w:rPr>
        <w:t xml:space="preserve">[04:01] </w:t>
      </w:r>
      <w:r>
        <w:t>warna khaastor se Aligarh aur Banaras University, yeh log dono log jo hain,</w:t>
      </w:r>
    </w:p>
    <w:p>
      <w:pPr>
        <w:jc w:val="right"/>
      </w:pPr>
      <w:r>
        <w:t>वरना खासतौर से अलीगढ़ और बनारस यूनिवर्सिटी, यह लोग दोनों लोग जो हैं,</w:t>
      </w:r>
    </w:p>
    <w:p>
      <w:r>
        <w:rPr>
          <w:b/>
        </w:rPr>
        <w:t xml:space="preserve">[04:06] </w:t>
      </w:r>
      <w:r>
        <w:t>is tarah ki baatein pasand nahi karte. kyunke mahaul is tarah ka hai wahan. to usne likha hai, "my life was total in darkness before i came to know the ideology of molana sahib. i thought of</w:t>
      </w:r>
    </w:p>
    <w:p>
      <w:pPr>
        <w:jc w:val="right"/>
      </w:pPr>
      <w:r>
        <w:t>इस तरह की बातें पसंद नहीं करते। क्योंकि माहौल इस तरह का है वहां। तो उसने लिखा है, "मी लाइफ वास टोटल इन डार्कनेस बिफोर आई केम तू नो डी आईडियोलॉजी ऑफ मौलाना साहब। आई थॉट ऑफ</w:t>
      </w:r>
    </w:p>
    <w:p>
      <w:r>
        <w:rPr>
          <w:b/>
        </w:rPr>
        <w:t xml:space="preserve">[04:20] </w:t>
      </w:r>
      <w:r>
        <w:t>being victimized by others in aligarh muslim university. this thought process</w:t>
      </w:r>
    </w:p>
    <w:p>
      <w:pPr>
        <w:jc w:val="right"/>
      </w:pPr>
      <w:r>
        <w:t>बीइंग विक्टिमाइज्ड बाय आदर्श इन अलीगढ़ मुस्लिम यूनिवर्सिटी। दिस थॉट प्रोसेस</w:t>
      </w:r>
    </w:p>
    <w:p>
      <w:r>
        <w:rPr>
          <w:b/>
        </w:rPr>
        <w:t xml:space="preserve">[04:26] </w:t>
      </w:r>
      <w:r>
        <w:t>process is war rampant and i have to convince. i strongly believed in them. but unfortunately for me, my father was an early sala reader ever since my childhood days. i remember him discussing molana in his diary with my mother or other family members. i never used to understand those discussions, but</w:t>
      </w:r>
    </w:p>
    <w:p>
      <w:pPr>
        <w:jc w:val="right"/>
      </w:pPr>
      <w:r>
        <w:t>प्रोसेस इस वार रैंपेंट और आई हैव तू कन्वेंस। आई स्ट्रांग्ली बिलीव्ड इन डेम। बट अनफॉर्चूनेटली पर मी, मी फादर वास एन अर्ली साला रीडर एवरसिंस मी चाइल्डहुड डेज। आई रिमेंबर हम डिस्कसिंग मौलाना इन हिज डायरी विद मी मदर और अदर फैमिली मेंबर्स। आई नेवर यूज्ड तू अंडरस्टैंड दो डिस्कशन, बट</w:t>
      </w:r>
    </w:p>
    <w:p>
      <w:r>
        <w:rPr>
          <w:b/>
        </w:rPr>
        <w:t xml:space="preserve">[04:52] </w:t>
      </w:r>
      <w:r>
        <w:t>somehow was introduced to the ideology. after completing my studies, i found time to read books like god arise and ali sala. and listen to his lecture. i still remember, i could not attend</w:t>
      </w:r>
    </w:p>
    <w:p>
      <w:pPr>
        <w:jc w:val="right"/>
      </w:pPr>
      <w:r>
        <w:t>सम हो वास इंट्रोड्यूस्ड तू डी आईडियोलॉजी। आफ्टर कंप्लीटिंग मी स्टडीज, आई फाउंड टाइम तू रीड बुक्स लाइक गॉड अराइज और अली साला। और लिसन तू हिज लेक्चर। आई स्टाइल रिमेंबर, आई कूद नोट अटेंड</w:t>
      </w:r>
    </w:p>
    <w:p>
      <w:r>
        <w:rPr>
          <w:b/>
        </w:rPr>
        <w:t xml:space="preserve">[05:12] </w:t>
      </w:r>
      <w:r>
        <w:t>those lectures. as my kids were really small back then. but my brother amma used to attend them or i used to listen it from him. this opened up my mind to a new world. all my curious were logical answered by knowing the krishna plan of god. i had never imagined religion as a way of my life</w:t>
      </w:r>
    </w:p>
    <w:p>
      <w:pPr>
        <w:jc w:val="right"/>
      </w:pPr>
      <w:r>
        <w:t>दो लेक्चरर्स। आज मी किड्स वर रियली स्मॉल बैक दें। बट मी ब्रदर अम्मा यूज्ड तू अटेंड डेम और आई यूज्ड तू लिसन आईटी फ्रॉम हिम। दिस ओपन अप मी माइंड तू एन न्यू वर्ल्ड। जो मी क्यूरियस वर लॉजिकल आंसर्ड बाय नोइंग डी कृष्णा प्लेन ऑफ गॉड। आई हैड नेवर इमेजिन रिलिजन आज एन वे ऑफ मी लाइफ</w:t>
      </w:r>
    </w:p>
    <w:p>
      <w:r>
        <w:rPr>
          <w:b/>
        </w:rPr>
        <w:t xml:space="preserve">[05:39] </w:t>
      </w:r>
      <w:r>
        <w:t>or my thought process. molana wahiduddin khan sahib taught us to discover god. that was my greatest.</w:t>
      </w:r>
    </w:p>
    <w:p>
      <w:pPr>
        <w:jc w:val="right"/>
      </w:pPr>
      <w:r>
        <w:t>और मी थॉट प्रोसेस। मौलाना वहीदुद्दीन खान साहब टॉट अस तू डिस्कवर गॉड। डेट वास मी ग्रेटेस्ट।</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