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Role of Islam in History January 9, 2011</w:t>
      </w:r>
    </w:p>
    <w:p>
      <w:r>
        <w:t>https://youtu.be/Hnm_lr7e-iM</w:t>
      </w:r>
    </w:p>
    <w:p>
      <w:r>
        <w:rPr>
          <w:b/>
        </w:rPr>
        <w:t xml:space="preserve">[00:13] </w:t>
      </w:r>
      <w:r>
        <w:t>bismillah rahman rahim, wa salla allahu 'ala an-nabi al-karim.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[00:38] </w:t>
      </w:r>
      <w:r>
        <w:t>aaj ka jo topic hai woh hai The Role of Islam in Religious History mazhab ki tareekh mein islam ka role.</w:t>
      </w:r>
    </w:p>
    <w:p>
      <w:pPr>
        <w:jc w:val="right"/>
      </w:pPr>
      <w:r>
        <w:t>آج کا جو ٹاپک ہے وہ ہے The Role of Islam in Religious History مذہب کی تاریخ میں اسلام کا رول۔</w:t>
      </w:r>
    </w:p>
    <w:p>
      <w:r>
        <w:rPr>
          <w:b/>
        </w:rPr>
        <w:t xml:space="preserve">[00:54] </w:t>
      </w:r>
      <w:r>
        <w:t>yeh jo topic hai is ka ta'alluq rasool allah sallallahu alaihi wasallam ke role se hai,</w:t>
      </w:r>
    </w:p>
    <w:p>
      <w:pPr>
        <w:jc w:val="right"/>
      </w:pPr>
      <w:r>
        <w:t>یہ جو ٹاپک ہے اس کا تعلق رسول اللہ صلی اللہ علیہ وسلم کے رول سے ہے،</w:t>
      </w:r>
    </w:p>
    <w:p>
      <w:r>
        <w:rPr>
          <w:b/>
        </w:rPr>
        <w:t xml:space="preserve">[01:04] </w:t>
      </w:r>
      <w:r>
        <w:t>jis ka zikr quran ki surah number 17 mein aya hai, bani israel mein. 'asa yabbasaka rabbaka maqaman mahmuda</w:t>
      </w:r>
    </w:p>
    <w:p>
      <w:pPr>
        <w:jc w:val="right"/>
      </w:pPr>
      <w:r>
        <w:t>جس کا ذکر قرآن کی سورہ نمبر 17 میں آیا ہے، بنی اسرائیل میں۔ عَصٰى يَبَّسَكُ رَبَّكَ مَقَامًا مَحْمُودًا</w:t>
      </w:r>
    </w:p>
    <w:p>
      <w:r>
        <w:rPr>
          <w:b/>
        </w:rPr>
        <w:t xml:space="preserve">[01:17] </w:t>
      </w:r>
      <w:r>
        <w:t>is ayat mein rasool allah ke baray mein farmaya hai ke</w:t>
      </w:r>
    </w:p>
    <w:p>
      <w:pPr>
        <w:jc w:val="right"/>
      </w:pPr>
      <w:r>
        <w:t>اس آیت میں رسول اللہ کے بارے میں فرمایا ہے کہ</w:t>
      </w:r>
    </w:p>
    <w:p>
      <w:r>
        <w:rPr>
          <w:b/>
        </w:rPr>
        <w:t xml:space="preserve">[01:22] </w:t>
      </w:r>
      <w:r>
        <w:t>rasool allah ko Position of Praise ke maqam par khara kiya jayega.</w:t>
      </w:r>
    </w:p>
    <w:p>
      <w:pPr>
        <w:jc w:val="right"/>
      </w:pPr>
      <w:r>
        <w:t>رسول اللہ کو Position of Praise کے مقام پر کھڑا کیا جائے گا۔</w:t>
      </w:r>
    </w:p>
    <w:p>
      <w:r>
        <w:rPr>
          <w:b/>
        </w:rPr>
        <w:t xml:space="preserve">[01:30] </w:t>
      </w:r>
      <w:r>
        <w:t>maqam mehmood ka matlab hai Position of Praise, tareef ka maqam. dekhein, tareef yahan saada mani mein nahi hai.</w:t>
      </w:r>
    </w:p>
    <w:p>
      <w:pPr>
        <w:jc w:val="right"/>
      </w:pPr>
      <w:r>
        <w:t>مقام محمود کا مطلب ہے Position of Praise، تعریف کا مقام۔ دیکھیں، تعریف یہاں سادہ معنی میں نہیں ہے۔</w:t>
      </w:r>
    </w:p>
    <w:p>
      <w:r>
        <w:rPr>
          <w:b/>
        </w:rPr>
        <w:t xml:space="preserve">[01:43] </w:t>
      </w:r>
      <w:r>
        <w:t>tareef yahan Acknowledgment ke ma'ne mein hai, ya'ni aik aisa paighambar jo Historically Acknowledged Position rakhta ho.</w:t>
      </w:r>
    </w:p>
    <w:p>
      <w:pPr>
        <w:jc w:val="right"/>
      </w:pPr>
      <w:r>
        <w:t>تعریف یہاں Acknowledgment کے معنی میں ہے، یعنی ایک ایسا پیغمبر جو Historically Acknowledged Position رکھتا ہو۔</w:t>
      </w:r>
    </w:p>
    <w:p>
      <w:r>
        <w:rPr>
          <w:b/>
        </w:rPr>
        <w:t xml:space="preserve">[01:57] </w:t>
      </w:r>
      <w:r>
        <w:t>phir Allah taala ne farmaya hai ke tum ko Historically Acknowledged Position par khara kiya jayega. yeh matlab hai is ka.</w:t>
      </w:r>
    </w:p>
    <w:p>
      <w:pPr>
        <w:jc w:val="right"/>
      </w:pPr>
      <w:r>
        <w:t>پھر اللہ تعالیٰ نے فرمایا ہے کہ تم کو Historically Acknowledged Position پر کھڑا کیا جائے گا۔ یہ مطلب ہے اس کا۔</w:t>
      </w:r>
    </w:p>
    <w:p>
      <w:r>
        <w:rPr>
          <w:b/>
        </w:rPr>
        <w:t xml:space="preserve">[02:08] </w:t>
      </w:r>
      <w:r>
        <w:t>aakhirat mein kya ma'mla hoga woh aik alag cheez hai. is aayat mein aakhirat ke ma'mle ka zikr nahi hai. is aayat mein dunya ke ma'mle ka zikr hai.</w:t>
      </w:r>
    </w:p>
    <w:p>
      <w:pPr>
        <w:jc w:val="right"/>
      </w:pPr>
      <w:r>
        <w:t>آخرت میں کیا معاملہ ہوگا وہ ایک الگ چیز ہے۔ اس آیت میں آخرت کے معاملے کا ذکر نہیں ہے۔ اس آیت میں دنیا کے معاملے کا ذکر ہے۔</w:t>
      </w:r>
    </w:p>
    <w:p>
      <w:r>
        <w:rPr>
          <w:b/>
        </w:rPr>
        <w:t xml:space="preserve">[02:22] </w:t>
      </w:r>
      <w:r>
        <w:t>is ko aap jab samajh sakte hain jab ke aap nabiyon ki tareekh ko le kar ke ghaur karen.</w:t>
      </w:r>
    </w:p>
    <w:p>
      <w:pPr>
        <w:jc w:val="right"/>
      </w:pPr>
      <w:r>
        <w:t>اس کو آپ جب سمجھ سکتے ہیں جب کہ آپ نبیوں کی تاریخ کو لے کر کے غور کریں۔</w:t>
      </w:r>
    </w:p>
    <w:p>
      <w:r>
        <w:rPr>
          <w:b/>
        </w:rPr>
        <w:t xml:space="preserve">[02:34] </w:t>
      </w:r>
      <w:r>
        <w:t>dekhen, Allah taala ne tareekh mein bohat zyada paighambar bheje. hadees mein aata hai ke 124,000 paighambar.</w:t>
      </w:r>
    </w:p>
    <w:p>
      <w:pPr>
        <w:jc w:val="right"/>
      </w:pPr>
      <w:r>
        <w:t>دیکھیں، اللہ تعالیٰ نے تاریخ میں بہت زیادہ پیغمبر بھیجے۔ حدیث میں آتا ہے کہ 124,000 پیغمبر۔</w:t>
      </w:r>
    </w:p>
    <w:p>
      <w:r>
        <w:rPr>
          <w:b/>
        </w:rPr>
        <w:t xml:space="preserve">[02:45] </w:t>
      </w:r>
      <w:r>
        <w:t>quran mein hai ke har qaum mein, har ilaqe mein paighambar aaye.</w:t>
      </w:r>
    </w:p>
    <w:p>
      <w:pPr>
        <w:jc w:val="right"/>
      </w:pPr>
      <w:r>
        <w:t>قرآن میں ہے کہ ہر قوم میں، ہر علاقے میں پیغمبر آئے۔</w:t>
      </w:r>
    </w:p>
    <w:p>
      <w:r>
        <w:rPr>
          <w:b/>
        </w:rPr>
        <w:t xml:space="preserve">[02:52] </w:t>
      </w:r>
      <w:r>
        <w:t>lekin saath saath quran mein yeh bhi hai ke يَا حَسْرَةٌ عَلَى الْلِبَادِ مَا يَأْتِيهِم بِرَسُولٍ إِلَّا كَانُوا بَيَسْتَهْزَئُونَ ya'ni paighambaron ko Serious taur par logon ne liya hi nahi.</w:t>
      </w:r>
    </w:p>
    <w:p>
      <w:pPr>
        <w:jc w:val="right"/>
      </w:pPr>
      <w:r>
        <w:t>لیکن ساتھ ساتھ قرآن میں یہ بھی ہے کہ يَا حَسْرَةٌ عَلَى الْلِبَادِ مَا يَأْتِيهُمْ بِرَسُولٍ إِلَّا كَانُوا بَيَسْتَهْزَئُونَ یعنی پیغمبروں کو Serious طور پر لوگوں نے لیا ہی نہیں۔</w:t>
      </w:r>
    </w:p>
    <w:p>
      <w:r>
        <w:rPr>
          <w:b/>
        </w:rPr>
        <w:t xml:space="preserve">[03:08] </w:t>
      </w:r>
      <w:r>
        <w:t>aik Non-Serious Item bana diya paighambaron ko.</w:t>
      </w:r>
    </w:p>
    <w:p>
      <w:pPr>
        <w:jc w:val="right"/>
      </w:pPr>
      <w:r>
        <w:t>ایک Non-Serious Item بنا دیا پیغمبروں کو۔</w:t>
      </w:r>
    </w:p>
    <w:p>
      <w:r>
        <w:rPr>
          <w:b/>
        </w:rPr>
        <w:t xml:space="preserve">[03:14] </w:t>
      </w:r>
      <w:r>
        <w:t>isi liye pichhle paighambar jo the woh sab ke sab History mein Record hi nahi hua un ka.</w:t>
      </w:r>
    </w:p>
    <w:p>
      <w:pPr>
        <w:jc w:val="right"/>
      </w:pPr>
      <w:r>
        <w:t>اسی لیے پچھلے پیغمبر جو تھے وہ سب کے سب History میں Record ہی نہیں ہوا ان کا۔</w:t>
      </w:r>
    </w:p>
    <w:p>
      <w:r>
        <w:rPr>
          <w:b/>
        </w:rPr>
        <w:t xml:space="preserve">[03:27] </w:t>
      </w:r>
      <w:r>
        <w:t>kisi paighambar ka History mein Record nahi hua.</w:t>
      </w:r>
    </w:p>
    <w:p>
      <w:pPr>
        <w:jc w:val="right"/>
      </w:pPr>
      <w:r>
        <w:t>کسی پیغمبر کا History میں Record نہیں ہوا۔</w:t>
      </w:r>
    </w:p>
    <w:p>
      <w:r>
        <w:rPr>
          <w:b/>
        </w:rPr>
        <w:t xml:space="preserve">[03:31] </w:t>
      </w:r>
      <w:r>
        <w:t>ya'ni aakhri zamane ke paighambar jo the rasool Allah se pehle Hazrat Masih, un ke bare mein Martin Russell ne likha hai ke Historically it is quite doubtful whether Christ ever existed at all to kaisi ajeeb baat hai ke dunya mein jo sab se bara waqea tha paighambaron ka wahi Record hone se reh gaya.</w:t>
      </w:r>
    </w:p>
    <w:p>
      <w:pPr>
        <w:jc w:val="right"/>
      </w:pPr>
      <w:r>
        <w:t>یعنی آخری زمانے کے پیغمبر جو تھے رسول اللہ سے پہلے حضرت مسیح، ان کے بارے میں Martin Russell نے لکھا ہے کہ Historically it is quite doubtful whether Christ ever existed at all تو کیسی عجیب بات ہے کہ دنیا میں جو سب سے بڑا واقعہ تھا پیغمبروں کا وہی Record ہونے سے رہ گیا۔</w:t>
      </w:r>
    </w:p>
    <w:p>
      <w:r>
        <w:rPr>
          <w:b/>
        </w:rPr>
        <w:t xml:space="preserve">[04:00] </w:t>
      </w:r>
      <w:r>
        <w:t>yeh Allah taala ka manzoor nahi tha. to Allah taala ne Intervene kiya. paighambar Islam ki ba'sat aur ashaab-e-rasool ka role haqeeqatan aik Divine Intervention tha.</w:t>
      </w:r>
    </w:p>
    <w:p>
      <w:pPr>
        <w:jc w:val="right"/>
      </w:pPr>
      <w:r>
        <w:t>یہ اللہ تعالیٰ کا منظور نہیں تھا۔ تو اللہ تعالیٰ نے Intervene کیا۔ پیغمبر اسلام کی بعثت اور اصحاب رسول کا رول حقیقتاً ایک Divine Intervention تھا۔</w:t>
      </w:r>
    </w:p>
    <w:p>
      <w:r>
        <w:rPr>
          <w:b/>
        </w:rPr>
        <w:t xml:space="preserve">[04:17] </w:t>
      </w:r>
      <w:r>
        <w:t>aur isi ka zikr hai is surah Bani Israel mein عَصٰى يَبَّسَكُ رَبَّكَ مَقَامًا مَحْمُودًا</w:t>
      </w:r>
    </w:p>
    <w:p>
      <w:pPr>
        <w:jc w:val="right"/>
      </w:pPr>
      <w:r>
        <w:t>اور اسی کا ذکر ہے اس سورہ بنی اسرائیل میں عَصٰى يَبَّسَكُ رَبَّكَ مَقَامًا مَحْمُودًا</w:t>
      </w:r>
    </w:p>
    <w:p>
      <w:r>
        <w:rPr>
          <w:b/>
        </w:rPr>
        <w:t xml:space="preserve">[04:26] </w:t>
      </w:r>
      <w:r>
        <w:t>to rasool Allah sallallahu alaihi wasallam ko Allah taala ne dekhen yahan par shakhs ki baat nahi hai.</w:t>
      </w:r>
    </w:p>
    <w:p>
      <w:pPr>
        <w:jc w:val="right"/>
      </w:pPr>
      <w:r>
        <w:t>تو رسول اللہ صلی اللہ علیہ وسلم کو اللہ تعالیٰ نے دیکھیں یہاں پر شخص کی بات نہیں ہے۔</w:t>
      </w:r>
    </w:p>
    <w:p>
      <w:r>
        <w:rPr>
          <w:b/>
        </w:rPr>
        <w:t xml:space="preserve">[04:34] </w:t>
      </w:r>
      <w:r>
        <w:t>to is ko agarche yahan za'meer wahed hai ya'ni za'meer wahed mutakallim ya'ni aik fard ko khitab kar rahi hai aayat rasool Allah ko.</w:t>
      </w:r>
    </w:p>
    <w:p>
      <w:pPr>
        <w:jc w:val="right"/>
      </w:pPr>
      <w:r>
        <w:t>تو اس کو اگرچہ یہاں ضمیر واحد ہے یعنی ضمیر واحد متکلم یعنی ایک فرد کو خطاب کر رہی ہے آیت رسول اللہ کو۔</w:t>
      </w:r>
    </w:p>
    <w:p>
      <w:r>
        <w:rPr>
          <w:b/>
        </w:rPr>
        <w:t xml:space="preserve">[04:45] </w:t>
      </w:r>
      <w:r>
        <w:t>dekhen yeh to quran mein bohat hai aisa ke fard ko khitab kar ke murad hota hai poori ummat, poori insaniyat.</w:t>
      </w:r>
    </w:p>
    <w:p>
      <w:pPr>
        <w:jc w:val="right"/>
      </w:pPr>
      <w:r>
        <w:t>دیکھیں یہ تو قرآن میں بہت ہے ایسا کہ فرد کو خطاب کر کے مراد ہوتا ہے پوری امت، پوری انسانیت۔</w:t>
      </w:r>
    </w:p>
    <w:p>
      <w:r>
        <w:rPr>
          <w:b/>
        </w:rPr>
        <w:t xml:space="preserve">[04:54] </w:t>
      </w:r>
      <w:r>
        <w:t>jaise quran mein hai ke يَا أَيُّهَا النَّبِيُّ إِذَا تَلَّقْتُمْ الْنِسَاءِ to yahan sirf rasool Allah ke talaq ka hukum nahi bayan hua hai.</w:t>
      </w:r>
    </w:p>
    <w:p>
      <w:pPr>
        <w:jc w:val="right"/>
      </w:pPr>
      <w:r>
        <w:t>جیسے قرآن میں ہے کہ يَا أَيُّهَا النَّبِيُّ إِذَا تَلَّقْتُمْ الْنِسَاءِ تو یہاں صرف رسول اللہ کے طلاق کا حکم نہیں بیان ہوا ہے۔</w:t>
      </w:r>
    </w:p>
    <w:p>
      <w:r>
        <w:rPr>
          <w:b/>
        </w:rPr>
        <w:t xml:space="preserve">[05:04] </w:t>
      </w:r>
      <w:r>
        <w:t>sab logon ke talaq ka hukum bayan hua hai. yeh to usloob hai, usloob ki baat hai yeh.</w:t>
      </w:r>
    </w:p>
    <w:p>
      <w:pPr>
        <w:jc w:val="right"/>
      </w:pPr>
      <w:r>
        <w:t>سب لوگوں کے طلاق کا حکم بیان ہوا ہے۔ یہ تو اسلوب ہے، اسلوب کی بات ہے یہ۔</w:t>
      </w:r>
    </w:p>
    <w:p>
      <w:r>
        <w:rPr>
          <w:b/>
        </w:rPr>
        <w:t xml:space="preserve">[05:13] </w:t>
      </w:r>
      <w:r>
        <w:t>to yeh bohat hi zyada aham baat hai jis ko samajhna chahiye.</w:t>
      </w:r>
    </w:p>
    <w:p>
      <w:pPr>
        <w:jc w:val="right"/>
      </w:pPr>
      <w:r>
        <w:t>تو یہ بہت ہی زیادہ اہم بات ہے جس کو سمجھنا چاہیے۔</w:t>
      </w:r>
    </w:p>
    <w:p>
      <w:r>
        <w:rPr>
          <w:b/>
        </w:rPr>
        <w:t xml:space="preserve">[05:18] </w:t>
      </w:r>
      <w:r>
        <w:t>mein aik Parallel misaal dunga. dekhen jo insani ilm hai jis ko Knowledge kaha jata hai is ka haal bhi yahi tha.</w:t>
      </w:r>
    </w:p>
    <w:p>
      <w:pPr>
        <w:jc w:val="right"/>
      </w:pPr>
      <w:r>
        <w:t>میں ایک Parallel مثال دوں گا۔ دیکھیں جو انسانی علم ہے جس کو Knowledge کہا جاتا ہے اس کا حال بھی یہی تھا۔</w:t>
      </w:r>
    </w:p>
    <w:p>
      <w:r>
        <w:rPr>
          <w:b/>
        </w:rPr>
        <w:t xml:space="preserve">[05:29] </w:t>
      </w:r>
      <w:r>
        <w:t>poori tareekh mein Knowledge jo tha insani ilm woh kya tha? Superstition, qayas ka qissa kahani bana hua tha.</w:t>
      </w:r>
    </w:p>
    <w:p>
      <w:pPr>
        <w:jc w:val="right"/>
      </w:pPr>
      <w:r>
        <w:t>پوری تاریخ میں Knowledge جو تھا انسانی علم وہ کیا تھا؟ Superstition، قیاس کا قصہ کہانی بنا ہوا تھا۔</w:t>
      </w:r>
    </w:p>
    <w:p>
      <w:r>
        <w:rPr>
          <w:b/>
        </w:rPr>
        <w:t xml:space="preserve">[05:41] </w:t>
      </w:r>
      <w:r>
        <w:t>poori tareekh mein Modern Science ne pehli baar Knowledge ko aik Exact Science ka darja diya.</w:t>
      </w:r>
    </w:p>
    <w:p>
      <w:pPr>
        <w:jc w:val="right"/>
      </w:pPr>
      <w:r>
        <w:t>پوری تاریخ میں Modern Science نے پہلی بار Knowledge کو ایک Exact Science کا درجہ دیا۔</w:t>
      </w:r>
    </w:p>
    <w:p>
      <w:r>
        <w:rPr>
          <w:b/>
        </w:rPr>
        <w:t xml:space="preserve">[05:54] </w:t>
      </w:r>
      <w:r>
        <w:t>misalan dekhen pehle zamane mein falakiyat kya thi? Astrology thi. Astrology is ko Modern Science ne Astronomy ka darja diya.</w:t>
      </w:r>
    </w:p>
    <w:p>
      <w:pPr>
        <w:jc w:val="right"/>
      </w:pPr>
      <w:r>
        <w:t>مثلاً دیکھیں پہلے زمانے میں فلکیات کیا تھی؟ Astrology تھی۔ Astrology اس کو Modern Science نے Astronomy کا درجہ دیا۔</w:t>
      </w:r>
    </w:p>
    <w:p>
      <w:r>
        <w:rPr>
          <w:b/>
        </w:rPr>
        <w:t xml:space="preserve">[06:09] </w:t>
      </w:r>
      <w:r>
        <w:t>aise hi dekhen jo keemiyai ilm hai woh kya tha pehle?</w:t>
      </w:r>
    </w:p>
    <w:p>
      <w:pPr>
        <w:jc w:val="right"/>
      </w:pPr>
      <w:r>
        <w:t>ایسے ہی دیکھیں جو کیمیائی علم ہے وہ کیا تھا پہلے؟</w:t>
      </w:r>
    </w:p>
    <w:p>
      <w:r>
        <w:rPr>
          <w:b/>
        </w:rPr>
        <w:t xml:space="preserve">[06:20] </w:t>
      </w:r>
      <w:r>
        <w:t>pehla tha woh jis ko kehte hain Alchemy. is ko Science ne Chemistry ka darja diya.</w:t>
      </w:r>
    </w:p>
    <w:p>
      <w:pPr>
        <w:jc w:val="right"/>
      </w:pPr>
      <w:r>
        <w:t>پہلے تھا وہ جس کو کہتے ہیں Alchemy۔ اس کو Science نے Chemistry کا درجہ دیا۔</w:t>
      </w:r>
    </w:p>
    <w:p>
      <w:r>
        <w:rPr>
          <w:b/>
        </w:rPr>
        <w:t xml:space="preserve">[06:29] </w:t>
      </w:r>
      <w:r>
        <w:t>to pehle jo tha sarey ilm jo insan waley, insani ilm jo thay woh sab qissa kahani, farzi ka farzi tohamat, isi par mabni hua kartey thay.</w:t>
      </w:r>
    </w:p>
    <w:p>
      <w:pPr>
        <w:jc w:val="right"/>
      </w:pPr>
      <w:r>
        <w:t>تو پہلے جو تھا سارے علم جو انسان والے، انسانی علم جو تھے وہ سب قصہ کہانی، فرضی کا فرضی توہمات، اسی پر مبنی ہوا کرتے تھے۔</w:t>
      </w:r>
    </w:p>
    <w:p>
      <w:r>
        <w:rPr>
          <w:b/>
        </w:rPr>
        <w:t xml:space="preserve">[06:45] </w:t>
      </w:r>
      <w:r>
        <w:t>pehli baar Established Knowledge jis ko kehte hain yeh darja Science, Modern Science ne diya ilm insani ko.</w:t>
      </w:r>
    </w:p>
    <w:p>
      <w:pPr>
        <w:jc w:val="right"/>
      </w:pPr>
      <w:r>
        <w:t>پہلی بار Established Knowledge جس کو کہتے ہیں یہ درجہ Science، Modern Science نے دیا علم انسانی کو۔</w:t>
      </w:r>
    </w:p>
    <w:p>
      <w:r>
        <w:rPr>
          <w:b/>
        </w:rPr>
        <w:t xml:space="preserve">[06:54] </w:t>
      </w:r>
      <w:r>
        <w:t>to jo maamla hua tha ilm insani ke sath wahi maamla hua tha mazhab ke sath bhi ke insan ne mazhab ko qissa kahani, Superstition, Mythology yeh sab bana diya.</w:t>
      </w:r>
    </w:p>
    <w:p>
      <w:pPr>
        <w:jc w:val="right"/>
      </w:pPr>
      <w:r>
        <w:t>تو جو معاملہ ہوا تھا علم انسانی کے ساتھ وہی معاملہ ہوا تھا مذہب کے ساتھ بھی کہ انسان نے مذہب کو قصہ کہانی، Superstition، Mythology یہ سب بنا دیا۔</w:t>
      </w:r>
    </w:p>
    <w:p>
      <w:r>
        <w:rPr>
          <w:b/>
        </w:rPr>
        <w:t xml:space="preserve">[07:12] </w:t>
      </w:r>
      <w:r>
        <w:t>to yeh Allah taala ko matloob nahi tha.</w:t>
      </w:r>
    </w:p>
    <w:p>
      <w:pPr>
        <w:jc w:val="right"/>
      </w:pPr>
      <w:r>
        <w:t>تو یہ اللہ تعالیٰ کو مطلوب نہیں تھا۔</w:t>
      </w:r>
    </w:p>
    <w:p>
      <w:r>
        <w:rPr>
          <w:b/>
        </w:rPr>
        <w:t xml:space="preserve">[07:18] </w:t>
      </w:r>
      <w:r>
        <w:t>is ko aap yun sochiye ke sachai har insan chahta hai, har aadmi Truth Seeker hai Potentially.</w:t>
      </w:r>
    </w:p>
    <w:p>
      <w:pPr>
        <w:jc w:val="right"/>
      </w:pPr>
      <w:r>
        <w:t>اس کو آپ یوں سوچیے کہ سچائی ہر انسان چاہتا ہے، ہر آدمی Truth Seeker ہے Potentially۔</w:t>
      </w:r>
    </w:p>
    <w:p>
      <w:r>
        <w:rPr>
          <w:b/>
        </w:rPr>
        <w:t xml:space="preserve">[07:30] </w:t>
      </w:r>
      <w:r>
        <w:t>kyun ke sachai kya hai is ko janney ka koi zariya nahi tha. kisi pahad ke upar likha hua nahi hai. kahan jaane aadmi sachai ko, kaise jaane?</w:t>
      </w:r>
    </w:p>
    <w:p>
      <w:pPr>
        <w:jc w:val="right"/>
      </w:pPr>
      <w:r>
        <w:t>کیونکہ سچائی کیا ہے اس کو جاننے کا کوئی ذریعہ نہیں تھا۔ کسی پہاڑ کے اوپر لکھا ہوا نہیں ہے۔ کہاں جانے آدمی سچائی کو، کیسے جانے؟</w:t>
      </w:r>
    </w:p>
    <w:p>
      <w:r>
        <w:rPr>
          <w:b/>
        </w:rPr>
        <w:t xml:space="preserve">[07:42] </w:t>
      </w:r>
      <w:r>
        <w:t>apni aqal se dekhen aadmi pohanchta hai kahan tak? qiyas tak, Probability tak,</w:t>
      </w:r>
    </w:p>
    <w:p>
      <w:pPr>
        <w:jc w:val="right"/>
      </w:pPr>
      <w:r>
        <w:t>اپنی عقل سے دیکھیں آدمی پہنچتا ہے کہاں تک؟ قیاس تک، Probability تک،</w:t>
      </w:r>
    </w:p>
    <w:p>
      <w:r>
        <w:rPr>
          <w:b/>
        </w:rPr>
        <w:t xml:space="preserve">[07:48] </w:t>
      </w:r>
      <w:r>
        <w:t>Certainty tak nahi pohanchta aadmi apni aqal se. to sachai ko janney ka koi Authentic Source hona chahiye. woh maujood nahi tha.</w:t>
      </w:r>
    </w:p>
    <w:p>
      <w:pPr>
        <w:jc w:val="right"/>
      </w:pPr>
      <w:r>
        <w:t>Certainty تک نہیں پہنچتا آدمی اپنی عقل سے۔ تو سچائی کو جاننے کا کوئی Authentic Source ہونا چاہیے۔ وہ موجود نہیں تھا۔</w:t>
      </w:r>
    </w:p>
    <w:p>
      <w:r>
        <w:rPr>
          <w:b/>
        </w:rPr>
        <w:t xml:space="preserve">[07:59] </w:t>
      </w:r>
      <w:r>
        <w:t>paighambar le ke aaye to insan ne is ko jala diya, mita diya. is mein Alteration ho gaya. to sachai ko janney ka koi Authentic Source nahi.</w:t>
      </w:r>
    </w:p>
    <w:p>
      <w:pPr>
        <w:jc w:val="right"/>
      </w:pPr>
      <w:r>
        <w:t>پیغمبر لے کے آئے تو انسان نے اس کو جلا دیا، مٹا دیا۔ اس میں Alteration ہو گیا۔ تو سچائی کو جاننے کا کوئی Authentic Source نہیں۔</w:t>
      </w:r>
    </w:p>
    <w:p>
      <w:r>
        <w:rPr>
          <w:b/>
        </w:rPr>
        <w:t xml:space="preserve">[08:12] </w:t>
      </w:r>
      <w:r>
        <w:t>kaisi ajeeb baat hai.</w:t>
      </w:r>
    </w:p>
    <w:p>
      <w:pPr>
        <w:jc w:val="right"/>
      </w:pPr>
      <w:r>
        <w:t>کیسی عجیب بات ہے۔</w:t>
      </w:r>
    </w:p>
    <w:p>
      <w:r>
        <w:rPr>
          <w:b/>
        </w:rPr>
        <w:t xml:space="preserve">[08:16] </w:t>
      </w:r>
      <w:r>
        <w:t>mazhab kya hai is ka bhi koi Well Defined Ideology nahi. kyun ke is paighambaron ko chalne nahi diya insan ne.</w:t>
      </w:r>
    </w:p>
    <w:p>
      <w:pPr>
        <w:jc w:val="right"/>
      </w:pPr>
      <w:r>
        <w:t>مذہب کیا ہے اس کا بھی کوئی Well Defined Ideology نہیں۔ کیونکہ اس پیغمبروں کو چلنے نہیں دیا انسان نے۔</w:t>
      </w:r>
    </w:p>
    <w:p>
      <w:r>
        <w:rPr>
          <w:b/>
        </w:rPr>
        <w:t xml:space="preserve">[08:28] </w:t>
      </w:r>
      <w:r>
        <w:t>isi tarah se Allah ki ibadat kaise ki jaye is ka bhi koi Authentic Form nahi.</w:t>
      </w:r>
    </w:p>
    <w:p>
      <w:pPr>
        <w:jc w:val="right"/>
      </w:pPr>
      <w:r>
        <w:t>اسی طرح سے اللہ کی عبادت کیسے کی جائے اس کا بھی کوئی Authentic Form نہیں۔</w:t>
      </w:r>
    </w:p>
    <w:p>
      <w:r>
        <w:rPr>
          <w:b/>
        </w:rPr>
        <w:t xml:space="preserve">[08:37] </w:t>
      </w:r>
      <w:r>
        <w:t>to jitne bhi woh cheezein jo jin ka taalluq hai sachai se, Humanity se,</w:t>
      </w:r>
    </w:p>
    <w:p>
      <w:pPr>
        <w:jc w:val="right"/>
      </w:pPr>
      <w:r>
        <w:t>تو جتنے بھی وہ چیزیں جو جن کا تعلق ہے سچائی سے، Humanity سے،</w:t>
      </w:r>
    </w:p>
    <w:p>
      <w:r>
        <w:rPr>
          <w:b/>
        </w:rPr>
        <w:t xml:space="preserve">[08:47] </w:t>
      </w:r>
      <w:r>
        <w:t>yahan tak ke Creation Plan of God kya hai woh bhi insan ko shaitan ne janne nahi diya. yaani paighambar aaye thay batane ke liye ke What is the Creation Plan of God is duniya mein tum rehte ho to kaise raho?</w:t>
      </w:r>
    </w:p>
    <w:p>
      <w:pPr>
        <w:jc w:val="right"/>
      </w:pPr>
      <w:r>
        <w:t>یہاں تک کہ Creation Plan of God کیا ہے وہ بھی انسان کو شیطان نے جاننے نہیں دیا۔ یعنی پیغمبر آئے تھے بتانے کے لیے کہ What is the Creation Plan of God اس دنیا میں تم رہتے ہو تو کیسے رہو؟</w:t>
      </w:r>
    </w:p>
    <w:p>
      <w:r>
        <w:rPr>
          <w:b/>
        </w:rPr>
        <w:t xml:space="preserve">[09:05] </w:t>
      </w:r>
      <w:r>
        <w:t>Khuda ki is ki wahan Things kya hain is ko jan kar ke rehna chahiye. lekin kisi paighambar ko shaitan ne chalne nahi diya.</w:t>
      </w:r>
    </w:p>
    <w:p>
      <w:pPr>
        <w:jc w:val="right"/>
      </w:pPr>
      <w:r>
        <w:t>خدا کی اس کی وہاں Things کیا ہیں اس کو جان کر کے رہنا چاہیے۔ لیکن کسی پیغمبر کو شیطان نے چلنے نہیں دیا۔</w:t>
      </w:r>
    </w:p>
    <w:p>
      <w:r>
        <w:rPr>
          <w:b/>
        </w:rPr>
        <w:t xml:space="preserve">[09:14] </w:t>
      </w:r>
      <w:r>
        <w:t>kyun ke Allah taala ne aagahi de rakhi thi.</w:t>
      </w:r>
    </w:p>
    <w:p>
      <w:pPr>
        <w:jc w:val="right"/>
      </w:pPr>
      <w:r>
        <w:t>کیونکہ اللہ تعالیٰ نے آگاہی دے رکھی تھی۔</w:t>
      </w:r>
    </w:p>
    <w:p>
      <w:r>
        <w:rPr>
          <w:b/>
        </w:rPr>
        <w:t xml:space="preserve">[09:19] </w:t>
      </w:r>
      <w:r>
        <w:t>to yeh zaroorat thi ke tareekh qayamat aane se pehle pehle aisa ho ke sachai ka ek Authentic Source maujood ho jaye.</w:t>
      </w:r>
    </w:p>
    <w:p>
      <w:pPr>
        <w:jc w:val="right"/>
      </w:pPr>
      <w:r>
        <w:t>تو یہ ضرورت تھی کہ تاریخ قیامت آنے سے پہلے پہلے ایسا ہو کہ سچائی کا ایک Authentic Source موجود ہو جائے۔</w:t>
      </w:r>
    </w:p>
    <w:p>
      <w:r>
        <w:rPr>
          <w:b/>
        </w:rPr>
        <w:t xml:space="preserve">[09:33] </w:t>
      </w:r>
      <w:r>
        <w:t>Religion jo hai woh ek History ban jaye. ek Model ban jaye insaniyat ke liye. sachai ka Model kya hai?</w:t>
      </w:r>
    </w:p>
    <w:p>
      <w:pPr>
        <w:jc w:val="right"/>
      </w:pPr>
      <w:r>
        <w:t>Religion جو ہے وہ ایک History بن جائے۔ ایک Model بن جائے انسانیت کے لیے۔ سچائی کا Model کیا ہے؟</w:t>
      </w:r>
    </w:p>
    <w:p>
      <w:r>
        <w:rPr>
          <w:b/>
        </w:rPr>
        <w:t xml:space="preserve">[09:45] </w:t>
      </w:r>
      <w:r>
        <w:t>Divine Life ka Model kya hai? cheezein Well Defined ho jayein. Historically Acknowledged ho jayein. yeh matloob tha.</w:t>
      </w:r>
    </w:p>
    <w:p>
      <w:pPr>
        <w:jc w:val="right"/>
      </w:pPr>
      <w:r>
        <w:t>Divine Life کا Model کیا ہے؟ چیزیں Well Defined ہو جائیں۔ Historically Acknowledged ہو جائیں۔ یہ مطلوب تھا۔</w:t>
      </w:r>
    </w:p>
    <w:p>
      <w:r>
        <w:rPr>
          <w:b/>
        </w:rPr>
        <w:t xml:space="preserve">[09:56] </w:t>
      </w:r>
      <w:r>
        <w:t>isi ke liye Allah taala ne paida kiya Rasool Allah Sal Allahu Alaihi Wasallam ko. aur yeh jo hai ke عَصٰى يَبَّسَكُ رَبَّكَ مَقَامًا مَحْمُودًا ka matlab yahi hai ke ab Khuda ne is daur-e-nabuwat ko khatam kar diya.</w:t>
      </w:r>
    </w:p>
    <w:p>
      <w:pPr>
        <w:jc w:val="right"/>
      </w:pPr>
      <w:r>
        <w:t>اسی کے لیے اللہ تعالیٰ نے پیدا کیا رسول اللہ صلی اللہ علیہ وسلم کو۔ اور یہ جو ہے کہ عَصٰى يَبَّسَكُ رَبَّكَ مَقَامًا مَحْمُودًا کا مطلب یہی ہے کہ اب خدا نے اس دور نبوت کو ختم کر دیا۔</w:t>
      </w:r>
    </w:p>
    <w:p>
      <w:r>
        <w:rPr>
          <w:b/>
        </w:rPr>
        <w:t xml:space="preserve">[10:10] </w:t>
      </w:r>
      <w:r>
        <w:t>ab naya daur-e-nabuwat aayega.</w:t>
      </w:r>
    </w:p>
    <w:p>
      <w:pPr>
        <w:jc w:val="right"/>
      </w:pPr>
      <w:r>
        <w:t>اب نیا دور نبوت آئے گا۔</w:t>
      </w:r>
    </w:p>
    <w:p>
      <w:r>
        <w:rPr>
          <w:b/>
        </w:rPr>
        <w:t xml:space="preserve">[10:13] </w:t>
      </w:r>
      <w:r>
        <w:t>to yahan par Maqam-e-Mehmood ka lafzi tarjuma to yahi hai ke Position of Praise, tareef ka maqam.</w:t>
      </w:r>
    </w:p>
    <w:p>
      <w:pPr>
        <w:jc w:val="right"/>
      </w:pPr>
      <w:r>
        <w:t>تو یہاں پر مقام محمود کا لفظی ترجمہ تو یہی ہے کہ Position of Praise، تعریف کا مقام۔</w:t>
      </w:r>
    </w:p>
    <w:p>
      <w:r>
        <w:rPr>
          <w:b/>
        </w:rPr>
        <w:t xml:space="preserve">[10:22] </w:t>
      </w:r>
      <w:r>
        <w:t>lekin yeh saada maani mein nahi hai. Historically Acknowledged Position ke maani mein hai yahan pe. yeh tha Rasool Allah ka kaam aur woh aap ne kiya.</w:t>
      </w:r>
    </w:p>
    <w:p>
      <w:pPr>
        <w:jc w:val="right"/>
      </w:pPr>
      <w:r>
        <w:t>لیکن یہ سادہ معنی میں نہیں ہے۔ Historically Acknowledged Position کے معنی میں ہے یہاں پہ۔ یہ تھا رسول اللہ کا کام اور وہ آپ نے کیا۔</w:t>
      </w:r>
    </w:p>
    <w:p>
      <w:r>
        <w:rPr>
          <w:b/>
        </w:rPr>
        <w:t xml:space="preserve">[10:36] </w:t>
      </w:r>
      <w:r>
        <w:t>mukammal taur par kiya.</w:t>
      </w:r>
    </w:p>
    <w:p>
      <w:pPr>
        <w:jc w:val="right"/>
      </w:pPr>
      <w:r>
        <w:t>مکمل طور پر کیا۔</w:t>
      </w:r>
    </w:p>
    <w:p>
      <w:r>
        <w:rPr>
          <w:b/>
        </w:rPr>
        <w:t xml:space="preserve">[10:39] </w:t>
      </w:r>
      <w:r>
        <w:t>lekin dekhen hota yeh hai ke History mein jo cheez hazaron saal se Tradition ban jaye bohat mushkil se woh khatam hoti hai.</w:t>
      </w:r>
    </w:p>
    <w:p>
      <w:pPr>
        <w:jc w:val="right"/>
      </w:pPr>
      <w:r>
        <w:t>لیکن دیکھیں ہوتا یہ ہے کہ History میں جو چیز ہزاروں سال سے Tradition بن جائے بہت مشکل سے وہ ختم ہوتی ہے۔</w:t>
      </w:r>
    </w:p>
    <w:p>
      <w:r>
        <w:rPr>
          <w:b/>
        </w:rPr>
        <w:t xml:space="preserve">[10:50] </w:t>
      </w:r>
      <w:r>
        <w:t>khatm hone ke liye lamba process chahiye is ke liye. lamba process. yeh hamesha aise hi hota hai.</w:t>
      </w:r>
    </w:p>
    <w:p>
      <w:pPr>
        <w:jc w:val="right"/>
      </w:pPr>
      <w:r>
        <w:t>ختم ہونے کے لیے لمبا Process چاہیے اس کے لیے۔ لمبا Process۔ یہ ہمیشہ ایسے ہی ہوتا ہے۔</w:t>
      </w:r>
    </w:p>
    <w:p>
      <w:r>
        <w:rPr>
          <w:b/>
        </w:rPr>
        <w:t xml:space="preserve">[11:01] </w:t>
      </w:r>
      <w:r>
        <w:t>jitni bhi history mein tradition ban jati hain to kaha jata hai ke it requires a lot of history to make a little tradition to yahi musalmanon ki tareekh mein hua.</w:t>
      </w:r>
    </w:p>
    <w:p>
      <w:pPr>
        <w:jc w:val="right"/>
      </w:pPr>
      <w:r>
        <w:t>جتنی بھی History میں Tradition بن جاتی ہیں تو کہا جاتا ہے کہ It requires a lot of history to make a little tradition تو یہی مسلمانوں کی تاریخ میں ہوا۔</w:t>
      </w:r>
    </w:p>
    <w:p>
      <w:r>
        <w:rPr>
          <w:b/>
        </w:rPr>
        <w:t xml:space="preserve">[11:16] </w:t>
      </w:r>
      <w:r>
        <w:t>yani rasool Allah ke zamane mein, ashaab rasool ke zamane mein har cheezein well defined ho gayeen. har cheezein clear kar di gayeen. lekin jaldi jo agli generation aayi, agli generation woh phir wahi usi history ki taraf lot gayi.</w:t>
      </w:r>
    </w:p>
    <w:p>
      <w:pPr>
        <w:jc w:val="right"/>
      </w:pPr>
      <w:r>
        <w:t>یعنی رسول اللہ کے زمانے میں، اصحاب رسول کے زمانے میں ہر چیزیں Well Defined ہو گئیں۔ ہر چیزیں Clear کر دی گئیں۔ لیکن جلدی جو اگلی Generation آئی، اگلی Generation وہ پھر وہی اسی History کی طرف لوٹ گئی۔</w:t>
      </w:r>
    </w:p>
    <w:p>
      <w:r>
        <w:rPr>
          <w:b/>
        </w:rPr>
        <w:t xml:space="preserve">[11:33] </w:t>
      </w:r>
      <w:r>
        <w:t>usi ka ek misaal hai yeh shatab rasool ka masla. rasool Allah koi gustakhi kare to us ko maro. qatal karo.</w:t>
      </w:r>
    </w:p>
    <w:p>
      <w:pPr>
        <w:jc w:val="right"/>
      </w:pPr>
      <w:r>
        <w:t>اسی کا ایک مثال ہے یہ شطب رسول کا مسئلہ۔ رسول اللہ کوئی گستاخی کرے تو اس کو مارو۔ قتل کرو۔</w:t>
      </w:r>
    </w:p>
    <w:p>
      <w:r>
        <w:rPr>
          <w:b/>
        </w:rPr>
        <w:t xml:space="preserve">[11:43] </w:t>
      </w:r>
      <w:r>
        <w:t>yeh bilashuba daur-e-jahiliyat ka masla hai jo lot aaya hai tareekh mein. is ka Islam se koi talluq nahi hai. kyunke Quran mein hai hi nahi yeh.</w:t>
      </w:r>
    </w:p>
    <w:p>
      <w:pPr>
        <w:jc w:val="right"/>
      </w:pPr>
      <w:r>
        <w:t>یہ بلاشبہ دور جاہلیت کا مسئلہ ہے جو لوٹ آیا ہے تاریخ میں۔ اس کا اسلام سے کوئی تعلق نہیں ہے۔ کیونکہ قرآن میں ہے ہی نہیں یہ۔</w:t>
      </w:r>
    </w:p>
    <w:p>
      <w:r>
        <w:rPr>
          <w:b/>
        </w:rPr>
        <w:t xml:space="preserve">[11:56] </w:t>
      </w:r>
      <w:r>
        <w:t>jo cheez Quran mein na ho woh nahi maani jayegi. dekhein usool yeh hai ke har cheez ka asal Quran mein hona chahiye.</w:t>
      </w:r>
    </w:p>
    <w:p>
      <w:pPr>
        <w:jc w:val="right"/>
      </w:pPr>
      <w:r>
        <w:t>جو چیز قرآن میں نہ ہو وہ نہیں مانی جائے گی۔ دیکھیں اصول یہ ہے کہ ہر چیز کا اصل قرآن میں ہونا چاہیے۔</w:t>
      </w:r>
    </w:p>
    <w:p>
      <w:r>
        <w:rPr>
          <w:b/>
        </w:rPr>
        <w:t xml:space="preserve">[12:05] </w:t>
      </w:r>
      <w:r>
        <w:t>har bari baat ki asal.</w:t>
      </w:r>
    </w:p>
    <w:p>
      <w:pPr>
        <w:jc w:val="right"/>
      </w:pPr>
      <w:r>
        <w:t>ہر بڑی بات کی اصل۔</w:t>
      </w:r>
    </w:p>
    <w:p>
      <w:r>
        <w:rPr>
          <w:b/>
        </w:rPr>
        <w:t xml:space="preserve">[12:10] </w:t>
      </w:r>
      <w:r>
        <w:t>koi bari baat aap kahein to capital punishment se zyada bari baat kya ho sakti hai? Quran mein hai ke ek insaan ko maarna saare insaanon ko maar dalna hai.</w:t>
      </w:r>
    </w:p>
    <w:p>
      <w:pPr>
        <w:jc w:val="right"/>
      </w:pPr>
      <w:r>
        <w:t>کوئی بڑی بات آپ کہیں تو Capital Punishment سے زیادہ بڑی بات کیا ہو سکتی ہے؟ قرآن میں ہے کہ ایک انسان کو مارنا سارے انسانوں کو مار ڈالنا ہے۔</w:t>
      </w:r>
    </w:p>
    <w:p>
      <w:r>
        <w:rPr>
          <w:b/>
        </w:rPr>
        <w:t xml:space="preserve">[12:25] </w:t>
      </w:r>
      <w:r>
        <w:t>ek insaan ko maarna man qatal nafsan bighair nafsٍ wa fasadin faqad nama qatal naas jamee'an ek insaan ko maarna saare insaanon ko maarne ke barabar hai.</w:t>
      </w:r>
    </w:p>
    <w:p>
      <w:pPr>
        <w:jc w:val="right"/>
      </w:pPr>
      <w:r>
        <w:t>ایک انسان کو مارنا من قتل نفسًا بغیر نفسٍ وفسادٍ فقد نما قتل الناس جمیعًا ایک انسان کو مارنا سارے انسانوں کو مارنے کے برابر ہے۔</w:t>
      </w:r>
    </w:p>
    <w:p>
      <w:r>
        <w:rPr>
          <w:b/>
        </w:rPr>
        <w:t xml:space="preserve">[12:38] </w:t>
      </w:r>
      <w:r>
        <w:t>yeh hai capital punishment ki sangini. to seriousness to aap batayein capital punishment jo hai, jo Quran mein na ho aap bana lenge is ko?</w:t>
      </w:r>
    </w:p>
    <w:p>
      <w:pPr>
        <w:jc w:val="right"/>
      </w:pPr>
      <w:r>
        <w:t>یہ ہے Capital Punishment کی سنگینی۔ To seriousness تو آپ بتائیں Capital Punishment جو ہے جو قرآن میں نہ ہو آپ بنا لیں گے اس کو؟</w:t>
      </w:r>
    </w:p>
    <w:p>
      <w:r>
        <w:rPr>
          <w:b/>
        </w:rPr>
        <w:t xml:space="preserve">[12:52] </w:t>
      </w:r>
      <w:r>
        <w:t>kabhi nahi, kabhi nahi, kabhi nahi. to shatab rasool par capital punishment kaha likha hua hai Quran majeed mein? bilkul nahi.</w:t>
      </w:r>
    </w:p>
    <w:p>
      <w:pPr>
        <w:jc w:val="right"/>
      </w:pPr>
      <w:r>
        <w:t>کبھی نہیں، کبھی نہیں، کبھی نہیں۔ تو شطب رسول پر Capital Punishment کہا لکھا ہوا ہے قرآن مجید میں؟ بالکل نہیں۔</w:t>
      </w:r>
    </w:p>
    <w:p>
      <w:r>
        <w:rPr>
          <w:b/>
        </w:rPr>
        <w:t xml:space="preserve">[13:01] </w:t>
      </w:r>
      <w:r>
        <w:t>aur aap to yeh bana liya hai ke khud hi khud maarne lagte hain log.</w:t>
      </w:r>
    </w:p>
    <w:p>
      <w:pPr>
        <w:jc w:val="right"/>
      </w:pPr>
      <w:r>
        <w:t>اور آپ تو یہ بنا لیا ہے کہ خود ہی خود مارنے لگتے ہیں لوگ۔</w:t>
      </w:r>
    </w:p>
    <w:p>
      <w:r>
        <w:rPr>
          <w:b/>
        </w:rPr>
        <w:t xml:space="preserve">[13:06] </w:t>
      </w:r>
      <w:r>
        <w:t>filane ne gustakhi ki hai to logon ne maarni hai is ko? yeh koi Islam hai? yeh to insaniyat bhi nahi hai.</w:t>
      </w:r>
    </w:p>
    <w:p>
      <w:pPr>
        <w:jc w:val="right"/>
      </w:pPr>
      <w:r>
        <w:t>فلانے نے گستاخی کی ہے تو لوگوں نے مارنی ہے اس کو؟ یہ کوئی اسلام ہے؟ یہ تو انسانیت بھی نہیں ہے۔</w:t>
      </w:r>
    </w:p>
    <w:p>
      <w:r>
        <w:rPr>
          <w:b/>
        </w:rPr>
        <w:t xml:space="preserve">[13:16] </w:t>
      </w:r>
      <w:r>
        <w:t>yeh jangla ka raaz hai, jangla ka qanoon hai yeh.</w:t>
      </w:r>
    </w:p>
    <w:p>
      <w:pPr>
        <w:jc w:val="right"/>
      </w:pPr>
      <w:r>
        <w:t>یہ جنگل کا راز ہے، جنگل کا قانون ہے یہ۔</w:t>
      </w:r>
    </w:p>
    <w:p>
      <w:r>
        <w:rPr>
          <w:b/>
        </w:rPr>
        <w:t xml:space="preserve">[13:23] </w:t>
      </w:r>
      <w:r>
        <w:t>yeh bilkul nahi. Islam mein koi dekhein ek cheez bohat hi important hai is ko samjhiye ke pehle zamane mein cheezein well defined nahi hua karti theen.</w:t>
      </w:r>
    </w:p>
    <w:p>
      <w:pPr>
        <w:jc w:val="right"/>
      </w:pPr>
      <w:r>
        <w:t>یہ بالکل نہیں۔ اسلام میں کوئی دیکھیں ایک چیز بہت ہی Important ہے اس کو سمجھئیے کہ پہلے زمانے میں چیزیں Well Defined نہیں ہوا کرتی تھیں۔</w:t>
      </w:r>
    </w:p>
    <w:p>
      <w:r>
        <w:rPr>
          <w:b/>
        </w:rPr>
        <w:t xml:space="preserve">[13:39] </w:t>
      </w:r>
      <w:r>
        <w:t>cheezein mein differentiate nahi kar paate the log. yeh to science ke zamane mein aaya hai.</w:t>
      </w:r>
    </w:p>
    <w:p>
      <w:pPr>
        <w:jc w:val="right"/>
      </w:pPr>
      <w:r>
        <w:t>چیزوں میں Differentiate نہیں کر پاتے تھے لوگ۔ یہ تو Science کے زمانے میں آیا ہے۔</w:t>
      </w:r>
    </w:p>
    <w:p>
      <w:r>
        <w:rPr>
          <w:b/>
        </w:rPr>
        <w:t xml:space="preserve">[13:47] </w:t>
      </w:r>
      <w:r>
        <w:t>science se pehle cheezein well defined nahi hua karti theen. is ki ek misaal yeh hai ke ek hai aqeeday ke maamle mein kisi ki ghalti karna.</w:t>
      </w:r>
    </w:p>
    <w:p>
      <w:pPr>
        <w:jc w:val="right"/>
      </w:pPr>
      <w:r>
        <w:t>Science سے پہلے چیزیں Well Defined نہیں ہوا کرتی تھیں۔ اس کی ایک مثال یہ ہے کہ ایک ہے عقیدے کے معاملے میں کسی کی غلطی کرنا۔</w:t>
      </w:r>
    </w:p>
    <w:p>
      <w:r>
        <w:rPr>
          <w:b/>
        </w:rPr>
        <w:t xml:space="preserve">[14:00] </w:t>
      </w:r>
      <w:r>
        <w:t>ek hai social crime.</w:t>
      </w:r>
    </w:p>
    <w:p>
      <w:pPr>
        <w:jc w:val="right"/>
      </w:pPr>
      <w:r>
        <w:t>ایک ہے Social Crime۔</w:t>
      </w:r>
    </w:p>
    <w:p>
      <w:r>
        <w:rPr>
          <w:b/>
        </w:rPr>
        <w:t xml:space="preserve">[14:07] </w:t>
      </w:r>
      <w:r>
        <w:t>to pehle zamane mein aqeeday ke upar bhi log saza dete the. jo kehte hain religious persecution. isi ko Quran mein fitna kaha gaya hai.</w:t>
      </w:r>
    </w:p>
    <w:p>
      <w:pPr>
        <w:jc w:val="right"/>
      </w:pPr>
      <w:r>
        <w:t>تو پہلے زمانے میں عقیدے کے اوپر بھی لوگ سزا دیتے تھے۔ جو کہتے ہیں Religious Persecution۔ اسی کو قرآن میں فتنہ کہا گیا ہے۔</w:t>
      </w:r>
    </w:p>
    <w:p>
      <w:r>
        <w:rPr>
          <w:b/>
        </w:rPr>
        <w:t xml:space="preserve">[14:18] </w:t>
      </w:r>
      <w:r>
        <w:t>aqeedah insaan ki azaadi ka masla hai. woh punishment ka masla nahi hai. yaad rakhiye. yani belief is a subject of personal freedom.</w:t>
      </w:r>
    </w:p>
    <w:p>
      <w:pPr>
        <w:jc w:val="right"/>
      </w:pPr>
      <w:r>
        <w:t>عقیدہ انسان کی آزادی کا مسئلہ ہے۔ وہ Punishment کا مسئلہ نہیں ہے۔ یاد رکھیے۔ یعنی Belief is a subject of personal freedom.</w:t>
      </w:r>
    </w:p>
    <w:p>
      <w:r>
        <w:rPr>
          <w:b/>
        </w:rPr>
        <w:t xml:space="preserve">[14:32] </w:t>
      </w:r>
      <w:r>
        <w:t>it is not subject of legal punishment.</w:t>
      </w:r>
    </w:p>
    <w:p>
      <w:pPr>
        <w:jc w:val="right"/>
      </w:pPr>
      <w:r>
        <w:t>It is not subject of legal punishment.</w:t>
      </w:r>
    </w:p>
    <w:p>
      <w:r>
        <w:rPr>
          <w:b/>
        </w:rPr>
        <w:t xml:space="preserve">[14:37] </w:t>
      </w:r>
      <w:r>
        <w:t>legal punishment kis cheez ke liye hai? woh hai social crime ke liye hai. social crime. yani</w:t>
      </w:r>
    </w:p>
    <w:p>
      <w:pPr>
        <w:jc w:val="right"/>
      </w:pPr>
      <w:r>
        <w:t>Legal Punishment کس چیز کے لیے ہے؟ وہ ہے Social Crime کے لیے ہے۔ Social Crime۔ یعنی</w:t>
      </w:r>
    </w:p>
    <w:p>
      <w:r>
        <w:rPr>
          <w:b/>
        </w:rPr>
        <w:t xml:space="preserve">[14:47] </w:t>
      </w:r>
      <w:r>
        <w:t>jab aap ka koi act, aap ka koi amal doosron ke liye harmful ban jaye tab had aati hai qanoon ki.</w:t>
      </w:r>
    </w:p>
    <w:p>
      <w:pPr>
        <w:jc w:val="right"/>
      </w:pPr>
      <w:r>
        <w:t>جب آپ کا کوئی Act، آپ کا کوئی عمل دوسروں کے لیے Harmful بن جائے تب حد آتی ہے قانون کی۔</w:t>
      </w:r>
    </w:p>
    <w:p>
      <w:r>
        <w:rPr>
          <w:b/>
        </w:rPr>
        <w:t xml:space="preserve">[14:58] </w:t>
      </w:r>
      <w:r>
        <w:t>is se pehle qanoon ki had nahi aati hai.</w:t>
      </w:r>
    </w:p>
    <w:p>
      <w:pPr>
        <w:jc w:val="right"/>
      </w:pPr>
      <w:r>
        <w:t>اس سے پہلے قانون کی حد نہیں آتی ہے۔</w:t>
      </w:r>
    </w:p>
    <w:p>
      <w:r>
        <w:rPr>
          <w:b/>
        </w:rPr>
        <w:t xml:space="preserve">[15:03] </w:t>
      </w:r>
      <w:r>
        <w:t>acchi tarah samajh lijiye ke ek hai ke aap zaati taur par koi ghalt baat sochte rahein. balkeh aap sochein ke yeh dili jo hai yeh jangla hai yeh.</w:t>
      </w:r>
    </w:p>
    <w:p>
      <w:pPr>
        <w:jc w:val="right"/>
      </w:pPr>
      <w:r>
        <w:t>اچھی طرح سمجھ لیجیے کہ ایک ہے کہ آپ ذاتی طور پر کوئی غلط بات سوچتے رہیں۔ بلکہ آپ سوچیں کہ یہ دلی جو ہے یہ جنگل ہے یہ۔</w:t>
      </w:r>
    </w:p>
    <w:p>
      <w:r>
        <w:rPr>
          <w:b/>
        </w:rPr>
        <w:t xml:space="preserve">[15:16] </w:t>
      </w:r>
      <w:r>
        <w:t>yahan Animal rehte hain. to sochta hai, sochta rahe woh. is par is ko Punishment nahi diya jayega. woh samajh le apne dimagh mein ke dilli mein jitne bhi log chalte phirte hain woh sab Animal hain.</w:t>
      </w:r>
    </w:p>
    <w:p>
      <w:pPr>
        <w:jc w:val="right"/>
      </w:pPr>
      <w:r>
        <w:t>یہاں Animal رہتے ہیں۔ تو سوچتا ہے، سوچتا رہے وہ۔ اس پر اس کو Punishment نہیں دیا جائے گا۔ وہ سمجھ لے اپنے دماغ میں کہ دلی میں جتنے بھی لوگ چلتے پھرتے ہیں وہ سب Animal ہیں۔</w:t>
      </w:r>
    </w:p>
    <w:p>
      <w:r>
        <w:rPr>
          <w:b/>
        </w:rPr>
        <w:t xml:space="preserve">[15:29] </w:t>
      </w:r>
      <w:r>
        <w:t>insan nahi hain.</w:t>
      </w:r>
    </w:p>
    <w:p>
      <w:pPr>
        <w:jc w:val="right"/>
      </w:pPr>
      <w:r>
        <w:t>انسان نہیں ہیں۔</w:t>
      </w:r>
    </w:p>
    <w:p>
      <w:r>
        <w:rPr>
          <w:b/>
        </w:rPr>
        <w:t xml:space="preserve">[15:32] </w:t>
      </w:r>
      <w:r>
        <w:t>lekin agar woh gun uthaye aur insan ko bhediya samajh kar maarne lage is ko tab qanoon aa jayega. tab qanoon aa jayega.</w:t>
      </w:r>
    </w:p>
    <w:p>
      <w:pPr>
        <w:jc w:val="right"/>
      </w:pPr>
      <w:r>
        <w:t>لیکن اگر وہ گن اٹھائے اور انسان کو بھیڑیا سمجھ کر مارنے لگے اس کو تب قانون آ جائے گا۔ تب قانون آ جائے گا۔</w:t>
      </w:r>
    </w:p>
    <w:p>
      <w:r>
        <w:rPr>
          <w:b/>
        </w:rPr>
        <w:t xml:space="preserve">[15:46] </w:t>
      </w:r>
      <w:r>
        <w:t>bohat achi Definition mein samajhta hoon ke hai jo America mein ek qissa hua tha ke azadi jab America ko mili to ek aadmi nikla Road par aur hath idhar udhar ghuma raha tha woh</w:t>
      </w:r>
    </w:p>
    <w:p>
      <w:pPr>
        <w:jc w:val="right"/>
      </w:pPr>
      <w:r>
        <w:t>بہت اچھی Definition میں سمجھتا ہوں کہ ہے جو امریکہ میں ایک قصہ ہوا تھا کہ آزادی جب امریکہ کو ملی تو ایک آدمی نکلا Road پر اور ہاتھ ادھر ادھر گھما رہا تھا وہ</w:t>
      </w:r>
    </w:p>
    <w:p>
      <w:r>
        <w:rPr>
          <w:b/>
        </w:rPr>
        <w:t xml:space="preserve">[15:59] </w:t>
      </w:r>
      <w:r>
        <w:t>to kisi ki naak par is ka hath lag gaya. kisi passerby ki naak par. to us ne kaha You what is this nonsense kyun tum ne mara mujh ko?</w:t>
      </w:r>
    </w:p>
    <w:p>
      <w:pPr>
        <w:jc w:val="right"/>
      </w:pPr>
      <w:r>
        <w:t>تو کسی کی ناک پر اس کا ہاتھ لگ گیا۔ کسی پاسر بھائی کی ناک پر۔ تو اس نے کہا You what is this nonsense کیوں تم نے مارا مجھ کو؟</w:t>
      </w:r>
    </w:p>
    <w:p>
      <w:r>
        <w:rPr>
          <w:b/>
        </w:rPr>
        <w:t xml:space="preserve">[16:11] </w:t>
      </w:r>
      <w:r>
        <w:t>us ne kaha ke main aaj azadi hai, main azaad hoon, jo chahoon karoon. to us ne bohat Politely kaha ke Your freedom ends where my nose begins.</w:t>
      </w:r>
    </w:p>
    <w:p>
      <w:pPr>
        <w:jc w:val="right"/>
      </w:pPr>
      <w:r>
        <w:t>اس نے کہا کہ میں آج آزادی ہے، میں آزاد ہوں، جو چاہوں کروں۔ تو اس نے بہت Politely کہا کہ Your freedom ends where nose begins.</w:t>
      </w:r>
    </w:p>
    <w:p>
      <w:r>
        <w:rPr>
          <w:b/>
        </w:rPr>
        <w:t xml:space="preserve">[16:21] </w:t>
      </w:r>
      <w:r>
        <w:t>Where my nose begins. Your freedom ends where my nose begins.</w:t>
      </w:r>
    </w:p>
    <w:p>
      <w:pPr>
        <w:jc w:val="right"/>
      </w:pPr>
      <w:r>
        <w:t>Where my nose begins. Your freedom ends where my nose begins.</w:t>
      </w:r>
    </w:p>
    <w:p>
      <w:r>
        <w:rPr>
          <w:b/>
        </w:rPr>
        <w:t xml:space="preserve">[16:27] </w:t>
      </w:r>
      <w:r>
        <w:t>to dekhen Freedom wahan tak hai jahan tak aap ki zaat tak rahe woh. jahan doosre ki zaat aa jayegi to aap ki Freedom khatam.</w:t>
      </w:r>
    </w:p>
    <w:p>
      <w:pPr>
        <w:jc w:val="right"/>
      </w:pPr>
      <w:r>
        <w:t>تو دیکھیں Freedom وہاں تک ہے جہاں تک آپ کی ذات تک رہے وہ۔ جہاں دوسرے کی ذات آ جائے گی تو آپ کی Freedom ختم۔</w:t>
      </w:r>
    </w:p>
    <w:p>
      <w:r>
        <w:rPr>
          <w:b/>
        </w:rPr>
        <w:t xml:space="preserve">[16:37] </w:t>
      </w:r>
      <w:r>
        <w:t>yeh hai Difference between Belief and Social Crime.</w:t>
      </w:r>
    </w:p>
    <w:p>
      <w:pPr>
        <w:jc w:val="right"/>
      </w:pPr>
      <w:r>
        <w:t>یہ ہے Difference between Belief and Social Crime.</w:t>
      </w:r>
    </w:p>
    <w:p>
      <w:r>
        <w:rPr>
          <w:b/>
        </w:rPr>
        <w:t xml:space="preserve">[16:44] </w:t>
      </w:r>
      <w:r>
        <w:t>pehlay zamanay mein aisa nahi tha.</w:t>
      </w:r>
    </w:p>
    <w:p>
      <w:pPr>
        <w:jc w:val="right"/>
      </w:pPr>
      <w:r>
        <w:t>پہلے زمانے میں ایسا نہیں تھا۔</w:t>
      </w:r>
    </w:p>
    <w:p>
      <w:r>
        <w:rPr>
          <w:b/>
        </w:rPr>
        <w:t xml:space="preserve">[16:47] </w:t>
      </w:r>
      <w:r>
        <w:t>Quran ki jo ayat hai ke وَمَا نَقَبُوا مِنْهُمْ إِلَّا يُؤْمِنُوا بِاللَّهِ الْعَزِيزِ الْحَمِيدِ Surah Buruj mein. yani yeh log aqeeday par saza dete thay.</w:t>
      </w:r>
    </w:p>
    <w:p>
      <w:pPr>
        <w:jc w:val="right"/>
      </w:pPr>
      <w:r>
        <w:t>قرآن کی جو آیت ہے کہ وَمَا نَقَبُوا مِنْهُمْ إِلَّا يُؤْمِنُوا بِاللَّهِ الْعَزِيزِ الْحَمِيدِ سورہ بروج میں۔ یعنی یہ لوگ عقیدے پر سزا دیتے تھے۔</w:t>
      </w:r>
    </w:p>
    <w:p>
      <w:r>
        <w:rPr>
          <w:b/>
        </w:rPr>
        <w:t xml:space="preserve">[16:58] </w:t>
      </w:r>
      <w:r>
        <w:t>is ayat ka matlab yahi hai. وَمَا نَقَبُوا مِنْهُمْ إِلَّا يُؤْمِنُوا بِاللَّهِ الْعَزِيزِ الْحَمِيدِ ek aadmi ka aqeedah, Belief jo hai us ko bana diya unhon ne qabil saza.</w:t>
      </w:r>
    </w:p>
    <w:p>
      <w:pPr>
        <w:jc w:val="right"/>
      </w:pPr>
      <w:r>
        <w:t>اس آیت کا مطلب یہی ہے۔ وَمَا نَقَبُوا مِنْهُمْ إِلَّا يُؤْمِنُوا بِاللَّهِ الْعَزِيزِ الْحَمِيدِ ایک آدمی کا عقیدہ، Belief جو ہے اس کو بنا دیا انہوں نے قابل سزا۔</w:t>
      </w:r>
    </w:p>
    <w:p>
      <w:r>
        <w:rPr>
          <w:b/>
        </w:rPr>
        <w:t xml:space="preserve">[17:15] </w:t>
      </w:r>
      <w:r>
        <w:t>jo kehte hain Cognizable offence.</w:t>
      </w:r>
    </w:p>
    <w:p>
      <w:pPr>
        <w:jc w:val="right"/>
      </w:pPr>
      <w:r>
        <w:t>جو کہتے ہیں Cognizable offence.</w:t>
      </w:r>
    </w:p>
    <w:p>
      <w:r>
        <w:rPr>
          <w:b/>
        </w:rPr>
        <w:t xml:space="preserve">[17:19] </w:t>
      </w:r>
      <w:r>
        <w:t>yeh tha pehle. Islam ne khatam kiya is ko, Abolish kiya is ko.</w:t>
      </w:r>
    </w:p>
    <w:p>
      <w:pPr>
        <w:jc w:val="right"/>
      </w:pPr>
      <w:r>
        <w:t>یہ تھا پہلے۔ اسلام نے ختم کیا اس کو، Abolish کیا اس کو۔</w:t>
      </w:r>
    </w:p>
    <w:p>
      <w:r>
        <w:rPr>
          <w:b/>
        </w:rPr>
        <w:t xml:space="preserve">[17:27] </w:t>
      </w:r>
      <w:r>
        <w:t>Islam ka usool yeh bana ke agar koi shakhs zaati aqeedah rakhe to rakhe لَكُمْ دِينُكُمْ وَلِيَ دِينٍ jo aqeedah chaho rakho.</w:t>
      </w:r>
    </w:p>
    <w:p>
      <w:pPr>
        <w:jc w:val="right"/>
      </w:pPr>
      <w:r>
        <w:t>اسلام کا اصول یہ بنا کہ اگر کوئی شخص ذاتی عقیدہ رکھے تو رکھے لَكُمْ دِينُكُمْ وَلِيَ دِينٍ جو عقیدہ چاہو رکھو۔</w:t>
      </w:r>
    </w:p>
    <w:p>
      <w:r>
        <w:rPr>
          <w:b/>
        </w:rPr>
        <w:t xml:space="preserve">[17:37] </w:t>
      </w:r>
      <w:r>
        <w:t>lekin jab tumhara koi Act samajh ke liye Harmful banega to kya ho</w:t>
      </w:r>
    </w:p>
    <w:p>
      <w:pPr>
        <w:jc w:val="right"/>
      </w:pPr>
      <w:r>
        <w:t>لیکن جب تمہارا کوئی Act سماج کے لیے Harmful بنے گا تو کیا ہو</w:t>
      </w:r>
    </w:p>
    <w:p>
      <w:r>
        <w:rPr>
          <w:b/>
        </w:rPr>
        <w:t xml:space="preserve">[17:45] </w:t>
      </w:r>
      <w:r>
        <w:t>ga? Then comes law, justice, court. So you have to differentiate between Social Crime and Personal Belief.</w:t>
      </w:r>
    </w:p>
    <w:p>
      <w:pPr>
        <w:jc w:val="right"/>
      </w:pPr>
      <w:r>
        <w:t>گا؟ Then comes law, justice, court. So you have to differentiate between Social Crime and Personal Belief.</w:t>
      </w:r>
    </w:p>
    <w:p>
      <w:r>
        <w:rPr>
          <w:b/>
        </w:rPr>
        <w:t xml:space="preserve">[18:01] </w:t>
      </w:r>
      <w:r>
        <w:t>You have to differentiate between Social Crime and Personal Belief.</w:t>
      </w:r>
    </w:p>
    <w:p>
      <w:pPr>
        <w:jc w:val="right"/>
      </w:pPr>
      <w:r>
        <w:t>You have to differentiate between Social Crime and Personal Belief.</w:t>
      </w:r>
    </w:p>
    <w:p>
      <w:r>
        <w:rPr>
          <w:b/>
        </w:rPr>
        <w:t xml:space="preserve">[18:08] </w:t>
      </w:r>
      <w:r>
        <w:t>to وَمَا نَقَبُوا مِنْهُمْ إِلَّا يُؤْمِنُوا بِاللَّهِ الْعَزِيزِ الْحَمِيدِ ka matlab yeh hai yeh log jo thay daur jahiliyat mein Personal aqeeday par saza dete thay.</w:t>
      </w:r>
    </w:p>
    <w:p>
      <w:pPr>
        <w:jc w:val="right"/>
      </w:pPr>
      <w:r>
        <w:t>تو وَمَا نَقَبُوا مِنْهُمْ إِلَّا يُؤْمِنُوا بِاللَّهِ الْعَزِيزِ الْحَمِيدِ کا مطلب یہ ہے یہ لوگ جو تھے دور جاہلیت میں Personal عقیدے پر سزا دیتے تھے۔</w:t>
      </w:r>
    </w:p>
    <w:p>
      <w:r>
        <w:rPr>
          <w:b/>
        </w:rPr>
        <w:t xml:space="preserve">[18:19] </w:t>
      </w:r>
      <w:r>
        <w:t>halankay Allah ne azadi di hai ke jo haq nahi hai ke Personal aqeeday par saza de. saza kab aayegi?</w:t>
      </w:r>
    </w:p>
    <w:p>
      <w:pPr>
        <w:jc w:val="right"/>
      </w:pPr>
      <w:r>
        <w:t>حالانکہ اللہ نے آزادی دی ہے کہ جو حق نہیں ہے کہ Personal عقیدے پر سزا دے۔ سزا کب آئے گی؟</w:t>
      </w:r>
    </w:p>
    <w:p>
      <w:r>
        <w:rPr>
          <w:b/>
        </w:rPr>
        <w:t xml:space="preserve">[18:28] </w:t>
      </w:r>
      <w:r>
        <w:t>jab aap Social Crime karen gay. doosron ke liye aap Harmful banen gay. tab saza aayegi. is se pehle nahi aayegi.</w:t>
      </w:r>
    </w:p>
    <w:p>
      <w:pPr>
        <w:jc w:val="right"/>
      </w:pPr>
      <w:r>
        <w:t>جب آپ Social Crime کریں گے۔ دوسروں کے لیے آپ Harmful بنیں گے۔ تب سزا آئے گی۔ اس سے پہلے نہیں آئے گی۔</w:t>
      </w:r>
    </w:p>
    <w:p>
      <w:r>
        <w:rPr>
          <w:b/>
        </w:rPr>
        <w:t xml:space="preserve">[18:39] </w:t>
      </w:r>
      <w:r>
        <w:t>Islam ne Abolish kiya tha is ko. Islam ne ek alag alag kiya dono ko. aur yeh Rasool Allah ke zamanay mein raha, Sahaba ke zamanay mein raha, Tabi'een ke zamanay mein raha.</w:t>
      </w:r>
    </w:p>
    <w:p>
      <w:pPr>
        <w:jc w:val="right"/>
      </w:pPr>
      <w:r>
        <w:t>اسلام نے Abolish کیا تھا اس کو۔ اسلام نے ایک الگ الگ کیا دونوں کو۔ اور یہ رسول اللہ کے زمانے میں رہا، صحابہ کے زمانے میں رہا، تابعین کے زمانے میں رہا۔</w:t>
      </w:r>
    </w:p>
    <w:p>
      <w:r>
        <w:rPr>
          <w:b/>
        </w:rPr>
        <w:t xml:space="preserve">[18:51] </w:t>
      </w:r>
      <w:r>
        <w:t>Abbasi Period mein dobara lot aayi hui tareekh. kyunke aas paas dunya mein wohi cheez thi.</w:t>
      </w:r>
    </w:p>
    <w:p>
      <w:pPr>
        <w:jc w:val="right"/>
      </w:pPr>
      <w:r>
        <w:t>عباسی Period میں دوبارہ لوٹ آئی ہوئی تاریخ۔ کیونکہ آس پاس دنیا میں وہی چیز تھی۔</w:t>
      </w:r>
    </w:p>
    <w:p>
      <w:r>
        <w:rPr>
          <w:b/>
        </w:rPr>
        <w:t xml:space="preserve">[18:59] </w:t>
      </w:r>
      <w:r>
        <w:t>aap jante hain qadeem zamanay mein log aqeeday par marte thay Isaiyon ko, aqeeday par marte thay Yahudiyon ko, aqeeday par mara gaya Buddhiston ko.</w:t>
      </w:r>
    </w:p>
    <w:p>
      <w:pPr>
        <w:jc w:val="right"/>
      </w:pPr>
      <w:r>
        <w:t>آپ جانتے ہیں قدیم زمانے میں لوگ عقیدے پر مارتے تھے عیسائیوں کو، عقیدے پر مارتے تھے یہودیوں کو، عقیدے پر مارا گیا بدھسٹوں کو۔</w:t>
      </w:r>
    </w:p>
    <w:p>
      <w:r>
        <w:rPr>
          <w:b/>
        </w:rPr>
        <w:t xml:space="preserve">[19:10] </w:t>
      </w:r>
      <w:r>
        <w:t>aqeeday par. to Islam ne kaha ke nahi, aqeeday par nahi mara jayega. mara jayega Social Crime par.</w:t>
      </w:r>
    </w:p>
    <w:p>
      <w:pPr>
        <w:jc w:val="right"/>
      </w:pPr>
      <w:r>
        <w:t>عقیدے پر۔ تو اسلام نے کہا کہ نہیں، عقیدے پر نہیں مارا جائے گا۔ مارا جائے گا Social Crime پر۔</w:t>
      </w:r>
    </w:p>
    <w:p>
      <w:r>
        <w:rPr>
          <w:b/>
        </w:rPr>
        <w:t xml:space="preserve">[19:22] </w:t>
      </w:r>
      <w:r>
        <w:t>itna bara yeh contribution tha islam ka history mein. aur musalmanon ne kiya kiya? ke apne conditioning jo thi, historical conditioning us ke tehat dobara islam mein daakhil kar diya us ko.</w:t>
      </w:r>
    </w:p>
    <w:p>
      <w:pPr>
        <w:jc w:val="right"/>
      </w:pPr>
      <w:r>
        <w:t>اتنا بڑا یہ Contribution تھا اسلام کا History میں۔ اور مسلمانوں نے کیا کیا؟ کہ اپنے Conditioning جو تھی، Historical Conditioning اس کے تحت دوبارہ اسلام میں داخل کر دیا اس کو۔</w:t>
      </w:r>
    </w:p>
    <w:p>
      <w:r>
        <w:rPr>
          <w:b/>
        </w:rPr>
        <w:t xml:space="preserve">[19:37] </w:t>
      </w:r>
      <w:r>
        <w:t>shattab-e-rasool ke naam par. bilashuba shattab-e-rasool ka masla baseless hai, un-islamic hai. is ka koi talluq islam se nahi hai.</w:t>
      </w:r>
    </w:p>
    <w:p>
      <w:pPr>
        <w:jc w:val="right"/>
      </w:pPr>
      <w:r>
        <w:t>شطب رسول کے نام پر۔ بلاشبہ شطب رسول کا مسئلہ Baseless ہے، Un-Islamic ہے۔ اس کا کوئی تعلق اسلام سے نہیں ہے۔</w:t>
      </w:r>
    </w:p>
    <w:p>
      <w:r>
        <w:rPr>
          <w:b/>
        </w:rPr>
        <w:t xml:space="preserve">[19:49] </w:t>
      </w:r>
      <w:r>
        <w:t>ke woh quran mein hai hi nahi.</w:t>
      </w:r>
    </w:p>
    <w:p>
      <w:pPr>
        <w:jc w:val="right"/>
      </w:pPr>
      <w:r>
        <w:t>کہ وہ قرآن میں ہے ہی نہیں۔</w:t>
      </w:r>
    </w:p>
    <w:p>
      <w:r>
        <w:rPr>
          <w:b/>
        </w:rPr>
        <w:t xml:space="preserve">[19:51] </w:t>
      </w:r>
      <w:r>
        <w:t>imam ahmad ibn hanbal bohat top ke muhaddis hain. un ki aik jo kitaab hai us ko encyclopedia of hadith samjha jata hai. jo musnad jo kitaab hai un ki.</w:t>
      </w:r>
    </w:p>
    <w:p>
      <w:pPr>
        <w:jc w:val="right"/>
      </w:pPr>
      <w:r>
        <w:t>امام احمد ابن حنبل بہت Top کے محدث ہیں۔ ان کی ایک جو کتاب ہے اس کو Encyclopedia of Hadith سمجھا جاتا ہے۔ جو مسند جو کتاب ہے ان کی۔</w:t>
      </w:r>
    </w:p>
    <w:p>
      <w:r>
        <w:rPr>
          <w:b/>
        </w:rPr>
        <w:t xml:space="preserve">[20:05] </w:t>
      </w:r>
      <w:r>
        <w:t>us ko samjha jata hai ke encyclopedia of hadith hai yeh. unhon ne kaha tha ke itooni bishay'in min kitabillah 'atta aqool</w:t>
      </w:r>
    </w:p>
    <w:p>
      <w:pPr>
        <w:jc w:val="right"/>
      </w:pPr>
      <w:r>
        <w:t>اس کو سمجھا جاتا ہے کہ Encyclopedia of Hadith ہے یہ۔ انہوں نے کہا تھا کہ إِتُونِي بِشَيْءٍ مِنْ كِتَابِ اللَّهِ عَتَّى أَقُولُ</w:t>
      </w:r>
    </w:p>
    <w:p>
      <w:r>
        <w:rPr>
          <w:b/>
        </w:rPr>
        <w:t xml:space="preserve">[20:17] </w:t>
      </w:r>
      <w:r>
        <w:t>ke khuda ke quran se koi baat lao tab main maano ga</w:t>
      </w:r>
    </w:p>
    <w:p>
      <w:pPr>
        <w:jc w:val="right"/>
      </w:pPr>
      <w:r>
        <w:t>کہ خدا کے قرآن سے کوئی بات لاؤ تب میں مانوں گا</w:t>
      </w:r>
    </w:p>
    <w:p>
      <w:r>
        <w:rPr>
          <w:b/>
        </w:rPr>
        <w:t xml:space="preserve">[20:22] </w:t>
      </w:r>
      <w:r>
        <w:t>itooni bishay'in min kitabillah 'atta aqool yani koi bari baat jo hai, choti choti baatein jo hain ke aap miswak karein, ke toothpaste karein.</w:t>
      </w:r>
    </w:p>
    <w:p>
      <w:pPr>
        <w:jc w:val="right"/>
      </w:pPr>
      <w:r>
        <w:t>إِتُونِي بِشَيْءٍ مِنْ كِتَابِ اللَّهِ عَتَّى أَقُولُ یعنی کوئی بڑی بات جو ہے، چھوٹی چھوٹی باتیں جو ہیں کہ آپ مسواک کریں، کہ Toothpaste کریں۔</w:t>
      </w:r>
    </w:p>
    <w:p>
      <w:r>
        <w:rPr>
          <w:b/>
        </w:rPr>
        <w:t xml:space="preserve">[20:35] </w:t>
      </w:r>
      <w:r>
        <w:t>is mein quran mein likhna zaroori nahi hai.</w:t>
      </w:r>
    </w:p>
    <w:p>
      <w:pPr>
        <w:jc w:val="right"/>
      </w:pPr>
      <w:r>
        <w:t>اس میں قرآن میں لکھنا ضروری نہیں ہے۔</w:t>
      </w:r>
    </w:p>
    <w:p>
      <w:r>
        <w:rPr>
          <w:b/>
        </w:rPr>
        <w:t xml:space="preserve">[20:41] </w:t>
      </w:r>
      <w:r>
        <w:t>ke aap chamre ka joota pehnein ke kapre ka joota pehnein. aap coat pehnein ke sharoani pehnein. in cheezon ka quran mein zikr nahi rahe ga.</w:t>
      </w:r>
    </w:p>
    <w:p>
      <w:pPr>
        <w:jc w:val="right"/>
      </w:pPr>
      <w:r>
        <w:t>کہ آپ چمڑے کا جوتا پہنیں کہ کپڑے کا جوتا پہنیں۔ آپ Coat پہنیں کہ شرونی پہنیں۔ ان چیزوں کا قرآن میں ذکر نہیں رہے گا۔</w:t>
      </w:r>
    </w:p>
    <w:p>
      <w:r>
        <w:rPr>
          <w:b/>
        </w:rPr>
        <w:t xml:space="preserve">[20:53] </w:t>
      </w:r>
      <w:r>
        <w:t>lekin jo basics hain, jo bari bari baatein hain, un ko quran se aap ko dikhana pare ga. nahi to woh be-asar qarar paayein gi.</w:t>
      </w:r>
    </w:p>
    <w:p>
      <w:pPr>
        <w:jc w:val="right"/>
      </w:pPr>
      <w:r>
        <w:t>لیکن جو Basics ہیں، جو بڑی بڑی باتیں ہیں، ان کو قرآن سے آپ کو دکھانا پڑے گا۔ نہیں تو وہ بے اثر قرار پائیں گی۔</w:t>
      </w:r>
    </w:p>
    <w:p>
      <w:r>
        <w:rPr>
          <w:b/>
        </w:rPr>
        <w:t xml:space="preserve">[21:03] </w:t>
      </w:r>
      <w:r>
        <w:t>isi ko kaha unhon ne ke quran se lao tab main boloon ga warna main us ko maanne wala nahi us ko itooni bishay'in min kitabillah 'atta aqool to capital punishment se bari baat kiya ho sakti hai?</w:t>
      </w:r>
    </w:p>
    <w:p>
      <w:pPr>
        <w:jc w:val="right"/>
      </w:pPr>
      <w:r>
        <w:t>اسی کو کہا انہوں نے کہ قرآن سے لاؤ تب میں بولوں گا ورنہ میں اس کو ماننے والا نہیں اس کو إِتُونِي بِشَيْءٍ مِنْ كِتَابِ اللَّهِ عَتَّى أَقُولُ تو Capital Punishment سے بڑی بات کیا ہو سکتی ہے؟</w:t>
      </w:r>
    </w:p>
    <w:p>
      <w:r>
        <w:rPr>
          <w:b/>
        </w:rPr>
        <w:t xml:space="preserve">[21:19] </w:t>
      </w:r>
      <w:r>
        <w:t>jis ko quran mein kaha gaya ke aik insaan ko maarna saare insaanon ko maar daalna hai.</w:t>
      </w:r>
    </w:p>
    <w:p>
      <w:pPr>
        <w:jc w:val="right"/>
      </w:pPr>
      <w:r>
        <w:t>جس کو قرآن میں کہا گیا کہ ایک انسان کو مارنا سارے انسانوں کو مار ڈالنا ہے۔</w:t>
      </w:r>
    </w:p>
    <w:p>
      <w:r>
        <w:rPr>
          <w:b/>
        </w:rPr>
        <w:t xml:space="preserve">[21:27] </w:t>
      </w:r>
      <w:r>
        <w:t>to yeh jo banaya gaya shattab-e-rasool par saza ka masla yeh bilashuba yeh jahiliyat ka masla hai jo musalman history mein lota laaye hain.</w:t>
      </w:r>
    </w:p>
    <w:p>
      <w:pPr>
        <w:jc w:val="right"/>
      </w:pPr>
      <w:r>
        <w:t>تو یہ جو بنایا گیا شطب رسول پر سزا کا مسئلہ یہ بلاشبہ یہ جاہلیت کا مسئلہ ہے جو مسلمان تاریخ میں لوٹا لائے ہیں۔</w:t>
      </w:r>
    </w:p>
    <w:p>
      <w:r>
        <w:rPr>
          <w:b/>
        </w:rPr>
        <w:t xml:space="preserve">[21:40] </w:t>
      </w:r>
      <w:r>
        <w:t>yani religious persecution jo tha pehle woh yahi tha aqeeday par maar peet karte the woh aqeeday par.</w:t>
      </w:r>
    </w:p>
    <w:p>
      <w:pPr>
        <w:jc w:val="right"/>
      </w:pPr>
      <w:r>
        <w:t>یعنی Religious Persecution جو تھا پہلے وہ یہی تھا عقیدے پر مار پیٹ کرتے تھے وہ عقیدے پر۔</w:t>
      </w:r>
    </w:p>
    <w:p>
      <w:r>
        <w:rPr>
          <w:b/>
        </w:rPr>
        <w:t xml:space="preserve">[21:49] </w:t>
      </w:r>
      <w:r>
        <w:t>islam ne khatam kiya is ko. aqeeday ke muamle mein kiya hai lakum deenukum wa liya deen tumhara aqeedah tum ko tumhare aqeeday ki azaadi hai mujh ko mere aqeeday ki azaadi hai.</w:t>
      </w:r>
    </w:p>
    <w:p>
      <w:pPr>
        <w:jc w:val="right"/>
      </w:pPr>
      <w:r>
        <w:t>اسلام نے ختم کیا اس کو۔ عقیدے کے معاملے میں کیا ہے لَكُمْ دِينُكُمْ وَلِيَ دِينٍ تمہارا عقیدہ تم کو تمہارے عقیدے کی آزادی ہے مجھ کو میرے عقیدے کی آزادی ہے۔</w:t>
      </w:r>
    </w:p>
    <w:p>
      <w:r>
        <w:rPr>
          <w:b/>
        </w:rPr>
        <w:t xml:space="preserve">[22:01] </w:t>
      </w:r>
      <w:r>
        <w:t>lakum deenukum matlab yahi hai. yeh quran ki ayat hai ke tum ko tumhare aqeeday ki azaadi mujh ko mere aqeeday ki azaadi.</w:t>
      </w:r>
    </w:p>
    <w:p>
      <w:pPr>
        <w:jc w:val="right"/>
      </w:pPr>
      <w:r>
        <w:t>لَكُمْ دِينُكُمْ مطلب یہی ہے۔ یہ قرآن کی آیت ہے کہ تم کو تمہارے عقیدے کی آزادی مجھ کو میرے عقیدے کی آزادی۔</w:t>
      </w:r>
    </w:p>
    <w:p>
      <w:r>
        <w:rPr>
          <w:b/>
        </w:rPr>
        <w:t xml:space="preserve">[22:13] </w:t>
      </w:r>
      <w:r>
        <w:t>bas yeh haq kisi ko nahi hai ke woh samaaj mein rehte hue kisi ke liye harmful bane. woh agar kare ga to us ko legal punishment di jaye gi.</w:t>
      </w:r>
    </w:p>
    <w:p>
      <w:pPr>
        <w:jc w:val="right"/>
      </w:pPr>
      <w:r>
        <w:t>بس یہ حق کسی کو نہیں ہے کہ وہ سماج میں رہتے ہوئے کسی کے لیے Harmful بنے۔ وہ اگر کرے گا تو اس کو Legal Punishment دی جائے گی۔</w:t>
      </w:r>
    </w:p>
    <w:p>
      <w:r>
        <w:rPr>
          <w:b/>
        </w:rPr>
        <w:t xml:space="preserve">[22:24] </w:t>
      </w:r>
      <w:r>
        <w:t>woh cognizable offence ban jaye ga woh.</w:t>
      </w:r>
    </w:p>
    <w:p>
      <w:pPr>
        <w:jc w:val="right"/>
      </w:pPr>
      <w:r>
        <w:t>وہ Cognizable offence بن جائے گا وہ۔</w:t>
      </w:r>
    </w:p>
    <w:p>
      <w:r>
        <w:rPr>
          <w:b/>
        </w:rPr>
        <w:t xml:space="preserve">[22:30] </w:t>
      </w:r>
      <w:r>
        <w:t>yeh hai rasool Allah sal Allah alaihi wasallam ka role history mein. yani rasool Allah sal Allah alaihi wasallam insaniyat ko jangal ke kaanon se nikaal kar bahar laaye.</w:t>
      </w:r>
    </w:p>
    <w:p>
      <w:pPr>
        <w:jc w:val="right"/>
      </w:pPr>
      <w:r>
        <w:t>یہ ہے رسول اللہ صلی اللہ علیہ وسلم کا Role History میں۔ یعنی رسول اللہ صلی اللہ علیہ وسلم انسانیت کو جنگل کے کانوں سے نکال کر باہر لائے۔</w:t>
      </w:r>
    </w:p>
    <w:p>
      <w:r>
        <w:rPr>
          <w:b/>
        </w:rPr>
        <w:t xml:space="preserve">[22:44] </w:t>
      </w:r>
      <w:r>
        <w:t>aur musalman dobara lotana chahte hain jangal ke kaanon ki taraf</w:t>
      </w:r>
    </w:p>
    <w:p>
      <w:pPr>
        <w:jc w:val="right"/>
      </w:pPr>
      <w:r>
        <w:t>اور مسلمان دوبارہ لوٹانا چاہتے ہیں جنگل کے کانوں کی طرف</w:t>
      </w:r>
    </w:p>
    <w:p>
      <w:r>
        <w:rPr>
          <w:b/>
        </w:rPr>
        <w:t xml:space="preserve">[22:47] </w:t>
      </w:r>
      <w:r>
        <w:t>isi ko kaha tha Hazrat Abdullah ibn Umar ne</w:t>
      </w:r>
    </w:p>
    <w:p>
      <w:pPr>
        <w:jc w:val="right"/>
      </w:pPr>
      <w:r>
        <w:t>۔ اسی کو کہا تھا حضرت عبداللہ ابن عمر نے</w:t>
      </w:r>
    </w:p>
    <w:p>
      <w:r>
        <w:rPr>
          <w:b/>
        </w:rPr>
        <w:t xml:space="preserve">[22:53] </w:t>
      </w:r>
      <w:r>
        <w:t>jab musalman Hazrat Ali aur Muawiya ke zamane mein jo ladai hui to us mein Hazrat Abdullah ibn Umar shareek nahi the.</w:t>
      </w:r>
    </w:p>
    <w:p>
      <w:pPr>
        <w:jc w:val="right"/>
      </w:pPr>
      <w:r>
        <w:t>جب مسلمان حضرت علی اور معاویہ کے زمانے میں جو لڑائی ہوئی تو اس میں حضرت عبداللہ ابن عمر شریک نہیں تھے۔</w:t>
      </w:r>
    </w:p>
    <w:p>
      <w:r>
        <w:rPr>
          <w:b/>
        </w:rPr>
        <w:t xml:space="preserve">[23:05] </w:t>
      </w:r>
      <w:r>
        <w:t>to kuch log gaye un ke paas un ke ghar ke aap kyun nahi shareek hain is mein? yeh to fitna hai. unhon ne kaha ke fitna nahi, har giz nahi, fitna nahi hai.</w:t>
      </w:r>
    </w:p>
    <w:p>
      <w:pPr>
        <w:jc w:val="right"/>
      </w:pPr>
      <w:r>
        <w:t>تو کچھ لوگ گئے ان کے پاس ان کے گھر کہ آپ کیوں نہیں شریک ہیں اس میں؟ یہ تو فتنہ ہے۔ انہوں نے کہا کہ فتنہ نہیں، ہرگز نہیں، فتنہ نہیں ہے۔</w:t>
      </w:r>
    </w:p>
    <w:p>
      <w:r>
        <w:rPr>
          <w:b/>
        </w:rPr>
        <w:t xml:space="preserve">[23:15] </w:t>
      </w:r>
      <w:r>
        <w:t>fitna to hum ne khatam kar diya.</w:t>
      </w:r>
    </w:p>
    <w:p>
      <w:pPr>
        <w:jc w:val="right"/>
      </w:pPr>
      <w:r>
        <w:t>فتنہ تو ہم نے ختم کر دیا۔</w:t>
      </w:r>
    </w:p>
    <w:p>
      <w:r>
        <w:rPr>
          <w:b/>
        </w:rPr>
        <w:t xml:space="preserve">[23:17] </w:t>
      </w:r>
      <w:r>
        <w:t>qatfalna unhon ne kaha qatfalna woh to hum ne khatam kar diya. ab tum phir se naye naye issue le kar fitna barpa kar rahe ho. yeh bohat bari riwayat hai, yeh bukhari mein maujood hai.</w:t>
      </w:r>
    </w:p>
    <w:p>
      <w:pPr>
        <w:jc w:val="right"/>
      </w:pPr>
      <w:r>
        <w:t>قَطْفَالْنَا انہوں نے کہا قَطْفَالْنَا وہ تو ہم نے ختم کر دیا۔ اب تم پھر سے نئے نئے Issue لے کر فتنہ برپا کر رہے ہو۔ یہ بہت بڑی روایت ہے، یہ بخاری میں موجود ہے۔</w:t>
      </w:r>
    </w:p>
    <w:p>
      <w:r>
        <w:rPr>
          <w:b/>
        </w:rPr>
        <w:t xml:space="preserve">[23:30] </w:t>
      </w:r>
      <w:r>
        <w:t>Bukhari kitab ut tafseer mein. Koi dekh sakta hai is ko. Aur Abdullah ibn Umar top ke sahabi hain. Unhon ne kaha ke fitna to hum ne khatam kar diya.</w:t>
      </w:r>
    </w:p>
    <w:p>
      <w:pPr>
        <w:jc w:val="right"/>
      </w:pPr>
      <w:r>
        <w:t>بخاری کتاب التفسیر میں۔ کوئی دیکھ سکتا ہے اس کو۔ اور عبداللہ ابن عمر Top کے صحابی ہیں۔ انہوں نے کہا کہ فتنہ تو ہم نے ختم کر دیا۔</w:t>
      </w:r>
    </w:p>
    <w:p>
      <w:r>
        <w:rPr>
          <w:b/>
        </w:rPr>
        <w:t xml:space="preserve">[23:43] </w:t>
      </w:r>
      <w:r>
        <w:t>Hum ne matlab sahaba ne</w:t>
      </w:r>
    </w:p>
    <w:p>
      <w:pPr>
        <w:jc w:val="right"/>
      </w:pPr>
      <w:r>
        <w:t>ہم نے مطلب صحابہ نے</w:t>
      </w:r>
    </w:p>
    <w:p>
      <w:r>
        <w:rPr>
          <w:b/>
        </w:rPr>
        <w:t xml:space="preserve">[23:46] </w:t>
      </w:r>
      <w:r>
        <w:t>Yeh jo fitna tha ke aqeeday par saza dena, aqeeday par larai karna, aqeeday ko takrao ka masla banana, yeh to hum ne khatam kar diya.</w:t>
      </w:r>
    </w:p>
    <w:p>
      <w:pPr>
        <w:jc w:val="right"/>
      </w:pPr>
      <w:r>
        <w:t>یہ جو فتنہ تھا کہ عقیدے پر سزا دینا، عقیدے پر لڑائی کرنا، عقیدے کو ٹکراؤ کا مسئلہ بنانا، یہ تو ہم نے ختم کر دیا۔</w:t>
      </w:r>
    </w:p>
    <w:p>
      <w:r>
        <w:rPr>
          <w:b/>
        </w:rPr>
        <w:t xml:space="preserve">[23:58] </w:t>
      </w:r>
      <w:r>
        <w:t>Aqeeday mein azadi ho gayi logon ko. Ab tum chahte ho ke phir se aqeeday ko larai ka issue banao?</w:t>
      </w:r>
    </w:p>
    <w:p>
      <w:pPr>
        <w:jc w:val="right"/>
      </w:pPr>
      <w:r>
        <w:t>عقیدے میں آزادی ہو گئی لوگوں کو۔ اب تم چاہتے ہو کہ پھر سے عقیدے کو لڑائی کا Issue بناؤ؟</w:t>
      </w:r>
    </w:p>
    <w:p>
      <w:r>
        <w:rPr>
          <w:b/>
        </w:rPr>
        <w:t xml:space="preserve">[24:10] </w:t>
      </w:r>
      <w:r>
        <w:t>Wohi Musalmanon ne kiya hai ke aqeeday par saza ko Islam ne khatam kar diya tha. Kyun ke shatb e Rasool ka masla le kar ke unhon ne is ko zinda kar diya.</w:t>
      </w:r>
    </w:p>
    <w:p>
      <w:pPr>
        <w:jc w:val="right"/>
      </w:pPr>
      <w:r>
        <w:t>وہی مسلمانوں نے کیا ہے کہ عقیدے پر سزا کو اسلام نے ختم کر دیا تھا۔ کیونکہ شطب رسول کا مسئلہ لے کر کے انہوں نے اس کو زندہ کر دیا۔</w:t>
      </w:r>
    </w:p>
    <w:p>
      <w:r>
        <w:rPr>
          <w:b/>
        </w:rPr>
        <w:t xml:space="preserve">[24:22] </w:t>
      </w:r>
      <w:r>
        <w:t>Yeh bilashuba baseless hai, un-Islamic hai. Is ka Islam se koi talluq nahi hai. Yeh kehna hai ke falan faqih o falan aalim ne kaha hai to kehte rahein woh.</w:t>
      </w:r>
    </w:p>
    <w:p>
      <w:pPr>
        <w:jc w:val="right"/>
      </w:pPr>
      <w:r>
        <w:t>یہ بلاشبہ Baseless ہے، Un-Islamic ہے۔ اس کا اسلام سے کوئی تعلق نہیں ہے۔ یہ کہنا ہے کہ فلاں فقیہ و فلاں عالم نے کہا ہے تو کہتے رہیں وہ۔</w:t>
      </w:r>
    </w:p>
    <w:p>
      <w:r>
        <w:rPr>
          <w:b/>
        </w:rPr>
        <w:t xml:space="preserve">[24:34] </w:t>
      </w:r>
      <w:r>
        <w:t>Ituni bishai'in mink ta'khudh mein woh kahunga.</w:t>
      </w:r>
    </w:p>
    <w:p>
      <w:pPr>
        <w:jc w:val="right"/>
      </w:pPr>
      <w:r>
        <w:t>إِتُونِي بِشَيْءٍ مِنْكِ تَأْخُذُ میں وہ کہوں گا۔</w:t>
      </w:r>
    </w:p>
    <w:p>
      <w:r>
        <w:rPr>
          <w:b/>
        </w:rPr>
        <w:t xml:space="preserve">[24:39] </w:t>
      </w:r>
      <w:r>
        <w:t>Yeh kaha jata hai ke falan ulama is ko mante hain, falan fuqaha is ko mante hain to mante rahein woh. Ituni bishai'in mink ta'khudh capital punishment ko aap ko sabit karna parega ke is ka asal Quran mein maujood hai.</w:t>
      </w:r>
    </w:p>
    <w:p>
      <w:pPr>
        <w:jc w:val="right"/>
      </w:pPr>
      <w:r>
        <w:t>یہ کہا جاتا ہے کہ فلاں علماء اس کو مانتے ہیں، فلاں فقہاء اس کو مانتے ہیں تو مانتے رہیں وہ۔ إِتُونِي بِشَيْءٍ مِنْكِ تَأْخُذُ Capital Punishment کو آپ کو ثابت کرنا پڑے گا کہ اس کا اصل قرآن میں موجود ہے۔</w:t>
      </w:r>
    </w:p>
    <w:p>
      <w:r>
        <w:rPr>
          <w:b/>
        </w:rPr>
        <w:t xml:space="preserve">[24:54] </w:t>
      </w:r>
      <w:r>
        <w:t>Yeh to nahi. Aur yeh to aur bhi zyada jangli ka qanoon hai ke khud hi khud maro.</w:t>
      </w:r>
    </w:p>
    <w:p>
      <w:pPr>
        <w:jc w:val="right"/>
      </w:pPr>
      <w:r>
        <w:t>یہ تو نہیں۔ اور یہ تو اور بھی زیادہ جنگل کا قانون ہے کہ خود ہی خود مارو۔</w:t>
      </w:r>
    </w:p>
    <w:p>
      <w:r>
        <w:rPr>
          <w:b/>
        </w:rPr>
        <w:t xml:space="preserve">[25:03] </w:t>
      </w:r>
      <w:r>
        <w:t>Surah e Noor mein yeh baqayda yeh hukum hai ke chaar gawah lenay parain ge aap ko.</w:t>
      </w:r>
    </w:p>
    <w:p>
      <w:pPr>
        <w:jc w:val="right"/>
      </w:pPr>
      <w:r>
        <w:t>سورہ النور میں یہ باقاعدہ یہ حکم ہے کہ چار گواہ لینے پڑیں گے آپ کو۔</w:t>
      </w:r>
    </w:p>
    <w:p>
      <w:r>
        <w:rPr>
          <w:b/>
        </w:rPr>
        <w:t xml:space="preserve">[25:13] </w:t>
      </w:r>
      <w:r>
        <w:t>Jab koi aisa waqia ho jis ka talluq social crime se ho tab bhi aap mar nahi sakte khud hi khud. Aap yeh karein ge ke is ko report karein ge.</w:t>
      </w:r>
    </w:p>
    <w:p>
      <w:pPr>
        <w:jc w:val="right"/>
      </w:pPr>
      <w:r>
        <w:t>جب کوئی ایسا واقعہ ہو جس کا تعلق Social Crime سے ہو تب بھی آپ مار نہیں سکتے خود ہی خود۔ آپ یہ کریں گے کہ اس کو Report کریں گے۔</w:t>
      </w:r>
    </w:p>
    <w:p>
      <w:r>
        <w:rPr>
          <w:b/>
        </w:rPr>
        <w:t xml:space="preserve">[25:25] </w:t>
      </w:r>
      <w:r>
        <w:t>Police mein report karein ge. Woh adalat mein jayega. Wahan witness hogi, witness.</w:t>
      </w:r>
    </w:p>
    <w:p>
      <w:pPr>
        <w:jc w:val="right"/>
      </w:pPr>
      <w:r>
        <w:t>پولیس میں Report کریں گے۔ وہ عدالت میں جائے گا۔ وہاں Witness ہوگی، Witness۔</w:t>
      </w:r>
    </w:p>
    <w:p>
      <w:r>
        <w:rPr>
          <w:b/>
        </w:rPr>
        <w:t xml:space="preserve">[25:33] </w:t>
      </w:r>
      <w:r>
        <w:t>Poori proceeding chalegi. Phir jo established court hai us mein jo judge baitha hua hai woh faisla karega. Tab us ko implement kiya jayega.</w:t>
      </w:r>
    </w:p>
    <w:p>
      <w:pPr>
        <w:jc w:val="right"/>
      </w:pPr>
      <w:r>
        <w:t>پوری Proceeding چلے گی۔ پھر جو Established Court ہے اس میں جو جج بیٹھا ہوا ہے وہ فیصلہ کرے گا۔ تب اس کو Implement کیا جائے گا۔</w:t>
      </w:r>
    </w:p>
    <w:p>
      <w:r>
        <w:rPr>
          <w:b/>
        </w:rPr>
        <w:t xml:space="preserve">[25:44] </w:t>
      </w:r>
      <w:r>
        <w:t>Aisa nahi ke koi bhi kisi ko pakre marne lage ke is ne gustakhi ki hai. Yeh to jangli ka qanoon hai. Bilashuba is ka Islam se koi talluq nahi hai.</w:t>
      </w:r>
    </w:p>
    <w:p>
      <w:pPr>
        <w:jc w:val="right"/>
      </w:pPr>
      <w:r>
        <w:t>ایسا نہیں کہ کوئی بھی کسی کو پکڑے مارنے لگے کہ اس نے گستاخی کی ہے۔ یہ تو جنگل کا قانون ہے۔ بلاشبہ اس کا اسلام سے کوئی تعلق نہیں ہے۔</w:t>
      </w:r>
    </w:p>
    <w:p>
      <w:r>
        <w:rPr>
          <w:b/>
        </w:rPr>
        <w:t xml:space="preserve">[25:57] </w:t>
      </w:r>
      <w:r>
        <w:t>To shatb e Rasool ke masle mein double ghalati ki hai logon ne</w:t>
      </w:r>
    </w:p>
    <w:p>
      <w:pPr>
        <w:jc w:val="right"/>
      </w:pPr>
      <w:r>
        <w:t>تو شطب رسول کے مسئلے میں Double غلطی کی ہے لوگوں نے</w:t>
      </w:r>
    </w:p>
    <w:p>
      <w:r>
        <w:rPr>
          <w:b/>
        </w:rPr>
        <w:t xml:space="preserve">[26:01] </w:t>
      </w:r>
      <w:r>
        <w:t>. Ek to yeh ke aqeeday ko saza ka masla bana diya. Jis ko Islam ne khatam kiya tha. Number do ke itna aam kar diya ke koi bhi shakhs kisi ko kahe ke tum ne gustakhi ki hai aur is ko marne lage woh.</w:t>
      </w:r>
    </w:p>
    <w:p>
      <w:pPr>
        <w:jc w:val="right"/>
      </w:pPr>
      <w:r>
        <w:t>۔ ایک تو یہ کہ عقیدے کو سزا کا مسئلہ بنا دیا۔ جس کو اسلام نے ختم کیا تھا۔ نمبر دو کہ اتنا عام کر دیا کہ کوئی بھی شخص کسی کو کہے کہ تم نے گستاخی کی ہے اور اس کو مارنے لگے وہ۔</w:t>
      </w:r>
    </w:p>
    <w:p>
      <w:r>
        <w:rPr>
          <w:b/>
        </w:rPr>
        <w:t xml:space="preserve">[26:20] </w:t>
      </w:r>
      <w:r>
        <w:t>Halankeh is masle ko koi bhi masla jo qabil e saza ho woh court mein jayega.</w:t>
      </w:r>
    </w:p>
    <w:p>
      <w:pPr>
        <w:jc w:val="right"/>
      </w:pPr>
      <w:r>
        <w:t>حالانکہ اس مسئلے کو کوئی بھی مسئلہ جو قابل سزا ہو وہ Court میں جائے گا۔</w:t>
      </w:r>
    </w:p>
    <w:p>
      <w:r>
        <w:rPr>
          <w:b/>
        </w:rPr>
        <w:t xml:space="preserve">[26:29] </w:t>
      </w:r>
      <w:r>
        <w:t>To Rasool Allah sal Allah alaihi wasallam ka kitna bara role hai yeh ke aap ne jis tareeqay se ilm e insani mein aisa hua, scientiston ne kiya ilm e insani mein ke superstition se nikal kar ke unhon ne is ko laye, yani science ke daur mein laye.</w:t>
      </w:r>
    </w:p>
    <w:p>
      <w:pPr>
        <w:jc w:val="right"/>
      </w:pPr>
      <w:r>
        <w:t>تو رسول اللہ صلی اللہ علیہ وسلم کا کتنا بڑا Role ہے یہ کہ آپ نے جس طریقے سے علم انسانی میں ایسا ہوا، سائنسدانوں نے کیا علم انسانی میں کہ Superstition سے نکال کر کے انہوں نے اس کو لائے، یعنی سائنس کے دور میں لائے۔</w:t>
      </w:r>
    </w:p>
    <w:p>
      <w:r>
        <w:rPr>
          <w:b/>
        </w:rPr>
        <w:t xml:space="preserve">[26:49] </w:t>
      </w:r>
      <w:r>
        <w:t>Ilm e insani ko jo ke base karta tha superstition par, usay nikal kar ke woh science mein laye. Established science ke daur mein laye.</w:t>
      </w:r>
    </w:p>
    <w:p>
      <w:pPr>
        <w:jc w:val="right"/>
      </w:pPr>
      <w:r>
        <w:t>علم انسانی کو جو کہ Base کرتا تھا Superstition پر، اسے نکال کر کے وہ سائنس میں لائے۔ Established سائنس کے دور میں لائے۔</w:t>
      </w:r>
    </w:p>
    <w:p>
      <w:r>
        <w:rPr>
          <w:b/>
        </w:rPr>
        <w:t xml:space="preserve">[27:00] </w:t>
      </w:r>
      <w:r>
        <w:t>Rasool Allah sal Allah alaihi wasallam aur aap ke ashaab ne isi tareeqay se mazhab ko is daur se nikala jab mazhab mythology par base karta tha, mystery par base karta tha, qissay kahani par base karta tha.</w:t>
      </w:r>
    </w:p>
    <w:p>
      <w:pPr>
        <w:jc w:val="right"/>
      </w:pPr>
      <w:r>
        <w:t>رسول اللہ صلی اللہ علیہ وسلم اور آپ کے اصحاب نے اسی طریقے سے مذہب کو اس دور سے نکالا جب مذہب Mythology پر Base کرتا تھا، Mystery پر Base کرتا تھا، قصے کہانی پر Base کرتا تھا۔</w:t>
      </w:r>
    </w:p>
    <w:p>
      <w:r>
        <w:rPr>
          <w:b/>
        </w:rPr>
        <w:t xml:space="preserve">[27:14] </w:t>
      </w:r>
      <w:r>
        <w:t>Well defined nahi thi koi cheez.</w:t>
      </w:r>
    </w:p>
    <w:p>
      <w:pPr>
        <w:jc w:val="right"/>
      </w:pPr>
      <w:r>
        <w:t>Well Defined نہیں تھی کوئی چیز۔</w:t>
      </w:r>
    </w:p>
    <w:p>
      <w:r>
        <w:rPr>
          <w:b/>
        </w:rPr>
        <w:t xml:space="preserve">[27:19] </w:t>
      </w:r>
      <w:r>
        <w:t>Us se nikala. Ab Islam ko wahan daur mein pohanchaya jahan ke Islam mein ek well defined system hai mazhab ka jahan.</w:t>
      </w:r>
    </w:p>
    <w:p>
      <w:pPr>
        <w:jc w:val="right"/>
      </w:pPr>
      <w:r>
        <w:t>اس سے نکالا۔ اب اسلام کو وہاں دور میں پہنچایا جہاں کہ اسلام میں ایک Well Defined System ہے مذہب کا جہاں۔</w:t>
      </w:r>
    </w:p>
    <w:p>
      <w:r>
        <w:rPr>
          <w:b/>
        </w:rPr>
        <w:t xml:space="preserve">[27:30] </w:t>
      </w:r>
      <w:r>
        <w:t>Ek model hai jahan. Aur text hai, authentic text. Us se pehle text gum ho gaya tha. Paighambar jo laye kitabein Allah ki taraf se woh gum ho gayi hain.</w:t>
      </w:r>
    </w:p>
    <w:p>
      <w:pPr>
        <w:jc w:val="right"/>
      </w:pPr>
      <w:r>
        <w:t>ایک Model ہے جہاں۔ اور Text ہے، Authentic Text۔ اس سے پہلے Text گم ہو گیا تھا۔ پیغمبر جو لائے کتابیں اللہ کی طرف سے وہ گم ہو گئی ہیں۔</w:t>
      </w:r>
    </w:p>
    <w:p>
      <w:r>
        <w:rPr>
          <w:b/>
        </w:rPr>
        <w:t xml:space="preserve">[27:42] </w:t>
      </w:r>
      <w:r>
        <w:t>Un mein alteration hoga. Kahin jala diya gaya hai, kahin kuch hua.</w:t>
      </w:r>
    </w:p>
    <w:p>
      <w:pPr>
        <w:jc w:val="right"/>
      </w:pPr>
      <w:r>
        <w:t>ان میں Alteration ہوگا۔ کہیں جلا دیا گیا ہے، کہیں کچھ ہوا۔</w:t>
      </w:r>
    </w:p>
    <w:p>
      <w:r>
        <w:rPr>
          <w:b/>
        </w:rPr>
        <w:t xml:space="preserve">[27:47] </w:t>
      </w:r>
      <w:r>
        <w:t>To Rasool Allah sal Allah alaihi wasallam ne aur aap ke ashaab ne kiya kiya ke Quran jo ek authentic source hai Khuda ki guidance ko janne ka, woh ek preserve us ko kar diya.</w:t>
      </w:r>
    </w:p>
    <w:p>
      <w:pPr>
        <w:jc w:val="right"/>
      </w:pPr>
      <w:r>
        <w:t>تو رسول اللہ صلی اللہ علیہ وسلم نے اور آپ کے اصحاب نے کیا کیا کہ قرآن جو ایک Authentic Source ہے خدا کی Guidance کو جاننے کا، وہ ایک Preserve اس کو کر دیا۔</w:t>
      </w:r>
    </w:p>
    <w:p>
      <w:r>
        <w:rPr>
          <w:b/>
        </w:rPr>
        <w:t xml:space="preserve">[28:04] </w:t>
      </w:r>
      <w:r>
        <w:t>aur dekhen is ki is se pehle insan ko pata nahi tha ke what is the creation plan of god</w:t>
      </w:r>
    </w:p>
    <w:p>
      <w:pPr>
        <w:jc w:val="right"/>
      </w:pPr>
      <w:r>
        <w:t>اور دیکھیں اس کی اس سے پہلے انسان کو پتہ نہیں تھا کہ What is the creation plan of God</w:t>
      </w:r>
    </w:p>
    <w:p>
      <w:r>
        <w:rPr>
          <w:b/>
        </w:rPr>
        <w:t xml:space="preserve">[28:11] </w:t>
      </w:r>
      <w:r>
        <w:t>kitne log bechare paida hue, seeker bane, mar gaye yeh kehte hue ke khudaaya hum nahi jante ke kya teri marzi hai. pata hota to wahi karte. aise log history mein seeker kahe jate hain.</w:t>
      </w:r>
    </w:p>
    <w:p>
      <w:pPr>
        <w:jc w:val="right"/>
      </w:pPr>
      <w:r>
        <w:t>کتنے لوگ بیچارے پیدا ہوئے، Seeker بنے، مر گئے یہ کہتے ہوئے کہ خدایا ہم نہیں جانتے کہ کیا تیری مرضی ہے۔ پتہ ہوتا تو وہی کرتے۔ ایسے لوگ History میں Seeker کہے جاتے ہیں۔</w:t>
      </w:r>
    </w:p>
    <w:p>
      <w:r>
        <w:rPr>
          <w:b/>
        </w:rPr>
        <w:t xml:space="preserve">[28:25] </w:t>
      </w:r>
      <w:r>
        <w:t>to bas yeh kehte hue mar gaye woh zindagi bhar ke khudaaya hamein pata nahi ke teri marzi kya hai. kis liye tune banaya hai yeh sab? yeh zameen kis liye, yeh aasman kis liye, suraj kis liye, chand kis liye?</w:t>
      </w:r>
    </w:p>
    <w:p>
      <w:pPr>
        <w:jc w:val="right"/>
      </w:pPr>
      <w:r>
        <w:t>تو بس یہ کہتے ہوئے مر گئے وہ زندگی بھر کہ خدایا ہمیں پتہ نہیں کہ تیری مرضی کیا ہے۔ کس لیے تو نے بنایا ہے یہ سب؟ یہ زمین کس لیے، یہ آسمان کس لیے، سورج کس لیے، چاند کس لیے؟</w:t>
      </w:r>
    </w:p>
    <w:p>
      <w:r>
        <w:rPr>
          <w:b/>
        </w:rPr>
        <w:t xml:space="preserve">[28:37] </w:t>
      </w:r>
      <w:r>
        <w:t>yeh kya hai is ka purpose? hum nahi jaant</w:t>
      </w:r>
    </w:p>
    <w:p>
      <w:pPr>
        <w:jc w:val="right"/>
      </w:pPr>
      <w:r>
        <w:t>یہ کیا ہے اس کا Purpose؟ ہم نہیں جانت</w:t>
      </w:r>
    </w:p>
    <w:p>
      <w:r>
        <w:rPr>
          <w:b/>
        </w:rPr>
        <w:t xml:space="preserve">[28:41] </w:t>
      </w:r>
      <w:r>
        <w:t>e. agar jante to hum isi ko manne wale bante. isi ke liye jhukne wale bante. poori poori tareekh guzar gayi.</w:t>
      </w:r>
    </w:p>
    <w:p>
      <w:pPr>
        <w:jc w:val="right"/>
      </w:pPr>
      <w:r>
        <w:t>ے۔ اگر جانتے تو ہم اسی کو ماننے والے بنتے۔ اسی کے لیے جھکنے والے بنتے۔ پوری پوری تاریخ گزر گئی۔</w:t>
      </w:r>
    </w:p>
    <w:p>
      <w:r>
        <w:rPr>
          <w:b/>
        </w:rPr>
        <w:t xml:space="preserve">[28:52] </w:t>
      </w:r>
      <w:r>
        <w:t>to ek authentic source of divine knowledge ko qaim kiya rasool Allah sal Allah alaihi wasallam ne. jis ko hum quran kehte hain.</w:t>
      </w:r>
    </w:p>
    <w:p>
      <w:pPr>
        <w:jc w:val="right"/>
      </w:pPr>
      <w:r>
        <w:t>تو ایک Authentic Source of Divine Knowledge کو قائم کیا رسول اللہ صلی اللہ علیہ وسلم نے۔ جس کو ہم قرآن کہتے ہیں۔</w:t>
      </w:r>
    </w:p>
    <w:p>
      <w:r>
        <w:rPr>
          <w:b/>
        </w:rPr>
        <w:t xml:space="preserve">[29:01] </w:t>
      </w:r>
      <w:r>
        <w:t>phir apni zindagi se aur sahaba ki zindagi ka model qaim kiya, model.</w:t>
      </w:r>
    </w:p>
    <w:p>
      <w:pPr>
        <w:jc w:val="right"/>
      </w:pPr>
      <w:r>
        <w:t>پھر اپنی زندگی سے اور صحابہ کی زندگی کا Model قائم کیا، Model۔</w:t>
      </w:r>
    </w:p>
    <w:p>
      <w:r>
        <w:rPr>
          <w:b/>
        </w:rPr>
        <w:t xml:space="preserve">[29:08] </w:t>
      </w:r>
      <w:r>
        <w:t>creation plan kya hai khuda ka, is ko bataya. ek ek cheez well defined ho gayi, well established ho gayi, acknowledged ho gayi.</w:t>
      </w:r>
    </w:p>
    <w:p>
      <w:pPr>
        <w:jc w:val="right"/>
      </w:pPr>
      <w:r>
        <w:t>Creation Plan کیا ہے خدا کا، اس کو بتایا۔ ایک ایک چیز Well Defined ہو گئی، Well Established ہو گئی، Acknowledged ہو گئی۔</w:t>
      </w:r>
    </w:p>
    <w:p>
      <w:r>
        <w:rPr>
          <w:b/>
        </w:rPr>
        <w:t xml:space="preserve">[29:18] </w:t>
      </w:r>
      <w:r>
        <w:t>yeh sab ho gaya. lekin</w:t>
      </w:r>
    </w:p>
    <w:p>
      <w:pPr>
        <w:jc w:val="right"/>
      </w:pPr>
      <w:r>
        <w:t>یہ سب ہو گیا۔ لیکن</w:t>
      </w:r>
    </w:p>
    <w:p>
      <w:r>
        <w:rPr>
          <w:b/>
        </w:rPr>
        <w:t xml:space="preserve">[29:21] </w:t>
      </w:r>
      <w:r>
        <w:t>isi daur ki taraf laut aaya. baad ke musalman. to yeh jo shattab rasool ki saza aur is tarah ki aur doosri bohat si cheezein hain, woh sab jahiliyat ke daur ki taraf wapsi hai.</w:t>
      </w:r>
    </w:p>
    <w:p>
      <w:pPr>
        <w:jc w:val="right"/>
      </w:pPr>
      <w:r>
        <w:t>اسی دور کی طرف لوٹ آیا۔ بعد کے مسلمان۔ تو یہ جو شطب رسول کی سزا اور اس طرح کی اور دوسری بہت سی چیزیں ہیں، وہ سب جاہلیت کے دور کی طرف واپسی ہے۔</w:t>
      </w:r>
    </w:p>
    <w:p>
      <w:r>
        <w:rPr>
          <w:b/>
        </w:rPr>
        <w:t xml:space="preserve">[29:35] </w:t>
      </w:r>
      <w:r>
        <w:t>is ka islam se koi taaluq nahi hai. islam se koi taaluq nahi hai. to ab jo daawa work hai, daawa work koi saada kaam nahi hai.</w:t>
      </w:r>
    </w:p>
    <w:p>
      <w:pPr>
        <w:jc w:val="right"/>
      </w:pPr>
      <w:r>
        <w:t>اس کا اسلام سے کوئی تعلق نہیں ہے۔ اسلام سے کوئی تعلق نہیں ہے۔ تو اب جو دعویٰ ورک ہے، دعویٰ ورک کوئی سادہ کام نہیں ہے۔</w:t>
      </w:r>
    </w:p>
    <w:p>
      <w:r>
        <w:rPr>
          <w:b/>
        </w:rPr>
        <w:t xml:space="preserve">[29:49] </w:t>
      </w:r>
      <w:r>
        <w:t>daawa work yeh hai ke rasool Allah sal Allah alaihi wasallam ne jo inqilab barpa kiya tha, jo baad ko ajnabi ban gaya, is ka phir lotana. jaisa ke hadith mein aata hai ke muatta ki riwayat hai ke badal al islam ghareeban wa saood kama bada fa toobah lil gharaaba</w:t>
      </w:r>
    </w:p>
    <w:p>
      <w:pPr>
        <w:jc w:val="right"/>
      </w:pPr>
      <w:r>
        <w:t>دعویٰ ورک یہ ہے کہ رسول اللہ صلی اللہ علیہ وسلم نے جو انقلاب برپا کیا تھا، جو بعد کو اجنبی بن گیا، اس کا پھر لوٹانا۔ جیسا کہ حدیث میں آتا ہے کہ مؤطہ کی روایت ہے کہ بدال الاسلام غریبا وسعود کما بدا فتوبہ للغرباء</w:t>
      </w:r>
    </w:p>
    <w:p>
      <w:r>
        <w:rPr>
          <w:b/>
        </w:rPr>
        <w:t xml:space="preserve">[30:10] </w:t>
      </w:r>
      <w:r>
        <w:t>yani islam ajnabi tha, strange tha jab aaya woh.</w:t>
      </w:r>
    </w:p>
    <w:p>
      <w:pPr>
        <w:jc w:val="right"/>
      </w:pPr>
      <w:r>
        <w:t>یعنی اسلام اجنبی تھا، Strange تھا جب آیا وہ۔</w:t>
      </w:r>
    </w:p>
    <w:p>
      <w:r>
        <w:rPr>
          <w:b/>
        </w:rPr>
        <w:t xml:space="preserve">[30:15] </w:t>
      </w:r>
      <w:r>
        <w:t>dobara woh strange ho jayega, ajnabi ho jayega. to is ko phir ajnabiyat se nikalna hai. baad ke log nikaleinge is ko ajnabiyat se.</w:t>
      </w:r>
    </w:p>
    <w:p>
      <w:pPr>
        <w:jc w:val="right"/>
      </w:pPr>
      <w:r>
        <w:t>دوبارہ وہ Strange ہو جائے گا، اجنبی ہو جائے گا۔ تو اس کو پھر اجنبیت سے نکالنا ہے۔ بعد کے لوگ نکالیں گے اس کو اجنبیت سے۔</w:t>
      </w:r>
    </w:p>
    <w:p>
      <w:r>
        <w:rPr>
          <w:b/>
        </w:rPr>
        <w:t xml:space="preserve">[30:28] </w:t>
      </w:r>
      <w:r>
        <w:t>to rasool Allah jab aaye to aisa nahi tha ke mazhab nahi tha. mazhab tha lekin bigra hua mazhab. asal mazhab ke ilawa ek aur mazhab ka edition bana</w:t>
      </w:r>
    </w:p>
    <w:p>
      <w:pPr>
        <w:jc w:val="right"/>
      </w:pPr>
      <w:r>
        <w:t>تو رسول اللہ جب آئے تو ایسا نہیں تھا کہ مذہب نہیں تھا۔ مذہب تھا لیکن بگڑا ہوا مذہب۔ اصل مذہب کے علاوہ ایک اور مذہب کا Edition بنا</w:t>
      </w:r>
    </w:p>
    <w:p>
      <w:r>
        <w:rPr>
          <w:b/>
        </w:rPr>
        <w:t xml:space="preserve">[30:40] </w:t>
      </w:r>
      <w:r>
        <w:t>hua tha woh. jaise misaal ke taur par dekhiye. rasool Allah se pehle haj tha maujood. arab mein log haj kiya karte the.</w:t>
      </w:r>
    </w:p>
    <w:p>
      <w:pPr>
        <w:jc w:val="right"/>
      </w:pPr>
      <w:r>
        <w:t>ہوا تھا وہ۔ جیسے مثال کے طور پر دیکھیے۔ رسول اللہ سے پہلے حج تھا موجود۔ عرب میں لوگ حج کیا کرتے تھے۔</w:t>
      </w:r>
    </w:p>
    <w:p>
      <w:r>
        <w:rPr>
          <w:b/>
        </w:rPr>
        <w:t xml:space="preserve">[30:50] </w:t>
      </w:r>
      <w:r>
        <w:t>kaba ka tawaf karte the. lekin kya tha? woh naked tawaf karte the. nangay. woh to bolte the ke hum natural halat mein tawaf karna chahiye.</w:t>
      </w:r>
    </w:p>
    <w:p>
      <w:pPr>
        <w:jc w:val="right"/>
      </w:pPr>
      <w:r>
        <w:t>کعبہ کا طواف کرتے تھے۔ لیکن کیا تھا؟ وہ Naked طواف کرتے تھے۔ ننگے۔ وہ تو بولتے تھے کہ ہم Natural حالت میں طواف کرنا چاہیے۔</w:t>
      </w:r>
    </w:p>
    <w:p>
      <w:r>
        <w:rPr>
          <w:b/>
        </w:rPr>
        <w:t xml:space="preserve">[31:00] </w:t>
      </w:r>
      <w:r>
        <w:t>yeh kapra jo hai yeh unnatural hai. yani jaisa khuda ne paida kiya hum ko, waisa hamein wahan par tawaf karna chahiye.</w:t>
      </w:r>
    </w:p>
    <w:p>
      <w:pPr>
        <w:jc w:val="right"/>
      </w:pPr>
      <w:r>
        <w:t>یہ کپڑا جو ہے یہ Unnatural ہے۔ یعنی جیسا خدا نے پیدا کیا ہم کو، ویسا ہمیں وہاں پر طواف کرنا چاہیے۔</w:t>
      </w:r>
    </w:p>
    <w:p>
      <w:r>
        <w:rPr>
          <w:b/>
        </w:rPr>
        <w:t xml:space="preserve">[31:11] </w:t>
      </w:r>
      <w:r>
        <w:t>yeh tha islam in ka. yani haj karte the lekin naked.</w:t>
      </w:r>
    </w:p>
    <w:p>
      <w:pPr>
        <w:jc w:val="right"/>
      </w:pPr>
      <w:r>
        <w:t>یہ تھا اسلام ان کا۔ یعنی حج کرتے تھے لیکن Naked۔</w:t>
      </w:r>
    </w:p>
    <w:p>
      <w:r>
        <w:rPr>
          <w:b/>
        </w:rPr>
        <w:t xml:space="preserve">[31:18] </w:t>
      </w:r>
      <w:r>
        <w:t>to rasool Allah sal Allah alaihi wasallam ne un ko khatam kiya. yeh kya hai? kapra pehan kar haj karna hai. aise namaz padhte the wahan, seetiyan bajate the, taaliyan bajate the.</w:t>
      </w:r>
    </w:p>
    <w:p>
      <w:pPr>
        <w:jc w:val="right"/>
      </w:pPr>
      <w:r>
        <w:t>تو رسول اللہ صلی اللہ علیہ وسلم نے ان کو ختم کیا۔ یہ کیا ہے؟ کپڑا پہن کر حج کرنا ہے۔ ایسے نماز پڑھتے تھے وہاں، سیٹیاں بجاتے تھے، تالیاں بجاتے تھے۔</w:t>
      </w:r>
    </w:p>
    <w:p>
      <w:r>
        <w:rPr>
          <w:b/>
        </w:rPr>
        <w:t xml:space="preserve">[31:29] </w:t>
      </w:r>
      <w:r>
        <w:t>makana salatun min dalbayti allahi makana wa tasdiya is ko khatam kiya aap ne.</w:t>
      </w:r>
    </w:p>
    <w:p>
      <w:pPr>
        <w:jc w:val="right"/>
      </w:pPr>
      <w:r>
        <w:t>مَكَان صِلَاةٌ مِنْ دَلْبَيْتِ اللَّهِ مَكَانٌ وَتَسْدِيَ اس کو ختم کیا آپ نے۔</w:t>
      </w:r>
    </w:p>
    <w:p>
      <w:r>
        <w:rPr>
          <w:b/>
        </w:rPr>
        <w:t xml:space="preserve">[31:36] </w:t>
      </w:r>
      <w:r>
        <w:t>yani ibadat mein jo gana bajana shamil kar diya tha, is ko nikal kar ke is ko purify kiya ibadat ko. aise hi dekhiye, haj ko unhon ne solar calendar par qaim kar diya tha.</w:t>
      </w:r>
    </w:p>
    <w:p>
      <w:pPr>
        <w:jc w:val="right"/>
      </w:pPr>
      <w:r>
        <w:t>یعنی عبادت میں جو گانا بجانا شامل کر دیا تھا، اس کو نکال کر کے اس کو Purify کیا عبادت کو۔ ایسے ہی دیکھیے، حج کو انہوں نے Solar Calendar پر قائم کر دیا تھا۔</w:t>
      </w:r>
    </w:p>
    <w:p>
      <w:r>
        <w:rPr>
          <w:b/>
        </w:rPr>
        <w:t xml:space="preserve">[31:50] </w:t>
      </w:r>
      <w:r>
        <w:t>jabke hazrat ibrahim ne is ko lunar calendar par qaim kiya tha. yani qamri mahine par qaim kiya tha hazrat ibrahim ne. is ko unhon ne shamsi mahine par qaim kar diya.</w:t>
      </w:r>
    </w:p>
    <w:p>
      <w:pPr>
        <w:jc w:val="right"/>
      </w:pPr>
      <w:r>
        <w:t>جبکہ حضرت ابراہیم نے اس کو Lunar Calendar پر قائم کیا تھا۔ یعنی قمری مہینے پر قائم کیا تھا حضرت ابراہیم نے۔ اس کو انہوں نے شمسی مہینے پر قائم کر دیا۔</w:t>
      </w:r>
    </w:p>
    <w:p>
      <w:r>
        <w:rPr>
          <w:b/>
        </w:rPr>
        <w:t xml:space="preserve">[32:00] </w:t>
      </w:r>
      <w:r>
        <w:t>to mazhab tha wahan lekin bigra hua mazhab tha. is ko rasool Allah sal Allah alaihi wasallam ne khatam kiya.</w:t>
      </w:r>
    </w:p>
    <w:p>
      <w:pPr>
        <w:jc w:val="right"/>
      </w:pPr>
      <w:r>
        <w:t>تو مذہب تھا وہاں لیکن بگڑا ہوا مذہب تھا۔ اس کو رسول اللہ صلی اللہ علیہ وسلم نے ختم کیا۔</w:t>
      </w:r>
    </w:p>
    <w:p>
      <w:r>
        <w:rPr>
          <w:b/>
        </w:rPr>
        <w:t xml:space="preserve">[32:07] </w:t>
      </w:r>
      <w:r>
        <w:t>is tarah se aap ke zamane mein mazhab tha, sari duniya mein mazhab tha lekin bigra hua mazhab tha. har cheez bigri hui, har cheez bigri hui. kyunke peghambar jo laye the, peghambar jo mazhab, to baad ki naslon ne is ko mehfooz nahi rakha.</w:t>
      </w:r>
    </w:p>
    <w:p>
      <w:pPr>
        <w:jc w:val="right"/>
      </w:pPr>
      <w:r>
        <w:t>اس طرح سے آپ کے زمانے میں مذہب تھا، ساری دنیا میں مذہب تھا لیکن بگڑا ہوا مذہب تھا۔ ہر چیز بگڑی ہوئی، ہر چیز بگڑی ہوئی۔ کیونکہ پیغمبر جو لائے تھے، پیغمبر جو مذہب، تو بعد کی نسلوں نے اس کو محفوظ نہیں رکھا۔</w:t>
      </w:r>
    </w:p>
    <w:p>
      <w:r>
        <w:rPr>
          <w:b/>
        </w:rPr>
        <w:t xml:space="preserve">[32:25] </w:t>
      </w:r>
      <w:r>
        <w:t>na kitaab mehfooz rahi, na model mehfooz raha, na koi cheez mehfooz nahi rahi. sab bigad gaya.</w:t>
      </w:r>
    </w:p>
    <w:p>
      <w:pPr>
        <w:jc w:val="right"/>
      </w:pPr>
      <w:r>
        <w:t>نہ کتاب محفوظ رہی، نہ Model محفوظ رہا، نہ کوئی چیز محفوظ نہیں رہی۔ سب بگڑ گیا۔</w:t>
      </w:r>
    </w:p>
    <w:p>
      <w:r>
        <w:rPr>
          <w:b/>
        </w:rPr>
        <w:t xml:space="preserve">[32:34] </w:t>
      </w:r>
      <w:r>
        <w:t>in sab ko Rasool Allah Sal Allah Alaihi Wasallam ne correct kiya. sab ko theek kiya. aur ek mehfooz text book dunya ko di.</w:t>
      </w:r>
    </w:p>
    <w:p>
      <w:pPr>
        <w:jc w:val="right"/>
      </w:pPr>
      <w:r>
        <w:t>ان سب کو رسول اللہ صلی اللہ علیہ وسلم نے Correct کیا۔ سب کو ٹھیک کیا۔ اور ایک محفوظ Text Book دنیا کو دی۔</w:t>
      </w:r>
    </w:p>
    <w:p>
      <w:r>
        <w:rPr>
          <w:b/>
        </w:rPr>
        <w:t xml:space="preserve">[32:45] </w:t>
      </w:r>
      <w:r>
        <w:t>model dunya ko diya. har cheez well defined kar ke dunya ko diya. creation plan of God kya hai, woh is ko bataya. yeh sab kuch kar diya.</w:t>
      </w:r>
    </w:p>
    <w:p>
      <w:pPr>
        <w:jc w:val="right"/>
      </w:pPr>
      <w:r>
        <w:t>Model دنیا کو دیا۔ ہر چیز Well Defined کر کے دنیا کو دیا۔ Creation Plan of God کیا ہے، وہ اس کو بتایا۔ یہ سب کچھ کر دیا۔</w:t>
      </w:r>
    </w:p>
    <w:p>
      <w:r>
        <w:rPr>
          <w:b/>
        </w:rPr>
        <w:t xml:space="preserve">[32:54] </w:t>
      </w:r>
      <w:r>
        <w:t>lekin baad ki naslon ne kya kiya ke phir wohi kar diya. lota diya.</w:t>
      </w:r>
    </w:p>
    <w:p>
      <w:pPr>
        <w:jc w:val="right"/>
      </w:pPr>
      <w:r>
        <w:t>لیکن بعد کی نسلوں نے کیا کیا کہ پھر وہی کر دیا۔ لوٹا دیا۔</w:t>
      </w:r>
    </w:p>
    <w:p>
      <w:r>
        <w:rPr>
          <w:b/>
        </w:rPr>
        <w:t xml:space="preserve">[33:02] </w:t>
      </w:r>
      <w:r>
        <w:t>toh ab jo daawa work hai, woh Rasool Allah Sal Allah Alaihi Wasallam ke daur ko zinda karne ka hum maana hai. main samajhta hoon ke jo hadees mein aata hai ke baad ke zamane mein ikhwaan-e-Rasool paida honge, is ka matlab yahi hai.</w:t>
      </w:r>
    </w:p>
    <w:p>
      <w:pPr>
        <w:jc w:val="right"/>
      </w:pPr>
      <w:r>
        <w:t>تو اب جو دعویٰ ورک ہے، وہ رسول اللہ صلی اللہ علیہ وسلم کے دور کو زندہ کرنے کا ہم مانا ہے۔ میں سمجھتا ہوں کہ جو حدیث میں آتا ہے کہ بعد کے زمانے میں اخوان رسول پیدا ہوں گے، اس کا مطلب یہی ہے۔</w:t>
      </w:r>
    </w:p>
    <w:p>
      <w:r>
        <w:rPr>
          <w:b/>
        </w:rPr>
        <w:t xml:space="preserve">[33:16] </w:t>
      </w:r>
      <w:r>
        <w:t>ikhwaan-e-Rasool Sahaba wale Islam ko zinda karenge.</w:t>
      </w:r>
    </w:p>
    <w:p>
      <w:pPr>
        <w:jc w:val="right"/>
      </w:pPr>
      <w:r>
        <w:t>اخوان رسول صحابہ والے اسلام کو زندہ کریں گے۔</w:t>
      </w:r>
    </w:p>
    <w:p>
      <w:r>
        <w:rPr>
          <w:b/>
        </w:rPr>
        <w:t xml:space="preserve">[33:22] </w:t>
      </w:r>
      <w:r>
        <w:t>jo Sahaba ke daur mein jo Islam tha aur jo baad ko logon ne is mein is ki shakalain badal daali, toh ikhwaan-e-Rasool jo honge, woh Ashab-e-Rasool ke wale Islam ko zinda karenge.</w:t>
      </w:r>
    </w:p>
    <w:p>
      <w:pPr>
        <w:jc w:val="right"/>
      </w:pPr>
      <w:r>
        <w:t>جو صحابہ کے دور میں جو اسلام تھا اور جو بعد کو لوگوں نے اس میں اس کی شکلیں بدل ڈالی، تو اخوان رسول جو ہوں گے، وہ اصحاب رسول کے والے اسلام کو زندہ کریں گے۔</w:t>
      </w:r>
    </w:p>
    <w:p>
      <w:r>
        <w:rPr>
          <w:b/>
        </w:rPr>
        <w:t xml:space="preserve">[33:38] </w:t>
      </w:r>
      <w:r>
        <w:t>yeh hoga ikhwaan-e-Rasool ka role.</w:t>
      </w:r>
    </w:p>
    <w:p>
      <w:pPr>
        <w:jc w:val="right"/>
      </w:pPr>
      <w:r>
        <w:t>یہ ہوگا اخوان رسول کا Role۔</w:t>
      </w:r>
    </w:p>
    <w:p>
      <w:r>
        <w:rPr>
          <w:b/>
        </w:rPr>
        <w:t xml:space="preserve">[33:45] </w:t>
      </w:r>
      <w:r>
        <w:t>toh Rasool Allah Sal Allah Alaihi Wasallam ke role ko log aam taur par purasrar shakal mein bayan karte hain.</w:t>
      </w:r>
    </w:p>
    <w:p>
      <w:pPr>
        <w:jc w:val="right"/>
      </w:pPr>
      <w:r>
        <w:t>تو رسول اللہ صلی اللہ علیہ وسلم کے Role کو لوگ عام طور پر پراسرار شکل میں بیان کرتے ہیں۔</w:t>
      </w:r>
    </w:p>
    <w:p>
      <w:r>
        <w:rPr>
          <w:b/>
        </w:rPr>
        <w:t xml:space="preserve">[33:59] </w:t>
      </w:r>
      <w:r>
        <w:t>misal ke taur par jab mi'raj hui toh Buraq sahab gaye, phir Rafraf se gaye, phir wahan pohnche jahan ke takht ke qareeb pohnch gaye Allah Ta'ala ke, toh wahan se Rafraf jo tha, woh chal nahi paata tha.</w:t>
      </w:r>
    </w:p>
    <w:p>
      <w:pPr>
        <w:jc w:val="right"/>
      </w:pPr>
      <w:r>
        <w:t>مثلاً جب معراج ہوئی تو براق صاحب گئے، پھر رفرف سے گئے، پھر وہاں پہنچے جہاں کہ تخت کے قریب پہنچ گئے اللہ تعالیٰ کے، تو وہاں سے رفرف جو تھا، وہ چل نہیں پاتا تھا۔</w:t>
      </w:r>
    </w:p>
    <w:p>
      <w:r>
        <w:rPr>
          <w:b/>
        </w:rPr>
        <w:t xml:space="preserve">[34:14] </w:t>
      </w:r>
      <w:r>
        <w:t>toh Allah Ta'ala ne apna haath badha kar Rasool Allah ko utha kar apne takht par bitha liya. yeh sab bilkul baseless baatein hain. yeh sab kahaniyon mein gum kar rakha hai.</w:t>
      </w:r>
    </w:p>
    <w:p>
      <w:pPr>
        <w:jc w:val="right"/>
      </w:pPr>
      <w:r>
        <w:t>تو اللہ تعالیٰ نے اپنا ہاتھ بڑھا کر رسول اللہ کو اٹھا کر اپنے تخت پر بٹھا لیا۔ یہ سب بالکل Baseless باتیں ہیں۔ یہ سب کہانیوں میں گم کر رکھا ہے۔</w:t>
      </w:r>
    </w:p>
    <w:p>
      <w:r>
        <w:rPr>
          <w:b/>
        </w:rPr>
        <w:t xml:space="preserve">[34:24] </w:t>
      </w:r>
      <w:r>
        <w:t>kahaniyon mein.</w:t>
      </w:r>
    </w:p>
    <w:p>
      <w:pPr>
        <w:jc w:val="right"/>
      </w:pPr>
      <w:r>
        <w:t>کہانیوں میں۔</w:t>
      </w:r>
    </w:p>
    <w:p>
      <w:r>
        <w:rPr>
          <w:b/>
        </w:rPr>
        <w:t xml:space="preserve">[34:32] </w:t>
      </w:r>
      <w:r>
        <w:t>aur bana rakha hai ke Rasool Allah kya thay? woh toh khudai ka ek zahoor thay. wohi jo Mustafa arsh tha, Khuda ho kar utar pada hai Madina Mustafa ho kar.</w:t>
      </w:r>
    </w:p>
    <w:p>
      <w:pPr>
        <w:jc w:val="right"/>
      </w:pPr>
      <w:r>
        <w:t>اور بنا رکھا ہے کہ رسول اللہ کیا تھے؟ وہ تو خدائی کا ایک ظہور تھے۔ وہی جو مصطفیٰ عرش تھا، خدا ہو کر اتر پڑا ہے مدینہ مصطفیٰ ہو کر۔</w:t>
      </w:r>
    </w:p>
    <w:p>
      <w:r>
        <w:rPr>
          <w:b/>
        </w:rPr>
        <w:t xml:space="preserve">[34:43] </w:t>
      </w:r>
      <w:r>
        <w:t>toh</w:t>
      </w:r>
    </w:p>
    <w:p>
      <w:pPr>
        <w:jc w:val="right"/>
      </w:pPr>
      <w:r>
        <w:t>تو</w:t>
      </w:r>
    </w:p>
    <w:p>
      <w:r>
        <w:rPr>
          <w:b/>
        </w:rPr>
        <w:t xml:space="preserve">[34:45] </w:t>
      </w:r>
      <w:r>
        <w:t>mysterious qism ke fazail, mysterious qism ki karamatain, mysterious qism ki badai, is mein Rasool Allah ko bayan karte hain woh.</w:t>
      </w:r>
    </w:p>
    <w:p>
      <w:pPr>
        <w:jc w:val="right"/>
      </w:pPr>
      <w:r>
        <w:t>Mysterious قسم کے فضائل، Mysterious قسم کی کرامتیں، Mysterious قسم کی بڑائی، اس میں رسول اللہ کو بیان کرتے ہیں وہ۔</w:t>
      </w:r>
    </w:p>
    <w:p>
      <w:r>
        <w:rPr>
          <w:b/>
        </w:rPr>
        <w:t xml:space="preserve">[34:55] </w:t>
      </w:r>
      <w:r>
        <w:t>naat khwan logon ko aap dekhiye. jo taqreerein karte hain stage par, woh dekhiye. ek sahab ne misal ke taur par taqreer ki yahan Dilli mein khare hue stage par toh kya kehte hain?</w:t>
      </w:r>
    </w:p>
    <w:p>
      <w:pPr>
        <w:jc w:val="right"/>
      </w:pPr>
      <w:r>
        <w:t>نعت خواں لوگوں کو آپ دیکھیے۔ جو تقریریں کرتے ہیں اسٹیج پر، وہ دیکھیے۔ ایک صاحب نے مثلاً تقریر کی یہاں دلی میں کھڑے ہوئے اسٹیج پر تو کیا کہتے ہیں؟</w:t>
      </w:r>
    </w:p>
    <w:p>
      <w:r>
        <w:rPr>
          <w:b/>
        </w:rPr>
        <w:t xml:space="preserve">[35:07] </w:t>
      </w:r>
      <w:r>
        <w:t>Qur'an toh saara ka saara naat-e-Rasool hai. ab yahi koi koi baat hai yeh?</w:t>
      </w:r>
    </w:p>
    <w:p>
      <w:pPr>
        <w:jc w:val="right"/>
      </w:pPr>
      <w:r>
        <w:t>قرآن تو سارا کا سارا نعت رسول ہے۔ اب یہی کوئی کوئی بات ہے یہ؟</w:t>
      </w:r>
    </w:p>
    <w:p>
      <w:r>
        <w:rPr>
          <w:b/>
        </w:rPr>
        <w:t xml:space="preserve">[35:16] </w:t>
      </w:r>
      <w:r>
        <w:t>jo scientific model hi khatam kar diya. woh jo kaha tha Braday ne ke hum ko ek scientific mazhab ki zaroorat hai, us ko pata nahi ke scientific mazhab bhi toh banaya tha Rasool Allah Sal Allah Alaihi Wasallam ne.</w:t>
      </w:r>
    </w:p>
    <w:p>
      <w:pPr>
        <w:jc w:val="right"/>
      </w:pPr>
      <w:r>
        <w:t>جو سائنٹیفک Model ہی ختم کر دیا۔ وہ جو کہا تھا بریڈ ڈے نے کہ ہم کو ایک سائنٹیفک مذہب کی ضرورت ہے، اس کو پتہ نہیں کہ سائنٹیفک مذہب بھی تو بنایا تھا رسول اللہ صلی اللہ علیہ وسلم نے۔</w:t>
      </w:r>
    </w:p>
    <w:p>
      <w:r>
        <w:rPr>
          <w:b/>
        </w:rPr>
        <w:t xml:space="preserve">[35:28] </w:t>
      </w:r>
      <w:r>
        <w:t>jo Musalmanon ne bigaad dala. toh saara Qur'an naat-e-Rasool hai. toh hamare liye kya hai Qur'an mein? phir kuch bhi nahi.</w:t>
      </w:r>
    </w:p>
    <w:p>
      <w:pPr>
        <w:jc w:val="right"/>
      </w:pPr>
      <w:r>
        <w:t>جو مسلمانوں نے بگاڑ ڈالا۔ تو سارا قرآن نعت رسول ہے۔ تو ہمارے لیے کیا ہے قرآن میں؟ پھر کچھ بھی نہیں۔</w:t>
      </w:r>
    </w:p>
    <w:p>
      <w:r>
        <w:rPr>
          <w:b/>
        </w:rPr>
        <w:t xml:space="preserve">[35:38] </w:t>
      </w:r>
      <w:r>
        <w:t>is qism ki kahaniyan sankaron hazaron ajeeb o ghareeb qism ki.</w:t>
      </w:r>
    </w:p>
    <w:p>
      <w:pPr>
        <w:jc w:val="right"/>
      </w:pPr>
      <w:r>
        <w:t>اس قسم کی کہانیاں سینکڑوں ہزاروں عجیب و غریب قسم کی۔</w:t>
      </w:r>
    </w:p>
    <w:p>
      <w:r>
        <w:rPr>
          <w:b/>
        </w:rPr>
        <w:t xml:space="preserve">[35:46] </w:t>
      </w:r>
      <w:r>
        <w:t>misal ke taur par banaya hai ke law laaka li ma khalaqtal aflaak Rasool Allah ko paida na karna ho maqsood hota toh zameen o aasman paida nahi kiye jaate.</w:t>
      </w:r>
    </w:p>
    <w:p>
      <w:pPr>
        <w:jc w:val="right"/>
      </w:pPr>
      <w:r>
        <w:t>مثلاً بنایا ہے کہ لولاك لما خلقت الأفلاک رسول اللہ کو پیدا نہ کرنا ہو مقصود ہوتا تو زمین و آسمان پیدا نہیں کیے جاتے۔</w:t>
      </w:r>
    </w:p>
    <w:p>
      <w:r>
        <w:rPr>
          <w:b/>
        </w:rPr>
        <w:t xml:space="preserve">[35:55] </w:t>
      </w:r>
      <w:r>
        <w:t>yeh sab bilkul laghu baatein hain. baseless baatein hain. toh Rasool Allah ki azmat ko batane ke liye in ke paas sirf purasrar kalmaat hain. Rasool Allah ka asal role jo tha, us ko is se khabar nahi in ko.</w:t>
      </w:r>
    </w:p>
    <w:p>
      <w:pPr>
        <w:jc w:val="right"/>
      </w:pPr>
      <w:r>
        <w:t>یہ سب بالکل لغو باتیں ہیں۔ Baseless باتیں ہیں۔ تو رسول اللہ کی عظمت کو بتانے کے لیے ان کے پاس صرف پراسرار کلمات ہیں۔ رسول اللہ کا اصل Role جو تھا، اس کو اس سے خبر نہیں ان کو۔</w:t>
      </w:r>
    </w:p>
    <w:p>
      <w:r>
        <w:rPr>
          <w:b/>
        </w:rPr>
        <w:t xml:space="preserve">[36:09] </w:t>
      </w:r>
      <w:r>
        <w:t>Rasool Allah ka jo historical role tha, us ki inhe khabar nahi.</w:t>
      </w:r>
    </w:p>
    <w:p>
      <w:pPr>
        <w:jc w:val="right"/>
      </w:pPr>
      <w:r>
        <w:t>رسول اللہ کا جو Historical Role تھا، اس کی انہیں خبر نہیں۔</w:t>
      </w:r>
    </w:p>
    <w:p>
      <w:r>
        <w:rPr>
          <w:b/>
        </w:rPr>
        <w:t xml:space="preserve">[36:15] </w:t>
      </w:r>
      <w:r>
        <w:t>toh purasrar kahaniyan, ajeeb o ghareeb qism ke tilasmat-i baatein,</w:t>
      </w:r>
    </w:p>
    <w:p>
      <w:pPr>
        <w:jc w:val="right"/>
      </w:pPr>
      <w:r>
        <w:t>تو پراسرار کہانیاں، عجیب و غریب قسم کے تلسماتی باتیں،</w:t>
      </w:r>
    </w:p>
    <w:p>
      <w:r>
        <w:rPr>
          <w:b/>
        </w:rPr>
        <w:t xml:space="preserve">[36:24] </w:t>
      </w:r>
      <w:r>
        <w:t>isi ke zariye se Rasool Allah ki azmat ko bayan karte hain woh. ke misal ke taur par Rasool Allah chalte thay toh aap ko saaya nahi padta zameen par. abhi kahin saaya nahi padta ya padta tha, yeh kaun si baat hui?</w:t>
      </w:r>
    </w:p>
    <w:p>
      <w:pPr>
        <w:jc w:val="right"/>
      </w:pPr>
      <w:r>
        <w:t>اسی کے ذریعے سے رسول اللہ کی عظمت کو بیان کرتے ہیں وہ۔ کہ مثلاً رسول اللہ چلتے تھے تو آپ کو سایہ نہیں پڑتا زمین پر۔ ابھی کہیں سایہ نہیں پڑتا یا پڑتا تھا، یہ کون سی بات ہوئی؟</w:t>
      </w:r>
    </w:p>
    <w:p>
      <w:r>
        <w:rPr>
          <w:b/>
        </w:rPr>
        <w:t xml:space="preserve">[36:37] </w:t>
      </w:r>
      <w:r>
        <w:t>keh rasool Allah parhte to aap ko saya, jab chalte the to saya nahi parta zameen par. yeh koi baat hai? yahi azmat hai rasool Allah ki?</w:t>
      </w:r>
    </w:p>
    <w:p>
      <w:pPr>
        <w:jc w:val="right"/>
      </w:pPr>
      <w:r>
        <w:t>کہ رسول اللہ پڑھتے تو آپ کو سایہ، جب چلتے تھے تو سایہ نہیں پڑتا زمین پر۔ یہ کوئی بات ہے؟ یہی عظمت ہے رسول اللہ کی؟</w:t>
      </w:r>
    </w:p>
    <w:p>
      <w:r>
        <w:rPr>
          <w:b/>
        </w:rPr>
        <w:t xml:space="preserve">[36:45] </w:t>
      </w:r>
      <w:r>
        <w:t>aisi hazaron hazar kahaniyan jo sirf Mysterious hain apni Nature ke aitbar se, tilismati hain,</w:t>
      </w:r>
    </w:p>
    <w:p>
      <w:pPr>
        <w:jc w:val="right"/>
      </w:pPr>
      <w:r>
        <w:t>ایسی ہزاروں ہزار کہانیاں جو صرف Mysterious ہیں اپنی Nature کے اعتبار سے، تلسماتی ہیں،</w:t>
      </w:r>
    </w:p>
    <w:p>
      <w:r>
        <w:rPr>
          <w:b/>
        </w:rPr>
        <w:t xml:space="preserve">[36:59] </w:t>
      </w:r>
      <w:r>
        <w:t>ghair scientific hain, ghair tarikh-i hain. Mythology Type ki hain sari ki sari woh. to rasool Allah ko aik Mythology mein lapait diya.</w:t>
      </w:r>
    </w:p>
    <w:p>
      <w:pPr>
        <w:jc w:val="right"/>
      </w:pPr>
      <w:r>
        <w:t>غیر سائنٹیفک ہیں، غیر تاریخی ہیں۔ Mythology Type کی ہیں ساری کی ساری وہ۔ تو رسول اللہ کو ایک Mythology میں لپیٹ دیا۔</w:t>
      </w:r>
    </w:p>
    <w:p>
      <w:r>
        <w:rPr>
          <w:b/>
        </w:rPr>
        <w:t xml:space="preserve">[37:11] </w:t>
      </w:r>
      <w:r>
        <w:t>rasool Allah ki History ko Mythology bana diya.</w:t>
      </w:r>
    </w:p>
    <w:p>
      <w:pPr>
        <w:jc w:val="right"/>
      </w:pPr>
      <w:r>
        <w:t>رسول اللہ کی History کو Mythology بنا دیا۔</w:t>
      </w:r>
    </w:p>
    <w:p>
      <w:r>
        <w:rPr>
          <w:b/>
        </w:rPr>
        <w:t xml:space="preserve">[37:14] </w:t>
      </w:r>
      <w:r>
        <w:t>asal Role jo tha aap ka, isi se be-khabar hain. rasool Allah ka asal Role tha, isi se be-khabar hain.</w:t>
      </w:r>
    </w:p>
    <w:p>
      <w:pPr>
        <w:jc w:val="right"/>
      </w:pPr>
      <w:r>
        <w:t>اصل Role جو تھا آپ کا، اسی سے بے خبر ہیں۔ رسول اللہ کا اصل Role تھا، اسی سے بے خبر ہیں۔</w:t>
      </w:r>
    </w:p>
    <w:p>
      <w:r>
        <w:rPr>
          <w:b/>
        </w:rPr>
        <w:t xml:space="preserve">[37:25] </w:t>
      </w:r>
      <w:r>
        <w:t>yeh doosre mazahib jo Mythology ban gaye the, is ko khatam karne ke liye rasool Allah tashreef laye. yani mazahib ko Mythology ke zamane se nikal kar ke History ke daur mein laye rasool Allah sal Allah alaih-i wa salam.</w:t>
      </w:r>
    </w:p>
    <w:p>
      <w:pPr>
        <w:jc w:val="right"/>
      </w:pPr>
      <w:r>
        <w:t>یہ دوسرے مذاہب جو Mythology بن گئے تھے، اس کو ختم کرنے کے لیے رسول اللہ تشریف لائے۔ یعنی مذہب کو Mythology کے زمانے سے نکال کر کے History کے دور میں لائے رسول اللہ صلی اللہ علیہ وسلم۔</w:t>
      </w:r>
    </w:p>
    <w:p>
      <w:r>
        <w:rPr>
          <w:b/>
        </w:rPr>
        <w:t xml:space="preserve">[37:41] </w:t>
      </w:r>
      <w:r>
        <w:t>phir lota diya isi ki taraf.</w:t>
      </w:r>
    </w:p>
    <w:p>
      <w:pPr>
        <w:jc w:val="right"/>
      </w:pPr>
      <w:r>
        <w:t>پھر لوٹا دیا اسی کی طرف۔</w:t>
      </w:r>
    </w:p>
    <w:p>
      <w:r>
        <w:rPr>
          <w:b/>
        </w:rPr>
        <w:t xml:space="preserve">[37:43] </w:t>
      </w:r>
      <w:r>
        <w:t>to rasool Allah ko sara aik Mythological Figure bana diya. aaj kal jo rasool Allah ki tasweer hai logon ke nazdeek, woh kya hai? woh Mythological Figure ki hai.</w:t>
      </w:r>
    </w:p>
    <w:p>
      <w:pPr>
        <w:jc w:val="right"/>
      </w:pPr>
      <w:r>
        <w:t>تو رسول اللہ کو سارا ایک Mythological Figure بنا دیا۔ آج کل جو رسول اللہ کی تصویر ہے لوگوں کے نزدیک، وہ کیا ہے؟ وہ Mythological Figure کی ہے۔</w:t>
      </w:r>
    </w:p>
    <w:p>
      <w:r>
        <w:rPr>
          <w:b/>
        </w:rPr>
        <w:t xml:space="preserve">[37:52] </w:t>
      </w:r>
      <w:r>
        <w:t>woh har cheez pur-asrar, har cheez tilismati.</w:t>
      </w:r>
    </w:p>
    <w:p>
      <w:pPr>
        <w:jc w:val="right"/>
      </w:pPr>
      <w:r>
        <w:t>وہ ہر چیز پراسرار، ہر چیز تلسماتی۔</w:t>
      </w:r>
    </w:p>
    <w:p>
      <w:r>
        <w:rPr>
          <w:b/>
        </w:rPr>
        <w:t xml:space="preserve">[38:00] </w:t>
      </w:r>
      <w:r>
        <w:t>to yeh jo hai أَصَاحِبَكَ رَبَّكَ مَقَامًا مَحْبُوبًا ko samajh nahi sakte aap jab tak ke aap is cheez ko na janein ke aap ka aik Historical Role tha.</w:t>
      </w:r>
    </w:p>
    <w:p>
      <w:pPr>
        <w:jc w:val="right"/>
      </w:pPr>
      <w:r>
        <w:t>تو یہ جو ہے أَصَاحِبَكَ رَبَّكَ مَقَامًا مَحْبُوبًا کو سمجھ نہیں سکتے آپ جب تک کہ آپ اس چیز کو نہ جانیں کہ آپ کا ایک Historical Role تھا۔</w:t>
      </w:r>
    </w:p>
    <w:p>
      <w:r>
        <w:rPr>
          <w:b/>
        </w:rPr>
        <w:t xml:space="preserve">[38:13] </w:t>
      </w:r>
      <w:r>
        <w:t>tab aap janenge is ki ahmiyat ko. is ayat ko bhi joR rakha hai akhirat se. woh akhirat mein rasool Allah sal Allah alaih-i wa salam ka jo darja milega, woh aik alag baat hai.</w:t>
      </w:r>
    </w:p>
    <w:p>
      <w:pPr>
        <w:jc w:val="right"/>
      </w:pPr>
      <w:r>
        <w:t>تب آپ جانیں گے اس کی اہمیت کو۔ اس آیت کو بھی جوڑ رکھا ہے آخرت سے۔ وہ آخرت میں رسول اللہ صلی اللہ علیہ وسلم کا جو درجہ ملے گا، وہ ایک الگ بات ہے۔</w:t>
      </w:r>
    </w:p>
    <w:p>
      <w:r>
        <w:rPr>
          <w:b/>
        </w:rPr>
        <w:t xml:space="preserve">[38:26] </w:t>
      </w:r>
      <w:r>
        <w:t>woh aik alag baat hai. bilashubah aap ko wahan darja milega, lekin woh aik alag baat hai. is ayat se is ka koi ta'alluq nahi hai. is ayat mein aap ke Historical Role ko bataya gaya hai.</w:t>
      </w:r>
    </w:p>
    <w:p>
      <w:pPr>
        <w:jc w:val="right"/>
      </w:pPr>
      <w:r>
        <w:t>وہ ایک الگ بات ہے۔ بلاشبہ آپ کو وہاں درجہ ملے گا، لیکن وہ ایک الگ بات ہے۔ اس آیت سے اس کا کوئی تعلق نہیں ہے۔ اس آیت میں آپ کے Historical Role کو بتایا گیا ہے۔</w:t>
      </w:r>
    </w:p>
    <w:p>
      <w:r>
        <w:rPr>
          <w:b/>
        </w:rPr>
        <w:t xml:space="preserve">[38:41] </w:t>
      </w:r>
      <w:r>
        <w:t>Historical Role ko.</w:t>
      </w:r>
    </w:p>
    <w:p>
      <w:pPr>
        <w:jc w:val="right"/>
      </w:pPr>
      <w:r>
        <w:t>Historical Role کو۔</w:t>
      </w:r>
    </w:p>
    <w:p>
      <w:r>
        <w:rPr>
          <w:b/>
        </w:rPr>
        <w:t xml:space="preserve">[38:46] </w:t>
      </w:r>
      <w:r>
        <w:t>yani is ka hum yoon kaha jaye ke Historically acknowledged nabuwat. aik aisa mazahib duniya ko denge aap jis mein woh sab kuch hoga jo insan ko chahiye mazahib ke aitbar se.</w:t>
      </w:r>
    </w:p>
    <w:p>
      <w:pPr>
        <w:jc w:val="right"/>
      </w:pPr>
      <w:r>
        <w:t>یعنی اس کا ہم یوں کہا جائے کہ Historically acknowledged نبوت۔ ایک ایسا مذہب دنیا کو دیں گے آپ جس میں وہ سب کچھ ہوگا جو انسان کو چاہیے مذہب کے اعتبار سے۔</w:t>
      </w:r>
    </w:p>
    <w:p>
      <w:r>
        <w:rPr>
          <w:b/>
        </w:rPr>
        <w:t xml:space="preserve">[39:00] </w:t>
      </w:r>
      <w:r>
        <w:t>jis ko Brad ne kaha tha ke hum ko aik scientific mazahib chahiye. woh diya aap ne.</w:t>
      </w:r>
    </w:p>
    <w:p>
      <w:pPr>
        <w:jc w:val="right"/>
      </w:pPr>
      <w:r>
        <w:t>جس کو بریڈ نے کہا تھا کہ ہم کو ایک سائنٹیفک مذہب چاہیے۔ وہ دیا آپ نے۔</w:t>
      </w:r>
    </w:p>
    <w:p>
      <w:r>
        <w:rPr>
          <w:b/>
        </w:rPr>
        <w:t xml:space="preserve">[39:08] </w:t>
      </w:r>
      <w:r>
        <w:t>yani Reason Based mazahib. abhi jo tasweer mazahib ki hai, is ka Reason se koi ta'alluq nahi hai.</w:t>
      </w:r>
    </w:p>
    <w:p>
      <w:pPr>
        <w:jc w:val="right"/>
      </w:pPr>
      <w:r>
        <w:t>یعنی Reason Based مذہب۔ ابھی جو تصویر مذہب کی ہے، اس کا Reason سے کوئی تعلق نہیں ہے۔</w:t>
      </w:r>
    </w:p>
    <w:p>
      <w:r>
        <w:rPr>
          <w:b/>
        </w:rPr>
        <w:t xml:space="preserve">[39:16] </w:t>
      </w:r>
      <w:r>
        <w:t>abhi jo mazahib ki hai, aap jo jalsay hote hain, yani musalmanon ke jahan taqreerein hoti hain rasool Allah ke bare mein, un ko suniye aap to Reason se koi ta'alluq hi nahi is ka.</w:t>
      </w:r>
    </w:p>
    <w:p>
      <w:pPr>
        <w:jc w:val="right"/>
      </w:pPr>
      <w:r>
        <w:t>ابھی جو مذہب کی ہے، آپ جو جلسے ہوتے ہیں، یعنی مسلمانوں کے جہاں تقریریں ہوتی ہیں رسول اللہ کے بارے میں، ان کو سنیے آپ تو Reason سے کوئی تعلق ہی نہیں اس کا۔</w:t>
      </w:r>
    </w:p>
    <w:p>
      <w:r>
        <w:rPr>
          <w:b/>
        </w:rPr>
        <w:t xml:space="preserve">[39:29] </w:t>
      </w:r>
      <w:r>
        <w:t>ajeeb ghareeb qism ki kahaniyan, ajeeb ghareeb qism ki tilismati baatein. isi ko samajhte hain ke rasool Allah ki fazilat yahi hai.</w:t>
      </w:r>
    </w:p>
    <w:p>
      <w:pPr>
        <w:jc w:val="right"/>
      </w:pPr>
      <w:r>
        <w:t>عجیب غریب قسم کی کہانیاں، عجیب غریب قسم کی تلسماتی باتیں۔ اسی کو سمجھتے ہیں کہ رسول اللہ کی فضیلت یہی ہے۔</w:t>
      </w:r>
    </w:p>
    <w:p>
      <w:r>
        <w:rPr>
          <w:b/>
        </w:rPr>
        <w:t xml:space="preserve">[39:39] </w:t>
      </w:r>
      <w:r>
        <w:t>Islam ki aik aik cheez Well Defined hai, aik aik cheez History hai,</w:t>
      </w:r>
    </w:p>
    <w:p>
      <w:pPr>
        <w:jc w:val="right"/>
      </w:pPr>
      <w:r>
        <w:t>اسلام کی ایک ایک چیز Well Defined ہے، ایک ایک چیز History ہے،</w:t>
      </w:r>
    </w:p>
    <w:p>
      <w:r>
        <w:rPr>
          <w:b/>
        </w:rPr>
        <w:t xml:space="preserve">[39:44] </w:t>
      </w:r>
      <w:r>
        <w:t>aik aik cheez Reason Based hai. to pehle jo mazahib tha, woh Reason Based. paighambaron ka tha mazahib Reason Based.</w:t>
      </w:r>
    </w:p>
    <w:p>
      <w:pPr>
        <w:jc w:val="right"/>
      </w:pPr>
      <w:r>
        <w:t>ایک ایک چیز Reason Based ہے۔ تو پہلے جو مذہب تھا، وہ Reason Based۔ پیغمبروں کا تھا مذہب Reason Based۔</w:t>
      </w:r>
    </w:p>
    <w:p>
      <w:r>
        <w:rPr>
          <w:b/>
        </w:rPr>
        <w:t xml:space="preserve">[39:55] </w:t>
      </w:r>
      <w:r>
        <w:t>har paighambar ne wohi baat kahi jo rasool Allah ne kahi. yani pichle paighambaron ka deen alag deen nahi tha, yeh samajhna bohat bari ghalati hai ke rasool Allah ka mukammal deen hai aur doosre logon ka mukammal nahi tha.</w:t>
      </w:r>
    </w:p>
    <w:p>
      <w:pPr>
        <w:jc w:val="right"/>
      </w:pPr>
      <w:r>
        <w:t>ہر پیغمبر نے وہی بات کہی جو رسول اللہ نے کہی۔ یعنی پچھلے پیغمبروں کا دین الگ دین نہیں تھا۔ یہ سمجھنا بہت بڑی غلطی ہے کہ رسول اللہ کا مکمل دین ہے اور دوسرے لوگوں کا مکمل نہیں تھا۔</w:t>
      </w:r>
    </w:p>
    <w:p>
      <w:r>
        <w:rPr>
          <w:b/>
        </w:rPr>
        <w:t xml:space="preserve">[40:08] </w:t>
      </w:r>
      <w:r>
        <w:t>yeh bilkul batil hai.</w:t>
      </w:r>
    </w:p>
    <w:p>
      <w:pPr>
        <w:jc w:val="right"/>
      </w:pPr>
      <w:r>
        <w:t>یہ بالکل باطل ہے۔</w:t>
      </w:r>
    </w:p>
    <w:p>
      <w:r>
        <w:rPr>
          <w:b/>
        </w:rPr>
        <w:t xml:space="preserve">[40:12] </w:t>
      </w:r>
      <w:r>
        <w:t>bilkul batil baat hai yeh.</w:t>
      </w:r>
    </w:p>
    <w:p>
      <w:pPr>
        <w:jc w:val="right"/>
      </w:pPr>
      <w:r>
        <w:t>بالکل باطل بات ہے یہ۔</w:t>
      </w:r>
    </w:p>
    <w:p>
      <w:r>
        <w:rPr>
          <w:b/>
        </w:rPr>
        <w:t xml:space="preserve">[40:15] </w:t>
      </w:r>
      <w:r>
        <w:t>har deen wohi tha jo rasool Allah ka deen tha. har paighambar wohi deen laya jo rasool Allah deen laye.</w:t>
      </w:r>
    </w:p>
    <w:p>
      <w:pPr>
        <w:jc w:val="right"/>
      </w:pPr>
      <w:r>
        <w:t>ہر دین وہی تھا جو رسول اللہ کا دین تھا۔ ہر پیغمبر وہی دین لایا جو رسول اللہ دین لائے۔</w:t>
      </w:r>
    </w:p>
    <w:p>
      <w:r>
        <w:rPr>
          <w:b/>
        </w:rPr>
        <w:t xml:space="preserve">[40:25] </w:t>
      </w:r>
      <w:r>
        <w:t>koi alag deen nahi laye rasool Allah sal Allah alaih-i wa salam.</w:t>
      </w:r>
    </w:p>
    <w:p>
      <w:pPr>
        <w:jc w:val="right"/>
      </w:pPr>
      <w:r>
        <w:t>کوئی الگ دین نہیں لائے رسول اللہ صلی اللہ علیہ وسلم۔</w:t>
      </w:r>
    </w:p>
    <w:p>
      <w:r>
        <w:rPr>
          <w:b/>
        </w:rPr>
        <w:t xml:space="preserve">[40:30] </w:t>
      </w:r>
      <w:r>
        <w:t>aap ka karnameh yeh hai ke pichhle peghambaron ke zamane mein jo deen Allah taala ne bheja tha aur jo baad ki naslon ne jis ko bigaad diya tha, us ko aap ne Purify kiya.</w:t>
      </w:r>
    </w:p>
    <w:p>
      <w:pPr>
        <w:jc w:val="right"/>
      </w:pPr>
      <w:r>
        <w:t>آپ کا کارنامہ یہ ہے کہ پچھلے پیغمبروں کے زمانے میں جو دین اللہ تعالیٰ نے بھیجا تھا اور جو بعد کی نسلوں نے جس کو بگاڑ دیا تھا، اس کو آپ نے Purify کیا۔</w:t>
      </w:r>
    </w:p>
    <w:p>
      <w:r>
        <w:rPr>
          <w:b/>
        </w:rPr>
        <w:t xml:space="preserve">[40:44] </w:t>
      </w:r>
      <w:r>
        <w:t>us ko aap ne Preserve kiya. har cheez ki sahih Definition di. ek ek System qaim kiya. ek Role Model diya.</w:t>
      </w:r>
    </w:p>
    <w:p>
      <w:pPr>
        <w:jc w:val="right"/>
      </w:pPr>
      <w:r>
        <w:t>اس کو آپ نے Preserve کیا۔ ہر چیز کی صحیح Definition دی۔ ایک ایک System قائم کیا۔ ایک Role Model دیا۔</w:t>
      </w:r>
    </w:p>
    <w:p>
      <w:r>
        <w:rPr>
          <w:b/>
        </w:rPr>
        <w:t xml:space="preserve">[40:54] </w:t>
      </w:r>
      <w:r>
        <w:t>ek Authentic Text diya. yeh sab karnameh hai aap ka.</w:t>
      </w:r>
    </w:p>
    <w:p>
      <w:pPr>
        <w:jc w:val="right"/>
      </w:pPr>
      <w:r>
        <w:t>ایک Authentic Text دیا۔ یہ سب کارنامہ ہے آپ کا۔</w:t>
      </w:r>
    </w:p>
    <w:p>
      <w:r>
        <w:rPr>
          <w:b/>
        </w:rPr>
        <w:t xml:space="preserve">[41:04] </w:t>
      </w:r>
      <w:r>
        <w:t>in baaton ko samjhiye aur yeh samjhiye ke aaj dawat, jo dawah work hai, woh ek Role hai, ek Role hai.</w:t>
      </w:r>
    </w:p>
    <w:p>
      <w:pPr>
        <w:jc w:val="right"/>
      </w:pPr>
      <w:r>
        <w:t>ان باتوں کو سمجھیے اور یہ سمجھیے کہ آج دعوت، جو دعویٰ ورک ہے، وہ ایک Role ہے، ایک Role ہے۔</w:t>
      </w:r>
    </w:p>
    <w:p>
      <w:r>
        <w:rPr>
          <w:b/>
        </w:rPr>
        <w:t xml:space="preserve">[41:14] </w:t>
      </w:r>
      <w:r>
        <w:t>jo Role Rasool Allah sal Allah alaih wasallam ne kiya tha, wahi Role yahan dobara tareekh mein laut aaya hai. Bada al Islam ghareeban wa sayao'duhu kama bada fatub al ghuraba.</w:t>
      </w:r>
    </w:p>
    <w:p>
      <w:pPr>
        <w:jc w:val="right"/>
      </w:pPr>
      <w:r>
        <w:t>جو Role رسول اللہ صلی اللہ علیہ وسلم نے کیا تھا، وہی Role یہاں دوبارہ تاریخ میں لوٹ آیا ہے۔ بَدَىٰ الْإِسْلَامُ غَرِيبًا وَسَيُّعُودُهُ كَمَا بَدَىٰ فَتُوبَ عَلِى الْغُرَبَاءِ</w:t>
      </w:r>
    </w:p>
    <w:p>
      <w:r>
        <w:rPr>
          <w:b/>
        </w:rPr>
        <w:t xml:space="preserve">[41:27] </w:t>
      </w:r>
      <w:r>
        <w:t>yani mazhab jo tha, woh is daur mein pahunch gaya tha ke har cheez ghareeb ho gayi thi. Yani ajnabi. Koi cheez Well Defined nahi thi.</w:t>
      </w:r>
    </w:p>
    <w:p>
      <w:pPr>
        <w:jc w:val="right"/>
      </w:pPr>
      <w:r>
        <w:t>یعنی مذہب جو تھا، وہ اس دور میں پہنچ گیا تھا کہ ہر چیز غریب ہو گئی تھی۔ یعنی اجنبی۔ کوئی چیز Well Defined نہیں تھی۔</w:t>
      </w:r>
    </w:p>
    <w:p>
      <w:r>
        <w:rPr>
          <w:b/>
        </w:rPr>
        <w:t xml:space="preserve">[41:39] </w:t>
      </w:r>
      <w:r>
        <w:t>har cheez Mystery mein chhipi hui thi. har cheez Irrational bani hui thi. har cheez mein Mythology aa gayi thi. Ya aa gaya tha zamana.</w:t>
      </w:r>
    </w:p>
    <w:p>
      <w:pPr>
        <w:jc w:val="right"/>
      </w:pPr>
      <w:r>
        <w:t>ہر چیز Mystery میں چھپی ہوئی تھی۔ ہر چیز Irrational بنی ہوئی تھی۔ ہر چیز میں Mythology آ گئی تھی۔ یا آ گیا تھا زمانہ۔</w:t>
      </w:r>
    </w:p>
    <w:p>
      <w:r>
        <w:rPr>
          <w:b/>
        </w:rPr>
        <w:t xml:space="preserve">[41:48] </w:t>
      </w:r>
      <w:r>
        <w:t>to Rasool Allah sal Allah alaih wasallam ne is ko nikala aur is ko roshni mein le aaye.</w:t>
      </w:r>
    </w:p>
    <w:p>
      <w:pPr>
        <w:jc w:val="right"/>
      </w:pPr>
      <w:r>
        <w:t>تو رسول اللہ صلی اللہ علیہ وسلم نے اس کو نکالا اور اس کو روشنی میں لے آئے۔</w:t>
      </w:r>
    </w:p>
    <w:p>
      <w:r>
        <w:rPr>
          <w:b/>
        </w:rPr>
        <w:t xml:space="preserve">[41:54] </w:t>
      </w:r>
      <w:r>
        <w:t>lekin baad ki naslon ne phir wahi kar diya. Sare mamle ko bigaad diya. Lekin shukr ki baat yeh hai ke kitabi aitbar se deen abhi bhi poori tarah se Preserve hai.</w:t>
      </w:r>
    </w:p>
    <w:p>
      <w:pPr>
        <w:jc w:val="right"/>
      </w:pPr>
      <w:r>
        <w:t>لیکن بعد کی نسلوں نے پھر وہی کر دیا۔ سارے معاملے کو بگاڑ دیا۔ لیکن شکر کی بات یہ ہے کہ کتابی اعتبار سے دین ابھی بھی پوری طرح سے Preserve ہے۔</w:t>
      </w:r>
    </w:p>
    <w:p>
      <w:r>
        <w:rPr>
          <w:b/>
        </w:rPr>
        <w:t xml:space="preserve">[42:08] </w:t>
      </w:r>
      <w:r>
        <w:t>pehle zamane mein yeh nahi hua hua tha. Yani Printing Press nahi tha pehle. To Printing Press na hone ki wajah se pichhle nabiyon ki baatein jo thi, woh mehfooz nahi reh saki.</w:t>
      </w:r>
    </w:p>
    <w:p>
      <w:pPr>
        <w:jc w:val="right"/>
      </w:pPr>
      <w:r>
        <w:t>پہلے زمانے میں یہ نہیں ہوا ہوا تھا۔ یعنی Printing Press نہیں تھا پہلے۔ تو Printing Press نہ ہونے کی وجہ سے پچھلے نبیوں کی باتیں جو تھیں، وہ محفوظ نہیں رہ سکی۔</w:t>
      </w:r>
    </w:p>
    <w:p>
      <w:r>
        <w:rPr>
          <w:b/>
        </w:rPr>
        <w:t xml:space="preserve">[42:22] </w:t>
      </w:r>
      <w:r>
        <w:t>zubani taur par chalta tha, badal diya to badal gaya. Ab yeh hai ke Quran chhupa hua mehfooz hai. Hadees chhupi hui mehfooz hai.</w:t>
      </w:r>
    </w:p>
    <w:p>
      <w:pPr>
        <w:jc w:val="right"/>
      </w:pPr>
      <w:r>
        <w:t>زبانی طور پر چلتا تھا، بدل دیا تو بدل گیا۔ اب یہ ہے کہ قرآن چھپا ہوا محفوظ ہے۔ حدیث چھپی ہوئی محفوظ ہے۔</w:t>
      </w:r>
    </w:p>
    <w:p>
      <w:r>
        <w:rPr>
          <w:b/>
        </w:rPr>
        <w:t xml:space="preserve">[42:30] </w:t>
      </w:r>
      <w:r>
        <w:t>Seerat chhupi hui mehfooz hai.</w:t>
      </w:r>
    </w:p>
    <w:p>
      <w:pPr>
        <w:jc w:val="right"/>
      </w:pPr>
      <w:r>
        <w:t>سیرت چھپی ہوئی محفوظ ہے۔</w:t>
      </w:r>
    </w:p>
    <w:p>
      <w:r>
        <w:rPr>
          <w:b/>
        </w:rPr>
        <w:t xml:space="preserve">[42:34] </w:t>
      </w:r>
      <w:r>
        <w:t>to Printing Press ne bohat bada Role kiya hai. Bohat bada Role. Yeh Printing ka jo daur aaya hai, is ka Role bohat bada Role hai.</w:t>
      </w:r>
    </w:p>
    <w:p>
      <w:pPr>
        <w:jc w:val="right"/>
      </w:pPr>
      <w:r>
        <w:t>تو Printing Press نے بہت بڑا Role کیا ہے۔ بہت بڑا Role۔ یہ Printing کا جو دور آیا ہے، اس کا Role بہت بڑا Role ہے۔</w:t>
      </w:r>
    </w:p>
    <w:p>
      <w:r>
        <w:rPr>
          <w:b/>
        </w:rPr>
        <w:t xml:space="preserve">[42:45] </w:t>
      </w:r>
      <w:r>
        <w:t>to Rasool Allah sal Allah alaih wasallam ne aur Ashab Rasool ne jo ek Process jari kiya tha, Process isi ki Culmination hai yeh Printing Age. Isi ki Culmination hai.</w:t>
      </w:r>
    </w:p>
    <w:p>
      <w:pPr>
        <w:jc w:val="right"/>
      </w:pPr>
      <w:r>
        <w:t>تو رسول اللہ صلی اللہ علیہ وسلم نے اور اصحاب رسول نے جو ایک Process جاری کیا تھا، Process اسی کی Culmination ہے یہ Printing Age۔ اسی کی Culmination ہے۔</w:t>
      </w:r>
    </w:p>
    <w:p>
      <w:r>
        <w:rPr>
          <w:b/>
        </w:rPr>
        <w:t xml:space="preserve">[42:57] </w:t>
      </w:r>
      <w:r>
        <w:t>ke mehfooz deen ko mehfooz kar ke insaan ko pahunchana, yeh kaam tha aap ka. To jab Printing Press ka zamana aa gaya to mehfooziyat apni aakhri had tak pahunch gayi.</w:t>
      </w:r>
    </w:p>
    <w:p>
      <w:pPr>
        <w:jc w:val="right"/>
      </w:pPr>
      <w:r>
        <w:t>کہ محفوظ دین کو محفوظ کر کے انسان کو پہنچانا، یہ کام تھا آپ کا۔ تو جب Printing Press کا زمانہ آ گیا تو محفوظیت اپنی آخری حد تک پہنچ گئی۔</w:t>
      </w:r>
    </w:p>
    <w:p>
      <w:r>
        <w:rPr>
          <w:b/>
        </w:rPr>
        <w:t xml:space="preserve">[43:18] </w:t>
      </w:r>
      <w:r>
        <w:t>ab misaal ke taur par dekhiye, pehle zamane mein jo Quran likha jata tha, haath se likha jata tha. Haath yani Handmade Paper hota tha. To ek ek Quran alag alag likhna padta tha.</w:t>
      </w:r>
    </w:p>
    <w:p>
      <w:pPr>
        <w:jc w:val="right"/>
      </w:pPr>
      <w:r>
        <w:t>اب مثلاً دیکھیے، پہلے زمانے میں جو قرآن لکھا جاتا تھا، ہاتھ سے لکھا جاتا تھا۔ ہاتھ یعنی Handmade Paper ہوتا تھا۔ تو ایک ایک قرآن الگ الگ لکھنا پڑتا تھا۔</w:t>
      </w:r>
    </w:p>
    <w:p>
      <w:r>
        <w:rPr>
          <w:b/>
        </w:rPr>
        <w:t xml:space="preserve">[43:30] </w:t>
      </w:r>
      <w:r>
        <w:t>ek ek Quran alag alag. Kuch bhi galati bhi ho sakti thi. Phir koi us ki Correction karta tha. Ab jab Printing Press ka zamana aaya to kya hua?</w:t>
      </w:r>
    </w:p>
    <w:p>
      <w:pPr>
        <w:jc w:val="right"/>
      </w:pPr>
      <w:r>
        <w:t>ایک ایک قرآن الگ الگ۔ کچھ بھی غلطی بھی ہو سکتی تھی۔ پھر کوئی اس کی Correction کرتا تھا۔ اب جب Printing Press کا زمانہ آیا تو کیا ہوا؟</w:t>
      </w:r>
    </w:p>
    <w:p>
      <w:r>
        <w:rPr>
          <w:b/>
        </w:rPr>
        <w:t xml:space="preserve">[43:42] </w:t>
      </w:r>
      <w:r>
        <w:t>ek Quran likh kar tayyar kiya gaya. Phir bohat sare Hafiz aur bohat se Ulama ne us ko check kiya.</w:t>
      </w:r>
    </w:p>
    <w:p>
      <w:pPr>
        <w:jc w:val="right"/>
      </w:pPr>
      <w:r>
        <w:t>ایک قرآن لکھ کر تیار کیا گیا۔ پھر بہت سارے حافظ اور بہت سے علماء نے اس کو چیک کیا۔</w:t>
      </w:r>
    </w:p>
    <w:p>
      <w:r>
        <w:rPr>
          <w:b/>
        </w:rPr>
        <w:t xml:space="preserve">[43:54] </w:t>
      </w:r>
      <w:r>
        <w:t>ek ek shoshah gosha, ek ek nuqta, ek ek kaam aafareed sahib, sab check kiya gaya is ka. Bohat se logon ne check kiya.</w:t>
      </w:r>
    </w:p>
    <w:p>
      <w:pPr>
        <w:jc w:val="right"/>
      </w:pPr>
      <w:r>
        <w:t>ایک ایک شوشہ گوشہ، ایک ایک نقطہ، ایک ایک کام آفرید صاحب، سب چیک کیا گیا اس کا۔ بہت سے لوگوں نے چیک کیا۔</w:t>
      </w:r>
    </w:p>
    <w:p>
      <w:r>
        <w:rPr>
          <w:b/>
        </w:rPr>
        <w:t xml:space="preserve">[44:04] </w:t>
      </w:r>
      <w:r>
        <w:t>check karne ke baad us ko chhaap diya gaya. Ab woh jo nuskha hai, ab woh million million copy us ki ban gayi.</w:t>
      </w:r>
    </w:p>
    <w:p>
      <w:pPr>
        <w:jc w:val="right"/>
      </w:pPr>
      <w:r>
        <w:t>چیک کرنے کے بعد اس کو چھاپ دیا گیا۔ اب وہ جو نسخہ ہے، اب وہ ملین ملین کاپی اس کی بن گئی۔</w:t>
      </w:r>
    </w:p>
    <w:p>
      <w:r>
        <w:rPr>
          <w:b/>
        </w:rPr>
        <w:t xml:space="preserve">[44:12] </w:t>
      </w:r>
      <w:r>
        <w:t>pehle agar check kar ke banate aap to ek hi copy to banti. Yani check karne ke baad bhi ek copy banti. Ab kya hua?</w:t>
      </w:r>
    </w:p>
    <w:p>
      <w:pPr>
        <w:jc w:val="right"/>
      </w:pPr>
      <w:r>
        <w:t>پہلے اگر چیک کر کے بناتے آپ تو ایک ہی کاپی تو بنتی۔ یعنی چیک کرنے کے بعد بھی ایک کاپی بنتی۔ اب کیا ہوا؟</w:t>
      </w:r>
    </w:p>
    <w:p>
      <w:r>
        <w:rPr>
          <w:b/>
        </w:rPr>
        <w:t xml:space="preserve">[44:20] </w:t>
      </w:r>
      <w:r>
        <w:t>woh check kar ke jo aap ne nuskha tayyar kiya sahih, to us ki million million copy chhaap di gayi.</w:t>
      </w:r>
    </w:p>
    <w:p>
      <w:pPr>
        <w:jc w:val="right"/>
      </w:pPr>
      <w:r>
        <w:t>وہ چیک کر کے جو آپ نے نسخہ تیار کیا صحیح، تو اس کی ملین ملین کاپی چھاپ دی گئی۔</w:t>
      </w:r>
    </w:p>
    <w:p>
      <w:r>
        <w:rPr>
          <w:b/>
        </w:rPr>
        <w:t xml:space="preserve">[44:30] </w:t>
      </w:r>
      <w:r>
        <w:t>yahi baat hui Quran ke sath, Hadees ke sath, Seerat ke sath. Ab jo hai dekhiye, jab Internet ka zamana aaya hai to sari kitabein Internet par maujood hain.</w:t>
      </w:r>
    </w:p>
    <w:p>
      <w:pPr>
        <w:jc w:val="right"/>
      </w:pPr>
      <w:r>
        <w:t>یہی بات ہوئی قرآن کے ساتھ، حدیث کے ساتھ، سیرت کے ساتھ۔ اب جو ہے دیکھیے، جب انٹرنیٹ کا زمانہ آیا ہے تو ساری کتابیں انٹرنیٹ پر موجود ہیں۔</w:t>
      </w:r>
    </w:p>
    <w:p>
      <w:r>
        <w:rPr>
          <w:b/>
        </w:rPr>
        <w:t xml:space="preserve">[44:40] </w:t>
      </w:r>
      <w:r>
        <w:t>Arabic text, Arabic text.</w:t>
      </w:r>
    </w:p>
    <w:p>
      <w:pPr>
        <w:jc w:val="right"/>
      </w:pPr>
      <w:r>
        <w:t>عربک ٹیکسٹ، عربک ٹیکسٹ۔</w:t>
      </w:r>
    </w:p>
    <w:p>
      <w:r>
        <w:rPr>
          <w:b/>
        </w:rPr>
        <w:t xml:space="preserve">[44:42] </w:t>
      </w:r>
      <w:r>
        <w:t>Quran maujood hai, Hadees ki kitabein maujood hain, Seerat ki kitabein maujood hain, Islami Tareekh ki kitabein maujood hain. Jab chahein aap button dabaiye aur screen par aa jayega.</w:t>
      </w:r>
    </w:p>
    <w:p>
      <w:pPr>
        <w:jc w:val="right"/>
      </w:pPr>
      <w:r>
        <w:t>قرآن موجود ہے، حدیث کی کتابیں موجود ہیں، سیرت کی کتابیں موجود ہیں، اسلامی تاریخ کی کتابیں موجود ہیں۔ جب چاہیں آپ بٹن دبائیے اور اسکرین پر آ جائے گا۔</w:t>
      </w:r>
    </w:p>
    <w:p>
      <w:r>
        <w:rPr>
          <w:b/>
        </w:rPr>
        <w:t xml:space="preserve">[44:55] </w:t>
      </w:r>
      <w:r>
        <w:t>yeh hai mehfooz Preservation.</w:t>
      </w:r>
    </w:p>
    <w:p>
      <w:pPr>
        <w:jc w:val="right"/>
      </w:pPr>
      <w:r>
        <w:t>یہ ہے محفوظ Preservation۔</w:t>
      </w:r>
    </w:p>
    <w:p>
      <w:r>
        <w:rPr>
          <w:b/>
        </w:rPr>
        <w:t xml:space="preserve">[45:01] </w:t>
      </w:r>
      <w:r>
        <w:t>to to yeh agarche musalmanon mein Practically har qism ka bigaad aa chuka hai, main manta hoon. Lekin jo jo Original TEXT hai, jo Original Scripture hai,</w:t>
      </w:r>
    </w:p>
    <w:p>
      <w:pPr>
        <w:jc w:val="right"/>
      </w:pPr>
      <w:r>
        <w:t>تو تو یہ اگرچہ مسلمانوں میں Practically ہر قسم کا بگاڑ آ چکا ہے، میں مانتا ہوں۔ لیکن جو جو Original ٹیکسٹ ہے، جو Original Scripture ہے،</w:t>
      </w:r>
    </w:p>
    <w:p>
      <w:r>
        <w:rPr>
          <w:b/>
        </w:rPr>
        <w:t xml:space="preserve">[45:14] </w:t>
      </w:r>
      <w:r>
        <w:t>woh bilkul Intact hai. Woh kitabon mein bhi hai, internet par bhi hai, libraryon mein bhi hai.</w:t>
      </w:r>
    </w:p>
    <w:p>
      <w:pPr>
        <w:jc w:val="right"/>
      </w:pPr>
      <w:r>
        <w:t>وہ بالکل Intact ہے۔ وہ کتابوں میں بھی ہے، انٹرنیٹ پر بھی ہے، لائبریریوں میں بھی ہے۔</w:t>
      </w:r>
    </w:p>
    <w:p>
      <w:r>
        <w:rPr>
          <w:b/>
        </w:rPr>
        <w:t xml:space="preserve">[45:23] </w:t>
      </w:r>
      <w:r>
        <w:t>to</w:t>
      </w:r>
    </w:p>
    <w:p>
      <w:pPr>
        <w:jc w:val="right"/>
      </w:pPr>
      <w:r>
        <w:t>تو</w:t>
      </w:r>
    </w:p>
    <w:p>
      <w:r>
        <w:rPr>
          <w:b/>
        </w:rPr>
        <w:t xml:space="preserve">[45:24] </w:t>
      </w:r>
      <w:r>
        <w:t>musalmanon ke Practical jo Culture hai, us mein to dobara ajnabi ho gaya Islam. Lekin jo kitabon mein hai, woh woh waise ki waise Intact hai.</w:t>
      </w:r>
    </w:p>
    <w:p>
      <w:pPr>
        <w:jc w:val="right"/>
      </w:pPr>
      <w:r>
        <w:t>مسلمانوں کے Practical جو Culture ہے، اس میں تو دوبارہ اجنبی ہو گیا اسلام۔ لیکن جو کتابوں میں ہے، وہ وہ ویسے کی ویسے Intact ہے۔</w:t>
      </w:r>
    </w:p>
    <w:p>
      <w:r>
        <w:rPr>
          <w:b/>
        </w:rPr>
        <w:t xml:space="preserve">[45:35] </w:t>
      </w:r>
      <w:r>
        <w:t>isi ko hamein zinda karna hai.</w:t>
      </w:r>
    </w:p>
    <w:p>
      <w:pPr>
        <w:jc w:val="right"/>
      </w:pPr>
      <w:r>
        <w:t>اسی کو ہمیں زندہ کرنا ہے۔</w:t>
      </w:r>
    </w:p>
    <w:p>
      <w:r>
        <w:rPr>
          <w:b/>
        </w:rPr>
        <w:t xml:space="preserve">[45:40] </w:t>
      </w:r>
      <w:r>
        <w:t>yani wahi Role nayi shakal mein hai.</w:t>
      </w:r>
    </w:p>
    <w:p>
      <w:pPr>
        <w:jc w:val="right"/>
      </w:pPr>
      <w:r>
        <w:t>یعنی وہی Role نئی شکل میں ہے۔</w:t>
      </w:r>
    </w:p>
    <w:p>
      <w:r>
        <w:rPr>
          <w:b/>
        </w:rPr>
        <w:t xml:space="preserve">[45:43] </w:t>
      </w:r>
      <w:r>
        <w:t>Ashab-e-Rasool ne kiya kiya tha ke jo mazhab, mazhab ki jo shakal badal chuki thi aur ajnabi ho gaya tha, us ko phir se Revive kiya.</w:t>
      </w:r>
    </w:p>
    <w:p>
      <w:pPr>
        <w:jc w:val="right"/>
      </w:pPr>
      <w:r>
        <w:t>اصحاب رسول نے کیا کیا تھا کہ جو مذہب، مذہب کی جو شکل بدل چکی تھی اور اجنبی ہو گیا تھا، اس کو پھر سے Revive کیا۔</w:t>
      </w:r>
    </w:p>
    <w:p>
      <w:r>
        <w:rPr>
          <w:b/>
        </w:rPr>
        <w:t xml:space="preserve">[45:58] </w:t>
      </w:r>
      <w:r>
        <w:t>aur ab jo hai, hote hote hote woh kitabon mein mehfooz ho gaya.</w:t>
      </w:r>
    </w:p>
    <w:p>
      <w:pPr>
        <w:jc w:val="right"/>
      </w:pPr>
      <w:r>
        <w:t>اور اب جو ہے، ہوتے ہوتے ہوتے وہ کتابوں میں محفوظ ہو گیا۔</w:t>
      </w:r>
    </w:p>
    <w:p>
      <w:r>
        <w:rPr>
          <w:b/>
        </w:rPr>
        <w:t xml:space="preserve">[46:03] </w:t>
      </w:r>
      <w:r>
        <w:t>ab musalmanon ne bigaad paida kar ke har cheezon ki shaklein kuch ki kuch kar di hain. Lekin yeh Allah Ta'ala ka bohat bara karishma hai, bohat bari nusrat hai ke Original Islam poori ki poori tarah mehfooz hai.</w:t>
      </w:r>
    </w:p>
    <w:p>
      <w:pPr>
        <w:jc w:val="right"/>
      </w:pPr>
      <w:r>
        <w:t>اب مسلمانوں نے بگاڑ پیدا کر کے ہر چیزوں کی شکلیں کچھ کی کچھ کر دی ہیں۔ لیکن یہ اللہ تعالیٰ کا بہت بڑا کرشمہ ہے، بہت بڑی نصرت ہے کہ Original اسلام پوری کی پوری طرح محفوظ ہے۔</w:t>
      </w:r>
    </w:p>
    <w:p>
      <w:r>
        <w:rPr>
          <w:b/>
        </w:rPr>
        <w:t xml:space="preserve">[46:21] </w:t>
      </w:r>
      <w:r>
        <w:t>Kitabon mein maujood hai, internet mein maujood hai, library mein mehfooz hai. Is ko hamein zinda karna hai.</w:t>
      </w:r>
    </w:p>
    <w:p>
      <w:pPr>
        <w:jc w:val="right"/>
      </w:pPr>
      <w:r>
        <w:t>کتابوں میں موجود ہے، انٹرنیٹ میں موجود ہے، لائبریری میں محفوظ ہے۔ اس کو ہمیں زندہ کرنا ہے۔</w:t>
      </w:r>
    </w:p>
    <w:p>
      <w:r>
        <w:rPr>
          <w:b/>
        </w:rPr>
        <w:t xml:space="preserve">[46:29] </w:t>
      </w:r>
      <w:r>
        <w:t>to hum musalmanon ke Advocate nahi hain.</w:t>
      </w:r>
    </w:p>
    <w:p>
      <w:pPr>
        <w:jc w:val="right"/>
      </w:pPr>
      <w:r>
        <w:t>تو ہم مسلمانوں کے Advocate نہیں ہیں۔</w:t>
      </w:r>
    </w:p>
    <w:p>
      <w:r>
        <w:rPr>
          <w:b/>
        </w:rPr>
        <w:t xml:space="preserve">[46:32] </w:t>
      </w:r>
      <w:r>
        <w:t>hum is asal Islam ke Advocate hain jo abhi bhi mehfooz hai. Is ko hamein zinda karna hai. Yeh hai Rasool Allah Salallaho Alaihi Wasallam ke Role ko zinda karna.</w:t>
      </w:r>
    </w:p>
    <w:p>
      <w:pPr>
        <w:jc w:val="right"/>
      </w:pPr>
      <w:r>
        <w:t>ہم اس اصل اسلام کے Advocate ہیں جو ابھی بھی محفوظ ہے۔ اس کو ہمیں زندہ کرنا ہے۔ یہ ہے رسول اللہ صلی اللہ علیہ وسلم کے Role کو زندہ کرنا۔</w:t>
      </w:r>
    </w:p>
    <w:p>
      <w:r>
        <w:rPr>
          <w:b/>
        </w:rPr>
        <w:t xml:space="preserve">[46:42] </w:t>
      </w:r>
      <w:r>
        <w:t>Revival of Islam yahi hai.</w:t>
      </w:r>
    </w:p>
    <w:p>
      <w:pPr>
        <w:jc w:val="right"/>
      </w:pPr>
      <w:r>
        <w:t>Revival of Islam یہی ہے۔</w:t>
      </w:r>
    </w:p>
    <w:p>
      <w:r>
        <w:rPr>
          <w:b/>
        </w:rPr>
        <w:t xml:space="preserve">[46:52] </w:t>
      </w:r>
      <w:r>
        <w:t>Har maamle mein, har maamle mein bigaad paida ho chuka hai.</w:t>
      </w:r>
    </w:p>
    <w:p>
      <w:pPr>
        <w:jc w:val="right"/>
      </w:pPr>
      <w:r>
        <w:t>ہر معاملے میں، ہر معاملے میں بگاڑ پیدا ہو چکا ہے۔</w:t>
      </w:r>
    </w:p>
    <w:p>
      <w:r>
        <w:rPr>
          <w:b/>
        </w:rPr>
        <w:t xml:space="preserve">[46:58] </w:t>
      </w:r>
      <w:r>
        <w:t>lekin</w:t>
      </w:r>
    </w:p>
    <w:p>
      <w:pPr>
        <w:jc w:val="right"/>
      </w:pPr>
      <w:r>
        <w:t>لیکن</w:t>
      </w:r>
    </w:p>
    <w:p>
      <w:r>
        <w:rPr>
          <w:b/>
        </w:rPr>
        <w:t xml:space="preserve">[46:59] </w:t>
      </w:r>
      <w:r>
        <w:t>yeh bohat baray shukr ki baat hai ke jo Authentic TEXT hai, woh waise ke waise hi hai. Is mein koi tabdeeli nahi aayi hai.</w:t>
      </w:r>
    </w:p>
    <w:p>
      <w:pPr>
        <w:jc w:val="right"/>
      </w:pPr>
      <w:r>
        <w:t>یہ بہت بڑے شکر کی بات ہے کہ جو Authentic ٹیکسٹ ہے، وہ ویسے کے ویسے ہی ہے۔ اس میں کوئی تبدیلی نہیں آئی ہے۔</w:t>
      </w:r>
    </w:p>
    <w:p>
      <w:r>
        <w:rPr>
          <w:b/>
        </w:rPr>
        <w:t xml:space="preserve">[47:11] </w:t>
      </w:r>
      <w:r>
        <w:t>to jin logon ko dawat ka kaam karna hai, un ko jaanna chahiye ke yeh Role hai kya dawat ka. Yeh saada Role nahi hai.</w:t>
      </w:r>
    </w:p>
    <w:p>
      <w:pPr>
        <w:jc w:val="right"/>
      </w:pPr>
      <w:r>
        <w:t>تو جن لوگوں کو دعوت کا کام کرنا ہے، ان کو جاننا چاہیے کہ یہ Role ہے کیا دعوت کا۔ یہ سادہ Role نہیں ہے۔</w:t>
      </w:r>
    </w:p>
    <w:p>
      <w:r>
        <w:rPr>
          <w:b/>
        </w:rPr>
        <w:t xml:space="preserve">[47:22] </w:t>
      </w:r>
      <w:r>
        <w:t>koi Announcement nahi hai yeh.</w:t>
      </w:r>
    </w:p>
    <w:p>
      <w:pPr>
        <w:jc w:val="right"/>
      </w:pPr>
      <w:r>
        <w:t>کوئی Announcement نہیں ہے یہ۔</w:t>
      </w:r>
    </w:p>
    <w:p>
      <w:r>
        <w:rPr>
          <w:b/>
        </w:rPr>
        <w:t xml:space="preserve">[47:26] </w:t>
      </w:r>
      <w:r>
        <w:t>aaj kal kya hai? Down trodden mein ja ke logon ko kuch sunate hain aur kehte hain yeh daawa work hai. America waghera mein jab pakad pakad ke jailon mein band kar diye jaate hain, wahan bhi down trodden log hain.</w:t>
      </w:r>
    </w:p>
    <w:p>
      <w:pPr>
        <w:jc w:val="right"/>
      </w:pPr>
      <w:r>
        <w:t>آج کل کیا ہے؟ ڈاؤن ٹراڈن میں جا کے لوگوں کو کچھ سناتے ہیں اور کہتے ہیں یہ دعویٰ ورک ہے۔ امریکہ وغیرہ میں جب پکڑ پکڑ کے جیلوں میں بند کر دیے جاتے ہیں، وہاں بھی ڈاؤن ٹراڈن لوگ ہیں۔</w:t>
      </w:r>
    </w:p>
    <w:p>
      <w:r>
        <w:rPr>
          <w:b/>
        </w:rPr>
        <w:t xml:space="preserve">[47:39] </w:t>
      </w:r>
      <w:r>
        <w:t>ghareeb tabqa. Woh jailon mein hota hai. Wahan ja kar ke unhein samjhate hain. Yahan India mein bhi yahi sab hota hai.</w:t>
      </w:r>
    </w:p>
    <w:p>
      <w:pPr>
        <w:jc w:val="right"/>
      </w:pPr>
      <w:r>
        <w:t>غریب طبقہ۔ وہ جیلوں میں ہوتا ہے۔ وہاں جا کر کے انہیں سمجھاتے ہیں۔ یہاں انڈیا میں بھی یہی سب ہوتا ہے۔</w:t>
      </w:r>
    </w:p>
    <w:p>
      <w:r>
        <w:rPr>
          <w:b/>
        </w:rPr>
        <w:t xml:space="preserve">[47:50] </w:t>
      </w:r>
      <w:r>
        <w:t>to down trodden jo kam parhe likhe ghareeb log hain, unhi ka ban gaya hai Islam. Kyun ke woh jo Islam ka jo version hai, woh isi isi ke qabil hai.</w:t>
      </w:r>
    </w:p>
    <w:p>
      <w:pPr>
        <w:jc w:val="right"/>
      </w:pPr>
      <w:r>
        <w:t>تو ڈاؤن ٹراڈن جو کم پڑھے لکھے غریب لوگ ہیں، انہی کا بن گیا ہے اسلام۔ کیونکہ وہ جو اسلام کا جو ورژن ہے، وہ اسی اسی کے قابل ہے۔</w:t>
      </w:r>
    </w:p>
    <w:p>
      <w:r>
        <w:rPr>
          <w:b/>
        </w:rPr>
        <w:t xml:space="preserve">[47:59] </w:t>
      </w:r>
      <w:r>
        <w:t>woh nahi, jab tak aap parhe likhe logon tak Islam nahi pahunchayenge, tab daawa work nahi hua.</w:t>
      </w:r>
    </w:p>
    <w:p>
      <w:pPr>
        <w:jc w:val="right"/>
      </w:pPr>
      <w:r>
        <w:t>وہ نہیں، جب تک آپ پڑھے لکھے لوگوں تک اسلام نہیں پہنچائیں گے، تب دعویٰ ورک نہیں ہوا۔</w:t>
      </w:r>
    </w:p>
    <w:p>
      <w:r>
        <w:rPr>
          <w:b/>
        </w:rPr>
        <w:t xml:space="preserve">[48:09] </w:t>
      </w:r>
      <w:r>
        <w:t>Nabiyon ke zamane mein Quran Majeed mein bataya gaya hai ke Mulah qom par pahunchate the. Woh Mulah qom.</w:t>
      </w:r>
    </w:p>
    <w:p>
      <w:pPr>
        <w:jc w:val="right"/>
      </w:pPr>
      <w:r>
        <w:t>نبیوں کے زمانے میں قرآن مجید میں بتایا گیا ہے کہ ملح قوم پر پہنچاتے تھے۔ وہ ملح قوم۔</w:t>
      </w:r>
    </w:p>
    <w:p>
      <w:r>
        <w:rPr>
          <w:b/>
        </w:rPr>
        <w:t xml:space="preserve">[48:16] </w:t>
      </w:r>
      <w:r>
        <w:t>Mulah qom aaj kal ke lehaz se dekha jaye to Educated class, parha likha tabqa, sarbarah tabqa jo Institutions ko control karta hai,</w:t>
      </w:r>
    </w:p>
    <w:p>
      <w:pPr>
        <w:jc w:val="right"/>
      </w:pPr>
      <w:r>
        <w:t>ملح قوم آج کل کے لحاظ سے دیکھا جائے تو Educated کلاس، پڑھا لکھا طبقہ، سربراہ طبقہ جو Institutions کو کنٹرول کرتا ہے،</w:t>
      </w:r>
    </w:p>
    <w:p>
      <w:r>
        <w:rPr>
          <w:b/>
        </w:rPr>
        <w:t xml:space="preserve">[48:32] </w:t>
      </w:r>
      <w:r>
        <w:t>jo Journalism ko control karta hai, jo Print media aur Electronic media ko control karta hai, jo kitabein likhta hai, jo dunya ko Lead deta hai.</w:t>
      </w:r>
    </w:p>
    <w:p>
      <w:pPr>
        <w:jc w:val="right"/>
      </w:pPr>
      <w:r>
        <w:t>جو Journalism کو کنٹرول کرتا ہے، جو Print میڈیا اور Electronic میڈیا کو کنٹرول کرتا ہے، جو کتابیں لکھتا ہے، جو دنیا کو Lead دیتا ہے۔</w:t>
      </w:r>
    </w:p>
    <w:p>
      <w:r>
        <w:rPr>
          <w:b/>
        </w:rPr>
        <w:t xml:space="preserve">[48:42] </w:t>
      </w:r>
      <w:r>
        <w:t>jo Intellectual Leaders qadeem zamane mein jo mulah qaum hua karte thay, ab woh Intellectual Leaders hain.</w:t>
      </w:r>
    </w:p>
    <w:p>
      <w:pPr>
        <w:jc w:val="right"/>
      </w:pPr>
      <w:r>
        <w:t>جو Intellectual Leaders قدیم زمانے میں جو ملح قوم ہوا کرتے تھے، اب وہ Intellectual Leaders ہیں۔</w:t>
      </w:r>
    </w:p>
    <w:p>
      <w:r>
        <w:rPr>
          <w:b/>
        </w:rPr>
        <w:t xml:space="preserve">[48:51] </w:t>
      </w:r>
      <w:r>
        <w:t>un tak jab Islam pahunchega, tab Islam, tab dawah work hua. Warna dawah work nahi hua.</w:t>
      </w:r>
    </w:p>
    <w:p>
      <w:pPr>
        <w:jc w:val="right"/>
      </w:pPr>
      <w:r>
        <w:t>ان تک جب اسلام پہنچے گا، تب اسلام، تب دعویٰ ورک ہوا۔ ورنہ دعویٰ ورک نہیں ہوا۔</w:t>
      </w:r>
    </w:p>
    <w:p>
      <w:r>
        <w:rPr>
          <w:b/>
        </w:rPr>
        <w:t xml:space="preserve">[49:00] </w:t>
      </w:r>
      <w:r>
        <w:t>to hamara jo, hamara jo dawati Mission hai, iska jo Target hai, woh Intellectual Leaders hain. Intellectual Leaders hain.</w:t>
      </w:r>
    </w:p>
    <w:p>
      <w:pPr>
        <w:jc w:val="right"/>
      </w:pPr>
      <w:r>
        <w:t>تو ہمارا جو، ہمارا جو دعوتی Mission ہے، اس کا جو Target ہے، وہ Intellectual Leaders ہیں۔ Intellectual Leaders ہیں۔</w:t>
      </w:r>
    </w:p>
    <w:p>
      <w:r>
        <w:rPr>
          <w:b/>
        </w:rPr>
        <w:t xml:space="preserve">[49:10] </w:t>
      </w:r>
      <w:r>
        <w:t>Educational tabqa hai. Wahan tak nahi pahuncha to pahuncha bhi nahi.</w:t>
      </w:r>
    </w:p>
    <w:p>
      <w:pPr>
        <w:jc w:val="right"/>
      </w:pPr>
      <w:r>
        <w:t>Educational طبقہ ہے۔ وہاں تک نہیں پہنچا تو پہنچا بھی نہیں۔</w:t>
      </w:r>
    </w:p>
    <w:p>
      <w:r>
        <w:rPr>
          <w:b/>
        </w:rPr>
        <w:t xml:space="preserve">[49:19] </w:t>
      </w:r>
      <w:r>
        <w:t>to qadeem zamane mein in ko mulah qaum kehte hain. Qaum ke sardar. Qaum ke sardar. Qaum ke sardar pehle Tribal Chief hua karte thay.</w:t>
      </w:r>
    </w:p>
    <w:p>
      <w:pPr>
        <w:jc w:val="right"/>
      </w:pPr>
      <w:r>
        <w:t>تو قدیم زمانے میں ان کو ملح قوم کہتے ہیں۔ قوم کے سردار۔ قوم کے سردار۔ قوم کے سردار پہلے Tribal Chief ہوا کرتے تھے۔</w:t>
      </w:r>
    </w:p>
    <w:p>
      <w:r>
        <w:rPr>
          <w:b/>
        </w:rPr>
        <w:t xml:space="preserve">[49:31] </w:t>
      </w:r>
      <w:r>
        <w:t>ab Tribe ka zamana hai hi nahi. Ab to Democracy hai. Ab to Freedom hai. Ab, ab ek ek Openness aa chuka hai.</w:t>
      </w:r>
    </w:p>
    <w:p>
      <w:pPr>
        <w:jc w:val="right"/>
      </w:pPr>
      <w:r>
        <w:t>اب Tribe کا زمانہ ہے ہی نہیں۔ اب تو Democracy ہے۔ اب تو Freedom ہے۔ اب، اب ایک ایک Openness آ چکا ہے۔</w:t>
      </w:r>
    </w:p>
    <w:p>
      <w:r>
        <w:rPr>
          <w:b/>
        </w:rPr>
        <w:t xml:space="preserve">[49:42] </w:t>
      </w:r>
      <w:r>
        <w:t>to pehle jo log, pehle jo darja tha mulah qaum ka, ab woh darja hai Intellectual Leaders ka. Educated class ka.</w:t>
      </w:r>
    </w:p>
    <w:p>
      <w:pPr>
        <w:jc w:val="right"/>
      </w:pPr>
      <w:r>
        <w:t>تو پہلے جو لوگ، پہلے جو درجہ تھا ملح قوم کا، اب وہ درجہ ہے Intellectual Leaders کا۔ Educated کلاس کا۔</w:t>
      </w:r>
    </w:p>
    <w:p>
      <w:r>
        <w:rPr>
          <w:b/>
        </w:rPr>
        <w:t xml:space="preserve">[49:53] </w:t>
      </w:r>
      <w:r>
        <w:t>in ko hamein pahunchana hai.</w:t>
      </w:r>
    </w:p>
    <w:p>
      <w:pPr>
        <w:jc w:val="right"/>
      </w:pPr>
      <w:r>
        <w:t>ان کو ہمیں پہنچانا ہے۔</w:t>
      </w:r>
    </w:p>
    <w:p>
      <w:r>
        <w:rPr>
          <w:b/>
        </w:rPr>
        <w:t xml:space="preserve">[49:57] </w:t>
      </w:r>
      <w:r>
        <w:t>is ka matlab nahi ke hara dein, speaker banein. Nahi, jo kitabein chapi hui hain, un ko pahunchaiye. Aap Quran ka Translate chhap chuka hai, us ko pahunchaiye.</w:t>
      </w:r>
    </w:p>
    <w:p>
      <w:pPr>
        <w:jc w:val="right"/>
      </w:pPr>
      <w:r>
        <w:t>اس کا مطلب نہیں کہ ہرا دیں، اسپیکر بنیں۔ نہیں، جو کتابیں چھپی ہوئی ہیں، ان کو پہنچائیے۔ آپ قرآن کا Translate چھپ چکا ہے، اس کو پہنچائیے۔</w:t>
      </w:r>
    </w:p>
    <w:p>
      <w:r>
        <w:rPr>
          <w:b/>
        </w:rPr>
        <w:t xml:space="preserve">[50:07] </w:t>
      </w:r>
      <w:r>
        <w:t>Rasool Allah ki seerat par kitab chhap chuki hai, Angrezi mein, us ko pahunchaiye.</w:t>
      </w:r>
    </w:p>
    <w:p>
      <w:pPr>
        <w:jc w:val="right"/>
      </w:pPr>
      <w:r>
        <w:t>رسول اللہ کی سیرت پر کتاب چھپ چکی ہے، انگریزی میں، اس کو پہنچائیے۔</w:t>
      </w:r>
    </w:p>
    <w:p>
      <w:r>
        <w:rPr>
          <w:b/>
        </w:rPr>
        <w:t xml:space="preserve">[50:12] </w:t>
      </w:r>
      <w:r>
        <w:t>yeh bhi Allah taala ka ek bohat bara, yaani bohat bara karishma hai ke is zamane mein ek zaban ko International Language ka darja mil gaya.</w:t>
      </w:r>
    </w:p>
    <w:p>
      <w:pPr>
        <w:jc w:val="right"/>
      </w:pPr>
      <w:r>
        <w:t>یہ بھی اللہ تعالیٰ کا ایک بہت بڑا، یعنی بہت بڑا کرشمہ ہے کہ اس زمانے میں ایک زبان کو International Language کا درجہ مل گیا۔</w:t>
      </w:r>
    </w:p>
    <w:p>
      <w:r>
        <w:rPr>
          <w:b/>
        </w:rPr>
        <w:t xml:space="preserve">[50:22] </w:t>
      </w:r>
      <w:r>
        <w:t>English ko. Kabhi bhi dunya mein International Language nahi hua karti thi. Hamesha Regional Language hua karti thi.</w:t>
      </w:r>
    </w:p>
    <w:p>
      <w:pPr>
        <w:jc w:val="right"/>
      </w:pPr>
      <w:r>
        <w:t>انگلش کو۔ کبھی بھی دنیا میں International Language نہیں ہوا کرتی تھی۔ ہمیشہ Regional Language ہوا کرتی تھی۔</w:t>
      </w:r>
    </w:p>
    <w:p>
      <w:r>
        <w:rPr>
          <w:b/>
        </w:rPr>
        <w:t xml:space="preserve">[50:30] </w:t>
      </w:r>
      <w:r>
        <w:t>Regional. Ab ek zaban jo hai, woh International Language ban gayi.</w:t>
      </w:r>
    </w:p>
    <w:p>
      <w:pPr>
        <w:jc w:val="right"/>
      </w:pPr>
      <w:r>
        <w:t>Regional۔ اب ایک زبان جو ہے، وہ International Language بن گئی۔</w:t>
      </w:r>
    </w:p>
    <w:p>
      <w:r>
        <w:rPr>
          <w:b/>
        </w:rPr>
        <w:t xml:space="preserve">[50:37] </w:t>
      </w:r>
      <w:r>
        <w:t>yaani ek zaban mein aap sari dunya ko khitab kar sakte hain. Dunya se murad hai jo asal, jo jo mukhatib hain, yaani jo mulah qaum hai is zamane ki.</w:t>
      </w:r>
    </w:p>
    <w:p>
      <w:pPr>
        <w:jc w:val="right"/>
      </w:pPr>
      <w:r>
        <w:t>یعنی ایک زبان میں آپ ساری دنیا کو خطاب کر سکتے ہیں۔ دنیا سے مراد ہے جو اصل، جو جو مخاطب ہیں، یعنی جو ملح قوم ہے اس زمانے کی۔</w:t>
      </w:r>
    </w:p>
    <w:p>
      <w:r>
        <w:rPr>
          <w:b/>
        </w:rPr>
        <w:t xml:space="preserve">[50:50] </w:t>
      </w:r>
      <w:r>
        <w:t>is zamane ke jo mulah qaum hain, jo Intellectual Leaders hain, woh sab ke sab Angrez na hote hain.</w:t>
      </w:r>
    </w:p>
    <w:p>
      <w:pPr>
        <w:jc w:val="right"/>
      </w:pPr>
      <w:r>
        <w:t>اس زمانے کے جو ملح قوم ہیں، جو Intellectual Leaders ہیں، وہ سب کے سب انگریز نہ ہوتے ہیں۔</w:t>
      </w:r>
    </w:p>
    <w:p>
      <w:r>
        <w:rPr>
          <w:b/>
        </w:rPr>
        <w:t xml:space="preserve">[50:59] </w:t>
      </w:r>
      <w:r>
        <w:t>to Quran ka Angrezi tarjuma, seerat Rasool par Angrezi kitab, aur jo English Literature, us ko phaila kar ke aap mulah qaum tak dawah pahuncha sakte hain.</w:t>
      </w:r>
    </w:p>
    <w:p>
      <w:pPr>
        <w:jc w:val="right"/>
      </w:pPr>
      <w:r>
        <w:t>تو قرآن کا انگریزی ترجمہ، سیرت رسول پر انگریزی کتاب، اور جو انگلش Literature، اس کو پھیلا کر کے آپ ملح قوم تک دعوت پہنچا سکتے ہیں۔</w:t>
      </w:r>
    </w:p>
    <w:p>
      <w:r>
        <w:rPr>
          <w:b/>
        </w:rPr>
        <w:t xml:space="preserve">[51:11] </w:t>
      </w:r>
      <w:r>
        <w:t>yeh kitni Allah taala ne kitna aasan kar diya mamle ko.</w:t>
      </w:r>
    </w:p>
    <w:p>
      <w:pPr>
        <w:jc w:val="right"/>
      </w:pPr>
      <w:r>
        <w:t>یہ کتنی اللہ تعالیٰ نے کتنا آسان کر دیا معاملے کو۔</w:t>
      </w:r>
    </w:p>
    <w:p>
      <w:r>
        <w:rPr>
          <w:b/>
        </w:rPr>
        <w:t xml:space="preserve">[51:19] </w:t>
      </w:r>
      <w:r>
        <w:t>to aap, mein aksar ek ek qissa batata hoon, rehta hoon logon ko ke dawah kya hai. Ke hamare ek saathi Delhi se Bombay ja rahe thay.</w:t>
      </w:r>
    </w:p>
    <w:p>
      <w:pPr>
        <w:jc w:val="right"/>
      </w:pPr>
      <w:r>
        <w:t>تو آپ، میں اکثر ایک ایک قصہ بتاتا ہوں، رہتا ہوں لوگوں کو کہ دعوت کیا ہے۔ کہ ہمارے ایک ساتھی دلی سے بمبئی جا رہے تھے۔</w:t>
      </w:r>
    </w:p>
    <w:p>
      <w:r>
        <w:rPr>
          <w:b/>
        </w:rPr>
        <w:t xml:space="preserve">[51:29] </w:t>
      </w:r>
      <w:r>
        <w:t>to jab Plane mein woh dakhil hue, woh to wahan ek Minister sahab baithe hue thay. To Minister sahab apni jeb se unhone kitab nikali, "Reality of Life", aur kaha ke "Sir,</w:t>
      </w:r>
    </w:p>
    <w:p>
      <w:pPr>
        <w:jc w:val="right"/>
      </w:pPr>
      <w:r>
        <w:t>تو جب Plane میں وہ داخل ہوئے، وہ تو وہاں ایک Minister صاحب بیٹھے ہوئے تھے۔ تو Minister صاحب اپنی جیب سے انہوں نے کتاب نکالی، "Reality of Life"، اور کہا کہ "Sir,</w:t>
      </w:r>
    </w:p>
    <w:p>
      <w:r>
        <w:rPr>
          <w:b/>
        </w:rPr>
        <w:t xml:space="preserve">[51:44] </w:t>
      </w:r>
      <w:r>
        <w:t>This is for your inflight reading". Aur le kar us ko parhne laga. To har shakhs ki jeb mein hona chahiye, har shakhs ke Bag mein hona chahiye.</w:t>
      </w:r>
    </w:p>
    <w:p>
      <w:pPr>
        <w:jc w:val="right"/>
      </w:pPr>
      <w:r>
        <w:t>This is for your inflight reading"۔ اور لے کر اس کو پڑھنے لگا۔ تو ہر شخص کی جیب میں ہونا چاہیے، ہر شخص کے Bag میں ہونا چاہیے۔</w:t>
      </w:r>
    </w:p>
    <w:p>
      <w:r>
        <w:rPr>
          <w:b/>
        </w:rPr>
        <w:t xml:space="preserve">[51:56] </w:t>
      </w:r>
      <w:r>
        <w:t>Literature har waqt, har waqt hona chahiye.</w:t>
      </w:r>
    </w:p>
    <w:p>
      <w:pPr>
        <w:jc w:val="right"/>
      </w:pPr>
      <w:r>
        <w:t>Literature ہر وقت، ہر وقت ہونا چاہیے۔</w:t>
      </w:r>
    </w:p>
    <w:p>
      <w:r>
        <w:rPr>
          <w:b/>
        </w:rPr>
        <w:t xml:space="preserve">[52:04] </w:t>
      </w:r>
      <w:r>
        <w:t>kyun ke kahin bhi aap ko koi aisa aadmi mil jayega, safar mein ya aane jaane mein, kahin bhi aap jate hain, Offices mein jate hain, aap kahin bhi jate hain, Shopping Center par jate hain,</w:t>
      </w:r>
    </w:p>
    <w:p>
      <w:pPr>
        <w:jc w:val="right"/>
      </w:pPr>
      <w:r>
        <w:t>کیونکہ کہیں بھی آپ کو کوئی ایسا آدمی مل جائے گا، سفر میں یا آنے جانے میں، کہیں بھی آپ جاتے ہیں، Offices میں جاتے ہیں، آپ کہیں بھی جاتے ہیں، Shopping Center پر جاتے ہیں،</w:t>
      </w:r>
    </w:p>
    <w:p>
      <w:r>
        <w:rPr>
          <w:b/>
        </w:rPr>
        <w:t xml:space="preserve">[52:18] </w:t>
      </w:r>
      <w:r>
        <w:t>Doctor ke paas jate hain, to wahan par aap ko log milte hain. To foran aap dekh sakte hain logon ko Literature. To dawah work ek ek ek 24 ghante ki yeh yeh ek sargermi hai.</w:t>
      </w:r>
    </w:p>
    <w:p>
      <w:pPr>
        <w:jc w:val="right"/>
      </w:pPr>
      <w:r>
        <w:t>ڈاکٹر کے پاس جاتے ہیں، تو وہاں پر آپ کو لوگ ملتے ہیں۔ تو فوراً آپ دیکھ سکتے ہیں لوگوں کو Literature۔ تو دعویٰ ورک ایک ایک ایک 24 گھنٹے کی یہ یہ ایک سرگرمی ہے۔</w:t>
      </w:r>
    </w:p>
    <w:p>
      <w:r>
        <w:rPr>
          <w:b/>
        </w:rPr>
        <w:t xml:space="preserve">[52:34] </w:t>
      </w:r>
      <w:r>
        <w:t>dawah work koi koi Side Work nahi hai, yaad rakhiye. Dawah work koi Side Work nahi hai. Dawah work 24 ghante ki sargermi hai.</w:t>
      </w:r>
    </w:p>
    <w:p>
      <w:pPr>
        <w:jc w:val="right"/>
      </w:pPr>
      <w:r>
        <w:t>دعویٰ ورک کوئی کوئی Side Work نہیں ہے، یاد رکھیے۔ دعویٰ ورک کوئی Side Work نہیں ہے۔ دعویٰ ورک 24 گھنٹے کی سرگرمی ہے۔</w:t>
      </w:r>
    </w:p>
    <w:p>
      <w:r>
        <w:rPr>
          <w:b/>
        </w:rPr>
        <w:t xml:space="preserve">[52:46] </w:t>
      </w:r>
      <w:r>
        <w:t>isi ke liye sochen, aap ki jeb mein isi ke Booklet hon, aap ke Bag mein isi kitaaben hon, har jagah aap sochen ke kis ko kahan mauqa hai ke main is ko pouncha doon.</w:t>
      </w:r>
    </w:p>
    <w:p>
      <w:pPr>
        <w:jc w:val="right"/>
      </w:pPr>
      <w:r>
        <w:t>اسی کے لیے سوچیں، آپ کی جیب میں اسی کے Booklet ہوں، آپ کے Bag میں اسی کتابیں ہوں، ہر جگہ آپ سوچیں کہ کس کو کہاں موقع ہے کہ میں اس کو پہنچا دوں۔</w:t>
      </w:r>
    </w:p>
    <w:p>
      <w:r>
        <w:rPr>
          <w:b/>
        </w:rPr>
        <w:t xml:space="preserve">[53:04] </w:t>
      </w:r>
      <w:r>
        <w:t>jaise abhi hamare ek saathi ne bataya ke First January ko woh apne parosiyon ke haan gaye, jo parhe likhe Non-Muslim the, woh log.</w:t>
      </w:r>
    </w:p>
    <w:p>
      <w:pPr>
        <w:jc w:val="right"/>
      </w:pPr>
      <w:r>
        <w:t>جیسے ابھی ہمارے ایک ساتھی نے بتایا کہ First جنوری کو وہ اپنے پڑوسیوں کے ہاں گئے، جو پڑھے لکھے Non-Muslim تھے، وہ لوگ۔</w:t>
      </w:r>
    </w:p>
    <w:p>
      <w:r>
        <w:rPr>
          <w:b/>
        </w:rPr>
        <w:t xml:space="preserve">[53:14] </w:t>
      </w:r>
      <w:r>
        <w:t>to unhon ne naye saal ka tohfa ke liye Quran ka tarjuma pesh kiya, unhon ne Angrezi Translation Quran Majeed ka. woh log bohat khush hue. to yeh Modern tareeqa hai ke tehwaar ke mauqe par,</w:t>
      </w:r>
    </w:p>
    <w:p>
      <w:pPr>
        <w:jc w:val="right"/>
      </w:pPr>
      <w:r>
        <w:t>تو انہوں نے نئے سال کا تحفہ کے لیے قرآن کا ترجمہ پیش کیا، انہوں نے انگریزی Translation قرآن مجید کا۔ وہ لوگ بہت خوش ہوئے۔ تو یہ Modern طریقہ ہے کہ تہوار کے موقع پر،</w:t>
      </w:r>
    </w:p>
    <w:p>
      <w:r>
        <w:rPr>
          <w:b/>
        </w:rPr>
        <w:t xml:space="preserve">[53:27] </w:t>
      </w:r>
      <w:r>
        <w:t>pehli tareekh jo New Year's Day jo kehte hain, is is mauqe par ya kisi bhi mauqe par.</w:t>
      </w:r>
    </w:p>
    <w:p>
      <w:pPr>
        <w:jc w:val="right"/>
      </w:pPr>
      <w:r>
        <w:t>پہلی تاریخ جو New Year's Day جو کہتے ہیں، اس اس موقع پر یا کسی بھی موقع پر۔</w:t>
      </w:r>
    </w:p>
    <w:p>
      <w:r>
        <w:rPr>
          <w:b/>
        </w:rPr>
        <w:t xml:space="preserve">[53:34] </w:t>
      </w:r>
      <w:r>
        <w:t>to jo saari duniya mein pounchanay ka jo Mission hai, woh isi tarah hoga ke aap 24 ghante is mein apne ko Active kar len, apne ko is mein Involve kar len.</w:t>
      </w:r>
    </w:p>
    <w:p>
      <w:pPr>
        <w:jc w:val="right"/>
      </w:pPr>
      <w:r>
        <w:t>تو جو ساری دنیا میں پہنچانے کا جو Mission ہے، وہ اسی طرح ہوگا کہ آپ 24 گھنٹے اس میں اپنے کو Active کر لیں، اپنے کو اس میں Involve کر لیں۔</w:t>
      </w:r>
    </w:p>
    <w:p>
      <w:r>
        <w:rPr>
          <w:b/>
        </w:rPr>
        <w:t xml:space="preserve">[53:48] </w:t>
      </w:r>
      <w:r>
        <w:t>to yeh bohat bari muhim hai. woh deen jo, yaani qadeem Rasool Allah se pehle ka jo zamana tha, to deen KhudaWandi wahan Strange bana hua tha.</w:t>
      </w:r>
    </w:p>
    <w:p>
      <w:pPr>
        <w:jc w:val="right"/>
      </w:pPr>
      <w:r>
        <w:t>تو یہ بہت بڑی مہم ہے۔ وہ دین جو، یعنی قدی رسول اللہ سے پہلے کا جو زمانہ تھا، تو دین خداوندی وہاں Strange بنا ہوا تھا۔</w:t>
      </w:r>
    </w:p>
    <w:p>
      <w:r>
        <w:rPr>
          <w:b/>
        </w:rPr>
        <w:t xml:space="preserve">[53:59] </w:t>
      </w:r>
      <w:r>
        <w:t>Strange. Rasool Allah ne is ko nikaal kar ke is ko Well Known banaya.</w:t>
      </w:r>
    </w:p>
    <w:p>
      <w:pPr>
        <w:jc w:val="right"/>
      </w:pPr>
      <w:r>
        <w:t>Strange۔ رسول اللہ نے اس کو نکال کر کے اس کو Well Known بنایا۔</w:t>
      </w:r>
    </w:p>
    <w:p>
      <w:r>
        <w:rPr>
          <w:b/>
        </w:rPr>
        <w:t xml:space="preserve">[54:04] </w:t>
      </w:r>
      <w:r>
        <w:t>ab phir dobara Strange ho gaya hai woh. phir dobara is ko nikaal kar is ko aap ko logon ke liye Well Known banana hai. is ko samjhiye ke yeh saada baat nahi hai, koi aasan kaam nahi hai.</w:t>
      </w:r>
    </w:p>
    <w:p>
      <w:pPr>
        <w:jc w:val="right"/>
      </w:pPr>
      <w:r>
        <w:t>اب پھر دوبارہ Strange ہو گیا ہے وہ۔ پھر دوبارہ اس کو نکال کر اس کو آپ کو لوگوں کے لیے Well Known بنانا ہے۔ اس کو سمجھیے کہ یہ سادہ بات نہیں ہے، کوئی آسان کام نہیں ہے۔</w:t>
      </w:r>
    </w:p>
    <w:p>
      <w:r>
        <w:rPr>
          <w:b/>
        </w:rPr>
        <w:t xml:space="preserve">[54:19] </w:t>
      </w:r>
      <w:r>
        <w:t>yeh poori poori zindagi chahta hai.</w:t>
      </w:r>
    </w:p>
    <w:p>
      <w:pPr>
        <w:jc w:val="right"/>
      </w:pPr>
      <w:r>
        <w:t>یہ پوری پوری زندگی چاہتا ہے۔</w:t>
      </w:r>
    </w:p>
    <w:p>
      <w:r>
        <w:rPr>
          <w:b/>
        </w:rPr>
        <w:t xml:space="preserve">[54:27] </w:t>
      </w:r>
      <w:r>
        <w:t>to jab tak aap yeh na samjhen ke Rasool Allah ka Role koi bohat bara Role tha, tab tak aap ko to hosla nahi paida hoga. agar aap samjhen Rasool Allah aaye the is liye ke log daadhi rakhen aur pajama ooncha pehnen, isi liye aaye the, to aap ko koi hosla nahi paida hoga is se ke Paighambar ka aaya baghair bhi aadmi aisa kar sakta tha.</w:t>
      </w:r>
    </w:p>
    <w:p>
      <w:pPr>
        <w:jc w:val="right"/>
      </w:pPr>
      <w:r>
        <w:t>تو جب تک آپ یہ نہ سمجھیں کہ رسول اللہ کا Role کوئی بہت بڑا Role تھا، تب تک آپ کو تو حوصلہ نہیں پیدا ہوگا۔ اگر آپ سمجھیں رسول اللہ آئے تھے اس لیے کہ لوگ داڑھی رکھیں اور پاجامہ اونچا پہنیں، اسی لیے آئے تھے، تو آپ کو کوئی حوصلہ نہیں پیدا ہوگا اس سے کہ پیغمبر کا آیا بغیر بھی آدمی ایسا کر سکتا تھا۔</w:t>
      </w:r>
    </w:p>
    <w:p>
      <w:r>
        <w:rPr>
          <w:b/>
        </w:rPr>
        <w:t xml:space="preserve">[54:50] </w:t>
      </w:r>
      <w:r>
        <w:t>aaj kal jo dhoom macha rakhi hai logon ne Eid tak choti choti baaton ki. to jo Rasool Allah ke Role ko jab tak ke is ke is ke oonchi hesiyat mein aap Discover na karen, tab tak aap ko andar hosla nahi paida hoga.</w:t>
      </w:r>
    </w:p>
    <w:p>
      <w:pPr>
        <w:jc w:val="right"/>
      </w:pPr>
      <w:r>
        <w:t>آج کل جو دھوم مچا رکھی ہے لوگوں نے عید تک چھوٹی چھوٹی باتوں کی۔ تو جو رسول اللہ کے Role کو جب تک کہ اس کے اس کے اونچی حیثیت میں آپ Discover نہ کریں، تب تک آپ کو اندر حوصلہ نہیں پیدا ہوگا۔</w:t>
      </w:r>
    </w:p>
    <w:p>
      <w:r>
        <w:rPr>
          <w:b/>
        </w:rPr>
        <w:t xml:space="preserve">[55:08] </w:t>
      </w:r>
      <w:r>
        <w:t>aur ek bara Mission nahi banega aap ki zindagi mein woh. is liye main yeh baaten arz kar raha hoon.</w:t>
      </w:r>
    </w:p>
    <w:p>
      <w:pPr>
        <w:jc w:val="right"/>
      </w:pPr>
      <w:r>
        <w:t>اور ایک بڑا Mission نہیں بنے گا آپ کی زندگی میں وہ۔ اس لیے میں یہ باتیں عرض کر رہا ہوں۔</w:t>
      </w:r>
    </w:p>
    <w:p>
      <w:r>
        <w:rPr>
          <w:b/>
        </w:rPr>
        <w:t xml:space="preserve">[55:20] </w:t>
      </w:r>
      <w:r>
        <w:t>to is par bohat ziyada sochen.</w:t>
      </w:r>
    </w:p>
    <w:p>
      <w:pPr>
        <w:jc w:val="right"/>
      </w:pPr>
      <w:r>
        <w:t>تو اس پر بہت زیادہ سوچیے۔</w:t>
      </w:r>
    </w:p>
    <w:p>
      <w:r>
        <w:rPr>
          <w:b/>
        </w:rPr>
        <w:t xml:space="preserve">[55:24] </w:t>
      </w:r>
      <w:r>
        <w:t>aur kis hisaab se maine kaha tha ke daawa work jo hai, woh It is a two point formula. daawa work, dua work.</w:t>
      </w:r>
    </w:p>
    <w:p>
      <w:pPr>
        <w:jc w:val="right"/>
      </w:pPr>
      <w:r>
        <w:t>اور کس حساب سے میں نے کہا تھا کہ دعویٰ ورک جو ہے، وہ It is a two point فارمولا۔ دعویٰ ورک، دعا ورک۔</w:t>
      </w:r>
    </w:p>
    <w:p>
      <w:r>
        <w:rPr>
          <w:b/>
        </w:rPr>
        <w:t xml:space="preserve">[55:35] </w:t>
      </w:r>
      <w:r>
        <w:t>jahan dawat mumkin hai, to wahan dawat dijiye. nahi to dua kijiye.</w:t>
      </w:r>
    </w:p>
    <w:p>
      <w:pPr>
        <w:jc w:val="right"/>
      </w:pPr>
      <w:r>
        <w:t>جہاں دعوت ممکن ہے، تو وہاں دعوت دیجیے۔ نہیں تو دعا کیجیے۔</w:t>
      </w:r>
    </w:p>
    <w:p>
      <w:r>
        <w:rPr>
          <w:b/>
        </w:rPr>
        <w:t xml:space="preserve">[55:42] </w:t>
      </w:r>
      <w:r>
        <w:t>to It is a two point formula. daawa work, dua work.</w:t>
      </w:r>
    </w:p>
    <w:p>
      <w:pPr>
        <w:jc w:val="right"/>
      </w:pPr>
      <w:r>
        <w:t>تو It is a two point فارمولا۔ دعویٰ ورک، دعا ورک۔</w:t>
      </w:r>
    </w:p>
    <w:p>
      <w:r>
        <w:rPr>
          <w:b/>
        </w:rPr>
        <w:t xml:space="preserve">[55:50] </w:t>
      </w:r>
      <w:r>
        <w:t>is tarah se apne ko Involve karna hai. kahin bhi aap ko yeh na lage ke yahan to End aa gaya, yahan to Impasse aa gaya, yahan to hum blind gali mein pounch gaye.</w:t>
      </w:r>
    </w:p>
    <w:p>
      <w:pPr>
        <w:jc w:val="right"/>
      </w:pPr>
      <w:r>
        <w:t>اس طرح سے اپنے کو Involve کرنا ہے۔ کہیں بھی آپ کو یہ نہ لگے کہ یہاں تو End آ گیا، یہاں تو Impasse آ گیا، یہاں تو ہم بلائنڈ گلی میں پہنچ گئے۔</w:t>
      </w:r>
    </w:p>
    <w:p>
      <w:r>
        <w:rPr>
          <w:b/>
        </w:rPr>
        <w:t xml:space="preserve">[56:02] </w:t>
      </w:r>
      <w:r>
        <w:t>nahi, har jagah raasta khula hua dikhai de.</w:t>
      </w:r>
    </w:p>
    <w:p>
      <w:pPr>
        <w:jc w:val="right"/>
      </w:pPr>
      <w:r>
        <w:t>نہیں، ہر جگہ راستہ کھلا ہوا دکھائی دے۔</w:t>
      </w:r>
    </w:p>
    <w:p>
      <w:r>
        <w:rPr>
          <w:b/>
        </w:rPr>
        <w:t xml:space="preserve">[56:07] </w:t>
      </w:r>
      <w:r>
        <w:t>hamare ek saathi gaye ek ek ek top ke ek sahib ke haan Quran pounchanay ke liye.</w:t>
      </w:r>
    </w:p>
    <w:p>
      <w:pPr>
        <w:jc w:val="right"/>
      </w:pPr>
      <w:r>
        <w:t>ہمارے ایک ساتھی گئے ایک ایک ایک ٹاپ کے ایک صاحب کے ہاں قرآن پہنچانے کے لیے۔</w:t>
      </w:r>
    </w:p>
    <w:p>
      <w:r>
        <w:rPr>
          <w:b/>
        </w:rPr>
        <w:t xml:space="preserve">[56:16] </w:t>
      </w:r>
      <w:r>
        <w:t>to wahan jab gaye to Security walon ne roka ke is tarah mulaqaat nahi hoti, aap Appointment le kar aaiye. to unhon ne kya kiya ke masjid mein chale gaye.</w:t>
      </w:r>
    </w:p>
    <w:p>
      <w:pPr>
        <w:jc w:val="right"/>
      </w:pPr>
      <w:r>
        <w:t>تو وہاں جب گئے تو Security والوں نے روکا کہ اس طرح ملاقات نہیں ہوتی، آپ Appointment لے کر آئیے۔ تو انہوں نے کیا کیا کہ مسجد میں چلے گئے۔</w:t>
      </w:r>
    </w:p>
    <w:p>
      <w:r>
        <w:rPr>
          <w:b/>
        </w:rPr>
        <w:t xml:space="preserve">[56:28] </w:t>
      </w:r>
      <w:r>
        <w:t>ja kar do rakat namaz parh ke dua karne lage. namaz parh kar aaye to kya hua ke woh jo sahib the, un ki gaadi aa gayi.</w:t>
      </w:r>
    </w:p>
    <w:p>
      <w:pPr>
        <w:jc w:val="right"/>
      </w:pPr>
      <w:r>
        <w:t>جا کے دو رکعت نماز پڑھ کے دعا کرنے لگے۔ نماز پڑھ کر آئے تو کیا ہوا کہ وہ جو صاحب تھے، ان کی گاڑی آ گئی۔</w:t>
      </w:r>
    </w:p>
    <w:p>
      <w:r>
        <w:rPr>
          <w:b/>
        </w:rPr>
        <w:t xml:space="preserve">[56:41] </w:t>
      </w:r>
      <w:r>
        <w:t>yeh jab pounche to un ki gaadi bhi Gate par aa gayi. kahin kahin bahar gaye the, woh wapas lote the. woh to jaise hi woh nikle, unhon ne jaldi se Quran haath mein le kar dikhaye ke bhai yeh le kar aayi hoon aap ke liye.</w:t>
      </w:r>
    </w:p>
    <w:p>
      <w:pPr>
        <w:jc w:val="right"/>
      </w:pPr>
      <w:r>
        <w:t>یہ جب پہنچے تو ان کی گاڑی بھی Gate پر آ گئی۔ کہیں کہیں باہر گئے تھے، وہ واپس لوٹے تھے۔ وہ تو جیسے ہی وہ نکلے، انہوں نے جلدی سے قرآن ہاتھ میں لے کر دکھائے کہ بھئی یہ لے کر آئی ہوں آپ کے لیے۔</w:t>
      </w:r>
    </w:p>
    <w:p>
      <w:r>
        <w:rPr>
          <w:b/>
        </w:rPr>
        <w:t xml:space="preserve">[56:52] </w:t>
      </w:r>
      <w:r>
        <w:t>to woh khud hi mutawajjah ho gaye. aur phir direct un se mulaqaat ho gayi, un ke haath par de diya unhon ne. to dua se fatah baab hua, dua se darwaza khula.</w:t>
      </w:r>
    </w:p>
    <w:p>
      <w:pPr>
        <w:jc w:val="right"/>
      </w:pPr>
      <w:r>
        <w:t>تو وہ خود ہی متوجہ ہو گئے۔ اور پھر ڈائریکٹ ان سے ملاقات ہو گئی، ان کے ہاتھ پر دے دیا انہوں نے۔ تو دعا سے فتح باب ہوا، دعا سے دروازہ کھلا۔</w:t>
      </w:r>
    </w:p>
    <w:p>
      <w:r>
        <w:rPr>
          <w:b/>
        </w:rPr>
        <w:t xml:space="preserve">[57:04] </w:t>
      </w:r>
      <w:r>
        <w:t>ke jahan Security walon ne rok diya tha, wahan Allah Allah Ta'ala ne Intervene kar ke unhein pouncha diya. to yeh hai tareeqa dawat work ka ke apne ko Involve kijiye, apne ko Dedicate kijiye.</w:t>
      </w:r>
    </w:p>
    <w:p>
      <w:pPr>
        <w:jc w:val="right"/>
      </w:pPr>
      <w:r>
        <w:t>کہ جہاں Security والوں نے روک دیا تھا، وہاں اللہ اللہ تعالیٰ نے Intervene کر کے انہیں پہنچا دیا۔ تو یہ ہے طریقہ دعوت ورک کا کہ اپنے کو Involve کیجیے، اپنے کو Dedicate کیجیے۔</w:t>
      </w:r>
    </w:p>
    <w:p>
      <w:r>
        <w:rPr>
          <w:b/>
        </w:rPr>
        <w:t xml:space="preserve">[57:20] </w:t>
      </w:r>
      <w:r>
        <w:t>ek yeh ek Side Work hi hai nahi, yeh yeh ek ek hamah waqti kaam hai.</w:t>
      </w:r>
    </w:p>
    <w:p>
      <w:pPr>
        <w:jc w:val="right"/>
      </w:pPr>
      <w:r>
        <w:t>ایک یہ ایک Side Work ہی ہے نہیں، یہ یہ ایک ایک ہمہ وقتی کام ہے۔</w:t>
      </w:r>
    </w:p>
    <w:p>
      <w:r>
        <w:rPr>
          <w:b/>
        </w:rPr>
        <w:t xml:space="preserve">[57:30] </w:t>
      </w:r>
      <w:r>
        <w:t>poore time mein aap ko farz kijiye ke aap kuch aur kar rahe hain, job mein hain, business mein, tab bhi aap ko dimagh jo hai active rehna chahiye, tab bhi.</w:t>
      </w:r>
    </w:p>
    <w:p>
      <w:pPr>
        <w:jc w:val="right"/>
      </w:pPr>
      <w:r>
        <w:t>پورے ٹائم میں آپ کو فرض کیجئے کہ آپ کچھ اور کر رہے ہیں، جاب میں ہیں، Business میں، تب بھی آپ کو دماغ جو ہے Active رہنا چاہیے، تب بھی۔</w:t>
      </w:r>
    </w:p>
    <w:p>
      <w:r>
        <w:rPr>
          <w:b/>
        </w:rPr>
        <w:t xml:space="preserve">[57:41] </w:t>
      </w:r>
      <w:r>
        <w:t>dimagh dimagh ki satah par aap ko phir bhi sochna chahiye.</w:t>
      </w:r>
    </w:p>
    <w:p>
      <w:pPr>
        <w:jc w:val="right"/>
      </w:pPr>
      <w:r>
        <w:t>دماغ دماغ کی سطح پر آپ کو پھر بھی سوچنا چاہیے۔</w:t>
      </w:r>
    </w:p>
    <w:p>
      <w:r>
        <w:rPr>
          <w:b/>
        </w:rPr>
        <w:t xml:space="preserve">[57:48] </w:t>
      </w:r>
      <w:r>
        <w:t>jaise abhi aaj subah meri mulaqat hui hamare jo parosi hain, misster prot kumar mitra, to un se maine kaha ke bhai aap ne hum ko bohat super formula diya hai.</w:t>
      </w:r>
    </w:p>
    <w:p>
      <w:pPr>
        <w:jc w:val="right"/>
      </w:pPr>
      <w:r>
        <w:t>جیسے ابھی آج صبح میری ملاقات ہوئی ہمارے جو پڑوسی ہیں، مسٹر پروت کمار مترا، تو ان سے میں نے کہا کہ بھئی آپ نے ہم کو بہت Super فارمولا دیا ہے۔</w:t>
      </w:r>
    </w:p>
    <w:p>
      <w:r>
        <w:rPr>
          <w:b/>
        </w:rPr>
        <w:t xml:space="preserve">[58:01] </w:t>
      </w:r>
      <w:r>
        <w:t>yeh inhi ka formula hai: "think, think, think; there must be a better way۔" to yeh sirf business ka formula nahi hai, yeh daai ka formula bhi hai.</w:t>
      </w:r>
    </w:p>
    <w:p>
      <w:pPr>
        <w:jc w:val="right"/>
      </w:pPr>
      <w:r>
        <w:t>یہ انہی کا فارمولا ہے: "Think, think, think; there must be a better way۔" تو یہ صرف Business کا فارمولا نہیں ہے، یہ داعی کا فارمولا بھی ہے۔</w:t>
      </w:r>
    </w:p>
    <w:p>
      <w:r>
        <w:rPr>
          <w:b/>
        </w:rPr>
        <w:t xml:space="preserve">[58:18] </w:t>
      </w:r>
      <w:r>
        <w:t>yeh daai ka formula bhi hai. jaise jin ko maine bataya ke woh security walon ne rok diya to socha, socha, socha, masjid mein chale gaye, wahan dua kiya, phir aaye to phir un ka kaam ho gaya.</w:t>
      </w:r>
    </w:p>
    <w:p>
      <w:pPr>
        <w:jc w:val="right"/>
      </w:pPr>
      <w:r>
        <w:t>یہ داعی کا فارمولا بھی ہے۔ جیسے جن کو میں نے بتایا کہ وہ Security والوں نے روک دیا تو سوچا، سوچا، سوچا، مسجد میں چلے گئے، وہاں دعا کیا، پھر آئے تو پھر ان کا کام ہو گیا۔</w:t>
      </w:r>
    </w:p>
    <w:p>
      <w:r>
        <w:rPr>
          <w:b/>
        </w:rPr>
        <w:t xml:space="preserve">[58:31] </w:t>
      </w:r>
      <w:r>
        <w:t>to "think, think, think; there must be a better way" ka taluq sirf business se nahi hai, dawat se bhi hai woh.</w:t>
      </w:r>
    </w:p>
    <w:p>
      <w:pPr>
        <w:jc w:val="right"/>
      </w:pPr>
      <w:r>
        <w:t>تو "Think, think, think; there must be a better way" کا تعلق صرف Business سے نہیں ہے، دعوت سے بھی ہے وہ۔</w:t>
      </w:r>
    </w:p>
    <w:p>
      <w:r>
        <w:rPr>
          <w:b/>
        </w:rPr>
        <w:t xml:space="preserve">[58:41] </w:t>
      </w:r>
      <w:r>
        <w:t>to sochte rahiye, sochte rahiye, sochte rahiye, phir raste khulenge.</w:t>
      </w:r>
    </w:p>
    <w:p>
      <w:pPr>
        <w:jc w:val="right"/>
      </w:pPr>
      <w:r>
        <w:t>تو سوچتے رہیے، سوچتے رہیے، سوچتے رہیے، پھر راستے کھلیں گے۔</w:t>
      </w:r>
    </w:p>
    <w:p>
      <w:r>
        <w:rPr>
          <w:b/>
        </w:rPr>
        <w:t xml:space="preserve">[58:47] </w:t>
      </w:r>
      <w:r>
        <w:t>jahan band rasta ho to wahan bhi aap mayous na ho jaiye, wahan par dua kijiye, sochiye, aur phir rasta khulega.</w:t>
      </w:r>
    </w:p>
    <w:p>
      <w:pPr>
        <w:jc w:val="right"/>
      </w:pPr>
      <w:r>
        <w:t>جہاں بند راستہ ہو تو وہاں بھی آپ مایوس نہ ہو جائیے، وہاں پر دعا کیجیے، سوچیے، اور پھر راستہ کھلے گا۔</w:t>
      </w:r>
    </w:p>
    <w:p>
      <w:r>
        <w:rPr>
          <w:b/>
        </w:rPr>
        <w:t xml:space="preserve">[59:00] </w:t>
      </w:r>
      <w:r>
        <w:t>to dawat ko ek mission ke taur par lena hai, mission ke taur par, side work ke taur par nahi.</w:t>
      </w:r>
    </w:p>
    <w:p>
      <w:pPr>
        <w:jc w:val="right"/>
      </w:pPr>
      <w:r>
        <w:t>تو دعوت کو ایک Mission کے طور پر لینا ہے، Mission کے طور پر، Side Work کے طور پر نہیں۔</w:t>
      </w:r>
    </w:p>
    <w:p>
      <w:r>
        <w:rPr>
          <w:b/>
        </w:rPr>
        <w:t xml:space="preserve">[59:08] </w:t>
      </w:r>
      <w:r>
        <w:t>yeh life long mission hai hum mein se har ek ke liye.</w:t>
      </w:r>
    </w:p>
    <w:p>
      <w:pPr>
        <w:jc w:val="right"/>
      </w:pPr>
      <w:r>
        <w:t>یہ Life Long Mission ہے ہم میں سے ہر ایک کے لیے۔</w:t>
      </w:r>
    </w:p>
    <w:p>
      <w:r>
        <w:rPr>
          <w:b/>
        </w:rPr>
        <w:t xml:space="preserve">[59:15] </w:t>
      </w:r>
      <w:r>
        <w:t>aur hum, yaani har hum mein se har ek par aakhri waqt aana hai to farishte aayen jab hamari rooh qabz karne ke liye to woh yeh report karen ke yeh banda aakhri waqt tak Khuda ke daoti mission mein laga hua tha,</w:t>
      </w:r>
    </w:p>
    <w:p>
      <w:pPr>
        <w:jc w:val="right"/>
      </w:pPr>
      <w:r>
        <w:t>اور ہم، یعنی ہر ہم میں سے ہر ایک پر آخری وقت آنا ہے تو فرشتے آئیں جب ہماری روح قبض کرنے کے لیے تو وہ یہ Report کریں کہ یہ بندہ آخری وقت تک خدا کے دعوتی Mission میں لگا ہوا تھا،</w:t>
      </w:r>
    </w:p>
    <w:p>
      <w:r>
        <w:rPr>
          <w:b/>
        </w:rPr>
        <w:t xml:space="preserve">[59:30] </w:t>
      </w:r>
      <w:r>
        <w:t>Rasool Allah ke mission ko zinda karne mein laga hua tha.</w:t>
      </w:r>
    </w:p>
    <w:p>
      <w:pPr>
        <w:jc w:val="right"/>
      </w:pPr>
      <w:r>
        <w:t>رسول اللہ کے Mission کو زندہ کرنے میں لگا ہوا تھا۔</w:t>
      </w:r>
    </w:p>
    <w:p>
      <w:r>
        <w:rPr>
          <w:b/>
        </w:rPr>
        <w:t xml:space="preserve">[59:36] </w:t>
      </w:r>
      <w:r>
        <w:t>to main dua karta hoon ke Allah taala mujh ko aur aap ko isi ki tofeeq ata farmaye. aqool qooli haza wastaghfirullah li walakum ajmaeen.</w:t>
      </w:r>
    </w:p>
    <w:p>
      <w:pPr>
        <w:jc w:val="right"/>
      </w:pPr>
      <w:r>
        <w:t>تو میں دعا کرتا ہوں کہ اللہ تعالیٰ مجھ کو اور آپ کو اسی کی توفیق عطا فرمائے۔ أقول قولي هذا واستغفراللہ لي ولكم اجمعين.</w:t>
      </w:r>
    </w:p>
    <w:p>
      <w:r>
        <w:rPr>
          <w:b/>
        </w:rPr>
        <w:t xml:space="preserve">[1:00:03] </w:t>
      </w:r>
      <w:r>
        <w:t>maulana misster abdulrehman ne dilli se sawal kiya hai: "please tell us about sadqa jariya and what is its domain?"</w:t>
      </w:r>
    </w:p>
    <w:p>
      <w:pPr>
        <w:jc w:val="right"/>
      </w:pPr>
      <w:r>
        <w:t>مولانا مسٹر عبدالرحمن نے دلی سے سوال کیا ہے: "Please tell us about صدقہ جاریہ and what is its domain?"</w:t>
      </w:r>
    </w:p>
    <w:p>
      <w:r>
        <w:rPr>
          <w:b/>
        </w:rPr>
        <w:t xml:space="preserve">[1:00:17] </w:t>
      </w:r>
      <w:r>
        <w:t>dekhiye, sadqa jariya ka matlab hai woh kharch jo jari rahe aap ke baad bhi.</w:t>
      </w:r>
    </w:p>
    <w:p>
      <w:pPr>
        <w:jc w:val="right"/>
      </w:pPr>
      <w:r>
        <w:t>دیکھیے، صدقہ جاریہ کا مطلب ہے وہ خرچ جو جاری رہے آپ کے بعد بھی۔</w:t>
      </w:r>
    </w:p>
    <w:p>
      <w:r>
        <w:rPr>
          <w:b/>
        </w:rPr>
        <w:t xml:space="preserve">[1:00:27] </w:t>
      </w:r>
      <w:r>
        <w:t>to kuch aisi hats hote hain, maden ke is mein aap kharch karen to aap ke baad bhi woh chalta rahe.</w:t>
      </w:r>
    </w:p>
    <w:p>
      <w:pPr>
        <w:jc w:val="right"/>
      </w:pPr>
      <w:r>
        <w:t>تو کچھ ایسی ہیٹس ہوتے ہیں، مدیں کہ اس میں آپ خرچ کریں تو آپ کے بعد بھی وہ چلتا رہے۔</w:t>
      </w:r>
    </w:p>
    <w:p>
      <w:r>
        <w:rPr>
          <w:b/>
        </w:rPr>
        <w:t xml:space="preserve">[1:00:36] </w:t>
      </w:r>
      <w:r>
        <w:t>jaise mashhoor shair hai badshah zafar ka: "khair gar chahta hai khair ke asbab bana pul bana, chaab bana, masjid o talab bana." to pehle zamaney mein sadqa jariya ke yahi hats hua karte the ke pul bana diye, kuan bana dijiye</w:t>
      </w:r>
    </w:p>
    <w:p>
      <w:pPr>
        <w:jc w:val="right"/>
      </w:pPr>
      <w:r>
        <w:t>جیسے مشہور شعر ہے بادشاہ ظفر کا: "خیر گر چاہتا ہے خیر کے اسباب بنا پل بنا، چاب بنا، مسجد و تالاب بنا۔" تو پہلے زمانے میں صدقہ جاریہ کے یہی ہیٹس ہوا کرتے تھے کہ پل بنا دیے، کنواں بنا دیجیے</w:t>
      </w:r>
    </w:p>
    <w:p>
      <w:r>
        <w:rPr>
          <w:b/>
        </w:rPr>
        <w:t xml:space="preserve">[1:00:55] </w:t>
      </w:r>
      <w:r>
        <w:t>, aap ke baad bhi log is se faida uthayen ge. ab yeh sab kaam government karti hai. bas ab jo hai sadqa jariya mein dekh kiya hai ke dawat ka kaam, dawat ke kaam mein koi aisi cheez kar den aap, jaise farz karen aap library qaim kardi aap ne, daoti library,</w:t>
      </w:r>
    </w:p>
    <w:p>
      <w:pPr>
        <w:jc w:val="right"/>
      </w:pPr>
      <w:r>
        <w:t>، آپ کے بعد بھی لوگ اس سے فائدہ اٹھائیں گے۔ اب یہ سب کام گورنمنٹ کرتی ہے۔ بس اب جو ہے صدقہ جاریہ میں دیکھ کیا ہے کہ دعوت کا کام، دعوت کے کام میں کوئی ایسی چیز کر دیں آپ، جیسے فرض کریں آپ لائبریری قائم کر دی آپ نے، دعوتی لائبریری،</w:t>
      </w:r>
    </w:p>
    <w:p>
      <w:r>
        <w:rPr>
          <w:b/>
        </w:rPr>
        <w:t xml:space="preserve">[1:01:13] </w:t>
      </w:r>
      <w:r>
        <w:t>aap ke baad bhi log parhte rahenge wahan aa kar ke daoti cheezen.</w:t>
      </w:r>
    </w:p>
    <w:p>
      <w:pPr>
        <w:jc w:val="right"/>
      </w:pPr>
      <w:r>
        <w:t>آپ کے بعد بھی لوگ پڑھتے رہیں گے وہاں آ کر کے دعوتی چیزیں۔</w:t>
      </w:r>
    </w:p>
    <w:p>
      <w:r>
        <w:rPr>
          <w:b/>
        </w:rPr>
        <w:t xml:space="preserve">[1:01:18] </w:t>
      </w:r>
      <w:r>
        <w:t>to sadqa jariya se murad hai woh neki ka kaam jis ka silsila aap ke baad bhi jari rahe.</w:t>
      </w:r>
    </w:p>
    <w:p>
      <w:pPr>
        <w:jc w:val="right"/>
      </w:pPr>
      <w:r>
        <w:t>تو صدقہ جاریہ سے مراد ہے وہ نیکی کا کام جس کا سلسلہ آپ کے بعد بھی جاری رہے۔</w:t>
      </w:r>
    </w:p>
    <w:p>
      <w:r>
        <w:rPr>
          <w:b/>
        </w:rPr>
        <w:t xml:space="preserve">[1:01:30] </w:t>
      </w:r>
      <w:r>
        <w:t>agar koi baap ka yeh irada hai aur khud nahi kar saka, woh apne bete ko is ne naseehat kardi ke bhai dekho, main yeh chahta tha karna, tum kar do is ko</w:t>
      </w:r>
    </w:p>
    <w:p>
      <w:pPr>
        <w:jc w:val="right"/>
      </w:pPr>
      <w:r>
        <w:t>اگر کوئی باپ کا یہ ارادہ ہے اور خود نہیں کر سکا، وہ اپنے بیٹے کو اس نے نصیحت کر دی کہ بھئی دیکھو، میں یہ چاہتا تھا کرنا، تم کر دو اس کو</w:t>
      </w:r>
    </w:p>
    <w:p>
      <w:r>
        <w:rPr>
          <w:b/>
        </w:rPr>
        <w:t xml:space="preserve">[1:01:45] </w:t>
      </w:r>
      <w:r>
        <w:t>, to beta kar de, tab bhi baap ko sawab milta rahe ga. misal ke taur par farz kijiye ke ek ek language, indian language mein Quran ka tarjuma karna hai.</w:t>
      </w:r>
    </w:p>
    <w:p>
      <w:pPr>
        <w:jc w:val="right"/>
      </w:pPr>
      <w:r>
        <w:t>، تو بیٹا کر دے، تب بھی باپ کو ثواب ملتا رہے گا۔ مثال کے طور پر فرض کیجئے کہ ایک ایک لینگویج، انڈین لینگویج میں قرآن کا ترجمہ کرنا ہے۔</w:t>
      </w:r>
    </w:p>
    <w:p>
      <w:r>
        <w:rPr>
          <w:b/>
        </w:rPr>
        <w:t xml:space="preserve">[1:01:57] </w:t>
      </w:r>
      <w:r>
        <w:t>ek aadmi ki bohat khwahish thi aur us ne paisa jama kiya is ke liye ke jo us ko kare to translator ko uska paisa de kar ke karwaye.</w:t>
      </w:r>
    </w:p>
    <w:p>
      <w:pPr>
        <w:jc w:val="right"/>
      </w:pPr>
      <w:r>
        <w:t>ایک آدمی کی بہت خواہش تھی اور اس نے پیسہ جمع کیا اس کے لیے کہ جو اس کو کرے تو ٹرانسلیٹر کو اس کا پیسہ دے کر کے کروائے۔</w:t>
      </w:r>
    </w:p>
    <w:p>
      <w:r>
        <w:rPr>
          <w:b/>
        </w:rPr>
        <w:t xml:space="preserve">[1:02:08] </w:t>
      </w:r>
      <w:r>
        <w:t>farz kijiye ke woh nahi kar saka,</w:t>
      </w:r>
    </w:p>
    <w:p>
      <w:pPr>
        <w:jc w:val="right"/>
      </w:pPr>
      <w:r>
        <w:t>فرض کیجئے کہ وہ نہیں کر سکا،</w:t>
      </w:r>
    </w:p>
    <w:p>
      <w:r>
        <w:rPr>
          <w:b/>
        </w:rPr>
        <w:t xml:space="preserve">[1:02:10] </w:t>
      </w:r>
      <w:r>
        <w:t>bete se kaha ke bhai dekho, yeh paisa hai, tum is ka transfer karwa kar ke bangali zaban mein is ko phailao Quran majeed ko. to us ne kar diya. ab woh jab tak woh tarjuma phailta rahe ga, tab tak us ko sawab milta rahe ga.</w:t>
      </w:r>
    </w:p>
    <w:p>
      <w:pPr>
        <w:jc w:val="right"/>
      </w:pPr>
      <w:r>
        <w:t>بیٹے سے کہا کہ بھئی دیکھو، یہ پیسہ ہے، تم اس کا ٹرانسفر کروا کر کے بنگالی زبان میں اس کو پھیلاؤ قرآن مجید کو۔ تو اس نے کر دیا۔ اب وہ جب تک وہ ترجمہ پھیلتا رہے گا، تب تک اس کو ثواب ملتا رہے گا۔</w:t>
      </w:r>
    </w:p>
    <w:p>
      <w:r>
        <w:rPr>
          <w:b/>
        </w:rPr>
        <w:t xml:space="preserve">[1:02:22] </w:t>
      </w:r>
      <w:r>
        <w:t>is ko to traditionally jo hai sadqa e jariya samajhte the, kunwan bana diya, pul bana diya, is tarah ki cheezon ko.</w:t>
      </w:r>
    </w:p>
    <w:p>
      <w:pPr>
        <w:jc w:val="right"/>
      </w:pPr>
      <w:r>
        <w:t>اس کو تو ٹریڈیشنلی جو ہے صدقہ جاریہ سمجھتے تھے، کنواں بنا دیا، پل بنا دیا، اس طرح کی چیزوں کو۔</w:t>
      </w:r>
    </w:p>
    <w:p>
      <w:r>
        <w:rPr>
          <w:b/>
        </w:rPr>
        <w:t xml:space="preserve">[1:02:31] </w:t>
      </w:r>
      <w:r>
        <w:t>ab is ko aik extended sense mein mein kahunga ke dawah work ke woh kaam jo aap ke paas jari rahe hain, woh bhi sadqa e jariya mein shamil honge.</w:t>
      </w:r>
    </w:p>
    <w:p>
      <w:pPr>
        <w:jc w:val="right"/>
      </w:pPr>
      <w:r>
        <w:t>اب اس کو ایک ایکسٹینڈڈ سینس میں میں کہوں گا کہ دعویٰ ورک کے وہ کام جو آپ کے پاس جاری رہے ہیں، وہ بھی صدقہ جاریہ میں شامل ہوں گے۔</w:t>
      </w:r>
    </w:p>
    <w:p>
      <w:r>
        <w:rPr>
          <w:b/>
        </w:rPr>
        <w:t xml:space="preserve">[1:02:45] </w:t>
      </w:r>
      <w:r>
        <w:t>maulana sharq hussain ne dilli se sawal kiya hai:</w:t>
      </w:r>
    </w:p>
    <w:p>
      <w:pPr>
        <w:jc w:val="right"/>
      </w:pPr>
      <w:r>
        <w:t>مولانا شارق حسین نے دلی سے سوال کیا ہے:</w:t>
      </w:r>
    </w:p>
    <w:p>
      <w:r>
        <w:rPr>
          <w:b/>
        </w:rPr>
        <w:t xml:space="preserve">[1:02:49] </w:t>
      </w:r>
      <w:r>
        <w:t>"maulana, kya yeh baat sahi hai ke logon ko logon ke personal belief par punishment dene aur bharkane ki wajah se aam musalmanon ka zehn dawat se hat kar nafrat aur adawat ki taraf mur gaya?" bilkul sahi hai, is mein koi shaq nahi.</w:t>
      </w:r>
    </w:p>
    <w:p>
      <w:pPr>
        <w:jc w:val="right"/>
      </w:pPr>
      <w:r>
        <w:t>"مولانا، کیا یہ بات صحیح ہے کہ لوگوں کو لوگوں کے پرسنل بیلیف پر پنشمنٹ دینے اور بھڑکانے کی وجہ سے عام مسلمانوں کا ذہن دعوت سے ہٹ کر نفرت اور عداوت کی طرف مڑ گیا؟" بالکل صحیح ہے، اس میں کوئی شک نہیں۔</w:t>
      </w:r>
    </w:p>
    <w:p>
      <w:r>
        <w:rPr>
          <w:b/>
        </w:rPr>
        <w:t xml:space="preserve">[1:03:10] </w:t>
      </w:r>
      <w:r>
        <w:t>dekhiye, aik baat samajh lijiye ke social crime par punishment hai aur aqeeday ke bigaad par naseehat aur dawat.</w:t>
      </w:r>
    </w:p>
    <w:p>
      <w:pPr>
        <w:jc w:val="right"/>
      </w:pPr>
      <w:r>
        <w:t>دیکھیے، ایک بات سمجھ لیجئے کہ سوشل کرائم پر پنشمنٹ ہے اور عقیدے کے بگاڑ پر نصیحت اور دعوت۔</w:t>
      </w:r>
    </w:p>
    <w:p>
      <w:r>
        <w:rPr>
          <w:b/>
        </w:rPr>
        <w:t xml:space="preserve">[1:03:21] </w:t>
      </w:r>
      <w:r>
        <w:t>There is a difference between the two. agar koi shakhs kisi ko lot'ta hai, kisi ko haath paon todta hai, kisi ke zyada chheenta hai, qatl karta hai to that is social crime.</w:t>
      </w:r>
    </w:p>
    <w:p>
      <w:pPr>
        <w:jc w:val="right"/>
      </w:pPr>
      <w:r>
        <w:t>There is a difference between the two. اگر کوئی شخص کسی کو لوٹتا ہے، کسی کو ہاتھ پاؤں توڑتا ہے، کسی کے زیادہ چھینتا ہے، قتل کرتا ہے تو that is social crime.</w:t>
      </w:r>
    </w:p>
    <w:p>
      <w:r>
        <w:rPr>
          <w:b/>
        </w:rPr>
        <w:t xml:space="preserve">[1:03:37] </w:t>
      </w:r>
      <w:r>
        <w:t>woh case jayega adalat</w:t>
      </w:r>
    </w:p>
    <w:p>
      <w:pPr>
        <w:jc w:val="right"/>
      </w:pPr>
      <w:r>
        <w:t>وہ کیس جائے گا عدالت</w:t>
      </w:r>
    </w:p>
    <w:p>
      <w:r>
        <w:rPr>
          <w:b/>
        </w:rPr>
        <w:t xml:space="preserve">[1:03:39] </w:t>
      </w:r>
      <w:r>
        <w:t>mein, is par wahan se saza judge dega. lekin jo personal belief hai, aqeedah, woh adalat ka masla nahi hai.</w:t>
      </w:r>
    </w:p>
    <w:p>
      <w:pPr>
        <w:jc w:val="right"/>
      </w:pPr>
      <w:r>
        <w:t>میں، اس پر وہاں سے سزا جج دے گا۔ لیکن جو پرسنل بیلیف ہے، عقیدہ، وہ عدالت کا مسئلہ نہیں ہے۔</w:t>
      </w:r>
    </w:p>
    <w:p>
      <w:r>
        <w:rPr>
          <w:b/>
        </w:rPr>
        <w:t xml:space="preserve">[1:03:49] </w:t>
      </w:r>
      <w:r>
        <w:t>woh woh hai, aap is se milein, is ko samjhayein, is ko dawat dein, discussion karein. to aqeedah jo hai, is ko saza ka masla banane se bohat bara nuqsan hua, bohat bara nuqsan.</w:t>
      </w:r>
    </w:p>
    <w:p>
      <w:pPr>
        <w:jc w:val="right"/>
      </w:pPr>
      <w:r>
        <w:t>وہ وہ ہے، آپ اس سے ملیں، اس کو سمجھائیں، اس کو دعوت دیں، ڈسکشن کریں۔ تو عقیدہ جو ہے، اس کو سزا کا مسئلہ بنانے سے بہت بڑا نقصان ہوا، بہت بڑا نقصان۔</w:t>
      </w:r>
    </w:p>
    <w:p>
      <w:r>
        <w:rPr>
          <w:b/>
        </w:rPr>
        <w:t xml:space="preserve">[1:04:04] </w:t>
      </w:r>
      <w:r>
        <w:t>musalmanon ki zara dawat hat gaya, nafratein karne lage.</w:t>
      </w:r>
    </w:p>
    <w:p>
      <w:pPr>
        <w:jc w:val="right"/>
      </w:pPr>
      <w:r>
        <w:t>مسلمانوں کی ذرا دعوت ہٹ گیا، نفرتیں کرنے لگے۔</w:t>
      </w:r>
    </w:p>
    <w:p>
      <w:r>
        <w:rPr>
          <w:b/>
        </w:rPr>
        <w:t xml:space="preserve">[1:04:07] </w:t>
      </w:r>
      <w:r>
        <w:t>aaj kal saare musalman nafrat mein jeete hain, yahan se le ke america tak. nafrat qatil hai dawat ki. yaad rakhiye, jahan nafrat hai, wahan dawat nahi.</w:t>
      </w:r>
    </w:p>
    <w:p>
      <w:pPr>
        <w:jc w:val="right"/>
      </w:pPr>
      <w:r>
        <w:t>آج کل سارے مسلمان نفرت میں جیتے ہیں، یہاں سے لے کے امریکہ تک۔ نفرت قاتل ہے دعوت کی۔ یاد رکھیے، جہاں نفرت ہے، وہاں دعوت نہیں۔</w:t>
      </w:r>
    </w:p>
    <w:p>
      <w:r>
        <w:rPr>
          <w:b/>
        </w:rPr>
        <w:t xml:space="preserve">[1:04:19] </w:t>
      </w:r>
      <w:r>
        <w:t>dawat sirf woh kaam kar sakti hai, dawat sirf woh dil kar sakta hai jis mein insaan ke liye khair khwahi ho, khair khwahi ho. to aap ke zehn mein agar yeh aa jaye ke is ko maarna hai, is ko maarna hai, to aap nafrat nahi karenge.</w:t>
      </w:r>
    </w:p>
    <w:p>
      <w:pPr>
        <w:jc w:val="right"/>
      </w:pPr>
      <w:r>
        <w:t>دعوت صرف وہ کام کر سکتی ہے، دعوت صرف وہ دل کر سکتا ہے جس میں انسان کے لیے خیر خواہی ہو، خیر خواہی ہو۔ تو آپ کے ذہن میں اگر یہ آ جائے کہ اس کو مارنا ہے، اس کو مارنا ہے، تو آپ نفرت نہیں کریں گے۔</w:t>
      </w:r>
    </w:p>
    <w:p>
      <w:r>
        <w:rPr>
          <w:b/>
        </w:rPr>
        <w:t xml:space="preserve">[1:04:33] </w:t>
      </w:r>
      <w:r>
        <w:t>aur is zamane mein press ka zamana hai, media ka zamana hai.</w:t>
      </w:r>
    </w:p>
    <w:p>
      <w:pPr>
        <w:jc w:val="right"/>
      </w:pPr>
      <w:r>
        <w:t>اور اس زمانے میں پریس کا زمانہ ہے، میڈیا کا زمانہ ہے۔</w:t>
      </w:r>
    </w:p>
    <w:p>
      <w:r>
        <w:rPr>
          <w:b/>
        </w:rPr>
        <w:t xml:space="preserve">[1:04:37] </w:t>
      </w:r>
      <w:r>
        <w:t>aap jo kisi ko maara hai, aap ne to foran press mein chhapega. ab saari duniya ko maloom ho gaya, aur nafratein badhein gi. pehle zamane mein jab ke press nahi tha, media nahi tha, to kisi ne kisi ko maar diya to woh news nahi banta tha.</w:t>
      </w:r>
    </w:p>
    <w:p>
      <w:pPr>
        <w:jc w:val="right"/>
      </w:pPr>
      <w:r>
        <w:t>آپ جو کسی کو مارا ہے، آپ نے تو فوراً پریس میں چھپے گا۔ اب ساری دنیا کو معلوم ہو گیا، اور نفرتیں بڑھیں گی۔ پہلے زمانے میں جب کہ پریس نہیں تھا، میڈیا نہیں تھا، تو کسی نے کسی کو مار دیا تو وہ نیوز نہیں بنتا تھا۔</w:t>
      </w:r>
    </w:p>
    <w:p>
      <w:r>
        <w:rPr>
          <w:b/>
        </w:rPr>
        <w:t xml:space="preserve">[1:04:51] </w:t>
      </w:r>
      <w:r>
        <w:t>ab to news banta hai, saari duniya is ko jaan leti hai. to kya ke yeh nafrat ko internationalize karna hai, nafrat global banana hai, to bohat hi galat kaam hai, bohat hi galat kaam hai, bohat hi</w:t>
      </w:r>
    </w:p>
    <w:p>
      <w:pPr>
        <w:jc w:val="right"/>
      </w:pPr>
      <w:r>
        <w:t>اب تو نیوز بنتا ہے، ساری دنیا اس کو جان لیتی ہے۔ تو کیا کہ یہ نفرت کو انٹرنیشنلائز کرنا ہے، نفرت گلوبل بنانا ہے، تو بہت ہی غلط کام ہے، بہت ہی غلط کام ہے، بہت ہی</w:t>
      </w:r>
    </w:p>
    <w:p>
      <w:r>
        <w:rPr>
          <w:b/>
        </w:rPr>
        <w:t xml:space="preserve">[1:05:06] </w:t>
      </w:r>
      <w:r>
        <w:t>galat kaam hai. bilashubah Allah taala ke haan yeh pakar ho gayi is par. Maulana, un ka aik aur sawal hai, unhone likha hai: "amit ul batila bismati anhu." Hazrat Umar ke is call se shatm e rasool ke masle ke liye kya sabak milta hai, is ke baray mein batayein.</w:t>
      </w:r>
    </w:p>
    <w:p>
      <w:pPr>
        <w:jc w:val="right"/>
      </w:pPr>
      <w:r>
        <w:t>غلط کام ہے۔ بلاشبہ اللہ تعالیٰ کے ہاں یہ پکڑ ہو گئی اس پر۔ مولانا، ان کا ایک اور سوال ہے، انہوں نے لکھا ہے: "अमितुल बातिला बिसमती अनहु।" حضرت عمر کے اس کال سے شتم رسول کے مسئلے کے لیے کیا سبق ملتا ہے، اس کے بارے میں بتائیں۔</w:t>
      </w:r>
    </w:p>
    <w:p>
      <w:r>
        <w:rPr>
          <w:b/>
        </w:rPr>
        <w:t xml:space="preserve">[1:05:27] </w:t>
      </w:r>
      <w:r>
        <w:t>Hazrat Umar ne kaha tha ke "ameet ul batil bisamt anhu."</w:t>
      </w:r>
    </w:p>
    <w:p>
      <w:pPr>
        <w:jc w:val="right"/>
      </w:pPr>
      <w:r>
        <w:t>حضرت عمر نے کہا تھا کہ "أميت الباطل بسمت عنہ۔"</w:t>
      </w:r>
    </w:p>
    <w:p>
      <w:r>
        <w:rPr>
          <w:b/>
        </w:rPr>
        <w:t xml:space="preserve">[1:05:33] </w:t>
      </w:r>
      <w:r>
        <w:t>yani aik batil, galat kaam jo hai, koi koi karta hai, to us ke baray mein tum khamoshi ikhtiyar kar lo, ignore karo, to apne aap hi khatam ho jayega woh.</w:t>
      </w:r>
    </w:p>
    <w:p>
      <w:pPr>
        <w:jc w:val="right"/>
      </w:pPr>
      <w:r>
        <w:t>یعنی ایک باطل، غلط کام جو ہے، کوئی کوئی کرتا ہے، تو اس کے بارے میں تم خاموشی اختیار کر لو، اگنور کرو، تو اپنے آپ ہی ختم ہو جائے گا وہ۔</w:t>
      </w:r>
    </w:p>
    <w:p>
      <w:r>
        <w:rPr>
          <w:b/>
        </w:rPr>
        <w:t xml:space="preserve">[1:05:45] </w:t>
      </w:r>
      <w:r>
        <w:t>to shatm e rasool par aap ke do option sirf hain, teesra option nahi hai. aik yeh hai ke aap chup ho jayein, khamosh ho jayein.</w:t>
      </w:r>
    </w:p>
    <w:p>
      <w:pPr>
        <w:jc w:val="right"/>
      </w:pPr>
      <w:r>
        <w:t>تو شتم رسول پر آپ کے دو آپشن صرف ہیں، تیسرا آپشن نہیں ہے۔ ایک یہ ہے کہ آپ چپ ہو جائیں، خاموش ہو جائیں۔</w:t>
      </w:r>
    </w:p>
    <w:p>
      <w:r>
        <w:rPr>
          <w:b/>
        </w:rPr>
        <w:t xml:space="preserve">[1:05:55] </w:t>
      </w:r>
      <w:r>
        <w:t>jaise Salman Razvi ne kitaab chhapi to aap indifferent ho jayein.</w:t>
      </w:r>
    </w:p>
    <w:p>
      <w:pPr>
        <w:jc w:val="right"/>
      </w:pPr>
      <w:r>
        <w:t>جیسے سلمان رضوی نے کتاب چھاپی تو آپ انڈیفرنٹ ہو جائیں۔</w:t>
      </w:r>
    </w:p>
    <w:p>
      <w:r>
        <w:rPr>
          <w:b/>
        </w:rPr>
        <w:t xml:space="preserve">[1:06:00] </w:t>
      </w:r>
      <w:r>
        <w:t>dusra yeh hai ke aap Salman Razvi se milein, samjhayein, kitaab likhein, us ki jo galat fehmiyan hain, us ko wazeh karein. teesra option ke fatwa dein ke maro is ko.</w:t>
      </w:r>
    </w:p>
    <w:p>
      <w:pPr>
        <w:jc w:val="right"/>
      </w:pPr>
      <w:r>
        <w:t>دوسرا یہ ہے کہ آپ سلمان رضوی سے ملیں، سمجھائیں، کتاب لکھیں، اس کی جو غلط فہمیاں ہیں، اس کو واضح کریں۔ تیسرا آپشن کہ فتویٰ دیں کہ مارو اس کو۔</w:t>
      </w:r>
    </w:p>
    <w:p>
      <w:r>
        <w:rPr>
          <w:b/>
        </w:rPr>
        <w:t xml:space="preserve">[1:06:09] </w:t>
      </w:r>
      <w:r>
        <w:t>yeh bilashubah batil fatwa hai, koi haq nahi ke is tarah se fatwa dein. aik kitaab chhape kisi ne to aap marte kyun hain is ko?</w:t>
      </w:r>
    </w:p>
    <w:p>
      <w:pPr>
        <w:jc w:val="right"/>
      </w:pPr>
      <w:r>
        <w:t>یہ بلاشبہ باطل فتویٰ ہے، کوئی حق نہیں کہ اس طرح سے فتویٰ دیں۔ ایک کتاب چھاپے کسی نے تو آپ مارتے کیوں ہیں اس کو؟</w:t>
      </w:r>
    </w:p>
    <w:p>
      <w:r>
        <w:rPr>
          <w:b/>
        </w:rPr>
        <w:t xml:space="preserve">[1:06:18] </w:t>
      </w:r>
      <w:r>
        <w:t>aap bhi kitaab chhapiye. qalam ka jawab qalam, kitaab se. kitaab ka jawab kitaab se.</w:t>
      </w:r>
    </w:p>
    <w:p>
      <w:pPr>
        <w:jc w:val="right"/>
      </w:pPr>
      <w:r>
        <w:t>آپ بھی کتاب چھاپیے۔ قلب کا جواب قول، قلم سے۔ کتاب کا جواب کتاب سے۔</w:t>
      </w:r>
    </w:p>
    <w:p>
      <w:r>
        <w:rPr>
          <w:b/>
        </w:rPr>
        <w:t xml:space="preserve">[1:06:27] </w:t>
      </w:r>
      <w:r>
        <w:t>to yaad rakhiye, jo log ke shatm e rasool ka fe'l karte hain, agar gehrai mein jaiye to woh kahin na kahin misunderstanding ka shikar hote hain, galat fehmi ka.</w:t>
      </w:r>
    </w:p>
    <w:p>
      <w:pPr>
        <w:jc w:val="right"/>
      </w:pPr>
      <w:r>
        <w:t>تو یاد رکھیے، جو لوگ کہ شتم رسول کا فعل کرتے ہیں، اگر گہرائی میں جائیے تو وہ کہیں نہ کہیں مس انڈرسٹینڈنگ کا شکار ہوتے ہیں، غلط فہمی کا۔</w:t>
      </w:r>
    </w:p>
    <w:p>
      <w:r>
        <w:rPr>
          <w:b/>
        </w:rPr>
        <w:t xml:space="preserve">[1:06:38] </w:t>
      </w:r>
      <w:r>
        <w:t>woh asal mein woh galat fehmi aik case hota hai, woh shatm case nahi hota hai. woh jar jar mein ja kar dekhiye to to aap milein, us ki galat fehmi ko pata kijiye, kahan galat fehmi us ko ho gayi hai, us ko door kijiye.</w:t>
      </w:r>
    </w:p>
    <w:p>
      <w:pPr>
        <w:jc w:val="right"/>
      </w:pPr>
      <w:r>
        <w:t>وہ اصل میں وہ غلط فہمی ایک کیس ہوتا ہے، وہ شتم کیس نہیں ہوتا ہے۔ وہ جڑ جڑ میں جا کر دیکھیے تو تو آپ ملیے، اس کی غلط فہمی کو پتہ کیجئے، کہاں غلط فہمی اس کو ہو گئی ہے، اس کو دور کیجئے۔</w:t>
      </w:r>
    </w:p>
    <w:p>
      <w:r>
        <w:rPr>
          <w:b/>
        </w:rPr>
        <w:t xml:space="preserve">[1:06:55] </w:t>
      </w:r>
      <w:r>
        <w:t>Naseehat se, discussion se, dialogue se is ko door kijiye. Baqi marna yeh to bilkul hi Islam mein nahi hai. Islam koi jangul ka raaj hai, jangul ka qanoon hai Islam ke pakar ke marne lo kisi ko.</w:t>
      </w:r>
    </w:p>
    <w:p>
      <w:pPr>
        <w:jc w:val="right"/>
      </w:pPr>
      <w:r>
        <w:t>نصیحت سے، ڈسکشن سے، ڈائیلاگ سے اس کو دور کیجئے۔ باقی مارنا یہ تو بالکل ہی اسلام میں نہیں ہے۔ اسلام کوئی جنگل کا راج ہے، جنگل کا قانون ہے اسلام کہ پکڑ کے مارنے لو کسی کو۔</w:t>
      </w:r>
    </w:p>
    <w:p>
      <w:r>
        <w:rPr>
          <w:b/>
        </w:rPr>
        <w:t xml:space="preserve">[1:07:11] </w:t>
      </w:r>
      <w:r>
        <w:t>To bilashuba is mein koi shakk nahi ke aqeedah jo hai, woh dawat ka mozu hai, aqeedah qanooni saza ka mozu nahi hai.</w:t>
      </w:r>
    </w:p>
    <w:p>
      <w:pPr>
        <w:jc w:val="right"/>
      </w:pPr>
      <w:r>
        <w:t>تو بلاشبہ اس میں کوئی شک نہیں کہ عقیدہ جو ہے، وہ دعوت کا موضوع ہے، عقیدہ قانونی سزا کا موضوع نہیں ہے۔</w:t>
      </w:r>
    </w:p>
    <w:p>
      <w:r>
        <w:rPr>
          <w:b/>
        </w:rPr>
        <w:t xml:space="preserve">[1:07:24] </w:t>
      </w:r>
      <w:r>
        <w:t>Doctor Abdul Mateen Sheikh ne Pakistan Islamabad se likha hai: "What is the real law of Islam about qanoon namoos risalat</w:t>
      </w:r>
    </w:p>
    <w:p>
      <w:pPr>
        <w:jc w:val="right"/>
      </w:pPr>
      <w:r>
        <w:t>ڈاکٹر عبدالمتین شیخ نے پاکستان اسلام آباد سے لکھا ہے: "What is the real law of Islam about قانون ناموس رسالت</w:t>
      </w:r>
    </w:p>
    <w:p>
      <w:r>
        <w:rPr>
          <w:b/>
        </w:rPr>
        <w:t xml:space="preserve">[1:07:37] </w:t>
      </w:r>
      <w:r>
        <w:t>? Kindly give the answer as you know that in Pakistan Islamabad Governor of Punjab Mr. Salman Taseer was murdered by his own guard and the guard claimed that Mr.</w:t>
      </w:r>
    </w:p>
    <w:p>
      <w:pPr>
        <w:jc w:val="right"/>
      </w:pPr>
      <w:r>
        <w:t>? Kindly give the answer as you know that in Pakistan Islamabad Governor of Punjab Mr. سلمان تاثیر was murdered by his own guard and the guard claimed that Mr.</w:t>
      </w:r>
    </w:p>
    <w:p>
      <w:r>
        <w:rPr>
          <w:b/>
        </w:rPr>
        <w:t xml:space="preserve">[1:07:51] </w:t>
      </w:r>
      <w:r>
        <w:t>Salman was gustakh-e-rasool so he killed him. What does Islam say about this law? What is the teaching of Hazrat Muhammad Mustafa on this?"</w:t>
      </w:r>
    </w:p>
    <w:p>
      <w:pPr>
        <w:jc w:val="right"/>
      </w:pPr>
      <w:r>
        <w:t>سلمان was گستاخ رسول so he killed him. What does Islam say about this law? What is the teaching of Hazrat Muhammad Mustafa on this?"</w:t>
      </w:r>
    </w:p>
    <w:p>
      <w:r>
        <w:rPr>
          <w:b/>
        </w:rPr>
        <w:t xml:space="preserve">[1:08:04] </w:t>
      </w:r>
      <w:r>
        <w:t>Dekhiye, bohat hi serious masla hai, bohat serious. Bilashuba Allah taala ke pakar ho gayi un logon ki jo ghalat baat kehte hain.</w:t>
      </w:r>
    </w:p>
    <w:p>
      <w:pPr>
        <w:jc w:val="right"/>
      </w:pPr>
      <w:r>
        <w:t>دیکھیے، بہت ہی سیریس مسئلہ ہے، بہت سیریس۔ بلاشبہ اللہ تعالیٰ کے پکڑ ہو گئی ان لوگوں کی جو غلط بات کہتے ہیں۔</w:t>
      </w:r>
    </w:p>
    <w:p>
      <w:r>
        <w:rPr>
          <w:b/>
        </w:rPr>
        <w:t xml:space="preserve">[1:08:14] </w:t>
      </w:r>
      <w:r>
        <w:t>Namoos-e-rasool ka lafz jo hai, na Quran mein hai na Hadees mein. Yeh bidat hai, bidat hai, bidat hai. Yeh namoos-e-rasool, gustakhi yeh sab alfaaz bidat hain, yeh yeh jurm nahi hai.</w:t>
      </w:r>
    </w:p>
    <w:p>
      <w:pPr>
        <w:jc w:val="right"/>
      </w:pPr>
      <w:r>
        <w:t>ناموس رسول کا لفظ جو ہے، نہ قرآن میں ہے نہ حدیث میں۔ یہ بدعت ہے، بدعت ہے، بدعت ہے۔ یہ ناموس رسول، گستاخی یہ سب الفاظ بدعت ہیں، یہ یہ جرم نہیں ہے۔</w:t>
      </w:r>
    </w:p>
    <w:p>
      <w:r>
        <w:rPr>
          <w:b/>
        </w:rPr>
        <w:t xml:space="preserve">[1:08:30] </w:t>
      </w:r>
      <w:r>
        <w:t>Yeh logon ne bana rakha hai khud se aur phir phir qanoon bhi bana rakha hai, qanoon. Aur Pakistan ke log ziyada hassas hain, is ki wajah jante hain kiya hai?</w:t>
      </w:r>
    </w:p>
    <w:p>
      <w:pPr>
        <w:jc w:val="right"/>
      </w:pPr>
      <w:r>
        <w:t>یہ لوگوں نے بنا رکھا ہے خود سے اور پھر پھر قانون بھی بنا رکھا ہے، قانون۔ اور پاکستان کے لوگ زیادہ حساس ہیں، اس کی وجہ جانتے ہیں کیا ہے؟</w:t>
      </w:r>
    </w:p>
    <w:p>
      <w:r>
        <w:rPr>
          <w:b/>
        </w:rPr>
        <w:t xml:space="preserve">[1:08:41] </w:t>
      </w:r>
      <w:r>
        <w:t>Pakistan mein naat khwani culture bohat ziyada hai, wahan baqayda school hotay hain naat khwani ke, logon ke inam</w:t>
      </w:r>
    </w:p>
    <w:p>
      <w:pPr>
        <w:jc w:val="right"/>
      </w:pPr>
      <w:r>
        <w:t>پاکستان میں نعت خوانی کلچر بہت زیادہ ہے، وہاں باقاعدہ اسکول ہوتے ہیں نعت خوانی کے، لوگوں کے انع</w:t>
      </w:r>
    </w:p>
    <w:p>
      <w:r>
        <w:rPr>
          <w:b/>
        </w:rPr>
        <w:t xml:space="preserve">[1:08:47] </w:t>
      </w:r>
      <w:r>
        <w:t>aat diye jatay hain, khoob khoob jalsay hotay hain, log naat khwaniyan karte hain aur naat mein kiya hota hai? Bara acha, ajeeb ghareeb tareeqay se batatay hain Rasool Allah ki aik aik aik farzi tasveer, ajeeb karamat aur karishma aur us ke dikhatay hain.</w:t>
      </w:r>
    </w:p>
    <w:p>
      <w:pPr>
        <w:jc w:val="right"/>
      </w:pPr>
      <w:r>
        <w:t>امات دیے جاتے ہیں، خوب خوب جلسے ہوتے ہیں، لوگ نعت خوانیاں کرتے ہیں اور نعت میں کیا ہوتا ہے؟ بڑا اچھا، عجیب غریب طریقے سے بتاتے ہیں رسول اللہ کی ایک ایک ایک فرضی تصویر، عجیب کرامات اور کرشمہ اور اس کے دکھاتے ہیں۔</w:t>
      </w:r>
    </w:p>
    <w:p>
      <w:r>
        <w:rPr>
          <w:b/>
        </w:rPr>
        <w:t xml:space="preserve">[1:09:04] </w:t>
      </w:r>
      <w:r>
        <w:t>Is is naat khwani culture ne logon ko hassas bana diya hai, lekin bilashuba woh batil hai, Islam se is ka koi ta'alluq nahi hai.</w:t>
      </w:r>
    </w:p>
    <w:p>
      <w:pPr>
        <w:jc w:val="right"/>
      </w:pPr>
      <w:r>
        <w:t>اس اس نعت خوانی کلچر نے لوگوں کو حساس بنا دیا ہے، لیکن بلاشبہ وہ باطل ہے، اسلام سے اس کا کوئی تعلق نہیں ہے۔</w:t>
      </w:r>
    </w:p>
    <w:p>
      <w:r>
        <w:rPr>
          <w:b/>
        </w:rPr>
        <w:t xml:space="preserve">[1:09:14] </w:t>
      </w:r>
      <w:r>
        <w:t>Best example Rasool Allah ka mein batata hoon aap ko is tarah ke moamle mein, do misaal mein batata hoon aap ko. Yeh Rasool Allah ke naam par, Rasool Allah ke yani yehi log gustakh hain jo aisay account banatay hain.</w:t>
      </w:r>
    </w:p>
    <w:p>
      <w:pPr>
        <w:jc w:val="right"/>
      </w:pPr>
      <w:r>
        <w:t>بیسٹ ایگزیمپل رسول اللہ کا میں بتاتا ہوں آپ کو اس طرح کے معاملے میں، دو مثال میں بتاتا ہوں آپ کو۔ یہ رسول اللہ کے نام پر، رسول اللہ کے یعنی یہی لوگ گستاخ ہیں جو ایسے اکاؤنٹ بناتے ہیں۔</w:t>
      </w:r>
    </w:p>
    <w:p>
      <w:r>
        <w:rPr>
          <w:b/>
        </w:rPr>
        <w:t xml:space="preserve">[1:09:30] </w:t>
      </w:r>
      <w:r>
        <w:t>Jis ne gustakhi ki, so called gustakh, woh gustakh nahi hai. Us ne to apni rai ka izhaar kiya. Jo account banata hai, us ko koi saza do, us ko woh gustakh hai, Rasool Allah ko badnaam karta hai.</w:t>
      </w:r>
    </w:p>
    <w:p>
      <w:pPr>
        <w:jc w:val="right"/>
      </w:pPr>
      <w:r>
        <w:t>جس نے گستاخی کی، سو کال گستاخ، وہ گستاخ نہیں ہے۔ اس نے تو اپنی رائے کا اظہار کیا۔ جو اکاؤنٹ بناتا ہے، اس کو کوئی سزا دو، اس کو وہ گستاخ ہے، رسول اللہ کو بدنام کرتا ہے۔</w:t>
      </w:r>
    </w:p>
    <w:p>
      <w:r>
        <w:rPr>
          <w:b/>
        </w:rPr>
        <w:t xml:space="preserve">[1:09:40] </w:t>
      </w:r>
      <w:r>
        <w:t>Woh aadmi</w:t>
      </w:r>
    </w:p>
    <w:p>
      <w:pPr>
        <w:jc w:val="right"/>
      </w:pPr>
      <w:r>
        <w:t>وہ آدمی</w:t>
      </w:r>
    </w:p>
    <w:p>
      <w:r>
        <w:rPr>
          <w:b/>
        </w:rPr>
        <w:t xml:space="preserve">[1:09:41] </w:t>
      </w:r>
      <w:r>
        <w:t>Sab se ziyada badnaam karne walay woh log hain jo aisa account banatay hain aur usay sazayein detay hain logon ko. Bilashuba jo qatl hua, us mein qatil ghalati par tha, maqtul ka is mein koi qusoor nahi.</w:t>
      </w:r>
    </w:p>
    <w:p>
      <w:pPr>
        <w:jc w:val="right"/>
      </w:pPr>
      <w:r>
        <w:t>سب سے زیادہ بدنام کرنے والے وہ لوگ ہیں جو ایسا اکاؤنٹ بناتے ہیں اور اسے سزائیں دیتے ہیں لوگوں کو۔ بلاشبہ جو قتل ہوا، اس میں قاتل غلطی پر تھا، مقتول کا اس میں کوئی قصور نہیں۔</w:t>
      </w:r>
    </w:p>
    <w:p>
      <w:r>
        <w:rPr>
          <w:b/>
        </w:rPr>
        <w:t xml:space="preserve">[1:09:57] </w:t>
      </w:r>
      <w:r>
        <w:t>Mein yeh kahoon ga to dekhiye, is masle ko sanjeedgi se samjhiye. Mein aik mukke ki misaal doon ga aap ko, aik Madine ki misaal doon ga.</w:t>
      </w:r>
    </w:p>
    <w:p>
      <w:pPr>
        <w:jc w:val="right"/>
      </w:pPr>
      <w:r>
        <w:t>میں یہ کہوں گا تو دیکھیے، اس مسئلے کو سنجیدگی سے سمجھیے۔ میں ایک مکے کی مثال دوں گا آپ کو، ایک مدینے کی مثال دوں گا۔</w:t>
      </w:r>
    </w:p>
    <w:p>
      <w:r>
        <w:rPr>
          <w:b/>
        </w:rPr>
        <w:t xml:space="preserve">[1:10:09] </w:t>
      </w:r>
      <w:r>
        <w:t>Rasool Allah jab Makah mein thay, yani Makah dor mein to wahan par shair-o-shairi ka bohat dhoom thi. To aik shair ne aap ko shair banaya, us mein likha ke aap Muzammim hain, Muzammim Nabina.</w:t>
      </w:r>
    </w:p>
    <w:p>
      <w:pPr>
        <w:jc w:val="right"/>
      </w:pPr>
      <w:r>
        <w:t>رسول اللہ جب مکہ میں تھے، یعنی مکے دور میں تو وہاں پر شعر و شاعری کا بہت دھوم تھی۔ تو ایک شاعر نے آپ کو شعر بنایا، اس میں لکھا کہ آپ مذمم ہیں، مذمم نبینا۔</w:t>
      </w:r>
    </w:p>
    <w:p>
      <w:r>
        <w:rPr>
          <w:b/>
        </w:rPr>
        <w:t xml:space="preserve">[1:10:26] </w:t>
      </w:r>
      <w:r>
        <w:t>Yeh khoob phaila wahan par ke Muhammad ki bajaye Muzammim kaho un ko. Muzammim kehtay hain, muzammat kiya hua, condemned kiya hua. Yeh matlab hai is ka.</w:t>
      </w:r>
    </w:p>
    <w:p>
      <w:pPr>
        <w:jc w:val="right"/>
      </w:pPr>
      <w:r>
        <w:t>یہ خوب پھیلا وہاں پر کہ محمد کی بجائے مذمم کہو ان کو۔ مذمم کہتے ہیں، مذمت کیا ہوا، کنڈیم کیا ہوا۔ یہ مطلب ہے اس کا۔</w:t>
      </w:r>
    </w:p>
    <w:p>
      <w:r>
        <w:rPr>
          <w:b/>
        </w:rPr>
        <w:t xml:space="preserve">[1:10:35] </w:t>
      </w:r>
      <w:r>
        <w:t>Yeh khula hua gustakhi thi, yeh</w:t>
      </w:r>
    </w:p>
    <w:p>
      <w:pPr>
        <w:jc w:val="right"/>
      </w:pPr>
      <w:r>
        <w:t>یہ کھلا ہوا گستاخی تھی، یہ</w:t>
      </w:r>
    </w:p>
    <w:p>
      <w:r>
        <w:rPr>
          <w:b/>
        </w:rPr>
        <w:t xml:space="preserve">[1:10:39] </w:t>
      </w:r>
      <w:r>
        <w:t>Khuli gustakhi thi. Yeh Rasool Allah ne is ke samnay ja ke parha, us ne Muzammim Nabina tum Muzammim ho, tum Muhammad nahi ho, yani qabil-e-muzammat aadmi ho.</w:t>
      </w:r>
    </w:p>
    <w:p>
      <w:pPr>
        <w:jc w:val="right"/>
      </w:pPr>
      <w:r>
        <w:t>کھلی گستاخی تھی۔ یہ رسول اللہ نے اس کے سامنے جا کے پڑھا، اس نے مذمم نبینا تم مذمم ہو، تم محمد نہیں ہو، یعنی قابل مذمت آدمی ہو۔</w:t>
      </w:r>
    </w:p>
    <w:p>
      <w:r>
        <w:rPr>
          <w:b/>
        </w:rPr>
        <w:t xml:space="preserve">[1:10:50] </w:t>
      </w:r>
      <w:r>
        <w:t>To Rasool Allah ne kiya kiya? He smiled, simply he smiled. To mein sochne laga ke jo aap ne smile kiya, muskurah diye, yeh kiya cheez hai?</w:t>
      </w:r>
    </w:p>
    <w:p>
      <w:pPr>
        <w:jc w:val="right"/>
      </w:pPr>
      <w:r>
        <w:t>تو رسول اللہ نے کیا کیا؟ ہی اسماعیل، سمپلی ہی اسماعیل۔ تو میں سوچنے لگا کہ جو آپ نے اسماعیل کیا، مسکرا دیے، یہ کیا چیز ہے؟</w:t>
      </w:r>
    </w:p>
    <w:p>
      <w:r>
        <w:rPr>
          <w:b/>
        </w:rPr>
        <w:t xml:space="preserve">[1:11:03] </w:t>
      </w:r>
      <w:r>
        <w:t>To mein yahan tak pohancha ke yeh hai smile activism.</w:t>
      </w:r>
    </w:p>
    <w:p>
      <w:pPr>
        <w:jc w:val="right"/>
      </w:pPr>
      <w:r>
        <w:t>تو میں یہاں تک پہنچا کہ یہ ہے اسماعیل ایکٹیوزم۔</w:t>
      </w:r>
    </w:p>
    <w:p>
      <w:r>
        <w:rPr>
          <w:b/>
        </w:rPr>
        <w:t xml:space="preserve">[1:11:09] </w:t>
      </w:r>
      <w:r>
        <w:t>Yeh smile activism hai, yani jab aap kisi ko i'raaz karein to yeh us par bohat asar parta hai.</w:t>
      </w:r>
    </w:p>
    <w:p>
      <w:pPr>
        <w:jc w:val="right"/>
      </w:pPr>
      <w:r>
        <w:t>یہ اسماعیل ایکٹیوزم ہے، یعنی جب آپ کسی کو اعراض کریں تو یہ اس پر بہت اثر پڑتا ہے۔</w:t>
      </w:r>
    </w:p>
    <w:p>
      <w:r>
        <w:rPr>
          <w:b/>
        </w:rPr>
        <w:t xml:space="preserve">[1:11:17] </w:t>
      </w:r>
      <w:r>
        <w:t>Is aadmi ko, us ki us ki us ka consciousness hit ho jata hai. To aap ne smile kar ke aik namoona qaim kiya ke yeh sab waqia jo hai, us par smile hans do.</w:t>
      </w:r>
    </w:p>
    <w:p>
      <w:pPr>
        <w:jc w:val="right"/>
      </w:pPr>
      <w:r>
        <w:t>اس آدمی کو، اس کی اس کی اس کا کانشیس ہٹ ہو جاتا ہے۔ تو آپ نے اسماعیل کر کے ایک نمونہ قائم کیا کہ یہ سب واقعہ جو ہے، اس پر اسماعیل ہنس دو۔</w:t>
      </w:r>
    </w:p>
    <w:p>
      <w:r>
        <w:rPr>
          <w:b/>
        </w:rPr>
        <w:t xml:space="preserve">[1:11:33] </w:t>
      </w:r>
      <w:r>
        <w:t>Us ka zamir jo hai, woh khud hi us ko malamat kare ga.</w:t>
      </w:r>
    </w:p>
    <w:p>
      <w:pPr>
        <w:jc w:val="right"/>
      </w:pPr>
      <w:r>
        <w:t>اس کا ضمیر جو ہے، وہ خود ہی اس کو ملامت کرے گا۔</w:t>
      </w:r>
    </w:p>
    <w:p>
      <w:r>
        <w:rPr>
          <w:b/>
        </w:rPr>
        <w:t xml:space="preserve">[1:11:36] </w:t>
      </w:r>
      <w:r>
        <w:t>jo kaam aap karna chahte hain, qanoon ke zareeye se woh zamir karega. is ka kya? jo aadmi musalman ho gaya, jis aadmi ne ja ke aap ke samne kaha tha muzamm rabana, woh musalman ho gaya, islam qabool kar liya is ne.</w:t>
      </w:r>
    </w:p>
    <w:p>
      <w:pPr>
        <w:jc w:val="right"/>
      </w:pPr>
      <w:r>
        <w:t>جو کام آپ کرنا چاہتے ہیں، قانون کے ذریعے سے وہ ضمیر کرے گا۔ اس کا کیا؟ جو آدمی مسلمان ہو گیا، جس آدمی نے جا کے آپ کے سامنے کہا تھا مذمم ربنا، وہ مسلمان ہو گیا، اسلام قبول کر لیا اس نے۔</w:t>
      </w:r>
    </w:p>
    <w:p>
      <w:r>
        <w:rPr>
          <w:b/>
        </w:rPr>
        <w:t xml:space="preserve">[1:11:50] </w:t>
      </w:r>
      <w:r>
        <w:t>to is ko main kahunga ke moral activism ya ismail activism. to moral activism ne work kiya, woh islam mein dakhil ho gaya.</w:t>
      </w:r>
    </w:p>
    <w:p>
      <w:pPr>
        <w:jc w:val="right"/>
      </w:pPr>
      <w:r>
        <w:t>تو اس کو میں کہوں گا کہ مورل ایکٹیوزم یا اسماعیل ایکٹیوزم۔ تو مورل ایکٹیوزم نے ورک کیا، وہ اسلام میں داخل ہو گیا۔</w:t>
      </w:r>
    </w:p>
    <w:p>
      <w:r>
        <w:rPr>
          <w:b/>
        </w:rPr>
        <w:t xml:space="preserve">[1:11:59] </w:t>
      </w:r>
      <w:r>
        <w:t>baad mein doosri misaal madine ki hai.</w:t>
      </w:r>
    </w:p>
    <w:p>
      <w:pPr>
        <w:jc w:val="right"/>
      </w:pPr>
      <w:r>
        <w:t>بعد میں دوسری مثال مدینے کی ہے۔</w:t>
      </w:r>
    </w:p>
    <w:p>
      <w:r>
        <w:rPr>
          <w:b/>
        </w:rPr>
        <w:t xml:space="preserve">[1:12:04] </w:t>
      </w:r>
      <w:r>
        <w:t>is zamane mein bhi log aap ke khilaf bohat si baatein karte the. to hospital mein sabith ansari ek the, wahan par un se aap ne kaha ke tum un ka jawab do.</w:t>
      </w:r>
    </w:p>
    <w:p>
      <w:pPr>
        <w:jc w:val="right"/>
      </w:pPr>
      <w:r>
        <w:t>اس زمانے میں بھی لوگ آپ کے خلاف بہت سی باتیں کرتے تھے۔ تو ہسپتال میں ثابت انصاری ایک تھے، وہاں پر ان سے آپ نے کہا کہ تم ان کا جواب دو۔</w:t>
      </w:r>
    </w:p>
    <w:p>
      <w:r>
        <w:rPr>
          <w:b/>
        </w:rPr>
        <w:t xml:space="preserve">[1:12:16] </w:t>
      </w:r>
      <w:r>
        <w:t>to baat ka jawab baat se, lafz ka jawab lafz se, statement ka jawab statement se, book ka jawab book se, is ki misaal qaim ki aap ne.</w:t>
      </w:r>
    </w:p>
    <w:p>
      <w:pPr>
        <w:jc w:val="right"/>
      </w:pPr>
      <w:r>
        <w:t>تو بات کا جواب بات سے، لفظ کا جواب لفظ سے، اسٹیٹمنٹ کا جواب اسٹیٹمنٹ سے، بک کا جواب بک سے، اس کی مثال قائم کی آپ نے۔</w:t>
      </w:r>
    </w:p>
    <w:p>
      <w:r>
        <w:rPr>
          <w:b/>
        </w:rPr>
        <w:t xml:space="preserve">[1:12:28] </w:t>
      </w:r>
      <w:r>
        <w:t>to yeh hai quran mein. to khair, is ka kuch bhi isharatan bhi koi hukum aisa nahi hai, balke is ka ulta hai. ulta yeh hai ke musalmanon ko mana kiya gaya ke tum doosron ko shatm na karo.</w:t>
      </w:r>
    </w:p>
    <w:p>
      <w:pPr>
        <w:jc w:val="right"/>
      </w:pPr>
      <w:r>
        <w:t>تو یہ ہے قرآن میں۔ تو خیر، اس کا کچھ بھی اشارتاً بھی کوئی حکم ایسا نہیں ہے، بلکہ اس کا الٹا ہے۔ الٹا یہ ہے کہ مسلمانوں کو منع کیا گیا کہ تم دوسروں کو شتم نہ کرو۔</w:t>
      </w:r>
    </w:p>
    <w:p>
      <w:r>
        <w:rPr>
          <w:b/>
        </w:rPr>
        <w:t xml:space="preserve">[1:12:41] </w:t>
      </w:r>
      <w:r>
        <w:t>la tasubbu alladhina yaduna min dunillahi. musalmanon se kaha gaya ke tum sab o shatm na karo doosron ke upar. yeh kahin nahi kaha gaya ke doosron ko mana karo ke woh sab o shatm na karen.</w:t>
      </w:r>
    </w:p>
    <w:p>
      <w:pPr>
        <w:jc w:val="right"/>
      </w:pPr>
      <w:r>
        <w:t>لا تسب الذینیدون من دون اللہ ۔ مسلمانوں سے کہا گیا کہ تم سب و شتم نہ کرو دوسروں کے اوپر۔ یہ کہیں نہیں کہا گیا کہ دوسروں کو منع کرو کہ وہ سب و شتم نہ کریں۔</w:t>
      </w:r>
    </w:p>
    <w:p>
      <w:r>
        <w:rPr>
          <w:b/>
        </w:rPr>
        <w:t xml:space="preserve">[1:12:51] </w:t>
      </w:r>
      <w:r>
        <w:t>to musalmanon ko khud apne upar ghor karna chahiye ke unhein sab o shatm se bachna hai.</w:t>
      </w:r>
    </w:p>
    <w:p>
      <w:pPr>
        <w:jc w:val="right"/>
      </w:pPr>
      <w:r>
        <w:t>تو مسلمانوں کو خود اپنے اوپر غور کرنا چاہیے کہ انہیں سب و شتم سے بچنا ہے۔</w:t>
      </w:r>
    </w:p>
    <w:p>
      <w:r>
        <w:rPr>
          <w:b/>
        </w:rPr>
        <w:t xml:space="preserve">[1:12:58] </w:t>
      </w:r>
      <w:r>
        <w:t>ab musalman sab o shatm mein is had tak pahunch gaye ke qanoon qanoon bana dala, gun chala di. yeh to super super super shatm hai. musalmanon ko shatm se mana kiya gaya tha, ab unhein gun marne lage to yeh super shatm ho gaya hai.</w:t>
      </w:r>
    </w:p>
    <w:p>
      <w:pPr>
        <w:jc w:val="right"/>
      </w:pPr>
      <w:r>
        <w:t>اب مسلمان سب و شتم میں اس حد تک پہنچ گئے کہ قانون قانون بنا ڈالا، گن چلا دی۔ یہ تو سپر سپر سپر شتم ہے۔ مسلمانوں کو شتم سے منع کیا گیا تھا، اب انہیں گن مارنے لگے تو یہ سپر شتم ہو گیا ہے۔</w:t>
      </w:r>
    </w:p>
    <w:p>
      <w:r>
        <w:rPr>
          <w:b/>
        </w:rPr>
        <w:t xml:space="preserve">[1:13:13] </w:t>
      </w:r>
      <w:r>
        <w:t>to to musalmanon ko mana kiya gaya hai, doosron ko mana nahi kiya gaya.</w:t>
      </w:r>
    </w:p>
    <w:p>
      <w:pPr>
        <w:jc w:val="right"/>
      </w:pPr>
      <w:r>
        <w:t>تو تو مسلمانوں کو منع کیا گیا ہے، دوسروں کو منع نہیں کیا گیا۔</w:t>
      </w:r>
    </w:p>
    <w:p>
      <w:r>
        <w:rPr>
          <w:b/>
        </w:rPr>
        <w:t xml:space="preserve">[1:13:20] </w:t>
      </w:r>
      <w:r>
        <w:t>to bilashubah yeh qanoon baseless hai. jo log is tarah se marte hain, kisi ko saathi bana kar ke, saathi bata kar ke, woh khud khud woh sab se bari gustakhi karte hain.</w:t>
      </w:r>
    </w:p>
    <w:p>
      <w:pPr>
        <w:jc w:val="right"/>
      </w:pPr>
      <w:r>
        <w:t>تو بلاشبہ یہ قانون بیس لیس ہے۔ جو لوگ اس طرح سے مارتے ہیں، کسی کو ساتھی بنا کر کے، ساتھی بتا کر کے، وہ خود خود وہ سب سے بڑی گستاخی کرتے ہیں۔</w:t>
      </w:r>
    </w:p>
    <w:p>
      <w:r>
        <w:rPr>
          <w:b/>
        </w:rPr>
        <w:t xml:space="preserve">[1:13:33] </w:t>
      </w:r>
      <w:r>
        <w:t>woh khud sab se bare islam ke khilaf chalne wale log hain.</w:t>
      </w:r>
    </w:p>
    <w:p>
      <w:pPr>
        <w:jc w:val="right"/>
      </w:pPr>
      <w:r>
        <w:t>وہ خود سب سے بڑے اسلام کے خلاف چلنے والے لوگ ہیں۔</w:t>
      </w:r>
    </w:p>
    <w:p>
      <w:r>
        <w:rPr>
          <w:b/>
        </w:rPr>
        <w:t xml:space="preserve">[1:13:39] </w:t>
      </w:r>
      <w:r>
        <w:t>ji, maulana, doosra sawal aya hai. maulana abdul basit umri ka, doha, qatar se.</w:t>
      </w:r>
    </w:p>
    <w:p>
      <w:pPr>
        <w:jc w:val="right"/>
      </w:pPr>
      <w:r>
        <w:t>جی، مولانا، دوسرا سوال آیا ہے۔ مولانا عبدالباسط عمری کا، دوحہ، قطر سے۔</w:t>
      </w:r>
    </w:p>
    <w:p>
      <w:r>
        <w:rPr>
          <w:b/>
        </w:rPr>
        <w:t xml:space="preserve">[1:13:48] </w:t>
      </w:r>
      <w:r>
        <w:t>unhone likha hai: "maulana, main ne bare bare ulma ki taqreeren suni hain aur aap ki taqreeren bhi sunta raha hoon,</w:t>
      </w:r>
    </w:p>
    <w:p>
      <w:pPr>
        <w:jc w:val="right"/>
      </w:pPr>
      <w:r>
        <w:t>انہوں نے لکھا ہے: "مولانا، میں نے بڑے بڑے علماء کی تقریریں سنی ہیں اور آپ کی تقریریں بھی سنتا رہا ہوں،</w:t>
      </w:r>
    </w:p>
    <w:p>
      <w:r>
        <w:rPr>
          <w:b/>
        </w:rPr>
        <w:t xml:space="preserve">[1:14:00] </w:t>
      </w:r>
      <w:r>
        <w:t>magar ajib baat yeh hai ke maulana, sirf aap ki baatein aur aap ki taqreeren sunne se aankhen thandi hoti hain, jism halka hota hai, dimagh mein kai din tak halchal rehti hai.</w:t>
      </w:r>
    </w:p>
    <w:p>
      <w:pPr>
        <w:jc w:val="right"/>
      </w:pPr>
      <w:r>
        <w:t>مگر عجیب بات یہ ہے کہ مولانا، صرف آپ کی باتیں اور آپ کی تقریریں سننے سے آنکھیں ٹھنڈی ہوتی ہیں، جسم ہلکا ہوتا ہے، دماغ میں کئی دن تک ہلچل رہتی ہے۔</w:t>
      </w:r>
    </w:p>
    <w:p>
      <w:r>
        <w:rPr>
          <w:b/>
        </w:rPr>
        <w:t xml:space="preserve">[1:14:14] </w:t>
      </w:r>
      <w:r>
        <w:t>maulana, mera sawal yeh hai ke sabhi to deen ki baat karte hain, phir aap ke sath hi aisa kyun?" bhai, yeh to aap khud sochiye.</w:t>
      </w:r>
    </w:p>
    <w:p>
      <w:pPr>
        <w:jc w:val="right"/>
      </w:pPr>
      <w:r>
        <w:t>مولانا، میرا سوال یہ ہے کہ سبھی تو دین کی بات کرتے ہیں، پھر آپ کے ساتھ ہی ایسا کیوں؟" بھئی، یہ تو آپ خود سوچیے۔</w:t>
      </w:r>
    </w:p>
    <w:p>
      <w:r>
        <w:rPr>
          <w:b/>
        </w:rPr>
        <w:t xml:space="preserve">[1:14:26] </w:t>
      </w:r>
      <w:r>
        <w:t>is ka jawab to aap khud vote kar janenge.</w:t>
      </w:r>
    </w:p>
    <w:p>
      <w:pPr>
        <w:jc w:val="right"/>
      </w:pPr>
      <w:r>
        <w:t>اس کا جواب تو آپ خود ووٹ کر جانیں گے۔</w:t>
      </w:r>
    </w:p>
    <w:p>
      <w:r>
        <w:rPr>
          <w:b/>
        </w:rPr>
        <w:t xml:space="preserve">[1:14:30] </w:t>
      </w:r>
      <w:r>
        <w:t>ab main kaise kahun?</w:t>
      </w:r>
    </w:p>
    <w:p>
      <w:pPr>
        <w:jc w:val="right"/>
      </w:pPr>
      <w:r>
        <w:t>اب میں کیسے کہوں؟</w:t>
      </w:r>
    </w:p>
    <w:p>
      <w:r>
        <w:rPr>
          <w:b/>
        </w:rPr>
        <w:t xml:space="preserve">[1:14:35] </w:t>
      </w:r>
      <w:r>
        <w:t>baqi ek baat main janta hoon ke main bolta hoon quran o hadith ko le kar ke, doosron ke pas apna qomi mazhab hai, un ka islam nahi hai, woh us qomi mazhab hai.</w:t>
      </w:r>
    </w:p>
    <w:p>
      <w:pPr>
        <w:jc w:val="right"/>
      </w:pPr>
      <w:r>
        <w:t>باقی ایک بات میں جانتا ہوں کہ میں بولتا ہوں قرآن و حدیث کو لے کر کے، دوسروں کے پاس اپنا قومی مذہب ہے، ان کا اسلام نہیں ہے، وہ اس قومی مذہب ہے۔</w:t>
      </w:r>
    </w:p>
    <w:p>
      <w:r>
        <w:rPr>
          <w:b/>
        </w:rPr>
        <w:t xml:space="preserve">[1:14:47] </w:t>
      </w:r>
      <w:r>
        <w:t>sare musalman is zamane mein qomi mazhab par khade hue hain, islam par khade hue nahi hain. woh</w:t>
      </w:r>
    </w:p>
    <w:p>
      <w:pPr>
        <w:jc w:val="right"/>
      </w:pPr>
      <w:r>
        <w:t>سارے مسلمان اس زمانے میں قومی مذہب پر کھڑے ہوئے ہیں، اسلام پر کھڑے ہوئے نہیں ہیں۔ وہ</w:t>
      </w:r>
    </w:p>
    <w:p>
      <w:r>
        <w:rPr>
          <w:b/>
        </w:rPr>
        <w:t xml:space="preserve">[1:14:54] </w:t>
      </w:r>
      <w:r>
        <w:t>main allah ke fazl se islam par khada hua hoon, quran par khada hua hoon, rasool allah ki sunnat par khada hua hoon. to jo asal quran, asal islam hai, us mein jo kashish hai, woh is mein kahan aa jayegi?</w:t>
      </w:r>
    </w:p>
    <w:p>
      <w:pPr>
        <w:jc w:val="right"/>
      </w:pPr>
      <w:r>
        <w:t>میں اللہ کے فضل سے اسلام پر کھڑا ہوا ہوں، قرآن پر کھڑا ہوا ہوں، رسول اللہ کی سنت پر کھڑا ہوا ہوں۔ تو جو اصل قرآن، اصل اسلام ہے، اس میں جو کشش ہے، وہ اس میں کہاں آ جائے گی؟</w:t>
      </w:r>
    </w:p>
    <w:p>
      <w:r>
        <w:rPr>
          <w:b/>
        </w:rPr>
        <w:t xml:space="preserve">[1:15:09] </w:t>
      </w:r>
      <w:r>
        <w:t>jo qomi islam hai, us mein kaise aa jayegi? yeh sare stage pe jo log bolte hain, woh qomi islam ko le kar bolte hain.</w:t>
      </w:r>
    </w:p>
    <w:p>
      <w:pPr>
        <w:jc w:val="right"/>
      </w:pPr>
      <w:r>
        <w:t>جو قومی اسلام ہے، اس میں کیسے آ جائے گی؟ یہ سارے اسٹیج پہ جو لوگ بولتے ہیں، وہ قومی اسلام کو لے کر بولتے ہیں۔</w:t>
      </w:r>
    </w:p>
    <w:p>
      <w:r>
        <w:rPr>
          <w:b/>
        </w:rPr>
        <w:t xml:space="preserve">[1:15:19] </w:t>
      </w:r>
      <w:r>
        <w:t>qomi islam kya hai? dekhiye, qomi islam yeh hai ke doosron ko zimmedar thahra kar un ke khilaf taqreeren karna. isi stage pe jaiye, musalmanon ke kya hoga?</w:t>
      </w:r>
    </w:p>
    <w:p>
      <w:pPr>
        <w:jc w:val="right"/>
      </w:pPr>
      <w:r>
        <w:t>قومی اسلام کیا ہے؟ دیکھیے، قومی اسلام یہ ہے کہ دوسروں کو ذمہ دار ٹھہرا کر ان کے خلاف تقریریں کرنا۔ اسی اسٹیج پہ جائیے، مسلمانوں کے کیا ہوگا؟</w:t>
      </w:r>
    </w:p>
    <w:p>
      <w:r>
        <w:rPr>
          <w:b/>
        </w:rPr>
        <w:t xml:space="preserve">[1:15:32] </w:t>
      </w:r>
      <w:r>
        <w:t>kahin yahudi ke khilaf taqreer ho rahi hai, kahin america ke khilaf taqreer ho rahi hai, kahin hindu ke khilaf taqreer ho rahi hai, kahin yahudi ke khilaf taqreer ho rahi hai.</w:t>
      </w:r>
    </w:p>
    <w:p>
      <w:pPr>
        <w:jc w:val="right"/>
      </w:pPr>
      <w:r>
        <w:t>کہیں یہودی کے خلاف تقریر ہو رہی ہے، کہیں امریکہ کے خلاف تقریر ہو رہی ہے، کہیں ہندو کے خلاف تقریر ہو رہی ہے، کہیں یہودی کے خلاف تقریر ہو رہی ہے۔</w:t>
      </w:r>
    </w:p>
    <w:p>
      <w:r>
        <w:rPr>
          <w:b/>
        </w:rPr>
        <w:t xml:space="preserve">[1:15:42] </w:t>
      </w:r>
      <w:r>
        <w:t>yeh islam nahi hai, yeh yeh to qomi mazhab hai, qomi culture hai.</w:t>
      </w:r>
    </w:p>
    <w:p>
      <w:pPr>
        <w:jc w:val="right"/>
      </w:pPr>
      <w:r>
        <w:t>یہ اسلام نہیں ہے، یہ یہ تو قومی مذہب ہے، قومی کلچر ہے۔</w:t>
      </w:r>
    </w:p>
    <w:p>
      <w:r>
        <w:rPr>
          <w:b/>
        </w:rPr>
        <w:t xml:space="preserve">[1:15:47] </w:t>
      </w:r>
      <w:r>
        <w:t>mein Allah ke fazl se kisi ke khilaf nahi bolta. har insan insan hai, har insan Allah ka paida kiya hua hai.</w:t>
      </w:r>
    </w:p>
    <w:p>
      <w:pPr>
        <w:jc w:val="right"/>
      </w:pPr>
      <w:r>
        <w:t>میں اللہ کے فضل سے کسی کے خلاف نہیں بولتا۔ ہر انسان انسان ہے، ہر انسان اللہ کا پیدا کیا ہوا ہے۔</w:t>
      </w:r>
    </w:p>
    <w:p>
      <w:r>
        <w:rPr>
          <w:b/>
        </w:rPr>
        <w:t xml:space="preserve">[1:15:59] </w:t>
      </w:r>
      <w:r>
        <w:t>insan ko aap is tarah jo baant rakha hai, aap ne ke yeh musalman ka dushman hai, yeh musalman ka dost hai, yeh bilkul galat hai. yeh baant hi galat thi, yeh taqseem galat hai.</w:t>
      </w:r>
    </w:p>
    <w:p>
      <w:pPr>
        <w:jc w:val="right"/>
      </w:pPr>
      <w:r>
        <w:t>انسان کو آپ اس طرح جو بانٹ رکھا ہے، آپ نے کہ یہ مسلمان کا دشمن ہے، یہ مسلمان کا دوست ہے، یہ بالکل غلط ہے۔ یہ بانٹ ہی غلط تھی، یہ تقسیم غلط ہے۔</w:t>
      </w:r>
    </w:p>
    <w:p>
      <w:r>
        <w:rPr>
          <w:b/>
        </w:rPr>
        <w:t xml:space="preserve">[1:16:11] </w:t>
      </w:r>
      <w:r>
        <w:t>to mere ilm ke mutabiq jitne hi bolne wale hain, woh sab bolte hain qaumi Islam ko le kar ke,</w:t>
      </w:r>
    </w:p>
    <w:p>
      <w:pPr>
        <w:jc w:val="right"/>
      </w:pPr>
      <w:r>
        <w:t>تو میرے علم کے مطابق جتنے ہی بولنے والے ہیں، وہ سب بولتے ہیں قومی اسلام کو لے کر کے،</w:t>
      </w:r>
    </w:p>
    <w:p>
      <w:r>
        <w:rPr>
          <w:b/>
        </w:rPr>
        <w:t xml:space="preserve">[1:16:18] </w:t>
      </w:r>
      <w:r>
        <w:t>yani qaumi jazbat ko le kar ke. main Allah ke fazl se bolta hoon Quran ko le kar, hadith ko le kar, seerat ko le kar ke, akhirat ke masle ko le kar ke.</w:t>
      </w:r>
    </w:p>
    <w:p>
      <w:pPr>
        <w:jc w:val="right"/>
      </w:pPr>
      <w:r>
        <w:t>یعنی قومی جذبات کو لے کر کے۔ میں اللہ کے فضل سے بولتا ہوں قرآن کو لے کر، حدیث کو لے کر، سیرت کو لے کر کے، آخرت کے مسئلے کو لے کر کے۔</w:t>
      </w:r>
    </w:p>
    <w:p>
      <w:r>
        <w:rPr>
          <w:b/>
        </w:rPr>
        <w:t xml:space="preserve">[1:16:29] </w:t>
      </w:r>
      <w:r>
        <w:t>to zahir hai ke jo Islam Khuda wala Islam ho, us mein jo kashish hogi, kahan se woh kashish us mein aa jayegi jo qaumi Islam ho?</w:t>
      </w:r>
    </w:p>
    <w:p>
      <w:pPr>
        <w:jc w:val="right"/>
      </w:pPr>
      <w:r>
        <w:t>تو ظاہر ہے کہ جو اسلام خدا والا اسلام ہو، اس میں جو کشش ہوگی، کہاں سے وہ کشش اس میں آ جائے گی جو قومی اسلام ہو؟</w:t>
      </w:r>
    </w:p>
    <w:p>
      <w:r>
        <w:rPr>
          <w:b/>
        </w:rPr>
        <w:t xml:space="preserve">[1:16:38] </w:t>
      </w:r>
      <w:r>
        <w:t>us mein to qaumi Islam se nafratein ayengi. dono dono barabar nahi ho sakte.</w:t>
      </w:r>
    </w:p>
    <w:p>
      <w:pPr>
        <w:jc w:val="right"/>
      </w:pPr>
      <w:r>
        <w:t>اس میں تو قومی اسلام سے نفرتیں آئیں گی۔ دونوں دونوں برابر نہیں ہو سکتے۔</w:t>
      </w:r>
    </w:p>
    <w:p>
      <w:r>
        <w:rPr>
          <w:b/>
        </w:rPr>
        <w:t xml:space="preserve">[1:16:49] </w:t>
      </w:r>
      <w:r>
        <w:t>Mr Mahfooz ne Delhi se likha hai: "Swami Asimanand and accused in various bomb blasts in Muslim-dominated areas is said to have confessed to his crime.</w:t>
      </w:r>
    </w:p>
    <w:p>
      <w:pPr>
        <w:jc w:val="right"/>
      </w:pPr>
      <w:r>
        <w:t>مسٹر محفوظ نے دلی سے لکھا ہے: "Swami Asimanand and accused in various bomb blasts in Muslim-dominated areas is said to have confessed to his crime.</w:t>
      </w:r>
    </w:p>
    <w:p>
      <w:r>
        <w:rPr>
          <w:b/>
        </w:rPr>
        <w:t xml:space="preserve">[1:17:03] </w:t>
      </w:r>
      <w:r>
        <w:t>Swamiji is reported to have changed his opinion about the entire Muslim population due to the good behavior of one Muslim who was imprisoned along with Swamiji.</w:t>
      </w:r>
    </w:p>
    <w:p>
      <w:pPr>
        <w:jc w:val="right"/>
      </w:pPr>
      <w:r>
        <w:t>Swamiji is reported to have changed his opinion about the entire Muslim population due to the good behavior of one Muslim who was imprisoned along with Swamiji.</w:t>
      </w:r>
    </w:p>
    <w:p>
      <w:r>
        <w:rPr>
          <w:b/>
        </w:rPr>
        <w:t xml:space="preserve">[1:17:18] </w:t>
      </w:r>
      <w:r>
        <w:t>" Maulana, do you think there is a lesson for all of us in this story? bhai, mujhe is ki tafseel nahi maloom hai. mujhe is ki koi dilchaspi bhi nahi hai.</w:t>
      </w:r>
    </w:p>
    <w:p>
      <w:pPr>
        <w:jc w:val="right"/>
      </w:pPr>
      <w:r>
        <w:t>" مولانا، do you think there is a lesson for all of us in this story? بھائی، مجھے اس کی تفصیل نہیں معلوم ہے۔ مجھے اس کی کوئی دلچسپی بھی نہیں ہے۔</w:t>
      </w:r>
    </w:p>
    <w:p>
      <w:r>
        <w:rPr>
          <w:b/>
        </w:rPr>
        <w:t xml:space="preserve">[1:17:27] </w:t>
      </w:r>
      <w:r>
        <w:t>inhi sab baaton se inhi logon ki dilchaspi hoti hai jo qaumi Islam par khare hue hain. hum to dua karte hain, hum to har ek se acha sulook ki baat karte hain.</w:t>
      </w:r>
    </w:p>
    <w:p>
      <w:pPr>
        <w:jc w:val="right"/>
      </w:pPr>
      <w:r>
        <w:t>انہی سب باتوں سے انہی لوگوں کی دلچسپی ہوتی ہے جو قومی اسلام پر کھڑے ہوئے ہیں۔ ہم تو دعا کرتے ہیں، ہم تو ہر ایک سے اچھا سلوک کی بات کرتے ہیں۔</w:t>
      </w:r>
    </w:p>
    <w:p>
      <w:r>
        <w:rPr>
          <w:b/>
        </w:rPr>
        <w:t xml:space="preserve">[1:17:39] </w:t>
      </w:r>
      <w:r>
        <w:t>humein kisi se nafrat nahi, hum kisi ko dushman nahi samajhte. is wajah se humein in cheezon ke bare mein na koi tafseel hum janne ki koshish karte hain, na hamari koi rai banti hai is mamle mein.</w:t>
      </w:r>
    </w:p>
    <w:p>
      <w:pPr>
        <w:jc w:val="right"/>
      </w:pPr>
      <w:r>
        <w:t>ہمیں کسی سے نفرت نہیں، ہم کسی کو دشمن نہیں سمجھتے۔ اس وجہ سے ہمیں ان چیزوں کے بارے میں نہ کوئی تفصیل ہم جاننے کی کوشش کرتے ہیں، نہ ہماری کوئی رائے بنتی ہے اس معاملے میں۔</w:t>
      </w:r>
    </w:p>
    <w:p>
      <w:r>
        <w:rPr>
          <w:b/>
        </w:rPr>
        <w:t xml:space="preserve">[1:17:53] </w:t>
      </w:r>
      <w:r>
        <w:t>kyun ke hum sab ko insan samajhte hain, sab ko bhai samajhte hain. yeh jo nazariya hai ke yeh dushman hai Islam musalmanon ka, yeh dost hai musalmanon ka, yeh nazariya hi galat hai hamare nazdeek.</w:t>
      </w:r>
    </w:p>
    <w:p>
      <w:pPr>
        <w:jc w:val="right"/>
      </w:pPr>
      <w:r>
        <w:t>کیونکہ ہم سب کو انسان سمجھتے ہیں، سب کو بھائی سمجھتے ہیں۔ یہ جو نظریہ ہے کہ یہ دشمن ہے اسلام مسلمانوں کا، یہ دوست ہے مسلمانوں کا، یہ نظریہ ہی غلط ہے ہمارے نزدیک۔</w:t>
      </w:r>
    </w:p>
    <w:p>
      <w:r>
        <w:rPr>
          <w:b/>
        </w:rPr>
        <w:t xml:space="preserve">[1:18:07] </w:t>
      </w:r>
      <w:r>
        <w:t>to is mamle mein hamari jo soch hai, woh aap hamari taqreeron se, hamari writing se samajh sakte hain. Mr Arshad Jamal ne New Delhi se likha hai: "What is the Islamic way to treat our subordinates?</w:t>
      </w:r>
    </w:p>
    <w:p>
      <w:pPr>
        <w:jc w:val="right"/>
      </w:pPr>
      <w:r>
        <w:t>تو اس معاملے میں ہماری جو سوچ ہے، وہ آپ ہماری تقریروں سے، ہماری رائٹنگ سے سمجھ سکتے ہیں۔ مسٹر ارشد جمال نے نئی دلی سے لکھا ہے: "What is the Islamic way to treat our subordinates?</w:t>
      </w:r>
    </w:p>
    <w:p>
      <w:r>
        <w:rPr>
          <w:b/>
        </w:rPr>
        <w:t xml:space="preserve">[1:18:24] </w:t>
      </w:r>
      <w:r>
        <w:t>How should we treat them?"</w:t>
      </w:r>
    </w:p>
    <w:p>
      <w:pPr>
        <w:jc w:val="right"/>
      </w:pPr>
      <w:r>
        <w:t>How should we treat them?"</w:t>
      </w:r>
    </w:p>
    <w:p>
      <w:r>
        <w:rPr>
          <w:b/>
        </w:rPr>
        <w:t xml:space="preserve">[1:18:31] </w:t>
      </w:r>
      <w:r>
        <w:t>bhai, insan samjhiye un ko, aur kya?</w:t>
      </w:r>
    </w:p>
    <w:p>
      <w:pPr>
        <w:jc w:val="right"/>
      </w:pPr>
      <w:r>
        <w:t>بھئی، انسان سمجھیے ان کو، اور کیا؟</w:t>
      </w:r>
    </w:p>
    <w:p>
      <w:r>
        <w:rPr>
          <w:b/>
        </w:rPr>
        <w:t xml:space="preserve">[1:18:35] </w:t>
      </w:r>
      <w:r>
        <w:t>un ko insan samjhiye, woh bhi aap ke insan hain. chahe afsar ho ya matahat ho, dono insan hain.</w:t>
      </w:r>
    </w:p>
    <w:p>
      <w:pPr>
        <w:jc w:val="right"/>
      </w:pPr>
      <w:r>
        <w:t>ان کو انسان سمجھیے، وہ بھی آپ کے انسان ہیں۔ چاہے افسر ہو یا ماتحت ہو، دونوں انسان ہیں۔</w:t>
      </w:r>
    </w:p>
    <w:p>
      <w:r>
        <w:rPr>
          <w:b/>
        </w:rPr>
        <w:t xml:space="preserve">[1:18:45] </w:t>
      </w:r>
      <w:r>
        <w:t>main to yahi samajhta hoon.</w:t>
      </w:r>
    </w:p>
    <w:p>
      <w:pPr>
        <w:jc w:val="right"/>
      </w:pPr>
      <w:r>
        <w:t>میں تو یہی سمجھتا ہوں۔</w:t>
      </w:r>
    </w:p>
    <w:p>
      <w:r>
        <w:rPr>
          <w:b/>
        </w:rPr>
        <w:t xml:space="preserve">[1:18:50] </w:t>
      </w:r>
      <w:r>
        <w:t>kisi ko aap ne hire kiya hai, agar paisa de kar ke, to us se jo terms aur condition hain, us ke mutabiq us se aap pooch gach kijiye.</w:t>
      </w:r>
    </w:p>
    <w:p>
      <w:pPr>
        <w:jc w:val="right"/>
      </w:pPr>
      <w:r>
        <w:t>کسی کو آپ نے ہائر کیا ہے، اگر پیسہ دے کر کے، تو اس سے جو ٹرمز اور کنڈیشن ہیں، اس کے مطابق اس سے آپ پوچھ گچھ کیجیے۔</w:t>
      </w:r>
    </w:p>
    <w:p>
      <w:r>
        <w:rPr>
          <w:b/>
        </w:rPr>
        <w:t xml:space="preserve">[1:18:59] </w:t>
      </w:r>
      <w:r>
        <w:t>baqi insan ke aitbar se har insan ko respect dena hai, har insan ko izzat dena hai, har insan ko barabar ka sulook karna hai.</w:t>
      </w:r>
    </w:p>
    <w:p>
      <w:pPr>
        <w:jc w:val="right"/>
      </w:pPr>
      <w:r>
        <w:t>باقی انسان کے اعتبار سے ہر انسان کو ریسپیکٹ دینا ہے، ہر انسان کو عزت دینا ہے، ہر انسان کو برابر کا سلوک کرنا ہے۔</w:t>
      </w:r>
    </w:p>
    <w:p>
      <w:r>
        <w:rPr>
          <w:b/>
        </w:rPr>
        <w:t xml:space="preserve">[1:19:12] </w:t>
      </w:r>
      <w:r>
        <w:t>ek insan doosre insan mein farq karna, is yeh nahi sikhaya gaya hai Islam mein.</w:t>
      </w:r>
    </w:p>
    <w:p>
      <w:pPr>
        <w:jc w:val="right"/>
      </w:pPr>
      <w:r>
        <w:t>ایک انسان دوسرے انسان میں فرق کرنا، اس یہ نہیں سکھایا گیا ہے اسلام میں۔</w:t>
      </w:r>
    </w:p>
    <w:p>
      <w:r>
        <w:rPr>
          <w:b/>
        </w:rPr>
        <w:t xml:space="preserve">[1:19:20] </w:t>
      </w:r>
      <w:r>
        <w:t>Dr Muslima Siddiqui ne New Delhi se likha hai:</w:t>
      </w:r>
    </w:p>
    <w:p>
      <w:pPr>
        <w:jc w:val="right"/>
      </w:pPr>
      <w:r>
        <w:t>ڈاکٹر مسلمہ صدیقی نے نئی دلی سے لکھا ہے:</w:t>
      </w:r>
    </w:p>
    <w:p>
      <w:r>
        <w:rPr>
          <w:b/>
        </w:rPr>
        <w:t xml:space="preserve">[1:19:25] </w:t>
      </w:r>
      <w:r>
        <w:t>"Aisa kyun hai ke jab insan potential seeker hai, to jab bhi us ke paas sachchai batane wala aaya, woh hamesha uska mukhalif ban gaya aur usko mitane ke dar pe ho gaya?" is ke bare mein bataein.</w:t>
      </w:r>
    </w:p>
    <w:p>
      <w:pPr>
        <w:jc w:val="right"/>
      </w:pPr>
      <w:r>
        <w:t>"ऐसा क्यों है कि जब इंसान potential seeker है, तो जब भी उसके पास सच्चाई बताने वाला आया, वह हमेशा उसका मुखालिफ बन गया और उसको मिटाने के दर पे हो गया?" اس کے بارے میں بتائیں۔</w:t>
      </w:r>
    </w:p>
    <w:p>
      <w:r>
        <w:rPr>
          <w:b/>
        </w:rPr>
        <w:t xml:space="preserve">[1:19:43] </w:t>
      </w:r>
      <w:r>
        <w:t>dekhiye, is mein ek aadmi ko anti-self thinker banna padta hai. aaj bhi yahi hai, pehle bhi yahi tha.</w:t>
      </w:r>
    </w:p>
    <w:p>
      <w:pPr>
        <w:jc w:val="right"/>
      </w:pPr>
      <w:r>
        <w:t>देखिए, इसमें एक आदमी को anti-self thinker बनना पड़ता है। आज भी यही है, पहले भी यही था।</w:t>
      </w:r>
    </w:p>
    <w:p>
      <w:r>
        <w:rPr>
          <w:b/>
        </w:rPr>
        <w:t xml:space="preserve">[1:19:51] </w:t>
      </w:r>
      <w:r>
        <w:t>har aadmi kisi aur cheez ko importance de hi hote ho. koi apne family ko, koi apne beta-beti ko, koi apne business ko, koi apne political interest ko. to is ko us se detach kar ke sochna hoga. un sare cheezon ko jis ko hum concern bana rakha hai, us se apne ko alag kar ke sochna. yeh pehle bhi tha, aaj bhi hai. yeh aisa nahi ke pehle log aise the,</w:t>
      </w:r>
    </w:p>
    <w:p>
      <w:pPr>
        <w:jc w:val="right"/>
      </w:pPr>
      <w:r>
        <w:t>हर आदमी किसी और चीज़ को importance दे ही होते हो। कोई अपने family को, कोई अपने बेटा-बेटी को, कोई अपने business को, कोई अपने political interest को। तो इसको उससे detach करके सोचना होगा। उन सारे चीज़ों को जिसको हम concern बना रखा है, उससे अपने को अलग करके सोचना। ये पहले भी था, आज भी है। ये ऐसा नहीं कि पहले लोग ऐसे थे,</w:t>
      </w:r>
    </w:p>
    <w:p>
      <w:r>
        <w:rPr>
          <w:b/>
        </w:rPr>
        <w:t xml:space="preserve">[1:20:18] </w:t>
      </w:r>
      <w:r>
        <w:t>abhi bhi sab logon ka haal yahi hai ke unhon ne other than God ko apna concern bana rakha hai. kisi ka concern jo hai, business hai, kisi ka concern uska job hai, kisi ka concern uski family hai, kisi ka concern uska beta-beti hai,</w:t>
      </w:r>
    </w:p>
    <w:p>
      <w:pPr>
        <w:jc w:val="right"/>
      </w:pPr>
      <w:r>
        <w:t>अभी भी सब लोगों का हाल यही है कि उन्होंने other than God को अपना concern बना रखा है। किसी का concern जो है, business है, किसी का concern उसका job है, किसी का concern उसकी family है, किसी का concern उसका बेटा-बेटी है,</w:t>
      </w:r>
    </w:p>
    <w:p>
      <w:r>
        <w:rPr>
          <w:b/>
        </w:rPr>
        <w:t xml:space="preserve">[1:20:32] </w:t>
      </w:r>
      <w:r>
        <w:t>kisi ka concern uska political glory hai. to us se alag ho kar nahi soch pata. is wajah se wo us ko discover nahi kar pata, us ki ahmiyat ko.</w:t>
      </w:r>
    </w:p>
    <w:p>
      <w:pPr>
        <w:jc w:val="right"/>
      </w:pPr>
      <w:r>
        <w:t>किसी का concern उसका political glory है। तो उससे अलग होकर नहीं सोच पाता। इस वजह से वो उसको discover नहीं कर पाता, उसकी अहमियत को।</w:t>
      </w:r>
    </w:p>
    <w:p>
      <w:r>
        <w:rPr>
          <w:b/>
        </w:rPr>
        <w:t xml:space="preserve">[1:20:46] </w:t>
      </w:r>
      <w:r>
        <w:t>It requires detached thinking. It requires deconditioning. It requires self-hammering. to jo kare ga, wo pa le ga. jo nahi kare ga, wo nahi pae ga.</w:t>
      </w:r>
    </w:p>
    <w:p>
      <w:pPr>
        <w:jc w:val="right"/>
      </w:pPr>
      <w:r>
        <w:t>It requires detached thinking. It requires deconditioning. It requires self-hammering. तो जो करेगा, वो पा लेगा। जो नहीं करेगा, वो नहीं पाएगा।</w:t>
      </w:r>
    </w:p>
    <w:p>
      <w:r>
        <w:rPr>
          <w:b/>
        </w:rPr>
        <w:t xml:space="preserve">[1:21:00] </w:t>
      </w:r>
      <w:r>
        <w:t>Maulana, un ka aik aur sawal hai. unho ne likha hai: "insan hamesha tilasmati baton se itni jaldi kyun mutasir hota raha hai?" is ke bare mein bataein.</w:t>
      </w:r>
    </w:p>
    <w:p>
      <w:pPr>
        <w:jc w:val="right"/>
      </w:pPr>
      <w:r>
        <w:t>مولانا، ان کا ایک اور سوال ہے۔ انہوں نے لکھا ہے: "इंसान हमेशा तिलस्माती बातों से इतनी जल्दी क्यों मुतासिर होता रहा है?" اس کے بارے میں بتائیں۔</w:t>
      </w:r>
    </w:p>
    <w:p>
      <w:r>
        <w:rPr>
          <w:b/>
        </w:rPr>
        <w:t xml:space="preserve">[1:21:13] </w:t>
      </w:r>
      <w:r>
        <w:t>ye to scientific age se pehle sari dunya aisi hi thi. kyun ke cheezon ka hamein ilm nahi tha. maslan suraj gahan kyun hota hai, chand gahan kyun hota hai, pata nahi tha.</w:t>
      </w:r>
    </w:p>
    <w:p>
      <w:pPr>
        <w:jc w:val="right"/>
      </w:pPr>
      <w:r>
        <w:t>ये तो scientific age से पहले सारी दुनिया ऐसी ही थी। क्योंकि चीज़ों का हमें علم नहीं था। مثلاً سورج گرہن کیوں ہوتا ہے، چاند گرہن کیوں ہوتا ہے، پتا نہیں تھا۔</w:t>
      </w:r>
    </w:p>
    <w:p>
      <w:r>
        <w:rPr>
          <w:b/>
        </w:rPr>
        <w:t xml:space="preserve">[1:21:24] </w:t>
      </w:r>
      <w:r>
        <w:t>to ajeeb ajeeb baatein mashhoor thin. ab jab se telescope bana hai to hum ne is ko discover kar lia hai.</w:t>
      </w:r>
    </w:p>
    <w:p>
      <w:pPr>
        <w:jc w:val="right"/>
      </w:pPr>
      <w:r>
        <w:t>तो अजीब अजीब बातें मशहूर थीं। اب جب سے telescope بنا ہے تو ہم نے اس کو discover کر لیا ہے۔</w:t>
      </w:r>
    </w:p>
    <w:p>
      <w:r>
        <w:rPr>
          <w:b/>
        </w:rPr>
        <w:t xml:space="preserve">[1:21:32] </w:t>
      </w:r>
      <w:r>
        <w:t>to ab us ki ab wo us ki wo us ki zameen khatam ho gayi.</w:t>
      </w:r>
    </w:p>
    <w:p>
      <w:pPr>
        <w:jc w:val="right"/>
      </w:pPr>
      <w:r>
        <w:t>तो अब उसकी اب وہ اس کی وہ उसकी ज़मीन खत्म हो गई।</w:t>
      </w:r>
    </w:p>
    <w:p>
      <w:r>
        <w:rPr>
          <w:b/>
        </w:rPr>
        <w:t xml:space="preserve">[1:21:39] </w:t>
      </w:r>
      <w:r>
        <w:t>to chunke cheezon ke bare mein hamein ilm nahi tha, to tarah tarah ki rai qaim kar dete the. jab barish hoti hai to ajeeb ajeeb rai thi ke barish kaise hoti hai. ab discover kar lia ke barish kaise hoti hai.</w:t>
      </w:r>
    </w:p>
    <w:p>
      <w:pPr>
        <w:jc w:val="right"/>
      </w:pPr>
      <w:r>
        <w:t>تو چونکہ چیزوں کے بارے میں ہمیں علم نہیں تھا، تو طرح طرح کی رائے قائم کر دیتے تھے۔ जब बारिश होती है तो अजीब अजीब राय थी कि बारिश कैसे होती है। اب discover کر لیا کہ بارش کیسے ہوتی ہے۔</w:t>
      </w:r>
    </w:p>
    <w:p>
      <w:r>
        <w:rPr>
          <w:b/>
        </w:rPr>
        <w:t xml:space="preserve">[1:21:51] </w:t>
      </w:r>
      <w:r>
        <w:t>to ab wo wo daur hi khatam ho gaya. ab ab bhi agar zehan kahin hai to wahan hai jahan ke jahan scientific knowledge nahi hai, jahan education nahi hai.</w:t>
      </w:r>
    </w:p>
    <w:p>
      <w:pPr>
        <w:jc w:val="right"/>
      </w:pPr>
      <w:r>
        <w:t>तो अब वो وہ دور ہی ختم ہو گیا۔ अब اب بھی اگر ذہن کہیں ہے تو وہاں ہے جہاں کہ جہاں scientific knowledge نہیں ہے، جہاں education نہیں ہے۔</w:t>
      </w:r>
    </w:p>
    <w:p>
      <w:r>
        <w:rPr>
          <w:b/>
        </w:rPr>
        <w:t xml:space="preserve">[1:22:02] </w:t>
      </w:r>
      <w:r>
        <w:t>to lack of education, lack of knowledge se ye sab cheezein paida hoti hain.</w:t>
      </w:r>
    </w:p>
    <w:p>
      <w:pPr>
        <w:jc w:val="right"/>
      </w:pPr>
      <w:r>
        <w:t>तो lack of education, lack of knowledge से ये सब चीज़ें पैदा होती हैं।</w:t>
      </w:r>
    </w:p>
    <w:p>
      <w:r>
        <w:rPr>
          <w:b/>
        </w:rPr>
        <w:t xml:space="preserve">[1:22:07] </w:t>
      </w:r>
      <w:r>
        <w:t>pehley aam tha, ab in logon mein hai jo door hain modern education se.</w:t>
      </w:r>
    </w:p>
    <w:p>
      <w:pPr>
        <w:jc w:val="right"/>
      </w:pPr>
      <w:r>
        <w:t>پہلے عام تھا، اب ان لوگوں میں ہے جو دور ہیں modern education سے۔</w:t>
      </w:r>
    </w:p>
    <w:p>
      <w:r>
        <w:rPr>
          <w:b/>
        </w:rPr>
        <w:t xml:space="preserve">[1:22:17] </w:t>
      </w:r>
      <w:r>
        <w:t>Miss Shabana ne Raipur se likha hai: "Molana, please guide me: what steps should I take to do Dawa work more effectively?" dekhiye, main is tarah ka sawal bohat mujh se poochte hain log.</w:t>
      </w:r>
    </w:p>
    <w:p>
      <w:pPr>
        <w:jc w:val="right"/>
      </w:pPr>
      <w:r>
        <w:t>मिस शबाना ने रायपुर से लिखा है: "Molana, please guide me: what steps should I take to do Dawa work more effectively?" دیکھیے، میں اس طرح کا سوال بہت مجھ سے پوچھتے ہیں لوگ۔</w:t>
      </w:r>
    </w:p>
    <w:p>
      <w:r>
        <w:rPr>
          <w:b/>
        </w:rPr>
        <w:t xml:space="preserve">[1:22:32] </w:t>
      </w:r>
      <w:r>
        <w:t>main kabhi jawab nahi deta. is liye ke main poochta hoon logon se ke tumhare beta beti koi hai?</w:t>
      </w:r>
    </w:p>
    <w:p>
      <w:pPr>
        <w:jc w:val="right"/>
      </w:pPr>
      <w:r>
        <w:t>میں کبھی جواب نہیں دیتا۔ اس لیے کہ میں پوچھتا ہوں لوگوں سے کہ تمہارے بیٹا بیٹی کوئی ہے؟</w:t>
      </w:r>
    </w:p>
    <w:p>
      <w:r>
        <w:rPr>
          <w:b/>
        </w:rPr>
        <w:t xml:space="preserve">[1:22:41] </w:t>
      </w:r>
      <w:r>
        <w:t>to unho ne kaha haan. to main ne kaha jab tumhara beta beti paida hua, muallim poochne gaye ke beta beti ke liye main kya karoon? to yahan kyun poochte ho?</w:t>
      </w:r>
    </w:p>
    <w:p>
      <w:pPr>
        <w:jc w:val="right"/>
      </w:pPr>
      <w:r>
        <w:t>تو انہوں نے کہا ہاں۔ تو میں نے کہا جب تمہارا بیٹا بیٹی پیدا ہوا، معلم پوچھنے گئے کہ بیٹا بیٹی کے لیے میں کیا کروں؟ تو یہاں کیوں پوچھتے ہو؟</w:t>
      </w:r>
    </w:p>
    <w:p>
      <w:r>
        <w:rPr>
          <w:b/>
        </w:rPr>
        <w:t xml:space="preserve">[1:22:52] </w:t>
      </w:r>
      <w:r>
        <w:t>koi maa ya koi baap ye aisa nahi karta ke is ka beta beti paida ho to muallim poochne jaye ke mujhe beta beti ke liye kya karna hai?</w:t>
      </w:r>
    </w:p>
    <w:p>
      <w:pPr>
        <w:jc w:val="right"/>
      </w:pPr>
      <w:r>
        <w:t>کوئی ماں یا کوئی باپ یہ ایسا نہیں کرتا کہ اس کا بیٹا بیٹی پیدا ہو تو معلم پوچھنے جائے کہ مجھے بیٹا بیٹی کے لیے کیا کرنا ہے؟</w:t>
      </w:r>
    </w:p>
    <w:p>
      <w:r>
        <w:rPr>
          <w:b/>
        </w:rPr>
        <w:t xml:space="preserve">[1:23:02] </w:t>
      </w:r>
      <w:r>
        <w:t>herat ki baat hai ke logon ko insan se mohabbat nahi hai. wo aisi hai jaise aik baap beta beti honi chahiye. is liye poochte hain. doosra aadmi kya batae ga?</w:t>
      </w:r>
    </w:p>
    <w:p>
      <w:pPr>
        <w:jc w:val="right"/>
      </w:pPr>
      <w:r>
        <w:t>حیرت کی بات ہے کہ لوگوں کو انسان سے محبت نہیں ہے۔ وہ ایسی ہے جیسے ایک باپ بیٹا بیٹی ہونی چاہیے۔ اس لیے پوچھتے ہیں۔ دوسرا آدمی کیا بتائے گا؟</w:t>
      </w:r>
    </w:p>
    <w:p>
      <w:r>
        <w:rPr>
          <w:b/>
        </w:rPr>
        <w:t xml:space="preserve">[1:23:12] </w:t>
      </w:r>
      <w:r>
        <w:t>ye aap ke dil ka dard batae ga, aap ke dil ki mohabbat batae gi, aap ke dil ka soz batae ga, aap ke dil ki khair khwahi batae gi. insan ki khair khwah ban jaiye, bas sab kuch pata ho jae ga, aap ko khud hi pata ho jae ga.</w:t>
      </w:r>
    </w:p>
    <w:p>
      <w:pPr>
        <w:jc w:val="right"/>
      </w:pPr>
      <w:r>
        <w:t>یہ آپ کے دل کا درد بتائے گا، آپ کے دل کی محبت بتائے گی، آپ کے دل کا سوز بتائے گا، آپ کے دل کی خیر خواہی بتائے گی۔ انسان کی خیر خواہ بن جائیے، بس سب کچھ پتہ ہو جائے گا، آپ کو خود ہی پتہ ہو جائے گا۔</w:t>
      </w:r>
    </w:p>
    <w:p>
      <w:r>
        <w:rPr>
          <w:b/>
        </w:rPr>
        <w:t xml:space="preserve">[1:23:27] </w:t>
      </w:r>
      <w:r>
        <w:t>to log apni mohabbatain to badalte nahi, jeete hain beta beti mein aur poochte hain ke bhai Dawa work kaise karein? ye ye koi sawal nahi hai, ye main is ko sawal nahi samajhta.</w:t>
      </w:r>
    </w:p>
    <w:p>
      <w:pPr>
        <w:jc w:val="right"/>
      </w:pPr>
      <w:r>
        <w:t>تو لوگ اپنی محبتیں تو بدلتے نہیں، جیتے ہیں بیٹا بیٹی میں اور پوچھتے ہیں کہ بھئی دعا ورک کیسے کریں؟ یہ یہ کوئی سوال نہیں ہے، یہ میں اس کو سوال نہیں سمجھتا۔</w:t>
      </w:r>
    </w:p>
    <w:p>
      <w:r>
        <w:rPr>
          <w:b/>
        </w:rPr>
        <w:t xml:space="preserve">[1:23:43] </w:t>
      </w:r>
      <w:r>
        <w:t>main aik bataoon, aik shair ne kaha to aik aik sahib ne kaha ke aap Dawa work to sabhi log karte hain, kaise aap kehte hain Dawa work nahi hai? to main ne kaha ke Dawa work ko aap mazak samajhte hain, announcement samajhte hain sirf.</w:t>
      </w:r>
    </w:p>
    <w:p>
      <w:pPr>
        <w:jc w:val="right"/>
      </w:pPr>
      <w:r>
        <w:t>میں ایک بتاؤں، ایک شاعر نے کہا تو ایک ایک صاحب نے کہا کہ آپ دعا ورک تو سبھی لوگ کرتے ہیں، کیسے آپ کہتے ہیں دعا ورک نہیں ہے؟ تو میں نے کہا کہ دعا ورک کو آپ مذاق سمجھتے ہیں، اناؤنسمنٹ سمجھتے ہیں صرف۔</w:t>
      </w:r>
    </w:p>
    <w:p>
      <w:r>
        <w:rPr>
          <w:b/>
        </w:rPr>
        <w:t xml:space="preserve">[1:23:57] </w:t>
      </w:r>
      <w:r>
        <w:t>to main zuban se nikla tha us waqt ke pehle mozu se mohabbat karna parta hai, us ke baad dawat ka aghaz hota hai.</w:t>
      </w:r>
    </w:p>
    <w:p>
      <w:pPr>
        <w:jc w:val="right"/>
      </w:pPr>
      <w:r>
        <w:t>تو میں زبان سے نکلا تھا اس وقت کہ پہلے موضوع سے محبت کرنا پڑتا ہے، اس کے بعد دعوت کا آغاز ہوتا ہے۔</w:t>
      </w:r>
    </w:p>
    <w:p>
      <w:r>
        <w:rPr>
          <w:b/>
        </w:rPr>
        <w:t xml:space="preserve">[1:24:09] </w:t>
      </w:r>
      <w:r>
        <w:t>pehley mozu se mohabbat karna parta hai, us ke baad dawat ka aghaz hota hai.</w:t>
      </w:r>
    </w:p>
    <w:p>
      <w:pPr>
        <w:jc w:val="right"/>
      </w:pPr>
      <w:r>
        <w:t>پہلے موضوع سے محبت کرنا پڑتا ہے، اس کے بعد دعوت کا آغاز ہوتا ہے۔</w:t>
      </w:r>
    </w:p>
    <w:p>
      <w:r>
        <w:rPr>
          <w:b/>
        </w:rPr>
        <w:t xml:space="preserve">[1:24:17] </w:t>
      </w:r>
      <w:r>
        <w:t>to mohabbat to hai nahi insan se, to dawat kya? aisi kabhi occasionally kuch kar diya to kar diya.</w:t>
      </w:r>
    </w:p>
    <w:p>
      <w:pPr>
        <w:jc w:val="right"/>
      </w:pPr>
      <w:r>
        <w:t>تو محبت تو ہے نہیں انسان سے، تو دعوت کیا؟ ایسی کبھی occasionally کچھ کر دیا تو کر دیا۔</w:t>
      </w:r>
    </w:p>
    <w:p>
      <w:r>
        <w:rPr>
          <w:b/>
        </w:rPr>
        <w:t xml:space="preserve">[1:24:30] </w:t>
      </w:r>
      <w:r>
        <w:t>Maulana Shariq Hussain ne Delhi se likha hai: "shatme rasool ke naam par saza dene wale yeh kehte hain ke hum kisi ko us ke zaati aqeeday par saza nahi dete,</w:t>
      </w:r>
    </w:p>
    <w:p>
      <w:pPr>
        <w:jc w:val="right"/>
      </w:pPr>
      <w:r>
        <w:t>مولانا شارق حسین نے دلی سے لکھا ہے: "शतमे رسول के नाम पर सज़ा देने वाले यह कहते हैं कि हम किसी को उसके ذاتی عقیدے پر سزا नहीं देते,</w:t>
      </w:r>
    </w:p>
    <w:p>
      <w:r>
        <w:rPr>
          <w:b/>
        </w:rPr>
        <w:t xml:space="preserve">[1:24:43] </w:t>
      </w:r>
      <w:r>
        <w:t>lekin jab ye ghair muslim log hamare jazbat bharkate hain, wo hamare mazhab mein dakhal dete hain aur apni azadi ka misuse karte hain, tab hum un ko saza dete hain." is ke bare mein aap kya kahen ge</w:t>
      </w:r>
    </w:p>
    <w:p>
      <w:pPr>
        <w:jc w:val="right"/>
      </w:pPr>
      <w:r>
        <w:t>लेकिन जब ये غیر مسلم لوگ ہمارے جذبات بھڑکاتے ہیں, وہ ہمارے مذہب میں دخل دیتے ہیں اور اپنی آزادی کا misuse کرتے ہیں, तब हम उनको सज़ा देते हैं।" اس کے بارے میں آپ کیا کہیں گے</w:t>
      </w:r>
    </w:p>
    <w:p>
      <w:r>
        <w:rPr>
          <w:b/>
        </w:rPr>
        <w:t xml:space="preserve">[1:25:00] </w:t>
      </w:r>
      <w:r>
        <w:t>? ye jhooti baat hai. aap aap ki tarah bhadakte hain to bhadkein. aap aap ke jazbat bharkein to aap kisi ko manne lagen ge?</w:t>
      </w:r>
    </w:p>
    <w:p>
      <w:pPr>
        <w:jc w:val="right"/>
      </w:pPr>
      <w:r>
        <w:t>؟ ये झूठी बात है। آپ آپ کی طرح بھڑکتے ہیں تو بھڑکیں۔ آپ آپ کے جذبات بھڑکیں تو آپ کسی کو ماننے لگیں گے؟</w:t>
      </w:r>
    </w:p>
    <w:p>
      <w:r>
        <w:rPr>
          <w:b/>
        </w:rPr>
        <w:t xml:space="preserve">[1:25:09] </w:t>
      </w:r>
      <w:r>
        <w:t>aap janein, aap kaam janein. bhai, aap janein, aap kaam janein. apne jazbat control kijiye aap. rasool Allah nahi bhadke, sahaba nahi bhadke to aap bhi mat bhadkiye.</w:t>
      </w:r>
    </w:p>
    <w:p>
      <w:pPr>
        <w:jc w:val="right"/>
      </w:pPr>
      <w:r>
        <w:t>آپ جانیں، آپ کام جانیں۔ بھئی، آپ جانیں، آپ کام جانیں۔ اپنے جذبات کنٹرول کیجیے آپ۔ رسول اللہ نہیں بھڑکے، صحابہ نہیں بھڑکے تو آپ بھی مت بھڑکیے۔</w:t>
      </w:r>
    </w:p>
    <w:p>
      <w:r>
        <w:rPr>
          <w:b/>
        </w:rPr>
        <w:t xml:space="preserve">[1:25:21] </w:t>
      </w:r>
      <w:r>
        <w:t>bhaRakte hain to aap jaanen, aap kaam jaanen. aap ko aap ko saza di jayegi. mujrim aap hain. woh dakhal kahaan dete ho</w:t>
      </w:r>
    </w:p>
    <w:p>
      <w:pPr>
        <w:jc w:val="right"/>
      </w:pPr>
      <w:r>
        <w:t>بھڑکتے ہیں تو آپ جانیں، آپ کام جانیں۔ آپ کو آپ کو سزا دی جائے گی۔ مجرم آپ ہیں۔ وہ دخل کہاں دیتے ہو</w:t>
      </w:r>
    </w:p>
    <w:p>
      <w:r>
        <w:rPr>
          <w:b/>
        </w:rPr>
        <w:t xml:space="preserve">[1:25:29] </w:t>
      </w:r>
      <w:r>
        <w:t>? woh apni aazadi, aazadi khuda ne di hai insaan ki. aazadi ko misuse karega insaan. aap rok nahi sakte is ko.</w:t>
      </w:r>
    </w:p>
    <w:p>
      <w:pPr>
        <w:jc w:val="right"/>
      </w:pPr>
      <w:r>
        <w:t>؟ وہ اپنی آزادی، آزادی خدا نے دی ہے انسان کی۔ آزادی کو misuse کرے گا انسان۔ آپ روک نہیں سکتے اس کو۔</w:t>
      </w:r>
    </w:p>
    <w:p>
      <w:r>
        <w:rPr>
          <w:b/>
        </w:rPr>
        <w:t xml:space="preserve">[1:25:39] </w:t>
      </w:r>
      <w:r>
        <w:t>yeh aazadi jo hai, woh khuda ki di hui cheez hai. aazadi ko misuse karega to khud rasool ke thrioo misuse karta hai.</w:t>
      </w:r>
    </w:p>
    <w:p>
      <w:pPr>
        <w:jc w:val="right"/>
      </w:pPr>
      <w:r>
        <w:t>یہ آزادی جو ہے، وہ خدا کی دی ہوئی چیز ہے۔ آزادی کو misuse کرے گا تو خود رسول کے تھریو misuse کرتا ہے۔</w:t>
      </w:r>
    </w:p>
    <w:p>
      <w:r>
        <w:rPr>
          <w:b/>
        </w:rPr>
        <w:t xml:space="preserve">[1:25:47] </w:t>
      </w:r>
      <w:r>
        <w:t>woh khuda ko nahi maanta. woh woh kitaab chhāpta hai: "God is dead." tab to musalman nahi kuch karte. hazaron hazar kitaaben chhapi hui hain khuda ke khilaaf.</w:t>
      </w:r>
    </w:p>
    <w:p>
      <w:pPr>
        <w:jc w:val="right"/>
      </w:pPr>
      <w:r>
        <w:t>وہ خدا کو نہیں مانتا۔ وہ وہ کتاب چھاپتا ہے: "God is dead." تب تو مسلمان نہیں کچھ کرتے۔ ہزاروں ہزار کتابیں چھپی ہوئی ہیں خدا کے خلاف۔</w:t>
      </w:r>
    </w:p>
    <w:p>
      <w:r>
        <w:rPr>
          <w:b/>
        </w:rPr>
        <w:t xml:space="preserve">[1:25:56] </w:t>
      </w:r>
      <w:r>
        <w:t>to musalman kyu nahi wahan ghussa hote? yeh</w:t>
      </w:r>
    </w:p>
    <w:p>
      <w:pPr>
        <w:jc w:val="right"/>
      </w:pPr>
      <w:r>
        <w:t>تو مسلمان کیوں نہیں وہاں غصہ ہوتے؟ یہ</w:t>
      </w:r>
    </w:p>
    <w:p>
      <w:r>
        <w:rPr>
          <w:b/>
        </w:rPr>
        <w:t xml:space="preserve">[1:26:01] </w:t>
      </w:r>
      <w:r>
        <w:t>jahiliyat hai, jahiliyat ke khuda ke khilaaf kitaaben chhapen to aap ghussa na hon. rasool Allah ke khilaaf koi bol de to aap ghussa ho jayen. yeh Islam to nahi, yeh to jahiliyat hai.</w:t>
      </w:r>
    </w:p>
    <w:p>
      <w:pPr>
        <w:jc w:val="right"/>
      </w:pPr>
      <w:r>
        <w:t>جاہلیت ہے، جاہلیت کہ خدا کے خلاف کتابیں چھپیں تو آپ غصہ نہ ہوں۔ رسول اللہ کے خلاف کوئی بول دے تو آپ غصہ ہو جائیں۔ یہ اسلام تو نہیں، یہ تو جاہلیت ہے۔</w:t>
      </w:r>
    </w:p>
    <w:p>
      <w:r>
        <w:rPr>
          <w:b/>
        </w:rPr>
        <w:t xml:space="preserve">[1:26:13] </w:t>
      </w:r>
      <w:r>
        <w:t>yaani baqayda aisi kitaaben chhapen: "God is dead." to aap wahan ja wahan wahan kyu nahi bhaRakte? wahan kyu nahi bhaRakte aap?</w:t>
      </w:r>
    </w:p>
    <w:p>
      <w:pPr>
        <w:jc w:val="right"/>
      </w:pPr>
      <w:r>
        <w:t>یعنی باقاعدہ ایسی کتابیں چھپیں: "God is dead." تو آپ وہاں جا وہاں وہاں کیوں نہیں بھڑکتے؟ وہاں کیوں نہیں بھڑکتے آپ؟</w:t>
      </w:r>
    </w:p>
    <w:p>
      <w:r>
        <w:rPr>
          <w:b/>
        </w:rPr>
        <w:t xml:space="preserve">[1:26:22] </w:t>
      </w:r>
      <w:r>
        <w:t>yeh jahiliyat ka naam logon ne Islam rakh rakha hai. jazbaat ka bhaRkana Islam mein kuch nahi hai.</w:t>
      </w:r>
    </w:p>
    <w:p>
      <w:pPr>
        <w:jc w:val="right"/>
      </w:pPr>
      <w:r>
        <w:t>یہ جاہلیت کا نام لوگوں نے اسلام رکھ رکھا ہے۔ جذبات کا بھڑکنا اسلام میں کچھ نہیں ہے۔</w:t>
      </w:r>
    </w:p>
    <w:p>
      <w:r>
        <w:rPr>
          <w:b/>
        </w:rPr>
        <w:t xml:space="preserve">[1:26:29] </w:t>
      </w:r>
      <w:r>
        <w:t>ek shakhs aaya rasool Allah ke paas, us ne poocha ke mujhe koi koi master formula bataiye zindagi ka. aap ne farmaya: "laa taghzab." ghussa na karo, matlab mat bhaRko, mushtael mat ho.</w:t>
      </w:r>
    </w:p>
    <w:p>
      <w:pPr>
        <w:jc w:val="right"/>
      </w:pPr>
      <w:r>
        <w:t>ایک شخص آیا رسول اللہ کے پاس، اس نے پوچھا کہ مجھے کوئی کوئی ماسٹر فارمولا بتائیے زندگی کا۔ آپ نے فرمایا: "لا تغضب." غصہ نہ کرو، مطلب مت بھڑکو، مشتعل مت ہو۔</w:t>
      </w:r>
    </w:p>
    <w:p>
      <w:r>
        <w:rPr>
          <w:b/>
        </w:rPr>
        <w:t xml:space="preserve">[1:26:44] </w:t>
      </w:r>
      <w:r>
        <w:t>aur woh keh rahe hain: "tabhi block na ho." yeh to rasool Allah ke hukum hain. to aap ko kahan se yeh deen mil gaya? yeh deen kahan se mil gaya aap ko?</w:t>
      </w:r>
    </w:p>
    <w:p>
      <w:pPr>
        <w:jc w:val="right"/>
      </w:pPr>
      <w:r>
        <w:t>اور وہ کہہ رہے ہیں: "تبھی پروک نہ ہو۔" یہ تو رسول اللہ کے حکم ہیں۔ تو آپ کو کہاں سے یہ دین مل گیا؟ یہ دین کہاں سے مل گیا آپ کو؟</w:t>
      </w:r>
    </w:p>
    <w:p>
      <w:r>
        <w:rPr>
          <w:b/>
        </w:rPr>
        <w:t xml:space="preserve">[1:26:52] </w:t>
      </w:r>
      <w:r>
        <w:t>kaho bhaRko, kahan se mil gaya?</w:t>
      </w:r>
    </w:p>
    <w:p>
      <w:pPr>
        <w:jc w:val="right"/>
      </w:pPr>
      <w:r>
        <w:t>کہو بھڑکو، کہاں سے مل گیا؟</w:t>
      </w:r>
    </w:p>
    <w:p>
      <w:r>
        <w:rPr>
          <w:b/>
        </w:rPr>
        <w:t xml:space="preserve">[1:26:56] </w:t>
      </w:r>
      <w:r>
        <w:t>isi rasool ke naam par jo kehta hai ke bhaRko mat, mushtael na ho, sabr karo. nahi, bilkul yeh jahiliyat hai, yeh sarkashi hai, sarkashi.</w:t>
      </w:r>
    </w:p>
    <w:p>
      <w:pPr>
        <w:jc w:val="right"/>
      </w:pPr>
      <w:r>
        <w:t>اسی رسول کے نام پر جو کہتا ہے کہ بھڑکو مت، مشتعل نہ ہو، صبر کرو۔ نہیں، بالکل یہ جاہلیت ہے، یہ سرکشی ہے، سرکشی۔</w:t>
      </w:r>
    </w:p>
    <w:p>
      <w:r>
        <w:rPr>
          <w:b/>
        </w:rPr>
        <w:t xml:space="preserve">[1:27:06] </w:t>
      </w:r>
      <w:r>
        <w:t>aur bilashuba wohi log mujrim hain jo saza dete hain. wohi log mujrim hain, is mein koi shakk nahi hai. aur maut ke baad un ke samajh mein aayega. maut ke pehle to koi nahi samajh mein aaya kisi ki.</w:t>
      </w:r>
    </w:p>
    <w:p>
      <w:pPr>
        <w:jc w:val="right"/>
      </w:pPr>
      <w:r>
        <w:t>اور بلاشبہ وہی لوگ مجرم ہیں جو سزا دیتے ہیں۔ وہی لوگ مجرم ہیں، اس میں کوئی شک نہیں ہے۔ اور موت کے بعد ان کے سمجھ میں آئے گا۔ موت کے پہلے تو کوئی نہیں سمجھ میں آیا کسی کی۔</w:t>
      </w:r>
    </w:p>
    <w:p>
      <w:r>
        <w:rPr>
          <w:b/>
        </w:rPr>
        <w:t xml:space="preserve">[1:27:16] </w:t>
      </w:r>
      <w:r>
        <w:t>maut ke baad maloom hua ke tum bhi mujrim thay, tumhari flogging hogi. tum ne kyu insaan ki aazadi ko chheRna chaha jo khuda ne de rakha tha? is ko</w:t>
      </w:r>
    </w:p>
    <w:p>
      <w:pPr>
        <w:jc w:val="right"/>
      </w:pPr>
      <w:r>
        <w:t>موت کے بعد معلوم ہوا کہ تم بھی مجرم تھے، تمہاری فلاگنگ ہوگی۔ تم نے کیوں انسان کی آزادی کو چھیڑنا چاہا جو خدا نے دے رکھا تھا؟ اس کو</w:t>
      </w:r>
    </w:p>
    <w:p>
      <w:r>
        <w:rPr>
          <w:b/>
        </w:rPr>
        <w:t xml:space="preserve">[1:27:26] </w:t>
      </w:r>
      <w:r>
        <w:t>khuda ne diya hai aazadi, to is misuse karen, aap proper use karen. is ka is ka kaam hai. aap ko aap ka kaam nahi, hum chho nahi sakte is se aazadi ko.</w:t>
      </w:r>
    </w:p>
    <w:p>
      <w:pPr>
        <w:jc w:val="right"/>
      </w:pPr>
      <w:r>
        <w:t>خدا نے دیا ہے آزادی، تو اس misuse کریں، آپ proper use کریں۔ اس کا اس کا کام ہے۔ آپ کو آپ کا کام نہیں، ہم چھو نہیں سکتے اس سے آزادی کو۔</w:t>
      </w:r>
    </w:p>
    <w:p>
      <w:r>
        <w:rPr>
          <w:b/>
        </w:rPr>
        <w:t xml:space="preserve">[1:27:37] </w:t>
      </w:r>
      <w:r>
        <w:t>aap ko kuch karna hai to do hi option hain: ya to ignore kijiye, ya is ko naseehat kijiye. aur is ko maarne kaatne aap, to yeh bilashuba najayez hai, jis ka Islam se koi ta'alluq nahi hai.</w:t>
      </w:r>
    </w:p>
    <w:p>
      <w:pPr>
        <w:jc w:val="right"/>
      </w:pPr>
      <w:r>
        <w:t>آپ کو کچھ کرنا ہے تو دو ہی آپشن ہیں: یا تو ignore کیجیے، یا اس کو نصیحت کیجیے۔ اور اس کو مارے کاٹیں آپ، تو یہ بلاشبہ ناجائز ہے، جس کا اسلام سے کوئی تعلق نہیں ہے۔</w:t>
      </w:r>
    </w:p>
    <w:p>
      <w:r>
        <w:rPr>
          <w:b/>
        </w:rPr>
        <w:t xml:space="preserve">[1:27:51] </w:t>
      </w:r>
      <w:r>
        <w:t>aap ka haq hai kisi ko maaren, kisi insaan ko.</w:t>
      </w:r>
    </w:p>
    <w:p>
      <w:pPr>
        <w:jc w:val="right"/>
      </w:pPr>
      <w:r>
        <w:t>آپ کا حق ہے کسی کو ماریں، کسی انسان کو۔</w:t>
      </w:r>
    </w:p>
    <w:p>
      <w:r>
        <w:rPr>
          <w:b/>
        </w:rPr>
        <w:t xml:space="preserve">[1:27:56] </w:t>
      </w:r>
      <w:r>
        <w:t>aap jazbaat bhaRakte hain to aap jaaniye, ja ke apne ko mariye, apni flogging kijiye aap.</w:t>
      </w:r>
    </w:p>
    <w:p>
      <w:pPr>
        <w:jc w:val="right"/>
      </w:pPr>
      <w:r>
        <w:t>آپ جذبات بھڑکتے ہیں تو آپ جانیے، جا کے اپنے کو ماریے، اپنی فلاگنگ کیجیے آپ۔</w:t>
      </w:r>
    </w:p>
    <w:p>
      <w:r>
        <w:rPr>
          <w:b/>
        </w:rPr>
        <w:t xml:space="preserve">[1:28:05] </w:t>
      </w:r>
      <w:r>
        <w:t>maulana, unhon ne ek aur sawal poocha hai aap se. unhon ne likha hai: "aajkal ke musalman Prophet of Islam ke bare mein ishq-e-rasool ka term istemaal karte hain." Maulana, is par roshni daaliye ke Islam mein Prophet ka ishq hai ya Prophet ko follow karna hai?</w:t>
      </w:r>
    </w:p>
    <w:p>
      <w:pPr>
        <w:jc w:val="right"/>
      </w:pPr>
      <w:r>
        <w:t>مولانا، انہوں نے ایک اور سوال پوچھا ہے آپ سے۔ انہوں نے لکھا ہے: "आजकल के मुसलमान Prophet of Islam के बारे में इश्क-ए-रसूल का term इस्तेमाल करते हैं।" مولانا، اس پر روشنی ڈالیے کہ اسلام میں Prophet کا عشق ہے یا Prophet کو follow کرنا ہے؟</w:t>
      </w:r>
    </w:p>
    <w:p>
      <w:r>
        <w:rPr>
          <w:b/>
        </w:rPr>
        <w:t xml:space="preserve">[1:28:26] </w:t>
      </w:r>
      <w:r>
        <w:t>yeh yeh super bid'at hai, yeh to. aap gaur kijiye ke ishq ka lafz hai Quran mein, hai na hadees mein. aur is ko bana liya Islam? yeh na'at khwanon ne bana rakha hai.</w:t>
      </w:r>
    </w:p>
    <w:p>
      <w:pPr>
        <w:jc w:val="right"/>
      </w:pPr>
      <w:r>
        <w:t>ये ये super بدعت है, ये तो। आप गौर कीजिए कि इश्क का लفظ है قرآन में, है ना हदीस में। اور اس کو بنا لیا اسلام؟ یہ نعت خوانوں نے بنا رکھا ہے۔</w:t>
      </w:r>
    </w:p>
    <w:p>
      <w:r>
        <w:rPr>
          <w:b/>
        </w:rPr>
        <w:t xml:space="preserve">[1:28:37] </w:t>
      </w:r>
      <w:r>
        <w:t>yeh na'at khwanon ka mazhab hai, yeh. ishq rasool shayad na'at khwanon ka mazhab hai. na Quran mein hai, na hadees mein hai. Quran mein tha: "ittaba', ittaba'." rasool ki ittiba' karo.</w:t>
      </w:r>
    </w:p>
    <w:p>
      <w:pPr>
        <w:jc w:val="right"/>
      </w:pPr>
      <w:r>
        <w:t>یہ نعت خوانوں کا مذہب ہے، یہ۔ عشق رسول شاید نعت خوانوں کا مذہب ہے۔ نہ قرآن میں ہے، نہ حدیث میں ہے۔ قرآن میں تھا: "اتبع، اتبع." رسول کی اتباع کرو۔</w:t>
      </w:r>
    </w:p>
    <w:p>
      <w:r>
        <w:rPr>
          <w:b/>
        </w:rPr>
        <w:t xml:space="preserve">[1:28:48] </w:t>
      </w:r>
      <w:r>
        <w:t>rasool ko follow karo. yeh khud hi khud banaya aur is ko Islam bana diya?</w:t>
      </w:r>
    </w:p>
    <w:p>
      <w:pPr>
        <w:jc w:val="right"/>
      </w:pPr>
      <w:r>
        <w:t>رسول کو follow کرو۔ یہ خود ہی خود بنایا اور اس کو اسلام بنا دیا؟</w:t>
      </w:r>
    </w:p>
    <w:p>
      <w:r>
        <w:rPr>
          <w:b/>
        </w:rPr>
        <w:t xml:space="preserve">[1:28:54] </w:t>
      </w:r>
      <w:r>
        <w:t>yaad rakhiye, ishq rasool jo hai, yeh Islam mein nahi hai, yeh na'at khwanon ne bana rakha hai. yeh na'at khwani ka mazhab hai, yeh.</w:t>
      </w:r>
    </w:p>
    <w:p>
      <w:pPr>
        <w:jc w:val="right"/>
      </w:pPr>
      <w:r>
        <w:t>یاد رکھیے، عشق رسول جو ہے، یہ اسلام میں نہیں ہے، یہ نعت خوانوں نے بنا رکھا ہے۔ یہ نعت خوانی کا مذہب ہے، یہ۔</w:t>
      </w:r>
    </w:p>
    <w:p>
      <w:r>
        <w:rPr>
          <w:b/>
        </w:rPr>
        <w:t xml:space="preserve">[1:29:05] </w:t>
      </w:r>
      <w:r>
        <w:t>Quran mein to hai: "ittaba'." itaa'at, follow karna. jo jo is ko na maane to phir intezar kare maut ka.</w:t>
      </w:r>
    </w:p>
    <w:p>
      <w:pPr>
        <w:jc w:val="right"/>
      </w:pPr>
      <w:r>
        <w:t>قرآن میں تو ہے: "اتبع." اطاعت، follow کرنا۔ جو جو اس کو نہ مانے تو پھر انتظار کرے موت کا۔</w:t>
      </w:r>
    </w:p>
    <w:p>
      <w:r>
        <w:rPr>
          <w:b/>
        </w:rPr>
        <w:t xml:space="preserve">[1:29:15] </w:t>
      </w:r>
      <w:r>
        <w:t>maut ke baad is ko pata chalega ke is ne kitna bara jurm kiya tha.</w:t>
      </w:r>
    </w:p>
    <w:p>
      <w:pPr>
        <w:jc w:val="right"/>
      </w:pPr>
      <w:r>
        <w:t>موت کے بعد اس کو پتہ چلے گا کہ اس نے کتنا بڑا جرم کیا تھا۔</w:t>
      </w:r>
    </w:p>
    <w:p>
      <w:r>
        <w:rPr>
          <w:b/>
        </w:rPr>
        <w:t xml:space="preserve">[1:29:22] </w:t>
      </w:r>
      <w:r>
        <w:t>log maut se nahin darte, sachi baat</w:t>
      </w:r>
    </w:p>
    <w:p>
      <w:pPr>
        <w:jc w:val="right"/>
      </w:pPr>
      <w:r>
        <w:t>لوگ موت سے نہیں ڈرتے، سچی بات</w:t>
      </w:r>
    </w:p>
    <w:p>
      <w:r>
        <w:rPr>
          <w:b/>
        </w:rPr>
        <w:t xml:space="preserve">[1:29:24] </w:t>
      </w:r>
      <w:r>
        <w:t>he. Allah ke samne hadse se nahin darte woh. unhon ne aisi baatein na bolein woh.</w:t>
      </w:r>
    </w:p>
    <w:p>
      <w:pPr>
        <w:jc w:val="right"/>
      </w:pPr>
      <w:r>
        <w:t>ہے۔ اللہ کے سامنے حادثے سے نہیں ڈرتے وہ۔ انہوں نے ایسی باتیں نہ بولیں وہ۔</w:t>
      </w:r>
    </w:p>
    <w:p>
      <w:r>
        <w:rPr>
          <w:b/>
        </w:rPr>
        <w:t xml:space="preserve">[1:29:31] </w:t>
      </w:r>
      <w:r>
        <w:t>Maulana Zikwan Nadvi ne nai dilli se likha hai: "Jo aurat aur mard aala salahiyat rakhte hain, woh aam taur par kisi ke control mein nahin aate. Is ki wajah se woh apni aala salahiyat ka istemal kiye baghair mar kar is dunya se chale jate hain.</w:t>
      </w:r>
    </w:p>
    <w:p>
      <w:pPr>
        <w:jc w:val="right"/>
      </w:pPr>
      <w:r>
        <w:t>مولانا زکوان ندوی نے نئی دلی سے لکھا ہے: "जो औरत और मर्द आला सलाहियत रखते हैं, वह आमतौर पर किसी के کنٹرول میں नहीं आते। इसकी वजह से वह अपनी आला सलाहियत का इस्तेमाल किए बगैर मरकर इस दुनिया से चले जाते हैं।</w:t>
      </w:r>
    </w:p>
    <w:p>
      <w:r>
        <w:rPr>
          <w:b/>
        </w:rPr>
        <w:t xml:space="preserve">[1:29:52] </w:t>
      </w:r>
      <w:r>
        <w:t>Aise qimti logon ko zaya hone se bachane ka tareeqa kya hai?" Bas yeh dua work hai.</w:t>
      </w:r>
    </w:p>
    <w:p>
      <w:pPr>
        <w:jc w:val="right"/>
      </w:pPr>
      <w:r>
        <w:t>ऐसे कीमती लोगों को ضائع होने से बचाने का तरीका क्या है?" بس یہ دعا ورک ہے۔</w:t>
      </w:r>
    </w:p>
    <w:p>
      <w:r>
        <w:rPr>
          <w:b/>
        </w:rPr>
        <w:t xml:space="preserve">[1:30:02] </w:t>
      </w:r>
      <w:r>
        <w:t>Dua work hai.</w:t>
      </w:r>
    </w:p>
    <w:p>
      <w:pPr>
        <w:jc w:val="right"/>
      </w:pPr>
      <w:r>
        <w:t>دعا ورک ہے۔</w:t>
      </w:r>
    </w:p>
    <w:p>
      <w:r>
        <w:rPr>
          <w:b/>
        </w:rPr>
        <w:t xml:space="preserve">[1:30:06] </w:t>
      </w:r>
      <w:r>
        <w:t>Is zamane mein jo zamana hamara zamana hai, is mein dekhiye, sab se bara masla yeh hai ke Islam ko Islam ki jo jo log represent karte hain,</w:t>
      </w:r>
    </w:p>
    <w:p>
      <w:pPr>
        <w:jc w:val="right"/>
      </w:pPr>
      <w:r>
        <w:t>इस जमाने में जो जमाना हमारा जमाना है, इसमें देखिए, सबसे बड़ा मसला यह है कि इस्लाम को اسلام کی جو جو لوگ represent کرتے ہیں،</w:t>
      </w:r>
    </w:p>
    <w:p>
      <w:r>
        <w:rPr>
          <w:b/>
        </w:rPr>
        <w:t xml:space="preserve">[1:30:22] </w:t>
      </w:r>
      <w:r>
        <w:t>woh Islam ko lower level par pesh karte hain. Parhe likhe logon ko address nahin karta woh. Maslan fazail ki zaban, aaj ka insan ko fazail ki zaban mein kaise address kare gi?</w:t>
      </w:r>
    </w:p>
    <w:p>
      <w:pPr>
        <w:jc w:val="right"/>
      </w:pPr>
      <w:r>
        <w:t>وہ اسلام کو lower level پر پیش کرتے ہیں۔ پڑھے لکھے لوگوں کو address نہیں کرتا وہ۔ مثلاً فضائل کی زبان، آج کا انسان کو فضائل کی زبان میں کیسے address کرے گی؟</w:t>
      </w:r>
    </w:p>
    <w:p>
      <w:r>
        <w:rPr>
          <w:b/>
        </w:rPr>
        <w:t xml:space="preserve">[1:30:35] </w:t>
      </w:r>
      <w:r>
        <w:t>Yeh to lower class ke log fazail ki zaban samajhte hain. Fazail ki zaban, qisse kahaniyan, qirabat ki zaban, Rasool Allah ka saya nahin hota tha, yeh sab kis ko appeal kare gi?</w:t>
      </w:r>
    </w:p>
    <w:p>
      <w:pPr>
        <w:jc w:val="right"/>
      </w:pPr>
      <w:r>
        <w:t>یہ تو lower class کے لوگ فضائل کی زبان سمجھتے ہیں۔ فضائل کی زبان، قصے کہانیاں، قرابت کی زبان، رسول اللہ کا سایہ نہیں ہوتا تھا، یہ سب کس کو appeal کرے گی؟</w:t>
      </w:r>
    </w:p>
    <w:p>
      <w:r>
        <w:rPr>
          <w:b/>
        </w:rPr>
        <w:t xml:space="preserve">[1:30:47] </w:t>
      </w:r>
      <w:r>
        <w:t>Yeh wahi log jo jo jo illiterate hain, jo parha likha tabqa hai, us ke lehaz se aap Islam ko pesh hi nahin karte. Hamare ulama is jante bhi nahin ke aaj ka jo insan hai, us ka us ki us ka us ka mind kya hai, us ki soch kya hai.</w:t>
      </w:r>
    </w:p>
    <w:p>
      <w:pPr>
        <w:jc w:val="right"/>
      </w:pPr>
      <w:r>
        <w:t>یہ وہی لوگ جو جو جو illiterate ہیں، جو پڑھا لکھا طبقہ ہے، اس کے لحاظ سے آپ اسلام کو پیش ہی نہیں کرتے۔ ہمارے علماء اس جانتے بھی نہیں کہ آج کا جو انسان ہے، اس کا اس کی اس کا اس کا mind کیا ہے، اس کی سوچ کیا ہے۔</w:t>
      </w:r>
    </w:p>
    <w:p>
      <w:r>
        <w:rPr>
          <w:b/>
        </w:rPr>
        <w:t xml:space="preserve">[1:31:06] </w:t>
      </w:r>
      <w:r>
        <w:t>Woh kehte hain ke sahib yeh murtad ho gaya. Kitab chhapte hain: "Ruddana wala aba bakr Allah" nahin, asal cheez yeh hai ke ulama ke isi mein phans gaye, isi mein.</w:t>
      </w:r>
    </w:p>
    <w:p>
      <w:pPr>
        <w:jc w:val="right"/>
      </w:pPr>
      <w:r>
        <w:t>وہ کہتے ہیں کہ صاحب یہ مرتد ہو گیا۔ کتاب چھاپتے ہیں: "ردتنا ولا آبا بكر الله" نہیں، اصل چیز یہ ہے کہ علماء کہ اسی میں پھنس گئے، اسی میں۔</w:t>
      </w:r>
    </w:p>
    <w:p>
      <w:r>
        <w:rPr>
          <w:b/>
        </w:rPr>
        <w:t xml:space="preserve">[1:31:17] </w:t>
      </w:r>
      <w:r>
        <w:t>Un ko kafir banao, un ko munafiq ka fatwa do, woh fasiq ka fatwa do, un ko maro, un ko hatao. Asal kaam yeh tha ke ulama jante daur e hazir ko, us ke lehaz se Islam ko pesh karte logon ke samne.</w:t>
      </w:r>
    </w:p>
    <w:p>
      <w:pPr>
        <w:jc w:val="right"/>
      </w:pPr>
      <w:r>
        <w:t>ان کو کافر بناؤ، ان کو منافق کا فتویٰ دو، وہ فاسق کا فتویٰ دو، ان کو مارو، ان کو ہٹاؤ۔ اصل کام یہ تھا کہ علماء جانتے دور حاضر کو، اس کے لحاظ سے اسلام کو پیش کرتے لوگوں کے سامنے۔</w:t>
      </w:r>
    </w:p>
    <w:p>
      <w:r>
        <w:rPr>
          <w:b/>
        </w:rPr>
        <w:t xml:space="preserve">[1:31:30] </w:t>
      </w:r>
      <w:r>
        <w:t>To to rok sakte the un ko idhar jane se.</w:t>
      </w:r>
    </w:p>
    <w:p>
      <w:pPr>
        <w:jc w:val="right"/>
      </w:pPr>
      <w:r>
        <w:t>تو تو روک سکتے تھے ان کو ادھر جانے سے۔</w:t>
      </w:r>
    </w:p>
    <w:p>
      <w:r>
        <w:rPr>
          <w:b/>
        </w:rPr>
        <w:t xml:space="preserve">[1:31:34] </w:t>
      </w:r>
      <w:r>
        <w:t>Yaani aur zyada Islam ko badnam kiya unhon ne. Jo kaam karna tha, woh to yeh karna tha. Hadees mein aata hai ke "An yakuna basiran bizamanih" yaani momin ko chahiye ke woh apne zamane se koi janne wala ho,</w:t>
      </w:r>
    </w:p>
    <w:p>
      <w:pPr>
        <w:jc w:val="right"/>
      </w:pPr>
      <w:r>
        <w:t>یعنی اور زیادہ اسلام کو بدنام کیا انہوں نے۔ جو کام کرنا تھا، وہ تو یہ کرنا تھا۔ حدیث میں آتا ہے کہ "أن يكون بصيراً بزمانه" یعنی مومن کو چاہیے کہ وہ اپنے زمانے سے کوئی جاننے والا ہو،</w:t>
      </w:r>
    </w:p>
    <w:p>
      <w:r>
        <w:rPr>
          <w:b/>
        </w:rPr>
        <w:t xml:space="preserve">[1:31:50] </w:t>
      </w:r>
      <w:r>
        <w:t>apne zamane se aware ho. To us ko us ko zamane ko seekhne ki koshish nahin ki aur lage fatwe dene, un ko maro, un ko kato.</w:t>
      </w:r>
    </w:p>
    <w:p>
      <w:pPr>
        <w:jc w:val="right"/>
      </w:pPr>
      <w:r>
        <w:t>اپنے زمانے سے aware ہو۔ تو اس کو اس کو زمانے کو سیکھنے کی کوشش نہیں کی اور لگے فتوے دینے، ان کو مارو، ان کو کاٹو۔</w:t>
      </w:r>
    </w:p>
    <w:p>
      <w:r>
        <w:rPr>
          <w:b/>
        </w:rPr>
        <w:t xml:space="preserve">[1:31:58] </w:t>
      </w:r>
      <w:r>
        <w:t>To yeh to Islam ko aur badnam kar diya unhon ne.</w:t>
      </w:r>
    </w:p>
    <w:p>
      <w:pPr>
        <w:jc w:val="right"/>
      </w:pPr>
      <w:r>
        <w:t>تو یہ تو اسلام کو اور بدنام کر دیا انہوں نے۔</w:t>
      </w:r>
    </w:p>
    <w:p>
      <w:r>
        <w:rPr>
          <w:b/>
        </w:rPr>
        <w:t xml:space="preserve">[1:32:02] </w:t>
      </w:r>
      <w:r>
        <w:t>To yeh mein nazdeek inhi logon ki ghalati hai jo Islam ke numainde bane hue hain ke aaj ke insan jis tarah sochta hai, us tarah se unhon ne is ko Islam pesh nahin kiya, us ka mind address nahin hua.</w:t>
      </w:r>
    </w:p>
    <w:p>
      <w:pPr>
        <w:jc w:val="right"/>
      </w:pPr>
      <w:r>
        <w:t>تو یہ میں نزدیک انہی لوگوں کی غلطی ہے جو اسلام کے نمائندے بنے ہوئے ہیں کہ آج کے انسان جس طرح سوچتا ہے، اس طرح سے انہوں نے اس کو اسلام پیش نہیں کیا، اس کا mind address نہیں ہوا۔</w:t>
      </w:r>
    </w:p>
    <w:p>
      <w:r>
        <w:rPr>
          <w:b/>
        </w:rPr>
        <w:t xml:space="preserve">[1:32:15] </w:t>
      </w:r>
      <w:r>
        <w:t>To woh woh phir gaya aur Islam mein us ki raghbat khatam ho gayi. To zimmedari us par nahin hai jo phir us par ke jo us ko rok nahin sake, us ke mind ko address nahin kar sake.</w:t>
      </w:r>
    </w:p>
    <w:p>
      <w:pPr>
        <w:jc w:val="right"/>
      </w:pPr>
      <w:r>
        <w:t>تو وہ وہ پھر گیا اور اسلام میں اس کی رغبت ختم ہو گئی۔ تو ذمہ داری اس پر نہیں ہے جو پھر اس پر کہ جو اس کو روک نہیں سکے، اس کے mind کو address نہیں کر سکے۔</w:t>
      </w:r>
    </w:p>
    <w:p>
      <w:r>
        <w:rPr>
          <w:b/>
        </w:rPr>
        <w:t xml:space="preserve">[1:32:30] </w:t>
      </w:r>
      <w:r>
        <w:t>In ki zimmedari hai.</w:t>
      </w:r>
    </w:p>
    <w:p>
      <w:pPr>
        <w:jc w:val="right"/>
      </w:pPr>
      <w:r>
        <w:t>ان کی ذمہ داری ہے۔</w:t>
      </w:r>
    </w:p>
    <w:p>
      <w:r>
        <w:rPr>
          <w:b/>
        </w:rPr>
        <w:t xml:space="preserve">[1:32:35] </w:t>
      </w:r>
      <w:r>
        <w:t>Mr Arshad Jamal ne nai dilli se likha hai: "There is a hadith that says none of you can be a Moment until I become more beloved than his parents and children." Maulana sahib, is ke bare mein bataein.</w:t>
      </w:r>
    </w:p>
    <w:p>
      <w:pPr>
        <w:jc w:val="right"/>
      </w:pPr>
      <w:r>
        <w:t>مسٹر ارشد جمال نے نئی دلی سے لکھا ہے: "There is a hadith that says none of you can be a Moment until I become more beloved than his parents and children." مولانا صاحب، اس کے بارے میں بتائیں۔</w:t>
      </w:r>
    </w:p>
    <w:p>
      <w:r>
        <w:rPr>
          <w:b/>
        </w:rPr>
        <w:t xml:space="preserve">[1:32:52] </w:t>
      </w:r>
      <w:r>
        <w:t>Yeh ishq Rasool ke bare mein nahin hai, yeh abhi itba ke mani mein hai, concern ke mani mein hai.</w:t>
      </w:r>
    </w:p>
    <w:p>
      <w:pPr>
        <w:jc w:val="right"/>
      </w:pPr>
      <w:r>
        <w:t>یہ عشق رسول کے بارے میں نہیں ہے، یہ ابھی اتباع کے معنی میں ہے، concern کے معنی میں ہے۔</w:t>
      </w:r>
    </w:p>
    <w:p>
      <w:r>
        <w:rPr>
          <w:b/>
        </w:rPr>
        <w:t xml:space="preserve">[1:33:01] </w:t>
      </w:r>
      <w:r>
        <w:t>Is tarah ki hadeeson ko le kar jo ishq Rasool sabit karte hain, woh galat karte hain woh log kaam. Yaani aap ka concern Islam ban jaye, aap ka concern jo hai Allah ka deen ban jaye, us mani mein hai.</w:t>
      </w:r>
    </w:p>
    <w:p>
      <w:pPr>
        <w:jc w:val="right"/>
      </w:pPr>
      <w:r>
        <w:t>اس طرح کی حدیثوں کو لے کر جو عشق رسول ثابت کرتے ہیں، وہ غلط کرتے ہیں وہ لوگ کام۔ یعنی آپ کا concern اسلام بن جائے، آپ کا concern جو ہے اللہ کا دین بن جائے، اس معنی میں ہے۔</w:t>
      </w:r>
    </w:p>
    <w:p>
      <w:r>
        <w:rPr>
          <w:b/>
        </w:rPr>
        <w:t xml:space="preserve">[1:33:14] </w:t>
      </w:r>
      <w:r>
        <w:t>Yeh ishq Rasool ke mani mein hargiz nahin hai. Yaani zahiri taur par Rasool Allah ke عاشق ban jayein, yeh matlab nahin hai is hadees ka, hargiz nahin.</w:t>
      </w:r>
    </w:p>
    <w:p>
      <w:pPr>
        <w:jc w:val="right"/>
      </w:pPr>
      <w:r>
        <w:t>یہ عشق رسول کے معنی میں ہرگز نہیں ہے۔ یعنی ظاہری طور پر رسول اللہ کے عاشق بن جائیں، یہ مطلب نہیں ہے اس حدیث کا، ہرگز نہیں۔</w:t>
      </w:r>
    </w:p>
    <w:p>
      <w:r>
        <w:rPr>
          <w:b/>
        </w:rPr>
        <w:t xml:space="preserve">[1:33:22] </w:t>
      </w:r>
      <w:r>
        <w:t>Yaani concern ke darje mein aap ko Allah ke deen se ta'alluq paida ho jaye, yeh matlab hai is ka. Aur doosri jo hadees hai, doosri ayat hai, us ko le kar yeh matlab banta hai is ka.</w:t>
      </w:r>
    </w:p>
    <w:p>
      <w:pPr>
        <w:jc w:val="right"/>
      </w:pPr>
      <w:r>
        <w:t>یعنی concern کے درجے میں آپ کو اللہ کے دین سے تعلق پیدا ہو جائے، یہ مطلب ہے اس کا۔ اور دوسری جو حدیث ہے، دوسری آیت ہے، اس کو لے کر یہ مطلب بنتا ہے اس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