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Positive Guidance for Present Muslims 4 Aug, 2019 - Maulana Wahiduddin Khan</w:t>
      </w:r>
    </w:p>
    <w:p>
      <w:r>
        <w:t>https://www.youtube.com/watch?v=IEDGQvt-5p0</w:t>
      </w:r>
    </w:p>
    <w:p>
      <w:r>
        <w:rPr>
          <w:b/>
        </w:rPr>
        <w:t xml:space="preserve">[00:13] </w:t>
      </w:r>
      <w:r>
        <w:t>bismillah rahman rahim,</w:t>
      </w:r>
    </w:p>
    <w:p>
      <w:pPr>
        <w:jc w:val="right"/>
      </w:pPr>
      <w:r>
        <w:t>بسم اللہ الرحمن الرحیم،</w:t>
      </w:r>
    </w:p>
    <w:p>
      <w:r>
        <w:rPr>
          <w:b/>
        </w:rPr>
        <w:t xml:space="preserve">[00:18] </w:t>
      </w:r>
      <w:r>
        <w:t>wasalli allah ala nabiy al-karim. rab ishrah li sadri, wa yassir li amri, wah lul uqdatan min lisani yafqahu qawli.</w:t>
      </w:r>
    </w:p>
    <w:p>
      <w:pPr>
        <w:jc w:val="right"/>
      </w:pPr>
      <w:r>
        <w:t>وصلی اللہ علی نبی الکریم۔ رب اشرح لی صدری، ویسر لی امری، واحل العقدۃ من لسانی یفقہ قولی۔</w:t>
      </w:r>
    </w:p>
    <w:p>
      <w:r>
        <w:rPr>
          <w:b/>
        </w:rPr>
        <w:t xml:space="preserve">[00:34] </w:t>
      </w:r>
      <w:r>
        <w:t>4 agast 2019.</w:t>
      </w:r>
    </w:p>
    <w:p>
      <w:pPr>
        <w:jc w:val="right"/>
      </w:pPr>
      <w:r>
        <w:t>4 اگست 2019۔</w:t>
      </w:r>
    </w:p>
    <w:p>
      <w:r>
        <w:rPr>
          <w:b/>
        </w:rPr>
        <w:t xml:space="preserve">[00:42] </w:t>
      </w:r>
      <w:r>
        <w:t>aap ko shayad yaad hoga ke pichle hafte</w:t>
      </w:r>
    </w:p>
    <w:p>
      <w:pPr>
        <w:jc w:val="right"/>
      </w:pPr>
      <w:r>
        <w:t>آپ کو شاید یاد ہوگا کہ پچھلے ہفتہ</w:t>
      </w:r>
    </w:p>
    <w:p>
      <w:r>
        <w:rPr>
          <w:b/>
        </w:rPr>
        <w:t xml:space="preserve">[00:49] </w:t>
      </w:r>
      <w:r>
        <w:t>jab sawal jawab ka waqt aaya to ek sahaba ne sawal kiya ke aap quran distribute karte hain,</w:t>
      </w:r>
    </w:p>
    <w:p>
      <w:pPr>
        <w:jc w:val="right"/>
      </w:pPr>
      <w:r>
        <w:t>جب سوال جواب کا وقت آیا تو ایک صحابہ نے سوال کیا کہ آپ قرآن ڈسٹریبیوٹ کرتے ہیں،</w:t>
      </w:r>
    </w:p>
    <w:p>
      <w:r>
        <w:rPr>
          <w:b/>
        </w:rPr>
        <w:t xml:space="preserve">[01:05] </w:t>
      </w:r>
      <w:r>
        <w:t>seerat-e-rasool ko bhi distribute karte hain. yeh to, yeh to un ke nazdeek goya poora sawal, sawal adhoora sawal is tarah tha.</w:t>
      </w:r>
    </w:p>
    <w:p>
      <w:pPr>
        <w:jc w:val="right"/>
      </w:pPr>
      <w:r>
        <w:t>سیرت رسول کو بھی ڈسٹریبیوٹ کرتے ہیں۔ یہ تو، یہ تو ان کے نزدیک گویا پورا سوال، سوال ادھورا سوال اس طرح تھا۔</w:t>
      </w:r>
    </w:p>
    <w:p>
      <w:r>
        <w:rPr>
          <w:b/>
        </w:rPr>
        <w:t xml:space="preserve">[01:20] </w:t>
      </w:r>
      <w:r>
        <w:t>main poora hafte sochta raha aaj tak ke sawal karne wale ne aisa sawal kyun kiya? sawal karne wale ne aisa sawal kyun kiya?</w:t>
      </w:r>
    </w:p>
    <w:p>
      <w:pPr>
        <w:jc w:val="right"/>
      </w:pPr>
      <w:r>
        <w:t>میں پورا ہفتہ سوچتا رہا آج تک کہ سوال کرنے والے نے ایسا سوال کیوں کیا؟ سوال کرنے والے نے ایسا سوال کیوں کیا؟</w:t>
      </w:r>
    </w:p>
    <w:p>
      <w:r>
        <w:rPr>
          <w:b/>
        </w:rPr>
        <w:t xml:space="preserve">[01:37] </w:t>
      </w:r>
      <w:r>
        <w:t>kyunke ulama aam taur par mante hain ke rasool allah ki sab se zyada authentic seerat khud quran hai.</w:t>
      </w:r>
    </w:p>
    <w:p>
      <w:pPr>
        <w:jc w:val="right"/>
      </w:pPr>
      <w:r>
        <w:t>کیونکہ علماء عام طور پر مانتے ہیں کہ رسول اللہ کی سب سے زیادہ اتھینٹک سیرت خود قرآن ہے۔</w:t>
      </w:r>
    </w:p>
    <w:p>
      <w:r>
        <w:rPr>
          <w:b/>
        </w:rPr>
        <w:t xml:space="preserve">[01:50] </w:t>
      </w:r>
      <w:r>
        <w:t>is par baqayda kitabein likhi gayi hain. quran mein ek surah hai jiska naam bhi muhammad hai.</w:t>
      </w:r>
    </w:p>
    <w:p>
      <w:pPr>
        <w:jc w:val="right"/>
      </w:pPr>
      <w:r>
        <w:t>اس پر باقاعدہ کتابیں لکھی گئی ہیں۔ قرآن میں ایک سورہ ہے جس کا نام بھی محمد ہے۔</w:t>
      </w:r>
    </w:p>
    <w:p>
      <w:r>
        <w:rPr>
          <w:b/>
        </w:rPr>
        <w:t xml:space="preserve">[02:00] </w:t>
      </w:r>
      <w:r>
        <w:t>to quran khud apne aap mein rasool allah ke taaruf ka, rasool allah ka taaruf nama hai.</w:t>
      </w:r>
    </w:p>
    <w:p>
      <w:pPr>
        <w:jc w:val="right"/>
      </w:pPr>
      <w:r>
        <w:t>تو قرآن خود اپنے آپ میں رسول اللہ کے تعارف کا، رسول اللہ کا تعارف نامہ ہے۔</w:t>
      </w:r>
    </w:p>
    <w:p>
      <w:r>
        <w:rPr>
          <w:b/>
        </w:rPr>
        <w:t xml:space="preserve">[02:11] </w:t>
      </w:r>
      <w:r>
        <w:t>phir kehne walon ne aisa kyun kaha?</w:t>
      </w:r>
    </w:p>
    <w:p>
      <w:pPr>
        <w:jc w:val="right"/>
      </w:pPr>
      <w:r>
        <w:t>پھر کہنے والوں نے ایسا کیوں کہا؟</w:t>
      </w:r>
    </w:p>
    <w:p>
      <w:r>
        <w:rPr>
          <w:b/>
        </w:rPr>
        <w:t xml:space="preserve">[02:17] </w:t>
      </w:r>
      <w:r>
        <w:t>to meri samajh mein aaya ke yeh sab</w:t>
      </w:r>
    </w:p>
    <w:p>
      <w:pPr>
        <w:jc w:val="right"/>
      </w:pPr>
      <w:r>
        <w:t>تو میری سمجھ میں آیا کہ یہ سب</w:t>
      </w:r>
    </w:p>
    <w:p>
      <w:r>
        <w:rPr>
          <w:b/>
        </w:rPr>
        <w:t xml:space="preserve">[02:23] </w:t>
      </w:r>
      <w:r>
        <w:t>in sincerity ka zahira hai, kufna mana hai.</w:t>
      </w:r>
    </w:p>
    <w:p>
      <w:pPr>
        <w:jc w:val="right"/>
      </w:pPr>
      <w:r>
        <w:t>ان سنسیرٹی کا ظاہرہ ہے، کفنہ منع ہے۔</w:t>
      </w:r>
    </w:p>
    <w:p>
      <w:r>
        <w:rPr>
          <w:b/>
        </w:rPr>
        <w:t xml:space="preserve">[02:32] </w:t>
      </w:r>
      <w:r>
        <w:t>log sincere nahin hain, is liye kuch bhi keh dete hain.</w:t>
      </w:r>
    </w:p>
    <w:p>
      <w:pPr>
        <w:jc w:val="right"/>
      </w:pPr>
      <w:r>
        <w:t>لوگ سنسیر نہیں ہیں، اس لیے کچھ بھی کہہ دیتے ہیں۔</w:t>
      </w:r>
    </w:p>
    <w:p>
      <w:r>
        <w:rPr>
          <w:b/>
        </w:rPr>
        <w:t xml:space="preserve">[02:39] </w:t>
      </w:r>
      <w:r>
        <w:t>log sincere nahin hain, is liye kuch bhi keh dete hain.</w:t>
      </w:r>
    </w:p>
    <w:p>
      <w:pPr>
        <w:jc w:val="right"/>
      </w:pPr>
      <w:r>
        <w:t>لوگ سنسیر نہیں ہیں، اس لیے کچھ بھی کہہ دیتے ہیں۔</w:t>
      </w:r>
    </w:p>
    <w:p>
      <w:r>
        <w:rPr>
          <w:b/>
        </w:rPr>
        <w:t xml:space="preserve">[02:45] </w:t>
      </w:r>
      <w:r>
        <w:t>dekhein, sincere ka matlab kya hai?</w:t>
      </w:r>
    </w:p>
    <w:p>
      <w:pPr>
        <w:jc w:val="right"/>
      </w:pPr>
      <w:r>
        <w:t>دیکھیں، سنسیر کا مطلب کیا ہے؟</w:t>
      </w:r>
    </w:p>
    <w:p>
      <w:r>
        <w:rPr>
          <w:b/>
        </w:rPr>
        <w:t xml:space="preserve">[02:50] </w:t>
      </w:r>
      <w:r>
        <w:t>sincere ka matlab yeh hai</w:t>
      </w:r>
    </w:p>
    <w:p>
      <w:pPr>
        <w:jc w:val="right"/>
      </w:pPr>
      <w:r>
        <w:t>سنسیر کا مطلب یہ ہے</w:t>
      </w:r>
    </w:p>
    <w:p>
      <w:r>
        <w:rPr>
          <w:b/>
        </w:rPr>
        <w:t xml:space="preserve">[02:55] </w:t>
      </w:r>
      <w:r>
        <w:t>ke jab aap ko koi sawal karna ho to sawal karne se pehle aap sochein ke jo sawal mein karne ja raha hoon doosre se, kya mein is sawal ka matlab samajhta hoon?</w:t>
      </w:r>
    </w:p>
    <w:p>
      <w:pPr>
        <w:jc w:val="right"/>
      </w:pPr>
      <w:r>
        <w:t>کہ جب آپ کو کوئی سوال کرنا ہو تو سوال کرنے سے پہلے آپ سوچیں کہ جو سوال میں کرنے جا رہا ہوں دوسرے سے، کیا میں اس سوال کا مطلب سمجھتا ہوں؟</w:t>
      </w:r>
    </w:p>
    <w:p>
      <w:r>
        <w:rPr>
          <w:b/>
        </w:rPr>
        <w:t xml:space="preserve">[03:14] </w:t>
      </w:r>
      <w:r>
        <w:t>pehley khud sawal ka jawab khud daryaft karein, phir doosre se sawal karein.</w:t>
      </w:r>
    </w:p>
    <w:p>
      <w:pPr>
        <w:jc w:val="right"/>
      </w:pPr>
      <w:r>
        <w:t>پہلے خود سوال کا جواب خود دریافت کریں، پھر دوسرے سے سوال کریں۔</w:t>
      </w:r>
    </w:p>
    <w:p>
      <w:r>
        <w:rPr>
          <w:b/>
        </w:rPr>
        <w:t xml:space="preserve">[03:24] </w:t>
      </w:r>
      <w:r>
        <w:t>to sochte sochte meri samajh mein aaya ke shayad poori ummat ka yeh haal hai ke woh quran ko padhte hi nahin.</w:t>
      </w:r>
    </w:p>
    <w:p>
      <w:pPr>
        <w:jc w:val="right"/>
      </w:pPr>
      <w:r>
        <w:t>تو سوچتے سوچتے میری سمجھ میں آیا کہ شاید پوری امت کا یہ حال ہے کہ وہ قرآن کو پڑھتے ہی نہیں۔</w:t>
      </w:r>
    </w:p>
    <w:p>
      <w:r>
        <w:rPr>
          <w:b/>
        </w:rPr>
        <w:t xml:space="preserve">[03:34] </w:t>
      </w:r>
      <w:r>
        <w:t>yaani tilawat to karte hain quran ki, quran ki tilawat to karte hain lekin quran ka mutala nahin karte.</w:t>
      </w:r>
    </w:p>
    <w:p>
      <w:pPr>
        <w:jc w:val="right"/>
      </w:pPr>
      <w:r>
        <w:t>یعنی تلاوت تو کرتے ہیں قرآن کی، قرآن کی تلاوت تو کرتے ہیں لیکن قرآن کا مطالعہ نہیں کرتے۔</w:t>
      </w:r>
    </w:p>
    <w:p>
      <w:r>
        <w:rPr>
          <w:b/>
        </w:rPr>
        <w:t xml:space="preserve">[03:47] </w:t>
      </w:r>
      <w:r>
        <w:t>quran ka mutalea nahi karte. hazrat aisha ki ek riwayat hai bukhari mein aise logon ke bare mein</w:t>
      </w:r>
    </w:p>
    <w:p>
      <w:pPr>
        <w:jc w:val="right"/>
      </w:pPr>
      <w:r>
        <w:t>قرآن کا مطالعہ نہیں کرتے۔ حضرت عائشہ کی ایک روایت ہے بخاری میں ایسے لوگوں کے بارے میں</w:t>
      </w:r>
    </w:p>
    <w:p>
      <w:r>
        <w:rPr>
          <w:b/>
        </w:rPr>
        <w:t xml:space="preserve">[03:59] </w:t>
      </w:r>
      <w:r>
        <w:t>jo quran bas</w:t>
      </w:r>
    </w:p>
    <w:p>
      <w:pPr>
        <w:jc w:val="right"/>
      </w:pPr>
      <w:r>
        <w:t>جو قرآن بس</w:t>
      </w:r>
    </w:p>
    <w:p>
      <w:r>
        <w:rPr>
          <w:b/>
        </w:rPr>
        <w:t xml:space="preserve">[04:04] </w:t>
      </w:r>
      <w:r>
        <w:t>parh parh parh lete hain aur is par sochte nahi. to hazrat aisha ne farmaya: "awlaika qaru wa lam yaqru."</w:t>
      </w:r>
    </w:p>
    <w:p>
      <w:pPr>
        <w:jc w:val="right"/>
      </w:pPr>
      <w:r>
        <w:t>پڑھ پڑھ پڑھ لیتے ہیں اور اس پر سوچتے نہیں۔ تو حضرت عائشہ نے فرمایا: "اولئک قرو ولم یقرو۔"</w:t>
      </w:r>
    </w:p>
    <w:p>
      <w:r>
        <w:rPr>
          <w:b/>
        </w:rPr>
        <w:t xml:space="preserve">[04:19] </w:t>
      </w:r>
      <w:r>
        <w:t>awlaika qaru wa lam yaqru. unhon ne quran ko parha magar unhon ne quran ko nahi parha.</w:t>
      </w:r>
    </w:p>
    <w:p>
      <w:pPr>
        <w:jc w:val="right"/>
      </w:pPr>
      <w:r>
        <w:t>اولئک قرو ولم یقرو۔ انہوں نے قرآن کو پڑھا مگر انہوں نے قرآن کو نہیں پڑھا۔</w:t>
      </w:r>
    </w:p>
    <w:p>
      <w:r>
        <w:rPr>
          <w:b/>
        </w:rPr>
        <w:t xml:space="preserve">[04:31] </w:t>
      </w:r>
      <w:r>
        <w:t>agar sawal karne wale ne sawal karne se pehle</w:t>
      </w:r>
    </w:p>
    <w:p>
      <w:pPr>
        <w:jc w:val="right"/>
      </w:pPr>
      <w:r>
        <w:t>اگر سوال کرنے والے نے سوال کرنے سے پہلے</w:t>
      </w:r>
    </w:p>
    <w:p>
      <w:r>
        <w:rPr>
          <w:b/>
        </w:rPr>
        <w:t xml:space="preserve">[04:37] </w:t>
      </w:r>
      <w:r>
        <w:t>pure bare par ghor kiya hota, wo khud quran ka mutalea karte ke quran kya cheez hai? quran kya cheez hai?</w:t>
      </w:r>
    </w:p>
    <w:p>
      <w:pPr>
        <w:jc w:val="right"/>
      </w:pPr>
      <w:r>
        <w:t>پورے بارے پر غور کیا ہوتا، وہ خود قرآن کا مطالعہ کرتے کہ قرآن کیا چیز ہے؟ قرآن کیا چیز ہے؟</w:t>
      </w:r>
    </w:p>
    <w:p>
      <w:r>
        <w:rPr>
          <w:b/>
        </w:rPr>
        <w:t xml:space="preserve">[04:49] </w:t>
      </w:r>
      <w:r>
        <w:t>to un ko maloom hua ke quran mein to sara rasooli ki baat hai</w:t>
      </w:r>
    </w:p>
    <w:p>
      <w:pPr>
        <w:jc w:val="right"/>
      </w:pPr>
      <w:r>
        <w:t>تو ان کو معلوم ہوا کہ قرآن میں تو سارا رسولی کی بات ہے</w:t>
      </w:r>
    </w:p>
    <w:p>
      <w:r>
        <w:rPr>
          <w:b/>
        </w:rPr>
        <w:t xml:space="preserve">[04:58] </w:t>
      </w:r>
      <w:r>
        <w:t>aur khud ulma ne baqayda is kitaben likhi hain.</w:t>
      </w:r>
    </w:p>
    <w:p>
      <w:pPr>
        <w:jc w:val="right"/>
      </w:pPr>
      <w:r>
        <w:t>اور خود علماء نے باقاعدہ اس کتابیں لکھی ہیں۔</w:t>
      </w:r>
    </w:p>
    <w:p>
      <w:r>
        <w:rPr>
          <w:b/>
        </w:rPr>
        <w:t xml:space="preserve">[05:09] </w:t>
      </w:r>
      <w:r>
        <w:t>to isi yahi mamla hai puri ummat ka,</w:t>
      </w:r>
    </w:p>
    <w:p>
      <w:pPr>
        <w:jc w:val="right"/>
      </w:pPr>
      <w:r>
        <w:t>تو اسی یہی معاملہ ہے پوری امت کا،</w:t>
      </w:r>
    </w:p>
    <w:p>
      <w:r>
        <w:rPr>
          <w:b/>
        </w:rPr>
        <w:t xml:space="preserve">[05:16] </w:t>
      </w:r>
      <w:r>
        <w:t>puri ummat ka</w:t>
      </w:r>
    </w:p>
    <w:p>
      <w:pPr>
        <w:jc w:val="right"/>
      </w:pPr>
      <w:r>
        <w:t>پوری امت کا</w:t>
      </w:r>
    </w:p>
    <w:p>
      <w:r>
        <w:rPr>
          <w:b/>
        </w:rPr>
        <w:t xml:space="preserve">[05:20] </w:t>
      </w:r>
      <w:r>
        <w:t>ke wo parhte hain magar nahi parhte. wo sawal karte hain magar un ko pata nahi ke sawal ka jawab kya hai.</w:t>
      </w:r>
    </w:p>
    <w:p>
      <w:pPr>
        <w:jc w:val="right"/>
      </w:pPr>
      <w:r>
        <w:t>کہ وہ پڑھتے ہیں مگر نہیں پڑھتے۔ وہ سوال کرتے ہیں مگر ان کو پتہ نہیں کہ سوال کا جواب کیا ہے۔</w:t>
      </w:r>
    </w:p>
    <w:p>
      <w:r>
        <w:rPr>
          <w:b/>
        </w:rPr>
        <w:t xml:space="preserve">[05:30] </w:t>
      </w:r>
      <w:r>
        <w:t>misalan dekhiye, ek martaba mein bus mein safar kar raha tha to mere sath ek sahab the jo parhe likhe the,</w:t>
      </w:r>
    </w:p>
    <w:p>
      <w:pPr>
        <w:jc w:val="right"/>
      </w:pPr>
      <w:r>
        <w:t>مثلاً دیکھیے، ایک مرتبہ میں بس میں سفر کر رہا تھا تو میرے ساتھ ایک صاحب تھے جو پڑھے لکھے تھے،</w:t>
      </w:r>
    </w:p>
    <w:p>
      <w:r>
        <w:rPr>
          <w:b/>
        </w:rPr>
        <w:t xml:space="preserve">[05:44] </w:t>
      </w:r>
      <w:r>
        <w:t>taleem yafta the. wo yani aligarh university mein wo ustad the, wo urdu department mein. to mein ne dekha ke jab baithte hain wo bus mein to apni jeeb mein hath dalte hain.</w:t>
      </w:r>
    </w:p>
    <w:p>
      <w:pPr>
        <w:jc w:val="right"/>
      </w:pPr>
      <w:r>
        <w:t>تعلیم یافتہ تھے۔ وہ یعنی علی گڑھ یونیورسٹی میں وہ استاد تھے، وہ اردو ڈیپارٹمنٹ میں۔ تو میں نے دیکھا کہ جب بیٹھتے ہیں وہ بس میں تو اپنی جیب میں ہاتھ ڈالتے ہیں۔</w:t>
      </w:r>
    </w:p>
    <w:p>
      <w:r>
        <w:rPr>
          <w:b/>
        </w:rPr>
        <w:t xml:space="preserve">[06:06] </w:t>
      </w:r>
      <w:r>
        <w:t>wo sherwani pehne hue the, sherwani ke andar ek chota sa pocket tha. to is mein pocket size ka ek quran hota tha, marha quran, marha.</w:t>
      </w:r>
    </w:p>
    <w:p>
      <w:pPr>
        <w:jc w:val="right"/>
      </w:pPr>
      <w:r>
        <w:t>وہ شیروانی پہنے ہوئے تھے، شیروانی کے اندر ایک چھوٹا سا پاکٹ تھا۔ تو اس میں پاکٹ سائز کا ایک قرآن ہوتا تھا، مرہ قرآن، مرہ۔</w:t>
      </w:r>
    </w:p>
    <w:p>
      <w:r>
        <w:rPr>
          <w:b/>
        </w:rPr>
        <w:t xml:space="preserve">[06:21] </w:t>
      </w:r>
      <w:r>
        <w:t>to is ko nikalte, wo is ko likhte, parhne.</w:t>
      </w:r>
    </w:p>
    <w:p>
      <w:pPr>
        <w:jc w:val="right"/>
      </w:pPr>
      <w:r>
        <w:t>تو اس کو نکالتے، وہ اس کو لکھتے، پڑھنے۔</w:t>
      </w:r>
    </w:p>
    <w:p>
      <w:r>
        <w:rPr>
          <w:b/>
        </w:rPr>
        <w:t xml:space="preserve">[06:29] </w:t>
      </w:r>
      <w:r>
        <w:t>pure safar mein shayad ye safar dilli se aligarh ka tha ya mujhe theek se yaad nahi kyunke lamba safar tha.</w:t>
      </w:r>
    </w:p>
    <w:p>
      <w:pPr>
        <w:jc w:val="right"/>
      </w:pPr>
      <w:r>
        <w:t>پورے سفر میں شاید یہ سفر دلی سے علی گڑھ کا تھا یا مجھے ٹھیک سے یاد نہیں کیونکہ لمبا سفر تھا۔</w:t>
      </w:r>
    </w:p>
    <w:p>
      <w:r>
        <w:rPr>
          <w:b/>
        </w:rPr>
        <w:t xml:space="preserve">[06:40] </w:t>
      </w:r>
      <w:r>
        <w:t>pure safar mein wo yahi karte rahe.</w:t>
      </w:r>
    </w:p>
    <w:p>
      <w:pPr>
        <w:jc w:val="right"/>
      </w:pPr>
      <w:r>
        <w:t>پورے سفر میں وہ یہی کرتے رہے۔</w:t>
      </w:r>
    </w:p>
    <w:p>
      <w:r>
        <w:rPr>
          <w:b/>
        </w:rPr>
        <w:t xml:space="preserve">[06:47] </w:t>
      </w:r>
      <w:r>
        <w:t>mein ne un se pucha: "kya aap quran ko parhte hain safar mein?" to hazrat hazar bhi parhte honge.</w:t>
      </w:r>
    </w:p>
    <w:p>
      <w:pPr>
        <w:jc w:val="right"/>
      </w:pPr>
      <w:r>
        <w:t>میں نے ان سے پوچھا: "کیا آپ قرآن کو پڑھتے ہیں سفر میں؟" تو حضرت حضر بھی پڑھتے ہوں گے۔</w:t>
      </w:r>
    </w:p>
    <w:p>
      <w:r>
        <w:rPr>
          <w:b/>
        </w:rPr>
        <w:t xml:space="preserve">[07:02] </w:t>
      </w:r>
      <w:r>
        <w:t>to mein ne un se pucha ke quran se aap ka itna taluq hai ke aap hamesha sath rakhte hain aur is ko parhte rehte hain.</w:t>
      </w:r>
    </w:p>
    <w:p>
      <w:pPr>
        <w:jc w:val="right"/>
      </w:pPr>
      <w:r>
        <w:t>تو میں نے ان سے پوچھا کہ قرآن سے آپ کا اتنا تعلق ہے کہ آپ ہمیشہ ساتھ رکھتے ہیں اور اس کو پڑھتے رہتے ہیں۔</w:t>
      </w:r>
    </w:p>
    <w:p>
      <w:r>
        <w:rPr>
          <w:b/>
        </w:rPr>
        <w:t xml:space="preserve">[07:14] </w:t>
      </w:r>
      <w:r>
        <w:t>to mein ne ek ek simple sawal un se kiya, bohat hi simple. wo urdu ke ustad the aligarh university mein, zaroor mere sawal ka jawab, sawal ka alfaaz samajhte the.</w:t>
      </w:r>
    </w:p>
    <w:p>
      <w:pPr>
        <w:jc w:val="right"/>
      </w:pPr>
      <w:r>
        <w:t>تو میں نے ایک ایک سمپل سوال ان سے کیا، بہت ہی سمپل۔ وہ اردو کے استاد تھے علی گڑھ یونیورسٹی میں، ضرور میرے سوال کا جواب، سوال کا الفاظ سمجھتے تھے۔</w:t>
      </w:r>
    </w:p>
    <w:p>
      <w:r>
        <w:rPr>
          <w:b/>
        </w:rPr>
        <w:t xml:space="preserve">[07:31] </w:t>
      </w:r>
      <w:r>
        <w:t>wo</w:t>
      </w:r>
    </w:p>
    <w:p>
      <w:pPr>
        <w:jc w:val="right"/>
      </w:pPr>
      <w:r>
        <w:t>وہ</w:t>
      </w:r>
    </w:p>
    <w:p>
      <w:r>
        <w:rPr>
          <w:b/>
        </w:rPr>
        <w:t xml:space="preserve">[07:35] </w:t>
      </w:r>
      <w:r>
        <w:t>mein ne pucha ke</w:t>
      </w:r>
    </w:p>
    <w:p>
      <w:pPr>
        <w:jc w:val="right"/>
      </w:pPr>
      <w:r>
        <w:t>میں نے پوچھا کہ</w:t>
      </w:r>
    </w:p>
    <w:p>
      <w:r>
        <w:rPr>
          <w:b/>
        </w:rPr>
        <w:t xml:space="preserve">[07:42] </w:t>
      </w:r>
      <w:r>
        <w:t>ke quran kab se parh rahe hain aap? unhon ne kaha ke mein 14 saal se isi tarah quran ko daily parhta hoon, 14 saal se, 14 saal se daily safar mein bhi aur jab hazar mein bhi.</w:t>
      </w:r>
    </w:p>
    <w:p>
      <w:pPr>
        <w:jc w:val="right"/>
      </w:pPr>
      <w:r>
        <w:t>کہ قرآن کب سے پڑھ رہے ہیں آپ؟ انہوں نے کہا کہ میں 14 سال سے اسی طرح قرآن کو ڈیلی پڑھتا ہوں، 14 سال سے، 14 سال سے ڈیلی سفر میں بھی اور جب حضر میں بھی۔</w:t>
      </w:r>
    </w:p>
    <w:p>
      <w:r>
        <w:rPr>
          <w:b/>
        </w:rPr>
        <w:t xml:space="preserve">[08:07] </w:t>
      </w:r>
      <w:r>
        <w:t>to mein ne un se ek ek simple sawal kiya ke quran ka khulasa kya hai?</w:t>
      </w:r>
    </w:p>
    <w:p>
      <w:pPr>
        <w:jc w:val="right"/>
      </w:pPr>
      <w:r>
        <w:t>تو میں نے ان سے ایک ایک سمپل سوال کیا کہ قرآن کا خلاصہ کیا ہے؟</w:t>
      </w:r>
    </w:p>
    <w:p>
      <w:r>
        <w:rPr>
          <w:b/>
        </w:rPr>
        <w:t xml:space="preserve">[08:18] </w:t>
      </w:r>
      <w:r>
        <w:t>ye quran jo allah ki kitab hai, is ka khulasa kya hai?</w:t>
      </w:r>
    </w:p>
    <w:p>
      <w:pPr>
        <w:jc w:val="right"/>
      </w:pPr>
      <w:r>
        <w:t>یہ قرآن جو اللہ کی کتاب ہے، اس کا خلاصہ کیا ہے؟</w:t>
      </w:r>
    </w:p>
    <w:p>
      <w:r>
        <w:rPr>
          <w:b/>
        </w:rPr>
        <w:t xml:space="preserve">[08:26] </w:t>
      </w:r>
      <w:r>
        <w:t>to woh quran ka koi khulasa bata na sake,</w:t>
      </w:r>
    </w:p>
    <w:p>
      <w:pPr>
        <w:jc w:val="right"/>
      </w:pPr>
      <w:r>
        <w:t>تو وہ قرآن کا کوئی خلاصہ بتا نہ سکے،</w:t>
      </w:r>
    </w:p>
    <w:p>
      <w:r>
        <w:rPr>
          <w:b/>
        </w:rPr>
        <w:t xml:space="preserve">[08:35] </w:t>
      </w:r>
      <w:r>
        <w:t>yeh bata nahi sake ke quran ka khulasa kya hai. unhon ne jawab, un ka jawab yeh tha ke hum ne is par ghor nahi kiya.</w:t>
      </w:r>
    </w:p>
    <w:p>
      <w:pPr>
        <w:jc w:val="right"/>
      </w:pPr>
      <w:r>
        <w:t>یہ بتا نہیں سکے کہ قرآن کا خلاصہ کیا ہے۔ انہوں نے جواب، ان کا جواب یہ تھا کہ ہم نے اس پر غور نہیں کیا۔</w:t>
      </w:r>
    </w:p>
    <w:p>
      <w:r>
        <w:rPr>
          <w:b/>
        </w:rPr>
        <w:t xml:space="preserve">[08:47] </w:t>
      </w:r>
      <w:r>
        <w:t>ab ghor kijiye</w:t>
      </w:r>
    </w:p>
    <w:p>
      <w:pPr>
        <w:jc w:val="right"/>
      </w:pPr>
      <w:r>
        <w:t>اب غور کیجئے</w:t>
      </w:r>
    </w:p>
    <w:p>
      <w:r>
        <w:rPr>
          <w:b/>
        </w:rPr>
        <w:t xml:space="preserve">[08:52] </w:t>
      </w:r>
      <w:r>
        <w:t>ke quran roz parhte hain aur ghor nahi kiya ke quran ka khulasa kya hai. main samajhta hoon ke sara jo la khair fi kaseer min ajwaa,</w:t>
      </w:r>
    </w:p>
    <w:p>
      <w:pPr>
        <w:jc w:val="right"/>
      </w:pPr>
      <w:r>
        <w:t>کہ قرآن روز پڑھتے ہیں اور غور نہیں کیا کہ قرآن کا خلاصہ کیا ہے۔ میں سمجھتا ہوں کہ سارا جو لا خیر فی کثیر من اجواء،</w:t>
      </w:r>
    </w:p>
    <w:p>
      <w:r>
        <w:rPr>
          <w:b/>
        </w:rPr>
        <w:t xml:space="preserve">[09:08] </w:t>
      </w:r>
      <w:r>
        <w:t>logon ke logon ki baaton mein koi khair nahi, is ka yahi hai ke jo bolte hain us par ghor nahi kiya. unhon ne jo bolte hain us par ghor nahi kiya,</w:t>
      </w:r>
    </w:p>
    <w:p>
      <w:pPr>
        <w:jc w:val="right"/>
      </w:pPr>
      <w:r>
        <w:t>لوگوں کے لوگوں کی باتوں میں کوئی خیر نہیں، اس کا یہی ہے کہ جو بولتے ہیں اس پر غور نہیں کیا۔ انہوں نے جو بولتے ہیں اس پر غور نہیں کیا،</w:t>
      </w:r>
    </w:p>
    <w:p>
      <w:r>
        <w:rPr>
          <w:b/>
        </w:rPr>
        <w:t xml:space="preserve">[09:24] </w:t>
      </w:r>
      <w:r>
        <w:t>bas bol dete hain. kuch jaise jinhon ne yeh kaha ke aap koi quran ka distribution karte hain to seerat ki kitab ko nahi parhte.</w:t>
      </w:r>
    </w:p>
    <w:p>
      <w:pPr>
        <w:jc w:val="right"/>
      </w:pPr>
      <w:r>
        <w:t>بس بول دیتے ہیں۔ کچھ جیسے جنہوں نے یہ کہا کہ آپ کوئی قرآن کا ڈسٹریبیوشن کرتے ہیں تو سیرت کی کتاب کو نہیں پڑھتے۔</w:t>
      </w:r>
    </w:p>
    <w:p>
      <w:r>
        <w:rPr>
          <w:b/>
        </w:rPr>
        <w:t xml:space="preserve">[09:36] </w:t>
      </w:r>
      <w:r>
        <w:t>to yeh sawal to kiya, lekin socha nahi ke is sawal ka matlab kya hai. kyunke jab hum quran ko distribute karte hain to rasool ALLAH ki seerat bhi distribute karte hain.</w:t>
      </w:r>
    </w:p>
    <w:p>
      <w:pPr>
        <w:jc w:val="right"/>
      </w:pPr>
      <w:r>
        <w:t>تو یہ سوال تو کیا، لیکن سوچا نہیں کہ اس سوال کا مطلب کیا ہے۔ کیونکہ جب ہم قرآن کو ڈسٹریبیوٹ کرتے ہیں تو رسول اللہ کی سیرت بھی ڈسٹریبیوٹ کرتے ہیں۔</w:t>
      </w:r>
    </w:p>
    <w:p>
      <w:r>
        <w:rPr>
          <w:b/>
        </w:rPr>
        <w:t xml:space="preserve">[09:51] </w:t>
      </w:r>
      <w:r>
        <w:t>aur khud ulma ke nazdeek ulma ne likha hai ke quran sab se zyada authentic source hai rasool ALLAH ki seerat guzarne ka.</w:t>
      </w:r>
    </w:p>
    <w:p>
      <w:pPr>
        <w:jc w:val="right"/>
      </w:pPr>
      <w:r>
        <w:t>اور خود علماء کے نزدیک علماء نے لکھا ہے کہ قرآن سب سے زیادہ اتھینٹک سورس ہے رسول اللہ کی سیرت گزارنے کا۔</w:t>
      </w:r>
    </w:p>
    <w:p>
      <w:r>
        <w:rPr>
          <w:b/>
        </w:rPr>
        <w:t xml:space="preserve">[10:05] </w:t>
      </w:r>
      <w:r>
        <w:t>misalan dekhiye, ayat hai: "muhammad rasool ALLAH wal zeena ma'ahu ashaddah al kuffar ruhamaa bainahum</w:t>
      </w:r>
    </w:p>
    <w:p>
      <w:pPr>
        <w:jc w:val="right"/>
      </w:pPr>
      <w:r>
        <w:t>مثلاً دیکھیے، آیت ہے: "محمد رسول اللہ والذین معہ اشدہ الکفار رحماء بینہم</w:t>
      </w:r>
    </w:p>
    <w:p>
      <w:r>
        <w:rPr>
          <w:b/>
        </w:rPr>
        <w:t xml:space="preserve">[10:17] </w:t>
      </w:r>
      <w:r>
        <w:t>taraahum rukaan sajdun". yeh seerat hi to hui hai, seerat hi to hui hai.</w:t>
      </w:r>
    </w:p>
    <w:p>
      <w:pPr>
        <w:jc w:val="right"/>
      </w:pPr>
      <w:r>
        <w:t>تراہم رکان سجدن"۔ یہ سیرت ہی تو ہوئی ہے، سیرت ہی تو ہوئی ہے۔</w:t>
      </w:r>
    </w:p>
    <w:p>
      <w:r>
        <w:rPr>
          <w:b/>
        </w:rPr>
        <w:t xml:space="preserve">[10:30] </w:t>
      </w:r>
      <w:r>
        <w:t>misalan dekhiye, kal ek musalman aaye, bohat der tak woh khud hi bolte rahe, main to bola nahi.</w:t>
      </w:r>
    </w:p>
    <w:p>
      <w:pPr>
        <w:jc w:val="right"/>
      </w:pPr>
      <w:r>
        <w:t>مثلاً دیکھیے، کل ایک مسلمان آئے، بہت دیر تک وہ خود ہی بولتے رہے، میں تو بولا نہیں۔</w:t>
      </w:r>
    </w:p>
    <w:p>
      <w:r>
        <w:rPr>
          <w:b/>
        </w:rPr>
        <w:t xml:space="preserve">[10:40] </w:t>
      </w:r>
      <w:r>
        <w:t>aur jo us waqt jo hukmaran party hai india mein, bas us ki burai, us ki burai yeh kar rahe hain, woh kar rahe hain, yeh kar rahe hain, woh kar rahe hain.</w:t>
      </w:r>
    </w:p>
    <w:p>
      <w:pPr>
        <w:jc w:val="right"/>
      </w:pPr>
      <w:r>
        <w:t>اور جو اس وقت جو حکمران پارٹی ہے انڈیا میں، بس اس کی برائی، اس کی برائی یہ کر رہے ہیں، وہ کر رہے ہیں، یہ کر رہے ہیں، وہ کر رہے ہیں۔</w:t>
      </w:r>
    </w:p>
    <w:p>
      <w:r>
        <w:rPr>
          <w:b/>
        </w:rPr>
        <w:t xml:space="preserve">[10:54] </w:t>
      </w:r>
      <w:r>
        <w:t>achha, main yeh soch raha tha ke khud inhi ne yeh apni, is ne kaha ke meri taleem university mein hui hai.</w:t>
      </w:r>
    </w:p>
    <w:p>
      <w:pPr>
        <w:jc w:val="right"/>
      </w:pPr>
      <w:r>
        <w:t>اچھا، میں یہ سوچ رہا تھا کہ خود انہی نے یہ اپنی، اس نے کہا کہ میری تعلیم یونیورسٹی میں ہوئی ہے۔</w:t>
      </w:r>
    </w:p>
    <w:p>
      <w:r>
        <w:rPr>
          <w:b/>
        </w:rPr>
        <w:t xml:space="preserve">[11:04] </w:t>
      </w:r>
      <w:r>
        <w:t>university mein mere aisa saathi jo the, woh is mein hindu bhi the aur bohat achhe taluqat the un se, hamare bohat se taluqat the un se.</w:t>
      </w:r>
    </w:p>
    <w:p>
      <w:pPr>
        <w:jc w:val="right"/>
      </w:pPr>
      <w:r>
        <w:t>یونیورسٹی میں میرے ایسا ساتھی جو تھے، وہ اس میں ہندو بھی تھے اور بہت اچھے تعلقات تھے ان سے، ہمارے بہت سے تعلقات تھے ان سے۔</w:t>
      </w:r>
    </w:p>
    <w:p>
      <w:r>
        <w:rPr>
          <w:b/>
        </w:rPr>
        <w:t xml:space="preserve">[11:18] </w:t>
      </w:r>
      <w:r>
        <w:t>mere ab wahi, wahi, wahi saathi badal gaye hain, wahi saathi.</w:t>
      </w:r>
    </w:p>
    <w:p>
      <w:pPr>
        <w:jc w:val="right"/>
      </w:pPr>
      <w:r>
        <w:t>میرے اب وہی، وہی، وہی ساتھی بدل گئے ہیں، وہی ساتھی۔</w:t>
      </w:r>
    </w:p>
    <w:p>
      <w:r>
        <w:rPr>
          <w:b/>
        </w:rPr>
        <w:t xml:space="preserve">[11:27] </w:t>
      </w:r>
      <w:r>
        <w:t>ab in mein nafrat aa gayi hai, doori ban gayi hai. to bas sochta raha, sochta raha ke unhon ne yeh kaha, aur yeh nahi samajhta kyun aisa kiya, kyun aisa hua.</w:t>
      </w:r>
    </w:p>
    <w:p>
      <w:pPr>
        <w:jc w:val="right"/>
      </w:pPr>
      <w:r>
        <w:t>اب ان میں نفرت آ گئی ہے، دوری بن گئی ہے۔ تو بس سوچتا رہا، سوچتا رہا کہ انہوں نے یہ کہا، اور یہ نہیں سمجھتا کیوں ایسا کیا، کیوں ایسا ہوا۔</w:t>
      </w:r>
    </w:p>
    <w:p>
      <w:r>
        <w:rPr>
          <w:b/>
        </w:rPr>
        <w:t xml:space="preserve">[11:42] </w:t>
      </w:r>
      <w:r>
        <w:t>to la khair fi kaseer min ajwaa, log baatein karte hain lekin samajhte nahi, sochte nahi ke aisa kyun hua. jab hindu naujawan jo un ke saathi the, woh bilkul normal the pehle, to ab kaun si baat ho gayi ke woh normal nahi rahe?</w:t>
      </w:r>
    </w:p>
    <w:p>
      <w:pPr>
        <w:jc w:val="right"/>
      </w:pPr>
      <w:r>
        <w:t>تو لا خیر فی کثیر من اجواء، لوگ باتیں کرتے ہیں لیکن سمجھتے نہیں، سوچتے نہیں کہ ایسا کیوں ہوا۔ جب ہندو نوجوان جو ان کے ساتھی تھے، وہ بالکل نارمل تھے پہلے، تو اب کون سی بات ہو گئی کہ وہ نارمل نہیں رہے؟</w:t>
      </w:r>
    </w:p>
    <w:p>
      <w:r>
        <w:rPr>
          <w:b/>
        </w:rPr>
        <w:t xml:space="preserve">[12:03] </w:t>
      </w:r>
      <w:r>
        <w:t>to main ne socha ke agar woh ghor karein, ghor karte</w:t>
      </w:r>
    </w:p>
    <w:p>
      <w:pPr>
        <w:jc w:val="right"/>
      </w:pPr>
      <w:r>
        <w:t>تو میں نے سوچا کہ اگر وہ غور کریں، غور کرتے</w:t>
      </w:r>
    </w:p>
    <w:p>
      <w:r>
        <w:rPr>
          <w:b/>
        </w:rPr>
        <w:t xml:space="preserve">[12:12] </w:t>
      </w:r>
      <w:r>
        <w:t>to woh sochte hain ke pichhle kai saal se saare musalman, poore india ke musalman ek hi baat bolte the:</w:t>
      </w:r>
    </w:p>
    <w:p>
      <w:pPr>
        <w:jc w:val="right"/>
      </w:pPr>
      <w:r>
        <w:t>تو وہ سوچتے ہیں کہ پچھلے کئی سال سے سارے مسلمان، پورے انڈیا کے مسلمان ایک ہی بات بولتے تھے:</w:t>
      </w:r>
    </w:p>
    <w:p>
      <w:r>
        <w:rPr>
          <w:b/>
        </w:rPr>
        <w:t xml:space="preserve">[12:26] </w:t>
      </w:r>
      <w:r>
        <w:t>"humain election mein hind bjp ko harana hai, humain election mein bjp ko harana hai, bas harana hai, harana hai, harana hai." sab to aap jante hain ke newton ka formula hai ke har action ka ek reaction hota hai,</w:t>
      </w:r>
    </w:p>
    <w:p>
      <w:pPr>
        <w:jc w:val="right"/>
      </w:pPr>
      <w:r>
        <w:t>"ہمیں الیکشن میں ہند بی جی پی کو ہرانا ہے، ہمیں الیکشن میں بی جی پی کو ہرانا ہے، بس ہرانا ہے، ہرانا ہے، ہرانا ہے۔" سب تو آپ جانتے ہیں کہ نیوٹن کا فارمولا ہے کہ ہر ایکشن کا ایک ری ایکشن ہوتا ہے،</w:t>
      </w:r>
    </w:p>
    <w:p>
      <w:r>
        <w:rPr>
          <w:b/>
        </w:rPr>
        <w:t xml:space="preserve">[12:53] </w:t>
      </w:r>
      <w:r>
        <w:t>har action ka ek reaction hota hai. yeh usool madi duniya ke liye bhi hai aur insaan ki duniya ke liye bhi hai.</w:t>
      </w:r>
    </w:p>
    <w:p>
      <w:pPr>
        <w:jc w:val="right"/>
      </w:pPr>
      <w:r>
        <w:t>ہر ایکشن کا ایک ری ایکشن ہوتا ہے۔ یہ اصول مادی دنیا کے لیے بھی ہے اور انسان کی دنیا کے لیے بھی ہے۔</w:t>
      </w:r>
    </w:p>
    <w:p>
      <w:r>
        <w:rPr>
          <w:b/>
        </w:rPr>
        <w:t xml:space="preserve">[13:04] </w:t>
      </w:r>
      <w:r>
        <w:t>ab saare musalman jab mil kar yeh likhein ya yeh bolein ke humain bjp ko harana hai, bjp kya hai?</w:t>
      </w:r>
    </w:p>
    <w:p>
      <w:pPr>
        <w:jc w:val="right"/>
      </w:pPr>
      <w:r>
        <w:t>اب سارے مسلمان جب مل کر یہ لکھیں یا یہ بولیں کہ ہمیں بی جی پی کو ہرانا ہے، بی جی پی کیا ہے؟</w:t>
      </w:r>
    </w:p>
    <w:p>
      <w:r>
        <w:rPr>
          <w:b/>
        </w:rPr>
        <w:t xml:space="preserve">[13:14] </w:t>
      </w:r>
      <w:r>
        <w:t>bjp hamari hindu party, yaani amal'an is ka matlab hai humain hindu party ko harana hai.</w:t>
      </w:r>
    </w:p>
    <w:p>
      <w:pPr>
        <w:jc w:val="right"/>
      </w:pPr>
      <w:r>
        <w:t>بی جی پی ہماری ہندو پارٹی، یعنی عملاً اس کا مطلب ہے ہمیں ہندو پارٹی کو ہرانا ہے۔</w:t>
      </w:r>
    </w:p>
    <w:p>
      <w:r>
        <w:rPr>
          <w:b/>
        </w:rPr>
        <w:t xml:space="preserve">[13:24] </w:t>
      </w:r>
      <w:r>
        <w:t>to kya aap samajhte hain ke is is ka reaction nahi hoga?</w:t>
      </w:r>
    </w:p>
    <w:p>
      <w:pPr>
        <w:jc w:val="right"/>
      </w:pPr>
      <w:r>
        <w:t>تو کیا آپ سمجھتے ہیں کہ اس اس کا ری ایکشن نہیں ہوگا؟</w:t>
      </w:r>
    </w:p>
    <w:p>
      <w:r>
        <w:rPr>
          <w:b/>
        </w:rPr>
        <w:t xml:space="preserve">[13:30] </w:t>
      </w:r>
      <w:r>
        <w:t>aap yeh kahenge ke humain hindu party ko harana hai, idhar reaction yeh hoga ke humain hindu party ko jitana hai, jitana hai. yeh reaction hoga to idhar hoga ke humain hindu party ko harana hai, idhar hoga ke humain hindu party ko ko jitana hai.</w:t>
      </w:r>
    </w:p>
    <w:p>
      <w:pPr>
        <w:jc w:val="right"/>
      </w:pPr>
      <w:r>
        <w:t>آپ یہ کہیں گے کہ ہمیں ہندو پارٹی کو ہرانا ہے، ادھر ری ایکشن یہ ہوگا کہ ہمیں ہندو پارٹی کو جتانا ہے، جتانا ہے۔ یہ ری ایکشن ہوگا تو ادھر ہوگا کہ ہمیں ہندو پارٹی کو ہرانا ہے، ادھر ہوگا کہ ہمیں ہندو پارٹی کو کو جتانا ہے۔</w:t>
      </w:r>
    </w:p>
    <w:p>
      <w:r>
        <w:rPr>
          <w:b/>
        </w:rPr>
        <w:t xml:space="preserve">[13:50] </w:t>
      </w:r>
      <w:r>
        <w:t>aur yahi hua, sari seat jo hai wahi party le gayi jo party musalmanon ko favor karti thi, woh sab ke sab haar gaye.</w:t>
      </w:r>
    </w:p>
    <w:p>
      <w:pPr>
        <w:jc w:val="right"/>
      </w:pPr>
      <w:r>
        <w:t>اور یہی ہوا، ساری سیٹ جو ہے وہی پارٹی لے گئی جو پارٹی مسلمانوں کو فیور کرتی تھی، وہ سب کے سب ہار گئی۔</w:t>
      </w:r>
    </w:p>
    <w:p>
      <w:r>
        <w:rPr>
          <w:b/>
        </w:rPr>
        <w:t xml:space="preserve">[14:09] </w:t>
      </w:r>
      <w:r>
        <w:t>to is ke mani ke yeh jo keh rahe the woh ke ab hamare student badal gaye hain, yani hindu student,</w:t>
      </w:r>
    </w:p>
    <w:p>
      <w:pPr>
        <w:jc w:val="right"/>
      </w:pPr>
      <w:r>
        <w:t>تو اس کے معنی کہ یہ جو کہہ رہے تھے وہ کہ اب ہمارے سٹوڈنٹ بدل گئے ہیں، یعنی ہندو سٹوڈنٹ،</w:t>
      </w:r>
    </w:p>
    <w:p>
      <w:r>
        <w:rPr>
          <w:b/>
        </w:rPr>
        <w:t xml:space="preserve">[14:25] </w:t>
      </w:r>
      <w:r>
        <w:t>hindu student badal gaye hain. to yeh nahi socha unhon ne kehne karte hue ke aisa hua kyun?</w:t>
      </w:r>
    </w:p>
    <w:p>
      <w:pPr>
        <w:jc w:val="right"/>
      </w:pPr>
      <w:r>
        <w:t>ہندو سٹوڈنٹ بدل گئے ہیں۔ تو یہ نہیں سوچا انہوں نے کہنے کرتے ہوئے کہ ایسا ہوا کیوں؟</w:t>
      </w:r>
    </w:p>
    <w:p>
      <w:r>
        <w:rPr>
          <w:b/>
        </w:rPr>
        <w:t xml:space="preserve">[14:38] </w:t>
      </w:r>
      <w:r>
        <w:t>aisa hua kyun? isi mulk mein ek waqt tha ke supreme court ka chief justice musalman tha, isi mulk mein ek waqt tha ke president of India musalman tha,</w:t>
      </w:r>
    </w:p>
    <w:p>
      <w:pPr>
        <w:jc w:val="right"/>
      </w:pPr>
      <w:r>
        <w:t>ایسا ہوا کیوں؟ اسی ملک میں ایک وقت تھا کہ سپریم کورٹ کا چیف جسٹس مسلمان تھا، اسی ملک میں ایک وقت تھا کہ پریزیڈنٹ آف انڈیا مسلمان تھا،</w:t>
      </w:r>
    </w:p>
    <w:p>
      <w:r>
        <w:rPr>
          <w:b/>
        </w:rPr>
        <w:t xml:space="preserve">[14:53] </w:t>
      </w:r>
      <w:r>
        <w:t>isi mulk mein waqt tha ke kai governor musalman the, aur bohat si baatain. to ab sab saaf ho gaya.</w:t>
      </w:r>
    </w:p>
    <w:p>
      <w:pPr>
        <w:jc w:val="right"/>
      </w:pPr>
      <w:r>
        <w:t>اسی ملک میں وقت تھا کہ کئی گورنر مسلمان تھے، اور بہت سی باتیں۔ تو اب سب صاف ہو گیا۔</w:t>
      </w:r>
    </w:p>
    <w:p>
      <w:r>
        <w:rPr>
          <w:b/>
        </w:rPr>
        <w:t xml:space="preserve">[15:06] </w:t>
      </w:r>
      <w:r>
        <w:t>to yeh yeh sochna chahiye ke jab isi mulk mein aisa tha to ab aisa kyun ho gaya? jab college ke talba hamare dost the,</w:t>
      </w:r>
    </w:p>
    <w:p>
      <w:pPr>
        <w:jc w:val="right"/>
      </w:pPr>
      <w:r>
        <w:t>تو یہ یہ سوچنا چاہیے کہ جب اسی ملک میں ایسا تھا تو اب ایسا کیوں ہو گیا؟ جب کالج کے طلباء ہمارے دوست تھے،</w:t>
      </w:r>
    </w:p>
    <w:p>
      <w:r>
        <w:rPr>
          <w:b/>
        </w:rPr>
        <w:t xml:space="preserve">[15:20] </w:t>
      </w:r>
      <w:r>
        <w:t>hindu musalman nahi tha, to ab kyun ho gaya? bas shikayat, shikayat karein, shikayat kar rahe hain, aur aisa kyun hua?</w:t>
      </w:r>
    </w:p>
    <w:p>
      <w:pPr>
        <w:jc w:val="right"/>
      </w:pPr>
      <w:r>
        <w:t>ہندو مسلمان نہیں تھا، تو اب کیوں ہو گیا؟ بس شکایت، شکایت کریں، شکایت کر رہے ہیں، اور ایسا کیوں ہوا؟</w:t>
      </w:r>
    </w:p>
    <w:p>
      <w:r>
        <w:rPr>
          <w:b/>
        </w:rPr>
        <w:t xml:space="preserve">[15:29] </w:t>
      </w:r>
      <w:r>
        <w:t>yeh nahi soch rahe hain. yahi yahi hai quran mein: la khair fi kaseer min ajwaa, yahi hai. bas bolna baghair soche samjhe.</w:t>
      </w:r>
    </w:p>
    <w:p>
      <w:pPr>
        <w:jc w:val="right"/>
      </w:pPr>
      <w:r>
        <w:t>یہ نہیں سوچ رہے ہیں۔ یہی یہی ہے قرآن میں: لا خیر فی کثیر من اجواء، یہی ہے۔ بس بولنا بغیر سوچے سمجھے۔</w:t>
      </w:r>
    </w:p>
    <w:p>
      <w:r>
        <w:rPr>
          <w:b/>
        </w:rPr>
        <w:t xml:space="preserve">[15:43] </w:t>
      </w:r>
      <w:r>
        <w:t>to jab musalmanon ne mil kar yeh policy banai</w:t>
      </w:r>
    </w:p>
    <w:p>
      <w:pPr>
        <w:jc w:val="right"/>
      </w:pPr>
      <w:r>
        <w:t>تو جب مسلمانوں نے مل کر یہ پالیسی بنائی</w:t>
      </w:r>
    </w:p>
    <w:p>
      <w:r>
        <w:rPr>
          <w:b/>
        </w:rPr>
        <w:t xml:space="preserve">[15:48] </w:t>
      </w:r>
      <w:r>
        <w:t>ke humein election mein</w:t>
      </w:r>
    </w:p>
    <w:p>
      <w:pPr>
        <w:jc w:val="right"/>
      </w:pPr>
      <w:r>
        <w:t>کہ ہمیں الیکشن میں</w:t>
      </w:r>
    </w:p>
    <w:p>
      <w:r>
        <w:rPr>
          <w:b/>
        </w:rPr>
        <w:t xml:space="preserve">[15:51] </w:t>
      </w:r>
      <w:r>
        <w:t>BJP ko harana hai, to unhein sochna chahiye tha, unhein sochna chahiye tha, unhein sochna chahiye</w:t>
      </w:r>
    </w:p>
    <w:p>
      <w:pPr>
        <w:jc w:val="right"/>
      </w:pPr>
      <w:r>
        <w:t>بی جے پی کو ہرانا ہے، تو انہیں سوچنا چاہیے تھا، انہیں سوچنا چاہیے تھا، انہیں سوچنا چاہیے</w:t>
      </w:r>
    </w:p>
    <w:p>
      <w:r>
        <w:rPr>
          <w:b/>
        </w:rPr>
        <w:t xml:space="preserve">[15:58] </w:t>
      </w:r>
      <w:r>
        <w:t>tha ke amalan</w:t>
      </w:r>
    </w:p>
    <w:p>
      <w:pPr>
        <w:jc w:val="right"/>
      </w:pPr>
      <w:r>
        <w:t>تھا کہ عملاً</w:t>
      </w:r>
    </w:p>
    <w:p>
      <w:r>
        <w:rPr>
          <w:b/>
        </w:rPr>
        <w:t xml:space="preserve">[16:01] </w:t>
      </w:r>
      <w:r>
        <w:t>iska matlab banega ke doosri</w:t>
      </w:r>
    </w:p>
    <w:p>
      <w:pPr>
        <w:jc w:val="right"/>
      </w:pPr>
      <w:r>
        <w:t>اس کا مطلب بنے گا کہ دوسری</w:t>
      </w:r>
    </w:p>
    <w:p>
      <w:r>
        <w:rPr>
          <w:b/>
        </w:rPr>
        <w:t xml:space="preserve">[16:05] </w:t>
      </w:r>
      <w:r>
        <w:t>doosra group yeh soche ke musalmanon ne faisla kiya ke humein Hindu ko harana hai, Hindu ko harana</w:t>
      </w:r>
    </w:p>
    <w:p>
      <w:pPr>
        <w:jc w:val="right"/>
      </w:pPr>
      <w:r>
        <w:t>دوسرا گروپ یہ سوچے کہ مسلمانوں نے فیصلہ کیا کہ ہمیں ہندو کو ہرانا ہے، ہندو کو ہرانا</w:t>
      </w:r>
    </w:p>
    <w:p>
      <w:r>
        <w:rPr>
          <w:b/>
        </w:rPr>
        <w:t xml:space="preserve">[16:12] </w:t>
      </w:r>
      <w:r>
        <w:t>hai.</w:t>
      </w:r>
    </w:p>
    <w:p>
      <w:pPr>
        <w:jc w:val="right"/>
      </w:pPr>
      <w:r>
        <w:t>ہے۔</w:t>
      </w:r>
    </w:p>
    <w:p>
      <w:r>
        <w:rPr>
          <w:b/>
        </w:rPr>
        <w:t xml:space="preserve">[16:14] </w:t>
      </w:r>
      <w:r>
        <w:t>to phir kya hoga? newton ke usool ke mutabiq un ki taraf kaha gaya: hamein hindu ko jitana hai, jitana hai, hum ke hindu ko jitana hai.</w:t>
      </w:r>
    </w:p>
    <w:p>
      <w:pPr>
        <w:jc w:val="right"/>
      </w:pPr>
      <w:r>
        <w:t>تو پھر کیا ہوگا؟ نیوٹن کے اصول کے مطابق ان کی طرف کہا گیا: ہمیں ہندو کو جتانا ہے، جتانا ہے، ہم کے ہندو کو جتانا ہے۔</w:t>
      </w:r>
    </w:p>
    <w:p>
      <w:r>
        <w:rPr>
          <w:b/>
        </w:rPr>
        <w:t xml:space="preserve">[16:28] </w:t>
      </w:r>
      <w:r>
        <w:t>to is ke mani ke jo hua woh khud musalmanon ki apni ghalat policy ki nateeje mein hua, jo hua woh musalmanon ki khud apni ghalat policy ki nateeje mein hua.</w:t>
      </w:r>
    </w:p>
    <w:p>
      <w:pPr>
        <w:jc w:val="right"/>
      </w:pPr>
      <w:r>
        <w:t>تو اس کے معنی کہ جو ہوا وہ خود مسلمانوں کی اپنی غلط پالیسی کی نتیجے میں ہوا، جو ہوا وہ مسلمانوں کی خود اپنی غلط پالیسی کی نتیجے میں ہوا۔</w:t>
      </w:r>
    </w:p>
    <w:p>
      <w:r>
        <w:rPr>
          <w:b/>
        </w:rPr>
        <w:t xml:space="preserve">[16:45] </w:t>
      </w:r>
      <w:r>
        <w:t>aur jo quran mein maujood hai, yeh usool</w:t>
      </w:r>
    </w:p>
    <w:p>
      <w:pPr>
        <w:jc w:val="right"/>
      </w:pPr>
      <w:r>
        <w:t>اور جو قرآن میں موجود ہے، یہ اصول</w:t>
      </w:r>
    </w:p>
    <w:p>
      <w:r>
        <w:rPr>
          <w:b/>
        </w:rPr>
        <w:t xml:space="preserve">[16:54] </w:t>
      </w:r>
      <w:r>
        <w:t>woh kya ayat hai? ke "turad alaikum innaha illa aamaalukum". "turad alaikum" kya alfaaz hain?</w:t>
      </w:r>
    </w:p>
    <w:p>
      <w:pPr>
        <w:jc w:val="right"/>
      </w:pPr>
      <w:r>
        <w:t>وہ کیا آیت ہے؟ کہ "ترد علیکم ان انہا الا اعمالکم"۔ "ترد علیکم" کیا الفاظ ہیں؟</w:t>
      </w:r>
    </w:p>
    <w:p>
      <w:r>
        <w:rPr>
          <w:b/>
        </w:rPr>
        <w:t xml:space="preserve">[17:10] </w:t>
      </w:r>
      <w:r>
        <w:t>"innaha illa aamaalukum". "turad alaikum" yeh tumhare hi aamaal hain jo tum ko lota ja rahe hain. yeh usool dunya mein bhi hai, usool aakhirat mein bhi hai.</w:t>
      </w:r>
    </w:p>
    <w:p>
      <w:pPr>
        <w:jc w:val="right"/>
      </w:pPr>
      <w:r>
        <w:t>"انہا الا اعمالکم"۔ "ترد علیکم" یہ تمہارے ہی اعمال ہیں جو تم کو لوٹا جا رہے ہیں۔ یہ اصول دنیا میں بھی ہے، اصول آخرت میں بھی ہے۔</w:t>
      </w:r>
    </w:p>
    <w:p>
      <w:r>
        <w:rPr>
          <w:b/>
        </w:rPr>
        <w:t xml:space="preserve">[17:25] </w:t>
      </w:r>
      <w:r>
        <w:t>to hadith mein jo aaya hai ke "tazhab anhum", un ki aqlein un se chhin jayengi, aqlein chhin jayengi.</w:t>
      </w:r>
    </w:p>
    <w:p>
      <w:pPr>
        <w:jc w:val="right"/>
      </w:pPr>
      <w:r>
        <w:t>تو حدیث میں جو آیا ہے کہ "تذہب عنہم"، ان کی عقلیں ان سے چھن جائیں گی، عقلیں چھن جائیں گی۔</w:t>
      </w:r>
    </w:p>
    <w:p>
      <w:r>
        <w:rPr>
          <w:b/>
        </w:rPr>
        <w:t xml:space="preserve">[17:35] </w:t>
      </w:r>
      <w:r>
        <w:t>to yahi to hai, yahi hai.</w:t>
      </w:r>
    </w:p>
    <w:p>
      <w:pPr>
        <w:jc w:val="right"/>
      </w:pPr>
      <w:r>
        <w:t>تو یہی تو ہے، یہی ہے۔</w:t>
      </w:r>
    </w:p>
    <w:p>
      <w:r>
        <w:rPr>
          <w:b/>
        </w:rPr>
        <w:t xml:space="preserve">[17:42] </w:t>
      </w:r>
      <w:r>
        <w:t>bolenge baghair tabdeel bole,</w:t>
      </w:r>
    </w:p>
    <w:p>
      <w:pPr>
        <w:jc w:val="right"/>
      </w:pPr>
      <w:r>
        <w:t>بولیں گے بغیر تبدیل بولے،</w:t>
      </w:r>
    </w:p>
    <w:p>
      <w:r>
        <w:rPr>
          <w:b/>
        </w:rPr>
        <w:t xml:space="preserve">[17:47] </w:t>
      </w:r>
      <w:r>
        <w:t>yani jab is dunya mein jo allah ne banai hai, aur Newton ne is ko daryaft kiya, aur sare log mante hain ke is dunya mein ka usool hai: har action ka ek reaction.</w:t>
      </w:r>
    </w:p>
    <w:p>
      <w:pPr>
        <w:jc w:val="right"/>
      </w:pPr>
      <w:r>
        <w:t>یعنی جب اس دنیا میں جو اللہ نے بنائی ہے، اور نیوٹن کو نے اس کو دریافت کیا، اور سارے لوگ مانتے ہیں کہ اس دنیا میں کا اصول ہے: ہر ایکشن کا ایک ری ایکشن۔</w:t>
      </w:r>
    </w:p>
    <w:p>
      <w:r>
        <w:rPr>
          <w:b/>
        </w:rPr>
        <w:t xml:space="preserve">[18:02] </w:t>
      </w:r>
      <w:r>
        <w:t>yeh usool hai, yeh badal badal nahi sakta kyunke khaliq ne muqarrar kiya hai. yeh usool hai: har action ka reaction.</w:t>
      </w:r>
    </w:p>
    <w:p>
      <w:pPr>
        <w:jc w:val="right"/>
      </w:pPr>
      <w:r>
        <w:t>یہ اصول ہے، یہ بدل بدل نہیں سکتا کیونکہ خالق نے مقرر کیا ہے۔ یہ اصول ہے: ہر ایکشن کا ری ایکشن۔</w:t>
      </w:r>
    </w:p>
    <w:p>
      <w:r>
        <w:rPr>
          <w:b/>
        </w:rPr>
        <w:t xml:space="preserve">[18:13] </w:t>
      </w:r>
      <w:r>
        <w:t>aur phir yeh bhi hadith ke mutabiq: "innama aamaalukum turad alaikum". "innama aamaalukum turad alaikum" yeh tumhare hi amal hain jo tumhare sath lotaye ja rahe hain.</w:t>
      </w:r>
    </w:p>
    <w:p>
      <w:pPr>
        <w:jc w:val="right"/>
      </w:pPr>
      <w:r>
        <w:t>اور پھر یہ بھی حدیث کے مطابق: "انما اعمالکم ترد علیکم"۔ "انما اعمالکم ترد علیکم" یہ تمہارے ہی عمل ہیں جو تمہارے ساتھ لوٹائے جا رہے ہیں۔</w:t>
      </w:r>
    </w:p>
    <w:p>
      <w:r>
        <w:rPr>
          <w:b/>
        </w:rPr>
        <w:t xml:space="preserve">[18:31] </w:t>
      </w:r>
      <w:r>
        <w:t>to election ke baad jo musalmanon ke sath pesh aaya hai, woh musalmanon ka amal hai jo lota un ki taraf.</w:t>
      </w:r>
    </w:p>
    <w:p>
      <w:pPr>
        <w:jc w:val="right"/>
      </w:pPr>
      <w:r>
        <w:t>تو الیکشن کے بعد جو مسلمانوں کے ساتھ پیش آیا ہے، وہ مسلمانوں کا عمل ہے جو لوٹا ان کی طرف۔</w:t>
      </w:r>
    </w:p>
    <w:p>
      <w:r>
        <w:rPr>
          <w:b/>
        </w:rPr>
        <w:t xml:space="preserve">[18:40] </w:t>
      </w:r>
      <w:r>
        <w:t>yeh koi sochta nahi, baghair soche bolna. to yeh jo sawal kiya tha kisi ne ke aap quran to padhte hain, seerat rasool ko nahi padhte, baghair soche.</w:t>
      </w:r>
    </w:p>
    <w:p>
      <w:pPr>
        <w:jc w:val="right"/>
      </w:pPr>
      <w:r>
        <w:t>یہ کوئی سوچتا نہیں، بغیر سوچے بولنا۔ تو یہ جو سوال کیا تھا کسی نے کہ آپ قرآن تو پڑھتے ہیں، سیرت رسول کو نہیں پڑھتے، بغیر سوچے۔</w:t>
      </w:r>
    </w:p>
    <w:p>
      <w:r>
        <w:rPr>
          <w:b/>
        </w:rPr>
        <w:t xml:space="preserve">[18:55] </w:t>
      </w:r>
      <w:r>
        <w:t>agar woh is se pehle sochte to quran to apne aap shamil hai hadith seerat rasool mein. sara quran seerat rasool hai, khud ulma ke kehne ke mutabiq.</w:t>
      </w:r>
    </w:p>
    <w:p>
      <w:pPr>
        <w:jc w:val="right"/>
      </w:pPr>
      <w:r>
        <w:t>اگر وہ اس سے پہلے سوچتے تو قرآن تو اپنے آپ شامل ہے حدیث سیرت رسول میں۔ سارا قرآن سیرت رسول ہے، خود علماء کے کہنے کے مطابق۔</w:t>
      </w:r>
    </w:p>
    <w:p>
      <w:r>
        <w:rPr>
          <w:b/>
        </w:rPr>
        <w:t xml:space="preserve">[19:13] </w:t>
      </w:r>
      <w:r>
        <w:t>to kaisi ajeeb baat hai,</w:t>
      </w:r>
    </w:p>
    <w:p>
      <w:pPr>
        <w:jc w:val="right"/>
      </w:pPr>
      <w:r>
        <w:t>تو کیسی عجیب بات ہے،</w:t>
      </w:r>
    </w:p>
    <w:p>
      <w:r>
        <w:rPr>
          <w:b/>
        </w:rPr>
        <w:t xml:space="preserve">[19:18] </w:t>
      </w:r>
      <w:r>
        <w:t>kaisi ajeeb baat hai</w:t>
      </w:r>
    </w:p>
    <w:p>
      <w:pPr>
        <w:jc w:val="right"/>
      </w:pPr>
      <w:r>
        <w:t>کیسی عجیب بات ہے</w:t>
      </w:r>
    </w:p>
    <w:p>
      <w:r>
        <w:rPr>
          <w:b/>
        </w:rPr>
        <w:t xml:space="preserve">[19:19] </w:t>
      </w:r>
      <w:r>
        <w:t>! har a'maal, har maamle mein yahi ho raha hai. har maamle mein. jaise ek saahab ne jo America mein rehte hain,</w:t>
      </w:r>
    </w:p>
    <w:p>
      <w:pPr>
        <w:jc w:val="right"/>
      </w:pPr>
      <w:r>
        <w:t>! ہر اعمال، ہر معاملے میں یہی ہو رہا ہے۔ ہر معاملے میں۔ جیسے ایک صاحب نے جو امریکہ میں رہتے ہیں،</w:t>
      </w:r>
    </w:p>
    <w:p>
      <w:r>
        <w:rPr>
          <w:b/>
        </w:rPr>
        <w:t xml:space="preserve">[19:32] </w:t>
      </w:r>
      <w:r>
        <w:t>kaha:</w:t>
      </w:r>
    </w:p>
    <w:p>
      <w:pPr>
        <w:jc w:val="right"/>
      </w:pPr>
      <w:r>
        <w:t>کہا:</w:t>
      </w:r>
    </w:p>
    <w:p>
      <w:r>
        <w:rPr>
          <w:b/>
        </w:rPr>
        <w:t xml:space="preserve">[19:36] </w:t>
      </w:r>
      <w:r>
        <w:t>"America mein rehte hain baqaida". unhon ne kaha ke "nine eleven" se pehle America mein musalman bilkul normal tareeqe se rehte the, un ke saath kuch bhi nahi kiya</w:t>
      </w:r>
    </w:p>
    <w:p>
      <w:pPr>
        <w:jc w:val="right"/>
      </w:pPr>
      <w:r>
        <w:t>"امریکہ میں رہتے ہیں باقاعدہ"۔ انہوں نے کہا کہ "نائن الیون" سے پہلے امریکہ میں مسلمان بالکل نارمل طریقے سے رہتے تھے، ان کے ساتھ کچھ بھی نہیں کیا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