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Positive Mind 3 Aug 2019 - Maulana Wahiduddin Khan</w:t>
      </w:r>
    </w:p>
    <w:p>
      <w:r>
        <w:t>https://www.youtube.com/watch?v=xas4D5O0aMc</w:t>
      </w:r>
    </w:p>
    <w:p>
      <w:r>
        <w:rPr>
          <w:b/>
        </w:rPr>
        <w:t xml:space="preserve">[00:13] </w:t>
      </w:r>
      <w:r>
        <w:t>Bismillah Rehman ur Rahim, wa Sallallahu 'ala Nabiyyil Karim. 3 August</w:t>
      </w:r>
    </w:p>
    <w:p>
      <w:pPr>
        <w:jc w:val="right"/>
      </w:pPr>
      <w:r>
        <w:t>بسم اللہ الرحمن الرحیم، وصلی اللہ علی نبی الکریم۔ 3 اگست</w:t>
      </w:r>
    </w:p>
    <w:p>
      <w:r>
        <w:rPr>
          <w:b/>
        </w:rPr>
        <w:t xml:space="preserve">[00:26] </w:t>
      </w:r>
      <w:r>
        <w:t>2019.</w:t>
      </w:r>
    </w:p>
    <w:p>
      <w:pPr>
        <w:jc w:val="right"/>
      </w:pPr>
      <w:r>
        <w:t>2019۔</w:t>
      </w:r>
    </w:p>
    <w:p>
      <w:r>
        <w:rPr>
          <w:b/>
        </w:rPr>
        <w:t xml:space="preserve">[00:35] </w:t>
      </w:r>
      <w:r>
        <w:t>mein samajhta hoon ke zindagi ka sab se bara formula hope hai, hope.</w:t>
      </w:r>
    </w:p>
    <w:p>
      <w:pPr>
        <w:jc w:val="right"/>
      </w:pPr>
      <w:r>
        <w:t>میں سمجھتا ہوں کہ زندگی کا سب سے بڑا فارمولا ہوپ ہے، ہوپ۔</w:t>
      </w:r>
    </w:p>
    <w:p>
      <w:r>
        <w:rPr>
          <w:b/>
        </w:rPr>
        <w:t xml:space="preserve">[00:46] </w:t>
      </w:r>
      <w:r>
        <w:t>sab se bara formula. aap ko kuch aur karna na aata ho to hopeful ban jaiye.</w:t>
      </w:r>
    </w:p>
    <w:p>
      <w:pPr>
        <w:jc w:val="right"/>
      </w:pPr>
      <w:r>
        <w:t>سب سے بڑا فارمولا۔ آپ کو کچھ اور کرنا نہ آتا ہو تو ہوپ فل بن جائیے۔</w:t>
      </w:r>
    </w:p>
    <w:p>
      <w:r>
        <w:rPr>
          <w:b/>
        </w:rPr>
        <w:t xml:space="preserve">[00:57] </w:t>
      </w:r>
      <w:r>
        <w:t>kyun ke dekhiye, yeh duniya jo hai</w:t>
      </w:r>
    </w:p>
    <w:p>
      <w:pPr>
        <w:jc w:val="right"/>
      </w:pPr>
      <w:r>
        <w:t>کیونکہ دیکھیے، یہ دنیا جو ہے</w:t>
      </w:r>
    </w:p>
    <w:p>
      <w:r>
        <w:rPr>
          <w:b/>
        </w:rPr>
        <w:t xml:space="preserve">[01:06] </w:t>
      </w:r>
      <w:r>
        <w:t>ek revolve kar rahi hai, subah shaam. kidhar se kidhar,</w:t>
      </w:r>
    </w:p>
    <w:p>
      <w:pPr>
        <w:jc w:val="right"/>
      </w:pPr>
      <w:r>
        <w:t>ایک ریوالو کر رہی ہے، صبح شام۔ کدھر سے کدھر،</w:t>
      </w:r>
    </w:p>
    <w:p>
      <w:r>
        <w:rPr>
          <w:b/>
        </w:rPr>
        <w:t xml:space="preserve">[01:14] </w:t>
      </w:r>
      <w:r>
        <w:t>negativity se, yaani problem se solution ki taraf.</w:t>
      </w:r>
    </w:p>
    <w:p>
      <w:pPr>
        <w:jc w:val="right"/>
      </w:pPr>
      <w:r>
        <w:t>نیگیٹیوٹی سے، یعنی پرابلم سے سولیوشن کی طرف۔</w:t>
      </w:r>
    </w:p>
    <w:p>
      <w:r>
        <w:rPr>
          <w:b/>
        </w:rPr>
        <w:t xml:space="preserve">[01:22] </w:t>
      </w:r>
      <w:r>
        <w:t>duniya har har lamha problem se solution ki taraf chal rahi hai.</w:t>
      </w:r>
    </w:p>
    <w:p>
      <w:pPr>
        <w:jc w:val="right"/>
      </w:pPr>
      <w:r>
        <w:t>دنیا ہر ہر لمحہ پرابلم سے سولیوشن کی طرف چل رہی ہے۔</w:t>
      </w:r>
    </w:p>
    <w:p>
      <w:r>
        <w:rPr>
          <w:b/>
        </w:rPr>
        <w:t xml:space="preserve">[01:39] </w:t>
      </w:r>
      <w:r>
        <w:t>yeh rozana ka hamara tajruba hai. yaani morning, phir evening.</w:t>
      </w:r>
    </w:p>
    <w:p>
      <w:pPr>
        <w:jc w:val="right"/>
      </w:pPr>
      <w:r>
        <w:t>یہ روزانہ کا ہمارا تجربہ ہے۔ یعنی مارننگ، پھر ایوننگ۔</w:t>
      </w:r>
    </w:p>
    <w:p>
      <w:r>
        <w:rPr>
          <w:b/>
        </w:rPr>
        <w:t xml:space="preserve">[01:49] </w:t>
      </w:r>
      <w:r>
        <w:t>morning, phir evening. subah, phir raat. yeh jo rozana ka yeh</w:t>
      </w:r>
    </w:p>
    <w:p>
      <w:pPr>
        <w:jc w:val="right"/>
      </w:pPr>
      <w:r>
        <w:t>مارننگ، پھر ایوننگ۔ صبح، پھر رات۔ یہ جو روزانہ کا یہ</w:t>
      </w:r>
    </w:p>
    <w:p>
      <w:r>
        <w:rPr>
          <w:b/>
        </w:rPr>
        <w:t xml:space="preserve">[02:03] </w:t>
      </w:r>
      <w:r>
        <w:t>tajruba hai, yeh ek daily lesson hai, daily lesson hai.</w:t>
      </w:r>
    </w:p>
    <w:p>
      <w:pPr>
        <w:jc w:val="right"/>
      </w:pPr>
      <w:r>
        <w:t>تجربہ ہے، یہ ایک ڈیلی لیسن ہے، ڈیلی لیسن ہے۔</w:t>
      </w:r>
    </w:p>
    <w:p>
      <w:r>
        <w:rPr>
          <w:b/>
        </w:rPr>
        <w:t xml:space="preserve">[02:18] </w:t>
      </w:r>
      <w:r>
        <w:t>agar aap ko kuch nahi aata karna to bas intezaar kijiye.</w:t>
      </w:r>
    </w:p>
    <w:p>
      <w:pPr>
        <w:jc w:val="right"/>
      </w:pPr>
      <w:r>
        <w:t>اگر آپ کو کچھ نہیں آتا کرنا تو بس انتظار کیجیے۔</w:t>
      </w:r>
    </w:p>
    <w:p>
      <w:r>
        <w:rPr>
          <w:b/>
        </w:rPr>
        <w:t xml:space="preserve">[02:30] </w:t>
      </w:r>
      <w:r>
        <w:t>aap ko kuch nahi karna aata to intezaar kijiye. aap ka koi saadir nahi hai, koi saadir nahi hai to intezaar kijiye.</w:t>
      </w:r>
    </w:p>
    <w:p>
      <w:pPr>
        <w:jc w:val="right"/>
      </w:pPr>
      <w:r>
        <w:t>آپ کو کچھ نہیں کرنا آتا تو انتظار کیجیے۔ آپ کا کوئی صادر نہیں ہے، کوئی صادر نہیں ہے تو انتظار کیجیے۔</w:t>
      </w:r>
    </w:p>
    <w:p>
      <w:r>
        <w:rPr>
          <w:b/>
        </w:rPr>
        <w:t xml:space="preserve">[02:42] </w:t>
      </w:r>
      <w:r>
        <w:t>ke duniya ka jo law hai woh from problem to solution.</w:t>
      </w:r>
    </w:p>
    <w:p>
      <w:pPr>
        <w:jc w:val="right"/>
      </w:pPr>
      <w:r>
        <w:t>کہ دنیا کا جو لا ہے وہ فرام پرابلم ٹو سولیوشن۔</w:t>
      </w:r>
    </w:p>
    <w:p>
      <w:r>
        <w:rPr>
          <w:b/>
        </w:rPr>
        <w:t xml:space="preserve">[02:52] </w:t>
      </w:r>
      <w:r>
        <w:t>Inna ma'al 'usri yusra.</w:t>
      </w:r>
    </w:p>
    <w:p>
      <w:pPr>
        <w:jc w:val="right"/>
      </w:pPr>
      <w:r>
        <w:t>انا مع العسر یسرا۔</w:t>
      </w:r>
    </w:p>
    <w:p>
      <w:r>
        <w:rPr>
          <w:b/>
        </w:rPr>
        <w:t xml:space="preserve">[02:58] </w:t>
      </w:r>
      <w:r>
        <w:t>yeh Quran mein jo aaya hai yeh isi usool ko batata hai. Inna ma'al 'usri yusra.</w:t>
      </w:r>
    </w:p>
    <w:p>
      <w:pPr>
        <w:jc w:val="right"/>
      </w:pPr>
      <w:r>
        <w:t>یہ قرآن میں جو آیا ہے یہ اسی اصول کو بتاتا ہے۔ انا مع العسر یسرا۔</w:t>
      </w:r>
    </w:p>
    <w:p>
      <w:r>
        <w:rPr>
          <w:b/>
        </w:rPr>
        <w:t xml:space="preserve">[03:08] </w:t>
      </w:r>
      <w:r>
        <w:t>'usr phir yusr, 'usr phir yusr.</w:t>
      </w:r>
    </w:p>
    <w:p>
      <w:pPr>
        <w:jc w:val="right"/>
      </w:pPr>
      <w:r>
        <w:t>عسر پھر یسر، عسر پھر یسر۔</w:t>
      </w:r>
    </w:p>
    <w:p>
      <w:r>
        <w:rPr>
          <w:b/>
        </w:rPr>
        <w:t xml:space="preserve">[03:14] </w:t>
      </w:r>
      <w:r>
        <w:t>yaani mushkil phir aasani, problem phir solution.</w:t>
      </w:r>
    </w:p>
    <w:p>
      <w:pPr>
        <w:jc w:val="right"/>
      </w:pPr>
      <w:r>
        <w:t>یعنی مشکل پھر آسانی، پرابلم پھر سولیوشن۔</w:t>
      </w:r>
    </w:p>
    <w:p>
      <w:r>
        <w:rPr>
          <w:b/>
        </w:rPr>
        <w:t xml:space="preserve">[03:26] </w:t>
      </w:r>
      <w:r>
        <w:t>jis hasti ne duniya ko banaya hai</w:t>
      </w:r>
    </w:p>
    <w:p>
      <w:pPr>
        <w:jc w:val="right"/>
      </w:pPr>
      <w:r>
        <w:t>جس ہستی نے دنیا کو بنایا ہے</w:t>
      </w:r>
    </w:p>
    <w:p>
      <w:r>
        <w:rPr>
          <w:b/>
        </w:rPr>
        <w:t xml:space="preserve">[03:35] </w:t>
      </w:r>
      <w:r>
        <w:t>to us ne aise nahi ult palt bana diya, ult palt bana ke chhod nahi diya. ult palt bana ke chhod nahi diya balkeh</w:t>
      </w:r>
    </w:p>
    <w:p>
      <w:pPr>
        <w:jc w:val="right"/>
      </w:pPr>
      <w:r>
        <w:t>تو اس نے ایسے نہیں الٹ پلٹ بنا دیا، الٹ پلٹ بنا کے چھوڑ نہیں دیا۔ الٹ پلٹ بنا کے چھوڑ نہیں دیا بلکہ</w:t>
      </w:r>
    </w:p>
    <w:p>
      <w:r>
        <w:rPr>
          <w:b/>
        </w:rPr>
        <w:t xml:space="preserve">[03:49] </w:t>
      </w:r>
      <w:r>
        <w:t>us ka ek system rakha hai. aur woh system yahi hai ke shaam phir slope, shaam phir slope, problem phir solution, problem phir solution.</w:t>
      </w:r>
    </w:p>
    <w:p>
      <w:pPr>
        <w:jc w:val="right"/>
      </w:pPr>
      <w:r>
        <w:t>اس کا ایک سسٹم رکھا ہے۔ اور وہ سسٹم یہی ہے کہ شام پھر سلوپ، شام پھر سلوپ، پرابلم پھر سولیوشن، پرابلم پھر سولیوشن۔</w:t>
      </w:r>
    </w:p>
    <w:p>
      <w:r>
        <w:rPr>
          <w:b/>
        </w:rPr>
        <w:t xml:space="preserve">[04:14] </w:t>
      </w:r>
      <w:r>
        <w:t>meri zindagi mein</w:t>
      </w:r>
    </w:p>
    <w:p>
      <w:pPr>
        <w:jc w:val="right"/>
      </w:pPr>
      <w:r>
        <w:t>میری زندگی میں</w:t>
      </w:r>
    </w:p>
    <w:p>
      <w:r>
        <w:rPr>
          <w:b/>
        </w:rPr>
        <w:t xml:space="preserve">[04:18] </w:t>
      </w:r>
      <w:r>
        <w:t>kuch aise waqiat hue hain ke mislan mujhe koi chot lagi,</w:t>
      </w:r>
    </w:p>
    <w:p>
      <w:pPr>
        <w:jc w:val="right"/>
      </w:pPr>
      <w:r>
        <w:t>کچھ ایسے واقعات ہوئے ہیں کہ مثلاً مجھے کوئی چوٹ لگی،</w:t>
      </w:r>
    </w:p>
    <w:p>
      <w:r>
        <w:rPr>
          <w:b/>
        </w:rPr>
        <w:t xml:space="preserve">[04:27] </w:t>
      </w:r>
      <w:r>
        <w:t>koi accident hua. to main gaon mein rehta tha, wahan na koi hospital tha na kuch tha. to mujhe yaad hai ke kitni baar mujhe bohat ziyada chot lagi, kitni baar accident hue,</w:t>
      </w:r>
    </w:p>
    <w:p>
      <w:pPr>
        <w:jc w:val="right"/>
      </w:pPr>
      <w:r>
        <w:t>کوئی ایکسیڈنٹ ہوا۔ تو میں گاؤں میں رہتا تھا، وہاں نہ کوئی ہاسپٹل تھا نہ کچھ تھا۔ تو مجھے یاد ہے کہ کتنی بار مجھے بہت زیادہ چوٹ لگی، کتنی بار ایکسیڈنٹ ہوئے،</w:t>
      </w:r>
    </w:p>
    <w:p>
      <w:r>
        <w:rPr>
          <w:b/>
        </w:rPr>
        <w:t xml:space="preserve">[04:45] </w:t>
      </w:r>
      <w:r>
        <w:t>woh aise. achha ho gaya.</w:t>
      </w:r>
    </w:p>
    <w:p>
      <w:pPr>
        <w:jc w:val="right"/>
      </w:pPr>
      <w:r>
        <w:t>وہ ایسے۔ اچھا ہو گیا۔</w:t>
      </w:r>
    </w:p>
    <w:p>
      <w:r>
        <w:rPr>
          <w:b/>
        </w:rPr>
        <w:t xml:space="preserve">[04:51] </w:t>
      </w:r>
      <w:r>
        <w:t>mislan dekhiye, yeh aap ne meri ungli dekhiye, aap is ko dekhiye, is ko dekhiye.</w:t>
      </w:r>
    </w:p>
    <w:p>
      <w:pPr>
        <w:jc w:val="right"/>
      </w:pPr>
      <w:r>
        <w:t>مثلاً دیکھیے، یہ آپ نے میری انگلی دیکھیے، آپ اس کو دیکھیے، اس کو دیکھیے۔</w:t>
      </w:r>
    </w:p>
    <w:p>
      <w:r>
        <w:rPr>
          <w:b/>
        </w:rPr>
        <w:t xml:space="preserve">[05:03] </w:t>
      </w:r>
      <w:r>
        <w:t>yeh ungli jo hai</w:t>
      </w:r>
    </w:p>
    <w:p>
      <w:pPr>
        <w:jc w:val="right"/>
      </w:pPr>
      <w:r>
        <w:t>یہ انگلی جو ہے</w:t>
      </w:r>
    </w:p>
    <w:p>
      <w:r>
        <w:rPr>
          <w:b/>
        </w:rPr>
        <w:t xml:space="preserve">[05:07] </w:t>
      </w:r>
      <w:r>
        <w:t>yeh ek hota hai dehat mein kaatne ke liye, chara kaatne ke liye. to hamare ghar mein ek</w:t>
      </w:r>
    </w:p>
    <w:p>
      <w:pPr>
        <w:jc w:val="right"/>
      </w:pPr>
      <w:r>
        <w:t>یہ ایک ہوتا ہے دیہات میں کاٹنے کے لیے، چارہ کاٹنے کے لیے۔ تو ہمارے گھر میں ایک</w:t>
      </w:r>
    </w:p>
    <w:p>
      <w:r>
        <w:rPr>
          <w:b/>
        </w:rPr>
        <w:t xml:space="preserve">[05:21] </w:t>
      </w:r>
      <w:r>
        <w:t>ek kaam karne wala tha</w:t>
      </w:r>
    </w:p>
    <w:p>
      <w:pPr>
        <w:jc w:val="right"/>
      </w:pPr>
      <w:r>
        <w:t>ایک کام کرنے والا تھا</w:t>
      </w:r>
    </w:p>
    <w:p>
      <w:r>
        <w:rPr>
          <w:b/>
        </w:rPr>
        <w:t xml:space="preserve">[05:28] </w:t>
      </w:r>
      <w:r>
        <w:t>to woh hamare ghar mein woh pali hui thi bakri aur gaaye bhai se sab.</w:t>
      </w:r>
    </w:p>
    <w:p>
      <w:pPr>
        <w:jc w:val="right"/>
      </w:pPr>
      <w:r>
        <w:t>تو وہ ہمارے گھر میں وہ پلی ہوئی تھی بکری اور گائے بھائی سے سب۔</w:t>
      </w:r>
    </w:p>
    <w:p>
      <w:r>
        <w:rPr>
          <w:b/>
        </w:rPr>
        <w:t xml:space="preserve">[05:38] </w:t>
      </w:r>
      <w:r>
        <w:t>to woh is ke liye chara kaatta tha. woh</w:t>
      </w:r>
    </w:p>
    <w:p>
      <w:pPr>
        <w:jc w:val="right"/>
      </w:pPr>
      <w:r>
        <w:t>تو وہ اس کے لیے چارہ کاٹتا تھا۔ وہ</w:t>
      </w:r>
    </w:p>
    <w:p>
      <w:r>
        <w:rPr>
          <w:b/>
        </w:rPr>
        <w:t xml:space="preserve">[05:44] </w:t>
      </w:r>
      <w:r>
        <w:t>to ek din kya hua ke woh</w:t>
      </w:r>
    </w:p>
    <w:p>
      <w:pPr>
        <w:jc w:val="right"/>
      </w:pPr>
      <w:r>
        <w:t>تو ایک دن کیا ہوا کہ وہ</w:t>
      </w:r>
    </w:p>
    <w:p>
      <w:r>
        <w:rPr>
          <w:b/>
        </w:rPr>
        <w:t xml:space="preserve">[05:50] </w:t>
      </w:r>
      <w:r>
        <w:t>ek hota hai aisa, is se kaatte hain chara. to main chhota sa tha, is mein chhota. to bachpan bachhe jaise zid karte hain na, aise bachhe ki tarah maine zid kiya ke is se is is ko kaha to hat jao, main kaatunga.</w:t>
      </w:r>
    </w:p>
    <w:p>
      <w:pPr>
        <w:jc w:val="right"/>
      </w:pPr>
      <w:r>
        <w:t>ایک ہوتا ہے ایسا، اس سے کاٹتے ہیں چارہ۔ تو میں چھوٹا سا تھا، اس میں چھوٹا۔ تو بچپن بچے جیسے ضد کرتے ہیں نا، ایسے بچے کی طرح میں نے ضد کیا کہ اس سے اس اس کو کہا تو ہٹ جاؤ، میں کاٹوں گا۔</w:t>
      </w:r>
    </w:p>
    <w:p>
      <w:r>
        <w:rPr>
          <w:b/>
        </w:rPr>
        <w:t xml:space="preserve">[06:14] </w:t>
      </w:r>
      <w:r>
        <w:t>hamari maan mana karti thi, mana karti thi. aur mana karte karte woh namaz ke liye khadi ho gayi, waqt tha namaz ka, asar ka, maghrib ka.</w:t>
      </w:r>
    </w:p>
    <w:p>
      <w:pPr>
        <w:jc w:val="right"/>
      </w:pPr>
      <w:r>
        <w:t>ہماری ماں منع کرتی تھی، منع کرتی تھی۔ اور منع کرتے کرتے وہ نماز کے لیے کھڑی ہو گئی۔ وقت تھا نماز کا، عصر کا، مغرب کا۔</w:t>
      </w:r>
    </w:p>
    <w:p>
      <w:r>
        <w:rPr>
          <w:b/>
        </w:rPr>
        <w:t xml:space="preserve">[06:27] </w:t>
      </w:r>
      <w:r>
        <w:t>to mana karte karte khadi ho gayi, namaz parhne lagi. achha, main idhar yeh kaam karta raha to aakhri jo sentence boli thi maan ke ja apna haath kaat le.</w:t>
      </w:r>
    </w:p>
    <w:p>
      <w:pPr>
        <w:jc w:val="right"/>
      </w:pPr>
      <w:r>
        <w:t>تو منع کرتے کرتے کھڑی ہو گئی، نماز پڑھنے لگی۔ اچھا، میں ادھر یہ کام کرتا رہا تو آخری جو سینٹنس بولی تھی ماں کہ جا اپنا ہاتھ کاٹ لے۔</w:t>
      </w:r>
    </w:p>
    <w:p>
      <w:r>
        <w:rPr>
          <w:b/>
        </w:rPr>
        <w:t xml:space="preserve">[06:43] </w:t>
      </w:r>
      <w:r>
        <w:t>yani maan ne kaha ke ja apna haath kaat le.</w:t>
      </w:r>
    </w:p>
    <w:p>
      <w:pPr>
        <w:jc w:val="right"/>
      </w:pPr>
      <w:r>
        <w:t>یعنی ماں نے کہا کہ جا اپنا ہاتھ کاٹ لے۔</w:t>
      </w:r>
    </w:p>
    <w:p>
      <w:r>
        <w:rPr>
          <w:b/>
        </w:rPr>
        <w:t xml:space="preserve">[06:50] </w:t>
      </w:r>
      <w:r>
        <w:t>to aise hi ho gaya. yani yeh jo tha kat kar ke idhar chala gaya, yeh itna hissa.</w:t>
      </w:r>
    </w:p>
    <w:p>
      <w:pPr>
        <w:jc w:val="right"/>
      </w:pPr>
      <w:r>
        <w:t>تو ایسے ہی ہو گیا۔ یعنی یہ جو تھا کٹ کر کے ادھر چلا گیا، یہ اتنا حصہ۔</w:t>
      </w:r>
    </w:p>
    <w:p>
      <w:r>
        <w:rPr>
          <w:b/>
        </w:rPr>
        <w:t xml:space="preserve">[07:01] </w:t>
      </w:r>
      <w:r>
        <w:t>aur bilkul khoon nikalne laga.</w:t>
      </w:r>
    </w:p>
    <w:p>
      <w:pPr>
        <w:jc w:val="right"/>
      </w:pPr>
      <w:r>
        <w:t>اور بالکل خون نکلنے لگا۔</w:t>
      </w:r>
    </w:p>
    <w:p>
      <w:r>
        <w:rPr>
          <w:b/>
        </w:rPr>
        <w:t xml:space="preserve">[07:08] </w:t>
      </w:r>
      <w:r>
        <w:t>yani woh woh woh scene ab tak meri aankhon ke samne hai ke kata kat ke idhar jo gaya aur phir is se khoon nikal raha hai.</w:t>
      </w:r>
    </w:p>
    <w:p>
      <w:pPr>
        <w:jc w:val="right"/>
      </w:pPr>
      <w:r>
        <w:t>یعنی وہ وہ وہ سین اب تک میری آنکھوں کے سامنے ہے کہ کٹا کٹ کے ادھر جو گیا اور پھر اس سے خون نکل رہا ہے۔</w:t>
      </w:r>
    </w:p>
    <w:p>
      <w:r>
        <w:rPr>
          <w:b/>
        </w:rPr>
        <w:t xml:space="preserve">[07:20] </w:t>
      </w:r>
      <w:r>
        <w:t>to koi first aid wahan tha nahin.</w:t>
      </w:r>
    </w:p>
    <w:p>
      <w:pPr>
        <w:jc w:val="right"/>
      </w:pPr>
      <w:r>
        <w:t>تو کوئی فرسٹ ایڈ وہاں تھا نہیں۔</w:t>
      </w:r>
    </w:p>
    <w:p>
      <w:r>
        <w:rPr>
          <w:b/>
        </w:rPr>
        <w:t xml:space="preserve">[07:25] </w:t>
      </w:r>
      <w:r>
        <w:t>yani na naakhun ka hissa jo hai wahan se kta tha, poora kat ke ek dam alag, yeh alag, woh alag. to koi first aid nahin tha.</w:t>
      </w:r>
    </w:p>
    <w:p>
      <w:pPr>
        <w:jc w:val="right"/>
      </w:pPr>
      <w:r>
        <w:t>یعنی ناخن کا حصہ جو ہے وہاں سے کٹا تھا، پورا کٹ کے ایک دم الگ، یہ الگ، وہ الگ۔ تو کوئی فرسٹ ایڈ نہیں تھا۔</w:t>
      </w:r>
    </w:p>
    <w:p>
      <w:r>
        <w:rPr>
          <w:b/>
        </w:rPr>
        <w:t xml:space="preserve">[07:37] </w:t>
      </w:r>
      <w:r>
        <w:t>to ghar mein ittefaq se tension hua karta tha is zamane mein. to aise mamooli kapda, woh woh kapda nahin jo woh aaj kal hospitalon mein hota hai,</w:t>
      </w:r>
    </w:p>
    <w:p>
      <w:pPr>
        <w:jc w:val="right"/>
      </w:pPr>
      <w:r>
        <w:t>تو گھر میں اتفاق سے ٹینشن ہوا کرتا تھا اس زمانے میں۔ تو ایسے معمولی کپڑا، وہ وہ کپڑا نہیں جو وہ آج کل ہسپتالوں میں ہوتا ہے،</w:t>
      </w:r>
    </w:p>
    <w:p>
      <w:r>
        <w:rPr>
          <w:b/>
        </w:rPr>
        <w:t xml:space="preserve">[07:51] </w:t>
      </w:r>
      <w:r>
        <w:t>aise mamooli kapda. to tincture laga kar ke kapad kapad lapet diya, lapet diya.</w:t>
      </w:r>
    </w:p>
    <w:p>
      <w:pPr>
        <w:jc w:val="right"/>
      </w:pPr>
      <w:r>
        <w:t>ایسے معمولی کپڑا۔ تو ٹینکچر لگا کر کے کپڑ کپڑ لپیٹ دیا، لپیٹ دیا۔</w:t>
      </w:r>
    </w:p>
    <w:p>
      <w:r>
        <w:rPr>
          <w:b/>
        </w:rPr>
        <w:t xml:space="preserve">[08:01] </w:t>
      </w:r>
      <w:r>
        <w:t>aur wohi lapeta aur wohi kapda. badla nahin gaya, badla nahin gaya.</w:t>
      </w:r>
    </w:p>
    <w:p>
      <w:pPr>
        <w:jc w:val="right"/>
      </w:pPr>
      <w:r>
        <w:t>اور وہی لپیٹا اور وہی کپڑا۔ بدلہ نہیں گیا، بدلہ نہیں گیا۔</w:t>
      </w:r>
    </w:p>
    <w:p>
      <w:r>
        <w:rPr>
          <w:b/>
        </w:rPr>
        <w:t xml:space="preserve">[08:11] </w:t>
      </w:r>
      <w:r>
        <w:t>aur kuch dinon ke baad kya hua ke apne aap woh nikal gaya, achha ho kar. ek hi kapda lapeta gaya tha aur kuch nahin.</w:t>
      </w:r>
    </w:p>
    <w:p>
      <w:pPr>
        <w:jc w:val="right"/>
      </w:pPr>
      <w:r>
        <w:t>اور کچھ دنوں کے بعد کیا ہوا کہ اپنے آپ وہ نکل گیا، اچھا ہو کر۔ ایک ہی کپڑا لپیٹا گیا تھا اور کچھ نہیں۔</w:t>
      </w:r>
    </w:p>
    <w:p>
      <w:r>
        <w:rPr>
          <w:b/>
        </w:rPr>
        <w:t xml:space="preserve">[08:27] </w:t>
      </w:r>
      <w:r>
        <w:t>ab dekhiye, ab main koi problem nahin hua, koi problem nahin hua. mashallah, angutha bilkul theek thaak hai, bas kat gaya, baqi theek hai.</w:t>
      </w:r>
    </w:p>
    <w:p>
      <w:pPr>
        <w:jc w:val="right"/>
      </w:pPr>
      <w:r>
        <w:t>اب دیکھیے، اب میں کوئی پرابلم نہیں ہوا، کوئی پرابلم نہیں ہوا۔ ماشاءاللہ، انگوٹھا بالکل ٹھیک ٹھاک ہے، بس کٹ گیا، باقی ٹھیک ہے۔</w:t>
      </w:r>
    </w:p>
    <w:p>
      <w:r>
        <w:rPr>
          <w:b/>
        </w:rPr>
        <w:t xml:space="preserve">[08:42] </w:t>
      </w:r>
      <w:r>
        <w:t>aise hi mere sath bohat si kasein hue hain. to main rehta tha gaon mein, is zamane mein gaon mein koi koi</w:t>
      </w:r>
    </w:p>
    <w:p>
      <w:pPr>
        <w:jc w:val="right"/>
      </w:pPr>
      <w:r>
        <w:t>ایسے ہی میرے ساتھ بہت سی کسیں ہوئے ہیں۔ تو میں رہتا تھا گاؤں میں، اس زمانے میں گاؤں میں کوئی کوئی</w:t>
      </w:r>
    </w:p>
    <w:p>
      <w:r>
        <w:rPr>
          <w:b/>
        </w:rPr>
        <w:t xml:space="preserve">[08:57] </w:t>
      </w:r>
      <w:r>
        <w:t>nah hospital tha, nah koi first aid thi, nah koi doctor tha, kuch bhi nahin. yeh british period ki baat hai.</w:t>
      </w:r>
    </w:p>
    <w:p>
      <w:pPr>
        <w:jc w:val="right"/>
      </w:pPr>
      <w:r>
        <w:t>نہ ہاسپٹل تھا، نہ کوئی فرسٹ ایڈ تھی، نہ کوئی ڈاکٹر تھا، کچھ بھی نہیں۔ یہ برٹش پیریڈ کی بات ہے۔</w:t>
      </w:r>
    </w:p>
    <w:p>
      <w:r>
        <w:rPr>
          <w:b/>
        </w:rPr>
        <w:t xml:space="preserve">[09:09] </w:t>
      </w:r>
      <w:r>
        <w:t>to woh kaise hua? is tarah ke waqiat jo meri zindagi mein pesh aaye, is se mujhe yaqeen ho gaya ke nature khud sab se achhi bari doctor hai.</w:t>
      </w:r>
    </w:p>
    <w:p>
      <w:pPr>
        <w:jc w:val="right"/>
      </w:pPr>
      <w:r>
        <w:t>تو وہ کیسے ہوا؟ اس طرح کے واقعات جو میری زندگی میں پیش آئے، اس سے مجھے یقین ہو گیا کہ نیچر خود سب سے اچھی بڑی ڈاکٹر ہے۔</w:t>
      </w:r>
    </w:p>
    <w:p>
      <w:r>
        <w:rPr>
          <w:b/>
        </w:rPr>
        <w:t xml:space="preserve">[09:23] </w:t>
      </w:r>
      <w:r>
        <w:t>nature bas aap ko karna kya hai ke normal course mein aap rahen aur wait karen, wait karen, wait karen, wait karen.</w:t>
      </w:r>
    </w:p>
    <w:p>
      <w:pPr>
        <w:jc w:val="right"/>
      </w:pPr>
      <w:r>
        <w:t>نیچر بس آپ کو کرنا کیا ہے کہ نارمل کورس میں آپ رہیں اور ویٹ کریں، ویٹ کریں، ویٹ کریں، ویٹ کریں۔</w:t>
      </w:r>
    </w:p>
    <w:p>
      <w:r>
        <w:rPr>
          <w:b/>
        </w:rPr>
        <w:t xml:space="preserve">[09:37] </w:t>
      </w:r>
      <w:r>
        <w:t>ek baar tha mein chhat se gir pada wahan par. oopar mein chhota tha, bachon ke ghar ke bachhe the khel rahe the.</w:t>
      </w:r>
    </w:p>
    <w:p>
      <w:pPr>
        <w:jc w:val="right"/>
      </w:pPr>
      <w:r>
        <w:t>ایک بار تھا میں چھت سے گر پڑا وہاں پر۔ اوپر میں چھوٹا تھا، بچوں کے گھر کے بچے تھے کھیل رہے تھے۔</w:t>
      </w:r>
    </w:p>
    <w:p>
      <w:r>
        <w:rPr>
          <w:b/>
        </w:rPr>
        <w:t xml:space="preserve">[09:50] </w:t>
      </w:r>
      <w:r>
        <w:t>to mein oopar se gir pada neechay. achha, girte hi mein behosh ho gaya, girte hi behosh ho gaya.</w:t>
      </w:r>
    </w:p>
    <w:p>
      <w:pPr>
        <w:jc w:val="right"/>
      </w:pPr>
      <w:r>
        <w:t>تو میں اوپر سے گر پڑا نیچے۔ اچھا، گرتے ہی میں بے ہوش ہو گیا، گرتے ہی بے ہوش ہو گیا۔</w:t>
      </w:r>
    </w:p>
    <w:p>
      <w:r>
        <w:rPr>
          <w:b/>
        </w:rPr>
        <w:t xml:space="preserve">[10:02] </w:t>
      </w:r>
      <w:r>
        <w:t>to kisi ko pata nahin tha ke mein gir pada hoon. shaam ho gayi, jinke saath aap khel rahe the, woh sab ghar wapas chale gaye.</w:t>
      </w:r>
    </w:p>
    <w:p>
      <w:pPr>
        <w:jc w:val="right"/>
      </w:pPr>
      <w:r>
        <w:t>تو کسی کو پتہ نہیں تھا کہ میں گر پڑا ہوں۔ شام ہو گئی، جن کے ساتھ آپ کھیل رہے تھے، وہ سب گھر واپس چلے گئے۔</w:t>
      </w:r>
    </w:p>
    <w:p>
      <w:r>
        <w:rPr>
          <w:b/>
        </w:rPr>
        <w:t xml:space="preserve">[10:11] </w:t>
      </w:r>
      <w:r>
        <w:t>ab hum behosh paray rahay. jab ziyada dair ho gayi to hamari behan theen, taahira khanum, woh roothhte hue aaeen to dekha ke mein pada hua hoon.</w:t>
      </w:r>
    </w:p>
    <w:p>
      <w:pPr>
        <w:jc w:val="right"/>
      </w:pPr>
      <w:r>
        <w:t>اب ہم بے بے ہوش پڑے رہے۔ جب زیادہ دیر ہو گئی تو ہماری بہن تھیں، طاہرہ خانم، وہ روٹھتے ہوئے آئیں تو دیکھا کہ میں پڑا ہوا ہوں۔</w:t>
      </w:r>
    </w:p>
    <w:p>
      <w:r>
        <w:rPr>
          <w:b/>
        </w:rPr>
        <w:t xml:space="preserve">[10:26] </w:t>
      </w:r>
      <w:r>
        <w:t>to utha ke le gaee us ko. aisay kehtay kehtay</w:t>
      </w:r>
    </w:p>
    <w:p>
      <w:pPr>
        <w:jc w:val="right"/>
      </w:pPr>
      <w:r>
        <w:t>تو اٹھا کے لے گئیں اس کو۔ ایسے کہتے کہتے</w:t>
      </w:r>
    </w:p>
    <w:p>
      <w:r>
        <w:rPr>
          <w:b/>
        </w:rPr>
        <w:t xml:space="preserve">[10:33] </w:t>
      </w:r>
      <w:r>
        <w:t>to bhai yeh nahin kehta ke aap ko agar first aid available ho to us ko na karen, nahin zaroor karen. lekin agar available na ho to aap dua karen.</w:t>
      </w:r>
    </w:p>
    <w:p>
      <w:pPr>
        <w:jc w:val="right"/>
      </w:pPr>
      <w:r>
        <w:t>تو بھئی یہ نہیں کہتا کہ آپ کو اگر فرسٹ ایڈ اویلیبل ہو تو اس کو نہ کریں، نہیں ضرور کریں۔ لیکن اگر اویلیبل نہ ہو تو آپ دعا کریں۔</w:t>
      </w:r>
    </w:p>
    <w:p>
      <w:r>
        <w:rPr>
          <w:b/>
        </w:rPr>
        <w:t xml:space="preserve">[10:47] </w:t>
      </w:r>
      <w:r>
        <w:t>agar first aid available nahin hai to aap dua karen, woh bhi ek tareeqa hai.</w:t>
      </w:r>
    </w:p>
    <w:p>
      <w:pPr>
        <w:jc w:val="right"/>
      </w:pPr>
      <w:r>
        <w:t>اگر فرسٹ ایڈ اویلیبل نہیں ہے تو آپ دعا کریں، وہ بھی ایک طریقہ ہے۔</w:t>
      </w:r>
    </w:p>
    <w:p>
      <w:r>
        <w:rPr>
          <w:b/>
        </w:rPr>
        <w:t xml:space="preserve">[10:58] </w:t>
      </w:r>
      <w:r>
        <w:t>yeh to chot ki baat hui. aur doosray bhi waqiat mere zindagi mein bohat hue hain. kyunke mein jis gaon mein paida hua tha,</w:t>
      </w:r>
    </w:p>
    <w:p>
      <w:pPr>
        <w:jc w:val="right"/>
      </w:pPr>
      <w:r>
        <w:t>یہ تو چوٹ کی بات ہوئی۔ اور دوسرے بھی واقعات میرے زندگی میں بہت ہوئے ہیں۔ کیونکہ میں جس گاؤں میں پیدا ہوا تھا،</w:t>
      </w:r>
    </w:p>
    <w:p>
      <w:r>
        <w:rPr>
          <w:b/>
        </w:rPr>
        <w:t xml:space="preserve">[11:11] </w:t>
      </w:r>
      <w:r>
        <w:t>woh gaon bohat thi, yaani yaani koi development wahan nahin tha, kuch bhi nahin.</w:t>
      </w:r>
    </w:p>
    <w:p>
      <w:pPr>
        <w:jc w:val="right"/>
      </w:pPr>
      <w:r>
        <w:t>وہ گاؤں بہت تھی، یعنی یعنی کوئی ڈیویلپمنٹ وہاں نہیں تھا، کچھ بھی نہیں۔</w:t>
      </w:r>
    </w:p>
    <w:p>
      <w:r>
        <w:rPr>
          <w:b/>
        </w:rPr>
        <w:t xml:space="preserve">[11:23] </w:t>
      </w:r>
      <w:r>
        <w:t>koi development wahan nahin tha. to aisi koi chot ke ilawa doosri baaten bhi kuch wahan mil milti nahin theen.</w:t>
      </w:r>
    </w:p>
    <w:p>
      <w:pPr>
        <w:jc w:val="right"/>
      </w:pPr>
      <w:r>
        <w:t>کوئی ڈیویلپمنٹ وہاں نہیں تھا۔ تو ایسی کوئی چوٹ کے علاوہ دوسری باتیں بھی کچھ وہاں مل ملتی نہیں تھیں۔</w:t>
      </w:r>
    </w:p>
    <w:p>
      <w:r>
        <w:rPr>
          <w:b/>
        </w:rPr>
        <w:t xml:space="preserve">[11:37] </w:t>
      </w:r>
      <w:r>
        <w:t>to kaha meri training hui is mein ke wait karna bhi ek solution hai,</w:t>
      </w:r>
    </w:p>
    <w:p>
      <w:pPr>
        <w:jc w:val="right"/>
      </w:pPr>
      <w:r>
        <w:t>تو کہا میری ٹریننگ ہوئی اس میں کہ ویٹ کرنا بھی ایک سولیوشن ہے،</w:t>
      </w:r>
    </w:p>
    <w:p>
      <w:r>
        <w:rPr>
          <w:b/>
        </w:rPr>
        <w:t xml:space="preserve">[11:48] </w:t>
      </w:r>
      <w:r>
        <w:t>nature ke hawale kar dena bhi ek ek solution hai.</w:t>
      </w:r>
    </w:p>
    <w:p>
      <w:pPr>
        <w:jc w:val="right"/>
      </w:pPr>
      <w:r>
        <w:t>نیچر کے حوالے کر دینا بھی ایک ایک سولیوشن ہے۔</w:t>
      </w:r>
    </w:p>
    <w:p>
      <w:r>
        <w:rPr>
          <w:b/>
        </w:rPr>
        <w:t xml:space="preserve">[11:54] </w:t>
      </w:r>
      <w:r>
        <w:t>to mein kaha paida hua hoop hoop ke saath, har waqt ek hoop, har waqt ek hoop,</w:t>
      </w:r>
    </w:p>
    <w:p>
      <w:pPr>
        <w:jc w:val="right"/>
      </w:pPr>
      <w:r>
        <w:t>تو میں کہا پیدا ہوا ہوپ ہوپ کے ساتھ، ہر وقت ایک ہوپ، ہر وقت ایک ہوپ،</w:t>
      </w:r>
    </w:p>
    <w:p>
      <w:r>
        <w:rPr>
          <w:b/>
        </w:rPr>
        <w:t xml:space="preserve">[12:05] </w:t>
      </w:r>
      <w:r>
        <w:t>har waqt ek hoop. kyunke wahan koi doosra koi option nahin tha,</w:t>
      </w:r>
    </w:p>
    <w:p>
      <w:pPr>
        <w:jc w:val="right"/>
      </w:pPr>
      <w:r>
        <w:t>ہر وقت ایک ہوپ۔ کیونکہ وہاں کوئی دوسرا کوئی آپشن نہیں تھا،</w:t>
      </w:r>
    </w:p>
    <w:p>
      <w:r>
        <w:rPr>
          <w:b/>
        </w:rPr>
        <w:t xml:space="preserve">[12:13] </w:t>
      </w:r>
      <w:r>
        <w:t>koi option nahin tha wahan par. yaani ek compression ke tehat hum ko is ki training hui, compression,</w:t>
      </w:r>
    </w:p>
    <w:p>
      <w:pPr>
        <w:jc w:val="right"/>
      </w:pPr>
      <w:r>
        <w:t>کوئی آپشن نہیں تھا وہاں پر۔ یعنی ایک کمپرشن کے تحت ہم کو اس کی ٹریننگ ہوئی، کمپرشن،</w:t>
      </w:r>
    </w:p>
    <w:p>
      <w:r>
        <w:rPr>
          <w:b/>
        </w:rPr>
        <w:t xml:space="preserve">[12:27] </w:t>
      </w:r>
      <w:r>
        <w:t>compression ke tehat.</w:t>
      </w:r>
    </w:p>
    <w:p>
      <w:pPr>
        <w:jc w:val="right"/>
      </w:pPr>
      <w:r>
        <w:t>کمپرشن کے تحت۔</w:t>
      </w:r>
    </w:p>
    <w:p>
      <w:r>
        <w:rPr>
          <w:b/>
        </w:rPr>
        <w:t xml:space="preserve">[12:32] </w:t>
      </w:r>
      <w:r>
        <w:t>to mein yeh kahoon ga ke agar aap ke liye koi</w:t>
      </w:r>
    </w:p>
    <w:p>
      <w:pPr>
        <w:jc w:val="right"/>
      </w:pPr>
      <w:r>
        <w:t>تو میں یہ کہوں گا کہ اگر آپ کے لیے کوئی</w:t>
      </w:r>
    </w:p>
    <w:p>
      <w:r>
        <w:rPr>
          <w:b/>
        </w:rPr>
        <w:t xml:space="preserve">[12:42] </w:t>
      </w:r>
      <w:r>
        <w:t>koi</w:t>
      </w:r>
    </w:p>
    <w:p>
      <w:pPr>
        <w:jc w:val="right"/>
      </w:pPr>
      <w:r>
        <w:t>کوئی</w:t>
      </w:r>
    </w:p>
    <w:p>
      <w:r>
        <w:rPr>
          <w:b/>
        </w:rPr>
        <w:t xml:space="preserve">[12:45] </w:t>
      </w:r>
      <w:r>
        <w:t>solution maujood hai to zaroor us ko avail kijiyay.</w:t>
      </w:r>
    </w:p>
    <w:p>
      <w:pPr>
        <w:jc w:val="right"/>
      </w:pPr>
      <w:r>
        <w:t>سولیوشن موجود ہے تو ضرور اس کو اویل کیجئے۔</w:t>
      </w:r>
    </w:p>
    <w:p>
      <w:r>
        <w:rPr>
          <w:b/>
        </w:rPr>
        <w:t xml:space="preserve">[12:51] </w:t>
      </w:r>
      <w:r>
        <w:t>lekin agar koi,</w:t>
      </w:r>
    </w:p>
    <w:p>
      <w:pPr>
        <w:jc w:val="right"/>
      </w:pPr>
      <w:r>
        <w:t>لیکن اگر کوئی،</w:t>
      </w:r>
    </w:p>
    <w:p>
      <w:r>
        <w:rPr>
          <w:b/>
        </w:rPr>
        <w:t xml:space="preserve">[12:57] </w:t>
      </w:r>
      <w:r>
        <w:t>yaani aap ke qareeb mein koi solution available nahin hai, tab bhi aap hoop ikhtiyar kijiyay, hoop ka tareeqa</w:t>
      </w:r>
    </w:p>
    <w:p>
      <w:pPr>
        <w:jc w:val="right"/>
      </w:pPr>
      <w:r>
        <w:t>یعنی آپ کے قریب میں کوئی سولیوشن اویلیبل نہیں ہے، تب بھی آپ ہوپ اختیار کیجئے، ہوپ کا طریقہ</w:t>
      </w:r>
    </w:p>
    <w:p>
      <w:r>
        <w:rPr>
          <w:b/>
        </w:rPr>
        <w:t xml:space="preserve">[13:11] </w:t>
      </w:r>
      <w:r>
        <w:t>aur dua kijiyay.</w:t>
      </w:r>
    </w:p>
    <w:p>
      <w:pPr>
        <w:jc w:val="right"/>
      </w:pPr>
      <w:r>
        <w:t>اور دعا کیجئے۔</w:t>
      </w:r>
    </w:p>
    <w:p>
      <w:r>
        <w:rPr>
          <w:b/>
        </w:rPr>
        <w:t xml:space="preserve">[13:18] </w:t>
      </w:r>
      <w:r>
        <w:t>to meri to poori zindagi hope pe guzri hai, poori zindagi hope pe guzri hai.</w:t>
      </w:r>
    </w:p>
    <w:p>
      <w:pPr>
        <w:jc w:val="right"/>
      </w:pPr>
      <w:r>
        <w:t>تو میری تو پوری زندگی ہوپ پہ گزری ہے، پوری زندگی ہوپ پہ گزری ہے۔</w:t>
      </w:r>
    </w:p>
    <w:p>
      <w:r>
        <w:rPr>
          <w:b/>
        </w:rPr>
        <w:t xml:space="preserve">[13:32] </w:t>
      </w:r>
      <w:r>
        <w:t>to main apni khud apne tajrube ke ke tehat har ek se kahunga ke aap</w:t>
      </w:r>
    </w:p>
    <w:p>
      <w:pPr>
        <w:jc w:val="right"/>
      </w:pPr>
      <w:r>
        <w:t>تو میں اپنی خود اپنے تجربے کے کے تحت ہر ایک سے کہوں گا کہ آپ</w:t>
      </w:r>
    </w:p>
    <w:p>
      <w:r>
        <w:rPr>
          <w:b/>
        </w:rPr>
        <w:t xml:space="preserve">[13:44] </w:t>
      </w:r>
      <w:r>
        <w:t>hindi mein ek lafz bada achha hai, atlai. hindi mein atlai to atlai mat kijiye,</w:t>
      </w:r>
    </w:p>
    <w:p>
      <w:pPr>
        <w:jc w:val="right"/>
      </w:pPr>
      <w:r>
        <w:t>ہندی میں ایک لفظ بڑا اچھا ہے، اتلائی۔ ہندی میں اتلائی تو اتلائی مت کیجئے،</w:t>
      </w:r>
    </w:p>
    <w:p>
      <w:r>
        <w:rPr>
          <w:b/>
        </w:rPr>
        <w:t xml:space="preserve">[13:56] </w:t>
      </w:r>
      <w:r>
        <w:t>atlai mat kijiye.</w:t>
      </w:r>
    </w:p>
    <w:p>
      <w:pPr>
        <w:jc w:val="right"/>
      </w:pPr>
      <w:r>
        <w:t>اتلائی مت کیجئے۔</w:t>
      </w:r>
    </w:p>
    <w:p>
      <w:r>
        <w:rPr>
          <w:b/>
        </w:rPr>
        <w:t xml:space="preserve">[14:01] </w:t>
      </w:r>
      <w:r>
        <w:t>thoda sabr kijiye, thoda patient dikhaiye. jo fori taur par jo available solution hai, usi par</w:t>
      </w:r>
    </w:p>
    <w:p>
      <w:pPr>
        <w:jc w:val="right"/>
      </w:pPr>
      <w:r>
        <w:t>تھوڑا صبر کیجئے، تھوڑا پیشنٹ دکھائیے۔ جو فوری طور پر جو اویلیبل سولیوشن ہے، اسی پر</w:t>
      </w:r>
    </w:p>
    <w:p>
      <w:r>
        <w:rPr>
          <w:b/>
        </w:rPr>
        <w:t xml:space="preserve">[14:21] </w:t>
      </w:r>
      <w:r>
        <w:t>usi ko ikhtiyar kar lijie. zyada daud bhag ki zaroorat nahi hai.</w:t>
      </w:r>
    </w:p>
    <w:p>
      <w:pPr>
        <w:jc w:val="right"/>
      </w:pPr>
      <w:r>
        <w:t>اسی کو اختیار کر لیجئے۔ زیادہ دوڑ بھاگ کی ضرورت نہیں ہے۔</w:t>
      </w:r>
    </w:p>
    <w:p>
      <w:r>
        <w:rPr>
          <w:b/>
        </w:rPr>
        <w:t xml:space="preserve">[14:30] </w:t>
      </w:r>
      <w:r>
        <w:t>mera matlab yeh nahi ke yahi karen aap, mera matlab yeh hai ke jab aap ke liye koi</w:t>
      </w:r>
    </w:p>
    <w:p>
      <w:pPr>
        <w:jc w:val="right"/>
      </w:pPr>
      <w:r>
        <w:t>میرا مطلب یہ نہیں کہ یہی کریں آپ، میرا مطلب یہ ہے کہ جب آپ کے لیے کوئی</w:t>
      </w:r>
    </w:p>
    <w:p>
      <w:r>
        <w:rPr>
          <w:b/>
        </w:rPr>
        <w:t xml:space="preserve">[14:41] </w:t>
      </w:r>
      <w:r>
        <w:t>koi solution available nahi hai to aap aap</w:t>
      </w:r>
    </w:p>
    <w:p>
      <w:pPr>
        <w:jc w:val="right"/>
      </w:pPr>
      <w:r>
        <w:t>کوئی سولیوشن اویلیبل نہیں ہے تو آپ آپ</w:t>
      </w:r>
    </w:p>
    <w:p>
      <w:r>
        <w:rPr>
          <w:b/>
        </w:rPr>
        <w:t xml:space="preserve">[14:54] </w:t>
      </w:r>
      <w:r>
        <w:t>frustrate na hon. balkeh jo bhi</w:t>
      </w:r>
    </w:p>
    <w:p>
      <w:pPr>
        <w:jc w:val="right"/>
      </w:pPr>
      <w:r>
        <w:t>فرسٹری نہ پڑیں۔ بلکہ جو بھی</w:t>
      </w:r>
    </w:p>
    <w:p>
      <w:r>
        <w:rPr>
          <w:b/>
        </w:rPr>
        <w:t xml:space="preserve">[15:02] </w:t>
      </w:r>
      <w:r>
        <w:t>qareeb mein jo aap ko koshish jo available hai, woh usi ko ikhtiyar kar lijie.</w:t>
      </w:r>
    </w:p>
    <w:p>
      <w:pPr>
        <w:jc w:val="right"/>
      </w:pPr>
      <w:r>
        <w:t>قریب میں جو آپ کو کوشش جو اویلیبل ہے، وہ اسی کو اختیار کر لیجئے۔</w:t>
      </w:r>
    </w:p>
    <w:p>
      <w:r>
        <w:rPr>
          <w:b/>
        </w:rPr>
        <w:t xml:space="preserve">[15:10] </w:t>
      </w:r>
      <w:r>
        <w:t>isi liye main aap dekhte hain ke main bahut peaceful rehta hoon. peaceful rehne ki wajah yeh nahi ke mere paas bahut zyada saadhan hai, aisa nahi hai.</w:t>
      </w:r>
    </w:p>
    <w:p>
      <w:pPr>
        <w:jc w:val="right"/>
      </w:pPr>
      <w:r>
        <w:t>اسی لیے میں آپ دیکھتے ہیں کہ میں بہت پیس فل رہتا ہوں۔ پیس فل رہنے کی وجہ یہ نہیں کہ میرے پاس بہت زیادہ سازن ہے، ایسا نہیں ہے۔</w:t>
      </w:r>
    </w:p>
    <w:p>
      <w:r>
        <w:rPr>
          <w:b/>
        </w:rPr>
        <w:t xml:space="preserve">[15:27] </w:t>
      </w:r>
      <w:r>
        <w:t>main jo available saadhan hai, bas usi par, yani usi par rehta hoon.</w:t>
      </w:r>
    </w:p>
    <w:p>
      <w:pPr>
        <w:jc w:val="right"/>
      </w:pPr>
      <w:r>
        <w:t>میں جو اویلیبل سازن ہے، بس اسی پر، یعنی اسی پر رہتا ہوں۔</w:t>
      </w:r>
    </w:p>
    <w:p>
      <w:r>
        <w:rPr>
          <w:b/>
        </w:rPr>
        <w:t xml:space="preserve">[15:40] </w:t>
      </w:r>
      <w:r>
        <w:t>available saadhan</w:t>
      </w:r>
    </w:p>
    <w:p>
      <w:pPr>
        <w:jc w:val="right"/>
      </w:pPr>
      <w:r>
        <w:t>اویلیبل سازن</w:t>
      </w:r>
    </w:p>
    <w:p>
      <w:r>
        <w:rPr>
          <w:b/>
        </w:rPr>
        <w:t xml:space="preserve">[15:48] </w:t>
      </w:r>
      <w:r>
        <w:t>to main apne tajrube ke tehat yeh kahunga ke</w:t>
      </w:r>
    </w:p>
    <w:p>
      <w:pPr>
        <w:jc w:val="right"/>
      </w:pPr>
      <w:r>
        <w:t>تو میں اپنے تجربے کے تحت یہ کہوں گا کہ</w:t>
      </w:r>
    </w:p>
    <w:p>
      <w:r>
        <w:rPr>
          <w:b/>
        </w:rPr>
        <w:t xml:space="preserve">[15:57] </w:t>
      </w:r>
      <w:r>
        <w:t>available saadhan par zindagi guzarna yeh bhi ek tareeqa hai.</w:t>
      </w:r>
    </w:p>
    <w:p>
      <w:pPr>
        <w:jc w:val="right"/>
      </w:pPr>
      <w:r>
        <w:t>اویلیبل سازن پر زندگی گزارنا یہ بھی ایک طریقہ ہے۔</w:t>
      </w:r>
    </w:p>
    <w:p>
      <w:r>
        <w:rPr>
          <w:b/>
        </w:rPr>
        <w:t xml:space="preserve">[16:13] </w:t>
      </w:r>
      <w:r>
        <w:t>main jab adab mein tha to log dehat se mareez ko utha kar le ke aate the shehar mein. to main kehta tha ke bhai mujhe dekhiye, meri sari zindagi dehat mein guzri hai,</w:t>
      </w:r>
    </w:p>
    <w:p>
      <w:pPr>
        <w:jc w:val="right"/>
      </w:pPr>
      <w:r>
        <w:t>میں جب ادب میں تھا تو لوگ دیہات سے مریض کو اٹھا کر لے کے آتے تھے شہر میں۔ تو میں کہتا تھا کہ بھئی مجھے دیکھیے، میری ساری زندگی دیہات میں گزری ہے،</w:t>
      </w:r>
    </w:p>
    <w:p>
      <w:r>
        <w:rPr>
          <w:b/>
        </w:rPr>
        <w:t xml:space="preserve">[16:29] </w:t>
      </w:r>
      <w:r>
        <w:t>mujhe koi nahi tha jo le ke jaye shehar mein. to yeh baat sirf yani accident ki ya bimari ki nahi hai, aam zindagi mein jo problem aate hain,</w:t>
      </w:r>
    </w:p>
    <w:p>
      <w:pPr>
        <w:jc w:val="right"/>
      </w:pPr>
      <w:r>
        <w:t>مجھے کوئی نہیں تھا جو لے کے جائے شہر میں۔ تو یہ بات صرف یعنی ایکسیڈنٹ کی یا بیماری کی نہیں ہے، عام زندگی میں جو پرابلم آتے ہیں،</w:t>
      </w:r>
    </w:p>
    <w:p>
      <w:r>
        <w:rPr>
          <w:b/>
        </w:rPr>
        <w:t xml:space="preserve">[16:46] </w:t>
      </w:r>
      <w:r>
        <w:t>iski hai.</w:t>
      </w:r>
    </w:p>
    <w:p>
      <w:pPr>
        <w:jc w:val="right"/>
      </w:pPr>
      <w:r>
        <w:t>اس کی ہے۔</w:t>
      </w:r>
    </w:p>
    <w:p>
      <w:r>
        <w:rPr>
          <w:b/>
        </w:rPr>
        <w:t xml:space="preserve">[16:58] </w:t>
      </w:r>
      <w:r>
        <w:t>to yeh mera</w:t>
      </w:r>
    </w:p>
    <w:p>
      <w:pPr>
        <w:jc w:val="right"/>
      </w:pPr>
      <w:r>
        <w:t>تو یہ میرا</w:t>
      </w:r>
    </w:p>
    <w:p>
      <w:r>
        <w:rPr>
          <w:b/>
        </w:rPr>
        <w:t xml:space="preserve">[17:03] </w:t>
      </w:r>
      <w:r>
        <w:t>experience hai aur mujh par is par main poora yaqeen hoon, is ko hai yaqeen. main dua karta hoon ke Allah taala hum sab ko yaqeen ata farmaye.</w:t>
      </w:r>
    </w:p>
    <w:p>
      <w:pPr>
        <w:jc w:val="right"/>
      </w:pPr>
      <w:r>
        <w:t>ایکسپیرینس ہے اور مجھ پر اس پر میں پورا یقین ہوں، اس کو ہے یقین۔ میں دعا کرتا ہوں کہ اللہ تعالی ہم سب کو یقین عطا فرمائے۔</w:t>
      </w:r>
    </w:p>
    <w:p>
      <w:r>
        <w:rPr>
          <w:b/>
        </w:rPr>
        <w:t xml:space="preserve">[17:17] </w:t>
      </w:r>
      <w:r>
        <w:t>yaqeen. Assalam o alaikum wa rehmatullah.</w:t>
      </w:r>
    </w:p>
    <w:p>
      <w:pPr>
        <w:jc w:val="right"/>
      </w:pPr>
      <w:r>
        <w:t>یقین۔ السلام علیکم ورحمۃ اللہ۔</w:t>
      </w:r>
    </w:p>
    <w:p>
      <w:r>
        <w:rPr>
          <w:b/>
        </w:rPr>
        <w:t xml:space="preserve">[17:33] </w:t>
      </w:r>
      <w:r>
        <w:t>maulana Quran ki ek ayat hai: "la taysasu min roohillah, innahu la yaisu min roohillah illal qaumul kafiroon".</w:t>
      </w:r>
    </w:p>
    <w:p>
      <w:pPr>
        <w:jc w:val="right"/>
      </w:pPr>
      <w:r>
        <w:t>مولانا قرآن کی ایک آیت ہے: "لا تیسو من روح اللہ، انہ لا ییسو من روح اللہ الا القوم الکافرون"۔</w:t>
      </w:r>
    </w:p>
    <w:p>
      <w:r>
        <w:rPr>
          <w:b/>
        </w:rPr>
        <w:t xml:space="preserve">[17:43] </w:t>
      </w:r>
      <w:r>
        <w:t>Allah ki rehmat se namid na ho, kyunke Allah ki rehmat se wahi log namid hote hain jo kafir hain. mera sawal yeh hai ke namidi ke andar aisi kya baat hai ke is ko kufr se joda gaya hai?</w:t>
      </w:r>
    </w:p>
    <w:p>
      <w:pPr>
        <w:jc w:val="right"/>
      </w:pPr>
      <w:r>
        <w:t>اللہ کی رحمت سے نا امید نہ ہو، کیونکہ اللہ کی رحمت سے وہی لوگ نا امید ہوتے ہیں جو کافر ہیں۔ میرا سوال یہ ہے کہ نا امیدی کے اندر ایسی کیا بات ہے کہ اس کو کفر سے جوڑا گیا ہے؟</w:t>
      </w:r>
    </w:p>
    <w:p>
      <w:r>
        <w:rPr>
          <w:b/>
        </w:rPr>
        <w:t xml:space="preserve">[17:58] </w:t>
      </w:r>
      <w:r>
        <w:t>kya namidi? namidi ke andar kya baat hai ke is ko kufr se joda gaya hai?</w:t>
      </w:r>
    </w:p>
    <w:p>
      <w:pPr>
        <w:jc w:val="right"/>
      </w:pPr>
      <w:r>
        <w:t>کیا نا امیدی؟ نا امیدی کے اندر کیا بات ہے کہ اس کو کفر سے جوڑا گیا ہے؟</w:t>
      </w:r>
    </w:p>
    <w:p>
      <w:r>
        <w:rPr>
          <w:b/>
        </w:rPr>
        <w:t xml:space="preserve">[18:09] </w:t>
      </w:r>
      <w:r>
        <w:t>kyunke jab bhi aap umeed karte hain, intezar karte hain, dua karte hain, teesri to hota hai ke aap ka Allah rab ul alameen par aap ko bharosa hota hai.</w:t>
      </w:r>
    </w:p>
    <w:p>
      <w:pPr>
        <w:jc w:val="right"/>
      </w:pPr>
      <w:r>
        <w:t>کیونکہ جب بھی آپ امید کرتے ہیں، انتظار کرتے ہیں، دعا کرتے ہیں، تیسری تو ہوتا ہے کہ آپ کا اللہ رب العالمین پر آپ کو بھروسہ ہوتا ہے۔</w:t>
      </w:r>
    </w:p>
    <w:p>
      <w:r>
        <w:rPr>
          <w:b/>
        </w:rPr>
        <w:t xml:space="preserve">[18:23] </w:t>
      </w:r>
      <w:r>
        <w:t>bharosa na ho to aap yeh sab nahi karenge.</w:t>
      </w:r>
    </w:p>
    <w:p>
      <w:pPr>
        <w:jc w:val="right"/>
      </w:pPr>
      <w:r>
        <w:t>بھروسہ نہ ہو تو آپ یہ سب نہیں کریں گے۔</w:t>
      </w:r>
    </w:p>
    <w:p>
      <w:r>
        <w:rPr>
          <w:b/>
        </w:rPr>
        <w:t xml:space="preserve">[18:34] </w:t>
      </w:r>
      <w:r>
        <w:t>misalan dekhiye, ek sahab the jo leader leader the aur bahut se unhone kaam chhode, lekin har kaam mein woh fail hote chale gaye.</w:t>
      </w:r>
    </w:p>
    <w:p>
      <w:pPr>
        <w:jc w:val="right"/>
      </w:pPr>
      <w:r>
        <w:t>مثلاً دیکھیے، ایک صاحب تھے جو لیڈر لیڈر تھے اور بہت سے انہوں نے کام چھوڑے، لیکن ہر کام میں وہ فیل ہوتے چلے گئے۔</w:t>
      </w:r>
    </w:p>
    <w:p>
      <w:r>
        <w:rPr>
          <w:b/>
        </w:rPr>
        <w:t xml:space="preserve">[18:48] </w:t>
      </w:r>
      <w:r>
        <w:t>to unhone shair kaha tha ke ke woh mahroom tamanna kyon ne soye aasman dekha hai</w:t>
      </w:r>
    </w:p>
    <w:p>
      <w:pPr>
        <w:jc w:val="right"/>
      </w:pPr>
      <w:r>
        <w:t>تو انہوں نے شعر کہا تھا کہ کہ وہ محروم تمنا کیوں نے سوئے آسمان دیکھا ہے</w:t>
      </w:r>
    </w:p>
    <w:p>
      <w:r>
        <w:rPr>
          <w:b/>
        </w:rPr>
        <w:t xml:space="preserve">[19:01] </w:t>
      </w:r>
      <w:r>
        <w:t>ke jo lamha balmah apni koshish rayegan dekhe? yeh unhone khwamkhwah kaha tha ke so jata tha, soye aasman dekhne ka mani dua to jahan tak mein janta hoon, koi sansait tor par unhone koi dua ka tareeqa ikhtiyar nahi kiya.</w:t>
      </w:r>
    </w:p>
    <w:p>
      <w:pPr>
        <w:jc w:val="right"/>
      </w:pPr>
      <w:r>
        <w:t>کہ جو لمحہ بلمحہ اپنی کوشش رائیگاں دیکھے؟ یہ انہوں نے خوامخواہ کہا تھا کہ سو جاتا تھا، سوئے آسمان دیکھنے کا معنی دعا تو جہاں تک میں جانتا ہوں، کوئی سنسیت طور پر انہوں نے کوئی دعا کا طریقہ اختیار نہیں کیا۔</w:t>
      </w:r>
    </w:p>
    <w:p>
      <w:r>
        <w:rPr>
          <w:b/>
        </w:rPr>
        <w:t xml:space="preserve">[19:23] </w:t>
      </w:r>
      <w:r>
        <w:t>bas jalsa zaroor, jalsa zaroor cheez karte rahe.</w:t>
      </w:r>
    </w:p>
    <w:p>
      <w:pPr>
        <w:jc w:val="right"/>
      </w:pPr>
      <w:r>
        <w:t>بس جلسہ ضرور، جلسہ ضرور چیز کرتے رہے۔</w:t>
      </w:r>
    </w:p>
    <w:p>
      <w:r>
        <w:rPr>
          <w:b/>
        </w:rPr>
        <w:t xml:space="preserve">[19:30] </w:t>
      </w:r>
      <w:r>
        <w:t>to hope ke sath to Allah se yaqeen juda hua hai. jahan khoob, jahan hope hai, wahan yaqeen hai.</w:t>
      </w:r>
    </w:p>
    <w:p>
      <w:pPr>
        <w:jc w:val="right"/>
      </w:pPr>
      <w:r>
        <w:t>تو ہوپ کے ساتھ تو اللہ سے یقین جڑا ہوا ہے۔ جہاں خوب، جہاں ہوپ ہے، وہاں یقین ہے۔</w:t>
      </w:r>
    </w:p>
    <w:p>
      <w:r>
        <w:rPr>
          <w:b/>
        </w:rPr>
        <w:t xml:space="preserve">[19:46] </w:t>
      </w:r>
      <w:r>
        <w:t>Maulana, kai log ah failure ko ah whether in business or in relationship, is ko matter of life and death bana lete hain aur they even go to the extent of committing ah suicide.</w:t>
      </w:r>
    </w:p>
    <w:p>
      <w:pPr>
        <w:jc w:val="right"/>
      </w:pPr>
      <w:r>
        <w:t>مولانا، کئی لوگ اہ فیلیر کو اہ ویدر ان بزنس اور ان ریلیشن شپ، اس کو میٹر اف لائف اینڈ ڈیتھ بنا لیتے ہیں اور دے ایون گو ٹو دی ایکسٹینٹ اف کمیٹنگ اہ سوئیسائیڈ۔</w:t>
      </w:r>
    </w:p>
    <w:p>
      <w:r>
        <w:rPr>
          <w:b/>
        </w:rPr>
        <w:t xml:space="preserve">[20:03] </w:t>
      </w:r>
      <w:r>
        <w:t>to maulana, aise logon ko ah kaise hum hopeful bana sakte hain? bhai, mera formula to yeh hai jaise abhi ek sahab ne suicide kar liya bangalore mein.</w:t>
      </w:r>
    </w:p>
    <w:p>
      <w:pPr>
        <w:jc w:val="right"/>
      </w:pPr>
      <w:r>
        <w:t>تو مولانا، ایسے لوگوں کو اہ کیسے ہم ہوپ فل بنا سکتے ہیں؟ بھئی، میرا فارمولا تو یہ ہے جیسے ابھی ایک صاحب نے سوسائیڈ کر لیا بنگلور میں۔</w:t>
      </w:r>
    </w:p>
    <w:p>
      <w:r>
        <w:rPr>
          <w:b/>
        </w:rPr>
        <w:t xml:space="preserve">[20:19] </w:t>
      </w:r>
      <w:r>
        <w:t>in sab ka formula mein apna tajurba batata hoon</w:t>
      </w:r>
    </w:p>
    <w:p>
      <w:pPr>
        <w:jc w:val="right"/>
      </w:pPr>
      <w:r>
        <w:t>ان سب کا فارمولا میں اپنا تجربہ بتاتا ہوں</w:t>
      </w:r>
    </w:p>
    <w:p>
      <w:r>
        <w:rPr>
          <w:b/>
        </w:rPr>
        <w:t xml:space="preserve">[20:30] </w:t>
      </w:r>
      <w:r>
        <w:t>ke jab bhi aap ko koi accident ho, koi problem pesh aa jaye to sirf ek baat sochiye,</w:t>
      </w:r>
    </w:p>
    <w:p>
      <w:pPr>
        <w:jc w:val="right"/>
      </w:pPr>
      <w:r>
        <w:t>کہ جب بھی آپ کو کوئی ایکسیڈنٹ ہو، کوئی پرابلم پیش آ جائے تو صرف ایک بات سوچیے،</w:t>
      </w:r>
    </w:p>
    <w:p>
      <w:r>
        <w:rPr>
          <w:b/>
        </w:rPr>
        <w:t xml:space="preserve">[20:44] </w:t>
      </w:r>
      <w:r>
        <w:t>sirf ek baat ke jo aap ke pas accident hua hai, kya is ke baad bhi aap ke liye jeene ka sahara hai, sadan hai?</w:t>
      </w:r>
    </w:p>
    <w:p>
      <w:pPr>
        <w:jc w:val="right"/>
      </w:pPr>
      <w:r>
        <w:t>صرف ایک بات کہ جو آپ کے پاس ایکسیڈنٹ ہوا ہے، کیا اس کے بعد بھی آپ کے لیے جینے کا سہارا ہے، سادن ہے؟</w:t>
      </w:r>
    </w:p>
    <w:p>
      <w:r>
        <w:rPr>
          <w:b/>
        </w:rPr>
        <w:t xml:space="preserve">[20:56] </w:t>
      </w:r>
      <w:r>
        <w:t>hai ke nahi hai? agar hai to bas mutmaeen ho jaiye.</w:t>
      </w:r>
    </w:p>
    <w:p>
      <w:pPr>
        <w:jc w:val="right"/>
      </w:pPr>
      <w:r>
        <w:t>ہے کہ نہیں ہے؟ اگر ہے تو بس مطمئن ہو جائیے۔</w:t>
      </w:r>
    </w:p>
    <w:p>
      <w:r>
        <w:rPr>
          <w:b/>
        </w:rPr>
        <w:t xml:space="preserve">[21:05] </w:t>
      </w:r>
      <w:r>
        <w:t>aur mera tajurba yeh hai ke aksar accident ya problem aate hain aap ke achhe ke liye.</w:t>
      </w:r>
    </w:p>
    <w:p>
      <w:pPr>
        <w:jc w:val="right"/>
      </w:pPr>
      <w:r>
        <w:t>اور میرا تجربہ یہ ہے کہ اکثر ایکسیڈنٹ یا پرابلم آتے ہیں آپ کے اچھے کے لیے۔</w:t>
      </w:r>
    </w:p>
    <w:p>
      <w:r>
        <w:rPr>
          <w:b/>
        </w:rPr>
        <w:t xml:space="preserve">[21:18] </w:t>
      </w:r>
      <w:r>
        <w:t>jaise isi delhi mein mein ek weekly magazine tha urdu ka, us mein mein editor hota tha, kisi institution ka tha woh.</w:t>
      </w:r>
    </w:p>
    <w:p>
      <w:pPr>
        <w:jc w:val="right"/>
      </w:pPr>
      <w:r>
        <w:t>جیسے اسی دلی میں میں ایک ویکلی میگزین تھا اردو کا، اس میں میں ایڈیٹر ہوتا تھا، کسی انسٹیٹیوشن کا تھا وہ۔</w:t>
      </w:r>
    </w:p>
    <w:p>
      <w:r>
        <w:rPr>
          <w:b/>
        </w:rPr>
        <w:t xml:space="preserve">[21:35] </w:t>
      </w:r>
      <w:r>
        <w:t>to phir kya hua ke kuch aisi baatein huin ke jo log is ke malik the, unhone is ko close kar diya, band kar diya.</w:t>
      </w:r>
    </w:p>
    <w:p>
      <w:pPr>
        <w:jc w:val="right"/>
      </w:pPr>
      <w:r>
        <w:t>تو پھر کیا ہوا کہ کچھ ایسی باتیں ہوئیں کہ جو لوگ اس کے مالک تھے، انہوں نے اس کو کلوز کر دیا، بند کر دیا۔</w:t>
      </w:r>
    </w:p>
    <w:p>
      <w:r>
        <w:rPr>
          <w:b/>
        </w:rPr>
        <w:t xml:space="preserve">[21:51] </w:t>
      </w:r>
      <w:r>
        <w:t>yeh hua 1974 mein, hua 74 mein.</w:t>
      </w:r>
    </w:p>
    <w:p>
      <w:pPr>
        <w:jc w:val="right"/>
      </w:pPr>
      <w:r>
        <w:t>یہ ہوا 1974 میں، ہوا 74 میں۔</w:t>
      </w:r>
    </w:p>
    <w:p>
      <w:r>
        <w:rPr>
          <w:b/>
        </w:rPr>
        <w:t xml:space="preserve">[22:00] </w:t>
      </w:r>
      <w:r>
        <w:t>to mein Allah ke fazl se koi ghabraya nahi, bas sochta raha, dua karta raha,</w:t>
      </w:r>
    </w:p>
    <w:p>
      <w:pPr>
        <w:jc w:val="right"/>
      </w:pPr>
      <w:r>
        <w:t>تو میں اللہ کے فضل سے کوئی گھبرایا نہیں، بس سوچتا رہا، دعا کرتا رہا،</w:t>
      </w:r>
    </w:p>
    <w:p>
      <w:r>
        <w:rPr>
          <w:b/>
        </w:rPr>
        <w:t xml:space="preserve">[22:12] </w:t>
      </w:r>
      <w:r>
        <w:t>halanke us waqt mere pas kuch bhi nahi tha, kuch bhi nahi tha. to mere mind mein aya ke mein ek magazine apna nikalun, woh to doosre ka tha, apna magazine, lekin mere har magazine nikalne ke liye address bhi nahi tha.</w:t>
      </w:r>
    </w:p>
    <w:p>
      <w:pPr>
        <w:jc w:val="right"/>
      </w:pPr>
      <w:r>
        <w:t>حالانکہ اس وقت میرے پاس کچھ بھی نہیں تھا، کچھ بھی نہیں تھا۔ تو میرے مائنڈ میں آیا کہ میں ایک میگزین اپنا نکالوں، وہ تو دوسرے کا تھا، اپنا میگزین، لیکن میرے ہر میگزین نکالنے کے لیے ایڈریس بھی نہیں تھا۔</w:t>
      </w:r>
    </w:p>
    <w:p>
      <w:r>
        <w:rPr>
          <w:b/>
        </w:rPr>
        <w:t xml:space="preserve">[22:30] </w:t>
      </w:r>
      <w:r>
        <w:t>us waqt kisi se address, address hum ne goya loan liya, matlab un ka address ko istemal kiya.</w:t>
      </w:r>
    </w:p>
    <w:p>
      <w:pPr>
        <w:jc w:val="right"/>
      </w:pPr>
      <w:r>
        <w:t>اس وقت کسی سے ایڈریس، ایڈریس ہم نے گویا لون لیا، مطلب ان کا ایڈریس کو استعمال کیا۔</w:t>
      </w:r>
    </w:p>
    <w:p>
      <w:r>
        <w:rPr>
          <w:b/>
        </w:rPr>
        <w:t xml:space="preserve">[22:42] </w:t>
      </w:r>
      <w:r>
        <w:t>woh bechare khud bhi ek chhota sa ghar banate the, chhota ghar tha. to mein ne kisi ke address ko un se mang kar ke magazine nikal diya aur mere pas paisa bhi nahi tha.</w:t>
      </w:r>
    </w:p>
    <w:p>
      <w:pPr>
        <w:jc w:val="right"/>
      </w:pPr>
      <w:r>
        <w:t>وہ بیچارے خود بھی ایک چھوٹا سا گھر بناتے تھے، چھوٹا گھر تھا۔ تو میں نے کسی کے ایڈریس کو ان سے مانگ کر کے میگزین نکال دیا اور میرے پاس پیسہ بھی نہیں تھا۔</w:t>
      </w:r>
    </w:p>
    <w:p>
      <w:r>
        <w:rPr>
          <w:b/>
        </w:rPr>
        <w:t xml:space="preserve">[23:03] </w:t>
      </w:r>
      <w:r>
        <w:t>mere bade bhai us waqt zinda the. bade bhai se mein ne kaha ke bhai mujhe magazine nikalna hai to aap kuch paisa de de dijiye.</w:t>
      </w:r>
    </w:p>
    <w:p>
      <w:pPr>
        <w:jc w:val="right"/>
      </w:pPr>
      <w:r>
        <w:t>میرے بڑے بھائی اس وقت زندہ تھے۔ بڑے بھائی سے میں نے کہا کہ بھئی مجھے میگزین نکالنا ہے تو آپ کچھ پیسہ دے دے دیجئے۔</w:t>
      </w:r>
    </w:p>
    <w:p>
      <w:r>
        <w:rPr>
          <w:b/>
        </w:rPr>
        <w:t xml:space="preserve">[23:18] </w:t>
      </w:r>
      <w:r>
        <w:t>to mujhe yad hai ke us waqt unhone panch hazar rupay mein check mujhe bheja tha. bas yahi kul is ka total capital tha.</w:t>
      </w:r>
    </w:p>
    <w:p>
      <w:pPr>
        <w:jc w:val="right"/>
      </w:pPr>
      <w:r>
        <w:t>تو مجھے یاد ہے کہ اس وقت انہوں نے پانچ ہزار روپے میں چیک مجھے بھیجا تھا۔ بس یہی کل اس کا ٹوٹل کیپیٹل تھا۔</w:t>
      </w:r>
    </w:p>
    <w:p>
      <w:r>
        <w:rPr>
          <w:b/>
        </w:rPr>
        <w:t xml:space="preserve">[23:32] </w:t>
      </w:r>
      <w:r>
        <w:t>ab jo paisa nikala hum ne to aaj tak Allah ke fazl se woh chal raha hai, har risala aur kamyab ho gaya.</w:t>
      </w:r>
    </w:p>
    <w:p>
      <w:pPr>
        <w:jc w:val="right"/>
      </w:pPr>
      <w:r>
        <w:t>اب جو پیسہ نکالا ہم نے تو آج تک اللہ کے فضل سے وہ چل رہا ہے، ہر رسالہ اور کامیاب ہو گیا۔</w:t>
      </w:r>
    </w:p>
    <w:p>
      <w:r>
        <w:rPr>
          <w:b/>
        </w:rPr>
        <w:t xml:space="preserve">[23:47] </w:t>
      </w:r>
      <w:r>
        <w:t>to asal cheez hai ke aap ghabrayen nahi, mayoos na hon, sochen, dua karen.</w:t>
      </w:r>
    </w:p>
    <w:p>
      <w:pPr>
        <w:jc w:val="right"/>
      </w:pPr>
      <w:r>
        <w:t>تو اصل چیز ہے کہ آپ گھبرائیں نہیں، مایوس نہ ہوں، سوچیں، دعا کریں۔</w:t>
      </w:r>
    </w:p>
    <w:p>
      <w:r>
        <w:rPr>
          <w:b/>
        </w:rPr>
        <w:t xml:space="preserve">[23:58] </w:t>
      </w:r>
      <w:r>
        <w:t>business circle mein ek ek scene hai, business circle mein ek scene hai ke.</w:t>
      </w:r>
    </w:p>
    <w:p>
      <w:pPr>
        <w:jc w:val="right"/>
      </w:pPr>
      <w:r>
        <w:t>بزنس سرکل میں ایک ایک سینگ ہے، بزنس سرکل میں ایک سینگ ہے کہ۔</w:t>
      </w:r>
    </w:p>
    <w:p>
      <w:r>
        <w:rPr>
          <w:b/>
        </w:rPr>
        <w:t xml:space="preserve">[24:06] </w:t>
      </w:r>
      <w:r>
        <w:t>think, think, think!</w:t>
      </w:r>
    </w:p>
    <w:p>
      <w:pPr>
        <w:jc w:val="right"/>
      </w:pPr>
      <w:r>
        <w:t>تھنک، تھنک، تھنک!</w:t>
      </w:r>
    </w:p>
    <w:p>
      <w:r>
        <w:rPr>
          <w:b/>
        </w:rPr>
        <w:t xml:space="preserve">[24:08] </w:t>
      </w:r>
      <w:r>
        <w:t>there must be better way. is ko mein bohat manta hoon. Think, think, think!</w:t>
      </w:r>
    </w:p>
    <w:p>
      <w:pPr>
        <w:jc w:val="right"/>
      </w:pPr>
      <w:r>
        <w:t>دیر مسٹ بی بٹر وے۔ اس کو میں بہت مانتا ہوں۔ تھنک، تھنک، تھنک!</w:t>
      </w:r>
    </w:p>
    <w:p>
      <w:r>
        <w:rPr>
          <w:b/>
        </w:rPr>
        <w:t xml:space="preserve">[24:17] </w:t>
      </w:r>
      <w:r>
        <w:t>there must be better way. to jab bhi mujhe koi record parti hai to mein yahi karta hoon. mayoosi ke, mayoosi ke bajaye sochna,</w:t>
      </w:r>
    </w:p>
    <w:p>
      <w:pPr>
        <w:jc w:val="right"/>
      </w:pPr>
      <w:r>
        <w:t>دیر مسٹ بی بٹر وے۔ تو جب بھی مجھے کوئی ریکارڈ پڑتی ہے تو میں یہی کرتا ہوں۔ مایوسی کے، مایوسی کے بجائے سوچنا،</w:t>
      </w:r>
    </w:p>
    <w:p>
      <w:r>
        <w:rPr>
          <w:b/>
        </w:rPr>
        <w:t xml:space="preserve">[24:35] </w:t>
      </w:r>
      <w:r>
        <w:t>mayoosi ke bajaye sochna. think, think!</w:t>
      </w:r>
    </w:p>
    <w:p>
      <w:pPr>
        <w:jc w:val="right"/>
      </w:pPr>
      <w:r>
        <w:t>مایوسی کے بجائے سوچنا۔ تھنک، تھنک!</w:t>
      </w:r>
    </w:p>
    <w:p>
      <w:r>
        <w:rPr>
          <w:b/>
        </w:rPr>
        <w:t xml:space="preserve">[24:38] </w:t>
      </w:r>
      <w:r>
        <w:t>there must be better way. To main sab ko mashwara doon ga ke koi agar problem aata hai to aap hargiz, hargiz fresher mein na jayen.</w:t>
      </w:r>
    </w:p>
    <w:p>
      <w:pPr>
        <w:jc w:val="right"/>
      </w:pPr>
      <w:r>
        <w:t>دیر مسٹ بی بٹر وے۔ تو میں سب کو مشورہ دوں گا کہ کوئی اگر پرابلم آتا ہے تو آپ ہرگز، ہرگز فریشر میں نہ جائیں۔</w:t>
      </w:r>
    </w:p>
    <w:p>
      <w:r>
        <w:rPr>
          <w:b/>
        </w:rPr>
        <w:t xml:space="preserve">[24:54] </w:t>
      </w:r>
      <w:r>
        <w:t>sochain, socha</w:t>
      </w:r>
    </w:p>
    <w:p>
      <w:pPr>
        <w:jc w:val="right"/>
      </w:pPr>
      <w:r>
        <w:t>سوچیں، سوچ</w:t>
      </w:r>
    </w:p>
    <w:p>
      <w:r>
        <w:rPr>
          <w:b/>
        </w:rPr>
        <w:t xml:space="preserve">[24:55] </w:t>
      </w:r>
      <w:r>
        <w:t>in, sochain! bas</w:t>
      </w:r>
    </w:p>
    <w:p>
      <w:pPr>
        <w:jc w:val="right"/>
      </w:pPr>
      <w:r>
        <w:t>یں، سوچیں! بس</w:t>
      </w:r>
    </w:p>
    <w:p>
      <w:r>
        <w:rPr>
          <w:b/>
        </w:rPr>
        <w:t xml:space="preserve">[25:02] </w:t>
      </w:r>
      <w:r>
        <w:t>ji Maulana, mera sawal hai ke hum kaise hope aur wishful, wishful thinking mein differentiate karein? whats the difference between hope and wishful thinking?</w:t>
      </w:r>
    </w:p>
    <w:p>
      <w:pPr>
        <w:jc w:val="right"/>
      </w:pPr>
      <w:r>
        <w:t>جی مولانا، میرا سوال ہے کہ ہم کیسے ہوپ اور وش فل، وش فل تھنکنگ میں ڈفرنشیٹ کریں؟ واٹس دا ڈیفرنس بٹوین ہوپ اینڈ وش فل تھنکنگ؟</w:t>
      </w:r>
    </w:p>
    <w:p>
      <w:r>
        <w:rPr>
          <w:b/>
        </w:rPr>
        <w:t xml:space="preserve">[25:12] </w:t>
      </w:r>
      <w:r>
        <w:t>hum ko kab pata chale ke hum hum umeed mein hain aur hum wishful thinking kar rahe hain? kya karein? Maulana, un ka sawal yeh hai ke how can we find out whether we are in a state of hopefulness or wishful thinking?</w:t>
      </w:r>
    </w:p>
    <w:p>
      <w:pPr>
        <w:jc w:val="right"/>
      </w:pPr>
      <w:r>
        <w:t>ہم کو کب پتہ چلے کہ ہم ہم امید میں ہیں اور ہم وش فل تھنکنگ کر رہے ہیں؟ کیا کریں؟ مولانا، ان کا سوال یہ ہے کہ ہاؤ کین وی فائنڈ آؤٹ ویدر وی آر ان ا سٹیٹ اف ہوپ فلنس اور وش فل تھنکنگ؟</w:t>
      </w:r>
    </w:p>
    <w:p>
      <w:r>
        <w:rPr>
          <w:b/>
        </w:rPr>
        <w:t xml:space="preserve">[25:29] </w:t>
      </w:r>
      <w:r>
        <w:t>how do we differentiate the two? dekhiye, aap agar sach much sochenge, sach much to aap jaan lenge ke yeh wishful thinking hai aur yeh realistic approach hai.</w:t>
      </w:r>
    </w:p>
    <w:p>
      <w:pPr>
        <w:jc w:val="right"/>
      </w:pPr>
      <w:r>
        <w:t>ہاؤ ڈو وی ڈفرنشیٹ دا ٹو؟ دیکھیے، آپ اگر سچ مچ سوچیں گے، سچ مچ تو آپ جان لیں گے کہ یہ وش فل تھنکنگ ہے اور یہ ریلسٹک اپروچ ہے۔</w:t>
      </w:r>
    </w:p>
    <w:p>
      <w:r>
        <w:rPr>
          <w:b/>
        </w:rPr>
        <w:t xml:space="preserve">[25:47] </w:t>
      </w:r>
      <w:r>
        <w:t>mein Allah ke fazl se wishful thinking mein parta nahi kyunke mein bohat zyada sochta hoon, bohat zyada sochta hoon.</w:t>
      </w:r>
    </w:p>
    <w:p>
      <w:pPr>
        <w:jc w:val="right"/>
      </w:pPr>
      <w:r>
        <w:t>میں اللہ کے فضل سے وش فل تھنکنگ میں پڑھتا نہیں کیونکہ میں بہت زیادہ سوچتا ہوں، بہت زیادہ سوچتا ہوں۔</w:t>
      </w:r>
    </w:p>
    <w:p>
      <w:r>
        <w:rPr>
          <w:b/>
        </w:rPr>
        <w:t xml:space="preserve">[25:59] </w:t>
      </w:r>
      <w:r>
        <w:t>to yeh janna ka raaz aik sirf aik hai. mein bohat pehle, mujhe yaad hai, aik martaba mulaqat hui hamare aik parhe likhe aadmi thay.</w:t>
      </w:r>
    </w:p>
    <w:p>
      <w:pPr>
        <w:jc w:val="right"/>
      </w:pPr>
      <w:r>
        <w:t>تو یہ جاننا کا راز ایک صرف ایک ہے۔ میں بہت پہلے، مجھے یاد ہے، ایک مرتبہ ملاقات ہوئی ہمارے ایک پڑھے لکھے آدمی تھے۔</w:t>
      </w:r>
    </w:p>
    <w:p>
      <w:r>
        <w:rPr>
          <w:b/>
        </w:rPr>
        <w:t xml:space="preserve">[26:14] </w:t>
      </w:r>
      <w:r>
        <w:t>wo aqwal ke bohat mante thay. to unhon ne kaha tha ke sab se bari cheez hai wo self thinking.</w:t>
      </w:r>
    </w:p>
    <w:p>
      <w:pPr>
        <w:jc w:val="right"/>
      </w:pPr>
      <w:r>
        <w:t>وہ اقوال کے بہت مانتے تھے۔ تو انہوں نے کہا تھا کہ سب سے بڑی چیز ہے وہ سیلف تھنکنگ۔</w:t>
      </w:r>
    </w:p>
    <w:p>
      <w:r>
        <w:rPr>
          <w:b/>
        </w:rPr>
        <w:t xml:space="preserve">[26:32] </w:t>
      </w:r>
      <w:r>
        <w:t>self thinking jo nurshe, jo nurshe ka nazariya tha, us ko apnaya Iqbal ne. to mein ne kaha nahi, anti self thinking bari cheez hai.</w:t>
      </w:r>
    </w:p>
    <w:p>
      <w:pPr>
        <w:jc w:val="right"/>
      </w:pPr>
      <w:r>
        <w:t>سیلف تھنکنگ جو نرشے، جو نرشے کا نظریہ تھا، اس کو اپنایا اقبال نے۔ تو میں نے کہا نہیں، اینٹی سیلف تھنکنگ بڑی چیز ہے۔</w:t>
      </w:r>
    </w:p>
    <w:p>
      <w:r>
        <w:rPr>
          <w:b/>
        </w:rPr>
        <w:t xml:space="preserve">[26:45] </w:t>
      </w:r>
      <w:r>
        <w:t>us waqt bohat pehle ki baat hui hai. unhon ne kaha ke self thinking. mein ne kaha nahi, anti self thinking.</w:t>
      </w:r>
    </w:p>
    <w:p>
      <w:pPr>
        <w:jc w:val="right"/>
      </w:pPr>
      <w:r>
        <w:t>اس وقت بہت پہلے کی بات ہوئی ہے۔ انہوں نے کہا کہ سیلف تھنکنگ۔ میں نے کہا نہیں، اینٹی سیلف تھنکنگ۔</w:t>
      </w:r>
    </w:p>
    <w:p>
      <w:r>
        <w:rPr>
          <w:b/>
        </w:rPr>
        <w:t xml:space="preserve">[26:55] </w:t>
      </w:r>
      <w:r>
        <w:t>to aap anti self thinking apne andar laiye. aap foran jaan len ke yeh wishful thinking hai, yeh yeh realistic approach hai.</w:t>
      </w:r>
    </w:p>
    <w:p>
      <w:pPr>
        <w:jc w:val="right"/>
      </w:pPr>
      <w:r>
        <w:t>تو آپ اینٹی سیلف تھنکنگ اپنے اندر لائیے۔ آپ فوراً جان لیں کہ یہ وش فل تھنکنگ ہے، یہ یہ ریلسٹک اپروچ ہے۔</w:t>
      </w:r>
    </w:p>
    <w:p>
      <w:r>
        <w:rPr>
          <w:b/>
        </w:rPr>
        <w:t xml:space="preserve">[27:03] </w:t>
      </w:r>
      <w:r>
        <w:t>kuch mushkil nahi.</w:t>
      </w:r>
    </w:p>
    <w:p>
      <w:pPr>
        <w:jc w:val="right"/>
      </w:pPr>
      <w:r>
        <w:t>کچھ مشکل نہیں۔</w:t>
      </w:r>
    </w:p>
    <w:p>
      <w:r>
        <w:rPr>
          <w:b/>
        </w:rPr>
        <w:t xml:space="preserve">[27:16] </w:t>
      </w:r>
      <w:r>
        <w:t>misal ke taur par jinhon ne abhi banglu ki kitab mein suicide kiya hai, wo kya thi? wo, wo, wo, wo thi wishful thinking.</w:t>
      </w:r>
    </w:p>
    <w:p>
      <w:pPr>
        <w:jc w:val="right"/>
      </w:pPr>
      <w:r>
        <w:t>مثلاً جنہوں نے ابھی بینگلو کی کتاب میں سوسائیڈ کیا ہے، وہ کیا تھی؟ وہ، وہ، وہ، وہ تھی وش فل تھنکنگ۔</w:t>
      </w:r>
    </w:p>
    <w:p>
      <w:r>
        <w:rPr>
          <w:b/>
        </w:rPr>
        <w:t xml:space="preserve">[27:29] </w:t>
      </w:r>
      <w:r>
        <w:t>un ka business chal raha tha to bohat bara plan banaya unhon ne loan par. jab aap ke paas capital zyada nahi hai to jitna hai usi par kaam kijiye.</w:t>
      </w:r>
    </w:p>
    <w:p>
      <w:pPr>
        <w:jc w:val="right"/>
      </w:pPr>
      <w:r>
        <w:t>ان کا بزنس چل رہا تھا تو بہت بڑا پلان بنایا انہوں نے لون پر۔ جب آپ کے پاس کیپیٹل زیادہ نہیں ہے تو جتنا ہے اسی پر کام کیجئے۔</w:t>
      </w:r>
    </w:p>
    <w:p>
      <w:r>
        <w:rPr>
          <w:b/>
        </w:rPr>
        <w:t xml:space="preserve">[27:42] </w:t>
      </w:r>
      <w:r>
        <w:t>bara loan le kar ke aik himalaya khara karna isi ka zaroorat hai. to mein to yahi kahoon ga ke wo wishful thinking ki wajah se yeh himalaya par plan banaya aur wo fail hoga to apni apni hi ko pa dala unhon ne.</w:t>
      </w:r>
    </w:p>
    <w:p>
      <w:pPr>
        <w:jc w:val="right"/>
      </w:pPr>
      <w:r>
        <w:t>بڑا لون لے کر کے ایک ہمالیہ کھڑا کرنا اسی کا ضرورت ہے۔ تو میں تو یہی کہوں گا کہ وہ وش فل تھنکنگ کی وجہ سے یہ ہمالیہ پر پلان بنایا اور وہ فیل ہوگا تو اپنی اپنی ہی کو پا ڈالا انہوں نے۔</w:t>
      </w:r>
    </w:p>
    <w:p>
      <w:r>
        <w:rPr>
          <w:b/>
        </w:rPr>
        <w:t xml:space="preserve">[28:06] </w:t>
      </w:r>
      <w:r>
        <w:t>to anti self thinking paida kiye apne andar aur mashwara khoob kiye to aap wishful thinking se bach jayenge.</w:t>
      </w:r>
    </w:p>
    <w:p>
      <w:pPr>
        <w:jc w:val="right"/>
      </w:pPr>
      <w:r>
        <w:t>تو اینٹی سیلف تھنکنگ پیدا کیے اپنے اندر اور مشورہ خوب کیے تو آپ وش فل تھنکنگ سے بچ جائیں گے۔</w:t>
      </w:r>
    </w:p>
    <w:p>
      <w:r>
        <w:rPr>
          <w:b/>
        </w:rPr>
        <w:t xml:space="preserve">[28:24] </w:t>
      </w:r>
      <w:r>
        <w:t>Maulana, hope se related jo aap ne yeh kaha ke yeh dunya har waqt problem se solution ki taraf safar kar rahi hai, yeh bohat hi thrilling baat hai Maulana aur bohat hi yaqeen hoap dene wali baat hai.</w:t>
      </w:r>
    </w:p>
    <w:p>
      <w:pPr>
        <w:jc w:val="right"/>
      </w:pPr>
      <w:r>
        <w:t>مولانا، ہوپ سے ریلیٹڈ جو آپ نے یہ کہا کہ یہ دنیا ہر وقت پرابلم سے سلویوشن کی طرف سفر کر رہی ہے، یہ بہت ہی تھرلنگ بات ہے مولانا اور بہت ہی یقینی ہوپ دینے والی بات ہے۔</w:t>
      </w:r>
    </w:p>
    <w:p>
      <w:r>
        <w:rPr>
          <w:b/>
        </w:rPr>
        <w:t xml:space="preserve">[28:41] </w:t>
      </w:r>
      <w:r>
        <w:t>hope yaqeen ki had tak dene wali baat hai.</w:t>
      </w:r>
    </w:p>
    <w:p>
      <w:pPr>
        <w:jc w:val="right"/>
      </w:pPr>
      <w:r>
        <w:t>ہوپ یقین کی حد تک دینے والی بات ہے۔</w:t>
      </w:r>
    </w:p>
    <w:p>
      <w:r>
        <w:rPr>
          <w:b/>
        </w:rPr>
        <w:t xml:space="preserve">[28:47] </w:t>
      </w:r>
      <w:r>
        <w:t>kya kahein? Maulana, unhon ne yeh bataya ke aap ne jo kaha tha ke yeh dunya har waqt problem se solution ki taraf safar kar rahi hai, yeh bilkul thrilling wali baat hai.</w:t>
      </w:r>
    </w:p>
    <w:p>
      <w:pPr>
        <w:jc w:val="right"/>
      </w:pPr>
      <w:r>
        <w:t>کیا کہیں؟ مولانا، انہوں نے یہ بتایا کہ آپ نے جو کہا تھا کہ یہ دنیا ہر وقت پرابلم سے سلویوشن کی طرف سفر کر رہی ہے، یہ بالکل تھرلنگ والی بات ہے۔</w:t>
      </w:r>
    </w:p>
    <w:p>
      <w:r>
        <w:rPr>
          <w:b/>
        </w:rPr>
        <w:t xml:space="preserve">[28:58] </w:t>
      </w:r>
      <w:r>
        <w:t>aadmi ko bohat hope deti hai. Masha Allah, Masha Allah.</w:t>
      </w:r>
    </w:p>
    <w:p>
      <w:pPr>
        <w:jc w:val="right"/>
      </w:pPr>
      <w:r>
        <w:t>آدمی کو بہت ہوپ دیتی ہے۔ ماشاءاللہ، ماشاءاللہ۔</w:t>
      </w:r>
    </w:p>
    <w:p>
      <w:r>
        <w:rPr>
          <w:b/>
        </w:rPr>
        <w:t xml:space="preserve">[29:09] </w:t>
      </w:r>
      <w:r>
        <w:t>maulana, aap ki baat ko le kar hi hamein aik yaad aa raha hai ke abhi hum ne recently kahin kisi ka interview parha tha. unhon ne kisi peer baba ka interview kiya tha, is correspondent ne.</w:t>
      </w:r>
    </w:p>
    <w:p>
      <w:pPr>
        <w:jc w:val="right"/>
      </w:pPr>
      <w:r>
        <w:t>مولانا، آپ کی بات کو لے کر ہی ہمیں ایک یاد آ رہا ہے کہ ابھی ہم نے ریسنٹلی کہیں کسی کا انٹرویو پڑھا تھا۔ انہوں نے کسی پیر بابا کا انٹرویو کیا تھا، اس کورسپونڈنٹ نے۔</w:t>
      </w:r>
    </w:p>
    <w:p>
      <w:r>
        <w:rPr>
          <w:b/>
        </w:rPr>
        <w:t xml:space="preserve">[29:21] </w:t>
      </w:r>
      <w:r>
        <w:t>to is ne in peer baba se poocha ke aisa kyun hai ke aap ke wahan pe itni lambi line rehti hai logon ki aur aap taweez dete hain aur kaam poora ho jata hai logon ka?</w:t>
      </w:r>
    </w:p>
    <w:p>
      <w:pPr>
        <w:jc w:val="right"/>
      </w:pPr>
      <w:r>
        <w:t>تو اس نے ان پیر بابا سے پوچھا کہ ایسا کیوں ہے کہ آپ کے وہاں پہ اتنی لمبی لائن رہتی ہے لوگوں کی اور آپ تعویذ دیتے ہیں اور کام پورا ہو جاتا ہے لوگوں کا؟</w:t>
      </w:r>
    </w:p>
    <w:p>
      <w:r>
        <w:rPr>
          <w:b/>
        </w:rPr>
        <w:t xml:space="preserve">[29:32] </w:t>
      </w:r>
      <w:r>
        <w:t>aisa kya hai aap mein? aap kya rohani ho? kya ho? unhon ne kaha, "main kuch bhi nahi karta. jo log mere paas aate hain, main sirf un ko inshallah bolta hoon." to unhon ne kaha, aur woh phir kehte hain, "phir kya hota hai?" kehte hain, "inshallah bolta hoon." un ko har problem ki aik cycle hoti hai.</w:t>
      </w:r>
    </w:p>
    <w:p>
      <w:pPr>
        <w:jc w:val="right"/>
      </w:pPr>
      <w:r>
        <w:t>ایسا کیا ہے آپ میں؟ آپ کیا روحانی ہو؟ کیا ہو؟ انہوں نے کہا، "میں کچھ بھی نہیں کرتا۔ جو لوگ میرے پاس آتے ہیں، میں صرف ان کو انشاءاللہ بولتا ہوں۔" تو انہوں نے کہا، اور وہ پھر کہتے ہیں، "پھر کیا ہوتا ہے؟" کہتے ہیں، "انشاءاللہ بولتا ہوں۔" ان کو ہر پرابلم کی ایک سائیکل ہوتی ہے۔</w:t>
      </w:r>
    </w:p>
    <w:p>
      <w:r>
        <w:rPr>
          <w:b/>
        </w:rPr>
        <w:t xml:space="preserve">[29:48] </w:t>
      </w:r>
      <w:r>
        <w:t>is problem, woh problem apne aap hi khatam ho rahi hoti hai aur zariye main ban jata hoon aur is se un ki bheerh barhti ja rahi hai.</w:t>
      </w:r>
    </w:p>
    <w:p>
      <w:pPr>
        <w:jc w:val="right"/>
      </w:pPr>
      <w:r>
        <w:t>اس پرابلم، وہ پرابلم اپنے آپ ہی ختم ہو رہی ہوتی ہے اور ذریعہ میں بن جاتا ہوں اور اس سے ان کی بھیڑ بڑھتی جا رہی ہے۔</w:t>
      </w:r>
    </w:p>
    <w:p>
      <w:r>
        <w:rPr>
          <w:b/>
        </w:rPr>
        <w:t xml:space="preserve">[29:57] </w:t>
      </w:r>
      <w:r>
        <w:t>so Maulana, jo aap keh rahe ho, hum isi pe keh rahe hain. bilkul aap sahi keh rahe hain Maulana. a, i realize today that who, it is belief in God or conviction in God that gives you hope.</w:t>
      </w:r>
    </w:p>
    <w:p>
      <w:pPr>
        <w:jc w:val="right"/>
      </w:pPr>
      <w:r>
        <w:t>سو مولانا، جو آپ کہہ رہے ہو، ہم اسی پہ کہہ رہے ہیں۔ بالکل آپ صحیح کہہ رہے ہیں مولانا۔ اے، آئی ریلائز ٹوڈے دیٹ ہو، اٹ از بیلیف ان گاڈ اور کنوکشن ان گاڈ دیٹ گیوز یو ہوپ۔</w:t>
      </w:r>
    </w:p>
    <w:p>
      <w:r>
        <w:rPr>
          <w:b/>
        </w:rPr>
        <w:t xml:space="preserve">[30:12] </w:t>
      </w:r>
      <w:r>
        <w:t>and in this world, you can either live in a state of hope or in a state of frustration. and one who lives in hope has conviction in God, and one who has who lives in frustration, does not believe in God, only believes in himself.</w:t>
      </w:r>
    </w:p>
    <w:p>
      <w:pPr>
        <w:jc w:val="right"/>
      </w:pPr>
      <w:r>
        <w:t>اینڈ ان دس ورلڈ، یو کین ایتھر لیو ان ا سٹیٹ اف ہوپ اور ان ا سٹیٹ اف فرسٹریشن۔ اینڈ ون ہو لیوز ان ہوپ ہیز کنوکشن ان گاڈ، اینڈ ون ہو ہیز ہو لیوز ان فرسٹریشن، ڈز ناٹ بیلیو ان گاڈ، اونلی بیلیوز ان ہم سیلف۔</w:t>
      </w:r>
    </w:p>
    <w:p>
      <w:r>
        <w:rPr>
          <w:b/>
        </w:rPr>
        <w:t xml:space="preserve">[30:30] </w:t>
      </w:r>
      <w:r>
        <w:t>and because you are limited and you can not control anything, you fall to into frustration. to apne upar belief hamein nahi rakhna chahiye.</w:t>
      </w:r>
    </w:p>
    <w:p>
      <w:pPr>
        <w:jc w:val="right"/>
      </w:pPr>
      <w:r>
        <w:t>اینڈ بیکاز یو آر لمیٹڈ اینڈ یو کین ناٹ کنٹرول اینی تھنگ، یو فال ٹو انٹو فرسٹریشن۔ تو اپنے اوپر بیلیف ہمیں نہیں رکھنا چاہیے۔</w:t>
      </w:r>
    </w:p>
    <w:p>
      <w:r>
        <w:rPr>
          <w:b/>
        </w:rPr>
        <w:t xml:space="preserve">[30:41] </w:t>
      </w:r>
      <w:r>
        <w:t>hamein at all times Khuda ke upar belief rakhna chahiye. then we will always be hopeful. is that right to think in this way?</w:t>
      </w:r>
    </w:p>
    <w:p>
      <w:pPr>
        <w:jc w:val="right"/>
      </w:pPr>
      <w:r>
        <w:t>ہمیں ایٹ ال ٹائمز خدا کے اوپر بیلیف رکھنا چاہیے۔ دین وی ویل الویز بی ہوپ فل۔ از دیٹ رائٹ ٹو تھنک ان دس وے؟</w:t>
      </w:r>
    </w:p>
    <w:p>
      <w:r>
        <w:rPr>
          <w:b/>
        </w:rPr>
        <w:t xml:space="preserve">[30:51] </w:t>
      </w:r>
      <w:r>
        <w:t>Sajid, koi pooch le? kis Maulana, apne upar belief na rakhte hue Khuda pe belief rakhna, kya hum sab ko aise hi karna chahiye ke apne apne upar belief na karein, Khuda pe belief zyada rakhein?</w:t>
      </w:r>
    </w:p>
    <w:p>
      <w:pPr>
        <w:jc w:val="right"/>
      </w:pPr>
      <w:r>
        <w:t>ساجد، کوئی پوچھ لے؟ کس مولانا، اپنے اوپر بیلیف نہ رکھتے ہوئے خدا پہ بیلیف رکھنا، کیا ہم سب کو ایسے ہی کرنا چاہیے کہ اپنے اپنے اوپر بیلیف نہ کریں، خدا پہ بیلیف زیادہ رکھیں؟</w:t>
      </w:r>
    </w:p>
    <w:p>
      <w:r>
        <w:rPr>
          <w:b/>
        </w:rPr>
        <w:t xml:space="preserve">[31:14] </w:t>
      </w:r>
      <w:r>
        <w:t>to hum to kuch control kar nahi sakte kyunke hum to kuch control nahi kar sakte hain. Maulana, sara ka jo sara control hai, woh Khuda ka. mere khayal se yeh yeh bohat hi mushkil kaam hai differentiate karna dono ke beech mein.</w:t>
      </w:r>
    </w:p>
    <w:p>
      <w:pPr>
        <w:jc w:val="right"/>
      </w:pPr>
      <w:r>
        <w:t>تو ہم تو کچھ کنٹرول کر نہیں سکتے کیونکہ ہم تو کچھ کنٹرول نہیں کر سکتے ہیں۔ مولانا، سارا کا جو سارا کنٹرول ہے، وہ خدا کا۔ میرے خیال سے یہ یہ بہت ہی مشکل کام ہے ڈفرنشیٹ کرنا دونوں کے بیچ میں۔</w:t>
      </w:r>
    </w:p>
    <w:p>
      <w:r>
        <w:rPr>
          <w:b/>
        </w:rPr>
        <w:t xml:space="preserve">[31:31] </w:t>
      </w:r>
      <w:r>
        <w:t>baqi aik cheez main manta hoon ke bohat pehle</w:t>
      </w:r>
    </w:p>
    <w:p>
      <w:pPr>
        <w:jc w:val="right"/>
      </w:pPr>
      <w:r>
        <w:t>باقی ایک چیز میں مانتا ہوں کہ بہت پہلے</w:t>
      </w:r>
    </w:p>
    <w:p>
      <w:r>
        <w:rPr>
          <w:b/>
        </w:rPr>
        <w:t xml:space="preserve">[31:38] </w:t>
      </w:r>
      <w:r>
        <w:t>edit digest mein hum ne parha tha aik article jo nikalta tha America se. ab pata nahi nikalta hai ke nahi nikalta.</w:t>
      </w:r>
    </w:p>
    <w:p>
      <w:pPr>
        <w:jc w:val="right"/>
      </w:pPr>
      <w:r>
        <w:t>ایڈٹ ڈائجسٹ میں ہم نے پڑھا تھا ایک آرٹیکل جو نکلتا تھا امریکہ سے۔ اب پتہ نہیں نکلتا ہے کہ نہیں نکلتا۔</w:t>
      </w:r>
    </w:p>
    <w:p>
      <w:r>
        <w:rPr>
          <w:b/>
        </w:rPr>
        <w:t xml:space="preserve">[31:48] </w:t>
      </w:r>
      <w:r>
        <w:t>edit digest to is mein aik article tha, "obey that impulse". obey that impulse yani aadmi ke andar apne aap kuch impulses aate hain,</w:t>
      </w:r>
    </w:p>
    <w:p>
      <w:pPr>
        <w:jc w:val="right"/>
      </w:pPr>
      <w:r>
        <w:t>ایڈٹ ڈائجسٹ تو اس میں ایک آرٹیکل تھا، "اوبے دیٹ ایمپلس"۔ اوبے دیٹ ایمپلس یعنی آدمی کے اندر اپنے آپ کچھ ایمپلسز آتے ہیں،</w:t>
      </w:r>
    </w:p>
    <w:p>
      <w:r>
        <w:rPr>
          <w:b/>
        </w:rPr>
        <w:t xml:space="preserve">[32:06] </w:t>
      </w:r>
      <w:r>
        <w:t>kuch thinking jaagti hai.</w:t>
      </w:r>
    </w:p>
    <w:p>
      <w:pPr>
        <w:jc w:val="right"/>
      </w:pPr>
      <w:r>
        <w:t>کچھ تھنکنگ جاگتی ہے۔</w:t>
      </w:r>
    </w:p>
    <w:p>
      <w:r>
        <w:rPr>
          <w:b/>
        </w:rPr>
        <w:t xml:space="preserve">[32:10] </w:t>
      </w:r>
      <w:r>
        <w:t>to is ko, is ko pakriye, is ko follow kijiye. to main samajhta hoon ke yeh jo impulse aate hain andar se, woh shayad hamare andar jo insight hai,</w:t>
      </w:r>
    </w:p>
    <w:p>
      <w:pPr>
        <w:jc w:val="right"/>
      </w:pPr>
      <w:r>
        <w:t>تو اس کو، اس کو پکڑیے، اس کو فالو کیجئے۔ تو میں سمجھتا ہوں کہ یہ جو ایمپلس آتے ہیں اندر سے، وہ شاید ہمارے اندر جو انسائٹ ہے،</w:t>
      </w:r>
    </w:p>
    <w:p>
      <w:r>
        <w:rPr>
          <w:b/>
        </w:rPr>
        <w:t xml:space="preserve">[32:31] </w:t>
      </w:r>
      <w:r>
        <w:t>is ka is ka kuch is mein haath hota hai shayad.</w:t>
      </w:r>
    </w:p>
    <w:p>
      <w:pPr>
        <w:jc w:val="right"/>
      </w:pPr>
      <w:r>
        <w:t>اس کا اس کا کچھ اس میں ہاتھ ہوتا ہے شاید۔</w:t>
      </w:r>
    </w:p>
    <w:p>
      <w:r>
        <w:rPr>
          <w:b/>
        </w:rPr>
        <w:t xml:space="preserve">[32:40] </w:t>
      </w:r>
      <w:r>
        <w:t>lekin bohat zyada clear cut answer ghaleban is ka possible nahi hai. aap ke insight, aap ke vision, yeh sab bohat zyada is pe kaam karti hai.</w:t>
      </w:r>
    </w:p>
    <w:p>
      <w:pPr>
        <w:jc w:val="right"/>
      </w:pPr>
      <w:r>
        <w:t>لیکن بہت زیادہ کلیئر کٹ انسر غالباً اس کا پاسیبل نہیں ہے۔ آپ کے انسائٹ، آپ کے ویژن، یہ سب بہت زیادہ اس پہ کام کرتی ہے۔</w:t>
      </w:r>
    </w:p>
    <w:p>
      <w:r>
        <w:rPr>
          <w:b/>
        </w:rPr>
        <w:t xml:space="preserve">[33:02] </w:t>
      </w:r>
      <w:r>
        <w:t>to main to yeh kahunga ke aap aap ka insight jo bolay, us ko ikhtiyar kijiye lekin sath sath dua karte rahiye.</w:t>
      </w:r>
    </w:p>
    <w:p>
      <w:pPr>
        <w:jc w:val="right"/>
      </w:pPr>
      <w:r>
        <w:t>تو میں تو یہ کہوں گا کہ آپ آپ کا انسائٹ جو بولے، اس کو اختیار کیجئے لیکن ساتھ ساتھ دعا کرتے رہیے۔</w:t>
      </w:r>
    </w:p>
    <w:p>
      <w:r>
        <w:rPr>
          <w:b/>
        </w:rPr>
        <w:t xml:space="preserve">[33:14] </w:t>
      </w:r>
      <w:r>
        <w:t>dua!</w:t>
      </w:r>
    </w:p>
    <w:p>
      <w:pPr>
        <w:jc w:val="right"/>
      </w:pPr>
      <w:r>
        <w:t>دعا!</w:t>
      </w:r>
    </w:p>
    <w:p>
      <w:r>
        <w:rPr>
          <w:b/>
        </w:rPr>
        <w:t xml:space="preserve">[33:22] </w:t>
      </w:r>
      <w:r>
        <w:t>Maulana, can we say this that faith is i mean first faith will come and then the belief will come? because the faith is a broader sense of belief.</w:t>
      </w:r>
    </w:p>
    <w:p>
      <w:pPr>
        <w:jc w:val="right"/>
      </w:pPr>
      <w:r>
        <w:t>مولانا، کین وی سے دس دیٹ فیتھ از ائی مین فرسٹ فیتھ ویل کم اینڈ دین دا بیلیف ویل کم؟ کیونکہ دا فیتھ از ا براڈر سینس اف بیلیف۔</w:t>
      </w:r>
    </w:p>
    <w:p>
      <w:r>
        <w:rPr>
          <w:b/>
        </w:rPr>
        <w:t xml:space="preserve">[33:35] </w:t>
      </w:r>
      <w:r>
        <w:t>haan, yeh to theek hai, yeh formula sahi hai. Maulana, correct!</w:t>
      </w:r>
    </w:p>
    <w:p>
      <w:pPr>
        <w:jc w:val="right"/>
      </w:pPr>
      <w:r>
        <w:t>ہاں، یہ تو ٹھیک ہے، یہ فارمولا صحیح ہے۔ مولانا، کریکٹ!</w:t>
      </w:r>
    </w:p>
    <w:p>
      <w:r>
        <w:rPr>
          <w:b/>
        </w:rPr>
        <w:t xml:space="preserve">[33:45] </w:t>
      </w:r>
      <w:r>
        <w:t>Maulana, abhi aap ne kaha na "obey, obey the impulse". obey that impulse. to Muaz Sahab, yeh intuitive power ya insight ko develop karne ke liye sab se important cheez kya hai?</w:t>
      </w:r>
    </w:p>
    <w:p>
      <w:pPr>
        <w:jc w:val="right"/>
      </w:pPr>
      <w:r>
        <w:t>مولانا، ابھی آپ نے کہا نا "اوبے، اوبے دا ایمپلس"۔ اوبے دیٹ ایمپلس۔ تو معاذ صاحب، یہ انٹیوٹیو پاور یا انسائٹ کو ڈیویلپ کرنے کے لیے سب سے امپورٹنٹ چیز کیا ہے؟</w:t>
      </w:r>
    </w:p>
    <w:p>
      <w:r>
        <w:rPr>
          <w:b/>
        </w:rPr>
        <w:t xml:space="preserve">[34:00] </w:t>
      </w:r>
      <w:r>
        <w:t>kese develop karte hain intuitive power ya insight? kya kaha unhon ne? Maulana, woh yeh keh rahe hain ke aap ne jo abhi kaha na "obey that impulse".</w:t>
      </w:r>
    </w:p>
    <w:p>
      <w:pPr>
        <w:jc w:val="right"/>
      </w:pPr>
      <w:r>
        <w:t>کیسے ڈیویلپ کرتے ہیں انٹیوٹیو پاور یا انسائٹ؟ کیا کہا انہوں نے؟ مولانا، وہ یہ کہہ رہے ہیں کہ آپ نے جو ابھی کہا نا "اوبے دیٹ ایمپلس"۔</w:t>
      </w:r>
    </w:p>
    <w:p>
      <w:r>
        <w:rPr>
          <w:b/>
        </w:rPr>
        <w:t xml:space="preserve">[34:10] </w:t>
      </w:r>
      <w:r>
        <w:t>haan, to aik insan apni intuitive power ko kese develop kar sakta hai? haan, yeh yeh bohat important sawal hai aur is ke baray mein main kar sakta hoon kuch baat.</w:t>
      </w:r>
    </w:p>
    <w:p>
      <w:pPr>
        <w:jc w:val="right"/>
      </w:pPr>
      <w:r>
        <w:t>ہاں، تو ایک انسان اپنی انٹیوٹیو پاور کو کیسے ڈیویلپ کر سکتا ہے؟ ہاں، یہ یہ بہت امپورٹنٹ سوال ہے اور اس کے بارے میں میں کر سکتا ہوں کچھ بات۔</w:t>
      </w:r>
    </w:p>
    <w:p>
      <w:r>
        <w:rPr>
          <w:b/>
        </w:rPr>
        <w:t xml:space="preserve">[34:29] </w:t>
      </w:r>
      <w:r>
        <w:t>dekhiye, aadmi ka jo nature hai, nature woh bohat bara guide hai, bohat bara guide hai woh.</w:t>
      </w:r>
    </w:p>
    <w:p>
      <w:pPr>
        <w:jc w:val="right"/>
      </w:pPr>
      <w:r>
        <w:t>دیکھیے، آدمی کا جو نیچر ہے، نیچر وہ بہت بڑا گائیڈ ہے، بہت بڑا گائیڈ ہے وہ۔</w:t>
      </w:r>
    </w:p>
    <w:p>
      <w:r>
        <w:rPr>
          <w:b/>
        </w:rPr>
        <w:t xml:space="preserve">[34:44] </w:t>
      </w:r>
      <w:r>
        <w:t>lekin is mein hota yeh hai ke aam taur par log yeh ghalti karte hain, woh</w:t>
      </w:r>
    </w:p>
    <w:p>
      <w:pPr>
        <w:jc w:val="right"/>
      </w:pPr>
      <w:r>
        <w:t>لیکن اس میں ہوتا یہ ہے کہ عام طور پر لوگ یہ غلطی کرتے ہیں، وہ</w:t>
      </w:r>
    </w:p>
    <w:p>
      <w:r>
        <w:rPr>
          <w:b/>
        </w:rPr>
        <w:t xml:space="preserve">[34:58] </w:t>
      </w:r>
      <w:r>
        <w:t>woh</w:t>
      </w:r>
    </w:p>
    <w:p>
      <w:pPr>
        <w:jc w:val="right"/>
      </w:pPr>
      <w:r>
        <w:t>وہ</w:t>
      </w:r>
    </w:p>
    <w:p>
      <w:r>
        <w:rPr>
          <w:b/>
        </w:rPr>
        <w:t xml:space="preserve">[35:03] </w:t>
      </w:r>
      <w:r>
        <w:t>woh chal padte hain apni khwahish, khwahish par, wish par. dono mein farq hain. impulse, inner impulse alag cheez hai aur khwahish alag cheez hai.</w:t>
      </w:r>
    </w:p>
    <w:p>
      <w:pPr>
        <w:jc w:val="right"/>
      </w:pPr>
      <w:r>
        <w:t>وہ چل پڑتے ہیں اپنی خواہش، خواہش پر، وش پر۔ دونوں فرق ہیں۔ ایمپلس، انر ایمپلس الگ چیز ہے اور خواہش الگ چیز ہے۔</w:t>
      </w:r>
    </w:p>
    <w:p>
      <w:r>
        <w:rPr>
          <w:b/>
        </w:rPr>
        <w:t xml:space="preserve">[35:19] </w:t>
      </w:r>
      <w:r>
        <w:t>to jo aadmi khwahish pe chal padega to woh to zaroor kahin na kahin thokar khayega.</w:t>
      </w:r>
    </w:p>
    <w:p>
      <w:pPr>
        <w:jc w:val="right"/>
      </w:pPr>
      <w:r>
        <w:t>تو جو آدمی خواہش پہ چل پڑے گا تو وہ تو ضرور کہیں نہ کہیں ٹھوکر کھائے گا۔</w:t>
      </w:r>
    </w:p>
    <w:p>
      <w:r>
        <w:rPr>
          <w:b/>
        </w:rPr>
        <w:t xml:space="preserve">[35:31] </w:t>
      </w:r>
      <w:r>
        <w:t>to khwahish par nahi balkeh jo nature hai, jo realistic approach hai, jo</w:t>
      </w:r>
    </w:p>
    <w:p>
      <w:pPr>
        <w:jc w:val="right"/>
      </w:pPr>
      <w:r>
        <w:t>تو خواہش پر نہیں بلکہ جو نیچر ہے، جو ریلسٹک اپروچ ہے، جو</w:t>
      </w:r>
    </w:p>
    <w:p>
      <w:r>
        <w:rPr>
          <w:b/>
        </w:rPr>
        <w:t xml:space="preserve">[35:49] </w:t>
      </w:r>
      <w:r>
        <w:t>is tarah ka jo cheezein hain, us ko follow karna chahiye. jis ko urdu mein kehte hain "hawas".</w:t>
      </w:r>
    </w:p>
    <w:p>
      <w:pPr>
        <w:jc w:val="right"/>
      </w:pPr>
      <w:r>
        <w:t>اس طرح کا جو چیزیں ہیں، اس کو فالو کرنا چاہیے۔ جس کو اردو میں کہتے ہیں "ہوس"۔</w:t>
      </w:r>
    </w:p>
    <w:p>
      <w:r>
        <w:rPr>
          <w:b/>
        </w:rPr>
        <w:t xml:space="preserve">[36:00] </w:t>
      </w:r>
      <w:r>
        <w:t>hawas, hawas ka matlab hota hai wahi khwahish. to hawas ke peeche jo daudega, woh to kamyab nahi hoga.</w:t>
      </w:r>
    </w:p>
    <w:p>
      <w:pPr>
        <w:jc w:val="right"/>
      </w:pPr>
      <w:r>
        <w:t>ہوس، ہوس کا مطلب ہوتا ہے وہی خواہش۔ تو ہوس کے پیچھے جو دوڑے گا، وہ تو کامیاب نہیں ہوگا۔</w:t>
      </w:r>
    </w:p>
    <w:p>
      <w:r>
        <w:rPr>
          <w:b/>
        </w:rPr>
        <w:t xml:space="preserve">[36:15] </w:t>
      </w:r>
      <w:r>
        <w:t>hawas ke peeche kabhi bhi nahi daudna chahiye. sochna chahiye, sochna chahiye is ka farq kya hai aur is ka ulta kya hai.</w:t>
      </w:r>
    </w:p>
    <w:p>
      <w:pPr>
        <w:jc w:val="right"/>
      </w:pPr>
      <w:r>
        <w:t>ہوس کے پیچھے کبھی بھی نہیں دوڑنا چاہیے۔ سوچنا چاہیے، سوچنا چاہیے اس کا فرق کیا ہے اور اس کا الٹا کیا ہے۔</w:t>
      </w:r>
    </w:p>
    <w:p>
      <w:r>
        <w:rPr>
          <w:b/>
        </w:rPr>
        <w:t xml:space="preserve">[36:29] </w:t>
      </w:r>
      <w:r>
        <w:t>sochna chahiye. urdu mein jo lafz hai "hawas", english mein mujhe yeh ilm ke bohat acha lafz is ke liye kya hai?</w:t>
      </w:r>
    </w:p>
    <w:p>
      <w:pPr>
        <w:jc w:val="right"/>
      </w:pPr>
      <w:r>
        <w:t>سوچنا چاہیے۔ اردو میں جو لفظ ہے "ہوس"، انگلش میں مجھے یہ علم کہ بہت اچھا لفظ اس کے لیے کیا ہے؟</w:t>
      </w:r>
    </w:p>
    <w:p>
      <w:r>
        <w:rPr>
          <w:b/>
        </w:rPr>
        <w:t xml:space="preserve">[36:39] </w:t>
      </w:r>
      <w:r>
        <w:t>"lust", LUST, "lust" ho ya ya koi aur lafz ho. lekin hawas ke peeche jo dauda, woh to gaya.</w:t>
      </w:r>
    </w:p>
    <w:p>
      <w:pPr>
        <w:jc w:val="right"/>
      </w:pPr>
      <w:r>
        <w:t>"لست"، ایل یو ایس ٹی، "لست" ہو یا یا کوئی اور لفظ ہو۔ لیکن ہوس کے پیچھے جو دوڑا، وہ تو گیا۔</w:t>
      </w:r>
    </w:p>
    <w:p>
      <w:r>
        <w:rPr>
          <w:b/>
        </w:rPr>
        <w:t xml:space="preserve">[36:51] </w:t>
      </w:r>
      <w:r>
        <w:t>yeh mein keh sakta hoon. ji,</w:t>
      </w:r>
    </w:p>
    <w:p>
      <w:pPr>
        <w:jc w:val="right"/>
      </w:pPr>
      <w:r>
        <w:t>یہ میں کہہ سکتا ہوں۔ جی،</w:t>
      </w:r>
    </w:p>
    <w:p>
      <w:r>
        <w:rPr>
          <w:b/>
        </w:rPr>
        <w:t xml:space="preserve">[37:01] </w:t>
      </w:r>
      <w:r>
        <w:t>koi batayega ke hawas ke liye english mein konsa lafz hai? acha lafz hai na "greed" ya "lust"?</w:t>
      </w:r>
    </w:p>
    <w:p>
      <w:pPr>
        <w:jc w:val="right"/>
      </w:pPr>
      <w:r>
        <w:t>کوئی بتائے گا کہ ہوس کے لیے انگلش میں کون سا لفظ ہے؟ اچھا لفظ ہے نا "گریڈ" یا "لست"؟</w:t>
      </w:r>
    </w:p>
    <w:p>
      <w:r>
        <w:rPr>
          <w:b/>
        </w:rPr>
        <w:t xml:space="preserve">[37:13] </w:t>
      </w:r>
      <w:r>
        <w:t>haan, "greed" ho sakti hai. Maulana hum kuch comment padhte hain. ah, yeh comment bheja hai Ms. Shabana Ansari ne, jo us waqt ah Mecca Makkah mein hain, hajj ke liye gayi hui hain.</w:t>
      </w:r>
    </w:p>
    <w:p>
      <w:pPr>
        <w:jc w:val="right"/>
      </w:pPr>
      <w:r>
        <w:t>ہاں، "گریڈ" ہو سکتی ہے۔ مولانا ہم کچھ کمنٹ پڑھتے ہیں۔ اہ، یہ کمنٹ بھیجا ہے مس اہ شبانہ انصاری نے، جو اس وقت اہ مکہ مکے میں ہیں، حج کے لیے گئی ہوئی ہیں۔</w:t>
      </w:r>
    </w:p>
    <w:p>
      <w:r>
        <w:rPr>
          <w:b/>
        </w:rPr>
        <w:t xml:space="preserve">[37:28] </w:t>
      </w:r>
      <w:r>
        <w:t>woh unhon ne likha hai: "Maulana, I am in Makkah for Hajj. I got very sick before three days of Umrah.</w:t>
      </w:r>
    </w:p>
    <w:p>
      <w:pPr>
        <w:jc w:val="right"/>
      </w:pPr>
      <w:r>
        <w:t>وہ انہوں نے لکھا ہے: "مولانا، آئی ایم ان مکہ فار حج۔ آئی گاٹ ویری سک بیفور تھری ڈیز اف عمرہ۔</w:t>
      </w:r>
    </w:p>
    <w:p>
      <w:r>
        <w:rPr>
          <w:b/>
        </w:rPr>
        <w:t xml:space="preserve">[37:37] </w:t>
      </w:r>
      <w:r>
        <w:t>I prayed and trusted Allah and left everything in in Allah. When I did Umrah, I was perfectly all right and even did not get tired of it.</w:t>
      </w:r>
    </w:p>
    <w:p>
      <w:pPr>
        <w:jc w:val="right"/>
      </w:pPr>
      <w:r>
        <w:t>آئی پریڈ اینڈ ٹرسٹڈ اللہ اینڈ لیفٹ ایوری تھنگ ان ان اللہ۔ وین آئی ڈیڈ عمرہ، آئی واز پرفیکٹلی ال رائٹ اینڈ ایون ڈیڈ ناٹ گیٹ ٹائرڈ افٹر اٹ۔</w:t>
      </w:r>
    </w:p>
    <w:p>
      <w:r>
        <w:rPr>
          <w:b/>
        </w:rPr>
        <w:t xml:space="preserve">[37:50] </w:t>
      </w:r>
      <w:r>
        <w:t>It was a miraculous moment for me." Muhammad Irfan Rasheedi sahib ne Nagpur se likha hai: "When there is no available solution, hope is the only solution." Jazak Allah Maulana sahib.</w:t>
      </w:r>
    </w:p>
    <w:p>
      <w:pPr>
        <w:jc w:val="right"/>
      </w:pPr>
      <w:r>
        <w:t>اٹ واز ا میراکولس مومنٹ فار می۔" محمد عرفان رشیدی صاحب نے ناکپور سے لکھا ہے: "وین دیر از نو اویلیبل سلویوشن، ہوپ از دی اونلی سلویوشن۔" جزاک اللہ مولانا صاحب۔</w:t>
      </w:r>
    </w:p>
    <w:p>
      <w:r>
        <w:rPr>
          <w:b/>
        </w:rPr>
        <w:t xml:space="preserve">[38:08] </w:t>
      </w:r>
      <w:r>
        <w:t>Sajid Anwar sahab ne comment aur question likha hai.</w:t>
      </w:r>
    </w:p>
    <w:p>
      <w:pPr>
        <w:jc w:val="right"/>
      </w:pPr>
      <w:r>
        <w:t>ساجد انور صاحب نے کمنٹ اور کوئسچن لکھا ہے۔</w:t>
      </w:r>
    </w:p>
    <w:p>
      <w:r>
        <w:rPr>
          <w:b/>
        </w:rPr>
        <w:t xml:space="preserve">[38:13] </w:t>
      </w:r>
      <w:r>
        <w:t>انہوں نے لکھا ہے: "مولانا، today's lecture was very encouraging۔</w:t>
      </w:r>
    </w:p>
    <w:p>
      <w:pPr>
        <w:jc w:val="right"/>
      </w:pPr>
      <w:r>
        <w:t>انہوں نے لکھا ہے: "مولانا، ٹوڈے لیکچر واز ویری انکریجنگ۔</w:t>
      </w:r>
    </w:p>
    <w:p>
      <w:r>
        <w:rPr>
          <w:b/>
        </w:rPr>
        <w:t xml:space="preserve">[38:16] </w:t>
      </w:r>
      <w:r>
        <w:t>from today talk, my take away is to use the available resources for solution and then wait for</w:t>
      </w:r>
    </w:p>
    <w:p>
      <w:pPr>
        <w:jc w:val="right"/>
      </w:pPr>
      <w:r>
        <w:t>فرام ٹوڈے ٹاک، مائی ٹیک اوے از ٹو یوز دی اویلیبل ریسورسز فار سلویوشن اینڈ دین ویٹ فار</w:t>
      </w:r>
    </w:p>
    <w:p>
      <w:r>
        <w:rPr>
          <w:b/>
        </w:rPr>
        <w:t xml:space="preserve">[38:25] </w:t>
      </w:r>
      <w:r>
        <w:t>the better." Maulana, my question is that: "Why in many cases we fail to act on this formula</w:t>
      </w:r>
    </w:p>
    <w:p>
      <w:pPr>
        <w:jc w:val="right"/>
      </w:pPr>
      <w:r>
        <w:t>دی بیٹر۔" مولانا، مائی کوئسچن از دیٹ: "وائی ان مینی کیسز وی فیل ٹو ایکٹ ان دس فارمولا</w:t>
      </w:r>
    </w:p>
    <w:p>
      <w:r>
        <w:rPr>
          <w:b/>
        </w:rPr>
        <w:t xml:space="preserve">[38:35] </w:t>
      </w:r>
      <w:r>
        <w:t>and instead rush for immediate solutions?"</w:t>
      </w:r>
    </w:p>
    <w:p>
      <w:pPr>
        <w:jc w:val="right"/>
      </w:pPr>
      <w:r>
        <w:t>اینڈ انسٹیڈ رش فار امیڈیٹ سلویوشنز؟"</w:t>
      </w:r>
    </w:p>
    <w:p>
      <w:r>
        <w:rPr>
          <w:b/>
        </w:rPr>
        <w:t xml:space="preserve">[38:40] </w:t>
      </w:r>
      <w:r>
        <w:t>wohi maine kaha na ke wo hawas hoti hai.</w:t>
      </w:r>
    </w:p>
    <w:p>
      <w:pPr>
        <w:jc w:val="right"/>
      </w:pPr>
      <w:r>
        <w:t>وہی میں نے کہا نا کہ وہ ہوس ہوتی ہے۔</w:t>
      </w:r>
    </w:p>
    <w:p>
      <w:r>
        <w:rPr>
          <w:b/>
        </w:rPr>
        <w:t xml:space="preserve">[38:45] </w:t>
      </w:r>
      <w:r>
        <w:t>log hawas ke peeche lagte daudne.</w:t>
      </w:r>
    </w:p>
    <w:p>
      <w:pPr>
        <w:jc w:val="right"/>
      </w:pPr>
      <w:r>
        <w:t>لوگ ہوس کے پیچھے لگتے دوڑنے۔</w:t>
      </w:r>
    </w:p>
    <w:p>
      <w:r>
        <w:rPr>
          <w:b/>
        </w:rPr>
        <w:t xml:space="preserve">[38:52] </w:t>
      </w:r>
      <w:r>
        <w:t>jo hawas ko peeche dauda, woh to woh to zaroor fail ho jayega. lekin jo hawas ko control kiya, kyunke hawas jo hai har aadmi pe qadar hoti hai.</w:t>
      </w:r>
    </w:p>
    <w:p>
      <w:pPr>
        <w:jc w:val="right"/>
      </w:pPr>
      <w:r>
        <w:t>جو ہوس کو پیچھے دوڑا، وہ تو وہ تو ضرور فیل ہو جائے گا۔ لیکن جو ہوس کو کنٹرول کیا، کیونکہ ہوس جو ہے ہر آدمی پہ قدر ہوتی ہے۔</w:t>
      </w:r>
    </w:p>
    <w:p>
      <w:r>
        <w:rPr>
          <w:b/>
        </w:rPr>
        <w:t xml:space="preserve">[39:08] </w:t>
      </w:r>
      <w:r>
        <w:t>lekin hawas ke peeche daudna nahi hai, aap ko to control karna hai.</w:t>
      </w:r>
    </w:p>
    <w:p>
      <w:pPr>
        <w:jc w:val="right"/>
      </w:pPr>
      <w:r>
        <w:t>لیکن ہوس کے پیچھے دوڑنا نہیں ہے، آپ کو تو کنٹرول کرنا ہے۔</w:t>
      </w:r>
    </w:p>
    <w:p>
      <w:r>
        <w:rPr>
          <w:b/>
        </w:rPr>
        <w:t xml:space="preserve">[39:16] </w:t>
      </w:r>
      <w:r>
        <w:t>yeh meri zindagi ka hi yeh tajurba hai ke hawas to rehti hi rehti hai. har aadmi ki qadar koi hawas se khali nahi hota.</w:t>
      </w:r>
    </w:p>
    <w:p>
      <w:pPr>
        <w:jc w:val="right"/>
      </w:pPr>
      <w:r>
        <w:t>یہ میری زندگی کا ہی یہ تجربہ ہے کہ ہوس تو رہتی ہی رہتی ہے۔ ہر آدمی کی قدر کوئی ہوس سے خالی نہیں ہوتا۔</w:t>
      </w:r>
    </w:p>
    <w:p>
      <w:r>
        <w:rPr>
          <w:b/>
        </w:rPr>
        <w:t xml:space="preserve">[39:29] </w:t>
      </w:r>
      <w:r>
        <w:t>lekin hawas ko control karna hai, us ke peeche daudna nahi hai.</w:t>
      </w:r>
    </w:p>
    <w:p>
      <w:pPr>
        <w:jc w:val="right"/>
      </w:pPr>
      <w:r>
        <w:t>لیکن ہوس کو کنٹرول کرنا ہے، اس کے پیچھے دوڑنا نہیں ہے۔</w:t>
      </w:r>
    </w:p>
    <w:p>
      <w:r>
        <w:rPr>
          <w:b/>
        </w:rPr>
        <w:t xml:space="preserve">[39:45] </w:t>
      </w:r>
      <w:r>
        <w:t>Maulana, us ko ambition bol sakte hain? English word is ka hawas ka jo English word hai, ambition. Ambition mere khayal se ambition sahi lafz nahi hai is ke liye.</w:t>
      </w:r>
    </w:p>
    <w:p>
      <w:pPr>
        <w:jc w:val="right"/>
      </w:pPr>
      <w:r>
        <w:t>مولانا، اس کو ایمبیشن بول سکتے ہیں؟ انگلش ورڈ اس کا ہوس کا جو انگلش ورڈ ہے، ایمبیشن۔ ایمبیشن میرے خیال سے ایمبیشن صحیح لفظ نہیں ہے اس کے لیے۔</w:t>
      </w:r>
    </w:p>
    <w:p>
      <w:r>
        <w:rPr>
          <w:b/>
        </w:rPr>
        <w:t xml:space="preserve">[39:59] </w:t>
      </w:r>
      <w:r>
        <w:t>over ambition, over ambition, haan, over ambitious. haan, haan, haan, theek hai. ah Syeda Fauzana Hussain sahibah ne Bangalore se likha hai: "Maulana sahib, I feel faith is believing in God and belief is patience in God's power." Muhammad Faisal sahib ne Lahore se sawal bheja hai.</w:t>
      </w:r>
    </w:p>
    <w:p>
      <w:pPr>
        <w:jc w:val="right"/>
      </w:pPr>
      <w:r>
        <w:t>اوور ایمبیشن، اوور ایمبیشن، ہاں، اوور ایمبیشس۔ ہاں، ہاں، ہاں، ٹھیک ہے۔ اہ سیدہ فوزانہ حسین صاحبہ نے بینگلور سے لکھا ہے: "مولانا صاحب، آئی فیل فیتھ از بیلیونگ ان گاڈ اینڈ بیلیف از پیشنس ان گاڈز پاور۔" محمد فیصل صاحب نے لاہور سے سوال بھیجا ہے۔</w:t>
      </w:r>
    </w:p>
    <w:p>
      <w:r>
        <w:rPr>
          <w:b/>
        </w:rPr>
        <w:t xml:space="preserve">[40:25] </w:t>
      </w:r>
      <w:r>
        <w:t>unhon ne likha hai: "Maulana, ek aam musalman hone ke naate mere sochne ka reference kya hona chahiye kisi bhi mamle mein?</w:t>
      </w:r>
    </w:p>
    <w:p>
      <w:pPr>
        <w:jc w:val="right"/>
      </w:pPr>
      <w:r>
        <w:t>انہوں نے لکھا ہے: "مولانا، ایک عام مسلمان ہونے کے ناطے میرے سوچنے کا ریفرنس کیا ہونا چاہیے کسی بھی معاملے میں؟</w:t>
      </w:r>
    </w:p>
    <w:p>
      <w:r>
        <w:rPr>
          <w:b/>
        </w:rPr>
        <w:t xml:space="preserve">[40:37] </w:t>
      </w:r>
      <w:r>
        <w:t>is ke bare mein bataein."</w:t>
      </w:r>
    </w:p>
    <w:p>
      <w:pPr>
        <w:jc w:val="right"/>
      </w:pPr>
      <w:r>
        <w:t>اس کے بارے میں بتائیں۔"</w:t>
      </w:r>
    </w:p>
    <w:p>
      <w:r>
        <w:rPr>
          <w:b/>
        </w:rPr>
        <w:t xml:space="preserve">[40:43] </w:t>
      </w:r>
      <w:r>
        <w:t>bhai, mein bata sakta hoon apna. mera</w:t>
      </w:r>
    </w:p>
    <w:p>
      <w:pPr>
        <w:jc w:val="right"/>
      </w:pPr>
      <w:r>
        <w:t>بھئی، میں بتا سکتا ہوں اپنا۔ میرا</w:t>
      </w:r>
    </w:p>
    <w:p>
      <w:r>
        <w:rPr>
          <w:b/>
        </w:rPr>
        <w:t xml:space="preserve">[40:51] </w:t>
      </w:r>
      <w:r>
        <w:t>mera jo hai</w:t>
      </w:r>
    </w:p>
    <w:p>
      <w:pPr>
        <w:jc w:val="right"/>
      </w:pPr>
      <w:r>
        <w:t>میرا جو ہے</w:t>
      </w:r>
    </w:p>
    <w:p>
      <w:r>
        <w:rPr>
          <w:b/>
        </w:rPr>
        <w:t xml:space="preserve">[40:55] </w:t>
      </w:r>
      <w:r>
        <w:t>shuru se kehna chahiye ek tareeqa raaye woh yeh ke mein koi bhi masla ho, dunya ka ho ya deen ka ho, to mein hamesha quran mein dhoondta hoon is ko.</w:t>
      </w:r>
    </w:p>
    <w:p>
      <w:pPr>
        <w:jc w:val="right"/>
      </w:pPr>
      <w:r>
        <w:t>شروع سے کہنا چاہیے ایک طریقہ رائے وہ یہ کہ میں کوئی بھی مسئلہ ہو، دنیا کا ہو یا دین کا ہو، تو میں ہمیشہ قرآن میں ڈھونڈتا ہوں اس کو۔</w:t>
      </w:r>
    </w:p>
    <w:p>
      <w:r>
        <w:rPr>
          <w:b/>
        </w:rPr>
        <w:t xml:space="preserve">[41:12] </w:t>
      </w:r>
      <w:r>
        <w:t>quran mein, hadith mein bhi.</w:t>
      </w:r>
    </w:p>
    <w:p>
      <w:pPr>
        <w:jc w:val="right"/>
      </w:pPr>
      <w:r>
        <w:t>قرآن میں، حدیث میں بھی۔</w:t>
      </w:r>
    </w:p>
    <w:p>
      <w:r>
        <w:rPr>
          <w:b/>
        </w:rPr>
        <w:t xml:space="preserve">[41:16] </w:t>
      </w:r>
      <w:r>
        <w:t>to kabhi kabhi to sara quran parhta hoon ek ek question ke liye. kabhi ab yeh yeh meri yeh adat itni bari, itni bari ke ab quran jo hai mere liye ek aisi cheez ban gaya ke yani ek yani semi haafiza.</w:t>
      </w:r>
    </w:p>
    <w:p>
      <w:pPr>
        <w:jc w:val="right"/>
      </w:pPr>
      <w:r>
        <w:t>تو کبھی کبھی تو سارا قرآن پڑھتا ہوں ایک ایک کوئسچن کے لیے۔ کبھی اب یہ یہ میری یہ عادت اتنی بڑی، اتنی بڑی کہ اب قرآن جو ہے میرے لیے ایک ایسی چیز بن گیا کہ یعنی ایک یعنی سیمیل حافظہ۔</w:t>
      </w:r>
    </w:p>
    <w:p>
      <w:r>
        <w:rPr>
          <w:b/>
        </w:rPr>
        <w:t xml:space="preserve">[41:41] </w:t>
      </w:r>
      <w:r>
        <w:t>mein haafiz to nahi hoon lekin mera ek case semi haafiza case hai. yani quran ke jo jo aayatein hain to woh mere ab mind mein ghoomti rehti hain, rozana hi ghoomti rehti hain.</w:t>
      </w:r>
    </w:p>
    <w:p>
      <w:pPr>
        <w:jc w:val="right"/>
      </w:pPr>
      <w:r>
        <w:t>میں حافظ تو نہیں ہوں لیکن میرا ایک کیس سیمی حافظہ کیس ہے۔ یعنی قرآن کے جو جو آیتیں ہیں تو وہ میرے اب مائنڈ میں گھومتی رہتی ہیں، روزانہ ہی گھومتی رہتی ہیں۔</w:t>
      </w:r>
    </w:p>
    <w:p>
      <w:r>
        <w:rPr>
          <w:b/>
        </w:rPr>
        <w:t xml:space="preserve">[42:01] </w:t>
      </w:r>
      <w:r>
        <w:t>to sense pehle aata hai, phir is ka alfaaz aate hain. to mein taqreeban rozana hi mein isi mein jeeta hoon ke quran ko le kar sochunga, koi aayat zehan mein aayegi,</w:t>
      </w:r>
    </w:p>
    <w:p>
      <w:pPr>
        <w:jc w:val="right"/>
      </w:pPr>
      <w:r>
        <w:t>تو سینس پہلے آتا ہے، پھر اس کا الفاظ آتے ہیں۔ تو میں تقریباً روزانہ ہی میں اسی میں جیتا ہوں کہ قرآن کو لے کر سوچوں گا، کوئی آیت ذہن میں آئے گی،</w:t>
      </w:r>
    </w:p>
    <w:p>
      <w:r>
        <w:rPr>
          <w:b/>
        </w:rPr>
        <w:t xml:space="preserve">[42:20] </w:t>
      </w:r>
      <w:r>
        <w:t>koi sense aayega mind mein, to woh phir mein is ko consult karta hoon, consult karta hoon kitabon mein.</w:t>
      </w:r>
    </w:p>
    <w:p>
      <w:pPr>
        <w:jc w:val="right"/>
      </w:pPr>
      <w:r>
        <w:t>کوئی سینس آئے گا مائنڈ میں، تو وہ پھر میں اس کو کنسلٹ کرتا ہوں، کنسلٹ کرتا ہوں کتابوں میں۔</w:t>
      </w:r>
    </w:p>
    <w:p>
      <w:r>
        <w:rPr>
          <w:b/>
        </w:rPr>
        <w:t xml:space="preserve">[42:36] </w:t>
      </w:r>
      <w:r>
        <w:t>mera tareeqa to yahi hai.</w:t>
      </w:r>
    </w:p>
    <w:p>
      <w:pPr>
        <w:jc w:val="right"/>
      </w:pPr>
      <w:r>
        <w:t>میرا طریقہ تو یہی ہے۔</w:t>
      </w:r>
    </w:p>
    <w:p>
      <w:r>
        <w:rPr>
          <w:b/>
        </w:rPr>
        <w:t xml:space="preserve">[42:44] </w:t>
      </w:r>
      <w:r>
        <w:t>maulana, ah hamara sawal hai ke kya frustration ah ko creation plan of god na samajhne ka nateeja kaha ja sakta hai?</w:t>
      </w:r>
    </w:p>
    <w:p>
      <w:pPr>
        <w:jc w:val="right"/>
      </w:pPr>
      <w:r>
        <w:t>مولانا، اہ ہمارا سوال ہے کہ کیا فرسٹریشن اہ کو کریشن پلان اف گاڈ نہ سمجھنے کا نتیجہ کہا جا سکتا ہے؟</w:t>
      </w:r>
    </w:p>
    <w:p>
      <w:r>
        <w:rPr>
          <w:b/>
        </w:rPr>
        <w:t xml:space="preserve">[42:57] </w:t>
      </w:r>
      <w:r>
        <w:t>doctor pardhan ka question hai ke kya frustration ko creation plan na samajhne ka reason samjha ja sakta hai ke insaan ko jo frustration hoti hai, is ka reason yeh hai ke woh khuda ke creation plan ko na samajh paya?</w:t>
      </w:r>
    </w:p>
    <w:p>
      <w:pPr>
        <w:jc w:val="right"/>
      </w:pPr>
      <w:r>
        <w:t>ڈاکٹر پردان کا کوئسچن ہے کہ کیا فرسٹریشن کو کریشن پلان نہ سمجھنے کا ریزن سمجھا جا سکتا ہے کہ انسان کو جو فرسٹریشن ہوتی ہے، اس کا ریزن یہ ہے کہ وہ خدا کے کریشن پلان کو نہ سمجھ پایا؟</w:t>
      </w:r>
    </w:p>
    <w:p>
      <w:r>
        <w:rPr>
          <w:b/>
        </w:rPr>
        <w:t xml:space="preserve">[43:15] </w:t>
      </w:r>
      <w:r>
        <w:t>baat to sahi hai, mere khayal se baat to sahi hai. ji,</w:t>
      </w:r>
    </w:p>
    <w:p>
      <w:pPr>
        <w:jc w:val="right"/>
      </w:pPr>
      <w:r>
        <w:t>بات تو صحیح ہے، میرے خیال سے بات تو صحیح ہے۔ جی،</w:t>
      </w:r>
    </w:p>
    <w:p>
      <w:r>
        <w:rPr>
          <w:b/>
        </w:rPr>
        <w:t xml:space="preserve">[43:30] </w:t>
      </w:r>
      <w:r>
        <w:t>aaj maulana ne jo lecture shuru kiya to is mein morning aur night ki baat ki to mujhe quran ki woh surat yaad aagai, chapter 93, surah al-duha,</w:t>
      </w:r>
    </w:p>
    <w:p>
      <w:pPr>
        <w:jc w:val="right"/>
      </w:pPr>
      <w:r>
        <w:t>آج مولانا نے جو لیکچر شروع کیا تو اس میں مارننگ اور نائٹ کی بات کی تو مجھے قرآن کی وہ سورت یاد آگئی، چیپٹر 93، سورہ الضحی،</w:t>
      </w:r>
    </w:p>
    <w:p>
      <w:r>
        <w:rPr>
          <w:b/>
        </w:rPr>
        <w:t xml:space="preserve">[43:47] </w:t>
      </w:r>
      <w:r>
        <w:t>jis mein yahi baat kahi gayi hai ke subah aagai aur raat chali gayi, aur tumhare rab ne tumhein chora nahi, aur tumhein mayoos nahi kiya.</w:t>
      </w:r>
    </w:p>
    <w:p>
      <w:pPr>
        <w:jc w:val="right"/>
      </w:pPr>
      <w:r>
        <w:t>جس میں یہی بات کہی گئی ہے کہ صبح آگئی اور رات چلی گئی، اور تمہارے رب نے تمہیں چھوڑا نہیں، اور تمہیں مایوس نہیں کیا۔</w:t>
      </w:r>
    </w:p>
    <w:p>
      <w:r>
        <w:rPr>
          <w:b/>
        </w:rPr>
        <w:t xml:space="preserve">[44:00] </w:t>
      </w:r>
      <w:r>
        <w:t>to yeh bohat hi aham baat hai ke koi bhi aisi situation aaye jis mein insaan ko lage ke koi is ko pareshani hai ya mayoosi hai, to mayoos nahi hona chahiye.</w:t>
      </w:r>
    </w:p>
    <w:p>
      <w:pPr>
        <w:jc w:val="right"/>
      </w:pPr>
      <w:r>
        <w:t>تو یہ بہت ہی اہم بات ہے کہ کوئی بھی ایسی سچویشن آئے جس میں انسان کو لگے کہ کوئی اس کو پریشانی ہے یا مایوسی ہے، تو مایوس نہیں ہونا چاہیے۔</w:t>
      </w:r>
    </w:p>
    <w:p>
      <w:r>
        <w:rPr>
          <w:b/>
        </w:rPr>
        <w:t xml:space="preserve">[44:15] </w:t>
      </w:r>
      <w:r>
        <w:t>jaisa ke quran mein aaya ke "inna ma'al usri yusra" ke har mushkil ke sath aasani hai.</w:t>
      </w:r>
    </w:p>
    <w:p>
      <w:pPr>
        <w:jc w:val="right"/>
      </w:pPr>
      <w:r>
        <w:t>جیسا کہ قرآن میں آیا کہ "إن مال اسری اسری" کہ ہر مشکل کے ساتھ آسانی ہے۔</w:t>
      </w:r>
    </w:p>
    <w:p>
      <w:r>
        <w:rPr>
          <w:b/>
        </w:rPr>
        <w:t xml:space="preserve">[44:25] </w:t>
      </w:r>
      <w:r>
        <w:t>to yeh ek bohat hi aham principle hai jo quran mein aur hadith mein bhi milta hai.</w:t>
      </w:r>
    </w:p>
    <w:p>
      <w:pPr>
        <w:jc w:val="right"/>
      </w:pPr>
      <w:r>
        <w:t>تو یہ ایک بہت ہی اہم پرنسپل ہے جو قرآن میں اور حدیث میں بھی ملتا ہے۔</w:t>
      </w:r>
    </w:p>
    <w:p>
      <w:r>
        <w:rPr>
          <w:b/>
        </w:rPr>
        <w:t xml:space="preserve">[44:33] </w:t>
      </w:r>
      <w:r>
        <w:t>kya point hai sahib?</w:t>
      </w:r>
    </w:p>
    <w:p>
      <w:pPr>
        <w:jc w:val="right"/>
      </w:pPr>
      <w:r>
        <w:t>کیا پوائنٹ ہے صاحب؟</w:t>
      </w:r>
    </w:p>
    <w:p>
      <w:r>
        <w:rPr>
          <w:b/>
        </w:rPr>
        <w:t xml:space="preserve">[44:38] </w:t>
      </w:r>
      <w:r>
        <w:t>maulana, doctor sahib, aap ne jo hope ki baat batai thi, haan, aap ne hope ki baat jo batai thi, hopeful rehne ke liye jo kaha hai, haan, to unhon ne surah al-duha aur surah alam nashrah ke hawale se kaha ke yahi baat is mein batai gayi hai ke subah ka hona aur is ke baad rasool allah ko yeh kehna ke tumhare rab ne tum ko nahi chora, aisa hope ki baat batai ja rahi hai is mein.</w:t>
      </w:r>
    </w:p>
    <w:p>
      <w:pPr>
        <w:jc w:val="right"/>
      </w:pPr>
      <w:r>
        <w:t>مولانا، ڈاکٹر صاحب، آپ نے جو ہوپ کی بات بتائی تھی، ہاں، آپ نے ہوپ کی بات جو بتائی تھی، ہوپ فل رہنے کے لیے جو کہا ہے، ہاں، تو انہوں نے سورہ الضحی اور سورہ علم نشرح کے حوالے سے کہا کہ یہی بات اس میں بتائی گئی ہے کہ صبح کا ہونا اور اس کے بعد رسول اللہ کو یہ کہنا کہ تمہارے رب نے تم کو نہیں چھوڑا، ایسا ہوپ کی بات بتائی جا رہی ہے اس میں۔</w:t>
      </w:r>
    </w:p>
    <w:p>
      <w:r>
        <w:rPr>
          <w:b/>
        </w:rPr>
        <w:t xml:space="preserve">[45:04] </w:t>
      </w:r>
      <w:r>
        <w:t>achha, haan, theek theek baat hai. maulana, ek sawal aaya hai irshad ali sahib ka, unhon ne location nahi likhi hai.</w:t>
      </w:r>
    </w:p>
    <w:p>
      <w:pPr>
        <w:jc w:val="right"/>
      </w:pPr>
      <w:r>
        <w:t>اچھا، ہاں، ٹھیک ٹھیک بات ہے۔ مولانا، ایک سوال آیا ہے ارشاد علی صاحب کا، انہوں نے لوکیشن نہیں لکھی ہے۔</w:t>
      </w:r>
    </w:p>
    <w:p>
      <w:r>
        <w:rPr>
          <w:b/>
        </w:rPr>
        <w:t xml:space="preserve">[45:16] </w:t>
      </w:r>
      <w:r>
        <w:t>un ka sawal hai: "maulana, ek baar mere dost ke zehan mein ek sawal paida hua. sawal yeh tha ke sare hindu kyun jahannum mein jayenge aur sare muslim kyun jannat mein jayenge?</w:t>
      </w:r>
    </w:p>
    <w:p>
      <w:pPr>
        <w:jc w:val="right"/>
      </w:pPr>
      <w:r>
        <w:t>ان کا سوال ہے: "مولانا، ایک بار میرے دوست کے ذہن میں ایک سوال پیدا ہوا۔ سوال یہ تھا کہ سارے ہندو کیوں جہنم میں جائیں گے اور سارے مسلم کیوں جنت میں جائیں گے؟</w:t>
      </w:r>
    </w:p>
    <w:p>
      <w:r>
        <w:rPr>
          <w:b/>
        </w:rPr>
        <w:t xml:space="preserve">[45:32] </w:t>
      </w:r>
      <w:r>
        <w:t>agar ek bachcha hindu ghar mein paida ho, agar ek bachcha hindu ghar mein paida hua hai to is mein is ka kya qusoor?" maulana, is sawal ko hum ne apne yahan ke sare ulma, sare buzurgon se poocha lekin koi bhi is ka logical jawab na de saka.</w:t>
      </w:r>
    </w:p>
    <w:p>
      <w:pPr>
        <w:jc w:val="right"/>
      </w:pPr>
      <w:r>
        <w:t>اگر ایک بچہ ہندو گھر میں پیدا ہو، اگر ایک بچہ ہندو گھر میں پیدا ہوا ہے تو اس میں اس کا کیا قصور؟" مولانا، اس سوال کو ہم نے اپنے یہاں کے سارے علماء، سارے بزرگوں سے پوچھا لیکن کوئی بھی اس کا لوجیکل جواب نہ دے سکا۔</w:t>
      </w:r>
    </w:p>
    <w:p>
      <w:r>
        <w:rPr>
          <w:b/>
        </w:rPr>
        <w:t xml:space="preserve">[45:52] </w:t>
      </w:r>
      <w:r>
        <w:t>sab yahi kehte the ke sirf muslims hi jannat mein jayenge. maulana, yeh to baat hi ghalat hai. ulma ke is behavior ne hum ko negative kar diya tha.</w:t>
      </w:r>
    </w:p>
    <w:p>
      <w:pPr>
        <w:jc w:val="right"/>
      </w:pPr>
      <w:r>
        <w:t>سب یہی کہتے تھے کہ صرف مسلمز ہی جنت میں جائیں گے۔ مولانا، یہ تو بات ہی غلط ہے۔ علماء کے اس بیہیویئر نے ہم کو نیگیٹیو کر دیا تھا۔</w:t>
      </w:r>
    </w:p>
    <w:p>
      <w:r>
        <w:rPr>
          <w:b/>
        </w:rPr>
        <w:t xml:space="preserve">[46:02] </w:t>
      </w:r>
      <w:r>
        <w:t>aap is par thori roshni dain. yeh bilkul ghalat hai,</w:t>
      </w:r>
    </w:p>
    <w:p>
      <w:pPr>
        <w:jc w:val="right"/>
      </w:pPr>
      <w:r>
        <w:t>آپ اس پر تھوڑی روشنی ڈالیں۔ یہ بالکل غلط ہے،</w:t>
      </w:r>
    </w:p>
    <w:p>
      <w:r>
        <w:rPr>
          <w:b/>
        </w:rPr>
        <w:t xml:space="preserve">[46:09] </w:t>
      </w:r>
      <w:r>
        <w:t>yeh to bilkul galat hai. Hatta ke ek hadith hai ke qayamat mein farishtay kuch logon ko pakar kar le ja rahe honge jahannum ki taraf.</w:t>
      </w:r>
    </w:p>
    <w:p>
      <w:pPr>
        <w:jc w:val="right"/>
      </w:pPr>
      <w:r>
        <w:t>یہ تو بالکل غلط ہے۔ حتی کہ ایک حدیث ہے کہ قیامت میں فرشتے کچھ لوگوں کو پکڑ کر لے جا رہے ہوں گے جہنم کی طرف۔</w:t>
      </w:r>
    </w:p>
    <w:p>
      <w:r>
        <w:rPr>
          <w:b/>
        </w:rPr>
        <w:t xml:space="preserve">[46:22] </w:t>
      </w:r>
      <w:r>
        <w:t>To Rasool Allah kahenge: "Yeh to mere ashaab hain." To farishtay kahenge: "Aulaaika badlu ba'dak." To aap kahenge: "Suqan suqan!</w:t>
      </w:r>
    </w:p>
    <w:p>
      <w:pPr>
        <w:jc w:val="right"/>
      </w:pPr>
      <w:r>
        <w:t>تو رسول اللہ کہیں گے: "یہ تو میرے اصحاب ہیں۔" تو فرشتے کہیں گے: "اولائکہ بدلو بعدک۔" تو آپ کہیں گے: "سوقا سوقا!</w:t>
      </w:r>
    </w:p>
    <w:p>
      <w:r>
        <w:rPr>
          <w:b/>
        </w:rPr>
        <w:t xml:space="preserve">[46:37] </w:t>
      </w:r>
      <w:r>
        <w:t>" Yeh to bilkul hi false belief hai, is ki koi base nahi hai. Musalmanon ke bare mein bohat hadithain hain ke woh bigar jayenge, rastay se hat jayenge.</w:t>
      </w:r>
    </w:p>
    <w:p>
      <w:pPr>
        <w:jc w:val="right"/>
      </w:pPr>
      <w:r>
        <w:t>" یہ تو بالکل ہی فالس بیلیف ہے، اس کی کوئی بیس نہیں ہے۔ مسلمانوں کے بارے میں بہت حدیثیں ہیں کہ وہ بگڑ جائیں گے، راستے سے ہٹ جائیں گے۔</w:t>
      </w:r>
    </w:p>
    <w:p>
      <w:r>
        <w:rPr>
          <w:b/>
        </w:rPr>
        <w:t xml:space="preserve">[46:57] </w:t>
      </w:r>
      <w:r>
        <w:t>Bohat hadithain hain</w:t>
      </w:r>
    </w:p>
    <w:p>
      <w:pPr>
        <w:jc w:val="right"/>
      </w:pPr>
      <w:r>
        <w:t>بہت حدیثیں ہیں</w:t>
      </w:r>
    </w:p>
    <w:p>
      <w:r>
        <w:rPr>
          <w:b/>
        </w:rPr>
        <w:t xml:space="preserve">[47:02] </w:t>
      </w:r>
      <w:r>
        <w:t>Aur jahan tak hindu ko woh uthe hindu hai, doosri qaum ke log</w:t>
      </w:r>
    </w:p>
    <w:p>
      <w:pPr>
        <w:jc w:val="right"/>
      </w:pPr>
      <w:r>
        <w:t>اور جہاں تک ہندو کو وہ اتھے ہندو ہے، دوسری قوم کے لوگ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