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Istikhara in Islam 27 July, 2019 - Maulana Wahiduddin Khan</w:t>
      </w:r>
    </w:p>
    <w:p>
      <w:r>
        <w:t>https://www.youtube.com/watch?v=Gf6P5IA15Zo</w:t>
      </w:r>
    </w:p>
    <w:p>
      <w:r>
        <w:rPr>
          <w:b/>
        </w:rPr>
        <w:t xml:space="preserve">[00:14] </w:t>
      </w:r>
      <w:r>
        <w:t>27 July 2019. Aaj ek hadith par mein kuch baatein arz karunga.</w:t>
      </w:r>
    </w:p>
    <w:p>
      <w:pPr>
        <w:jc w:val="right"/>
      </w:pPr>
      <w:r>
        <w:t>27 جولائی 2019۔ آج ایک حدیث پر میں کچھ باتیں عرض کروں گا۔</w:t>
      </w:r>
    </w:p>
    <w:p>
      <w:r>
        <w:rPr>
          <w:b/>
        </w:rPr>
        <w:t xml:space="preserve">[00:26] </w:t>
      </w:r>
      <w:r>
        <w:t>Yeh hadith hai istikhara aur bushra ke bare mein. Pehle aap ko yeh hadith suni jayegi, sunai jayegi.</w:t>
      </w:r>
    </w:p>
    <w:p>
      <w:pPr>
        <w:jc w:val="right"/>
      </w:pPr>
      <w:r>
        <w:t>یہ حدیث ہے استخارہ اور بشرہ کے بارے میں۔ پہلے آپ کو یہ حدیث سنی جائے گی، سنائی جائے گی۔</w:t>
      </w:r>
    </w:p>
    <w:p>
      <w:r>
        <w:rPr>
          <w:b/>
        </w:rPr>
        <w:t xml:space="preserve">[00:37] </w:t>
      </w:r>
      <w:r>
        <w:t>An Anas ibn Malik qala: Qala Rasool Allah sallallahu alaihi wasallam: "Ma khaba man istakhara wa la nadima man istashara".</w:t>
      </w:r>
    </w:p>
    <w:p>
      <w:pPr>
        <w:jc w:val="right"/>
      </w:pPr>
      <w:r>
        <w:t>ان انس ابن مالک قال: قال رسول اللہ صلی اللہ علیہ وسلم: "ما خاب من استخارہ ولا ندم من استشارہ"۔</w:t>
      </w:r>
    </w:p>
    <w:p>
      <w:r>
        <w:rPr>
          <w:b/>
        </w:rPr>
        <w:t xml:space="preserve">[00:47] </w:t>
      </w:r>
      <w:r>
        <w:t>Al-Mu'jam al-Awsat li al-Tabarani, hadith number 6627. Anas bin Malik se riwayat hai: Rasool Allah sallallahu alaihi wasallam ne kaha ke woh nakaam nahi hua jis ne istikhara kiya, aur woh sharminda nahi hua jis ne mashwara kiya.</w:t>
      </w:r>
    </w:p>
    <w:p>
      <w:pPr>
        <w:jc w:val="right"/>
      </w:pPr>
      <w:r>
        <w:t>المعجم الاوسط للطبرانی، حدیث نمبر 6627۔ انس بن مالک سے روایت ہے: رسول اللہ صلی اللہ علیہ وسلم نے کہا کہ وہ ناکام نہیں ہوا جس نے استخارہ کیا، اور وہ شرمندہ نہیں ہوا جس نے مشورہ کیا۔</w:t>
      </w:r>
    </w:p>
    <w:p>
      <w:r>
        <w:rPr>
          <w:b/>
        </w:rPr>
        <w:t xml:space="preserve">[01:05] </w:t>
      </w:r>
      <w:r>
        <w:t>Ab dekhiye, is hadith par ghaur kijiye. Is ka matlab yeh hai</w:t>
      </w:r>
    </w:p>
    <w:p>
      <w:pPr>
        <w:jc w:val="right"/>
      </w:pPr>
      <w:r>
        <w:t>اب دیکھیے، اس حدیث پر غور کیجیے۔ اس کا مطلب یہ ہے</w:t>
      </w:r>
    </w:p>
    <w:p>
      <w:r>
        <w:rPr>
          <w:b/>
        </w:rPr>
        <w:t xml:space="preserve">[01:13] </w:t>
      </w:r>
      <w:r>
        <w:t>ke jo aadmi</w:t>
      </w:r>
    </w:p>
    <w:p>
      <w:pPr>
        <w:jc w:val="right"/>
      </w:pPr>
      <w:r>
        <w:t>کہ جو آدمی</w:t>
      </w:r>
    </w:p>
    <w:p>
      <w:r>
        <w:rPr>
          <w:b/>
        </w:rPr>
        <w:t xml:space="preserve">[01:18] </w:t>
      </w:r>
      <w:r>
        <w:t>apne kaamon mein istikhara ka tareeqa ikhtiyar karega to woh nakaam nahi hoga, aur jo aadmi apne kaamon mein mashware ka tareeqa ikhtiyar karega to woh kya nahi hoga</w:t>
      </w:r>
    </w:p>
    <w:p>
      <w:pPr>
        <w:jc w:val="right"/>
      </w:pPr>
      <w:r>
        <w:t>اپنے کاموں میں استخارہ کا طریقہ اختیار کرے گا تو وہ ناکام نہیں ہوگا، اور جو آدمی اپنے کاموں میں مشورے کا طریقہ اختیار کرے گا تو وہ کیا نہیں ہوگا</w:t>
      </w:r>
    </w:p>
    <w:p>
      <w:r>
        <w:rPr>
          <w:b/>
        </w:rPr>
        <w:t xml:space="preserve">[01:35] </w:t>
      </w:r>
      <w:r>
        <w:t>? Woh sharminda nahi hoga. Woh sharminda nahi hoga.</w:t>
      </w:r>
    </w:p>
    <w:p>
      <w:pPr>
        <w:jc w:val="right"/>
      </w:pPr>
      <w:r>
        <w:t>؟ وہ شرمندہ نہیں ہوگا۔ وہ شرمندہ نہیں ہوگا۔</w:t>
      </w:r>
    </w:p>
    <w:p>
      <w:r>
        <w:rPr>
          <w:b/>
        </w:rPr>
        <w:t xml:space="preserve">[01:43] </w:t>
      </w:r>
      <w:r>
        <w:t>To</w:t>
      </w:r>
    </w:p>
    <w:p>
      <w:pPr>
        <w:jc w:val="right"/>
      </w:pPr>
      <w:r>
        <w:t>تو</w:t>
      </w:r>
    </w:p>
    <w:p>
      <w:r>
        <w:rPr>
          <w:b/>
        </w:rPr>
        <w:t xml:space="preserve">[01:51] </w:t>
      </w:r>
      <w:r>
        <w:t>mein apne bare mein keh sakta hoon ke maine dono ka tajurba kiya hai.</w:t>
      </w:r>
    </w:p>
    <w:p>
      <w:pPr>
        <w:jc w:val="right"/>
      </w:pPr>
      <w:r>
        <w:t>میں اپنے بارے میں کہہ سکتا ہوں کہ میں نے دونوں کا تجربہ کیا ہے۔</w:t>
      </w:r>
    </w:p>
    <w:p>
      <w:r>
        <w:rPr>
          <w:b/>
        </w:rPr>
        <w:t xml:space="preserve">[01:59] </w:t>
      </w:r>
      <w:r>
        <w:t>Ek ek misaal deta hoon mein aap ko. Jab mein Dilli aaya 1967 mein to yahan par bohat se halaat guzre mere.</w:t>
      </w:r>
    </w:p>
    <w:p>
      <w:pPr>
        <w:jc w:val="right"/>
      </w:pPr>
      <w:r>
        <w:t>ایک ایک مثال دیتا ہوں میں آپ کو۔ جب میں دلی آیا 1967 میں تو یہاں پر بہت سے حالات گزرے میرے۔</w:t>
      </w:r>
    </w:p>
    <w:p>
      <w:r>
        <w:rPr>
          <w:b/>
        </w:rPr>
        <w:t xml:space="preserve">[02:14] </w:t>
      </w:r>
      <w:r>
        <w:t>Is ki detail mujhe yeh batana hai aap ko. Yeh batana hai ke ek waqt aaya jab ke maine yeh faisla kiya ke mujhe apna magazine nikalna hai,</w:t>
      </w:r>
    </w:p>
    <w:p>
      <w:pPr>
        <w:jc w:val="right"/>
      </w:pPr>
      <w:r>
        <w:t>اس کی ڈیٹیل مجھے یہ بتانا ہے آپ کو۔ یہ بتانا ہے کہ ایک وقت آیا جب کہ میں نے یہ فیصلہ کیا کہ مجھے اپنا میگزین نکالنا ہے،</w:t>
      </w:r>
    </w:p>
    <w:p>
      <w:r>
        <w:rPr>
          <w:b/>
        </w:rPr>
        <w:t xml:space="preserve">[02:30] </w:t>
      </w:r>
      <w:r>
        <w:t>apna magazine.</w:t>
      </w:r>
    </w:p>
    <w:p>
      <w:pPr>
        <w:jc w:val="right"/>
      </w:pPr>
      <w:r>
        <w:t>اپنا میگزین۔</w:t>
      </w:r>
    </w:p>
    <w:p>
      <w:r>
        <w:rPr>
          <w:b/>
        </w:rPr>
        <w:t xml:space="preserve">[02:35] </w:t>
      </w:r>
      <w:r>
        <w:t>To</w:t>
      </w:r>
    </w:p>
    <w:p>
      <w:pPr>
        <w:jc w:val="right"/>
      </w:pPr>
      <w:r>
        <w:t>تو</w:t>
      </w:r>
    </w:p>
    <w:p>
      <w:r>
        <w:rPr>
          <w:b/>
        </w:rPr>
        <w:t xml:space="preserve">[02:39] </w:t>
      </w:r>
      <w:r>
        <w:t>maine mashwara bhi kiya aur istikhara bhi kiya.</w:t>
      </w:r>
    </w:p>
    <w:p>
      <w:pPr>
        <w:jc w:val="right"/>
      </w:pPr>
      <w:r>
        <w:t>میں نے مشورہ بھی کیا اور استخارہ بھی کیا۔</w:t>
      </w:r>
    </w:p>
    <w:p>
      <w:r>
        <w:rPr>
          <w:b/>
        </w:rPr>
        <w:t xml:space="preserve">[02:47] </w:t>
      </w:r>
      <w:r>
        <w:t>To jahan tak mujhe yaad hai, apne jo janne wale mere the, un sab se mashwara kiya maine. Masalan Aligarh ke Maulana Taqyumi sahib aur Dilli ke Maulana Abdul Rahim Siddiqui sahib</w:t>
      </w:r>
    </w:p>
    <w:p>
      <w:pPr>
        <w:jc w:val="right"/>
      </w:pPr>
      <w:r>
        <w:t>تو جہاں تک مجھے یاد ہے، اپنے جو جاننے والے میرے تھے، ان سب سے مشورہ کیا میں نے۔ مثلاً علی گڑھ کے مولانا تقیومی صاحب اور دلی کے مولانا عبدالرحیم صدیقی صاحب</w:t>
      </w:r>
    </w:p>
    <w:p>
      <w:r>
        <w:rPr>
          <w:b/>
        </w:rPr>
        <w:t xml:space="preserve">[03:05] </w:t>
      </w:r>
      <w:r>
        <w:t>waghera.</w:t>
      </w:r>
    </w:p>
    <w:p>
      <w:pPr>
        <w:jc w:val="right"/>
      </w:pPr>
      <w:r>
        <w:t>وغیرہ۔</w:t>
      </w:r>
    </w:p>
    <w:p>
      <w:r>
        <w:rPr>
          <w:b/>
        </w:rPr>
        <w:t xml:space="preserve">[03:10] </w:t>
      </w:r>
      <w:r>
        <w:t>Yeh log parhe likhe log the, aalim the. To un ke paas gaya mein mashware ke liye.</w:t>
      </w:r>
    </w:p>
    <w:p>
      <w:pPr>
        <w:jc w:val="right"/>
      </w:pPr>
      <w:r>
        <w:t>یہ لوگ پڑھے لکھے لوگ تھے، عالم تھے۔ تو ان کے پاس گیا میں مشورے کے لیے۔</w:t>
      </w:r>
    </w:p>
    <w:p>
      <w:r>
        <w:rPr>
          <w:b/>
        </w:rPr>
        <w:t xml:space="preserve">[03:22] </w:t>
      </w:r>
      <w:r>
        <w:t>To jis jis jahan tak mujhe yaad hai, jis jis se maine mashwara kiya, sab ne kaha ke nahi, aap harghiz mat nikaliye magazine, harghiz mat nikaliye.</w:t>
      </w:r>
    </w:p>
    <w:p>
      <w:pPr>
        <w:jc w:val="right"/>
      </w:pPr>
      <w:r>
        <w:t>تو جس جس جہاں تک مجھے یاد ہے، جس جس سے میں نے مشورہ کیا، سب نے کہا کہ نہیں، آپ ہرگز مت نکالیے میگزین، ہرگز مت نکالیے۔</w:t>
      </w:r>
    </w:p>
    <w:p>
      <w:r>
        <w:rPr>
          <w:b/>
        </w:rPr>
        <w:t xml:space="preserve">[03:34] </w:t>
      </w:r>
      <w:r>
        <w:t>Aap Urdu mein nikalenge, Urdu mein kya koi dikkat? Future kya hai India mein? Ek angrezi parhe likhe aadmi the, ab mujhe nahi maloom woh kahan rehte hain.</w:t>
      </w:r>
    </w:p>
    <w:p>
      <w:pPr>
        <w:jc w:val="right"/>
      </w:pPr>
      <w:r>
        <w:t>آپ اردو میں نکالیں گے، اردو میں کیا کوئی دقت؟ فیوچر کیا ہے انڈیا میں؟ ایک انگریزی پڑھے لکھے آدمی تھے، اب مجھے نہیں معلوم وہ کہاں رہتے ہیں۔</w:t>
      </w:r>
    </w:p>
    <w:p>
      <w:r>
        <w:rPr>
          <w:b/>
        </w:rPr>
        <w:t xml:space="preserve">[03:51] </w:t>
      </w:r>
      <w:r>
        <w:t>to unhon ne ek ajeeb baat kahi. woh mujh ko achhi tarah jante the, meri cheezein parh chuke the.</w:t>
      </w:r>
    </w:p>
    <w:p>
      <w:pPr>
        <w:jc w:val="right"/>
      </w:pPr>
      <w:r>
        <w:t>تو انہوں نے ایک عجیب بات کہی۔ وہ مجھ کو اچھی طرح جانتے تھے، میری چیزیں پڑھ چکے تھے۔</w:t>
      </w:r>
    </w:p>
    <w:p>
      <w:r>
        <w:rPr>
          <w:b/>
        </w:rPr>
        <w:t xml:space="preserve">[04:02] </w:t>
      </w:r>
      <w:r>
        <w:t>to unhon ne bohat hi yaqeen ke sath kaha ke aap ka magazine kabhi bhi kamyab nahi hoga, successful nahi hoga.</w:t>
      </w:r>
    </w:p>
    <w:p>
      <w:pPr>
        <w:jc w:val="right"/>
      </w:pPr>
      <w:r>
        <w:t>تو انہوں نے بہت ہی یقین کے ساتھ کہا کہ آپ کا میگزین کبھی بھی کامیاب نہیں ہوگا، سکسیس فل نہیں ہوگا۔</w:t>
      </w:r>
    </w:p>
    <w:p>
      <w:r>
        <w:rPr>
          <w:b/>
        </w:rPr>
        <w:t xml:space="preserve">[04:17] </w:t>
      </w:r>
      <w:r>
        <w:t>to woh angrezi parhe likhe the, apni zuban mein kaha unhon ne. is liye ke main aap ko janta hoon achhi tarah.</w:t>
      </w:r>
    </w:p>
    <w:p>
      <w:pPr>
        <w:jc w:val="right"/>
      </w:pPr>
      <w:r>
        <w:t>تو وہ انگریزی پڑھے لکھے تھے، اپنی زبان میں کہا انہوں نے۔ اس لیے کہ میں آپ کو جانتا ہوں اچھی طرح۔</w:t>
      </w:r>
    </w:p>
    <w:p>
      <w:r>
        <w:rPr>
          <w:b/>
        </w:rPr>
        <w:t xml:space="preserve">[04:28] </w:t>
      </w:r>
      <w:r>
        <w:t>to aap ka jo magazine hoga, woh hoga suggestive. yeh un ke alfaaz the. aap magazine hoga suggestive.</w:t>
      </w:r>
    </w:p>
    <w:p>
      <w:pPr>
        <w:jc w:val="right"/>
      </w:pPr>
      <w:r>
        <w:t>تو آپ کا جو میگزین ہوگا، وہ ہوگا سجیسٹو۔ یہ ان کے الفاظ تھے۔ آپ میگزین ہوگا سجیسٹو۔</w:t>
      </w:r>
    </w:p>
    <w:p>
      <w:r>
        <w:rPr>
          <w:b/>
        </w:rPr>
        <w:t xml:space="preserve">[04:37] </w:t>
      </w:r>
      <w:r>
        <w:t>aur aaj ka insan parhna chahta hai informative. aaj ka insan kisi cheez parhta hai to woh information lene ke liye,</w:t>
      </w:r>
    </w:p>
    <w:p>
      <w:pPr>
        <w:jc w:val="right"/>
      </w:pPr>
      <w:r>
        <w:t>اور آج کا انسان پڑھنا چاہتا ہے انفارمیٹیو۔ آج کا انسان کسی چیز پڑھتا ہے تو وہ انفارمیشن لینے کے لیے،</w:t>
      </w:r>
    </w:p>
    <w:p>
      <w:r>
        <w:rPr>
          <w:b/>
        </w:rPr>
        <w:t xml:space="preserve">[04:51] </w:t>
      </w:r>
      <w:r>
        <w:t>aap se suggestion lene ke liye nahi. aap kya bata rahe hain is ko, yeh use nahi sunna hai. haan, kuch information hai to woh parh lega.</w:t>
      </w:r>
    </w:p>
    <w:p>
      <w:pPr>
        <w:jc w:val="right"/>
      </w:pPr>
      <w:r>
        <w:t>آپ سے سجیشن لینے کے لیے نہیں۔ آپ کیا بتا رہے ہیں اس کو، یہ اسے نہیں سننا ہے۔ ہاں، کچھ انفارمیشن ہے تو وہ پڑھ لے گا۔</w:t>
      </w:r>
    </w:p>
    <w:p>
      <w:r>
        <w:rPr>
          <w:b/>
        </w:rPr>
        <w:t xml:space="preserve">[05:03] </w:t>
      </w:r>
      <w:r>
        <w:t>to un ke alfaaz yahi the ke aap ka magazine hoga suggestive. aur aaj ka insan sunna chahta hai informative.</w:t>
      </w:r>
    </w:p>
    <w:p>
      <w:pPr>
        <w:jc w:val="right"/>
      </w:pPr>
      <w:r>
        <w:t>تو ان کے الفاظ یہی تھے کہ آپ کا میگزین ہوگا سجیسٹو۔ اور آج کا انسان سننا چاہتا ہے انفارمیٹیو۔</w:t>
      </w:r>
    </w:p>
    <w:p>
      <w:r>
        <w:rPr>
          <w:b/>
        </w:rPr>
        <w:t xml:space="preserve">[05:23] </w:t>
      </w:r>
      <w:r>
        <w:t>to main thoda sa is mein parh gaya, yani doubt full ho gaya.</w:t>
      </w:r>
    </w:p>
    <w:p>
      <w:pPr>
        <w:jc w:val="right"/>
      </w:pPr>
      <w:r>
        <w:t>تو میں تھوڑا سا اس میں پڑھ گیا، یعنی ڈاؤٹ فل ہو گیا۔</w:t>
      </w:r>
    </w:p>
    <w:p>
      <w:r>
        <w:rPr>
          <w:b/>
        </w:rPr>
        <w:t xml:space="preserve">[05:37] </w:t>
      </w:r>
      <w:r>
        <w:t>hamare Aligarh ke jo sathi the, bohat ziyada hamare hamdard the, woh Maulana Taqi Umi sahib, unhon ne bhi woh bhi ikhtilaf kiya.</w:t>
      </w:r>
    </w:p>
    <w:p>
      <w:pPr>
        <w:jc w:val="right"/>
      </w:pPr>
      <w:r>
        <w:t>ہمارے علی گڑھ کے جو ساتھی تھے، بہت زیادہ ہمارے ہمدرد تھے، وہ مولانا تقیومی صاحب، انہوں نے بھی وہ بھی اختلاف کیا۔</w:t>
      </w:r>
    </w:p>
    <w:p>
      <w:r>
        <w:rPr>
          <w:b/>
        </w:rPr>
        <w:t xml:space="preserve">[05:46] </w:t>
      </w:r>
      <w:r>
        <w:t>unhon ne bhi mat nikaliye, chale gaye, aap ko pata chalega nahi.</w:t>
      </w:r>
    </w:p>
    <w:p>
      <w:pPr>
        <w:jc w:val="right"/>
      </w:pPr>
      <w:r>
        <w:t>انہوں نے بھی مت نکالیے، چلے گئے، آپ کو پتہ چلے گا نہیں۔</w:t>
      </w:r>
    </w:p>
    <w:p>
      <w:r>
        <w:rPr>
          <w:b/>
        </w:rPr>
        <w:t xml:space="preserve">[05:53] </w:t>
      </w:r>
      <w:r>
        <w:t>aur Maulana Abdul Wahid Siddiqui, jo khud bhi ek percha nikalte the, Naya Zamana, yeh un ke walid the, yeh Siddiq Shah Siddiq sahib the.</w:t>
      </w:r>
    </w:p>
    <w:p>
      <w:pPr>
        <w:jc w:val="right"/>
      </w:pPr>
      <w:r>
        <w:t>اور مولانا عبدالوہی صدیقی، جو خود بھی ایک پرچہ نکالتے تھے، نیا زمانہ، یہ ان کے والد تھے، یہ صدیق شاہ صدیق صاحب تھے۔</w:t>
      </w:r>
    </w:p>
    <w:p>
      <w:r>
        <w:rPr>
          <w:b/>
        </w:rPr>
        <w:t xml:space="preserve">[06:05] </w:t>
      </w:r>
      <w:r>
        <w:t>to woh us waqt rehte the East mein.</w:t>
      </w:r>
    </w:p>
    <w:p>
      <w:pPr>
        <w:jc w:val="right"/>
      </w:pPr>
      <w:r>
        <w:t>تو وہ اس وقت رہتے تھے ایسٹ میں۔</w:t>
      </w:r>
    </w:p>
    <w:p>
      <w:r>
        <w:rPr>
          <w:b/>
        </w:rPr>
        <w:t xml:space="preserve">[06:10] </w:t>
      </w:r>
      <w:r>
        <w:t>to main un ke ghar gaya, ab main tha Purani Dilli mein.</w:t>
      </w:r>
    </w:p>
    <w:p>
      <w:pPr>
        <w:jc w:val="right"/>
      </w:pPr>
      <w:r>
        <w:t>تو میں ان کے گھر گیا، اب میں تھا پرانی دلی میں۔</w:t>
      </w:r>
    </w:p>
    <w:p>
      <w:r>
        <w:rPr>
          <w:b/>
        </w:rPr>
        <w:t xml:space="preserve">[06:16] </w:t>
      </w:r>
      <w:r>
        <w:t>to main un ke ghar gaya. woh bimar the us waqt, leTe hue the. ek bistar bichha hua tha us par, leTe hue the.</w:t>
      </w:r>
    </w:p>
    <w:p>
      <w:pPr>
        <w:jc w:val="right"/>
      </w:pPr>
      <w:r>
        <w:t>تو میں ان کے گھر گیا۔ وہ بیمار تھے اس وقت، لیٹے ہوئے تھے۔ ایک بستر بچھا ہوا تھا اس پر، لیٹے ہوئے تھے۔</w:t>
      </w:r>
    </w:p>
    <w:p>
      <w:r>
        <w:rPr>
          <w:b/>
        </w:rPr>
        <w:t xml:space="preserve">[06:28] </w:t>
      </w:r>
      <w:r>
        <w:t>to leTe leTe main ne un se kaha ke main ek magazine nikalna chahta hoon, aap ki rai lene ke liye aaya hoon. to aap jante hain kya hua?</w:t>
      </w:r>
    </w:p>
    <w:p>
      <w:pPr>
        <w:jc w:val="right"/>
      </w:pPr>
      <w:r>
        <w:t>تو لیٹے لیٹے میں نے ان سے کہا کہ میں ایک میگزین نکالنا چاہتا ہوں، آپ کی رائے لینے کے لیے آیا ہوں۔ تو آپ جانتے ہیں کیا ہوا؟</w:t>
      </w:r>
    </w:p>
    <w:p>
      <w:r>
        <w:rPr>
          <w:b/>
        </w:rPr>
        <w:t xml:space="preserve">[06:39] </w:t>
      </w:r>
      <w:r>
        <w:t>woh bimar the aur leTe hue the. jaldi se uth ke baith gaye, woh uth ke baith gaye.</w:t>
      </w:r>
    </w:p>
    <w:p>
      <w:pPr>
        <w:jc w:val="right"/>
      </w:pPr>
      <w:r>
        <w:t>وہ بیمار تھے اور لیٹے ہوئے تھے۔ جلدی سے اٹھ کے بیٹھ گئے، وہ اٹھ کے بیٹھ گئے۔</w:t>
      </w:r>
    </w:p>
    <w:p>
      <w:r>
        <w:rPr>
          <w:b/>
        </w:rPr>
        <w:t xml:space="preserve">[06:48] </w:t>
      </w:r>
      <w:r>
        <w:t>to unhon ne kaha ke har giz nahi, Urdu percha kahin chalta hai? Urdu percha ka is is mulk mein koi mustaqbil hai?</w:t>
      </w:r>
    </w:p>
    <w:p>
      <w:pPr>
        <w:jc w:val="right"/>
      </w:pPr>
      <w:r>
        <w:t>تو انہوں نے کہا کہ ہرگز نہیں، اردو پرچہ کہیں چلتا ہے؟ اردو پرچہ کا اس اس ملک میں کوئی مستقبل ہے؟</w:t>
      </w:r>
    </w:p>
    <w:p>
      <w:r>
        <w:rPr>
          <w:b/>
        </w:rPr>
        <w:t xml:space="preserve">[07:02] </w:t>
      </w:r>
      <w:r>
        <w:t>woh to baith gaye.</w:t>
      </w:r>
    </w:p>
    <w:p>
      <w:pPr>
        <w:jc w:val="right"/>
      </w:pPr>
      <w:r>
        <w:t>وہ تو بیٹھ گئے۔</w:t>
      </w:r>
    </w:p>
    <w:p>
      <w:r>
        <w:rPr>
          <w:b/>
        </w:rPr>
        <w:t xml:space="preserve">[07:09] </w:t>
      </w:r>
      <w:r>
        <w:t>ab yeh yeh koi bhi nahi tha jo jo encourage kare, ek bhi nahi.</w:t>
      </w:r>
    </w:p>
    <w:p>
      <w:pPr>
        <w:jc w:val="right"/>
      </w:pPr>
      <w:r>
        <w:t>اب یہ یہ کوئی بھی نہیں تھا جو جو انکریج کرے، ایک بھی نہیں۔</w:t>
      </w:r>
    </w:p>
    <w:p>
      <w:r>
        <w:rPr>
          <w:b/>
        </w:rPr>
        <w:t xml:space="preserve">[07:19] </w:t>
      </w:r>
      <w:r>
        <w:t>yeh tha mashware ki baat.</w:t>
      </w:r>
    </w:p>
    <w:p>
      <w:pPr>
        <w:jc w:val="right"/>
      </w:pPr>
      <w:r>
        <w:t>یہ تھا مشورے کی بات۔</w:t>
      </w:r>
    </w:p>
    <w:p>
      <w:r>
        <w:rPr>
          <w:b/>
        </w:rPr>
        <w:t xml:space="preserve">[07:25] </w:t>
      </w:r>
      <w:r>
        <w:t>phir main ne tay kiya ke mujhe istikhara karna hai, kyun ke istikhara koi mamooli baat nahi hai, kyun ke Bukhari mein is ki riwayat hai.</w:t>
      </w:r>
    </w:p>
    <w:p>
      <w:pPr>
        <w:jc w:val="right"/>
      </w:pPr>
      <w:r>
        <w:t>پھر میں نے طے کیا کہ مجھے استخارہ کرنا ہے، کیونکہ استخارہ کوئی معمولی بات نہیں ہے، کیونکہ بخاری میں اس کی روایت ہے۔</w:t>
      </w:r>
    </w:p>
    <w:p>
      <w:r>
        <w:rPr>
          <w:b/>
        </w:rPr>
        <w:t xml:space="preserve">[07:37] </w:t>
      </w:r>
      <w:r>
        <w:t>istikhare ke bare mein hadithon mein bohat si riwayatein hain, including Bukhari.</w:t>
      </w:r>
    </w:p>
    <w:p>
      <w:pPr>
        <w:jc w:val="right"/>
      </w:pPr>
      <w:r>
        <w:t>استخارے کے بارے میں حدیثوں میں بہت سی روایتیں ہیں، انکلوڈنگ بخاری۔</w:t>
      </w:r>
    </w:p>
    <w:p>
      <w:r>
        <w:rPr>
          <w:b/>
        </w:rPr>
        <w:t xml:space="preserve">[07:47] </w:t>
      </w:r>
      <w:r>
        <w:t>to is ke alfaaz yeh hain ke</w:t>
      </w:r>
    </w:p>
    <w:p>
      <w:pPr>
        <w:jc w:val="right"/>
      </w:pPr>
      <w:r>
        <w:t>تو اس کے الفاظ یہ ہیں کہ</w:t>
      </w:r>
    </w:p>
    <w:p>
      <w:r>
        <w:rPr>
          <w:b/>
        </w:rPr>
        <w:t xml:space="preserve">[07:53] </w:t>
      </w:r>
      <w:r>
        <w:t>ke kaana yalamul istikhara kama yalamul Quran, yani Rasool Allah hum ko istikhara is tareeqe se ki taleem is tarah dete the, jaise ke aap Quran ki taleem de dete the.</w:t>
      </w:r>
    </w:p>
    <w:p>
      <w:pPr>
        <w:jc w:val="right"/>
      </w:pPr>
      <w:r>
        <w:t>کہ کان یعلم الاستخارہ کما یعلم القرآن، یعنی رسول اللہ ہم کو استخارہ اس طریقے سے کی تعلیم اس طرح دیتے تھے، جیسے کہ آپ قرآن کی تعلیم دے دیتے تھے۔</w:t>
      </w:r>
    </w:p>
    <w:p>
      <w:r>
        <w:rPr>
          <w:b/>
        </w:rPr>
        <w:t xml:space="preserve">[08:16] </w:t>
      </w:r>
      <w:r>
        <w:t>ab is hadith se le kar sochiye to maloom hua ke</w:t>
      </w:r>
    </w:p>
    <w:p>
      <w:pPr>
        <w:jc w:val="right"/>
      </w:pPr>
      <w:r>
        <w:t>اب اس حدیث سے لے کر سوچتیے تو معلوم ہوا کہ</w:t>
      </w:r>
    </w:p>
    <w:p>
      <w:r>
        <w:rPr>
          <w:b/>
        </w:rPr>
        <w:t xml:space="preserve">[08:29] </w:t>
      </w:r>
      <w:r>
        <w:t>quran bhi hidayat lene ke liye hai, isi tarah istikhara bhi hidayat lene ke liye hai.</w:t>
      </w:r>
    </w:p>
    <w:p>
      <w:pPr>
        <w:jc w:val="right"/>
      </w:pPr>
      <w:r>
        <w:t>قرآن بھی ہدایت لینے کے لیے ہے، اسی طرح استخارہ بھی ہدایت لینے کے لیے ہے۔</w:t>
      </w:r>
    </w:p>
    <w:p>
      <w:r>
        <w:rPr>
          <w:b/>
        </w:rPr>
        <w:t xml:space="preserve">[08:39] </w:t>
      </w:r>
      <w:r>
        <w:t>lafzi ma'ne istikhare ke hain: khair chahna, bhalai chahna, talab karna.</w:t>
      </w:r>
    </w:p>
    <w:p>
      <w:pPr>
        <w:jc w:val="right"/>
      </w:pPr>
      <w:r>
        <w:t>لفظی معنی استخارے کے ہیں: خیر چاہنا، بھلائی چاہنا، طلب کرنا۔</w:t>
      </w:r>
    </w:p>
    <w:p>
      <w:r>
        <w:rPr>
          <w:b/>
        </w:rPr>
        <w:t xml:space="preserve">[08:51] </w:t>
      </w:r>
      <w:r>
        <w:t>to jab aadmi istikhara karta hai to allah se khair ki talab karta hai, khuda yeh kaam karoon na karoon, mere liye kya sabit hoga?</w:t>
      </w:r>
    </w:p>
    <w:p>
      <w:pPr>
        <w:jc w:val="right"/>
      </w:pPr>
      <w:r>
        <w:t>تو جب آدمی استخارہ کرتا ہے تو اللہ سے خیر کی طلب کرتا ہے، خدا یہ کام کروں نہ کروں، میرے لیے کیا ثابت ہوگا؟</w:t>
      </w:r>
    </w:p>
    <w:p>
      <w:r>
        <w:rPr>
          <w:b/>
        </w:rPr>
        <w:t xml:space="preserve">[09:02] </w:t>
      </w:r>
      <w:r>
        <w:t>yeh</w:t>
      </w:r>
    </w:p>
    <w:p>
      <w:pPr>
        <w:jc w:val="right"/>
      </w:pPr>
      <w:r>
        <w:t>یہ</w:t>
      </w:r>
    </w:p>
    <w:p>
      <w:r>
        <w:rPr>
          <w:b/>
        </w:rPr>
        <w:t xml:space="preserve">[09:05] </w:t>
      </w:r>
      <w:r>
        <w:t>to ek bahut zyada mujhe doubt tha, bahut zyada main pareshan tha, kyunke jitne mashwara dene wale the, woh sab nahin nahin nahin nahin kaha karte the.</w:t>
      </w:r>
    </w:p>
    <w:p>
      <w:pPr>
        <w:jc w:val="right"/>
      </w:pPr>
      <w:r>
        <w:t>تو ایک بہت زیادہ مجھے ڈاؤٹ تھا، بہت زیادہ میں پریشان تھا، کیونکہ جتنے مشورہ دینے والے تھے، وہ سب نہیں نہیں نہیں نہیں کہا کرتے تھے۔</w:t>
      </w:r>
    </w:p>
    <w:p>
      <w:r>
        <w:rPr>
          <w:b/>
        </w:rPr>
        <w:t xml:space="preserve">[09:27] </w:t>
      </w:r>
      <w:r>
        <w:t>to woh jo ek hadith hai, ek hadith hai ke: "la tradd al-qada' illa ad-du'a".</w:t>
      </w:r>
    </w:p>
    <w:p>
      <w:pPr>
        <w:jc w:val="right"/>
      </w:pPr>
      <w:r>
        <w:t>تو وہ جو ایک حدیث ہے، ایک حدیث ہے کہ: "لا ترد القضاء الا الدعا"۔</w:t>
      </w:r>
    </w:p>
    <w:p>
      <w:r>
        <w:rPr>
          <w:b/>
        </w:rPr>
        <w:t xml:space="preserve">[09:40] </w:t>
      </w:r>
      <w:r>
        <w:t>"la tradd al-qada' illa ad-du'a".</w:t>
      </w:r>
    </w:p>
    <w:p>
      <w:pPr>
        <w:jc w:val="right"/>
      </w:pPr>
      <w:r>
        <w:t>"لا ترد القضاء الا الدعا"۔ یہ دعا جو ہے، وہ اس کا اتنا بڑا درجہ ہے کہ وہ قضا کو بھی۔</w:t>
      </w:r>
    </w:p>
    <w:p>
      <w:r>
        <w:rPr>
          <w:b/>
        </w:rPr>
        <w:t xml:space="preserve">[09:55] </w:t>
      </w:r>
      <w:r>
        <w:t>to to istikhara kya hai? dua hai. to maine istikhara kiya. is waqt mein jab building mein tha, purani dilli mein.</w:t>
      </w:r>
    </w:p>
    <w:p>
      <w:pPr>
        <w:jc w:val="right"/>
      </w:pPr>
      <w:r>
        <w:t>تو تو استخارہ کیا ہے؟ دعا ہے۔ تو میں نے استخارہ کیا۔ اس وقت میں جب بلڈنگ میں تھا، پرانی دلی میں۔</w:t>
      </w:r>
    </w:p>
    <w:p>
      <w:r>
        <w:rPr>
          <w:b/>
        </w:rPr>
        <w:t xml:space="preserve">[10:12] </w:t>
      </w:r>
      <w:r>
        <w:t>to aap ko batata hoon</w:t>
      </w:r>
    </w:p>
    <w:p>
      <w:pPr>
        <w:jc w:val="right"/>
      </w:pPr>
      <w:r>
        <w:t>تو آپ کو بتاتا ہوں</w:t>
      </w:r>
    </w:p>
    <w:p>
      <w:r>
        <w:rPr>
          <w:b/>
        </w:rPr>
        <w:t xml:space="preserve">[10:17] </w:t>
      </w:r>
      <w:r>
        <w:t>ke istikhare mein maine ek ek ek woh dekha, khwab dekha. abhi tak woh khwab mujhe yaad hai, woh likha hua bhi tareekh ke sath, tareekh ke sath likha hua hai.</w:t>
      </w:r>
    </w:p>
    <w:p>
      <w:pPr>
        <w:jc w:val="right"/>
      </w:pPr>
      <w:r>
        <w:t>کہ استخارے میں میں نے ایک ایک ایک وہ دیکھا، خواب دیکھا۔ ابھی تک وہ خواب مجھے یاد ہے، وہ لکھا ہوا بھی تاریخ کے ساتھ، تاریخ کے ساتھ لکھا ہوا ہے۔</w:t>
      </w:r>
    </w:p>
    <w:p>
      <w:r>
        <w:rPr>
          <w:b/>
        </w:rPr>
        <w:t xml:space="preserve">[10:38] </w:t>
      </w:r>
      <w:r>
        <w:t>to khwab yeh tha</w:t>
      </w:r>
    </w:p>
    <w:p>
      <w:pPr>
        <w:jc w:val="right"/>
      </w:pPr>
      <w:r>
        <w:t>تو خواب یہ تھا</w:t>
      </w:r>
    </w:p>
    <w:p>
      <w:r>
        <w:rPr>
          <w:b/>
        </w:rPr>
        <w:t xml:space="preserve">[10:42] </w:t>
      </w:r>
      <w:r>
        <w:t>ke main ek jagah hoon, wahan ek ek gaaye hai, aur woh gaaye jo hai, us ko jis ko kehte hain hamari zuban mein woh taant taant ke aane hote hain,</w:t>
      </w:r>
    </w:p>
    <w:p>
      <w:pPr>
        <w:jc w:val="right"/>
      </w:pPr>
      <w:r>
        <w:t>کہ میں ایک جگہ ہوں، وہاں ایک ایک گائے ہے، اور وہ گائے جو ہے، اس کو جس کو کہتے ہیں ہماری زبان میں وہ ٹانٹ ٹانٹ کے آنے ہوتے ہیں،</w:t>
      </w:r>
    </w:p>
    <w:p>
      <w:r>
        <w:rPr>
          <w:b/>
        </w:rPr>
        <w:t xml:space="preserve">[10:59] </w:t>
      </w:r>
      <w:r>
        <w:t>jo doodh na de, jis ka doodh sokh sokh gaya ho, khatm na ho, khatm ho jaye doodh.</w:t>
      </w:r>
    </w:p>
    <w:p>
      <w:pPr>
        <w:jc w:val="right"/>
      </w:pPr>
      <w:r>
        <w:t>جو دودھ نہ دے، جس کا دودھ سوکھ سوکھ گیا ہو، ختم نہ ہو، ختم ہو جائے دودھ۔</w:t>
      </w:r>
    </w:p>
    <w:p>
      <w:r>
        <w:rPr>
          <w:b/>
        </w:rPr>
        <w:t xml:space="preserve">[11:10] </w:t>
      </w:r>
      <w:r>
        <w:t>gaon mein aisi bahut hoti hain ke un ka doodh sokh jata hai.</w:t>
      </w:r>
    </w:p>
    <w:p>
      <w:pPr>
        <w:jc w:val="right"/>
      </w:pPr>
      <w:r>
        <w:t>گاؤں میں ایسی بہت ہوتی ہیں کہ ان کا دودھ سوکھ جاتا ہے۔</w:t>
      </w:r>
    </w:p>
    <w:p>
      <w:r>
        <w:rPr>
          <w:b/>
        </w:rPr>
        <w:t xml:space="preserve">[11:17] </w:t>
      </w:r>
      <w:r>
        <w:t>to thaat gaaye ek hai, dubli si hai. to main aata hoon, aur mere hath mein ek balti hai.</w:t>
      </w:r>
    </w:p>
    <w:p>
      <w:pPr>
        <w:jc w:val="right"/>
      </w:pPr>
      <w:r>
        <w:t>تو ٹھاٹ گائے ایک ہے، دبلی سی ہے۔ تو میں آتا ہوں، اور میرے ہاتھ میں ایک بالٹی ہے۔</w:t>
      </w:r>
    </w:p>
    <w:p>
      <w:r>
        <w:rPr>
          <w:b/>
        </w:rPr>
        <w:t xml:space="preserve">[11:33] </w:t>
      </w:r>
      <w:r>
        <w:t>yeh yeh balti jo hamare bathroom mein hai, bathroom mein hai, wahan kai log hain khade hain idhar udhar, aur main seedhe jata hoon us ke paas, aur log hanste hain mere upar.</w:t>
      </w:r>
    </w:p>
    <w:p>
      <w:pPr>
        <w:jc w:val="right"/>
      </w:pPr>
      <w:r>
        <w:t>یہ یہ بالٹی جو ہمارے باتھ روم میں ہے، باتھ روم میں ہے، وہاں کئی لوگ ہیں کھڑے ہیں ادھر ادھر، اور میں سیدھے جاتا ہوں اس کے پاس، اور لوگ ہنستے ہیں میرے اوپر۔</w:t>
      </w:r>
    </w:p>
    <w:p>
      <w:r>
        <w:rPr>
          <w:b/>
        </w:rPr>
        <w:t xml:space="preserve">[11:50] </w:t>
      </w:r>
      <w:r>
        <w:t>un ko zara dekhiye, thaat doodh, thaat gaaye mein doodh nikalne aaye hain, yeh sokhi gaaye mein doodh nikalne aaye hain, hans rahe hain.</w:t>
      </w:r>
    </w:p>
    <w:p>
      <w:pPr>
        <w:jc w:val="right"/>
      </w:pPr>
      <w:r>
        <w:t>ان کو ذرا دیکھیے، ٹھاٹ دودھ، ٹھاٹ گائے میں دودھ نکالنے آئے ہیں، یہ سوکھی گائے میں دودھ نکالنے آئے ہیں، ہنس رہے ہیں۔</w:t>
      </w:r>
    </w:p>
    <w:p>
      <w:r>
        <w:rPr>
          <w:b/>
        </w:rPr>
        <w:t xml:space="preserve">[12:05] </w:t>
      </w:r>
      <w:r>
        <w:t>main kisi ki hansi ki parwah nahin karta hoon, seedhe jata hoon gaaye ke paas, us bucket ko main us ke than ke neeche rakhta hoon, gaaye ke than ke neeche,</w:t>
      </w:r>
    </w:p>
    <w:p>
      <w:pPr>
        <w:jc w:val="right"/>
      </w:pPr>
      <w:r>
        <w:t>میں کسی کی ہنسی کی پرواہ نہیں کرتا ہوں، سیدھے جاتا ہوں گائے کے پاس، اس بکٹ کو میں اس کے تھن کے نیچے رکھتا ہوں، گائے کے تھن کے نیچے،</w:t>
      </w:r>
    </w:p>
    <w:p>
      <w:r>
        <w:rPr>
          <w:b/>
        </w:rPr>
        <w:t xml:space="preserve">[12:19] </w:t>
      </w:r>
      <w:r>
        <w:t>aur wahin baith jata hoon, aur lagta hoon doodh nikalne us ke than se. aur jaise hi maine us ko hath lagaya, us ke than mein laga, doodh nikalne</w:t>
      </w:r>
    </w:p>
    <w:p>
      <w:pPr>
        <w:jc w:val="right"/>
      </w:pPr>
      <w:r>
        <w:t>اور وہیں بیٹھ جاتا ہوں، اور لگتا ہوں دودھ نکالنے اس کے تھن سے۔ اور جیسے ہی میں نے اس کو ہاتھ لگایا، اس کے تھن میں لگا، دودھ نکال نکلنے</w:t>
      </w:r>
    </w:p>
    <w:p>
      <w:r>
        <w:rPr>
          <w:b/>
        </w:rPr>
        <w:t xml:space="preserve">[12:38] </w:t>
      </w:r>
      <w:r>
        <w:t>barabar nikalne laga, aur itna doodh nikla ke bucket bhar gayi, aur zameen mein behne laga doodh.</w:t>
      </w:r>
    </w:p>
    <w:p>
      <w:pPr>
        <w:jc w:val="right"/>
      </w:pPr>
      <w:r>
        <w:t>برابر نکلنے لگا، اور اتنا دودھ نکلا کہ بکٹ بھر گئی، اور زمین میں بہنے لگا دودھ۔</w:t>
      </w:r>
    </w:p>
    <w:p>
      <w:r>
        <w:rPr>
          <w:b/>
        </w:rPr>
        <w:t xml:space="preserve">[12:48] </w:t>
      </w:r>
      <w:r>
        <w:t>bucket bhar gayi, aur zameen mein doodh behne laga.</w:t>
      </w:r>
    </w:p>
    <w:p>
      <w:pPr>
        <w:jc w:val="right"/>
      </w:pPr>
      <w:r>
        <w:t>بکٹ بھر گئی، اور زمین میں دودھ بہنے لگا۔</w:t>
      </w:r>
    </w:p>
    <w:p>
      <w:r>
        <w:rPr>
          <w:b/>
        </w:rPr>
        <w:t xml:space="preserve">[13:01] </w:t>
      </w:r>
      <w:r>
        <w:t>tab maine bucket utha liya. to is khwab se maine samjha ke inshallah ke log kuch bhi kahein, kuch bhi kahein,</w:t>
      </w:r>
    </w:p>
    <w:p>
      <w:pPr>
        <w:jc w:val="right"/>
      </w:pPr>
      <w:r>
        <w:t>تب میں نے بکٹ اٹھا لیا۔ تو اس خواب سے میں نے سمجھا کہ انشاءاللہ کہ لوگ کچھ بھی کہیں، کچھ بھی کہیں،</w:t>
      </w:r>
    </w:p>
    <w:p>
      <w:r>
        <w:rPr>
          <w:b/>
        </w:rPr>
        <w:t xml:space="preserve">[13:14] </w:t>
      </w:r>
      <w:r>
        <w:t>lekin mera magazine chalega, inshallah.</w:t>
      </w:r>
    </w:p>
    <w:p>
      <w:pPr>
        <w:jc w:val="right"/>
      </w:pPr>
      <w:r>
        <w:t>لیکن میرا میگزین چلے گا، انشاءاللہ۔</w:t>
      </w:r>
    </w:p>
    <w:p>
      <w:r>
        <w:rPr>
          <w:b/>
        </w:rPr>
        <w:t xml:space="preserve">[13:24] </w:t>
      </w:r>
      <w:r>
        <w:t>to allah taala ne mere dil mein ek baat dali perche ke bare mein ke log jo hain, yeh sahi hai ke informative, woh woh log jo hain, woh suggestive</w:t>
      </w:r>
    </w:p>
    <w:p>
      <w:pPr>
        <w:jc w:val="right"/>
      </w:pPr>
      <w:r>
        <w:t>تو اللہ تعالی نے میرے دل میں ایک بات ڈالی پرچے کے بارے میں کہ لوگ جو ہیں، یہ صحیح ہے کہ انفارمیٹیو، وہ وہ لوگ جو ہیں، وہ سجیسٹو</w:t>
      </w:r>
    </w:p>
    <w:p>
      <w:r>
        <w:rPr>
          <w:b/>
        </w:rPr>
        <w:t xml:space="preserve">[13:45] </w:t>
      </w:r>
      <w:r>
        <w:t>writing padhna nahin chahte, lekin writing ki ek teesri qism bhi hai. teesri qism yani suggestive aur informative ke ilawa bhi ek cheez hai,</w:t>
      </w:r>
    </w:p>
    <w:p>
      <w:pPr>
        <w:jc w:val="right"/>
      </w:pPr>
      <w:r>
        <w:t>رائٹنگ پڑھنا نہیں چاہتے، لیکن رائٹنگ کی ایک تیسری قسم بھی ہے۔ تیسری قسم یعنی سجیسٹو اور انفارمیٹیو کے علاوہ بھی ایک چیز ہے،</w:t>
      </w:r>
    </w:p>
    <w:p>
      <w:r>
        <w:rPr>
          <w:b/>
        </w:rPr>
        <w:t xml:space="preserve">[14:01] </w:t>
      </w:r>
      <w:r>
        <w:t>aur woh hai creative. creative kehte hain us ko jis mein naya nayi nayi baatein hon, nayi nayi baatein, naya pan.</w:t>
      </w:r>
    </w:p>
    <w:p>
      <w:pPr>
        <w:jc w:val="right"/>
      </w:pPr>
      <w:r>
        <w:t>اور وہ ہے کریٹیو۔ کریٹیو کہتے ہیں اس کو جس میں نیا نئی نئی باتیں ہوں، نئی نئی باتیں، نیا پن۔</w:t>
      </w:r>
    </w:p>
    <w:p>
      <w:r>
        <w:rPr>
          <w:b/>
        </w:rPr>
        <w:t xml:space="preserve">[14:12] </w:t>
      </w:r>
      <w:r>
        <w:t>to Allah taala ne mere dil mein dala ke kehne do logon ko, tum creative barabar chhaapo, padho, khoob padho, padh ke creative item nikalo.</w:t>
      </w:r>
    </w:p>
    <w:p>
      <w:pPr>
        <w:jc w:val="right"/>
      </w:pPr>
      <w:r>
        <w:t>تو اللہ تعالی نے میرے دل میں ڈالا کہ کہنے دو لوگوں کو، تم کریٹیو برابر چھاپو، پڑھو، خوب پڑھو، پڑھ کے کریٹیو آئٹم نکالو۔</w:t>
      </w:r>
    </w:p>
    <w:p>
      <w:r>
        <w:rPr>
          <w:b/>
        </w:rPr>
        <w:t xml:space="preserve">[14:28] </w:t>
      </w:r>
      <w:r>
        <w:t>nayi nayi baat hai, nayi nayi baat hai, nayi nayi baat hai.</w:t>
      </w:r>
    </w:p>
    <w:p>
      <w:pPr>
        <w:jc w:val="right"/>
      </w:pPr>
      <w:r>
        <w:t>نئی نئی بات ہے، نئی نئی بات ہے، نئی نئی بات ہے۔</w:t>
      </w:r>
    </w:p>
    <w:p>
      <w:r>
        <w:rPr>
          <w:b/>
        </w:rPr>
        <w:t xml:space="preserve">[14:34] </w:t>
      </w:r>
      <w:r>
        <w:t>to is zamane mein maine khoob padhna shuru kiya, taqreeban das magazine padhta tha, main shayad das se zyada.</w:t>
      </w:r>
    </w:p>
    <w:p>
      <w:pPr>
        <w:jc w:val="right"/>
      </w:pPr>
      <w:r>
        <w:t>تو اس زمانے میں میں نے خوب پڑھنا شروع کیا، تقریباً دس میگزین پڑھتا تھا، میں شاید دس سے زیادہ۔</w:t>
      </w:r>
    </w:p>
    <w:p>
      <w:r>
        <w:rPr>
          <w:b/>
        </w:rPr>
        <w:t xml:space="preserve">[14:48] </w:t>
      </w:r>
      <w:r>
        <w:t>aap ne yeh sab dekha hai, yeh jaanti hain.</w:t>
      </w:r>
    </w:p>
    <w:p>
      <w:pPr>
        <w:jc w:val="right"/>
      </w:pPr>
      <w:r>
        <w:t>آپ نے یہ سب دیکھا ہے، یہ جانتی ہیں۔</w:t>
      </w:r>
    </w:p>
    <w:p>
      <w:r>
        <w:rPr>
          <w:b/>
        </w:rPr>
        <w:t xml:space="preserve">[14:57] </w:t>
      </w:r>
      <w:r>
        <w:t>to log taajjub karte the ke wohi parche hum padhte hain, is mein hamein kuch nahi milta, aap kahan se nikaal lete hain nayi baatein?</w:t>
      </w:r>
    </w:p>
    <w:p>
      <w:pPr>
        <w:jc w:val="right"/>
      </w:pPr>
      <w:r>
        <w:t>تو لوگ تعجب کرتے تھے کہ وہی پرچے ہم پڑھتے ہیں، اس میں ہمیں کچھ نہیں ملتا، آپ کہاں سے نکال لیتے ہیں نئی باتیں؟</w:t>
      </w:r>
    </w:p>
    <w:p>
      <w:r>
        <w:rPr>
          <w:b/>
        </w:rPr>
        <w:t xml:space="preserve">[15:08] </w:t>
      </w:r>
      <w:r>
        <w:t>to hamara jo magazine tha, Al-Risala, Al-Risala naam diya tha Dr. Zafarul Islam ne, yeh naam inhi ka diya hua hai,</w:t>
      </w:r>
    </w:p>
    <w:p>
      <w:pPr>
        <w:jc w:val="right"/>
      </w:pPr>
      <w:r>
        <w:t>تو ہمارا جو میگزین تھا، الرسالہ، الرسالہ نام دیا تھا ڈاکٹر ظفر الاسلام نے، یہ نام انہی کا دیا ہوا ہے،</w:t>
      </w:r>
    </w:p>
    <w:p>
      <w:r>
        <w:rPr>
          <w:b/>
        </w:rPr>
        <w:t xml:space="preserve">[15:22] </w:t>
      </w:r>
      <w:r>
        <w:t>is ka naqsha bhi unhon ne banaya tha.</w:t>
      </w:r>
    </w:p>
    <w:p>
      <w:pPr>
        <w:jc w:val="right"/>
      </w:pPr>
      <w:r>
        <w:t>اس کا نقشہ بھی انہوں نے بنایا تھا۔</w:t>
      </w:r>
    </w:p>
    <w:p>
      <w:r>
        <w:rPr>
          <w:b/>
        </w:rPr>
        <w:t xml:space="preserve">[15:31] </w:t>
      </w:r>
      <w:r>
        <w:t>to jo log padhte aaye hain, hamare mureedeen, woh maanen ge is baat ko ke awwal din se hamare parche mein naya pan hota tha, naya pan, creativity.</w:t>
      </w:r>
    </w:p>
    <w:p>
      <w:pPr>
        <w:jc w:val="right"/>
      </w:pPr>
      <w:r>
        <w:t>تو جو لوگ پڑھتے آئے ہیں، ہمارے مریدین، وہ مانیں گے اس بات کو کہ اول دن سے ہمارے پرچے میں نیا پن ہوتا تھا، نیا پن، کریٹیوٹی۔</w:t>
      </w:r>
    </w:p>
    <w:p>
      <w:r>
        <w:rPr>
          <w:b/>
        </w:rPr>
        <w:t xml:space="preserve">[15:47] </w:t>
      </w:r>
      <w:r>
        <w:t>creativity</w:t>
      </w:r>
    </w:p>
    <w:p>
      <w:pPr>
        <w:jc w:val="right"/>
      </w:pPr>
      <w:r>
        <w:t>کریٹیوٹی</w:t>
      </w:r>
    </w:p>
    <w:p>
      <w:r>
        <w:rPr>
          <w:b/>
        </w:rPr>
        <w:t xml:space="preserve">[15:52] </w:t>
      </w:r>
      <w:r>
        <w:t>yani creativity ka matlab yeh hai ke Urdu tha, zyada tar musalmanon ke liye tha, Urdu ke liye, lekin Hindu bhi padhte the Urdu.</w:t>
      </w:r>
    </w:p>
    <w:p>
      <w:pPr>
        <w:jc w:val="right"/>
      </w:pPr>
      <w:r>
        <w:t>یعنی کریٹیوٹی کا مطلب یہ ہے کہ اردو تھا، زیادہ تر مسلمانوں کے لیے تھا، اردو کے لیے، لیکن ہندو بھی پڑھتے تھے اردو۔</w:t>
      </w:r>
    </w:p>
    <w:p>
      <w:r>
        <w:rPr>
          <w:b/>
        </w:rPr>
        <w:t xml:space="preserve">[16:02] </w:t>
      </w:r>
      <w:r>
        <w:t>to is zamane mein musalman jo the, sab maeeshat ke shikaar the, partition ke baad ya maeeshat frustration.</w:t>
      </w:r>
    </w:p>
    <w:p>
      <w:pPr>
        <w:jc w:val="right"/>
      </w:pPr>
      <w:r>
        <w:t>تو اس زمانے میں مسلمان جو تھے، سب معاشی کے شکار تھے، پارٹیشن کے بعد یا معاشی فرسٹریشن۔</w:t>
      </w:r>
    </w:p>
    <w:p>
      <w:r>
        <w:rPr>
          <w:b/>
        </w:rPr>
        <w:t xml:space="preserve">[16:18] </w:t>
      </w:r>
      <w:r>
        <w:t>to hamare parche mein har magazine mein ek umeed ka item hota tha, umeed. Umeed ka item aap is ko padhein to aap ko taajjub hoga ke har parche mein umeed ki baat hai, har parche mein nayi baat hai.</w:t>
      </w:r>
    </w:p>
    <w:p>
      <w:pPr>
        <w:jc w:val="right"/>
      </w:pPr>
      <w:r>
        <w:t>تو ہمارے پرچے میں ہر میزین میں ایک امید کا آئٹم ہوتا تھا، امید۔ امید کا آئٹم آپ اس کو پڑھیں تو آپ کو تعجب ہوگا کہ ہر پرچے میں امید کی بات ہے، ہر پرچے میں نئی بات ہے۔</w:t>
      </w:r>
    </w:p>
    <w:p>
      <w:r>
        <w:rPr>
          <w:b/>
        </w:rPr>
        <w:t xml:space="preserve">[16:36] </w:t>
      </w:r>
      <w:r>
        <w:t>aur woh aisa nahi ke bas shayari nahi thi, shayari nahi, bilkul waqeaati. Waqeaati</w:t>
      </w:r>
    </w:p>
    <w:p>
      <w:pPr>
        <w:jc w:val="right"/>
      </w:pPr>
      <w:r>
        <w:t>اور وہ ایسا نہیں کہ بس شاعری نہیں تھی، شاعری نہیں، بالکل واقعاتی۔ واقعاتی</w:t>
      </w:r>
    </w:p>
    <w:p>
      <w:r>
        <w:rPr>
          <w:b/>
        </w:rPr>
        <w:t xml:space="preserve">[16:50] </w:t>
      </w:r>
      <w:r>
        <w:t>ek saahab the, parhe likhe. To ek saahab ne bataya tha un ke baare mein, hamare Badin ke baare mein, unhon ne kaha tha ke un ka magazine to arrangement of facts hota hai,</w:t>
      </w:r>
    </w:p>
    <w:p>
      <w:pPr>
        <w:jc w:val="right"/>
      </w:pPr>
      <w:r>
        <w:t>ایک صاحب تھے، پڑھے لکھے۔ تو ایک صاحب نے بتایا تھا ان کے بارے میں، ہمارے بدین کے بارے میں، انہوں نے کہا تھا کہ ان کا میگزین تو ارینجمنٹ آف فیکٹس ہوتا ہے،</w:t>
      </w:r>
    </w:p>
    <w:p>
      <w:r>
        <w:rPr>
          <w:b/>
        </w:rPr>
        <w:t xml:space="preserve">[17:08] </w:t>
      </w:r>
      <w:r>
        <w:t>arrangement of facts yani maloomat ko is tarah se arrange karna ke woh article ban jaye. Unhon ne kaha ke aisi tehreer, woh parhe likhe aadmi the, unhon ne kaha aisi tehreer to sirf Patterson ko hoti hai,</w:t>
      </w:r>
    </w:p>
    <w:p>
      <w:pPr>
        <w:jc w:val="right"/>
      </w:pPr>
      <w:r>
        <w:t>ارینجمنٹ آف فیکٹس یعنی معلومات کو اس طرح سے ارینج کرنا کہ وہ آرٹیکل بن جائے۔ انہوں نے کہا کہ ایسی تحریر، وہ پڑھے لکھے آدمی تھے، انہوں نے کہا ایسی تحریر تو صرف پٹرسن کو ہوتی ہے،</w:t>
      </w:r>
    </w:p>
    <w:p>
      <w:r>
        <w:rPr>
          <w:b/>
        </w:rPr>
        <w:t xml:space="preserve">[17:24] </w:t>
      </w:r>
      <w:r>
        <w:t>arrangement of facts,</w:t>
      </w:r>
    </w:p>
    <w:p>
      <w:pPr>
        <w:jc w:val="right"/>
      </w:pPr>
      <w:r>
        <w:t>ارینجمنٹ آف فیکٹس،</w:t>
      </w:r>
    </w:p>
    <w:p>
      <w:r>
        <w:rPr>
          <w:b/>
        </w:rPr>
        <w:t xml:space="preserve">[17:28] </w:t>
      </w:r>
      <w:r>
        <w:t>aisi tehreer to sirf us ko hoti hai.</w:t>
      </w:r>
    </w:p>
    <w:p>
      <w:pPr>
        <w:jc w:val="right"/>
      </w:pPr>
      <w:r>
        <w:t>ایسی تحریر تو صرف اس کو ہوتی ہے۔</w:t>
      </w:r>
    </w:p>
    <w:p>
      <w:r>
        <w:rPr>
          <w:b/>
        </w:rPr>
        <w:t xml:space="preserve">[17:33] </w:t>
      </w:r>
      <w:r>
        <w:t>to aaj sab log gawaahi den ge, jo bhi jaante hain ke hamara khwaab jo tha, woh bilkul sach nikla.</w:t>
      </w:r>
    </w:p>
    <w:p>
      <w:pPr>
        <w:jc w:val="right"/>
      </w:pPr>
      <w:r>
        <w:t>تو آج سب لوگ گواہی دیں گے، جو بھی جانتے ہیں کہ ہمارا خواب جو تھا، وہ بالکل سچا نکلا۔</w:t>
      </w:r>
    </w:p>
    <w:p>
      <w:r>
        <w:rPr>
          <w:b/>
        </w:rPr>
        <w:t xml:space="preserve">[17:45] </w:t>
      </w:r>
      <w:r>
        <w:t>is zamane mein main Pakistan gaya tha ek baar, to wahan ek meeting hui, us mein sab log woh the</w:t>
      </w:r>
    </w:p>
    <w:p>
      <w:pPr>
        <w:jc w:val="right"/>
      </w:pPr>
      <w:r>
        <w:t>اس زمانے میں میں پاکستان گیا تھا ایک بار، تو وہاں ایک میٹنگ ہوئی، اس میں سب لوگ وہ تھے</w:t>
      </w:r>
    </w:p>
    <w:p>
      <w:r>
        <w:rPr>
          <w:b/>
        </w:rPr>
        <w:t xml:space="preserve">[17:59] </w:t>
      </w:r>
      <w:r>
        <w:t>yani Al-Risala nikaalne wale editor log, woh log the. To main ne un se poocha, main main ne un se poocha ke yeh is qism ke parche jo mazeed mazhabi qism ke</w:t>
      </w:r>
    </w:p>
    <w:p>
      <w:pPr>
        <w:jc w:val="right"/>
      </w:pPr>
      <w:r>
        <w:t>یعنی الرسالہ نکالنے والے ایڈیٹر لوگ، وہ لوگ تھے۔ تو میں نے ان سے پوچھا، میں میں نے ان سے پوچھا کہ یہ اس قسم کے پرچے جو مزید مذہبی قسم کے</w:t>
      </w:r>
    </w:p>
    <w:p>
      <w:r>
        <w:rPr>
          <w:b/>
        </w:rPr>
        <w:t xml:space="preserve">[18:22] </w:t>
      </w:r>
      <w:r>
        <w:t>jo yahan nikalte hain Pakistan mein, to is mein kaun sa parcha woh hai jis ko har halqe ke log padhte hon?</w:t>
      </w:r>
    </w:p>
    <w:p>
      <w:pPr>
        <w:jc w:val="right"/>
      </w:pPr>
      <w:r>
        <w:t>جو یہاں نکلتے ہیں پاکستان میں، تو اس میں کون سا پرچہ وہ ہے جس کو ہر حلقے کے لوگ پڑھتے ہوں؟</w:t>
      </w:r>
    </w:p>
    <w:p>
      <w:r>
        <w:rPr>
          <w:b/>
        </w:rPr>
        <w:t xml:space="preserve">[18:34] </w:t>
      </w:r>
      <w:r>
        <w:t>har halqe ke ke ek shakhs jo khud bhi Risala nikaalta tha, us ne kaha aisa to koi parcha Pakistan mein hai nahi, agar hoga to Al-Risala hoga, aap aap padhte ho, yeh sab log padhte ho is ko,</w:t>
      </w:r>
    </w:p>
    <w:p>
      <w:pPr>
        <w:jc w:val="right"/>
      </w:pPr>
      <w:r>
        <w:t>ہر حلقے کے کہ ایک شخص جو خود بھی رسالہ نکالتا تھا، اس نے کہا ایسا تو کوئی پرچہ پاکستان میں ہے نہیں، اگر ہوگا تو الرسالہ ہوگا، آپ آپ پڑھتے ہو، یہ سب لوگ پڑھتے ہو اس کو،</w:t>
      </w:r>
    </w:p>
    <w:p>
      <w:r>
        <w:rPr>
          <w:b/>
        </w:rPr>
        <w:t xml:space="preserve">[18:49] </w:t>
      </w:r>
      <w:r>
        <w:t>warna jo parche hain, woh apne halqe ke log padhte hain. Bas hatta ke Jamaat-e-Sanavi, jis ko log hamara rivals padhte the, rival, us ke bohat se parche the, aap jaante hain.</w:t>
      </w:r>
    </w:p>
    <w:p>
      <w:pPr>
        <w:jc w:val="right"/>
      </w:pPr>
      <w:r>
        <w:t>ورنہ جو پرچے ہیں، وہ اپنے حلقے کے لوگ پڑھتے ہیں۔ بس حتی کہ جماعت ثناءوی، جس کو لوگ ہمارا رائیورز پڑھتے تھے، رائیور، اس کے بہت سے پرچے تھے، آپ جانتے ہیں۔</w:t>
      </w:r>
    </w:p>
    <w:p>
      <w:r>
        <w:rPr>
          <w:b/>
        </w:rPr>
        <w:t xml:space="preserve">[19:04] </w:t>
      </w:r>
      <w:r>
        <w:t>to un ke editor saahiban ki ek meeting hui markaz mein, mujhe ek shakhs ne bataya jo khud bhi maujood tha wahan, to secretary saahab jo the wahan,</w:t>
      </w:r>
    </w:p>
    <w:p>
      <w:pPr>
        <w:jc w:val="right"/>
      </w:pPr>
      <w:r>
        <w:t>تو ان کے ایڈیٹر صاحبان کی ایک میٹنگ ہوئی مرکز میں، مجھے ایک شخص نے بتایا جو خود بھی موجود تھا وہاں، تو سیکرٹری صاحب جو تھے وہاں،</w:t>
      </w:r>
    </w:p>
    <w:p>
      <w:r>
        <w:rPr>
          <w:b/>
        </w:rPr>
        <w:t xml:space="preserve">[19:21] </w:t>
      </w:r>
      <w:r>
        <w:t>woh un ki un ki is woh meeting hui thi editor sahiban ki</w:t>
      </w:r>
    </w:p>
    <w:p>
      <w:pPr>
        <w:jc w:val="right"/>
      </w:pPr>
      <w:r>
        <w:t>وہ ان کی ان کی اس وہ میٹنگ ہوئی تھی ایڈیٹر صاحبان کی</w:t>
      </w:r>
    </w:p>
    <w:p>
      <w:r>
        <w:rPr>
          <w:b/>
        </w:rPr>
        <w:t xml:space="preserve">[19:31] </w:t>
      </w:r>
      <w:r>
        <w:t>yani jamaat e islami ke parchon ke editor. toh ek ek editor sahib ne shikayat ki, shikayat ki ke</w:t>
      </w:r>
    </w:p>
    <w:p>
      <w:pPr>
        <w:jc w:val="right"/>
      </w:pPr>
      <w:r>
        <w:t>یعنی جماعت اسلامی کے پرچوں کے ایڈیٹر۔ تو ایک ایک ایڈیٹر صاحب نے شکایت کی، شکایت کی کہ</w:t>
      </w:r>
    </w:p>
    <w:p>
      <w:r>
        <w:rPr>
          <w:b/>
        </w:rPr>
        <w:t xml:space="preserve">[19:44] </w:t>
      </w:r>
      <w:r>
        <w:t>log hamare parche kab parhte hain, aur yeh mere bare mein kaha ke in ka parche zyada zyada parhte hain.</w:t>
      </w:r>
    </w:p>
    <w:p>
      <w:pPr>
        <w:jc w:val="right"/>
      </w:pPr>
      <w:r>
        <w:t>لوگ ہمارے پرچے کب پڑھتے ہیں، اور یہ میرے بارے میں کہا کہ ان کا پرچہ زیادہ زیادہ پڑھتے ہیں۔</w:t>
      </w:r>
    </w:p>
    <w:p>
      <w:r>
        <w:rPr>
          <w:b/>
        </w:rPr>
        <w:t xml:space="preserve">[19:56] </w:t>
      </w:r>
      <w:r>
        <w:t>toh is meeting mein ek zimmedar shakhsiyat jamaat e islami ke baithe baithe hue the, un ki sadarat hui thi woh. toh unhon ne hans kar kaha, hans kar kaha ke are bhai,</w:t>
      </w:r>
    </w:p>
    <w:p>
      <w:pPr>
        <w:jc w:val="right"/>
      </w:pPr>
      <w:r>
        <w:t>تو اس میٹنگ میں ایک ذمہ دار شخصیت جماعت اسلامی کے بیٹھے بیٹھے ہوئے تھے، ان کی صدارت ہوئی تھی وہ۔ تو انہوں نے ہنس کر کہا، ہنس کر کہا کہ ارے بھائی،</w:t>
      </w:r>
    </w:p>
    <w:p>
      <w:r>
        <w:rPr>
          <w:b/>
        </w:rPr>
        <w:t xml:space="preserve">[20:14] </w:t>
      </w:r>
      <w:r>
        <w:t>woh kya kaha tha unhon ne ke reading reading material toh readable material toh har salim hota hai yani parhne ke qabil baatein toh har salim hoti hain.</w:t>
      </w:r>
    </w:p>
    <w:p>
      <w:pPr>
        <w:jc w:val="right"/>
      </w:pPr>
      <w:r>
        <w:t>وہ کیا کہا تھا انہوں نے کہ ریڈنگ ریڈنگ مٹیریل تو ریڈیبل مٹیریل تو ہر سالم ہوتا ہے یعنی پڑھنے کے قابل باتیں تو ہر سالم ہوتی ہیں۔</w:t>
      </w:r>
    </w:p>
    <w:p>
      <w:r>
        <w:rPr>
          <w:b/>
        </w:rPr>
        <w:t xml:space="preserve">[20:35] </w:t>
      </w:r>
      <w:r>
        <w:t>toh baharhal is qisse ko mein ab khatam karunga, aur mein yeh kahunga ke is mein har aadmi ke liye ek namuna hai.</w:t>
      </w:r>
    </w:p>
    <w:p>
      <w:pPr>
        <w:jc w:val="right"/>
      </w:pPr>
      <w:r>
        <w:t>تو بہرحال اس قصے کو میں اب ختم کروں گا، اور میں یہ کہوں گا کہ اس میں ہر آدمی کے لیے ایک نمونہ ہے۔</w:t>
      </w:r>
    </w:p>
    <w:p>
      <w:r>
        <w:rPr>
          <w:b/>
        </w:rPr>
        <w:t xml:space="preserve">[20:47] </w:t>
      </w:r>
      <w:r>
        <w:t>aap ko agar sach much Allah par bharosa hai, aur Allah se aap mashwara mangen, istikhara karen,</w:t>
      </w:r>
    </w:p>
    <w:p>
      <w:pPr>
        <w:jc w:val="right"/>
      </w:pPr>
      <w:r>
        <w:t>آپ کو اگر سچ مچ اللہ پر بھروسہ ہے، اور اللہ سے آپ مشورہ مانگیں، استخارہ کریں،</w:t>
      </w:r>
    </w:p>
    <w:p>
      <w:r>
        <w:rPr>
          <w:b/>
        </w:rPr>
        <w:t xml:space="preserve">[21:03] </w:t>
      </w:r>
      <w:r>
        <w:t>toh jo jawab aayega Allah ki taraf se, woh zaroor aap ko</w:t>
      </w:r>
    </w:p>
    <w:p>
      <w:pPr>
        <w:jc w:val="right"/>
      </w:pPr>
      <w:r>
        <w:t>تو جو جواب آئے گا اللہ کی طرف سے، وہ ضرور آپ کو</w:t>
      </w:r>
    </w:p>
    <w:p>
      <w:r>
        <w:rPr>
          <w:b/>
        </w:rPr>
        <w:t xml:space="preserve">[21:10] </w:t>
      </w:r>
      <w:r>
        <w:t>aap ke liye sahi jawab hoga. lekin aap ko yani aisa banne ke liye bohat honest banna parta hai, bohat zyada honest.</w:t>
      </w:r>
    </w:p>
    <w:p>
      <w:pPr>
        <w:jc w:val="right"/>
      </w:pPr>
      <w:r>
        <w:t>آپ کے لیے صحیح جواب ہوگا۔ لیکن آپ کو یعنی ایسا بننے کے لیے بہت اونسٹ بننا پڑتا ہے، بہت زیادہ اونسٹ۔</w:t>
      </w:r>
    </w:p>
    <w:p>
      <w:r>
        <w:rPr>
          <w:b/>
        </w:rPr>
        <w:t xml:space="preserve">[21:25] </w:t>
      </w:r>
      <w:r>
        <w:t>baatein toh is mein bohat se aur aham mere paas, lekin waqt ho gaya khatam, toh mein is ko khatam karta hoon, aur dua karta hoon ke Allah taala hum sab ko Allah se sacha ta'alluq qaim karne ki tofeeq de.</w:t>
      </w:r>
    </w:p>
    <w:p>
      <w:pPr>
        <w:jc w:val="right"/>
      </w:pPr>
      <w:r>
        <w:t>باتیں تو اس میں بہت سے اور اہم میرے پاس، لیکن وقت ہو گیا ختم، تو میں اس کو ختم کرتا ہوں، اور دعا کرتا ہوں کہ اللہ تعالی ہم سب کو اللہ سے سچا تعلق قائم کرنے کی توفیق دے۔</w:t>
      </w:r>
    </w:p>
    <w:p>
      <w:r>
        <w:rPr>
          <w:b/>
        </w:rPr>
        <w:t xml:space="preserve">[21:45] </w:t>
      </w:r>
      <w:r>
        <w:t>assalam o alaikum wa rehmatullah.</w:t>
      </w:r>
    </w:p>
    <w:p>
      <w:pPr>
        <w:jc w:val="right"/>
      </w:pPr>
      <w:r>
        <w:t>السلام علیکم ورحمۃ اللہ۔</w:t>
      </w:r>
    </w:p>
    <w:p>
      <w:r>
        <w:rPr>
          <w:b/>
        </w:rPr>
        <w:t xml:space="preserve">[21:57] </w:t>
      </w:r>
      <w:r>
        <w:t>aaj mashwara aur istikhara ke bare mein bilkul clear ho gaya ke if you want to do something, you should first consult people, and if you do not get a response there, then you should consult God by doing istikhara.</w:t>
      </w:r>
    </w:p>
    <w:p>
      <w:pPr>
        <w:jc w:val="right"/>
      </w:pPr>
      <w:r>
        <w:t>آج مشورہ اور استخارہ کے بارے میں بالکل کلیئر ہو گیا کہ اف یو وانٹ ٹو ڈو سمتھنگ، یو شوڈ فرسٹ کنسلٹ پیپل، اینڈ اف یو ڈو ناٹ گیٹ ا رسپانس دیر، دین یو شوڈ کنسلٹ گاڈ بائی ڈوئنگ استخارہ۔</w:t>
      </w:r>
    </w:p>
    <w:p>
      <w:r>
        <w:rPr>
          <w:b/>
        </w:rPr>
        <w:t xml:space="preserve">[22:18] </w:t>
      </w:r>
      <w:r>
        <w:t>aur Maulana, I want to ask you, you just said that to get a response from God, you have to be honest. but I want to ask you, what else do we want to what all we should do to get the right response from God?</w:t>
      </w:r>
    </w:p>
    <w:p>
      <w:pPr>
        <w:jc w:val="right"/>
      </w:pPr>
      <w:r>
        <w:t>اور مولانا، آئی وانٹ ٹو اسک یو، یو جسٹ سیڈ دیٹ ٹو گیٹ ا رسپانس فرام گاڈ، یو ہیو ٹو بی اونسٹ۔ بٹ آئی وانٹ ٹو اسک یو، واٹ ایلس ڈو وی وانٹ ٹو واٹ ال وی شوڈ ڈو ٹو گیٹ دا رائٹ رسپانس فرام گاڈ؟</w:t>
      </w:r>
    </w:p>
    <w:p>
      <w:r>
        <w:rPr>
          <w:b/>
        </w:rPr>
        <w:t xml:space="preserve">[22:33] </w:t>
      </w:r>
      <w:r>
        <w:t>hum apne andar kya badlav layen? bas honest, koi aur baat nahin. honest, honest ke mani hain</w:t>
      </w:r>
    </w:p>
    <w:p>
      <w:pPr>
        <w:jc w:val="right"/>
      </w:pPr>
      <w:r>
        <w:t>ہم اپنے اندر کیا بدلاؤ لائیں؟ بس اونسٹ، کوئی اور بات نہیں۔ اونسٹ، اونسٹ کے معنی ہیں</w:t>
      </w:r>
    </w:p>
    <w:p>
      <w:r>
        <w:rPr>
          <w:b/>
        </w:rPr>
        <w:t xml:space="preserve">[22:44] </w:t>
      </w:r>
      <w:r>
        <w:t>ke aap ke yani Allah ke bare mein, Allah ke bare mein aakhri had tak honest hon. woh mein ne paya hai ke log lip service karte hain,</w:t>
      </w:r>
    </w:p>
    <w:p>
      <w:pPr>
        <w:jc w:val="right"/>
      </w:pPr>
      <w:r>
        <w:t>کہ آپ کے یعنی اللہ کے بارے میں، اللہ کے بارے میں آخری حد تک اونسٹ ہوں۔ وہ میں نے پایا ہے کہ لوگ لپ سروس کرتے ہیں،</w:t>
      </w:r>
    </w:p>
    <w:p>
      <w:r>
        <w:rPr>
          <w:b/>
        </w:rPr>
        <w:t xml:space="preserve">[22:57] </w:t>
      </w:r>
      <w:r>
        <w:t>jitne Allah ka naam lete hain na, sab lip service. lekin sahi ma'ano mein agar aap honest hon, honest, aur yeh aap ka dil bata deta hai foran ke mein honest hoon ke nahin honest hoon, mere is tajrube mein yeh sab lip service, lip service hai.</w:t>
      </w:r>
    </w:p>
    <w:p>
      <w:pPr>
        <w:jc w:val="right"/>
      </w:pPr>
      <w:r>
        <w:t>جتنے اللہ کا نام لیتے ہیں نا، سب لپ سروس۔ لیکن صحیح معنوں میں اگر آپ اونسٹ ہوں، اونسٹ، اور یہ آپ کا دل بتا دیتا ہے فوراً کہ میں اونسٹ ہوں کہ نہیں اونسٹ ہوں، میرے اس تجربے میں یہ سب لپ سروس، لپ سروس ہے۔</w:t>
      </w:r>
    </w:p>
    <w:p>
      <w:r>
        <w:rPr>
          <w:b/>
        </w:rPr>
        <w:t xml:space="preserve">[23:15] </w:t>
      </w:r>
      <w:r>
        <w:t>lekin mujhe yaqeen hai ke agar koi sach much honest ho, aur is ka dil gawahi de ke mein honest hoon,</w:t>
      </w:r>
    </w:p>
    <w:p>
      <w:pPr>
        <w:jc w:val="right"/>
      </w:pPr>
      <w:r>
        <w:t>لیکن مجھے یقین ہے کہ اگر کوئی سچ مچ اونسٹ ہو، اور اس کا دل گواہی دے کہ میں اونسٹ ہوں،</w:t>
      </w:r>
    </w:p>
    <w:p>
      <w:r>
        <w:rPr>
          <w:b/>
        </w:rPr>
        <w:t xml:space="preserve">[23:24] </w:t>
      </w:r>
      <w:r>
        <w:t>toh mein toh samajhta hoon ke farishte toh kaha Jibrael utar padte hain is ke liye,</w:t>
      </w:r>
    </w:p>
    <w:p>
      <w:pPr>
        <w:jc w:val="right"/>
      </w:pPr>
      <w:r>
        <w:t>تو میں تو سمجھتا ہوں کہ فرشتے تو کہا جبرائیل اتر پڑتے ہیں اس کے لیے،</w:t>
      </w:r>
    </w:p>
    <w:p>
      <w:r>
        <w:rPr>
          <w:b/>
        </w:rPr>
        <w:t xml:space="preserve">[23:33] </w:t>
      </w:r>
      <w:r>
        <w:t>lekin doosra koi faisla nahin kar sakta ke aap honest hain ke nahin. aap khud faisla kar sakte hain ke mein honest hoon ya nahin, honest hoon ya lip service wala insan hoon.</w:t>
      </w:r>
    </w:p>
    <w:p>
      <w:pPr>
        <w:jc w:val="right"/>
      </w:pPr>
      <w:r>
        <w:t>لیکن دوسرا کوئی فیصلہ نہیں کر سکتا کہ آپ اونسٹ ہیں کہ نہیں۔ آپ خود فیصلہ کر سکتے ہیں کہ میں اونسٹ ہوں یا نہیں، اونسٹ ہوں یا لپ سروس والا انسان ہوں۔</w:t>
      </w:r>
    </w:p>
    <w:p>
      <w:r>
        <w:rPr>
          <w:b/>
        </w:rPr>
        <w:t xml:space="preserve">[23:53] </w:t>
      </w:r>
      <w:r>
        <w:t>honesty is the only condition, lekin honesty ka yaad rakhiye, koi bahar ka aadmi faisla nahin kar sakta ke aap ka honesty hai ke nahin,</w:t>
      </w:r>
    </w:p>
    <w:p>
      <w:pPr>
        <w:jc w:val="right"/>
      </w:pPr>
      <w:r>
        <w:t>اونسٹٹی از دا اونلی کنڈیشن، لیکن اونسٹٹی کا یاد رکھیے، کوئی باہر کا آدمی فیصلہ نہیں کر سکتا کہ آپ کا اونسٹٹی ہے کہ نہیں،</w:t>
      </w:r>
    </w:p>
    <w:p>
      <w:r>
        <w:rPr>
          <w:b/>
        </w:rPr>
        <w:t xml:space="preserve">[24:07] </w:t>
      </w:r>
      <w:r>
        <w:t>lekin aap zaroor kar sakte hain. aap ka conscious conscious jo hai, woh zaroor bol bol dega ke aap honest hain ke nahin.</w:t>
      </w:r>
    </w:p>
    <w:p>
      <w:pPr>
        <w:jc w:val="right"/>
      </w:pPr>
      <w:r>
        <w:t>لیکن آپ ضرور کر سکتے ہیں۔ آپ کا کانشیس کانشیس جو ہے، وہ ضرور بول بول دے گا کہ آپ اونسٹ ہیں کہ نہیں۔</w:t>
      </w:r>
    </w:p>
    <w:p>
      <w:r>
        <w:rPr>
          <w:b/>
        </w:rPr>
        <w:t xml:space="preserve">[24:25] </w:t>
      </w:r>
      <w:r>
        <w:t>Iqbal Umri, Maulana, istikhare ke bare mein jo hadith hai, us se pehle mere liye itni zyada wazeh nahin thi ke Quran ki taleem ke jaisa istikhare ki bhi Rasool Allah taleem dete the,</w:t>
      </w:r>
    </w:p>
    <w:p>
      <w:pPr>
        <w:jc w:val="right"/>
      </w:pPr>
      <w:r>
        <w:t>اقبال عمری، مولانا، استخارے کے بارے میں جو حدیث ہے، اس سے پہلے میرے لیے اتنی زیادہ واضح نہیں تھی کہ قرآن کی تعلیم کے جیسا استخارے کی بھی رسول اللہ تعلیم دیتے تھے،</w:t>
      </w:r>
    </w:p>
    <w:p>
      <w:r>
        <w:rPr>
          <w:b/>
        </w:rPr>
        <w:t xml:space="preserve">[24:42] </w:t>
      </w:r>
      <w:r>
        <w:t>sikhaate the baqayda. toh aaj aap ke is taqat se bilkul wazeh ho gaya, Maulana, bohat thrill hua ke jaisa Quran hidayat ke liye hai, usi tarah istikhara bhi Khuda se hidayat paane ke liye ek bada zariya hai.</w:t>
      </w:r>
    </w:p>
    <w:p>
      <w:pPr>
        <w:jc w:val="right"/>
      </w:pPr>
      <w:r>
        <w:t>سکھاتے تھے باقاعدہ۔ تو آج آپ کے اس طاقت سے بالکل واضح ہو گیا، مولانا، بہت تھرل ہوا کہ جیسا قرآن ہدایت کے لیے ہے، اسی طرح استخارہ بھی خدا سے ہدایت پانے کے لیے ایک بڑا ذریعہ ہے۔</w:t>
      </w:r>
    </w:p>
    <w:p>
      <w:r>
        <w:rPr>
          <w:b/>
        </w:rPr>
        <w:t xml:space="preserve">[24:57] </w:t>
      </w:r>
      <w:r>
        <w:t>apne masail ke liye bohat zyada talab e hidayat, talab e hidayat, woh bhi hai, woh bhi, woh bhi hai. yeh bohat badi baat maloom hui, Maulana.</w:t>
      </w:r>
    </w:p>
    <w:p>
      <w:pPr>
        <w:jc w:val="right"/>
      </w:pPr>
      <w:r>
        <w:t>اپنے مسائل کے لیے بہت زیادہ طلب ہدایت، طلب ہدایت، وہ بھی ہے، وہ بھی، وہ بھی ہے۔ یہ بہت بڑی بات معلوم ہوئی، مولانا۔</w:t>
      </w:r>
    </w:p>
    <w:p>
      <w:r>
        <w:rPr>
          <w:b/>
        </w:rPr>
        <w:t xml:space="preserve">[25:08] </w:t>
      </w:r>
      <w:r>
        <w:t>aaj</w:t>
      </w:r>
    </w:p>
    <w:p>
      <w:pPr>
        <w:jc w:val="right"/>
      </w:pPr>
      <w:r>
        <w:t>آج</w:t>
      </w:r>
    </w:p>
    <w:p>
      <w:r>
        <w:rPr>
          <w:b/>
        </w:rPr>
        <w:t xml:space="preserve">[25:12] </w:t>
      </w:r>
      <w:r>
        <w:t>misalan mein apnay baray mein keh sakta hoon keh Allah ke fazl se mein aik honest insan hoon. aik misal mein deta hoon aap ko honesty ki</w:t>
      </w:r>
    </w:p>
    <w:p>
      <w:pPr>
        <w:jc w:val="right"/>
      </w:pPr>
      <w:r>
        <w:t>مثلاً میں اپنے بارے میں کہہ سکتا ہوں کہ اللہ کے فضل سے میں ایک اونسٹ انسان ہوں۔ ایک مثال میں دیتا ہوں آپ کو اونسٹٹی کی</w:t>
      </w:r>
    </w:p>
    <w:p>
      <w:r>
        <w:rPr>
          <w:b/>
        </w:rPr>
        <w:t xml:space="preserve">[25:27] </w:t>
      </w:r>
      <w:r>
        <w:t>keh aik bar mujhe aik maqala likhna tha, maqala kisi jalsay mein mujhe parhna tha is ko, to lamba maqala likhna tha.</w:t>
      </w:r>
    </w:p>
    <w:p>
      <w:pPr>
        <w:jc w:val="right"/>
      </w:pPr>
      <w:r>
        <w:t>کہ ایک بار مجھے ایک مقالہ لکھنا تھا، مقالہ کسی جلسے میں مجھے پڑھنا تھا اس کو، تو لمبا مقالہ لکھنا تھا۔</w:t>
      </w:r>
    </w:p>
    <w:p>
      <w:r>
        <w:rPr>
          <w:b/>
        </w:rPr>
        <w:t xml:space="preserve">[25:44] </w:t>
      </w:r>
      <w:r>
        <w:t>is ka unwan tha "quran ka matloob insan". quran ka matloob insan to is maqalay ko likhnay ke liye jo ghaliban bohat lamba maqala tha, woh</w:t>
      </w:r>
    </w:p>
    <w:p>
      <w:pPr>
        <w:jc w:val="right"/>
      </w:pPr>
      <w:r>
        <w:t>اس کا عنوان تھا "قرآن کا مطلوب انسان"۔ قرآن کا مطلوب انسان تو اس مقالے کو لکھنے کے لیے جو غالباً بہت لمبا مقالہ تھا، وہ</w:t>
      </w:r>
    </w:p>
    <w:p>
      <w:r>
        <w:rPr>
          <w:b/>
        </w:rPr>
        <w:t xml:space="preserve">[26:07] </w:t>
      </w:r>
      <w:r>
        <w:t>poore quran ko mein ne lafz lafz parha, sirf yeh jananay ke liye keh quran ka matloob insan ke liye khud quran se kya niklta hai.</w:t>
      </w:r>
    </w:p>
    <w:p>
      <w:pPr>
        <w:jc w:val="right"/>
      </w:pPr>
      <w:r>
        <w:t>پورے قرآن کو میں نے لفظ لفظ پڑھا، صرف یہ جاننے کے لیے کہ قرآن کا مطلوب انسان کے لیے خود قرآن سے کیا نکلتا ہے۔</w:t>
      </w:r>
    </w:p>
    <w:p>
      <w:r>
        <w:rPr>
          <w:b/>
        </w:rPr>
        <w:t xml:space="preserve">[26:23] </w:t>
      </w:r>
      <w:r>
        <w:t>acha, aap is ka tajurba kijiye, jo likhnay walay log hain, un se mashwara kijiye aur mujhe bataiye ga keh falan shakhs ne yeh iqrar kiya keh mein ne maqala likhnay ke baad subah poora poora quran parha tha, tabhi maqala likha.</w:t>
      </w:r>
    </w:p>
    <w:p>
      <w:pPr>
        <w:jc w:val="right"/>
      </w:pPr>
      <w:r>
        <w:t>اچھا، آپ اس کا تجربہ کیجئے، جو لکھنے والے لوگ ہیں، ان سے مشورہ کیجئے اور مجھے بتائیے گا کہ فلاں شخص نے یہ اقرار کیا کہ میں نے مقالہ لکھنے کے بعد صبح پورا پورا قرآن پڑھا تھا، تبھی مقالہ لکھا۔</w:t>
      </w:r>
    </w:p>
    <w:p>
      <w:r>
        <w:rPr>
          <w:b/>
        </w:rPr>
        <w:t xml:space="preserve">[26:42] </w:t>
      </w:r>
      <w:r>
        <w:t>mera jo tajurba yahi kehta hai, aisa shayad aik admi nahi milay ga. sahi baat hai, hamara bhi tajurba yahi hona hai, mera tajurba kyunkeh mein ne khud bohat suna, poocha,</w:t>
      </w:r>
    </w:p>
    <w:p>
      <w:pPr>
        <w:jc w:val="right"/>
      </w:pPr>
      <w:r>
        <w:t>میرا جو تجربہ یہی کہتا ہے، ایسا شاید ایک آدمی نہیں ملے گا۔ صحیح بات ہے، ہمارا بھی تجربہ یہی ہونا ہے، میرا تجربہ کیونکہ میں نے خود بہت سنا، پوچھا،</w:t>
      </w:r>
    </w:p>
    <w:p>
      <w:r>
        <w:rPr>
          <w:b/>
        </w:rPr>
        <w:t xml:space="preserve">[26:58] </w:t>
      </w:r>
      <w:r>
        <w:t>kisi ne yeh jawab nahi diya. to yeh yeh hai honesty. honesty, misalan mein aap se direct poocha hoon, molana basit sahib se.</w:t>
      </w:r>
    </w:p>
    <w:p>
      <w:pPr>
        <w:jc w:val="right"/>
      </w:pPr>
      <w:r>
        <w:t>کسی نے یہ جواب نہیں دیا۔ تو یہ یہ ہے اونسٹٹی۔ اونسٹٹی، مثلاً میں آپ سے ڈائریکٹ پوچھتا ہوں، مولانا باسط صاحب سے۔</w:t>
      </w:r>
    </w:p>
    <w:p>
      <w:r>
        <w:rPr>
          <w:b/>
        </w:rPr>
        <w:t xml:space="preserve">[27:12] </w:t>
      </w:r>
      <w:r>
        <w:t>molana basit sahib ne</w:t>
      </w:r>
    </w:p>
    <w:p>
      <w:pPr>
        <w:jc w:val="right"/>
      </w:pPr>
      <w:r>
        <w:t>مولانا باسط صاحب نے</w:t>
      </w:r>
    </w:p>
    <w:p>
      <w:r>
        <w:rPr>
          <w:b/>
        </w:rPr>
        <w:t xml:space="preserve">[27:16] </w:t>
      </w:r>
      <w:r>
        <w:t>do haq ko chora hain. mujhe sahi sahi batayein, woh keh kya aik bar kam az kam unhon ne quran ko parha tha?</w:t>
      </w:r>
    </w:p>
    <w:p>
      <w:pPr>
        <w:jc w:val="right"/>
      </w:pPr>
      <w:r>
        <w:t>دو حق کو چھوڑا ہیں۔ مجھے صحیح صحیح بتائیں، وہ کہ کیا ایک بار کم از کم انہوں نے قرآن کو پڑھا تھا؟</w:t>
      </w:r>
    </w:p>
    <w:p>
      <w:r>
        <w:rPr>
          <w:b/>
        </w:rPr>
        <w:t xml:space="preserve">[27:25] </w:t>
      </w:r>
      <w:r>
        <w:t>yeh jananay ke liye keh quran is baray mein kya rehnumai deta hai. kahin sahib batayein, sahi sahi batayein.</w:t>
      </w:r>
    </w:p>
    <w:p>
      <w:pPr>
        <w:jc w:val="right"/>
      </w:pPr>
      <w:r>
        <w:t>یہ جاننے کے لیے کہ قرآن اس بارے میں کیا رہنمائی دیتا ہے۔ کہیں صاحب بتائیے، صحیح صحیح بتائیے۔</w:t>
      </w:r>
    </w:p>
    <w:p>
      <w:r>
        <w:rPr>
          <w:b/>
        </w:rPr>
        <w:t xml:space="preserve">[27:39] </w:t>
      </w:r>
      <w:r>
        <w:t>molana, quran ki aik ayat bhi nahi parhi. molana, yeh saray ulma ka haal hai ji, aur mein ne to kitni bar parha hoga.</w:t>
      </w:r>
    </w:p>
    <w:p>
      <w:pPr>
        <w:jc w:val="right"/>
      </w:pPr>
      <w:r>
        <w:t>مولانا، قرآن کی ایک آیت بھی نہیں پڑھا۔ مولانا، یہ سارے علماء کا حال ہے جی، اور میں نے تو کتنی بار پڑھا ہوگا۔</w:t>
      </w:r>
    </w:p>
    <w:p>
      <w:r>
        <w:rPr>
          <w:b/>
        </w:rPr>
        <w:t xml:space="preserve">[27:49] </w:t>
      </w:r>
      <w:r>
        <w:t>aik qissa jo chupa hua hai, mazmoon "quran ka matloob insan" yeh chupa hua hai, is ko parhiye. lamba maqala hai to poora poora poora quran az awwal ta akhir yeh parha tha, yeh dua kar ke keh khuda ya quran se jo niklta ho matloob insan ka naqsha, woh mujhe maloom ho jaye.</w:t>
      </w:r>
    </w:p>
    <w:p>
      <w:pPr>
        <w:jc w:val="right"/>
      </w:pPr>
      <w:r>
        <w:t>ایک قصہ جو چھپا ہوا ہے، مضمون "قرآن کا مطلوب انسان" یہ چھپا ہوا ہے، اس کو پڑھیے۔ لمبا مقالہ ہے تو پورا پورا پورا قرآن از اول تا آخر یہ پڑھا تھا، یہ دعا کر کے کہ خدایا قرآن سے جو نکلتا ہو مطلوب انسان کا نقشہ، وہ مجھے معلوم ہو جائے۔</w:t>
      </w:r>
    </w:p>
    <w:p>
      <w:r>
        <w:rPr>
          <w:b/>
        </w:rPr>
        <w:t xml:space="preserve">[28:14] </w:t>
      </w:r>
      <w:r>
        <w:t>to jab mein ne poora quran ko parha na aur</w:t>
      </w:r>
    </w:p>
    <w:p>
      <w:pPr>
        <w:jc w:val="right"/>
      </w:pPr>
      <w:r>
        <w:t>تو جب میں نے پورا قرآن کو پڑھا نا اور</w:t>
      </w:r>
    </w:p>
    <w:p>
      <w:r>
        <w:rPr>
          <w:b/>
        </w:rPr>
        <w:t xml:space="preserve">[28:21] </w:t>
      </w:r>
      <w:r>
        <w:t>tab ja ke likha is ko</w:t>
      </w:r>
    </w:p>
    <w:p>
      <w:pPr>
        <w:jc w:val="right"/>
      </w:pPr>
      <w:r>
        <w:t>تب جا کے لکھا اس کو</w:t>
      </w:r>
    </w:p>
    <w:p>
      <w:r>
        <w:rPr>
          <w:b/>
        </w:rPr>
        <w:t xml:space="preserve">[28:25] </w:t>
      </w:r>
      <w:r>
        <w:t>ji, ab aap ne aik faisla kiya, woh to us se bhi bara faisla tha aur poora quran is ke liye nahi, is isi isi ke liye nahi parha.</w:t>
      </w:r>
    </w:p>
    <w:p>
      <w:pPr>
        <w:jc w:val="right"/>
      </w:pPr>
      <w:r>
        <w:t>جی، اب آپ نے ایک فیصلہ کیا، وہ تو اس سے بھی بڑا فیصلہ تھا اور پورا قرآن اس کے لیے نہیں، اس اسی اسی کے لیے نہیں پڑھا۔</w:t>
      </w:r>
    </w:p>
    <w:p>
      <w:r>
        <w:rPr>
          <w:b/>
        </w:rPr>
        <w:t xml:space="preserve">[28:38] </w:t>
      </w:r>
      <w:r>
        <w:t>aap ne saray ulma ka hi haal hai sahi, jo jo quran jantay hain, jo arabi jantay hain, jo hafiz hain, lekin is is nazariye se quran ko parhta kaun hai?</w:t>
      </w:r>
    </w:p>
    <w:p>
      <w:pPr>
        <w:jc w:val="right"/>
      </w:pPr>
      <w:r>
        <w:t>آپ نے سارے علماء کا ہی حال ہے صحیح، جو جو قرآن جانتے ہیں، جو عربی جانتے ہیں، جو حافظ ہیں، لیکن اس اس نظریے سے قرآن کو پڑھتا کون ہے؟</w:t>
      </w:r>
    </w:p>
    <w:p>
      <w:r>
        <w:rPr>
          <w:b/>
        </w:rPr>
        <w:t xml:space="preserve">[28:50] </w:t>
      </w:r>
      <w:r>
        <w:t>ji, yeh yeh honesty ki misal hai. to aap ko bohat ziyada honest hona parhe ga, aakhri had tak honest, tab aap ka istikhara aik dam sahi nikle ga.</w:t>
      </w:r>
    </w:p>
    <w:p>
      <w:pPr>
        <w:jc w:val="right"/>
      </w:pPr>
      <w:r>
        <w:t>جی، یہ یہ اونسٹٹی کی مثال ہے۔ تو آپ کو بہت زیادہ اونسٹ ہونا پڑے گا، آخری حد تک اونسٹ، تب آپ کا استخارہ ایک دم صحیح نکلے گا۔</w:t>
      </w:r>
    </w:p>
    <w:p>
      <w:r>
        <w:rPr>
          <w:b/>
        </w:rPr>
        <w:t xml:space="preserve">[29:10] </w:t>
      </w:r>
      <w:r>
        <w:t>ab yeh batayein, aap ne koi alam aisa paya hai jo yeh kaha ho aap se keh mera masla tha aur mein ne sara quran aik bar isi liye parha?</w:t>
      </w:r>
    </w:p>
    <w:p>
      <w:pPr>
        <w:jc w:val="right"/>
      </w:pPr>
      <w:r>
        <w:t>اب یہ بتائیے، آپ نے کوئی عالم ایسا پایا ہے جو یہ کہا ہو آپ سے کہ میرا مسئلہ تھا اور میں نے سارا قرآن ایک بار اسی لیے پڑھا؟</w:t>
      </w:r>
    </w:p>
    <w:p>
      <w:r>
        <w:rPr>
          <w:b/>
        </w:rPr>
        <w:t xml:space="preserve">[29:24] </w:t>
      </w:r>
      <w:r>
        <w:t>is maslay pe quran ka jawab kya hai? nahi, molana, mein ne kisi aisay alam ko nahi paya hai.</w:t>
      </w:r>
    </w:p>
    <w:p>
      <w:pPr>
        <w:jc w:val="right"/>
      </w:pPr>
      <w:r>
        <w:t>اس مسئلے پہ قرآن کا جواب کیا ہے؟ نہیں، مولانا، میں نے کسی ایسے عالم کو نہیں پایا ہے۔</w:t>
      </w:r>
    </w:p>
    <w:p>
      <w:r>
        <w:rPr>
          <w:b/>
        </w:rPr>
        <w:t xml:space="preserve">[29:34] </w:t>
      </w:r>
      <w:r>
        <w:t>molana iqbal sahib, aap ne paya hai koi alam aisa? molana, mein ne apni zindagi mein kisi ko jo hai na hain, kisi ko nahi paya.</w:t>
      </w:r>
    </w:p>
    <w:p>
      <w:pPr>
        <w:jc w:val="right"/>
      </w:pPr>
      <w:r>
        <w:t>مولانا اقبال صاحب، آپ نے پایا ہے کوئی عالم ایسا؟ مولانا، میں نے اپنی زندگی میں کسی کو جو ہے نا ہیں، کسی کو نہیں پایا۔</w:t>
      </w:r>
    </w:p>
    <w:p>
      <w:r>
        <w:rPr>
          <w:b/>
        </w:rPr>
        <w:t xml:space="preserve">[29:43] </w:t>
      </w:r>
      <w:r>
        <w:t>molana, koi yeh kaha keh mein ne kisi maslay ko jananay ke liye poora quran parh dala? haan, sahi hai.</w:t>
      </w:r>
    </w:p>
    <w:p>
      <w:pPr>
        <w:jc w:val="right"/>
      </w:pPr>
      <w:r>
        <w:t>مولانا، کوئی یہ کہا کہ میں نے کسی مسئلے کو جاننے کے لیے پورا قرآن پڑھ ڈالا؟ ہاں، صحیح ہے۔</w:t>
      </w:r>
    </w:p>
    <w:p>
      <w:r>
        <w:rPr>
          <w:b/>
        </w:rPr>
        <w:t xml:space="preserve">[29:52] </w:t>
      </w:r>
      <w:r>
        <w:t>mein aap ko aik waqia batata hoon, kya haal hai logon ka? aik martaba bus ke safar mein mein aik sahib ke sath tha, woh puranay tablighi thay,</w:t>
      </w:r>
    </w:p>
    <w:p>
      <w:pPr>
        <w:jc w:val="right"/>
      </w:pPr>
      <w:r>
        <w:t>میں آپ کو ایک واقعہ بتاتا ہوں، کیا حال ہے لوگوں کا؟ ایک مرتبہ بس کے سفر میں میں ایک صاحب کے ساتھ تھا، وہ پرانے تبلیغی تھے،</w:t>
      </w:r>
    </w:p>
    <w:p>
      <w:r>
        <w:rPr>
          <w:b/>
        </w:rPr>
        <w:t xml:space="preserve">[30:06] </w:t>
      </w:r>
      <w:r>
        <w:t>parhay likhay thay, woh parhay likhay thay, woh aur kisi achi service bhi karte thay. woh</w:t>
      </w:r>
    </w:p>
    <w:p>
      <w:pPr>
        <w:jc w:val="right"/>
      </w:pPr>
      <w:r>
        <w:t>پڑھے لکھے تھے، وہ پڑھے لکھے تھے، وہ اور کسی اچھی سروس بھی کرتے تھے۔ وہ</w:t>
      </w:r>
    </w:p>
    <w:p>
      <w:r>
        <w:rPr>
          <w:b/>
        </w:rPr>
        <w:t xml:space="preserve">[30:15] </w:t>
      </w:r>
      <w:r>
        <w:t>to mein ne dekha keh woh un ke pas aik chota quran hai, chota quran, aur yahan par shayad woh sherwani pehantay thay, andar aik jeeb tha.</w:t>
      </w:r>
    </w:p>
    <w:p>
      <w:pPr>
        <w:jc w:val="right"/>
      </w:pPr>
      <w:r>
        <w:t>تو میں نے دیکھا کہ وہ ان کے پاس ایک چھوٹا قرآن ہے، چھوٹا قرآن، اور یہاں پر شاید وہ شیروانی پہنتے تھے، اندر ایک جیب تھا۔</w:t>
      </w:r>
    </w:p>
    <w:p>
      <w:r>
        <w:rPr>
          <w:b/>
        </w:rPr>
        <w:t xml:space="preserve">[30:26] </w:t>
      </w:r>
      <w:r>
        <w:t>to jahan woh moqa ho to hota to nikaltay, woh woh parhtay, jahan bus kahin theherti hai, kuch hoti hai to parhtay.</w:t>
      </w:r>
    </w:p>
    <w:p>
      <w:pPr>
        <w:jc w:val="right"/>
      </w:pPr>
      <w:r>
        <w:t>تو جہاں وہ موقع ہو تو ہوتا تو نکالتے، وہ وہ پڑھتے، جہاں بس کہیں ٹھہرتی ہے، کچھ ہوتی ہے تو پڑھتے۔</w:t>
      </w:r>
    </w:p>
    <w:p>
      <w:r>
        <w:rPr>
          <w:b/>
        </w:rPr>
        <w:t xml:space="preserve">[30:40] </w:t>
      </w:r>
      <w:r>
        <w:t>to saare raaste mein mujhe yaad yaad hai, kal mein dili se aligarh ka safar tha, woh ghaliban to saare raaste woh quran nikaalte hue padhte rahe.</w:t>
      </w:r>
    </w:p>
    <w:p>
      <w:pPr>
        <w:jc w:val="right"/>
      </w:pPr>
      <w:r>
        <w:t>تو سارے راستے میں مجھے یاد یاد ہے، کل میں دلی سے علی گڑھ کا سفر تھا، وہ غالباً تو سارے راستے وہ قرآن نکالتے ہوئے پڑھتے رہے۔</w:t>
      </w:r>
    </w:p>
    <w:p>
      <w:r>
        <w:rPr>
          <w:b/>
        </w:rPr>
        <w:t xml:space="preserve">[30:57] </w:t>
      </w:r>
      <w:r>
        <w:t>to un se baat bani ki to unhon ne kaha ke mera 14 saal se mera yeh mamool hai ke mein quran ko padhta rehta hoon. to mein ne unhein aik jawab, aik sawal jawab diya, aik sawal kiya:</w:t>
      </w:r>
    </w:p>
    <w:p>
      <w:pPr>
        <w:jc w:val="right"/>
      </w:pPr>
      <w:r>
        <w:t>تو ان سے بات بنی کی تو انہوں نے کہا کہ میرا 14 سال سے میرا یہ معمول ہے کہ میں قرآن کو پڑھتا رہتا ہوں۔ تو میں نے انہیں ایک جواب، ایک سوال جواب دیا، ایک سوال کیا:</w:t>
      </w:r>
    </w:p>
    <w:p>
      <w:r>
        <w:rPr>
          <w:b/>
        </w:rPr>
        <w:t xml:space="preserve">[31:12] </w:t>
      </w:r>
      <w:r>
        <w:t>"14 saal se aap quran ko padh rahe hain aur aap arabi bhi jante hain, to yeh bataiye ke quran ka khulasa kya hai?</w:t>
      </w:r>
    </w:p>
    <w:p>
      <w:pPr>
        <w:jc w:val="right"/>
      </w:pPr>
      <w:r>
        <w:t>"14 سال سے آپ قرآن کو پڑھ رہے ہیں اور آپ عربی بھی جانتے ہیں، تو یہ بتائیے کہ قرآن کا خلاصہ کیا ہے؟</w:t>
      </w:r>
    </w:p>
    <w:p>
      <w:r>
        <w:rPr>
          <w:b/>
        </w:rPr>
        <w:t xml:space="preserve">[31:26] </w:t>
      </w:r>
      <w:r>
        <w:t>quran ka khulasa kya hai?" to yaqeen kijiye ke unhon ne mujhe jawab diya: "is maqsad se hum padhte hi nahi, hum to padhte hain barkat ke liye." mein ne kaha: "nahi, sawab ke liye." yeh is shakhs ka jawab hai jo tablegh ka purana woh tha aur woh arabi bhi janta tha.</w:t>
      </w:r>
    </w:p>
    <w:p>
      <w:pPr>
        <w:jc w:val="right"/>
      </w:pPr>
      <w:r>
        <w:t>قرآن کا خلاصہ کیا ہے؟" تو یقین کیجئے کہ انہوں نے مجھے جواب دیا: "اس مقصد سے ہم پڑھتے ہی نہیں، ہم تو پڑھتے ہیں برکت کے لیے۔" میں نے کہا: "نہیں، ثواب کے لیے۔" یہ اس شخص کا جواب ہے جو تبلیغ کا پرانا وہ تھا اور وہ عربی بھی جانتا تھا۔</w:t>
      </w:r>
    </w:p>
    <w:p>
      <w:r>
        <w:rPr>
          <w:b/>
        </w:rPr>
        <w:t xml:space="preserve">[31:49] </w:t>
      </w:r>
      <w:r>
        <w:t>yeh raaz hai, kisi ko concern nahi ke woh quran ki hidayat par maloom kare, bas sawab ke liye padh lenge, barkat ke liye padh lenge.</w:t>
      </w:r>
    </w:p>
    <w:p>
      <w:pPr>
        <w:jc w:val="right"/>
      </w:pPr>
      <w:r>
        <w:t>یہ راز ہے، کسی کو کنسرن نہیں کہ وہ قرآن کی ہدایت پر معلوم کرے، بس ثواب کے لیے پڑھ لیں گے، برکت کے لیے پڑھ لیں گے۔</w:t>
      </w:r>
    </w:p>
    <w:p>
      <w:r>
        <w:rPr>
          <w:b/>
        </w:rPr>
        <w:t xml:space="preserve">[32:03] </w:t>
      </w:r>
      <w:r>
        <w:t>aap mein se koi janta hai kisi aalim ko jis ne yeh kaha ho aap se ke hum ne sirf falan maamle mein Allah ki hidayat maloom karne ke liye</w:t>
      </w:r>
    </w:p>
    <w:p>
      <w:pPr>
        <w:jc w:val="right"/>
      </w:pPr>
      <w:r>
        <w:t>آپ میں سے کوئی جانتا ہے کسی عالم کو جس نے یہ کہا ہو آپ سے کہ ہم نے صرف فلاں معاملے میں اللہ کی ہدایت معلوم کرنے کے لیے</w:t>
      </w:r>
    </w:p>
    <w:p>
      <w:r>
        <w:rPr>
          <w:b/>
        </w:rPr>
        <w:t xml:space="preserve">[32:21] </w:t>
      </w:r>
      <w:r>
        <w:t>poora quran padha? misaal ke taur par musalmanon ne do baar aisa kiya hai ke end block unhon ne bjp ke khilaaf vote diya hai.</w:t>
      </w:r>
    </w:p>
    <w:p>
      <w:pPr>
        <w:jc w:val="right"/>
      </w:pPr>
      <w:r>
        <w:t>پورا قرآن پڑھا؟ مثلاً پھر مثال کے طور پر مسلمانوں نے دو بار ایسا کیا ہے کہ اینڈ بلاک انہوں نے بی جے پی کے خلاف ووٹ دیا ہے۔</w:t>
      </w:r>
    </w:p>
    <w:p>
      <w:r>
        <w:rPr>
          <w:b/>
        </w:rPr>
        <w:t xml:space="preserve">[32:32] </w:t>
      </w:r>
      <w:r>
        <w:t>end block, aap saare ulama ka survey kiye, pooche, woh ulama shareek hain is mein bad dua ki namazein aur waghera ke koi aik aalim aisa hai jis ne saara quran padha is yeh janne ke liye ke ke yeh yeh masla hamara sahi hai ke is ke is ke liye khilaaf dua karte hain?</w:t>
      </w:r>
    </w:p>
    <w:p>
      <w:pPr>
        <w:jc w:val="right"/>
      </w:pPr>
      <w:r>
        <w:t>اینڈ بلاک، آپ سارے علماء کا سروے کیے، پوچھے، وہ علماء شریک ہیں اس میں بد دعا کی نمازیں اور وغیرہ کہ کوئی ایک عالم ایسا ہے جس نے سارا قرآن پڑھا اس یہ جاننے کے لیے کہ کہ یہ یہ مسئلہ ہمارا صحیح ہے کہ اس کے اس کے لیے خلاف دعا کرتے ہیں؟</w:t>
      </w:r>
    </w:p>
    <w:p>
      <w:r>
        <w:rPr>
          <w:b/>
        </w:rPr>
        <w:t xml:space="preserve">[33:01] </w:t>
      </w:r>
      <w:r>
        <w:t>mujhe suniye, maloom ke aik aik aik aik bhi milega aap ko? ji, koi nahi milega. matlab haan,</w:t>
      </w:r>
    </w:p>
    <w:p>
      <w:pPr>
        <w:jc w:val="right"/>
      </w:pPr>
      <w:r>
        <w:t>مجھے سنیے، معلوم کہ ایک ایک ایک ایک بھی ملے گا آپ کو؟ جی، کوئی نہیں ملے گا۔ مطلب ہاں،</w:t>
      </w:r>
    </w:p>
    <w:p>
      <w:r>
        <w:rPr>
          <w:b/>
        </w:rPr>
        <w:t xml:space="preserve">[33:11] </w:t>
      </w:r>
      <w:r>
        <w:t>to honesty kahan hai?</w:t>
      </w:r>
    </w:p>
    <w:p>
      <w:pPr>
        <w:jc w:val="right"/>
      </w:pPr>
      <w:r>
        <w:t>تو اونسٹٹی کہاں ہے؟</w:t>
      </w:r>
    </w:p>
    <w:p>
      <w:r>
        <w:rPr>
          <w:b/>
        </w:rPr>
        <w:t xml:space="preserve">[33:17] </w:t>
      </w:r>
      <w:r>
        <w:t>honesty kahan hai? to jab honesty hi nahi hai to aap istikhara karte nahi hain, is ka kya ho? kya ho ho sakta hai?</w:t>
      </w:r>
    </w:p>
    <w:p>
      <w:pPr>
        <w:jc w:val="right"/>
      </w:pPr>
      <w:r>
        <w:t>اونسٹٹی کہاں ہے؟ تو جب اونسٹٹی ہی نہیں ہے تو آپ استخارہ کرتے نہیں ہیں، اس کا کیا ہو؟ کیا ہو ہو سکتا ہے؟</w:t>
      </w:r>
    </w:p>
    <w:p>
      <w:r>
        <w:rPr>
          <w:b/>
        </w:rPr>
        <w:t xml:space="preserve">[33:25] </w:t>
      </w:r>
      <w:r>
        <w:t>istikhara hain jo result hota hai istikhara ka ke woh dream ke form mein aata hai? kaise aata hai is ka result? is istikhare ka istikhara ka jo result hai, woh kaise aata hai?</w:t>
      </w:r>
    </w:p>
    <w:p>
      <w:pPr>
        <w:jc w:val="right"/>
      </w:pPr>
      <w:r>
        <w:t>استخارہ ہیں جو رزلٹ ہوتا ہے استخارہ کا کہ وہ ڈریم کے فارم میں آتا ہے؟ کیسے آتا ہے اس کا رزلٹ؟ اس استخارے کا استخارہ کا جو رزلٹ ہے، وہ کیسے آتا ہے؟</w:t>
      </w:r>
    </w:p>
    <w:p>
      <w:r>
        <w:rPr>
          <w:b/>
        </w:rPr>
        <w:t xml:space="preserve">[33:40] </w:t>
      </w:r>
      <w:r>
        <w:t>dream ke form mein aata hai ya kisi aur form mein aata hai? haan, mein aik qissa bataoon. aik junaid sahab the, woh bohat naik aadmi the.</w:t>
      </w:r>
    </w:p>
    <w:p>
      <w:pPr>
        <w:jc w:val="right"/>
      </w:pPr>
      <w:r>
        <w:t>ڈریم کے فارم میں آتا ہے یا کسی اور فارم میں آتا ہے؟ ہاں، میں ایک قصہ بتاؤں۔ ایک جنید صاحب تھے، وہ بہت نیک آدمی تھے۔</w:t>
      </w:r>
    </w:p>
    <w:p>
      <w:r>
        <w:rPr>
          <w:b/>
        </w:rPr>
        <w:t xml:space="preserve">[33:52] </w:t>
      </w:r>
      <w:r>
        <w:t>junaid un ka naam tha, woh jamaat islami ke zamane ki baat hai. yeh</w:t>
      </w:r>
    </w:p>
    <w:p>
      <w:pPr>
        <w:jc w:val="right"/>
      </w:pPr>
      <w:r>
        <w:t>جنید ان کا نام تھا، وہ جماعت اسلامی کے زمانے کی بات ہے۔ یہ</w:t>
      </w:r>
    </w:p>
    <w:p>
      <w:r>
        <w:rPr>
          <w:b/>
        </w:rPr>
        <w:t xml:space="preserve">[34:00] </w:t>
      </w:r>
      <w:r>
        <w:t>junaid sahab to un ke ghar mein</w:t>
      </w:r>
    </w:p>
    <w:p>
      <w:pPr>
        <w:jc w:val="right"/>
      </w:pPr>
      <w:r>
        <w:t>جنید صاحب تو ان کے گھر میں</w:t>
      </w:r>
    </w:p>
    <w:p>
      <w:r>
        <w:rPr>
          <w:b/>
        </w:rPr>
        <w:t xml:space="preserve">[34:08] </w:t>
      </w:r>
      <w:r>
        <w:t>koi woh hua, death ho gayi to batwara hua. to aik baar aik bara area khet ka un ko mil gaya jo sahi haq nahi tha un ka,</w:t>
      </w:r>
    </w:p>
    <w:p>
      <w:pPr>
        <w:jc w:val="right"/>
      </w:pPr>
      <w:r>
        <w:t>کوئی وہ ہوا، ڈیتھ ہو گئی تو بٹوارا ہوا۔ تو ایک بار ایک بڑا ایریا کھیت کا ان کو مل گیا جو صحیح حق نہیں تھا ان کا،</w:t>
      </w:r>
    </w:p>
    <w:p>
      <w:r>
        <w:rPr>
          <w:b/>
        </w:rPr>
        <w:t xml:space="preserve">[34:29] </w:t>
      </w:r>
      <w:r>
        <w:t>bas likhne padhne mein kuch ho gaya tha aisa, us ke baad woh mil gaya un ko. to ghar ke saare log yeh kehte the ke ab tum ko mil gaya hai to us ko istemal karo.</w:t>
      </w:r>
    </w:p>
    <w:p>
      <w:pPr>
        <w:jc w:val="right"/>
      </w:pPr>
      <w:r>
        <w:t>بس لکھنے پڑھنے میں کچھ ہو گیا تھا ایسا، اس کے بعد وہ مل گیا ان کو۔ تو گھر کے سارے لوگ یہ کہتے تھے کہ اب تم کو مل گیا ہے تو اس کو استعمال کرو۔</w:t>
      </w:r>
    </w:p>
    <w:p>
      <w:r>
        <w:rPr>
          <w:b/>
        </w:rPr>
        <w:t xml:space="preserve">[34:43] </w:t>
      </w:r>
      <w:r>
        <w:t>to woh baghair ghar walon ko bataye hue chupke se gaye aur patwari ke haan, aur us ghar ko, us zameen ko jo aik bara raqba tha us ka, un logon ko likh diya ja kar ke jo sach mach ke haqdar bante the.</w:t>
      </w:r>
    </w:p>
    <w:p>
      <w:pPr>
        <w:jc w:val="right"/>
      </w:pPr>
      <w:r>
        <w:t>تو وہ بغیر گھر والوں کو بتائے ہوئے چپکے سے گئے اور پٹواری کے ہاں، اور اس گھر کو، اس زمین کو جو ایک بڑا رقبہ تھا اس کا، ان لوگوں کو لکھ دیا جا کر کے جو سچ مچ کے حقدار بنتے تھے۔</w:t>
      </w:r>
    </w:p>
    <w:p>
      <w:r>
        <w:rPr>
          <w:b/>
        </w:rPr>
        <w:t xml:space="preserve">[35:05] </w:t>
      </w:r>
      <w:r>
        <w:t>mein un ko janta hoon, woh mere ghar aligarh mein kabhi kabhi aate the, hamare ghar khana bhi khaya tha unhon ne junaid sahab ne. to waisa sachcha aadmi to mein ne kabhi zindagi mein dekha nahi,</w:t>
      </w:r>
    </w:p>
    <w:p>
      <w:pPr>
        <w:jc w:val="right"/>
      </w:pPr>
      <w:r>
        <w:t>میں ان کو جانتا ہوں، وہ میرے گھر عالمگڑھ میں کبھی کبھی آتے تھے، ہمارے گھر کھانا بھی کھایا تھا انہوں نے جنید صاحب نے۔ تو ویسا سچا آدمی تو میں نے کبھی زندگی میں دیکھا نہیں،</w:t>
      </w:r>
    </w:p>
    <w:p>
      <w:r>
        <w:rPr>
          <w:b/>
        </w:rPr>
        <w:t xml:space="preserve">[35:19] </w:t>
      </w:r>
      <w:r>
        <w:t>bohat hi sachche aadmi the woh junaid sahab. to un ko mein keh sakta hoon ke woh aik honest aadmi the, honest aadmi the.</w:t>
      </w:r>
    </w:p>
    <w:p>
      <w:pPr>
        <w:jc w:val="right"/>
      </w:pPr>
      <w:r>
        <w:t>بہت ہی سچے آدمی تھے وہ جنید صاحب۔ تو ان کو میں کہہ سکتا ہوں کہ وہ ایک اونسٹ آدمی تھے، اونسٹ آدمی تھے۔</w:t>
      </w:r>
    </w:p>
    <w:p>
      <w:r>
        <w:rPr>
          <w:b/>
        </w:rPr>
        <w:t xml:space="preserve">[35:32] </w:t>
      </w:r>
      <w:r>
        <w:t>baqi honest mein hoon ya nahi hoon, yeh bohat aasan hai. yaad rakhiye kyunke aadmi ka zamir conscious khud aadmi se jhoot nahi bolegi.</w:t>
      </w:r>
    </w:p>
    <w:p>
      <w:pPr>
        <w:jc w:val="right"/>
      </w:pPr>
      <w:r>
        <w:t>باقی اونسٹ میں ہوں یا نہیں ہوں، یہ بہت آسان ہے۔ یاد رکھیے کیونکہ آدمی کا ضمیر کانشیس خود آدمی سے جھوٹ نہیں بولے گا۔</w:t>
      </w:r>
    </w:p>
    <w:p>
      <w:r>
        <w:rPr>
          <w:b/>
        </w:rPr>
        <w:t xml:space="preserve">[35:44] </w:t>
      </w:r>
      <w:r>
        <w:t>aap ka conscious khud aap se jhoot bole, yeh pass bol nahi hai, woh to wahi kahega jo haqeeqat hai.</w:t>
      </w:r>
    </w:p>
    <w:p>
      <w:pPr>
        <w:jc w:val="right"/>
      </w:pPr>
      <w:r>
        <w:t>آپ کا کانشیس خود آپ سے جھوٹ بولے، یہ پاس بول نہیں ہے، وہ تو وہی کہے گا جو حقیقت ہے۔</w:t>
      </w:r>
    </w:p>
    <w:p>
      <w:r>
        <w:rPr>
          <w:b/>
        </w:rPr>
        <w:t xml:space="preserve">[35:53] </w:t>
      </w:r>
      <w:r>
        <w:t>aap ka conscious khud aap se kabhi jhoot nahi bolegi. kehta hai ab kya kaha mein ne? maulana, aap yeh keh rahe hain ke aadmi ka zamir aadmi se kabhi jhoot nahi bolegi.</w:t>
      </w:r>
    </w:p>
    <w:p>
      <w:pPr>
        <w:jc w:val="right"/>
      </w:pPr>
      <w:r>
        <w:t>آپ کا کانشیس خود آپ سے کبھی جھوٹ نہیں بولے گا۔ کہتا ہے اب کیا کہا میں نے؟ مولانا، آپ یہ کہہ رہے ہیں کہ آدمی کا ضمیر آدمی سے کبھی جھوٹ نہیں بولے گا۔</w:t>
      </w:r>
    </w:p>
    <w:p>
      <w:r>
        <w:rPr>
          <w:b/>
        </w:rPr>
        <w:t xml:space="preserve">[36:06] </w:t>
      </w:r>
      <w:r>
        <w:t>hmm, to woh apne zamir ko is maamle mein faisal bana sakta hai ke woh honest hai ya nahi. to jis aadmi ko yeh janna ho ke Allah mere istikhare ko kya karega,</w:t>
      </w:r>
    </w:p>
    <w:p>
      <w:pPr>
        <w:jc w:val="right"/>
      </w:pPr>
      <w:r>
        <w:t>ہمم، تو وہ اپنے ضمیر کو اس معاملے میں فیصل بنا سکتا ہے کہ وہ اونسٹ ہے یا نہیں۔ تو جس آدمی کو یہ جاننا ہو کہ اللہ میرے استخارے کو کیا کرے گا،</w:t>
      </w:r>
    </w:p>
    <w:p>
      <w:r>
        <w:rPr>
          <w:b/>
        </w:rPr>
        <w:t xml:space="preserve">[36:21] </w:t>
      </w:r>
      <w:r>
        <w:t>to kuch na kare, woh bas apne conscious ko jhaanke. ja ke</w:t>
      </w:r>
    </w:p>
    <w:p>
      <w:pPr>
        <w:jc w:val="right"/>
      </w:pPr>
      <w:r>
        <w:t>تو کچھ نہ کرے، وہ بس اپنے کانشیس کو جھانکے۔ جا کے</w:t>
      </w:r>
    </w:p>
    <w:p>
      <w:r>
        <w:rPr>
          <w:b/>
        </w:rPr>
        <w:t xml:space="preserve">[36:33] </w:t>
      </w:r>
      <w:r>
        <w:t>maulana syed saar nadvi aik thay, alamgarh mein bohat baray qabil aadmi thay. woh maulana syed saarm nadvi, woh bohat mashhoor aadmi hain.</w:t>
      </w:r>
    </w:p>
    <w:p>
      <w:pPr>
        <w:jc w:val="right"/>
      </w:pPr>
      <w:r>
        <w:t>مولانا سید سار ندوی ایک تھے، عالمگڑھ میں بہت بڑے قابل آدمی تھے۔ وہ مولانا سید سارم ندوی، وہ بہت مشہور آدمی ہیں۔</w:t>
      </w:r>
    </w:p>
    <w:p>
      <w:r>
        <w:rPr>
          <w:b/>
        </w:rPr>
        <w:t xml:space="preserve">[36:46] </w:t>
      </w:r>
      <w:r>
        <w:t>to unhon ne aik chhaapa tha, aik page mujhe yaad hai, barson mein latkaya gaya tha woh alamgarh mein. to us mein aik jumla tha ke zameer, zameer hamari consciousness,</w:t>
      </w:r>
    </w:p>
    <w:p>
      <w:pPr>
        <w:jc w:val="right"/>
      </w:pPr>
      <w:r>
        <w:t>تو انہوں نے ایک چھاپا تھا، ایک پیج مجھے یاد ہے، برسوں میں لٹکایا گیا تھا وہ عالمگڑھ میں۔ تو اس میں ایک جملہ تھا کہ ضمیر، ضمیر ہماری کانشیس،</w:t>
      </w:r>
    </w:p>
    <w:p>
      <w:r>
        <w:rPr>
          <w:b/>
        </w:rPr>
        <w:t xml:space="preserve">[37:01] </w:t>
      </w:r>
      <w:r>
        <w:t>zameer ki awaaz aik ghaybi awaaz hai, yani divine voice hai.</w:t>
      </w:r>
    </w:p>
    <w:p>
      <w:pPr>
        <w:jc w:val="right"/>
      </w:pPr>
      <w:r>
        <w:t>ضمیر کی آواز ایک غیبی آواز ہے، یعنی ڈیوائن وائس ہے۔</w:t>
      </w:r>
    </w:p>
    <w:p>
      <w:r>
        <w:rPr>
          <w:b/>
        </w:rPr>
        <w:t xml:space="preserve">[37:10] </w:t>
      </w:r>
      <w:r>
        <w:t>woh kabhi jhoot nahin bolta, woh wohi baat aap ko keh deta hai jo sach sach jo baat hai. exact word mujhe yaad nahin hai, lekin yeh to to yeh sab log jaan sakte hain ke consciousness kabhi jhoot nahin bolta.</w:t>
      </w:r>
    </w:p>
    <w:p>
      <w:pPr>
        <w:jc w:val="right"/>
      </w:pPr>
      <w:r>
        <w:t>وہ کبھی جھوٹ نہیں بولتا، وہ وہی بات آپ کو کہہ دیتا ہے جو سچ مچ جو بات ہے۔ ایگزیکٹ ورڈ مجھے یاد نہیں ہے، لیکن یہ تو تو یہ سب لوگ جان سکتے ہیں کہ کانشیس کبھی جھوٹ نہیں بولتا۔</w:t>
      </w:r>
    </w:p>
    <w:p>
      <w:r>
        <w:rPr>
          <w:b/>
        </w:rPr>
        <w:t xml:space="preserve">[37:30] </w:t>
      </w:r>
      <w:r>
        <w:t>to consciousness se poochhiye, aap apni zindagi ko sochiye ke main kya hoon, main kya hoon, main kya hoon.</w:t>
      </w:r>
    </w:p>
    <w:p>
      <w:pPr>
        <w:jc w:val="right"/>
      </w:pPr>
      <w:r>
        <w:t>تو کانشیس سے پوچھیے، آپ اپنی زندگی کو سوچیے کہ میں کیا ہوں، میں کیا ہوں، میں کیا ہوں۔</w:t>
      </w:r>
    </w:p>
    <w:p>
      <w:r>
        <w:rPr>
          <w:b/>
        </w:rPr>
        <w:t xml:space="preserve">[37:40] </w:t>
      </w:r>
      <w:r>
        <w:t>apni raat aur din ko sochiye, apni aur phir consciousness se poochhiye, pehle apne ko jhaankiye ke main kya hoon, phir apne consciousness se poochhiye.</w:t>
      </w:r>
    </w:p>
    <w:p>
      <w:pPr>
        <w:jc w:val="right"/>
      </w:pPr>
      <w:r>
        <w:t>اپنی رات اور دن کو سوچیے، اپنی اور پھر کانشیس سے پوچھیے، پہلے اپنے کو جھانکیے کہ میں کیا ہوں، پھر اپنے کانشیس سے پوچھیے۔</w:t>
      </w:r>
    </w:p>
    <w:p>
      <w:r>
        <w:rPr>
          <w:b/>
        </w:rPr>
        <w:t xml:space="preserve">[37:53] </w:t>
      </w:r>
      <w:r>
        <w:t>consciousness kabhi bhi aap se jhoot nahin boley ga. to yeh sab kar ke aap phir istikhara kijiye, phir istikhara kijiye.</w:t>
      </w:r>
    </w:p>
    <w:p>
      <w:pPr>
        <w:jc w:val="right"/>
      </w:pPr>
      <w:r>
        <w:t>کانشیس کبھی بھی آپ سے جھوٹ نہیں بولے گا۔ تو یہ سب کر کے آپ پھر استخارہ کیجئے، پھر استخارہ کیجئے۔</w:t>
      </w:r>
    </w:p>
    <w:p>
      <w:r>
        <w:rPr>
          <w:b/>
        </w:rPr>
        <w:t xml:space="preserve">[38:11] </w:t>
      </w:r>
      <w:r>
        <w:t>aap taajjub karenge ke mere saath aise aise waqiaat paish aaye hain.</w:t>
      </w:r>
    </w:p>
    <w:p>
      <w:pPr>
        <w:jc w:val="right"/>
      </w:pPr>
      <w:r>
        <w:t>آپ تعجب کریں گے کہ میرے ساتھ ایسے ایسے واقعات پیش آئے ہیں۔</w:t>
      </w:r>
    </w:p>
    <w:p>
      <w:r>
        <w:rPr>
          <w:b/>
        </w:rPr>
        <w:t xml:space="preserve">[38:21] </w:t>
      </w:r>
      <w:r>
        <w:t>misalan mein dilli mein, mere paas na paisa tha na kuch tha, dilli mein ghar lena chahta tha.</w:t>
      </w:r>
    </w:p>
    <w:p>
      <w:pPr>
        <w:jc w:val="right"/>
      </w:pPr>
      <w:r>
        <w:t>مثلاً میں دلی میں، میرے پاس نہ پیسہ تھا نہ کچھ تھا، دلی میں گھر لینا چاہتا تھا۔</w:t>
      </w:r>
    </w:p>
    <w:p>
      <w:r>
        <w:rPr>
          <w:b/>
        </w:rPr>
        <w:t xml:space="preserve">[38:30] </w:t>
      </w:r>
      <w:r>
        <w:t>mein</w:t>
      </w:r>
    </w:p>
    <w:p>
      <w:pPr>
        <w:jc w:val="right"/>
      </w:pPr>
      <w:r>
        <w:t>میں</w:t>
      </w:r>
    </w:p>
    <w:p>
      <w:r>
        <w:rPr>
          <w:b/>
        </w:rPr>
        <w:t xml:space="preserve">[38:33] </w:t>
      </w:r>
      <w:r>
        <w:t>to mein ne istikhara kiya, mujhe yaad nahin ke mein ne kiya tha ya meri biwi ne kiya tha, dono mein se kisi ne kiya tha.</w:t>
      </w:r>
    </w:p>
    <w:p>
      <w:pPr>
        <w:jc w:val="right"/>
      </w:pPr>
      <w:r>
        <w:t>تو میں نے استخارہ کیا، مجھے یاد نہیں کہ میں نے کیا تھا یا میری بیوی نے کیا تھا، دونوں میں سے کسی نے کیا تھا۔</w:t>
      </w:r>
    </w:p>
    <w:p>
      <w:r>
        <w:rPr>
          <w:b/>
        </w:rPr>
        <w:t xml:space="preserve">[38:46] </w:t>
      </w:r>
      <w:r>
        <w:t>to aik dam aisa khwab aaya ke aaj bhi mere aankhon ke samne woh aaya. mein ne socha ke aik sarak hai, us sarak ke aik idhar aik ghar ghar hai, aik idhar ghar hai, aur aamne samne nahin hai.</w:t>
      </w:r>
    </w:p>
    <w:p>
      <w:pPr>
        <w:jc w:val="right"/>
      </w:pPr>
      <w:r>
        <w:t>تو ایک دم ایسا خواب آیا کہ آج بھی میرے آنکھوں کے سامنے وہ آیا۔ میں نے سوچا کہ ایک سڑک ہے، اس سڑک کے ایک ادھر ایک گھر گھر ہے، ایک ادھر گھر ہے، اور آمنے سامنے نہیں ہے۔</w:t>
      </w:r>
    </w:p>
    <w:p>
      <w:r>
        <w:rPr>
          <w:b/>
        </w:rPr>
        <w:t xml:space="preserve">[39:03] </w:t>
      </w:r>
      <w:r>
        <w:t>aik sarak ke dono taraf hai, lekin woh aamne samne nahin hai. aik idhar hai, aik idhar hai. is se pehle ke mein yahan aaon, yeh aik dam yahi naqsha tha, yahi location tha jahan aap hamare paas hain, c1 aur c29.</w:t>
      </w:r>
    </w:p>
    <w:p>
      <w:pPr>
        <w:jc w:val="right"/>
      </w:pPr>
      <w:r>
        <w:t>ایک سڑک کے دونوں طرف ہے، لیکن وہ آمنے سامنے نہیں ہے۔ ایک ادھر ہے، ایک ادھر ہے۔ اس سے پہلے کہ میں یہاں آؤں، یہ ایک دم یہی نقشہ تھا، یہی لوکیشن تھا جہاں آپ ہمارے پاس ہیں، سی ون اور سی 29۔</w:t>
      </w:r>
    </w:p>
    <w:p>
      <w:r>
        <w:rPr>
          <w:b/>
        </w:rPr>
        <w:t xml:space="preserve">[39:23] </w:t>
      </w:r>
      <w:r>
        <w:t>is ke baad jab aap mujhe woh maloom hua, woh baat hui jo eterazi ho gaya tha na ke woh paisa maang raha tha peshgi. mein ne aik qissa bataya tha aap ko, us ka malik jo tha, woh poora poora paisa pesh hi maangta tha, baghair likha parhe ke.</w:t>
      </w:r>
    </w:p>
    <w:p>
      <w:pPr>
        <w:jc w:val="right"/>
      </w:pPr>
      <w:r>
        <w:t>اس کے بعد جب آپ مجھے وہ معلوم ہوا، وہ بات ہوئی جو اعتراضی ہو گیا تھا نا کہ وہ پیسہ مانگ رہا تھا پیشگی۔ میں نے ایک قصہ بتایا تھا آپ کو، اس کا مالک جو تھا، وہ پورا پورا پیسہ پیش ہی مانگتا تھا، بغیر لکھا پڑھے کے۔</w:t>
      </w:r>
    </w:p>
    <w:p>
      <w:r>
        <w:rPr>
          <w:b/>
        </w:rPr>
        <w:t xml:space="preserve">[39:42] </w:t>
      </w:r>
      <w:r>
        <w:t>to jab woh raazi hua dene par, to sachi baat hai us khwab ki bana par, aur woh bohat sahi nikla hua aadmi.</w:t>
      </w:r>
    </w:p>
    <w:p>
      <w:pPr>
        <w:jc w:val="right"/>
      </w:pPr>
      <w:r>
        <w:t>تو جب وہ راضی ہوا دینے پر، تو سچی بات ہے اس خواب کی بنا پر، اور وہ بہت صحیح نکلا ہوا آدمی۔</w:t>
      </w:r>
    </w:p>
    <w:p>
      <w:r>
        <w:rPr>
          <w:b/>
        </w:rPr>
        <w:t xml:space="preserve">[39:51] </w:t>
      </w:r>
      <w:r>
        <w:t>theek waqt par us ne ja kar sab kaam kar diya. to behal jo bhi janna chahta hai Allah ki baat ko, to woh apne consciousness ko utha ke,</w:t>
      </w:r>
    </w:p>
    <w:p>
      <w:pPr>
        <w:jc w:val="right"/>
      </w:pPr>
      <w:r>
        <w:t>ٹھیک وقت پر اس نے جا کر سب کام کر دیا۔ تو بہرحال جو بھی جاننا چاہتا ہے اللہ کی بات کو، تو وہ اپنے کانشیس کو اٹھا کے،</w:t>
      </w:r>
    </w:p>
    <w:p>
      <w:r>
        <w:rPr>
          <w:b/>
        </w:rPr>
        <w:t xml:space="preserve">[40:08] </w:t>
      </w:r>
      <w:r>
        <w:t>apne consciousness ko utha ke.</w:t>
      </w:r>
    </w:p>
    <w:p>
      <w:pPr>
        <w:jc w:val="right"/>
      </w:pPr>
      <w:r>
        <w:t>اپنے کانشیس کو اٹھا کے۔</w:t>
      </w:r>
    </w:p>
    <w:p>
      <w:r>
        <w:rPr>
          <w:b/>
        </w:rPr>
        <w:t xml:space="preserve">[40:13] </w:t>
      </w:r>
      <w:r>
        <w:t>maulana, agar hum apne consciousness mein jhaankenge to yeh zaroor niklega ke is mein kam paayenge apne aap ko.</w:t>
      </w:r>
    </w:p>
    <w:p>
      <w:pPr>
        <w:jc w:val="right"/>
      </w:pPr>
      <w:r>
        <w:t>مولانا، اگر ہم اپنے کانشیس میں جھانکیں گے تو یہ ضرور نکلے گا کہ اس میں کم پائیں گے اپنے آپ کو۔</w:t>
      </w:r>
    </w:p>
    <w:p>
      <w:r>
        <w:rPr>
          <w:b/>
        </w:rPr>
        <w:t xml:space="preserve">[40:24] </w:t>
      </w:r>
      <w:r>
        <w:t>to phir to istikhara kar nahin paayenge, maulana, aur is ke liye course correction ki tayyari karenge ke apne aap ko honest banayen. to woh kaise pata chalega ke ab hum is ko honest banana hi pare ga?</w:t>
      </w:r>
    </w:p>
    <w:p>
      <w:pPr>
        <w:jc w:val="right"/>
      </w:pPr>
      <w:r>
        <w:t>تو پھر تو استخارہ کر نہیں پائیں گے، مولانا، اور اس کے لیے کورس کریکشن کی تیاری کریں گے کہ اپنے آپ کو اونسٹ بنائیں۔ تو وہ کیسے پتہ چلے گا کہ اب ہم اس کو اونسٹ بنانا ہی پڑے گا؟</w:t>
      </w:r>
    </w:p>
    <w:p>
      <w:r>
        <w:rPr>
          <w:b/>
        </w:rPr>
        <w:t xml:space="preserve">[40:37] </w:t>
      </w:r>
      <w:r>
        <w:t>agar aap ko Allah se lena hai to ji, is mein kaun si baat hai? maulana, agar aap ko Allah se lena hai to honest to banana pare ga. to woh kaise pata chalega ke ab honest ho gaye hain?</w:t>
      </w:r>
    </w:p>
    <w:p>
      <w:pPr>
        <w:jc w:val="right"/>
      </w:pPr>
      <w:r>
        <w:t>اگر آپ کو اللہ سے لینا ہے تو جی، اس میں کون سی بات ہے؟ مولانا، اگر آپ کو اللہ سے لینا ہے تو اونسٹ تو بنانا پڑے گا۔ تو وہ کیسے پتہ چلے گا کہ اب اونسٹ ہو گئے ہیں؟</w:t>
      </w:r>
    </w:p>
    <w:p>
      <w:r>
        <w:rPr>
          <w:b/>
        </w:rPr>
        <w:t xml:space="preserve">[40:51] </w:t>
      </w:r>
      <w:r>
        <w:t>pata hai ke aap ka dil, yani jo aadmi na jaane to woh kuch nahin jaata. woh aadmi ka dil pukarta hai ke kya mein honest hoon?</w:t>
      </w:r>
    </w:p>
    <w:p>
      <w:pPr>
        <w:jc w:val="right"/>
      </w:pPr>
      <w:r>
        <w:t>پتہ ہے کہ آپ کا دل، یعنی جو آدمی نہ جانے تو وہ کچھ نہیں جاتا۔ وہ آدمی کا دل پکارتا ہے کہ کیا میں اونسٹ ہوں؟</w:t>
      </w:r>
    </w:p>
    <w:p>
      <w:r>
        <w:rPr>
          <w:b/>
        </w:rPr>
        <w:t xml:space="preserve">[41:02] </w:t>
      </w:r>
      <w:r>
        <w:t>yeh bohat hi ziyada ghalat baat hai. agar koi yeh kahe, kaise pata chalega? har aadmi ko dil batata hai ke mein kya hoon. jo aisa na maane, mein samajhta hoon ke woh bilashuba woh false statement de raha hai,</w:t>
      </w:r>
    </w:p>
    <w:p>
      <w:pPr>
        <w:jc w:val="right"/>
      </w:pPr>
      <w:r>
        <w:t>یہ بہت ہی زیادہ غلط بات ہے۔ اگر کوئی یہ کہے، کیسے پتہ چلے گا؟ ہر آدمی کو دل بتاتا ہے کہ میں کیا ہوں۔ جو ایسا نہ مانے، میں سمجھتا ہوں کہ وہ بلاشبہ وہ فالس اسٹیٹمنٹ دے رہا ہے،</w:t>
      </w:r>
    </w:p>
    <w:p>
      <w:r>
        <w:rPr>
          <w:b/>
        </w:rPr>
        <w:t xml:space="preserve">[41:18] </w:t>
      </w:r>
      <w:r>
        <w:t>false statement de raha hai.</w:t>
      </w:r>
    </w:p>
    <w:p>
      <w:pPr>
        <w:jc w:val="right"/>
      </w:pPr>
      <w:r>
        <w:t>فالس اسٹیٹمنٹ دے رہا ہے۔</w:t>
      </w:r>
    </w:p>
    <w:p>
      <w:r>
        <w:rPr>
          <w:b/>
        </w:rPr>
        <w:t xml:space="preserve">[41:26] </w:t>
      </w:r>
      <w:r>
        <w:t>maulana, bhai, honesty, do you mean total belief in god? kya kahoon? navdeep yeh poochh rahe hain ke honesty se murad yeh hai ke complete belief in god ya kuch aur?</w:t>
      </w:r>
    </w:p>
    <w:p>
      <w:pPr>
        <w:jc w:val="right"/>
      </w:pPr>
      <w:r>
        <w:t>مولانا، بھائی، اونسٹی، ڈو یو مین ٹوٹل بیلیف ان گاڈ؟ کیا کہوں؟ نبدیپ یہ پوچھ رہے ہیں کہ اونسٹٹی سے مراد یہ ہے کہ کمپلیٹ بیلیف ان گاڈ یا کچھ اور؟</w:t>
      </w:r>
    </w:p>
    <w:p>
      <w:r>
        <w:rPr>
          <w:b/>
        </w:rPr>
        <w:t xml:space="preserve">[41:43] </w:t>
      </w:r>
      <w:r>
        <w:t>honesty ka matlab yeh hai ke jo reality hai, woh aap ka consciousness bol de ga. is waqt to jo mein kar raha hoon, yeh to sirf yeh ke jo reality hai, woh aap ka andar aik aik cheez hai jis ko hum consciousness karte hain, zameer karte hain, woh bol de ga.</w:t>
      </w:r>
    </w:p>
    <w:p>
      <w:pPr>
        <w:jc w:val="right"/>
      </w:pPr>
      <w:r>
        <w:t>اونسٹٹی کا مطلب یہ ہے کہ جو ریلیٹی ہے، وہ آپ کا کانشیس بول دے گا۔ اس وقت تو جو میں کر رہا ہوں، یہ تو صرف یہ کہ جو ریلیٹی ہے، وہ آپ کا اندر ایک ایک چیز ہے جس کو ہم کانشیس کرتے ہیں، ضمیر کرتے ہیں، وہ بول دے گا۔</w:t>
      </w:r>
    </w:p>
    <w:p>
      <w:r>
        <w:rPr>
          <w:b/>
        </w:rPr>
        <w:t xml:space="preserve">[42:03] </w:t>
      </w:r>
      <w:r>
        <w:t>yeh har aadmi ka tajurba hai, is ki koi exception nahin. aap kehte hain doosre se chhupaiye, aap ka andar ka jo conscious hai, woh toh bol dega ke tum aise ho, tum waise ho.</w:t>
      </w:r>
    </w:p>
    <w:p>
      <w:pPr>
        <w:jc w:val="right"/>
      </w:pPr>
      <w:r>
        <w:t>یہ ہر آدمی کا تجربہ ہے، اس کی کوئی ایکسیپشن نہیں۔ آپ کہتے ہیں دوسرے سے چھپائیے، آپ کا اندر کا جو کانشیس ہے، وہ تو بول دے گا کہ تم ایسے ہو، تم ویسے ہو۔</w:t>
      </w:r>
    </w:p>
    <w:p>
      <w:r>
        <w:rPr>
          <w:b/>
        </w:rPr>
        <w:t xml:space="preserve">[42:24] </w:t>
      </w:r>
      <w:r>
        <w:t>koi agar is ko na maane toh main kahoon, woh false statement de raha hai, galat baani kar raha hai, kyunke woh kabhi bhi conscious jhoot nahin bolega.</w:t>
      </w:r>
    </w:p>
    <w:p>
      <w:pPr>
        <w:jc w:val="right"/>
      </w:pPr>
      <w:r>
        <w:t>کوئی اگر اس کو نہ مانے تو میں کہوں، وہ فالس اسٹیٹمنٹ دے رہا ہے، غلط بانی کر رہا ہے، کیونکہ وہ کبھی بھی کانشیس جھوٹ نہیں بولے گا۔</w:t>
      </w:r>
    </w:p>
    <w:p>
      <w:r>
        <w:rPr>
          <w:b/>
        </w:rPr>
        <w:t xml:space="preserve">[42:38] </w:t>
      </w:r>
      <w:r>
        <w:t>jhoot nahin bol sakta, woh toh khuda ki awaaz hai.</w:t>
      </w:r>
    </w:p>
    <w:p>
      <w:pPr>
        <w:jc w:val="right"/>
      </w:pPr>
      <w:r>
        <w:t>جھوٹ نہیں بول سکتا، وہ تو خدا کی آواز ہے۔</w:t>
      </w:r>
    </w:p>
    <w:p>
      <w:r>
        <w:rPr>
          <w:b/>
        </w:rPr>
        <w:t xml:space="preserve">[42:48] </w:t>
      </w:r>
      <w:r>
        <w:t>maulana, kuch comment padhna chahenge? yeh nagpur se bheja hai muhammad irfan rasheedi sahab ne. unhon ne likha hai: "istikhaara Allah se talab hidayat ka zariya hai, yeh aaj wazeh hua." very thrilling</w:t>
      </w:r>
    </w:p>
    <w:p>
      <w:pPr>
        <w:jc w:val="right"/>
      </w:pPr>
      <w:r>
        <w:t>مولانا، کچھ کمنٹ پڑھنا چاہیں گے؟ یہ नागپور سے بھیجا ہے محمد عرفان رشیدی صاحب نے۔ انہوں نے لکھا ہے: "استخارہ اللہ سے طلب ہدایت کا ذریعہ ہے، یہ آج واضح ہوا۔" ویری تھر</w:t>
      </w:r>
    </w:p>
    <w:p>
      <w:r>
        <w:rPr>
          <w:b/>
        </w:rPr>
        <w:t xml:space="preserve">[43:05] </w:t>
      </w:r>
      <w:r>
        <w:t>ling! jazak Allah maulana sahab. sajid anwar sahab ne mumbai se likha hai: "maulana, its so thrilling to know the hadith that the prophet had taught the prayer of istikhara as he taught the quran.</w:t>
      </w:r>
    </w:p>
    <w:p>
      <w:pPr>
        <w:jc w:val="right"/>
      </w:pPr>
      <w:r>
        <w:t>لنگ! جزاک اللہ مولانا صاحب۔ ساجد انور صاحب نے ممبئی سے لکھا ہے: "مولانا، اٹس سو تھرلنگ ٹو نو دی حدیث دیٹ دا پرافٹ ہیڈ ٹاٹ دا پریئر اف استخارہ ایز ہی ٹاٹ دا قرآن۔</w:t>
      </w:r>
    </w:p>
    <w:p>
      <w:r>
        <w:rPr>
          <w:b/>
        </w:rPr>
        <w:t xml:space="preserve">[43:20] </w:t>
      </w:r>
      <w:r>
        <w:t>this hadith makes it so clear that how important is istikhara." secondly, today only, i have learned the importance of honesty in getting the right reply from god for our ist</w:t>
      </w:r>
    </w:p>
    <w:p>
      <w:pPr>
        <w:jc w:val="right"/>
      </w:pPr>
      <w:r>
        <w:t>دس حدیث میکس اٹ سو کلیئر دیٹ ہاؤ امپورٹنٹ از استخارہ۔" سیکنڈلی، ٹوڈے اونلی، آئی ہیو لرنڈ دی امپورٹنس اف اونسٹٹی ان گیٹنگ دا رائٹ ریپلائی فرام گاڈ فار اور است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