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Death 20 July 2019 - Maulana Wahiduddin Khan</w:t>
      </w:r>
    </w:p>
    <w:p>
      <w:r>
        <w:t>https://www.youtube.com/watch?v=jiJMaIOYb84</w:t>
      </w:r>
    </w:p>
    <w:p>
      <w:r>
        <w:rPr>
          <w:b/>
        </w:rPr>
        <w:t xml:space="preserve">[00:13] </w:t>
      </w:r>
      <w:r>
        <w:t>bismillah hir rahman nir rahim, wa salla Allahu ala nabiyyil karim. 20 jullai 2019.</w:t>
      </w:r>
    </w:p>
    <w:p>
      <w:pPr>
        <w:jc w:val="right"/>
      </w:pPr>
      <w:r>
        <w:t>بسم اللہ الرحمن الرحیم، وصلی اللہ علی نبی الکریم۔ 20 جولائی 2019۔</w:t>
      </w:r>
    </w:p>
    <w:p>
      <w:r>
        <w:rPr>
          <w:b/>
        </w:rPr>
        <w:t xml:space="preserve">[00:31] </w:t>
      </w:r>
      <w:r>
        <w:t>aaj</w:t>
      </w:r>
    </w:p>
    <w:p>
      <w:pPr>
        <w:jc w:val="right"/>
      </w:pPr>
      <w:r>
        <w:t>آج</w:t>
      </w:r>
    </w:p>
    <w:p>
      <w:r>
        <w:rPr>
          <w:b/>
        </w:rPr>
        <w:t xml:space="preserve">[00:36] </w:t>
      </w:r>
      <w:r>
        <w:t>bohat ajeeb qissa pesh aaya. isi kamre mein jahan main is waqt baitha hoon, yahan main tha,</w:t>
      </w:r>
    </w:p>
    <w:p>
      <w:pPr>
        <w:jc w:val="right"/>
      </w:pPr>
      <w:r>
        <w:t>بہت عجیب قصہ پیش آیا۔ اسی کمرے میں جہاں میں اس وقت بیٹھا ہوں، یہاں میں تھا،</w:t>
      </w:r>
    </w:p>
    <w:p>
      <w:r>
        <w:rPr>
          <w:b/>
        </w:rPr>
        <w:t xml:space="preserve">[00:51] </w:t>
      </w:r>
      <w:r>
        <w:t>aur</w:t>
      </w:r>
    </w:p>
    <w:p>
      <w:pPr>
        <w:jc w:val="right"/>
      </w:pPr>
      <w:r>
        <w:t>اور</w:t>
      </w:r>
    </w:p>
    <w:p>
      <w:r>
        <w:rPr>
          <w:b/>
        </w:rPr>
        <w:t xml:space="preserve">[00:55] </w:t>
      </w:r>
      <w:r>
        <w:t>3 baj kar 55 minute par, jaisa ke aap jante hain, ke aaj 3 baj kar 55 minute par shiela rasheed ki death ho gayi.</w:t>
      </w:r>
    </w:p>
    <w:p>
      <w:pPr>
        <w:jc w:val="right"/>
      </w:pPr>
      <w:r>
        <w:t>3 بج کر 55 منٹ پر، جیسا کہ آپ جانتے ہیں، کہ آج 3 بج کر 55 منٹ پر شیعہ رشید کی ڈیتھ ہو گئی۔</w:t>
      </w:r>
    </w:p>
    <w:p>
      <w:r>
        <w:rPr>
          <w:b/>
        </w:rPr>
        <w:t xml:space="preserve">[01:11] </w:t>
      </w:r>
      <w:r>
        <w:t>yeh jo pehle taqreeban 15 saal tak delhi ki chief minister rahi. theek ajeeb baat hai ke jis waqt un ki hospital mein death hui aur doctor ne elaan kiya ke shiela rasheed is no more, usi waqt mujhe mujhe woh ayat yaad aayi:</w:t>
      </w:r>
    </w:p>
    <w:p>
      <w:pPr>
        <w:jc w:val="right"/>
      </w:pPr>
      <w:r>
        <w:t>یہ جو پہلے تقریباً 15 سال تک دہلی کی چیف منسٹر رہی۔ ٹھیک عجیب بات ہے کہ جس وقت ان کی ہاسپٹل میں ڈیتھ ہوئی اور ڈاکٹر نے اعلان کیا کہ شیعہ رشید از نو مور، اسی وقت مجھے مجھے وہ آیت یاد آئی:</w:t>
      </w:r>
    </w:p>
    <w:p>
      <w:r>
        <w:rPr>
          <w:b/>
        </w:rPr>
        <w:t xml:space="preserve">[01:34] </w:t>
      </w:r>
      <w:r>
        <w:t>"kullu nafsin zaa'iqatul maut". aur mujhe laga sochne maut ke bare mein, halanke mujhe kuch khabar nahin thi ke woh hospital mein hai ya kya hai,</w:t>
      </w:r>
    </w:p>
    <w:p>
      <w:pPr>
        <w:jc w:val="right"/>
      </w:pPr>
      <w:r>
        <w:t>"کل نفس ذائقۃ الموت"۔ اور مجھے لگا سوچنے موت کے بارے میں، حالانکہ مجھے کچھ خبر نہیں تھی کہ وہ ہاسپٹل میں ہے یا کیا ہے،</w:t>
      </w:r>
    </w:p>
    <w:p>
      <w:r>
        <w:rPr>
          <w:b/>
        </w:rPr>
        <w:t xml:space="preserve">[01:48] </w:t>
      </w:r>
      <w:r>
        <w:t>kuch nahin. toh maine socha ke maut ka kya cheez hai? maut ka matlab hai</w:t>
      </w:r>
    </w:p>
    <w:p>
      <w:pPr>
        <w:jc w:val="right"/>
      </w:pPr>
      <w:r>
        <w:t>کچھ نہیں۔ تو میں نے سوچا کہ موت کا کیا چیز ہے؟ موت کا مطلب ہے</w:t>
      </w:r>
    </w:p>
    <w:p>
      <w:r>
        <w:rPr>
          <w:b/>
        </w:rPr>
        <w:t xml:space="preserve">[02:01] </w:t>
      </w:r>
      <w:r>
        <w:t>is dunya se nikal kar ek aur dunya mein pahunch jaana.</w:t>
      </w:r>
    </w:p>
    <w:p>
      <w:pPr>
        <w:jc w:val="right"/>
      </w:pPr>
      <w:r>
        <w:t>اس دنیا سے نکل کر ایک اور دنیا میں پہنچ جانا۔</w:t>
      </w:r>
    </w:p>
    <w:p>
      <w:r>
        <w:rPr>
          <w:b/>
        </w:rPr>
        <w:t xml:space="preserve">[02:07] </w:t>
      </w:r>
      <w:r>
        <w:t>ek aisi dunya mein jahan Allah ka presence, aaj aap jante hain ke Allah rab-ul-alameen ka presence hamare liye ek aqeeda hai,</w:t>
      </w:r>
    </w:p>
    <w:p>
      <w:pPr>
        <w:jc w:val="right"/>
      </w:pPr>
      <w:r>
        <w:t>ایک ایسی دنیا میں جہاں خدا کا پریزنس، آج آپ جانتے ہیں کہ اللہ رب العالمین کا پریزنس ہمارے لیے ایک عقیدہ ہے،</w:t>
      </w:r>
    </w:p>
    <w:p>
      <w:r>
        <w:rPr>
          <w:b/>
        </w:rPr>
        <w:t xml:space="preserve">[02:23] </w:t>
      </w:r>
      <w:r>
        <w:t>ek aqeeda hai. lekin maut ke baad achaanak aadmi ek aisi dunya mein pahunch jaata hai jahan Allah rab-ul-alameen ka wajood ek living</w:t>
      </w:r>
    </w:p>
    <w:p>
      <w:pPr>
        <w:jc w:val="right"/>
      </w:pPr>
      <w:r>
        <w:t>ایک عقیدہ ہے۔ لیکن موت کے بعد اچانک آدمی ایک ایسی دنیا میں پہنچ جاتا ہے جہاں اللہ رب العالمین کا وجود ایک لیونگ</w:t>
      </w:r>
    </w:p>
    <w:p>
      <w:r>
        <w:rPr>
          <w:b/>
        </w:rPr>
        <w:t xml:space="preserve">[02:50] </w:t>
      </w:r>
      <w:r>
        <w:t>belief ban jaata hai, ban jayega.</w:t>
      </w:r>
    </w:p>
    <w:p>
      <w:pPr>
        <w:jc w:val="right"/>
      </w:pPr>
      <w:r>
        <w:t>بیلیف بن جاتا ہے، بن جائے گا۔</w:t>
      </w:r>
    </w:p>
    <w:p>
      <w:r>
        <w:rPr>
          <w:b/>
        </w:rPr>
        <w:t xml:space="preserve">[02:55] </w:t>
      </w:r>
      <w:r>
        <w:t>yaani Allah ko ghaleban insaan phir bhi nahin dekhega aankhon se, lekin</w:t>
      </w:r>
    </w:p>
    <w:p>
      <w:pPr>
        <w:jc w:val="right"/>
      </w:pPr>
      <w:r>
        <w:t>یعنی خدا کو غالباً انسان پھر بھی نہیں دیکھے گا آنکھوں سے، لیکن</w:t>
      </w:r>
    </w:p>
    <w:p>
      <w:r>
        <w:rPr>
          <w:b/>
        </w:rPr>
        <w:t xml:space="preserve">[03:08] </w:t>
      </w:r>
      <w:r>
        <w:t>Allah ka living presence us ko mehsoos hone lagega.</w:t>
      </w:r>
    </w:p>
    <w:p>
      <w:pPr>
        <w:jc w:val="right"/>
      </w:pPr>
      <w:r>
        <w:t>خدا کا لیونگ پریزنس اس کو محسوس ہونے لگے گا۔</w:t>
      </w:r>
    </w:p>
    <w:p>
      <w:r>
        <w:rPr>
          <w:b/>
        </w:rPr>
        <w:t xml:space="preserve">[03:16] </w:t>
      </w:r>
      <w:r>
        <w:t>jaise main</w:t>
      </w:r>
    </w:p>
    <w:p>
      <w:pPr>
        <w:jc w:val="right"/>
      </w:pPr>
      <w:r>
        <w:t>جیسے میں</w:t>
      </w:r>
    </w:p>
    <w:p>
      <w:r>
        <w:rPr>
          <w:b/>
        </w:rPr>
        <w:t xml:space="preserve">[03:21] </w:t>
      </w:r>
      <w:r>
        <w:t>yeh ek anokhi baat hai jo insaan jaan nahin sakta jab tak ke wahan pahunch na jaaye ke Allah ka woh aankhon se dekha gaya toh nahin, lekin Allah ka living presence us ko mehsoos mehsoos hone lagega.</w:t>
      </w:r>
    </w:p>
    <w:p>
      <w:pPr>
        <w:jc w:val="right"/>
      </w:pPr>
      <w:r>
        <w:t>یہ ایک انوکھی بات ہے جو انسان جان نہیں سکتا جب تک کہ وہاں پہنچ نہ جائے کہ خدا کا وہ آنکھوں سے دیکھا گیا تو نہیں، لیکن خدا کا لیونگ پریزنس اس کو محسوس محسوس ہونے لگے گا۔</w:t>
      </w:r>
    </w:p>
    <w:p>
      <w:r>
        <w:rPr>
          <w:b/>
        </w:rPr>
        <w:t xml:space="preserve">[03:43] </w:t>
      </w:r>
      <w:r>
        <w:t>yeh socha maine ke ab</w:t>
      </w:r>
    </w:p>
    <w:p>
      <w:pPr>
        <w:jc w:val="right"/>
      </w:pPr>
      <w:r>
        <w:t>یہ سوچا میں نے کہ اب</w:t>
      </w:r>
    </w:p>
    <w:p>
      <w:r>
        <w:rPr>
          <w:b/>
        </w:rPr>
        <w:t xml:space="preserve">[03:47] </w:t>
      </w:r>
      <w:r>
        <w:t>shiela rasheed is dunya mein pahunch gayi hain.</w:t>
      </w:r>
    </w:p>
    <w:p>
      <w:pPr>
        <w:jc w:val="right"/>
      </w:pPr>
      <w:r>
        <w:t>شیعہ رشید اس دنیا میں پہنچ گئی ہیں۔</w:t>
      </w:r>
    </w:p>
    <w:p>
      <w:r>
        <w:rPr>
          <w:b/>
        </w:rPr>
        <w:t xml:space="preserve">[03:57] </w:t>
      </w:r>
      <w:r>
        <w:t>phir mujhe yaad aaya ke delhi mein ek jalsa tha, us jalse mein mujhe bulaya gaya tha bolne ke liye, aur shiela rasheed wahan par chief guest theen, isi delhi mein.</w:t>
      </w:r>
    </w:p>
    <w:p>
      <w:pPr>
        <w:jc w:val="right"/>
      </w:pPr>
      <w:r>
        <w:t>پھر مجھے یاد آیا کہ دہلی میں ایک جلسہ تھا، اس جلسے میں مجھے بلایا گیا تھا بولنے کے لیے، اور شیعہ رشید وہاں پر چیف گیسٹ تھیں، اسی دہلی میں۔</w:t>
      </w:r>
    </w:p>
    <w:p>
      <w:r>
        <w:rPr>
          <w:b/>
        </w:rPr>
        <w:t xml:space="preserve">[04:17] </w:t>
      </w:r>
      <w:r>
        <w:t>to mere bolne ke baad ailaan kiya gaya ke ab chief minister shia rasheed bolenge.</w:t>
      </w:r>
    </w:p>
    <w:p>
      <w:pPr>
        <w:jc w:val="right"/>
      </w:pPr>
      <w:r>
        <w:t>تو میرے بولنے کے بعد اعلان کیا گیا کہ اب چیف منسٹر شیعہ رشید بولیں گی۔</w:t>
      </w:r>
    </w:p>
    <w:p>
      <w:r>
        <w:rPr>
          <w:b/>
        </w:rPr>
        <w:t xml:space="preserve">[04:31] </w:t>
      </w:r>
      <w:r>
        <w:t>lekin jab shia rasheed bike par aayen to unhein koi speech nahi di. unhone kaha ke maulana sahib ke bolne ke baad ab kisi aur ko bolne ki zaroorat nahi hai.</w:t>
      </w:r>
    </w:p>
    <w:p>
      <w:pPr>
        <w:jc w:val="right"/>
      </w:pPr>
      <w:r>
        <w:t>لیکن جب شیعہ رشید بائیک پر آئیں تو انہیں کوئی سپیچ نہیں دی۔ انہوں نے کہا کہ مولانا صاحب کے بولنے کے بعد اب کسی اور کو بولنے کی ضرورت نہیں ہے۔</w:t>
      </w:r>
    </w:p>
    <w:p>
      <w:r>
        <w:rPr>
          <w:b/>
        </w:rPr>
        <w:t xml:space="preserve">[04:45] </w:t>
      </w:r>
      <w:r>
        <w:t>bas</w:t>
      </w:r>
    </w:p>
    <w:p>
      <w:pPr>
        <w:jc w:val="right"/>
      </w:pPr>
      <w:r>
        <w:t>بس</w:t>
      </w:r>
    </w:p>
    <w:p>
      <w:r>
        <w:rPr>
          <w:b/>
        </w:rPr>
        <w:t xml:space="preserve">[04:49] </w:t>
      </w:r>
      <w:r>
        <w:t>to maine socha ke woh aayat mujhe yaad aayi: "wa khasad allahu salawat ar-rehman fala tasbaghu illa hamsa".</w:t>
      </w:r>
    </w:p>
    <w:p>
      <w:pPr>
        <w:jc w:val="right"/>
      </w:pPr>
      <w:r>
        <w:t>تو میں نے سوچا کہ وہ آیت مجھے یاد آئی: "وَخَسَدَ اللَّهُ صَلَوٰةَ الرَّحْمَٰنِ فَلَا تَسْبَغُوا إِلَّا هَمْسَا"۔</w:t>
      </w:r>
    </w:p>
    <w:p>
      <w:r>
        <w:rPr>
          <w:b/>
        </w:rPr>
        <w:t xml:space="preserve">[05:04] </w:t>
      </w:r>
      <w:r>
        <w:t>yaani qayamat mein aisa hoga ke sab ki aawazein chup ho jayen, band ho jayen, ho chuki hongi, aur sirf Allah rab al-alameen ki aawaz insaan sune ga.</w:t>
      </w:r>
    </w:p>
    <w:p>
      <w:pPr>
        <w:jc w:val="right"/>
      </w:pPr>
      <w:r>
        <w:t>یعنی قیامت میں ایسا ہوگا کہ سب کی آوازیں چپ ہو جائیں، بند ہو جائیں، ہو چکی ہوں گی، اور صرف اللہ رب العالمین کی آواز انسان سنے گا۔</w:t>
      </w:r>
    </w:p>
    <w:p>
      <w:r>
        <w:rPr>
          <w:b/>
        </w:rPr>
        <w:t xml:space="preserve">[05:24] </w:t>
      </w:r>
      <w:r>
        <w:t>to kaisa ajeeb lamha hoga.</w:t>
      </w:r>
    </w:p>
    <w:p>
      <w:pPr>
        <w:jc w:val="right"/>
      </w:pPr>
      <w:r>
        <w:t>تو کیسا عجیب لمحہ ہوگا۔</w:t>
      </w:r>
    </w:p>
    <w:p>
      <w:r>
        <w:rPr>
          <w:b/>
        </w:rPr>
        <w:t xml:space="preserve">[05:30] </w:t>
      </w:r>
      <w:r>
        <w:t>to yahi sab laga mein sochne, yaani ain us waqt jab ke shia rasheed ki death hui, main yeh sab sochne laga hoon.</w:t>
      </w:r>
    </w:p>
    <w:p>
      <w:pPr>
        <w:jc w:val="right"/>
      </w:pPr>
      <w:r>
        <w:t>تو یہی سب لگا میں سوچنے، یعنی عین اس وقت جب کہ شیعہ رشید کی ڈیتھ ہوئی، میں یہ سب سوچنے لگا ہوں۔</w:t>
      </w:r>
    </w:p>
    <w:p>
      <w:r>
        <w:rPr>
          <w:b/>
        </w:rPr>
        <w:t xml:space="preserve">[05:45] </w:t>
      </w:r>
      <w:r>
        <w:t>maine ajeeb baat hai ke maine maut ke masle par bohat padha hai, bohat zyada padha hai, maut kya hai.</w:t>
      </w:r>
    </w:p>
    <w:p>
      <w:pPr>
        <w:jc w:val="right"/>
      </w:pPr>
      <w:r>
        <w:t>میں نے عجیب بات ہے کہ میں نے موت کے مسئلے پر بہت پڑھا ہے، بہت زیادہ پڑھا ہے، موت کیا ہے۔</w:t>
      </w:r>
    </w:p>
    <w:p>
      <w:r>
        <w:rPr>
          <w:b/>
        </w:rPr>
        <w:t xml:space="preserve">[05:58] </w:t>
      </w:r>
      <w:r>
        <w:t>lekin ab yeh sara jo maine padha, sab se zyada mujhe ajeeb baat mili, woh billy graham kiya hua baat thi jo America ka miss missionary tha,</w:t>
      </w:r>
    </w:p>
    <w:p>
      <w:pPr>
        <w:jc w:val="right"/>
      </w:pPr>
      <w:r>
        <w:t>لیکن اب یہ سارا جو میں نے پڑھا، سب سے زیادہ مجھے عجیب بات ملی، وہ بلی گرام کیا ہوا بات تھی جو امریکہ کا مس مشنری تھا،</w:t>
      </w:r>
    </w:p>
    <w:p>
      <w:r>
        <w:rPr>
          <w:b/>
        </w:rPr>
        <w:t xml:space="preserve">[06:16] </w:t>
      </w:r>
      <w:r>
        <w:t>uski bhi death ho chuki hai.</w:t>
      </w:r>
    </w:p>
    <w:p>
      <w:pPr>
        <w:jc w:val="right"/>
      </w:pPr>
      <w:r>
        <w:t>اس کی بھی ڈیتھ ہو چکی ہے۔</w:t>
      </w:r>
    </w:p>
    <w:p>
      <w:r>
        <w:rPr>
          <w:b/>
        </w:rPr>
        <w:t xml:space="preserve">[06:21] </w:t>
      </w:r>
      <w:r>
        <w:t>to billy graham mein likha hai ke main ek baar safar mein tha, mujhe ek urgent message mila, urgent message ek bade policymaker ki taraf se, ek bade leader ki taraf se ke foran is se aa ke milo.</w:t>
      </w:r>
    </w:p>
    <w:p>
      <w:pPr>
        <w:jc w:val="right"/>
      </w:pPr>
      <w:r>
        <w:t>تو بلی گرام میں لکھا ہے کہ میں ایک بار سفر میں تھا، مجھے ایک ارجنٹ میسج ملا، ارجنٹ میسج ایک بڑے پالیسیئر کی طرف سے، ایک بڑے لیڈر کی طرف سے کہ فوراً اس سے آ کے ملو۔</w:t>
      </w:r>
    </w:p>
    <w:p>
      <w:r>
        <w:rPr>
          <w:b/>
        </w:rPr>
        <w:t xml:space="preserve">[06:46] </w:t>
      </w:r>
      <w:r>
        <w:t>yeh boodha ho chuka tha, waise woh uska character, career, yaani uska jo kaam, Mayfield jo thi, field woh politics thi,</w:t>
      </w:r>
    </w:p>
    <w:p>
      <w:pPr>
        <w:jc w:val="right"/>
      </w:pPr>
      <w:r>
        <w:t>یہ بوڑھا ہو چکا تھا، ویسے وہ اس کا کریکٹر، کیریئر، یعنی اس کا جو کام، میو فیلڈ جو تھی، فیلڈ وہ پولیٹکس تھی،</w:t>
      </w:r>
    </w:p>
    <w:p>
      <w:r>
        <w:rPr>
          <w:b/>
        </w:rPr>
        <w:t xml:space="preserve">[07:03] </w:t>
      </w:r>
      <w:r>
        <w:t>lekin ab woh boodha ho chuka tha.</w:t>
      </w:r>
    </w:p>
    <w:p>
      <w:pPr>
        <w:jc w:val="right"/>
      </w:pPr>
      <w:r>
        <w:t>لیکن اب وہ بوڑھا ہو چکا تھا۔</w:t>
      </w:r>
    </w:p>
    <w:p>
      <w:r>
        <w:rPr>
          <w:b/>
        </w:rPr>
        <w:t xml:space="preserve">[07:09] </w:t>
      </w:r>
      <w:r>
        <w:t>to jab woh pahuncha us ke haan to ek alag kamre mein do kursiyan rakhi gayi thin, ek billy graham ke liye aur ek us politician ke liye.</w:t>
      </w:r>
    </w:p>
    <w:p>
      <w:pPr>
        <w:jc w:val="right"/>
      </w:pPr>
      <w:r>
        <w:t>تو جب وہ پہنچا اس کے ہاں تو ایک الگ کمرے میں دو کرسیاں رکھی گئی تھیں، ایک بلی گرام کے لیے اور ایک اس پولیٹیشن کے لیے۔</w:t>
      </w:r>
    </w:p>
    <w:p>
      <w:r>
        <w:rPr>
          <w:b/>
        </w:rPr>
        <w:t xml:space="preserve">[07:29] </w:t>
      </w:r>
      <w:r>
        <w:t>jab dono aamne saamne hue, woh ek bada aadmi tha, woh lekin boodha ho chuka tha.</w:t>
      </w:r>
    </w:p>
    <w:p>
      <w:pPr>
        <w:jc w:val="right"/>
      </w:pPr>
      <w:r>
        <w:t>جب دونوں آمنے سامنے ہوئے، وہ ایک بڑا آدمی تھا، وہ لیکن بوڑھا ہو چکا تھا۔</w:t>
      </w:r>
    </w:p>
    <w:p>
      <w:r>
        <w:rPr>
          <w:b/>
        </w:rPr>
        <w:t xml:space="preserve">[07:42] </w:t>
      </w:r>
      <w:r>
        <w:t>to us ne kaha billy graham se:</w:t>
      </w:r>
    </w:p>
    <w:p>
      <w:pPr>
        <w:jc w:val="right"/>
      </w:pPr>
      <w:r>
        <w:t>تو اس نے کہا بلی گرام سے:</w:t>
      </w:r>
    </w:p>
    <w:p>
      <w:r>
        <w:rPr>
          <w:b/>
        </w:rPr>
        <w:t xml:space="preserve">[07:48] </w:t>
      </w:r>
      <w:r>
        <w:t>"you see, i am an old man.</w:t>
      </w:r>
    </w:p>
    <w:p>
      <w:pPr>
        <w:jc w:val="right"/>
      </w:pPr>
      <w:r>
        <w:t>"یو سی، آئی ایم این اولڈ مین۔</w:t>
      </w:r>
    </w:p>
    <w:p>
      <w:r>
        <w:rPr>
          <w:b/>
        </w:rPr>
        <w:t xml:space="preserve">[07:56] </w:t>
      </w:r>
      <w:r>
        <w:t>you see, i am an old man.</w:t>
      </w:r>
    </w:p>
    <w:p>
      <w:pPr>
        <w:jc w:val="right"/>
      </w:pPr>
      <w:r>
        <w:t>یو سی، آئی ایم این اولڈ مین۔</w:t>
      </w:r>
    </w:p>
    <w:p>
      <w:r>
        <w:rPr>
          <w:b/>
        </w:rPr>
        <w:t xml:space="preserve">[08:03] </w:t>
      </w:r>
      <w:r>
        <w:t>life has lost lost. life has lost all meaning.</w:t>
      </w:r>
    </w:p>
    <w:p>
      <w:pPr>
        <w:jc w:val="right"/>
      </w:pPr>
      <w:r>
        <w:t>لائف ہیز لاسٹ ایل او ایس ٹی۔ لائف ہیز لاسٹ ال میننگ۔</w:t>
      </w:r>
    </w:p>
    <w:p>
      <w:r>
        <w:rPr>
          <w:b/>
        </w:rPr>
        <w:t xml:space="preserve">[08:15] </w:t>
      </w:r>
      <w:r>
        <w:t>I am going to take a faithful leap into the unknown.</w:t>
      </w:r>
    </w:p>
    <w:p>
      <w:pPr>
        <w:jc w:val="right"/>
      </w:pPr>
      <w:r>
        <w:t>آئی ایم گوئنگ ٹو ٹیک ا فیٹ فل لیپ انٹو دا ان نون۔ینگ</w:t>
      </w:r>
    </w:p>
    <w:p>
      <w:r>
        <w:rPr>
          <w:b/>
        </w:rPr>
        <w:t xml:space="preserve">[08:22] </w:t>
      </w:r>
      <w:r>
        <w:t>"Man, can you give me a real hope?"</w:t>
      </w:r>
    </w:p>
    <w:p>
      <w:pPr>
        <w:jc w:val="right"/>
      </w:pPr>
      <w:r>
        <w:t>مین، کین یو گیو می ا ریئر ہوپ؟"</w:t>
      </w:r>
    </w:p>
    <w:p>
      <w:r>
        <w:rPr>
          <w:b/>
        </w:rPr>
        <w:t xml:space="preserve">[08:31] </w:t>
      </w:r>
      <w:r>
        <w:t>to har aadmi jab aakhir waqt pohanchta hai</w:t>
      </w:r>
    </w:p>
    <w:p>
      <w:pPr>
        <w:jc w:val="right"/>
      </w:pPr>
      <w:r>
        <w:t>تو ہر آدمی جب آخر وقت پہنچتا ہے</w:t>
      </w:r>
    </w:p>
    <w:p>
      <w:r>
        <w:rPr>
          <w:b/>
        </w:rPr>
        <w:t xml:space="preserve">[08:36] </w:t>
      </w:r>
      <w:r>
        <w:t>to shayad is ka ehsaas yahi hota hai:</w:t>
      </w:r>
    </w:p>
    <w:p>
      <w:pPr>
        <w:jc w:val="right"/>
      </w:pPr>
      <w:r>
        <w:t>تو شاید اس کا احساس یہی ہوتا ہے:</w:t>
      </w:r>
    </w:p>
    <w:p>
      <w:r>
        <w:rPr>
          <w:b/>
        </w:rPr>
        <w:t xml:space="preserve">[08:45] </w:t>
      </w:r>
      <w:r>
        <w:t>maut kaisi ajeeb ghareeb cheez hai.</w:t>
      </w:r>
    </w:p>
    <w:p>
      <w:pPr>
        <w:jc w:val="right"/>
      </w:pPr>
      <w:r>
        <w:t>موت کیسی عجیب غریب چیز ہے۔</w:t>
      </w:r>
    </w:p>
    <w:p>
      <w:r>
        <w:rPr>
          <w:b/>
        </w:rPr>
        <w:t xml:space="preserve">[08:51] </w:t>
      </w:r>
      <w:r>
        <w:t>is zamane mein jo research hui hai, ho rahi hai, sab se zyada research ghaleban ho rahi hai health problem pe, health longevity par.</w:t>
      </w:r>
    </w:p>
    <w:p>
      <w:pPr>
        <w:jc w:val="right"/>
      </w:pPr>
      <w:r>
        <w:t>اس زمانے میں جو ریسرچ ہوئی ہے، ہو رہی ہے، سب سے زیادہ ریسرچ غالباً ہو رہی ہے ہیلتھ پرابلم پہ، ہیلتھ لانگ جیوٹی پر۔</w:t>
      </w:r>
    </w:p>
    <w:p>
      <w:r>
        <w:rPr>
          <w:b/>
        </w:rPr>
        <w:t xml:space="preserve">[09:04] </w:t>
      </w:r>
      <w:r>
        <w:t>kaise insaan ki umar ko badhaya jaye, sab se zyada. lekin insaan ki umar kuch bhi badhai, badi nahi.</w:t>
      </w:r>
    </w:p>
    <w:p>
      <w:pPr>
        <w:jc w:val="right"/>
      </w:pPr>
      <w:r>
        <w:t>کیسے انسان کی عمر کو بڑھایا جائے، سب سے زیادہ۔ لیکن انسان کی عمر کچھ بھی بڑھائی، بڑی نہیں۔</w:t>
      </w:r>
    </w:p>
    <w:p>
      <w:r>
        <w:rPr>
          <w:b/>
        </w:rPr>
        <w:t xml:space="preserve">[09:17] </w:t>
      </w:r>
      <w:r>
        <w:t>khawamkhwah woh kehte hain ke yeh bada, woh bada, woh bilkul bekar baatein hain. jo maut ka qanoon hai, jo law hai maut ka, woh wahi chal raha hai.</w:t>
      </w:r>
    </w:p>
    <w:p>
      <w:pPr>
        <w:jc w:val="right"/>
      </w:pPr>
      <w:r>
        <w:t>خوامخواہ وہ کہتے ہیں کہ یہ بڑا، وہ بڑا، وہ بالکل بیکار باتیں ہیں۔ جو موت کا قانون ہے، جو لا ہے موت کا، وہ وہی چل رہا ہے۔</w:t>
      </w:r>
    </w:p>
    <w:p>
      <w:r>
        <w:rPr>
          <w:b/>
        </w:rPr>
        <w:t xml:space="preserve">[09:34] </w:t>
      </w:r>
      <w:r>
        <w:t>maut ek aisa reminder hai, ek aisa reminder hai</w:t>
      </w:r>
    </w:p>
    <w:p>
      <w:pPr>
        <w:jc w:val="right"/>
      </w:pPr>
      <w:r>
        <w:t>موت ایک ایسا ریمائنڈر ہے، ایک ایسا ریمائنڈر ہے</w:t>
      </w:r>
    </w:p>
    <w:p>
      <w:r>
        <w:rPr>
          <w:b/>
        </w:rPr>
        <w:t xml:space="preserve">[09:42] </w:t>
      </w:r>
      <w:r>
        <w:t>jo achaanak aata hai aur insaan ko batata hai</w:t>
      </w:r>
    </w:p>
    <w:p>
      <w:pPr>
        <w:jc w:val="right"/>
      </w:pPr>
      <w:r>
        <w:t>جو اچانک آتا ہے اور انسان کو بتاتا ہے</w:t>
      </w:r>
    </w:p>
    <w:p>
      <w:r>
        <w:rPr>
          <w:b/>
        </w:rPr>
        <w:t xml:space="preserve">[09:53] </w:t>
      </w:r>
      <w:r>
        <w:t>keh ab tumhara waqt khatm ho chuka hai, ab tumhein peshi hai tumhare khalq, khalq ke saamne.</w:t>
      </w:r>
    </w:p>
    <w:p>
      <w:pPr>
        <w:jc w:val="right"/>
      </w:pPr>
      <w:r>
        <w:t>کہ اب تمہارا وقت ختم ہو چکا ہے، اب تمہیں پیشی ہے تمہارے خالق، خالق کے سامنے۔</w:t>
      </w:r>
    </w:p>
    <w:p>
      <w:r>
        <w:rPr>
          <w:b/>
        </w:rPr>
        <w:t xml:space="preserve">[10:02] </w:t>
      </w:r>
      <w:r>
        <w:t>ab chalo khalq ke saath saamne, ab khatm tumhara.</w:t>
      </w:r>
    </w:p>
    <w:p>
      <w:pPr>
        <w:jc w:val="right"/>
      </w:pPr>
      <w:r>
        <w:t>اب چلو خالق کے ساتھ سامنے، اب ختم تمہارا۔</w:t>
      </w:r>
    </w:p>
    <w:p>
      <w:r>
        <w:rPr>
          <w:b/>
        </w:rPr>
        <w:t xml:space="preserve">[10:11] </w:t>
      </w:r>
      <w:r>
        <w:t>theek kaisa ajeeb lamha hoga</w:t>
      </w:r>
    </w:p>
    <w:p>
      <w:pPr>
        <w:jc w:val="right"/>
      </w:pPr>
      <w:r>
        <w:t>ٹھیک کیسا عجیب لمحہ ہوگا</w:t>
      </w:r>
    </w:p>
    <w:p>
      <w:r>
        <w:rPr>
          <w:b/>
        </w:rPr>
        <w:t xml:space="preserve">[10:18] </w:t>
      </w:r>
      <w:r>
        <w:t>jo har insaan par aayega, shayad shia rasheed ho ya aur aur koi insaan ho.</w:t>
      </w:r>
    </w:p>
    <w:p>
      <w:pPr>
        <w:jc w:val="right"/>
      </w:pPr>
      <w:r>
        <w:t>جو ہر انسان پر آئے گا، شاید شیعہ رشید ہو یا اور اور کوئی انسان ہو۔</w:t>
      </w:r>
    </w:p>
    <w:p>
      <w:r>
        <w:rPr>
          <w:b/>
        </w:rPr>
        <w:t xml:space="preserve">[10:32] </w:t>
      </w:r>
      <w:r>
        <w:t>to har maut, chahe kisi ki maut bhi ho, woh aadmi jo mara, mar gaya, woh to chala gaya, lekin rehne walon ke liye jo message chhodta hai,</w:t>
      </w:r>
    </w:p>
    <w:p>
      <w:pPr>
        <w:jc w:val="right"/>
      </w:pPr>
      <w:r>
        <w:t>تو ہر موت، چاہے کسی کی موت بھی ہو، وہ آدمی جو مرا، مر گیا، وہ تو چلا گیا، لیکن رہنے والوں کے لیے جو میسج چھوڑتا ہے،</w:t>
      </w:r>
    </w:p>
    <w:p>
      <w:r>
        <w:rPr>
          <w:b/>
        </w:rPr>
        <w:t xml:space="preserve">[10:50] </w:t>
      </w:r>
      <w:r>
        <w:t>chahe woh is insaan. to bhi isi tarah jaana aur jaane wala hai.</w:t>
      </w:r>
    </w:p>
    <w:p>
      <w:pPr>
        <w:jc w:val="right"/>
      </w:pPr>
      <w:r>
        <w:t>چاہے وہ اس انسان۔ تو بھی اسی طرح جانا اور جانے والا ہے۔</w:t>
      </w:r>
    </w:p>
    <w:p>
      <w:r>
        <w:rPr>
          <w:b/>
        </w:rPr>
        <w:t xml:space="preserve">[10:58] </w:t>
      </w:r>
      <w:r>
        <w:t>har marne wala khud to chala jata hai, lekin zinda logon ke liye woh message chhod jata hai ke tum ko bhi isi tarah jaana hai.</w:t>
      </w:r>
    </w:p>
    <w:p>
      <w:pPr>
        <w:jc w:val="right"/>
      </w:pPr>
      <w:r>
        <w:t>ہر مرنے والا خود تو چلا جاتا ہے، لیکن زندہ لوگوں کے لیے وہ میسج چھوڑ جاتا ہے کہ تم کو بھی اسی طرح جانا ہے۔</w:t>
      </w:r>
    </w:p>
    <w:p>
      <w:r>
        <w:rPr>
          <w:b/>
        </w:rPr>
        <w:t xml:space="preserve">[11:18] </w:t>
      </w:r>
      <w:r>
        <w:t>mujhe ajeeb baat hai ke itna zyada is mauzu se mujhe taluq raha hai ke main jab rehta tha gaon mein aur adam garh mein aur kahan kahan mazaar bohat logon par,</w:t>
      </w:r>
    </w:p>
    <w:p>
      <w:pPr>
        <w:jc w:val="right"/>
      </w:pPr>
      <w:r>
        <w:t>مجھے عجیب بات ہے کہ اتنا زیادہ اس موضوع سے مجھے تعلق رہا ہے کہ میں جب رہتا تھا گاؤں میں اور آدم گڑھ میں اور کہاں کہاں مزار بہت لوگوں پر،</w:t>
      </w:r>
    </w:p>
    <w:p>
      <w:r>
        <w:rPr>
          <w:b/>
        </w:rPr>
        <w:t xml:space="preserve">[11:34] </w:t>
      </w:r>
      <w:r>
        <w:t>lekin main kisi ki maut ko sunta tha to main uske kafan zafar ke liye pahunch jata tha, dekhta dekhta tha kaise kafan takfeen hui, kaise uski</w:t>
      </w:r>
    </w:p>
    <w:p>
      <w:pPr>
        <w:jc w:val="right"/>
      </w:pPr>
      <w:r>
        <w:t>لیکن میں کسی کی موت کو سنتا تھا تو میں اس کے کفن ظفر کے لیے پہنچ جاتا تھا، دیکھتا دیکھتا تھا کیسے کفن تکفین ہوئی، کیسے اس کی</w:t>
      </w:r>
    </w:p>
    <w:p>
      <w:r>
        <w:rPr>
          <w:b/>
        </w:rPr>
        <w:t xml:space="preserve">[11:52] </w:t>
      </w:r>
      <w:r>
        <w:t>qabar mein dala gaya. aur bohat se qisse mujhe yaad hain</w:t>
      </w:r>
    </w:p>
    <w:p>
      <w:pPr>
        <w:jc w:val="right"/>
      </w:pPr>
      <w:r>
        <w:t>قبر میں ڈالا گیا۔ اور بہت سے قصے مجھے یاد ہیں</w:t>
      </w:r>
    </w:p>
    <w:p>
      <w:r>
        <w:rPr>
          <w:b/>
        </w:rPr>
        <w:t xml:space="preserve">[11:59] </w:t>
      </w:r>
      <w:r>
        <w:t>ke kya pesh aaya,</w:t>
      </w:r>
    </w:p>
    <w:p>
      <w:pPr>
        <w:jc w:val="right"/>
      </w:pPr>
      <w:r>
        <w:t>کہ کیا پیش آیا،</w:t>
      </w:r>
    </w:p>
    <w:p>
      <w:r>
        <w:rPr>
          <w:b/>
        </w:rPr>
        <w:t xml:space="preserve">[12:04] </w:t>
      </w:r>
      <w:r>
        <w:t>yeh main sochta rehta hoon.</w:t>
      </w:r>
    </w:p>
    <w:p>
      <w:pPr>
        <w:jc w:val="right"/>
      </w:pPr>
      <w:r>
        <w:t>یہ میں سوچتا رہتا ہوں۔</w:t>
      </w:r>
    </w:p>
    <w:p>
      <w:r>
        <w:rPr>
          <w:b/>
        </w:rPr>
        <w:t xml:space="preserve">[12:10] </w:t>
      </w:r>
      <w:r>
        <w:t>to har insaan ko ka ek bohat hi anokha muamla hai, har insaan ko sochna chahiye, woh yeh ke hum mein hasad ka paida hote hi countdown shuru hota hai.</w:t>
      </w:r>
    </w:p>
    <w:p>
      <w:pPr>
        <w:jc w:val="right"/>
      </w:pPr>
      <w:r>
        <w:t>تو ہر انسان کو کا ایک بہت ہی انوکھا معاملہ ہے، ہر انسان کو سوچنا چاہیے، وہ یہ کہ ہم میں حسد کا پیدا ہوتے ہی کاؤنٹ ڈاؤن شروع ہوتا ہے۔</w:t>
      </w:r>
    </w:p>
    <w:p>
      <w:r>
        <w:rPr>
          <w:b/>
        </w:rPr>
        <w:t xml:space="preserve">[12:29] </w:t>
      </w:r>
      <w:r>
        <w:t>countdown.</w:t>
      </w:r>
    </w:p>
    <w:p>
      <w:pPr>
        <w:jc w:val="right"/>
      </w:pPr>
      <w:r>
        <w:t>کاؤنٹ ڈاؤن۔</w:t>
      </w:r>
    </w:p>
    <w:p>
      <w:r>
        <w:rPr>
          <w:b/>
        </w:rPr>
        <w:t xml:space="preserve">[12:33] </w:t>
      </w:r>
      <w:r>
        <w:t>misalan shia rasheed jab mari hain to unki umar thi 81, 81,</w:t>
      </w:r>
    </w:p>
    <w:p>
      <w:pPr>
        <w:jc w:val="right"/>
      </w:pPr>
      <w:r>
        <w:t>مثلاً شیعہ رشید جب مری ہیں تو ان کی عمر تھی 81، 81،</w:t>
      </w:r>
    </w:p>
    <w:p>
      <w:r>
        <w:rPr>
          <w:b/>
        </w:rPr>
        <w:t xml:space="preserve">[12:46] </w:t>
      </w:r>
      <w:r>
        <w:t>81. to jab woh paida huin, usi waqt unka countdown bhi shuru ho gaya, yani 81, phir 80, phir 97, phir 78, 77, 76.</w:t>
      </w:r>
    </w:p>
    <w:p>
      <w:pPr>
        <w:jc w:val="right"/>
      </w:pPr>
      <w:r>
        <w:t>81۔ تو جب وہ پیدا ہوئیں، اسی وقت ان کا کاؤنٹ ڈاؤن بھی شروع ہو گیا، یعنی 81، پھر 80، پھر 97، پھر 78، 77، 76۔</w:t>
      </w:r>
    </w:p>
    <w:p>
      <w:r>
        <w:rPr>
          <w:b/>
        </w:rPr>
        <w:t xml:space="preserve">[13:05] </w:t>
      </w:r>
      <w:r>
        <w:t>countdown. to jo aadmi paida hota hai, paida hote hi uska countdown shuru ho jata hai,</w:t>
      </w:r>
    </w:p>
    <w:p>
      <w:pPr>
        <w:jc w:val="right"/>
      </w:pPr>
      <w:r>
        <w:t>کاؤنٹ ڈاؤن۔ تو جو آدمی پیدا ہوتا ہے، پیدا ہوتے ہی اس کا کاؤنٹ ڈاؤن شروع ہو جاتا ہے،</w:t>
      </w:r>
    </w:p>
    <w:p>
      <w:r>
        <w:rPr>
          <w:b/>
        </w:rPr>
        <w:t xml:space="preserve">[13:17] </w:t>
      </w:r>
      <w:r>
        <w:t>yahan tak ke achaanak woh din aata hai jis din uska muqaddar tha marna, aur woh khatm ho jata hai. hum mein se har shakhs ka sab se bara masla yahi hai ke paida hote hi hamara countdown shuru ho jata hai.</w:t>
      </w:r>
    </w:p>
    <w:p>
      <w:pPr>
        <w:jc w:val="right"/>
      </w:pPr>
      <w:r>
        <w:t>یہاں تک کہ اچانک وہ دن آتا ہے جس دن اس کا مقدر تھا مرنا، اور وہ ختم ہو جاتا ہے۔ ہم میں سے ہر شخص کا سب سے بڑا مسئلہ یہی ہے کہ پیدا ہوتے ہی ہمارا کاؤنٹ ڈاؤن شروع ہو جاتا ہے۔</w:t>
      </w:r>
    </w:p>
    <w:p>
      <w:r>
        <w:rPr>
          <w:b/>
        </w:rPr>
        <w:t xml:space="preserve">[13:36] </w:t>
      </w:r>
      <w:r>
        <w:t>kaisi ajeeb baat hai, kaisi ajeeb baat hai ke paida hote hi countdown shuru ho gaya,</w:t>
      </w:r>
    </w:p>
    <w:p>
      <w:pPr>
        <w:jc w:val="right"/>
      </w:pPr>
      <w:r>
        <w:t>کیسی عجیب بات ہے، کیسی عجیب بات ہے کہ پیدا ہوتے ہی کاؤنٹ ڈاؤن شروع ہو گیا،</w:t>
      </w:r>
    </w:p>
    <w:p>
      <w:r>
        <w:rPr>
          <w:b/>
        </w:rPr>
        <w:t xml:space="preserve">[13:47] </w:t>
      </w:r>
      <w:r>
        <w:t>yani har din hamari umar mein ek din khatm ho raha hai, khatm ho raha hai, yahan tak ke bilkul khatm ho jata hai.</w:t>
      </w:r>
    </w:p>
    <w:p>
      <w:pPr>
        <w:jc w:val="right"/>
      </w:pPr>
      <w:r>
        <w:t>یعنی ہر دن ہماری عمر میں ایک دن ختم ہو رہا ہے، ختم ہو رہا ہے، یہاں تک کہ بالکل ختم ہو جاتا ہے۔</w:t>
      </w:r>
    </w:p>
    <w:p>
      <w:r>
        <w:rPr>
          <w:b/>
        </w:rPr>
        <w:t xml:space="preserve">[14:02] </w:t>
      </w:r>
      <w:r>
        <w:t>to main yeh sab baaton par sochne laga ke maut ke baad salvation ya nijat ka mazaar kis cheez par hoga?</w:t>
      </w:r>
    </w:p>
    <w:p>
      <w:pPr>
        <w:jc w:val="right"/>
      </w:pPr>
      <w:r>
        <w:t>تو میں یہ سب باتوں پر سوچنے لگا کہ موت کے بعد سالویشن یا نجات کا مزار کس چیز پر ہوگا؟</w:t>
      </w:r>
    </w:p>
    <w:p>
      <w:r>
        <w:rPr>
          <w:b/>
        </w:rPr>
        <w:t xml:space="preserve">[14:18] </w:t>
      </w:r>
      <w:r>
        <w:t>maut ke baad insaan ki nijat ya agli agli duniya mein insani ki kamyabi ka mazaar kis cheez par hoga?</w:t>
      </w:r>
    </w:p>
    <w:p>
      <w:pPr>
        <w:jc w:val="right"/>
      </w:pPr>
      <w:r>
        <w:t>موت کے بعد انسان کی نجات یا اگلی اگلی دنیا میں انسانی کی کامیابی کا مزار کس چیز پر ہوگا؟</w:t>
      </w:r>
    </w:p>
    <w:p>
      <w:r>
        <w:rPr>
          <w:b/>
        </w:rPr>
        <w:t xml:space="preserve">[14:33] </w:t>
      </w:r>
      <w:r>
        <w:t>dekhiye</w:t>
      </w:r>
    </w:p>
    <w:p>
      <w:pPr>
        <w:jc w:val="right"/>
      </w:pPr>
      <w:r>
        <w:t>دیکھیے</w:t>
      </w:r>
    </w:p>
    <w:p>
      <w:r>
        <w:rPr>
          <w:b/>
        </w:rPr>
        <w:t xml:space="preserve">[14:37] </w:t>
      </w:r>
      <w:r>
        <w:t>ke amal se kuch nahi hone wala hai,</w:t>
      </w:r>
    </w:p>
    <w:p>
      <w:pPr>
        <w:jc w:val="right"/>
      </w:pPr>
      <w:r>
        <w:t>کہ عمل سے کچھ نہیں ہونے والا ہے،</w:t>
      </w:r>
    </w:p>
    <w:p>
      <w:r>
        <w:rPr>
          <w:b/>
        </w:rPr>
        <w:t xml:space="preserve">[14:43] </w:t>
      </w:r>
      <w:r>
        <w:t>jo kuch hone wala hai wo marifat se. marifat</w:t>
      </w:r>
    </w:p>
    <w:p>
      <w:pPr>
        <w:jc w:val="right"/>
      </w:pPr>
      <w:r>
        <w:t>جو کچھ ہونے والا ہے وہ معرفت سے۔ معرفت</w:t>
      </w:r>
    </w:p>
    <w:p>
      <w:r>
        <w:rPr>
          <w:b/>
        </w:rPr>
        <w:t xml:space="preserve">[14:49] </w:t>
      </w:r>
      <w:r>
        <w:t>yani aap ko maut se pehle maut ki marifat kitni hui? apne apne creator ki marifat,</w:t>
      </w:r>
    </w:p>
    <w:p>
      <w:pPr>
        <w:jc w:val="right"/>
      </w:pPr>
      <w:r>
        <w:t>یعنی آپ کو موت سے پہلے موت کی معرفت کتنی ہوئی؟ اپنے اپنے کریٹر کی معرفت،</w:t>
      </w:r>
    </w:p>
    <w:p>
      <w:r>
        <w:rPr>
          <w:b/>
        </w:rPr>
        <w:t xml:space="preserve">[15:03] </w:t>
      </w:r>
      <w:r>
        <w:t>jannat ki marifat, akhirat ki marifat kitni hui?</w:t>
      </w:r>
    </w:p>
    <w:p>
      <w:pPr>
        <w:jc w:val="right"/>
      </w:pPr>
      <w:r>
        <w:t>جنت کی معرفت، آخرت کی معرفت کتنی ہوئی؟</w:t>
      </w:r>
    </w:p>
    <w:p>
      <w:r>
        <w:rPr>
          <w:b/>
        </w:rPr>
        <w:t xml:space="preserve">[15:14] </w:t>
      </w:r>
      <w:r>
        <w:t>aur</w:t>
      </w:r>
    </w:p>
    <w:p>
      <w:pPr>
        <w:jc w:val="right"/>
      </w:pPr>
      <w:r>
        <w:t>اور</w:t>
      </w:r>
    </w:p>
    <w:p>
      <w:r>
        <w:rPr>
          <w:b/>
        </w:rPr>
        <w:t xml:space="preserve">[15:18] </w:t>
      </w:r>
      <w:r>
        <w:t>in ko dakhil kar ke is jannat mein jis ki unhein marifat kara di hai. to zindagi ka sara mamla marifat par rahe ga.</w:t>
      </w:r>
    </w:p>
    <w:p>
      <w:pPr>
        <w:jc w:val="right"/>
      </w:pPr>
      <w:r>
        <w:t>ان کو داخل کر کے اس جنت میں جس کی انہیں معرفت کرا دی ہے۔ تو زندگی کا سارا معاملہ معرفت پر رہے گا۔</w:t>
      </w:r>
    </w:p>
    <w:p>
      <w:r>
        <w:rPr>
          <w:b/>
        </w:rPr>
        <w:t xml:space="preserve">[15:33] </w:t>
      </w:r>
      <w:r>
        <w:t>zindagi sach poochen to marifat ka safar hai. zindagi jo hai wo marifat ka safar hai.</w:t>
      </w:r>
    </w:p>
    <w:p>
      <w:pPr>
        <w:jc w:val="right"/>
      </w:pPr>
      <w:r>
        <w:t>زندگی سچ پوچھیں تو معرفت کا سفر ہے۔ زندگی جو ہے وہ معرفت کا سفر ہے۔</w:t>
      </w:r>
    </w:p>
    <w:p>
      <w:r>
        <w:rPr>
          <w:b/>
        </w:rPr>
        <w:t xml:space="preserve">[15:44] </w:t>
      </w:r>
      <w:r>
        <w:t>har din aap ko discover karna hai apne bare mein, dunya ke bare mein, jannat ke bare mein, dozakh ke bare mein, creator ke bare mein.</w:t>
      </w:r>
    </w:p>
    <w:p>
      <w:pPr>
        <w:jc w:val="right"/>
      </w:pPr>
      <w:r>
        <w:t>ہر دن آپ کو ڈسکور کرنا ہے اپنے بارے میں، دنیا کے بارے میں، جنت کے بارے میں، دوزخ کے بارے میں، کریٹر کے بارے میں۔</w:t>
      </w:r>
    </w:p>
    <w:p>
      <w:r>
        <w:rPr>
          <w:b/>
        </w:rPr>
        <w:t xml:space="preserve">[16:00] </w:t>
      </w:r>
      <w:r>
        <w:t>poori zindagi aap ko discovery mein ya marifat mein jeena hai. yeh marifat ka safar jari rahe ga, jari rahe ga, jari rahe ga, yahan tak ke achanak</w:t>
      </w:r>
    </w:p>
    <w:p>
      <w:pPr>
        <w:jc w:val="right"/>
      </w:pPr>
      <w:r>
        <w:t>پوری زندگی آپ کو ڈسکوری میں یا معرفت میں جینا ہے۔ یہ معرفت کا سفر جاری رہے گا، جاری رہے گا، جاری رہے گا، یہاں تک کہ اچانک</w:t>
      </w:r>
    </w:p>
    <w:p>
      <w:r>
        <w:rPr>
          <w:b/>
        </w:rPr>
        <w:t xml:space="preserve">[16:15] </w:t>
      </w:r>
      <w:r>
        <w:t>aap ka switch aap ka de diya jaye ga. wo khatam.</w:t>
      </w:r>
    </w:p>
    <w:p>
      <w:pPr>
        <w:jc w:val="right"/>
      </w:pPr>
      <w:r>
        <w:t>آپ کا سوئچ آپ کا دیا جائے گا۔ وہ ختم۔</w:t>
      </w:r>
    </w:p>
    <w:p>
      <w:r>
        <w:rPr>
          <w:b/>
        </w:rPr>
        <w:t xml:space="preserve">[16:25] </w:t>
      </w:r>
      <w:r>
        <w:t>ek second mein aap ki kahani delete kar di jaye gi. ek bar yahi mein baitha tha aur mein ek recording karwa raha tha</w:t>
      </w:r>
    </w:p>
    <w:p>
      <w:pPr>
        <w:jc w:val="right"/>
      </w:pPr>
      <w:r>
        <w:t>ایک سیکنڈ میں آپ کی کہانی ڈیلیٹ کر دی جائے گی۔ ایک بار یہی میں بیٹھا تھا اور میں ایک ریکارڈنگ کروا رہا تھا</w:t>
      </w:r>
    </w:p>
    <w:p>
      <w:r>
        <w:rPr>
          <w:b/>
        </w:rPr>
        <w:t xml:space="preserve">[16:39] </w:t>
      </w:r>
      <w:r>
        <w:t>razia se.</w:t>
      </w:r>
    </w:p>
    <w:p>
      <w:pPr>
        <w:jc w:val="right"/>
      </w:pPr>
      <w:r>
        <w:t>راضیہ سے۔</w:t>
      </w:r>
    </w:p>
    <w:p>
      <w:r>
        <w:rPr>
          <w:b/>
        </w:rPr>
        <w:t xml:space="preserve">[16:44] </w:t>
      </w:r>
      <w:r>
        <w:t>to razia ka bayan hai ke aap ki wo speech jo us waqt di thi, aap ne aap ki poori zindagi ki sab se zyada anokhi speech thi.</w:t>
      </w:r>
    </w:p>
    <w:p>
      <w:pPr>
        <w:jc w:val="right"/>
      </w:pPr>
      <w:r>
        <w:t>تو راضیہ کا بیان ہے کہ آپ کی وہ سپیچ جو اس وقت دی تھی، آپ نے آپ کی پوری زندگی کی سب سے زیادہ انوکھی سپیچ تھی۔</w:t>
      </w:r>
    </w:p>
    <w:p>
      <w:r>
        <w:rPr>
          <w:b/>
        </w:rPr>
        <w:t xml:space="preserve">[16:57] </w:t>
      </w:r>
      <w:r>
        <w:t>lekin jante hain kya hua? jaise hi speech khatam hui, achanak wo delete ho gayi. phir bohat koshish ki razia ne us ko revive karne ki, wo revive nahi hui.</w:t>
      </w:r>
    </w:p>
    <w:p>
      <w:pPr>
        <w:jc w:val="right"/>
      </w:pPr>
      <w:r>
        <w:t>لیکن جانتے ہیں کیا ہوا؟ جیسے ہی سپیچ ختم ہوئی، اچانک وہ ڈیلیٹ ہو گئی۔ پھر بہت کوشش کی راضیہ نے اس کو ریوائیو کرنے کی، وہ ریوائیو نہیں ہوئی۔</w:t>
      </w:r>
    </w:p>
    <w:p>
      <w:r>
        <w:rPr>
          <w:b/>
        </w:rPr>
        <w:t xml:space="preserve">[17:19] </w:t>
      </w:r>
      <w:r>
        <w:t>lekin zahir hai ke wo farishton ki dunya mein to uska record mojood hoga.</w:t>
      </w:r>
    </w:p>
    <w:p>
      <w:pPr>
        <w:jc w:val="right"/>
      </w:pPr>
      <w:r>
        <w:t>لیکن ظاہر ہے کہ وہ فرشتوں کی دنیا میں تو اس کا ریکارڈ موجود ہوگا۔</w:t>
      </w:r>
    </w:p>
    <w:p>
      <w:r>
        <w:rPr>
          <w:b/>
        </w:rPr>
        <w:t xml:space="preserve">[17:27] </w:t>
      </w:r>
      <w:r>
        <w:t>to bukhari mein ek riwayat hai,</w:t>
      </w:r>
    </w:p>
    <w:p>
      <w:pPr>
        <w:jc w:val="right"/>
      </w:pPr>
      <w:r>
        <w:t>تو بخاری میں ایک روایت ہے،</w:t>
      </w:r>
    </w:p>
    <w:p>
      <w:r>
        <w:rPr>
          <w:b/>
        </w:rPr>
        <w:t xml:space="preserve">[17:33] </w:t>
      </w:r>
      <w:r>
        <w:t>bukhari mein ek riwayat hai ke akhirat mein sab ka hisab kitab hoga.</w:t>
      </w:r>
    </w:p>
    <w:p>
      <w:pPr>
        <w:jc w:val="right"/>
      </w:pPr>
      <w:r>
        <w:t>بخاری میں ایک روایت ہے کہ آخرت میں سب کا حساب کتاب ہوگا۔</w:t>
      </w:r>
    </w:p>
    <w:p>
      <w:r>
        <w:rPr>
          <w:b/>
        </w:rPr>
        <w:t xml:space="preserve">[17:47] </w:t>
      </w:r>
      <w:r>
        <w:t>to ek insan wahan aye ga jis ke pas koi amal hi nahi,</w:t>
      </w:r>
    </w:p>
    <w:p>
      <w:pPr>
        <w:jc w:val="right"/>
      </w:pPr>
      <w:r>
        <w:t>تو ایک انسان وہاں آئے گا جس کے پاس کوئی عمل ہی نہیں،</w:t>
      </w:r>
    </w:p>
    <w:p>
      <w:r>
        <w:rPr>
          <w:b/>
        </w:rPr>
        <w:t xml:space="preserve">[17:56] </w:t>
      </w:r>
      <w:r>
        <w:t>uska koi, us ke pas pesh karne ke liye koi cheez hi nahi.</w:t>
      </w:r>
    </w:p>
    <w:p>
      <w:pPr>
        <w:jc w:val="right"/>
      </w:pPr>
      <w:r>
        <w:t>اس کا کوئی، اس کے پاس پیش کرنے کے لیے کوئی چیز ہی نہیں۔</w:t>
      </w:r>
    </w:p>
    <w:p>
      <w:r>
        <w:rPr>
          <w:b/>
        </w:rPr>
        <w:t xml:space="preserve">[18:07] </w:t>
      </w:r>
      <w:r>
        <w:t>to ek farishta kahe ga ke mere pas ek bataqa hai, tumhara</w:t>
      </w:r>
    </w:p>
    <w:p>
      <w:pPr>
        <w:jc w:val="right"/>
      </w:pPr>
      <w:r>
        <w:t>تو ایک فرشتہ کہے گا کہ میرے پاس ایک بطاقہ ہے، تمہارا</w:t>
      </w:r>
    </w:p>
    <w:p>
      <w:r>
        <w:rPr>
          <w:b/>
        </w:rPr>
        <w:t xml:space="preserve">[18:19] </w:t>
      </w:r>
      <w:r>
        <w:t>bataqa, mani card.</w:t>
      </w:r>
    </w:p>
    <w:p>
      <w:pPr>
        <w:jc w:val="right"/>
      </w:pPr>
      <w:r>
        <w:t>بطاقہ، معنی کارڈ۔</w:t>
      </w:r>
    </w:p>
    <w:p>
      <w:r>
        <w:rPr>
          <w:b/>
        </w:rPr>
        <w:t xml:space="preserve">[18:25] </w:t>
      </w:r>
      <w:r>
        <w:t>to wo dhoond kar nikale ga, wo farishta, wo bataqa, isi bataqa par us ki phir bakhshish ho jaye gi.</w:t>
      </w:r>
    </w:p>
    <w:p>
      <w:pPr>
        <w:jc w:val="right"/>
      </w:pPr>
      <w:r>
        <w:t>تو وہ ڈھونڈ کر نکالے گا، وہ فرشتہ، وہ بطاقہ، اسی بطاقہ پر اس کی پھر بخشش ہو جائے گی۔</w:t>
      </w:r>
    </w:p>
    <w:p>
      <w:r>
        <w:rPr>
          <w:b/>
        </w:rPr>
        <w:t xml:space="preserve">[18:36] </w:t>
      </w:r>
      <w:r>
        <w:t>to jab maine parha is ko to maine socha ke shayad wo mein hoon jis ka amal gum ho gaya, delete ho gaya.</w:t>
      </w:r>
    </w:p>
    <w:p>
      <w:pPr>
        <w:jc w:val="right"/>
      </w:pPr>
      <w:r>
        <w:t>تو جب میں نے پڑھا اس کو تو میں نے سوچا کہ شاید وہ میں ہوں جس کا عمل گم ہو گیا، ڈیلیٹ ہو گیا۔</w:t>
      </w:r>
    </w:p>
    <w:p>
      <w:r>
        <w:rPr>
          <w:b/>
        </w:rPr>
        <w:t xml:space="preserve">[18:49] </w:t>
      </w:r>
      <w:r>
        <w:t>aur phir farishta us ke liye ek bataqa laye ga, us bataqe ki wajah se us ki maghfirat ho gayi.</w:t>
      </w:r>
    </w:p>
    <w:p>
      <w:pPr>
        <w:jc w:val="right"/>
      </w:pPr>
      <w:r>
        <w:t>اور پھر فرشتہ اس کے لیے ایک بطاقہ لائے گا، اس بطاقے کی وجہ سے اس کی مغفرت ہو گئی۔</w:t>
      </w:r>
    </w:p>
    <w:p>
      <w:r>
        <w:rPr>
          <w:b/>
        </w:rPr>
        <w:t xml:space="preserve">[19:10] </w:t>
      </w:r>
      <w:r>
        <w:t>to zindagi bohat si ajeeb tajurba hai,</w:t>
      </w:r>
    </w:p>
    <w:p>
      <w:pPr>
        <w:jc w:val="right"/>
      </w:pPr>
      <w:r>
        <w:t>تو زندگی بہت سی عجیب تجربہ ہے،</w:t>
      </w:r>
    </w:p>
    <w:p>
      <w:r>
        <w:rPr>
          <w:b/>
        </w:rPr>
        <w:t xml:space="preserve">[19:16] </w:t>
      </w:r>
      <w:r>
        <w:t>bohat ajeeb tajurba hai. Allah taala ne mujhe lambi umar de di, mere tajurba bohat zyada ho gaye.</w:t>
      </w:r>
    </w:p>
    <w:p>
      <w:pPr>
        <w:jc w:val="right"/>
      </w:pPr>
      <w:r>
        <w:t>بہت عجیب تجربہ ہے۔ اللہ تعالی نے مجھے لمبی عمر دے دی، میرے تجربات بہت زیادہ ہو گئے۔</w:t>
      </w:r>
    </w:p>
    <w:p>
      <w:r>
        <w:rPr>
          <w:b/>
        </w:rPr>
        <w:t xml:space="preserve">[19:28] </w:t>
      </w:r>
      <w:r>
        <w:t>aaj mein soch raha tha ke mere zamane ke saare log khatm ho chuke hain, ab koi zinda nahi hai.</w:t>
      </w:r>
    </w:p>
    <w:p>
      <w:pPr>
        <w:jc w:val="right"/>
      </w:pPr>
      <w:r>
        <w:t>آج میں سوچ رہا تھا کہ میرے زمانے کے سارے لوگ ختم ہو چکے ہیں، اب کوئی زندہ نہیں ہے۔</w:t>
      </w:r>
    </w:p>
    <w:p>
      <w:r>
        <w:rPr>
          <w:b/>
        </w:rPr>
        <w:t xml:space="preserve">[19:41] </w:t>
      </w:r>
      <w:r>
        <w:t>meri jo kehte hain age group, mere age group ka koi aadmi zinda hi nahi, sab khatm ho gaye.</w:t>
      </w:r>
    </w:p>
    <w:p>
      <w:pPr>
        <w:jc w:val="right"/>
      </w:pPr>
      <w:r>
        <w:t>میری جو کہتے ہیں ایج گروپ، میرے ایج گروپ کا کوئی آدمی زندہ ہی نہیں، سب ختم ہو گئے۔</w:t>
      </w:r>
    </w:p>
    <w:p>
      <w:r>
        <w:rPr>
          <w:b/>
        </w:rPr>
        <w:t xml:space="preserve">[19:54] </w:t>
      </w:r>
      <w:r>
        <w:t>to pichli baatein mujhe yaad aati hain,</w:t>
      </w:r>
    </w:p>
    <w:p>
      <w:pPr>
        <w:jc w:val="right"/>
      </w:pPr>
      <w:r>
        <w:t>تو پچھلی باتیں مجھے یاد آتی ہیں،</w:t>
      </w:r>
    </w:p>
    <w:p>
      <w:r>
        <w:rPr>
          <w:b/>
        </w:rPr>
        <w:t xml:space="preserve">[19:59] </w:t>
      </w:r>
      <w:r>
        <w:t>pichli baatein yaad aati hain mujhe.</w:t>
      </w:r>
    </w:p>
    <w:p>
      <w:pPr>
        <w:jc w:val="right"/>
      </w:pPr>
      <w:r>
        <w:t>پچھلی باتیں یاد آتی ہیں مجھے۔</w:t>
      </w:r>
    </w:p>
    <w:p>
      <w:r>
        <w:rPr>
          <w:b/>
        </w:rPr>
        <w:t xml:space="preserve">[20:02] </w:t>
      </w:r>
      <w:r>
        <w:t>to ajeeb ehsaas hota hai</w:t>
      </w:r>
    </w:p>
    <w:p>
      <w:pPr>
        <w:jc w:val="right"/>
      </w:pPr>
      <w:r>
        <w:t>تو عجیب احساس ہوتا ہے</w:t>
      </w:r>
    </w:p>
    <w:p>
      <w:r>
        <w:rPr>
          <w:b/>
        </w:rPr>
        <w:t xml:space="preserve">[20:06] </w:t>
      </w:r>
      <w:r>
        <w:t>ke Allah taala ne mujhe zinda rakha hai, shayad isi liye ke main</w:t>
      </w:r>
    </w:p>
    <w:p>
      <w:pPr>
        <w:jc w:val="right"/>
      </w:pPr>
      <w:r>
        <w:t>کہ اللہ تعالی نے مجھے زندہ رکھا ہے، شاید اسی لیے کہ میں</w:t>
      </w:r>
    </w:p>
    <w:p>
      <w:r>
        <w:rPr>
          <w:b/>
        </w:rPr>
        <w:t xml:space="preserve">[20:13] </w:t>
      </w:r>
      <w:r>
        <w:t>pichli baaton ko batata rahoon logon ko, logon ko remind karta rahoon.</w:t>
      </w:r>
    </w:p>
    <w:p>
      <w:pPr>
        <w:jc w:val="right"/>
      </w:pPr>
      <w:r>
        <w:t>پچھلی باتوں کو بتاتا رہوں لوگوں کو، لوگوں کو ریمائنڈ کرتا رہوں۔</w:t>
      </w:r>
    </w:p>
    <w:p>
      <w:r>
        <w:rPr>
          <w:b/>
        </w:rPr>
        <w:t xml:space="preserve">[20:30] </w:t>
      </w:r>
      <w:r>
        <w:t>to yeh tha aaj ka tajurba. main Allah taala se dua karta hoon ke Allah taala mujh ko aur aap ko</w:t>
      </w:r>
    </w:p>
    <w:p>
      <w:pPr>
        <w:jc w:val="right"/>
      </w:pPr>
      <w:r>
        <w:t>تو یہ تھا آج کا تجربہ۔ میں اللہ تعالی سے دعا کرتا ہوں کہ اللہ تعالی مجھ کو اور آپ کو</w:t>
      </w:r>
    </w:p>
    <w:p>
      <w:r>
        <w:rPr>
          <w:b/>
        </w:rPr>
        <w:t xml:space="preserve">[20:45] </w:t>
      </w:r>
      <w:r>
        <w:t>maghfirat farmaye, hamare jannat muqaddar kare, kar de.</w:t>
      </w:r>
    </w:p>
    <w:p>
      <w:pPr>
        <w:jc w:val="right"/>
      </w:pPr>
      <w:r>
        <w:t>مغفرت فرمائے، ہمارے جنت مقدر کرے، کر دے۔</w:t>
      </w:r>
    </w:p>
    <w:p>
      <w:r>
        <w:rPr>
          <w:b/>
        </w:rPr>
        <w:t xml:space="preserve">[20:53] </w:t>
      </w:r>
      <w:r>
        <w:t>aaj mein ek ajeeb baat soch raha tha ke hamari team mein jo log Quran ka kaam kar rahe hain,</w:t>
      </w:r>
    </w:p>
    <w:p>
      <w:pPr>
        <w:jc w:val="right"/>
      </w:pPr>
      <w:r>
        <w:t>آج میں ایک عجیب بات سوچ رہا تھا کہ ہماری ٹیم میں جو لوگ قرآن کا کام کر رہے ہیں،</w:t>
      </w:r>
    </w:p>
    <w:p>
      <w:r>
        <w:rPr>
          <w:b/>
        </w:rPr>
        <w:t xml:space="preserve">[21:06] </w:t>
      </w:r>
      <w:r>
        <w:t>to mein ne socha kuch waqiat ko le kar, kuch cases ko le kar ke bazahir ek insaan kaam kar raha hai kahin India mein, Europe mein, America, America mein ya kahin.</w:t>
      </w:r>
    </w:p>
    <w:p>
      <w:pPr>
        <w:jc w:val="right"/>
      </w:pPr>
      <w:r>
        <w:t>تو میں نے سوچا کچھ واقعات کو لے کر، کچھ کیسز کو لے کر کہ بظاہر ایک انسان کام کر رہا ہے کہیں انڈیا میں، یورپ میں، امریکہ، امریکہ میں یا کہیں۔</w:t>
      </w:r>
    </w:p>
    <w:p>
      <w:r>
        <w:rPr>
          <w:b/>
        </w:rPr>
        <w:t xml:space="preserve">[21:25] </w:t>
      </w:r>
      <w:r>
        <w:t>bazahir woh akela kaam kar raha hai, lekin us ki family, us ki biwi, us ke bete, us ki betiyan is mein direct ya indirect par shareek hain.</w:t>
      </w:r>
    </w:p>
    <w:p>
      <w:pPr>
        <w:jc w:val="right"/>
      </w:pPr>
      <w:r>
        <w:t>بظاہر وہ اکیلا کام کر رہا ہے، لیکن اس کی فیملی، اس کی بیوی، اس کے بیٹے، اس کی بیٹیاں اس میں ڈائریکٹ یا ان ڈائریکٹ پر شریک ہیں۔</w:t>
      </w:r>
    </w:p>
    <w:p>
      <w:r>
        <w:rPr>
          <w:b/>
        </w:rPr>
        <w:t xml:space="preserve">[21:40] </w:t>
      </w:r>
      <w:r>
        <w:t>kyun ke agar woh us ki aulad</w:t>
      </w:r>
    </w:p>
    <w:p>
      <w:pPr>
        <w:jc w:val="right"/>
      </w:pPr>
      <w:r>
        <w:t>کیونکہ اگر وہ اس کی اولاد</w:t>
      </w:r>
    </w:p>
    <w:p>
      <w:r>
        <w:rPr>
          <w:b/>
        </w:rPr>
        <w:t xml:space="preserve">[21:45] </w:t>
      </w:r>
      <w:r>
        <w:t>us ko problem create na kare, tab bhi woh kar payega. us ki aulad ya us ghar wale problem create kare to kuch nahi kar sakta woh.</w:t>
      </w:r>
    </w:p>
    <w:p>
      <w:pPr>
        <w:jc w:val="right"/>
      </w:pPr>
      <w:r>
        <w:t>اس کو پرابلم کریٹ نہ کرے، تب بھی وہ کر پائے گا۔ اس کی اولاد یا اس گھر والے پرابلم کریٹ کرے تو کچھ نہیں کر سکتا وہ۔</w:t>
      </w:r>
    </w:p>
    <w:p>
      <w:r>
        <w:rPr>
          <w:b/>
        </w:rPr>
        <w:t xml:space="preserve">[22:00] </w:t>
      </w:r>
      <w:r>
        <w:t>ek ajeeb baat meri samajh mein aayi ke bohat se team ke log bazahir akele kaam kar rahe hain, us ki team ke log doosre doosre kaam mashghool hain, koi business kar raha hai, koi service kar raha hai.</w:t>
      </w:r>
    </w:p>
    <w:p>
      <w:pPr>
        <w:jc w:val="right"/>
      </w:pPr>
      <w:r>
        <w:t>ایک عجیب بات میری سمجھ میں آئی کہ بہت سے ٹیم کے لوگ بظاہر اکیلے کام کر رہے ہیں، اس کی ٹیم کے لوگ دوسرے دوسرے کام مشغول ہیں، کوئی بزنس کر رہا ہے، کوئی سروس کر رہا ہے۔</w:t>
      </w:r>
    </w:p>
    <w:p>
      <w:r>
        <w:rPr>
          <w:b/>
        </w:rPr>
        <w:t xml:space="preserve">[22:17] </w:t>
      </w:r>
      <w:r>
        <w:t>to yeh mujhe discovery hui ke aisa nahi hai, zindagi itna zyada mili jhuli hai ek doosre se</w:t>
      </w:r>
    </w:p>
    <w:p>
      <w:pPr>
        <w:jc w:val="right"/>
      </w:pPr>
      <w:r>
        <w:t>تو یہ مجھے ڈسکوری ہوئی کہ ایسا نہیں ہے، زندگی اتنا زیادہ ملی جلی ہے ایک دوسرے سے</w:t>
      </w:r>
    </w:p>
    <w:p>
      <w:r>
        <w:rPr>
          <w:b/>
        </w:rPr>
        <w:t xml:space="preserve">[22:29] </w:t>
      </w:r>
      <w:r>
        <w:t>ke koi insaan akele koi kaam kar nahi sakta. aap ki family members agar aap se direct ya indirect taawun na karein to aap kuch nahi kar sakte.</w:t>
      </w:r>
    </w:p>
    <w:p>
      <w:pPr>
        <w:jc w:val="right"/>
      </w:pPr>
      <w:r>
        <w:t>کہ کوئی انسان اکیلے کوئی کام کر نہیں سکتا۔ آپ کی فیملی ممبرز اگر آپ سے ڈائریکٹ یا ان ڈائریکٹ تعاون نہ کریں تو آپ کچھ نہیں کر سکتے۔</w:t>
      </w:r>
    </w:p>
    <w:p>
      <w:r>
        <w:rPr>
          <w:b/>
        </w:rPr>
        <w:t xml:space="preserve">[22:50] </w:t>
      </w:r>
      <w:r>
        <w:t>to yeh basharat hai, yeh Allah ne jo nizam banaya hai, yeh basharat hai na sirf is insaan ke liye jo apne aap ko dawat kaam mein lagaye hue hain Quran ke mission mein,</w:t>
      </w:r>
    </w:p>
    <w:p>
      <w:pPr>
        <w:jc w:val="right"/>
      </w:pPr>
      <w:r>
        <w:t>تو یہ بشارت ہے، یہ اللہ نے جو نظام بنایا ہے، یہ بشارت ہے نہ صرف اس انسان کے لیے جو اپنے آپ کو دعوت کام میں لگائے ہوئے ہیں قرآن کے مشن میں،</w:t>
      </w:r>
    </w:p>
    <w:p>
      <w:r>
        <w:rPr>
          <w:b/>
        </w:rPr>
        <w:t xml:space="preserve">[23:05] </w:t>
      </w:r>
      <w:r>
        <w:t>us ki aulad ke liye, us ki family members ke liye bhi basharat hai. to beharhaal mein sab ke liye dua karta hoon, Allah taala aap sab ko woh qabool farmaye aur hum sab ko jannat mein ikhatta kare.</w:t>
      </w:r>
    </w:p>
    <w:p>
      <w:pPr>
        <w:jc w:val="right"/>
      </w:pPr>
      <w:r>
        <w:t>اس کی اولاد کے لیے، اس کی فیملی ممبرز کے لیے بھی بشارت ہے۔ تو بہرحال میں سب کے لیے دعا کرتا ہوں، اللہ تعالی آپ سب کو وہ قبول فرمائے اور ہم سب کو جنت میں اکٹھا کرے۔</w:t>
      </w:r>
    </w:p>
    <w:p>
      <w:r>
        <w:rPr>
          <w:b/>
        </w:rPr>
        <w:t xml:space="preserve">[23:24] </w:t>
      </w:r>
      <w:r>
        <w:t>assalam o alaikum wa rehmatullah.</w:t>
      </w:r>
    </w:p>
    <w:p>
      <w:pPr>
        <w:jc w:val="right"/>
      </w:pPr>
      <w:r>
        <w:t>السلام علیکم ورحمۃ اللہ۔</w:t>
      </w:r>
    </w:p>
    <w:p>
      <w:r>
        <w:rPr>
          <w:b/>
        </w:rPr>
        <w:t xml:space="preserve">[23:40] </w:t>
      </w:r>
      <w:r>
        <w:t>molana, my biggest learning today was when you said that after death, salvation will not be based on any of our amal, but only on the level of marifat that we have.</w:t>
      </w:r>
    </w:p>
    <w:p>
      <w:pPr>
        <w:jc w:val="right"/>
      </w:pPr>
      <w:r>
        <w:t>مولانا، مائی بگسٹ لرننگ ٹوڈے واز وین یو سیڈ دیٹ افٹر ڈیتھ، سالویشن ول ناٹ بی بیسڈ ان اینی اف اور عمل، بٹ اونلی ان دا لیول اف معرفت دیٹ وی ہیو۔</w:t>
      </w:r>
    </w:p>
    <w:p>
      <w:r>
        <w:rPr>
          <w:b/>
        </w:rPr>
        <w:t xml:space="preserve">[23:58] </w:t>
      </w:r>
      <w:r>
        <w:t>this is an eye opener. up till now, I had thought that it is our actions which will be seen or our intention, but today I realized that we have to, like you say, all the time that discover something new every day.</w:t>
      </w:r>
    </w:p>
    <w:p>
      <w:pPr>
        <w:jc w:val="right"/>
      </w:pPr>
      <w:r>
        <w:t>دس از ان ائی اوپنر۔ اپ ٹل ناو، ائی ہیڈ تھاٹ دیٹ اٹ از اور ایکشنز وچ ول بی سین اور اور انٹینشن، بٹ ٹوڈے ائی ریلائز دیٹ وی ہیو ٹو، لائک یو سے، ال دا ٹائم دیٹ ڈسکور سمتھنگ نیو ایوری ڈے۔</w:t>
      </w:r>
    </w:p>
    <w:p>
      <w:r>
        <w:rPr>
          <w:b/>
        </w:rPr>
        <w:t xml:space="preserve">[24:17] </w:t>
      </w:r>
      <w:r>
        <w:t>I realized the importance of discovering God and paradise in everything around us.</w:t>
      </w:r>
    </w:p>
    <w:p>
      <w:pPr>
        <w:jc w:val="right"/>
      </w:pPr>
      <w:r>
        <w:t>ائی ریلائز دا امپورٹنس اف ڈسکورنگ گاڈ اینڈ پیراڈائز ان ایوری تھنگ اراؤنڈ اس۔</w:t>
      </w:r>
    </w:p>
    <w:p>
      <w:r>
        <w:rPr>
          <w:b/>
        </w:rPr>
        <w:t xml:space="preserve">[24:26] </w:t>
      </w:r>
      <w:r>
        <w:t>molana, inshallah, I will do that. and this week, I also had experience of ah the death of someone.</w:t>
      </w:r>
    </w:p>
    <w:p>
      <w:pPr>
        <w:jc w:val="right"/>
      </w:pPr>
      <w:r>
        <w:t>مولانا، انشاءاللہ، ائی ول ڈو دیٹ۔ اینڈ دس ویک، ائی السو ہیڈ ا ایکسپیرینس اف اہ دا ڈیتھ اف سم ون۔</w:t>
      </w:r>
    </w:p>
    <w:p>
      <w:r>
        <w:rPr>
          <w:b/>
        </w:rPr>
        <w:t xml:space="preserve">[24:39] </w:t>
      </w:r>
      <w:r>
        <w:t>and even today, when I came, someone told me of the death of Sheila Dixit. after both, I mean at both these instances, my immediate reaction was ke jaldi se kar lo jo bhi kuch karna hai.</w:t>
      </w:r>
    </w:p>
    <w:p>
      <w:pPr>
        <w:jc w:val="right"/>
      </w:pPr>
      <w:r>
        <w:t>اینڈ ایون ٹوڈے، وین ائی کیم، مینگ ٹول می اف دا ڈیتھ اف شیلا ڈکشت۔ افٹر بوتھ، ائی مین ایٹ بوتھ دیز انسٹنسز، مائی میریٹ ری ایکشن واز کہ جلدی سے کر لو جو بھی کچھ کرنا ہے۔</w:t>
      </w:r>
    </w:p>
    <w:p>
      <w:r>
        <w:rPr>
          <w:b/>
        </w:rPr>
        <w:t xml:space="preserve">[25:02] </w:t>
      </w:r>
      <w:r>
        <w:t>and I started working more on whatever I am doing. so what I understood, marifat of the hereafter of God and paradise, and action in terms of dawah work.</w:t>
      </w:r>
    </w:p>
    <w:p>
      <w:pPr>
        <w:jc w:val="right"/>
      </w:pPr>
      <w:r>
        <w:t>اینڈ ائی سٹارٹڈ ورکنگ مور ان واٹ ایور ائی ایم ڈوئنگ۔ سو واٹ ائی انڈرسٹڈ، معرفت اف دا ہیئر افٹر اف گاڈ اینڈ پیراڈائز، اینڈ ایکشن ان ٹرمز اف داوا ورک۔</w:t>
      </w:r>
    </w:p>
    <w:p>
      <w:r>
        <w:rPr>
          <w:b/>
        </w:rPr>
        <w:t xml:space="preserve">[25:18] </w:t>
      </w:r>
      <w:r>
        <w:t>is this right? dekhiye, marifat beginning hai. beginning marifat ke baad hi sari cheezein khulti hain, unfold hoti hain.</w:t>
      </w:r>
    </w:p>
    <w:p>
      <w:pPr>
        <w:jc w:val="right"/>
      </w:pPr>
      <w:r>
        <w:t>از دس رائٹ؟ دیکھیے، معرفت بگننگ ہے۔ بگننگ معرفت کے بعد ہی ساری چیزیں کھلتی ہیں، ان فولڈ ہوتی ہیں۔</w:t>
      </w:r>
    </w:p>
    <w:p>
      <w:r>
        <w:rPr>
          <w:b/>
        </w:rPr>
        <w:t xml:space="preserve">[25:34] </w:t>
      </w:r>
      <w:r>
        <w:t>to pehli cheez marifat hai, baqi cheezein sab us ke baad aati hain. mera tajurba yahi hai. molana, aaj ke lecture mein jo aap ne kaha ke aakhirat mein kamyabi ki buniyad amal nahi balkeh marifat hai,</w:t>
      </w:r>
    </w:p>
    <w:p>
      <w:pPr>
        <w:jc w:val="right"/>
      </w:pPr>
      <w:r>
        <w:t>تو پہلی چیز معرفت ہے، باقی چیزیں سب اس کے بعد آتی ہیں۔ میرا تجربہ یہی ہے۔ مولانا، آج کے لیکچر میں جو آپ نے کہا کہ آخرت میں کامیابی کی بنیاد عمل نہیں بلکہ معرفت ہے،</w:t>
      </w:r>
    </w:p>
    <w:p>
      <w:r>
        <w:rPr>
          <w:b/>
        </w:rPr>
        <w:t xml:space="preserve">[25:57] </w:t>
      </w:r>
      <w:r>
        <w:t>to molana, yeh bohat hi aham baat hai. logon ne aakhirat mein kamyabi ke liye marifat ko poori tarah hazfi kar diya tha, jabkeh wohi kamyabi ki pehli seedhi hai.</w:t>
      </w:r>
    </w:p>
    <w:p>
      <w:pPr>
        <w:jc w:val="right"/>
      </w:pPr>
      <w:r>
        <w:t>تو مولانا، یہ بہت ہی اہم بات ہے۔ لوگوں نے آخرت میں کامیابی کے لیے معرفت کو پوری طرح حذفی کر دیا تھا، جبکہ وہی کامیابی کی پہلی سیڑھی ہے۔</w:t>
      </w:r>
    </w:p>
    <w:p>
      <w:r>
        <w:rPr>
          <w:b/>
        </w:rPr>
        <w:t xml:space="preserve">[26:10] </w:t>
      </w:r>
      <w:r>
        <w:t>to molana, yeh bohat hi aham baat hai, molana, is chapter mein samajhne ke liye. is ke baghair koi bhi baat mufeed nahi hai.</w:t>
      </w:r>
    </w:p>
    <w:p>
      <w:pPr>
        <w:jc w:val="right"/>
      </w:pPr>
      <w:r>
        <w:t>تو مولانا، یہ بہت ہی اہم بات ہے، مولانا، اس چیپٹر میں سمجھنے کے لیے۔ اس کے بغیر کوئی بھی بات مفید نہیں ہے۔</w:t>
      </w:r>
    </w:p>
    <w:p>
      <w:r>
        <w:rPr>
          <w:b/>
        </w:rPr>
        <w:t xml:space="preserve">[26:25] </w:t>
      </w:r>
      <w:r>
        <w:t>yeh haqeeqat jo hai ke marifat asal hai, is ayat se maloom hoti hai: "yadkhulu jannata urfaal".</w:t>
      </w:r>
    </w:p>
    <w:p>
      <w:pPr>
        <w:jc w:val="right"/>
      </w:pPr>
      <w:r>
        <w:t>یہ حقیقت جو ہے کہ معرفت اصل ہے، اس آیت سے معلوم ہوتی ہے: "یدخل جنت عرفال"۔</w:t>
      </w:r>
    </w:p>
    <w:p>
      <w:r>
        <w:rPr>
          <w:b/>
        </w:rPr>
        <w:t xml:space="preserve">[26:42] </w:t>
      </w:r>
      <w:r>
        <w:t>kaha: "marifat jannat kiji". "yadkhulu jannata urfaal".</w:t>
      </w:r>
    </w:p>
    <w:p>
      <w:pPr>
        <w:jc w:val="right"/>
      </w:pPr>
      <w:r>
        <w:t>کہا: "معرفت جنت کجی"۔ "یدخل جنت عرفال"۔</w:t>
      </w:r>
    </w:p>
    <w:p>
      <w:r>
        <w:rPr>
          <w:b/>
        </w:rPr>
        <w:t xml:space="preserve">[27:01] </w:t>
      </w:r>
      <w:r>
        <w:t>molana, hamein yaad hai woh din, jaise aap ne jo aaj talk mein bataya ke jab aap gaye thay program mein, to woh program sai international mein hua tha, jahan pe sheila dikshit chief minister thi, woh aayi theen aur woh major general chabbar ne organize kiya tha.</w:t>
      </w:r>
    </w:p>
    <w:p>
      <w:pPr>
        <w:jc w:val="right"/>
      </w:pPr>
      <w:r>
        <w:t>مولانا، ہمیں یاد ہے وہ دن، جیسے آپ نے جو آج ٹاک میں بتایا کہ جب آپ گئے تھے پروگرام میں، تو وہ پروگرام سائی انٹرنیشنل میں ہوا تھا، جہاں پہ شیلا دکشت چیف منسٹر تھی، وہ آئی تھیں اور وہ میجر جنرل چھبڑ نے ارگنائز کیا تھا۔</w:t>
      </w:r>
    </w:p>
    <w:p>
      <w:r>
        <w:rPr>
          <w:b/>
        </w:rPr>
        <w:t xml:space="preserve">[27:21] </w:t>
      </w:r>
      <w:r>
        <w:t>to woh bilkul aisa hi hua tha ke jaise hi aap ka talk khatm hua tha, to bola gaya ke sheila dikshit ko ke woh bolein kuch, aur unhon ne yahi kaha ke molana sahab ke bolne ke baad ab kuch bolna baqi nahi hai.</w:t>
      </w:r>
    </w:p>
    <w:p>
      <w:pPr>
        <w:jc w:val="right"/>
      </w:pPr>
      <w:r>
        <w:t>تو وہ بالکل ایسا ہی ہوا تھا کہ جیسے ہی آپ کا ٹاک ختم ہوا تھا، تو بولا گیا کہ شیلا دکشت کو کہ وہ بولیں کچھ، اور انہوں نے یہی کہا کہ مولانا صاحب کے بولنے کے بعد اب کچھ بولنا باقی نہیں ہے۔</w:t>
      </w:r>
    </w:p>
    <w:p>
      <w:r>
        <w:rPr>
          <w:b/>
        </w:rPr>
        <w:t xml:space="preserve">[27:38] </w:t>
      </w:r>
      <w:r>
        <w:t>to hamein bohat achhe se yaad hai woh din, Maulana, aur woh bohat bara hall tha aur ek</w:t>
      </w:r>
    </w:p>
    <w:p>
      <w:pPr>
        <w:jc w:val="right"/>
      </w:pPr>
      <w:r>
        <w:t>تو ہمیں بہت اچھے سے یاد ہے وہ دن، مولانا، اور وہ بہت بڑا ہال تھا اور ایک</w:t>
      </w:r>
    </w:p>
    <w:p>
      <w:r>
        <w:rPr>
          <w:b/>
        </w:rPr>
        <w:t xml:space="preserve">[27:43] </w:t>
      </w:r>
      <w:r>
        <w:t>dam bhara hua tha woh hall.</w:t>
      </w:r>
    </w:p>
    <w:p>
      <w:pPr>
        <w:jc w:val="right"/>
      </w:pPr>
      <w:r>
        <w:t>دم بھرا ہوا تھا وہ ہال۔</w:t>
      </w:r>
    </w:p>
    <w:p>
      <w:r>
        <w:rPr>
          <w:b/>
        </w:rPr>
        <w:t xml:space="preserve">[27:46] </w:t>
      </w:r>
      <w:r>
        <w:t>Maulana, hum yeh jaan'na chahte hain ke agar saara waqt death ke bare mein sochen to ek bohat</w:t>
      </w:r>
    </w:p>
    <w:p>
      <w:pPr>
        <w:jc w:val="right"/>
      </w:pPr>
      <w:r>
        <w:t>مولانا، ہم یہ جاننا چاہتے ہیں کہ اگر سارا وقت ڈیتھ کے بارے میں سوچیں تو ایک بہت</w:t>
      </w:r>
    </w:p>
    <w:p>
      <w:r>
        <w:rPr>
          <w:b/>
        </w:rPr>
        <w:t xml:space="preserve">[27:54] </w:t>
      </w:r>
      <w:r>
        <w:t>hi alag کیفیت hoti hai, aur yahi ehsaas hota hai ke sab kuch chhod ke bas yahi daawa</w:t>
      </w:r>
    </w:p>
    <w:p>
      <w:pPr>
        <w:jc w:val="right"/>
      </w:pPr>
      <w:r>
        <w:t>ہی الگ کیفیت ہوتی ہے، اور یہی احساس ہوتا ہے کہ سب کچھ چھوڑ کے بس یہی دعویٰ</w:t>
      </w:r>
    </w:p>
    <w:p>
      <w:r>
        <w:rPr>
          <w:b/>
        </w:rPr>
        <w:t xml:space="preserve">[28:01] </w:t>
      </w:r>
      <w:r>
        <w:t>waqt mein hi lag jayen, kyunke countdown, jaise Maulana aap ne bataya ke countdown har ek</w:t>
      </w:r>
    </w:p>
    <w:p>
      <w:pPr>
        <w:jc w:val="right"/>
      </w:pPr>
      <w:r>
        <w:t>وقت میں ہی لگ جائیں، کیونکہ کاؤنٹ ڈاؤن، جیسے مولانا آپ نے بتایا کہ کاؤنٹ ڈاؤن ہر ایک</w:t>
      </w:r>
    </w:p>
    <w:p>
      <w:r>
        <w:rPr>
          <w:b/>
        </w:rPr>
        <w:t xml:space="preserve">[28:06] </w:t>
      </w:r>
      <w:r>
        <w:t>insaan ka shuru ho gaya hai.</w:t>
      </w:r>
    </w:p>
    <w:p>
      <w:pPr>
        <w:jc w:val="right"/>
      </w:pPr>
      <w:r>
        <w:t>انسان کا شروع ہو گیا ہے۔</w:t>
      </w:r>
    </w:p>
    <w:p>
      <w:r>
        <w:rPr>
          <w:b/>
        </w:rPr>
        <w:t xml:space="preserve">[28:08] </w:t>
      </w:r>
      <w:r>
        <w:t>to molana, is mein aise mein balance maintain karna to bohat mushkil hai, kyunke sab se important cheez to yahi lagti hai ke yahi karna chahiye, sab chhod ke.</w:t>
      </w:r>
    </w:p>
    <w:p>
      <w:pPr>
        <w:jc w:val="right"/>
      </w:pPr>
      <w:r>
        <w:t>تو مولانا، اس میں ایسے میں بیلنس مینٹین کرنا تو بہت مشکل ہے، کیونکہ سب سے امپورٹنٹ چیز تو یہی لگتی ہے کہ یہی کرنا چاہیے، سب چھوڑ کے۔</w:t>
      </w:r>
    </w:p>
    <w:p>
      <w:r>
        <w:rPr>
          <w:b/>
        </w:rPr>
        <w:t xml:space="preserve">[28:21] </w:t>
      </w:r>
      <w:r>
        <w:t>to aise mein kya karein, molana? ek hadith hai: "al-imanu bain ar-raja'i wal-khauf".</w:t>
      </w:r>
    </w:p>
    <w:p>
      <w:pPr>
        <w:jc w:val="right"/>
      </w:pPr>
      <w:r>
        <w:t>تو ایسے میں کیا کریں، مولانا؟ ایک حدیث ہے: "الایمان بان رجائے والخوف"۔</w:t>
      </w:r>
    </w:p>
    <w:p>
      <w:r>
        <w:rPr>
          <w:b/>
        </w:rPr>
        <w:t xml:space="preserve">[28:34] </w:t>
      </w:r>
      <w:r>
        <w:t>iman do cheezon ke beech mein hai:</w:t>
      </w:r>
    </w:p>
    <w:p>
      <w:pPr>
        <w:jc w:val="right"/>
      </w:pPr>
      <w:r>
        <w:t>ایمان دو چیزوں کے بیچ میں ہے:</w:t>
      </w:r>
    </w:p>
    <w:p>
      <w:r>
        <w:rPr>
          <w:b/>
        </w:rPr>
        <w:t xml:space="preserve">[28:41] </w:t>
      </w:r>
      <w:r>
        <w:t>umeed aur aur dar. kabhi yeh ehsaas badh jata hai, kabhi woh ehsaas badh jata hai.</w:t>
      </w:r>
    </w:p>
    <w:p>
      <w:pPr>
        <w:jc w:val="right"/>
      </w:pPr>
      <w:r>
        <w:t>امید اور اور ڈر۔ کبھی یہ احساس بڑھ جاتا ہے، کبھی وہ احساس بڑھ جاتا ہے۔</w:t>
      </w:r>
    </w:p>
    <w:p>
      <w:r>
        <w:rPr>
          <w:b/>
        </w:rPr>
        <w:t xml:space="preserve">[28:56] </w:t>
      </w:r>
      <w:r>
        <w:t>to maine ek pata is par bola tha, main</w:t>
      </w:r>
    </w:p>
    <w:p>
      <w:pPr>
        <w:jc w:val="right"/>
      </w:pPr>
      <w:r>
        <w:t>تو میں نے ایک پتہ اس پر بولا تھا، میں</w:t>
      </w:r>
    </w:p>
    <w:p>
      <w:r>
        <w:rPr>
          <w:b/>
        </w:rPr>
        <w:t xml:space="preserve">[29:02] </w:t>
      </w:r>
      <w:r>
        <w:t>bohat din ki baat hai. to is ayat, is hadith ki sharah karte hue, main main is waqt maine kaha tha ke</w:t>
      </w:r>
    </w:p>
    <w:p>
      <w:pPr>
        <w:jc w:val="right"/>
      </w:pPr>
      <w:r>
        <w:t>بہت دن کی بات ہے۔ تو اس آیت، اس حدیث کی شرح کرتے ہوئے، میں میں اس وقت میں نے کہا تھا کہ</w:t>
      </w:r>
    </w:p>
    <w:p>
      <w:r>
        <w:rPr>
          <w:b/>
        </w:rPr>
        <w:t xml:space="preserve">[29:20] </w:t>
      </w:r>
      <w:r>
        <w:t>ke iman ek aisi cheez hai jo ek ek aitbaar se sarapa iztirab hai, sarapa iztirab, lekin doosre aitbaar se woh sarapa itminan hai.</w:t>
      </w:r>
    </w:p>
    <w:p>
      <w:pPr>
        <w:jc w:val="right"/>
      </w:pPr>
      <w:r>
        <w:t>کہ ایمان ایک ایسی چیز ہے جو ایک ایک اعتبار سے سراپہ اضطراب ہے، سراپہ اضطراب، لیکن دوسرے اعتبار سے وہ سراپہ اطمینان ہے۔</w:t>
      </w:r>
    </w:p>
    <w:p>
      <w:r>
        <w:rPr>
          <w:b/>
        </w:rPr>
        <w:t xml:space="preserve">[29:37] </w:t>
      </w:r>
      <w:r>
        <w:t>yani iman jo hai, back waqt do do opposite cheezon ka combination hai.</w:t>
      </w:r>
    </w:p>
    <w:p>
      <w:pPr>
        <w:jc w:val="right"/>
      </w:pPr>
      <w:r>
        <w:t>یعنی ایمان جو ہے، بیک وقت دو دو اپوزٹ چیزوں کا کمبینیشن ہے۔</w:t>
      </w:r>
    </w:p>
    <w:p>
      <w:r>
        <w:rPr>
          <w:b/>
        </w:rPr>
        <w:t xml:space="preserve">[29:49] </w:t>
      </w:r>
      <w:r>
        <w:t>yani ek aitbaar se woh sarapa iztirab hai, aur doosre aitbaar se woh sarapa itminan hai. is se zyada main is par kuch kar nahi sakta.</w:t>
      </w:r>
    </w:p>
    <w:p>
      <w:pPr>
        <w:jc w:val="right"/>
      </w:pPr>
      <w:r>
        <w:t>یعنی ایک اعتبار سے وہ سراپہ اضطراب ہے، اور دوسرے اعتبار سے وہ سراپہ اطمینان ہے۔ اس سے زیادہ میں اس پر کچھ کر نہیں سکتا۔</w:t>
      </w:r>
    </w:p>
    <w:p>
      <w:r>
        <w:rPr>
          <w:b/>
        </w:rPr>
        <w:t xml:space="preserve">[30:08] </w:t>
      </w:r>
      <w:r>
        <w:t>molana, ek comment aaya hai jo padhna chahenge. yeh comment bheja hai sajid ahmad khan sahab ne nagpur se. unhon ne likha hai: "hum mein har paida hone wala shakhs ka paida hote hi countdown shuru ho jata hai.</w:t>
      </w:r>
    </w:p>
    <w:p>
      <w:pPr>
        <w:jc w:val="right"/>
      </w:pPr>
      <w:r>
        <w:t>مولانا، ایک کمنٹ آیا ہے جو پڑھنا چاہیں گے۔ یہ کمنٹ بھیجا ہے ساجد احمد خان صاحب نے ناکپور سے۔ انہوں نے لکھا ہے: "ہم میں ہر پیدا ہونے والا شخص کا پیدا ہوتے ہی کاؤنٹ ڈاؤن شروع ہو جاتا ہے۔</w:t>
      </w:r>
    </w:p>
    <w:p>
      <w:r>
        <w:rPr>
          <w:b/>
        </w:rPr>
        <w:t xml:space="preserve">[30:23] </w:t>
      </w:r>
      <w:r>
        <w:t>very thrilling and thought provoking." yahi meri aaj, yeh yahi mera aaj ka mera take away hai. koi shakhs apni position mein chhota ho ya bada, maut ke aate hi woh bilkul akela ho jata hai,</w:t>
      </w:r>
    </w:p>
    <w:p>
      <w:pPr>
        <w:jc w:val="right"/>
      </w:pPr>
      <w:r>
        <w:t>ویری تھرلنگ اینڈ تھاٹ پرووکنگ۔" یہی میری آج، یہ یہی میرا آج کا میرا ٹیک اوے ہے۔ کوئی شخص اپنی پوزیشن میں چھوٹا ہو یا بڑا، موت کے آتے ہی وہ بالکل اکیلا ہو جاتا ہے،</w:t>
      </w:r>
    </w:p>
    <w:p>
      <w:r>
        <w:rPr>
          <w:b/>
        </w:rPr>
        <w:t xml:space="preserve">[30:39] </w:t>
      </w:r>
      <w:r>
        <w:t>jabke zindagi mein woh bohat se logon se ghira hua hua tha. maut ke aate hi saare madadgar gum ho jate hain, aur marne wala shakhs apne ko apne rab ke samne pata hai.</w:t>
      </w:r>
    </w:p>
    <w:p>
      <w:pPr>
        <w:jc w:val="right"/>
      </w:pPr>
      <w:r>
        <w:t>جبکہ زندگی میں وہ بہت سے لوگوں سے گھرا ہوا ہوا تھا۔ موت کے آتے ہی سارے مددگار گم ہو جاتے ہیں، اور مرنے والا شخص اپنے کو اپنے رب کے سامنے پاتا ہے۔</w:t>
      </w:r>
    </w:p>
    <w:p>
      <w:r>
        <w:rPr>
          <w:b/>
        </w:rPr>
        <w:t xml:space="preserve">[30:53] </w:t>
      </w:r>
      <w:r>
        <w:t>mujhe lagta hai agar is baat ka ehsaas ek insan mein bedaar ho jaye to us ko naseehat ke liye kisi ki maut ka tajurba hi kafi hai.</w:t>
      </w:r>
    </w:p>
    <w:p>
      <w:pPr>
        <w:jc w:val="right"/>
      </w:pPr>
      <w:r>
        <w:t>مجھے لگتا ہے اگر اس بات کا احساس ایک انسان میں بیدار ہو جائے تو اس کو نصیحت کے لیے کسی کی موت کا تجربہ ہی کافی ہے۔</w:t>
      </w:r>
    </w:p>
    <w:p>
      <w:r>
        <w:rPr>
          <w:b/>
        </w:rPr>
        <w:t xml:space="preserve">[31:04] </w:t>
      </w:r>
      <w:r>
        <w:t>Jazak Allah, Maulana sahab.</w:t>
      </w:r>
    </w:p>
    <w:p>
      <w:pPr>
        <w:jc w:val="right"/>
      </w:pPr>
      <w:r>
        <w:t>جزاک اللہ، مولانا صاحب۔</w:t>
      </w:r>
    </w:p>
    <w:p>
      <w:r>
        <w:rPr>
          <w:b/>
        </w:rPr>
        <w:t xml:space="preserve">[31:07] </w:t>
      </w:r>
      <w:r>
        <w:t>Masha Allah. Sajid Anwar sahab ne Mumbai se sawal kiya hai.</w:t>
      </w:r>
    </w:p>
    <w:p>
      <w:pPr>
        <w:jc w:val="right"/>
      </w:pPr>
      <w:r>
        <w:t>ماشاءاللہ۔ ساجد انور صاحب نے ممبئی سے سوال کیا ہے۔</w:t>
      </w:r>
    </w:p>
    <w:p>
      <w:r>
        <w:rPr>
          <w:b/>
        </w:rPr>
        <w:t xml:space="preserve">[31:12] </w:t>
      </w:r>
      <w:r>
        <w:t>انہوں نے آپ سے پوچھا ہے: "مولانا، is it possible to always remember that our life</w:t>
      </w:r>
    </w:p>
    <w:p>
      <w:pPr>
        <w:jc w:val="right"/>
      </w:pPr>
      <w:r>
        <w:t>انہوں نے آپ سے پوچھا ہے: "مولانا، از اٹ پوسیبل ٹو الویز ریممبر دیٹ اور دیٹ اور لائف</w:t>
      </w:r>
    </w:p>
    <w:p>
      <w:r>
        <w:rPr>
          <w:b/>
        </w:rPr>
        <w:t xml:space="preserve">[31:20] </w:t>
      </w:r>
      <w:r>
        <w:t>aur life is on the countdown journey?" Mujhe to isi hadees mein is ka jawab milta hai</w:t>
      </w:r>
    </w:p>
    <w:p>
      <w:pPr>
        <w:jc w:val="right"/>
      </w:pPr>
      <w:r>
        <w:t>اور لائف از ان دا کاؤنٹ ڈاؤن جرنی؟" مجھے تو اسی حدیث میں اس کا جواب ملتا ہے</w:t>
      </w:r>
    </w:p>
    <w:p>
      <w:r>
        <w:rPr>
          <w:b/>
        </w:rPr>
        <w:t xml:space="preserve">[31:29] </w:t>
      </w:r>
      <w:r>
        <w:t>ke bas ke imaan do opposite cheezon ka combination hai.</w:t>
      </w:r>
    </w:p>
    <w:p>
      <w:pPr>
        <w:jc w:val="right"/>
      </w:pPr>
      <w:r>
        <w:t>کہ بس کہ ایمان دو اپوزٹ چیزوں کا کمبینیشن ہے۔</w:t>
      </w:r>
    </w:p>
    <w:p>
      <w:r>
        <w:rPr>
          <w:b/>
        </w:rPr>
        <w:t xml:space="preserve">[31:37] </w:t>
      </w:r>
      <w:r>
        <w:t>yani woh ek aitbaar se sarapa iztirab hai, aur doosre aitbaar se sarapa itminan hai. isi mein insan jeeta rehta hai hamesha.</w:t>
      </w:r>
    </w:p>
    <w:p>
      <w:pPr>
        <w:jc w:val="right"/>
      </w:pPr>
      <w:r>
        <w:t>یعنی وہ ایک اعتبار سے سراپہ اضطراب ہے، اور دوسرے اعتبار سے سراپہ اطمینان ہے۔ اسی میں انسان جیتا رہتا ہے ہمیشہ۔</w:t>
      </w:r>
    </w:p>
    <w:p>
      <w:r>
        <w:rPr>
          <w:b/>
        </w:rPr>
        <w:t xml:space="preserve">[31:50] </w:t>
      </w:r>
      <w:r>
        <w:t>aur main samajhta hoon ke yeh jo cheez hai, isi se insan ki taraqqi bhi hoti hai. musalsal taur par insan ke andar ek ek kashmakash jari rehti hai.</w:t>
      </w:r>
    </w:p>
    <w:p>
      <w:pPr>
        <w:jc w:val="right"/>
      </w:pPr>
      <w:r>
        <w:t>اور میں سمجھتا ہوں کہ یہ جو چیز ہے، اسی سے انسان کی ترقی بھی ہوتی ہے۔ مسلسل طور پر انسان کے اندر ایک ایک کشمکش جاری رہتی ہے۔</w:t>
      </w:r>
    </w:p>
    <w:p>
      <w:r>
        <w:rPr>
          <w:b/>
        </w:rPr>
        <w:t xml:space="preserve">[32:04] </w:t>
      </w:r>
      <w:r>
        <w:t>wohi to, wahi to taraqqi ka zariya hai. woh agar woh na ho, woh struggle, yani psychological struggle, woh agar na ho to taraqqi kaise hogi?</w:t>
      </w:r>
    </w:p>
    <w:p>
      <w:pPr>
        <w:jc w:val="right"/>
      </w:pPr>
      <w:r>
        <w:t>وہی تو، وہی تو ترقی کا ذریعہ ہے۔ وہ اگر وہ نہ ہو، وہ اسٹرگل، یعنی سائیکلوجیکل اسٹرگل، وہ اگر نہ ہو تو ترقی کیسے ہوگی؟</w:t>
      </w:r>
    </w:p>
    <w:p>
      <w:r>
        <w:rPr>
          <w:b/>
        </w:rPr>
        <w:t xml:space="preserve">[32:21] </w:t>
      </w:r>
      <w:r>
        <w:t>molana, ek sawal punjab se aaya hai atif qazi sahab ka. unhon ne likha hai ke: "if a daai's family is not supporting him and is against him." to is daai ko kya karna chahiye?</w:t>
      </w:r>
    </w:p>
    <w:p>
      <w:pPr>
        <w:jc w:val="right"/>
      </w:pPr>
      <w:r>
        <w:t>مولانا، ایک سوال پربنی سے آیا ہے عاطف قاضی صاحب کا۔ انہوں نے لکھا ہے کہ: "اف ا دائیز فیملی از ناٹ سپورٹنگ ہم اینڈ از اگینسٹ ہم۔" تو اس دائی کو کیا کرنا چاہیے؟</w:t>
      </w:r>
    </w:p>
    <w:p>
      <w:r>
        <w:rPr>
          <w:b/>
        </w:rPr>
        <w:t xml:space="preserve">[32:44] </w:t>
      </w:r>
      <w:r>
        <w:t>dekhiye, main jo baat kar sakta hoon woh yahi hai ke family agar problem create na kare to woh aap ko support de rahi hai.</w:t>
      </w:r>
    </w:p>
    <w:p>
      <w:pPr>
        <w:jc w:val="right"/>
      </w:pPr>
      <w:r>
        <w:t>دیکھیے، میں جو بات کر سکتا ہوں وہ یہی ہے کہ فیملی اگر پرابلم کریٹ نہ کرے تو وہ آپ کو سپورٹ دے رہی ہے۔</w:t>
      </w:r>
    </w:p>
    <w:p>
      <w:r>
        <w:rPr>
          <w:b/>
        </w:rPr>
        <w:t xml:space="preserve">[32:58] </w:t>
      </w:r>
      <w:r>
        <w:t>aur is cheez ek family create, sab woh family, woh problem create kar rahi hai ke nahi?</w:t>
      </w:r>
    </w:p>
    <w:p>
      <w:pPr>
        <w:jc w:val="right"/>
      </w:pPr>
      <w:r>
        <w:t>اور اس چیز ایک فیملی کریٹ، سب وہ فیملی، وہ پرابلم کریٹ کر رہی ہے کہ نہیں؟</w:t>
      </w:r>
    </w:p>
    <w:p>
      <w:r>
        <w:rPr>
          <w:b/>
        </w:rPr>
        <w:t xml:space="preserve">[33:10] </w:t>
      </w:r>
      <w:r>
        <w:t>agar problem create nahi kar rahi hai to indirect way mein aap ko support kar rahi ho.</w:t>
      </w:r>
    </w:p>
    <w:p>
      <w:pPr>
        <w:jc w:val="right"/>
      </w:pPr>
      <w:r>
        <w:t>اگر پرابلم کریٹ نہیں کر رہی ہے تو ان ڈائریکٹ وے میں آپ کو سپورٹ کر رہی ہو۔</w:t>
      </w:r>
    </w:p>
    <w:p>
      <w:r>
        <w:rPr>
          <w:b/>
        </w:rPr>
        <w:t xml:space="preserve">[33:23] </w:t>
      </w:r>
      <w:r>
        <w:t>aisi cheez hai ke problem family ka mamla bohat hi nazuk hota hai. family agar aap ko problem create karne lage to aap kuch kar nahi sakte.</w:t>
      </w:r>
    </w:p>
    <w:p>
      <w:pPr>
        <w:jc w:val="right"/>
      </w:pPr>
      <w:r>
        <w:t>ایسی چیز ہے کہ پرابلم فیملی کا معاملہ بہت ہی نازک ہوتا ہے۔ فیملی اگر آپ کو پرابلم کریٹ کرنے لگے تو آپ کچھ کر نہیں سکتے۔</w:t>
      </w:r>
    </w:p>
    <w:p>
      <w:r>
        <w:rPr>
          <w:b/>
        </w:rPr>
        <w:t xml:space="preserve">[33:34] </w:t>
      </w:r>
      <w:r>
        <w:t>maulana, in ka sawal to yahi hai ke against hain, in ke matlab problem create kar rahi hai. to aisi surat mein kya karna chahiye? nahi, woh aap, aap mein samajhta hoon ke galat samajh rahe hain ke problem create nahi kar rahi.</w:t>
      </w:r>
    </w:p>
    <w:p>
      <w:pPr>
        <w:jc w:val="right"/>
      </w:pPr>
      <w:r>
        <w:t>مولانا، ان کا سوال تو یہی ہے کہ اگینسٹ ہیں، ان کے مطلب پرابلم کریٹ کر رہی ہے۔ تو ایسی صورت میں کیا کرنا چاہیے؟ نہیں، وہ آپ، آپ میں سمجھتا ہوں کہ غلط سمجھ رہے ہیں کہ پرابلم کریٹ نہیں کر رہی۔</w:t>
      </w:r>
    </w:p>
    <w:p>
      <w:r>
        <w:rPr>
          <w:b/>
        </w:rPr>
        <w:t xml:space="preserve">[33:50] </w:t>
      </w:r>
      <w:r>
        <w:t>problem create nahi kar rahi hai,</w:t>
      </w:r>
    </w:p>
    <w:p>
      <w:pPr>
        <w:jc w:val="right"/>
      </w:pPr>
      <w:r>
        <w:t>پرابلم کریٹ نہیں کر رہی ہے،</w:t>
      </w:r>
    </w:p>
    <w:p>
      <w:r>
        <w:rPr>
          <w:b/>
        </w:rPr>
        <w:t xml:space="preserve">[33:55] </w:t>
      </w:r>
      <w:r>
        <w:t>woh kisi na kisi aitbaar se aap ko support hi kar rahi hai. aap is ko le rahe hain negative sense mein. mera tajurba yahi hai.</w:t>
      </w:r>
    </w:p>
    <w:p>
      <w:pPr>
        <w:jc w:val="right"/>
      </w:pPr>
      <w:r>
        <w:t>وہ کسی نہ کسی اعتبار سے آپ کو سپورٹ ہی کر رہی ہے۔ آپ اس کو لے رہے ہیں نیگیٹیو سینس میں۔ میرا تجربہ یہی ہے۔</w:t>
      </w:r>
    </w:p>
    <w:p>
      <w:r>
        <w:rPr>
          <w:b/>
        </w:rPr>
        <w:t xml:space="preserve">[34:04] </w:t>
      </w:r>
      <w:r>
        <w:t>kitne zindagi ke waqiyat mere hain ke main is ko negative sense mein leta raha hoon. aakhir mein maloom hua ke nahi, yeh to positive tha. to aap apne sambhalne ko review kijiye, phir se sochiye.</w:t>
      </w:r>
    </w:p>
    <w:p>
      <w:pPr>
        <w:jc w:val="right"/>
      </w:pPr>
      <w:r>
        <w:t>کتنے زندگی کے واقعات میرے ہیں کہ میں اس کو نیگیٹیو سینس میں لیتا رہا ہوں۔ آخر میں معلوم ہوا کہ نہیں، یہ تو پازیٹیو تھا۔ تو آپ اپنے سنبھلنے کو ریویو کیجئے، پھر سے سوچیے۔</w:t>
      </w:r>
    </w:p>
    <w:p>
      <w:r>
        <w:rPr>
          <w:b/>
        </w:rPr>
        <w:t xml:space="preserve">[34:20] </w:t>
      </w:r>
      <w:r>
        <w:t>main apne tajurbe ki bina par kar sakta hoon ke maine kitne waqiyat mere zindagi mein ke main is ko negative samajhta raha hoon. baat ko maloom hua ke nahi, to positive tha.</w:t>
      </w:r>
    </w:p>
    <w:p>
      <w:pPr>
        <w:jc w:val="right"/>
      </w:pPr>
      <w:r>
        <w:t>میں اپنے تجربے کی بنا پر کر سکتا ہوں کہ میں نے کتنے واقعات میرے زندگی میں کہ میں اس کو نیگیٹیو سمجھتا رہا ہوں۔ بات کو معلوم ہوا کہ نہیں، تو پازیٹیو تھا۔</w:t>
      </w:r>
    </w:p>
    <w:p>
      <w:r>
        <w:rPr>
          <w:b/>
        </w:rPr>
        <w:t xml:space="preserve">[34:33] </w:t>
      </w:r>
      <w:r>
        <w:t>angle of budget ka farq hota hai. to aap yeh mat tawajjah ke waqeatan woh negative hue.</w:t>
      </w:r>
    </w:p>
    <w:p>
      <w:pPr>
        <w:jc w:val="right"/>
      </w:pPr>
      <w:r>
        <w:t>اینگل اف بجٹ کا فرق ہوتا ہے۔ تو آپ یہ مت توجہ کہ واقعتا وہ نیگیٹیو ہوئے۔</w:t>
      </w:r>
    </w:p>
    <w:p>
      <w:r>
        <w:rPr>
          <w:b/>
        </w:rPr>
        <w:t xml:space="preserve">[34:43] </w:t>
      </w:r>
      <w:r>
        <w:t>ain mumkin hai ke woh positive ho apne result ke aitbaar se.</w:t>
      </w:r>
    </w:p>
    <w:p>
      <w:pPr>
        <w:jc w:val="right"/>
      </w:pPr>
      <w:r>
        <w:t>عین ممکن ہے کہ وہ پازیٹیو ہو اپنے رزلٹ کے اعتبار سے۔</w:t>
      </w:r>
    </w:p>
    <w:p>
      <w:r>
        <w:rPr>
          <w:b/>
        </w:rPr>
        <w:t xml:space="preserve">[34:50] </w:t>
      </w:r>
      <w:r>
        <w:t>maulana, agar problem create kare to kya dua karni chahiye insaan ko? dua to hamesha hi karna hai ke woh support kar raha hoon, tab bhi</w:t>
      </w:r>
    </w:p>
    <w:p>
      <w:pPr>
        <w:jc w:val="right"/>
      </w:pPr>
      <w:r>
        <w:t>مولانا، اگر پرابلم کریٹ کرے تو کیا دعا کرنی چاہیے انسان کو؟ دعا تو ہمیشہ ہی کرنا ہے کہ وہ سپورٹ کر رہا ہوں، تب بھی</w:t>
      </w:r>
    </w:p>
    <w:p>
      <w:r>
        <w:rPr>
          <w:b/>
        </w:rPr>
        <w:t xml:space="preserve">[35:02] </w:t>
      </w:r>
      <w:r>
        <w:t>dua to hamesha hi kar karna hai. maulana, aaj ke aap ke lecture ne, poore lecture ne bohat khauf jaga diya hai aakhirat ka.</w:t>
      </w:r>
    </w:p>
    <w:p>
      <w:pPr>
        <w:jc w:val="right"/>
      </w:pPr>
      <w:r>
        <w:t>دعا تو ہمیشہ ہی کر کرنا ہے۔ مولانا، آج کے آپ کے لیکچر نے، پورے لیکچر نے بہت خوف جگا دیا ہے آخرت کا۔</w:t>
      </w:r>
    </w:p>
    <w:p>
      <w:r>
        <w:rPr>
          <w:b/>
        </w:rPr>
        <w:t xml:space="preserve">[35:13] </w:t>
      </w:r>
      <w:r>
        <w:t>aur matlab mein bohat dar raha tha sunte hue aakhirat ke manzar ko le ke ke agar hum sirf kaam hi kar rahe hain to andha dhund bas kaam kar rahe hain.</w:t>
      </w:r>
    </w:p>
    <w:p>
      <w:pPr>
        <w:jc w:val="right"/>
      </w:pPr>
      <w:r>
        <w:t>اور مطلب میں بہت ڈر رہا تھا سنتے ہوئے آخرت کے منظر کو لے کے کہ اگر ہم صرف کام ہی کر رہے ہیں تو اندھا دھند بس کام کر رہے ہیں۔</w:t>
      </w:r>
    </w:p>
    <w:p>
      <w:r>
        <w:rPr>
          <w:b/>
        </w:rPr>
        <w:t xml:space="preserve">[35:22] </w:t>
      </w:r>
      <w:r>
        <w:t>aur hum agar Allah ki realization nahi kar rahe to bohat bari problem mein phans jayenge.</w:t>
      </w:r>
    </w:p>
    <w:p>
      <w:pPr>
        <w:jc w:val="right"/>
      </w:pPr>
      <w:r>
        <w:t>اور ہم اگر اللہ کی ریلیزیشن نہیں کر رہے تو بہت بڑی پرابلم میں پھنس جائیں گے۔</w:t>
      </w:r>
    </w:p>
    <w:p>
      <w:r>
        <w:rPr>
          <w:b/>
        </w:rPr>
        <w:t xml:space="preserve">[35:29] </w:t>
      </w:r>
      <w:r>
        <w:t>to jab se maine Alhamdulillah yahan pe CPS mein Quran distribution karna shuru kiya hai</w:t>
      </w:r>
    </w:p>
    <w:p>
      <w:pPr>
        <w:jc w:val="right"/>
      </w:pPr>
      <w:r>
        <w:t>تو جب سے میں نے الحمدللہ یہاں پہ سی پی ایس میں قرآن ڈسٹریبیوشن کرنا شروع کیا ہے</w:t>
      </w:r>
    </w:p>
    <w:p>
      <w:r>
        <w:rPr>
          <w:b/>
        </w:rPr>
        <w:t xml:space="preserve">[35:34] </w:t>
      </w:r>
      <w:r>
        <w:t>aur dua karni shuru kar di hai marifat ki hasil karne ki, to mere liye yeh solution nikal</w:t>
      </w:r>
    </w:p>
    <w:p>
      <w:pPr>
        <w:jc w:val="right"/>
      </w:pPr>
      <w:r>
        <w:t>اور دعا کرنی شروع کر دی ہے معرفت کی حاصل کرنے کی، تو میرے لیے یہ سولیوشن نکل</w:t>
      </w:r>
    </w:p>
    <w:p>
      <w:r>
        <w:rPr>
          <w:b/>
        </w:rPr>
        <w:t xml:space="preserve">[35:39] </w:t>
      </w:r>
      <w:r>
        <w:t>kar aaya hai ke mujhe</w:t>
      </w:r>
    </w:p>
    <w:p>
      <w:pPr>
        <w:jc w:val="right"/>
      </w:pPr>
      <w:r>
        <w:t>کر آیا ہے کہ مجھے</w:t>
      </w:r>
    </w:p>
    <w:p>
      <w:r>
        <w:rPr>
          <w:b/>
        </w:rPr>
        <w:t xml:space="preserve">[35:42] </w:t>
      </w:r>
      <w:r>
        <w:t>marifat hasil hoti hai agar hum Quran distribution karen, Allah ka kaam karen, aur hum saath mein dua</w:t>
      </w:r>
    </w:p>
    <w:p>
      <w:pPr>
        <w:jc w:val="right"/>
      </w:pPr>
      <w:r>
        <w:t>معرفت حاصل ہوتی ہے اگر ہم قرآن ڈسٹریبیوشن کریں، اللہ کا کام کریں، اور ہم ساتھ میں دعا</w:t>
      </w:r>
    </w:p>
    <w:p>
      <w:r>
        <w:rPr>
          <w:b/>
        </w:rPr>
        <w:t xml:space="preserve">[35:48] </w:t>
      </w:r>
      <w:r>
        <w:t>bhi karte rahen ke Allah taala to use qabool kar aur hamein apni marifat mein shamil kar.</w:t>
      </w:r>
    </w:p>
    <w:p>
      <w:pPr>
        <w:jc w:val="right"/>
      </w:pPr>
      <w:r>
        <w:t>بھی کرتے رہیں کہ اللہ تعالی تو اسے قبول کر اور ہمیں اپنی معرفت میں شامل کر۔</w:t>
      </w:r>
    </w:p>
    <w:p>
      <w:r>
        <w:rPr>
          <w:b/>
        </w:rPr>
        <w:t xml:space="preserve">[35:55] </w:t>
      </w:r>
      <w:r>
        <w:t>to CPS mein aane ke baad mujhe yeh cheez feel hui hai, Allah ki marifat, jannat ki marifat. yeh mere sath hua hai, tabhi main bata raha hoon. aur I guess as a CPS member, yeh meri ek responsibility bhi banti hai ke main aaj jo mere CPS ke known members hain, jo jin se main communication karta hoon, main un se puchun matlab ke aap ne kya aaj ka lecture attend kiya ya nahi?</w:t>
      </w:r>
    </w:p>
    <w:p>
      <w:pPr>
        <w:jc w:val="right"/>
      </w:pPr>
      <w:r>
        <w:t>تو سی پی ایس میں آنے کے بعد مجھے یہ چیز فیل ہوئی ہے، اللہ کی معرفت، جنت کی معرفت۔ یہ میرے ساتھ ہوا ہے، تبھی میں بتا رہا ہوں۔ اور آئی گیس ایز ا سی پی ایس ممبر، یہ میری ایک ریسپانسبیلٹی بھی بنتی ہے کہ میں آج جو میرے سی پی ایس کے نون ممبرز ہیں، جو جن سے میں کمیونیکیشن کرتا ہوں، میں ان سے پوچھوں مطلب کہ آپ نے کیا آج کا لیکچر اٹینڈ کیا یا نہیں؟</w:t>
      </w:r>
    </w:p>
    <w:p>
      <w:r>
        <w:rPr>
          <w:b/>
        </w:rPr>
        <w:t xml:space="preserve">[36:21] </w:t>
      </w:r>
      <w:r>
        <w:t>kyun ke aaj ka lecture sab tak pahunchana bohat zaroori zaroori hai. kyun ke kaam karna sirf important nahi hai, hamein Allah ki marifat bhi hasil karni hai. aaj se maine yeh seekha.</w:t>
      </w:r>
    </w:p>
    <w:p>
      <w:pPr>
        <w:jc w:val="right"/>
      </w:pPr>
      <w:r>
        <w:t>کیونکہ آج کا لیکچر سب تک پہنچانا بہت ضروری ضروری ہے۔ کیونکہ کام کرنا صرف امپورٹنٹ نہیں ہے، ہمیں اللہ کی معرفت بھی حاصل کرنی ہے۔ آج سے میں نے یہ سیکھا۔</w:t>
      </w:r>
    </w:p>
    <w:p>
      <w:r>
        <w:rPr>
          <w:b/>
        </w:rPr>
        <w:t xml:space="preserve">[36:31] </w:t>
      </w:r>
      <w:r>
        <w:t>to hamein aaj shayad hum CPS ke members ko ek doosre se contact karna chahiye ke aaj aaj ka lecture agar aap ne miss kara to hum problem mein ja sakte hain.</w:t>
      </w:r>
    </w:p>
    <w:p>
      <w:pPr>
        <w:jc w:val="right"/>
      </w:pPr>
      <w:r>
        <w:t>تو ہمیں آج شاید ہم سی پی ایس کے ممبرز کو ایک دوسرے سے کانٹیکٹ کرنا چاہیے کہ آج آج کا لیکچر اگر آپ نے مس کرا تو ہم پرابلم میں جا سکتے ہیں۔</w:t>
      </w:r>
    </w:p>
    <w:p>
      <w:r>
        <w:rPr>
          <w:b/>
        </w:rPr>
        <w:t xml:space="preserve">[36:41] </w:t>
      </w:r>
      <w:r>
        <w:t>kyun ke hamein yahi nahi pata chalega ke agar hum Allah ki marifat hasil nahi kar rahe kaam ke sath sath, to yeh hamare liye problem deh cheez ho sakti hai aakhirat mein.</w:t>
      </w:r>
    </w:p>
    <w:p>
      <w:pPr>
        <w:jc w:val="right"/>
      </w:pPr>
      <w:r>
        <w:t>کیونکہ ہمیں یہی نہیں پتہ چلے گا کہ اگر ہم اللہ کی معرفت حاصل نہیں کر رہے کام کے ساتھ ساتھ، تو یہ ہمارے لیے پرابلم دہ چیز ہو سکتی ہے آخرت میں۔</w:t>
      </w:r>
    </w:p>
    <w:p>
      <w:r>
        <w:rPr>
          <w:b/>
        </w:rPr>
        <w:t xml:space="preserve">[36:52] </w:t>
      </w:r>
      <w:r>
        <w:t>maulana, ek sawal poochna chahta hoon main. jab bhi kabhi hum death ki news sunte hain ya kabhi death dekhte hain, to ek sense of fear hamare andar develop ho jata hai.</w:t>
      </w:r>
    </w:p>
    <w:p>
      <w:pPr>
        <w:jc w:val="right"/>
      </w:pPr>
      <w:r>
        <w:t>مولانا، ایک سوال پوچھنا چاہتا ہوں میں۔ جب بھی کبھی ہم ڈیتھ کی نیوز سنتے ہیں یا کبھی ڈیتھ دیکھتے ہیں، تو ایک سینس آف فیئر ہمارے اندر ڈیولپ ہو جاتا ہے۔</w:t>
      </w:r>
    </w:p>
    <w:p>
      <w:r>
        <w:rPr>
          <w:b/>
        </w:rPr>
        <w:t xml:space="preserve">[37:07] </w:t>
      </w:r>
      <w:r>
        <w:t>aur is ka jo impact rehta hai, woh kuch waqt tak rehta hai. lekin kuch waqt ke baad woh sense, woh jo feeling hoti hai, is ka impact khatam ho jata hai.</w:t>
      </w:r>
    </w:p>
    <w:p>
      <w:pPr>
        <w:jc w:val="right"/>
      </w:pPr>
      <w:r>
        <w:t>اور اس کا جو امپیکٹ رہتا ہے، وہ کچھ وقت تک رہتا ہے۔ لیکن کچھ وقت کے بعد وہ سینس، وہ جو فیلنگ ہوتی ہے، اس کا امپیکٹ ختم ہو جاتا ہے۔</w:t>
      </w:r>
    </w:p>
    <w:p>
      <w:r>
        <w:rPr>
          <w:b/>
        </w:rPr>
        <w:t xml:space="preserve">[37:17] </w:t>
      </w:r>
      <w:r>
        <w:t>maulana, to main janna chahta hoon ke yeh jo impact khatam hota hai, woh law of nature hai ke woh insaan ka khud ka unawareness hai.</w:t>
      </w:r>
    </w:p>
    <w:p>
      <w:pPr>
        <w:jc w:val="right"/>
      </w:pPr>
      <w:r>
        <w:t>مولانا، تو میں جاننا چاہتا ہوں کہ یہ جو امپیکٹ ختم ہوتا ہے، وہ لاء آف نیچر ہے کہ وہ انسان کا خود کا اناویرنس ہے۔</w:t>
      </w:r>
    </w:p>
    <w:p>
      <w:r>
        <w:rPr>
          <w:b/>
        </w:rPr>
        <w:t xml:space="preserve">[37:27] </w:t>
      </w:r>
      <w:r>
        <w:t>maulana, bhai mujhe to poori time hi rehta hai, bachpan se ab tak ke waqiyat jo hain, mujhe sab yaad hain.</w:t>
      </w:r>
    </w:p>
    <w:p>
      <w:pPr>
        <w:jc w:val="right"/>
      </w:pPr>
      <w:r>
        <w:t>مولانا، بھئی مجھے تو پوری ٹائم ہی رہتا ہے، بچپن سے اب تک کے واقعات جو ہیں، مجھے سب یاد ہیں۔</w:t>
      </w:r>
    </w:p>
    <w:p>
      <w:r>
        <w:rPr>
          <w:b/>
        </w:rPr>
        <w:t xml:space="preserve">[37:42] </w:t>
      </w:r>
      <w:r>
        <w:t>meri maa ka intaqal, mere baap ka intaqal, meri behan ka intaqal, woh sab abhi apni meri view mein mere pe aksar mein revive karta hoon, revive karta hoon.</w:t>
      </w:r>
    </w:p>
    <w:p>
      <w:pPr>
        <w:jc w:val="right"/>
      </w:pPr>
      <w:r>
        <w:t>میری ماں کا انتقال، میرے باپ کا انتقال، میری بہن کا انتقال، وہ سب ابھی اپنی میری ویو میں میرے پہ اکثر میں ریوائیو کرتا ہوں، ریوائیو کرتا ہوں۔</w:t>
      </w:r>
    </w:p>
    <w:p>
      <w:r>
        <w:rPr>
          <w:b/>
        </w:rPr>
        <w:t xml:space="preserve">[38:01] </w:t>
      </w:r>
      <w:r>
        <w:t>yeh to barah khasa sahi baat nahi hai.</w:t>
      </w:r>
    </w:p>
    <w:p>
      <w:pPr>
        <w:jc w:val="right"/>
      </w:pPr>
      <w:r>
        <w:t>یہ تو براہ خاصہ صحیح بات نہیں ہے۔</w:t>
      </w:r>
    </w:p>
    <w:p>
      <w:r>
        <w:rPr>
          <w:b/>
        </w:rPr>
        <w:t xml:space="preserve">[38:07] </w:t>
      </w:r>
      <w:r>
        <w:t>maulana, to in ka sawal hai ke baqi log kyun nahi is ehsaas ko barqarar rakh paate hain? to to moti ki baat kya hai?</w:t>
      </w:r>
    </w:p>
    <w:p>
      <w:pPr>
        <w:jc w:val="right"/>
      </w:pPr>
      <w:r>
        <w:t>مولانا، تو ان کا سوال ہے کہ باقی لوگ کیوں نہیں اس احساس کو برقرار رکھ پاتے ہیں؟ تو تو موتی کی بات کیا ہے؟</w:t>
      </w:r>
    </w:p>
    <w:p>
      <w:r>
        <w:rPr>
          <w:b/>
        </w:rPr>
        <w:t xml:space="preserve">[38:18] </w:t>
      </w:r>
      <w:r>
        <w:t>beshtar log zyada sochte nahin hain. bas aise hi, misaal ke taur par aaj dekhiye, aaj kya hua? ek metropolitan city mein ek program tha CPS ka.</w:t>
      </w:r>
    </w:p>
    <w:p>
      <w:pPr>
        <w:jc w:val="right"/>
      </w:pPr>
      <w:r>
        <w:t>بیشتر لوگ زیادہ سوچتے نہیں ہیں۔ بس ایسے ہی، مثلاً آج دیکھیے، آج کیا ہوا؟ ایک میٹروپولیٹن سٹی میں ایک پروگرام تھا سی پی ایس کا۔</w:t>
      </w:r>
    </w:p>
    <w:p>
      <w:r>
        <w:rPr>
          <w:b/>
        </w:rPr>
        <w:t xml:space="preserve">[38:36] </w:t>
      </w:r>
      <w:r>
        <w:t>to wahan ke ek sahab jo hain, un ko program mein invite nahin kiya gaya tha. to woh nahin gaye.</w:t>
      </w:r>
    </w:p>
    <w:p>
      <w:pPr>
        <w:jc w:val="right"/>
      </w:pPr>
      <w:r>
        <w:t>تو وہاں کے ایک صاحب جو ہیں، ان کو پروگرام میں انوائٹ نہیں کیا گیا تھا۔ تو وہ نہیں گئے۔</w:t>
      </w:r>
    </w:p>
    <w:p>
      <w:r>
        <w:rPr>
          <w:b/>
        </w:rPr>
        <w:t xml:space="preserve">[38:45] </w:t>
      </w:r>
      <w:r>
        <w:t>mujh ko maloom hua. to main ne telephone kiya un ko. aaj hi ki baat hai. main ne kaha ke aap ne jo kiya, woh team speed ke mutabiq nahin tha.</w:t>
      </w:r>
    </w:p>
    <w:p>
      <w:pPr>
        <w:jc w:val="right"/>
      </w:pPr>
      <w:r>
        <w:t>مجھ کو معلوم ہوا۔ تو میں نے ٹیلی فون کیا ان کو۔ آج ہی کی بات ہے۔ میں نے کہا کہ آپ نے جو کیا، وہ ٹیم اسپیڈ کے مطابق نہیں تھا۔</w:t>
      </w:r>
    </w:p>
    <w:p>
      <w:r>
        <w:rPr>
          <w:b/>
        </w:rPr>
        <w:t xml:space="preserve">[38:58] </w:t>
      </w:r>
      <w:r>
        <w:t>aap ko jump kar ke pahunchna chahiye. wait!</w:t>
      </w:r>
    </w:p>
    <w:p>
      <w:pPr>
        <w:jc w:val="right"/>
      </w:pPr>
      <w:r>
        <w:t>آپ کو جمپ کر کے پہنچنا چاہیے۔ ویٹ!</w:t>
      </w:r>
    </w:p>
    <w:p>
      <w:r>
        <w:rPr>
          <w:b/>
        </w:rPr>
        <w:t xml:space="preserve">[39:01] </w:t>
      </w:r>
      <w:r>
        <w:t>ab aap wait nahin kar rahe ke aap ko invite kiya jae. jab program aap hi ki team ke log wahan bulaye gaye the, to aap team ke doosre log bulaye gaye the.</w:t>
      </w:r>
    </w:p>
    <w:p>
      <w:pPr>
        <w:jc w:val="right"/>
      </w:pPr>
      <w:r>
        <w:t>اب آپ ویٹ نہیں کر رہے کہ آپ کو انوائٹ کیا جائے۔ جب پروگرام آپ ہی کی ٹیم کے لوگ وہاں بلائے گئے تھے، تو آپ ٹیم کے دوسرے لوگ بلائے گئے تھے۔</w:t>
      </w:r>
    </w:p>
    <w:p>
      <w:r>
        <w:rPr>
          <w:b/>
        </w:rPr>
        <w:t xml:space="preserve">[39:15] </w:t>
      </w:r>
      <w:r>
        <w:t>woh gaye team ke ek sahab ke paas. nahin aaya tha introduction, to woh nahin gaya. main ne kaha yeh kya? team ka matlab hai ek excuse mat lijiye.</w:t>
      </w:r>
    </w:p>
    <w:p>
      <w:pPr>
        <w:jc w:val="right"/>
      </w:pPr>
      <w:r>
        <w:t>وہ گئے ٹیم کے ایک صاحب کے پاس۔ نہیں آیا تھا انٹرویوشن، تو وہ نہیں گیا۔ میں نے کہا یہ کیا؟ ٹیم کا مطلب ہے ایک ایکسکیوز مت لیجئے۔</w:t>
      </w:r>
    </w:p>
    <w:p>
      <w:r>
        <w:rPr>
          <w:b/>
        </w:rPr>
        <w:t xml:space="preserve">[39:27] </w:t>
      </w:r>
      <w:r>
        <w:t>jahan mauqa ho, jab tak pahunchiye.</w:t>
      </w:r>
    </w:p>
    <w:p>
      <w:pPr>
        <w:jc w:val="right"/>
      </w:pPr>
      <w:r>
        <w:t>جہاں موقع ہو، جب تک پہنچیے۔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