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Intellectual awakening 30 sept, 2007 - Maulana Wahiduddin Khan</w:t>
      </w:r>
    </w:p>
    <w:p>
      <w:r>
        <w:t>https://www.youtube.com/watch?v=SaIe6RpHEpg</w:t>
      </w:r>
    </w:p>
    <w:p>
      <w:r>
        <w:rPr>
          <w:b/>
        </w:rPr>
        <w:t xml:space="preserve">[00:13] </w:t>
      </w:r>
      <w:r>
        <w:t>wasalli Allahu ala nabiyyil karim. Rabbi-shrahli sadri, wa yassirli amri, wahlul uqdatam-mil-lisani,</w:t>
      </w:r>
    </w:p>
    <w:p>
      <w:pPr>
        <w:jc w:val="right"/>
      </w:pPr>
      <w:r>
        <w:t>وصلی اللہ علی النبی الکریم۔ رب اشرح لی صدری، ویسر لی امری، واحل العقدۃ من لسانی،</w:t>
      </w:r>
    </w:p>
    <w:p>
      <w:r>
        <w:rPr>
          <w:b/>
        </w:rPr>
        <w:t xml:space="preserve">[00:27] </w:t>
      </w:r>
      <w:r>
        <w:t>yaf-qahu qawli.</w:t>
      </w:r>
    </w:p>
    <w:p>
      <w:pPr>
        <w:jc w:val="right"/>
      </w:pPr>
      <w:r>
        <w:t>یفقہ قولی۔</w:t>
      </w:r>
    </w:p>
    <w:p>
      <w:r>
        <w:rPr>
          <w:b/>
        </w:rPr>
        <w:t xml:space="preserve">[00:34] </w:t>
      </w:r>
      <w:r>
        <w:t>aaj ka topic hai:</w:t>
      </w:r>
    </w:p>
    <w:p>
      <w:pPr>
        <w:jc w:val="right"/>
      </w:pPr>
      <w:r>
        <w:t>آج کا ٹاپک ہے:</w:t>
      </w:r>
    </w:p>
    <w:p>
      <w:r>
        <w:rPr>
          <w:b/>
        </w:rPr>
        <w:t xml:space="preserve">[00:38] </w:t>
      </w:r>
      <w:r>
        <w:t>"the importance of intellectual awakening".</w:t>
      </w:r>
    </w:p>
    <w:p>
      <w:pPr>
        <w:jc w:val="right"/>
      </w:pPr>
      <w:r>
        <w:t>"دا امپورٹنس آف انٹلیکچول اویکننگ"۔</w:t>
      </w:r>
    </w:p>
    <w:p>
      <w:r>
        <w:rPr>
          <w:b/>
        </w:rPr>
        <w:t xml:space="preserve">[00:45] </w:t>
      </w:r>
      <w:r>
        <w:t>the importance of intellectual awakening. yaani zehni bedari ki ahmiyat.</w:t>
      </w:r>
    </w:p>
    <w:p>
      <w:pPr>
        <w:jc w:val="right"/>
      </w:pPr>
      <w:r>
        <w:t>دا امپورٹنس آف انٹلیکچول اویکننگ۔ یعنی ذہنی بیداری کی اہمیت۔</w:t>
      </w:r>
    </w:p>
    <w:p>
      <w:r>
        <w:rPr>
          <w:b/>
        </w:rPr>
        <w:t xml:space="preserve">[00:58] </w:t>
      </w:r>
      <w:r>
        <w:t>dekhiye, is dunya mein sab kuch</w:t>
      </w:r>
    </w:p>
    <w:p>
      <w:pPr>
        <w:jc w:val="right"/>
      </w:pPr>
      <w:r>
        <w:t>دیکھیے، اس دنیا میں سب کچھ</w:t>
      </w:r>
    </w:p>
    <w:p>
      <w:r>
        <w:rPr>
          <w:b/>
        </w:rPr>
        <w:t xml:space="preserve">[01:05] </w:t>
      </w:r>
      <w:r>
        <w:t>zehni bedari par depend karta hai.</w:t>
      </w:r>
    </w:p>
    <w:p>
      <w:pPr>
        <w:jc w:val="right"/>
      </w:pPr>
      <w:r>
        <w:t>ذہنی بیداری پر ڈیپینڈ کرتا ہے۔</w:t>
      </w:r>
    </w:p>
    <w:p>
      <w:r>
        <w:rPr>
          <w:b/>
        </w:rPr>
        <w:t xml:space="preserve">[01:10] </w:t>
      </w:r>
      <w:r>
        <w:t>jo log intellectually awakened hon, wohi sach much to insan hain. aur jo log intellectually awakened na hon, woh just like animal hain.</w:t>
      </w:r>
    </w:p>
    <w:p>
      <w:pPr>
        <w:jc w:val="right"/>
      </w:pPr>
      <w:r>
        <w:t>جو لوگ انٹلیکچولی اویکنڈ ہوں، وہی سچ مچ تو انسان ہیں۔ اور جو لوگ انٹلیکچولی اویکنڈ نہ ہوں، وہ جسٹ لائک اینیمل ہیں۔</w:t>
      </w:r>
    </w:p>
    <w:p>
      <w:r>
        <w:rPr>
          <w:b/>
        </w:rPr>
        <w:t xml:space="preserve">[01:27] </w:t>
      </w:r>
      <w:r>
        <w:t>dekhiye, abhi main aa raha tha to rastay mein road par ek dog baitha hua tha, sunlight mein.</w:t>
      </w:r>
    </w:p>
    <w:p>
      <w:pPr>
        <w:jc w:val="right"/>
      </w:pPr>
      <w:r>
        <w:t>دیکھیے، ابھی میں آ رہا تھا تو راستے میں روڈ پر ایک ڈاگ بیٹھا ہوا تھا، سن لائٹ میں۔</w:t>
      </w:r>
    </w:p>
    <w:p>
      <w:r>
        <w:rPr>
          <w:b/>
        </w:rPr>
        <w:t xml:space="preserve">[01:43] </w:t>
      </w:r>
      <w:r>
        <w:t>woh sunlight, yaani suraj ki garmi le raha tha, bohat itminan se road ke kinare woh leta hua tha.</w:t>
      </w:r>
    </w:p>
    <w:p>
      <w:pPr>
        <w:jc w:val="right"/>
      </w:pPr>
      <w:r>
        <w:t>وہ سن لائٹ، یعنی سورج کی گرمی لے رہا تھا، بہت اطمینان سے روڈ کے کنارے وہ لیٹا ہوا تھا۔</w:t>
      </w:r>
    </w:p>
    <w:p>
      <w:r>
        <w:rPr>
          <w:b/>
        </w:rPr>
        <w:t xml:space="preserve">[01:55] </w:t>
      </w:r>
      <w:r>
        <w:t>to main ne socha, yeh sunlight jo hai, suraj ki roshni, suraj ki garmi, ek dog bhi le raha hai aur ek insan bhi leta hai,</w:t>
      </w:r>
    </w:p>
    <w:p>
      <w:pPr>
        <w:jc w:val="right"/>
      </w:pPr>
      <w:r>
        <w:t>تو میں نے سوچا، یہ سن لائٹ جو ہے، سورج کی روشنی، سورج کی گرمی، ایک ڈاگ بھی لے رہا ہے اور ایک انسان بھی لیتا ہے،</w:t>
      </w:r>
    </w:p>
    <w:p>
      <w:r>
        <w:rPr>
          <w:b/>
        </w:rPr>
        <w:t xml:space="preserve">[02:09] </w:t>
      </w:r>
      <w:r>
        <w:t>to kya difference hai dog mein aur insan mein?</w:t>
      </w:r>
    </w:p>
    <w:p>
      <w:pPr>
        <w:jc w:val="right"/>
      </w:pPr>
      <w:r>
        <w:t>تو کیا ڈیفرنس ہے ڈاگ میں اور انسان میں؟</w:t>
      </w:r>
    </w:p>
    <w:p>
      <w:r>
        <w:rPr>
          <w:b/>
        </w:rPr>
        <w:t xml:space="preserve">[02:16] </w:t>
      </w:r>
      <w:r>
        <w:t>difference yahi hai ke dog ko kuch bhi pata nahin.</w:t>
      </w:r>
    </w:p>
    <w:p>
      <w:pPr>
        <w:jc w:val="right"/>
      </w:pPr>
      <w:r>
        <w:t>ڈیفرنس یہی ہے کہ ڈاگ کو کچھ بھی پتہ نہیں۔</w:t>
      </w:r>
    </w:p>
    <w:p>
      <w:r>
        <w:rPr>
          <w:b/>
        </w:rPr>
        <w:t xml:space="preserve">[02:26] </w:t>
      </w:r>
      <w:r>
        <w:t>yaani in terms of intellectual awareness, woh kuch bhi nahin janta. lekin insan jo hai, yeh janta hai ke suraj kya hai</w:t>
      </w:r>
    </w:p>
    <w:p>
      <w:pPr>
        <w:jc w:val="right"/>
      </w:pPr>
      <w:r>
        <w:t>یعنی ان ٹرم آف انٹلیکچول اویرنس، وہ کچھ بھی نہیں جانتا۔ لیکن انسان جو ہے، یہ جانتا ہے کہ سورج کیا ہے</w:t>
      </w:r>
    </w:p>
    <w:p>
      <w:r>
        <w:rPr>
          <w:b/>
        </w:rPr>
        <w:t xml:space="preserve">[02:45] </w:t>
      </w:r>
      <w:r>
        <w:t>aur kis tarah is ki heat aur light hamare liye bohat zyada useful hai. sara solar system jo woh janta hai,</w:t>
      </w:r>
    </w:p>
    <w:p>
      <w:pPr>
        <w:jc w:val="right"/>
      </w:pPr>
      <w:r>
        <w:t>اور کس طرح اس کی ہیٹ اور لائٹ ہمارے لیے بہت زیادہ یوزفل ہے۔ سارا سولر سسٹم جو وہ جانتا ہے،</w:t>
      </w:r>
    </w:p>
    <w:p>
      <w:r>
        <w:rPr>
          <w:b/>
        </w:rPr>
        <w:t xml:space="preserve">[03:00] </w:t>
      </w:r>
      <w:r>
        <w:t>is ka matlab kya hua? ke dog ka response kuch bhi nahin hoga. jab intellectually woh is se aagah nahin hai ke sun kya hai, light kya hai, is ki heat kya hai,</w:t>
      </w:r>
    </w:p>
    <w:p>
      <w:pPr>
        <w:jc w:val="right"/>
      </w:pPr>
      <w:r>
        <w:t>اس کا مطلب کیا ہوا؟ کہ ڈاگ کا رسپانس کچھ بھی نہیں ہوگا۔ جب انٹلیکچولی وہ اس سے آگاہ نہیں ہے کہ سن کیا ہے، لائٹ کیا ہے، اس کی ہیٹ کیا ہے،</w:t>
      </w:r>
    </w:p>
    <w:p>
      <w:r>
        <w:rPr>
          <w:b/>
        </w:rPr>
        <w:t xml:space="preserve">[03:18] </w:t>
      </w:r>
      <w:r>
        <w:t>to woh bas is se faida uthaye ga aur kuch dair ke baad chala jae ga wahan se. lekin insan jo hai, woh response deta hai.</w:t>
      </w:r>
    </w:p>
    <w:p>
      <w:pPr>
        <w:jc w:val="right"/>
      </w:pPr>
      <w:r>
        <w:t>تو وہ بس اس سے فائدہ اٹھائے گا اور کچھ دیر کے بعد چلا جائے گا وہاں سے۔ لیکن انسان جو ہے، وہ رسپانس دیتا ہے۔</w:t>
      </w:r>
    </w:p>
    <w:p>
      <w:r>
        <w:rPr>
          <w:b/>
        </w:rPr>
        <w:t xml:space="preserve">[03:29] </w:t>
      </w:r>
      <w:r>
        <w:t>response kis baat ka? shukr ka response. aur is discover karta hai ke koi God hai jis ne itne zyada meaningful solar system ko banaya.</w:t>
      </w:r>
    </w:p>
    <w:p>
      <w:pPr>
        <w:jc w:val="right"/>
      </w:pPr>
      <w:r>
        <w:t>رسپانس کس بات کا؟ شکر کا رسپانس۔ اور اس ڈسکور کرتا ہے کہ کوئی گاڈ ہے جس نے اتنے زیادہ میننگ فل سولر سسٹم کو بنایا۔</w:t>
      </w:r>
    </w:p>
    <w:p>
      <w:r>
        <w:rPr>
          <w:b/>
        </w:rPr>
        <w:t xml:space="preserve">[03:46] </w:t>
      </w:r>
      <w:r>
        <w:t>lekin daag ko kuch bhi pata nahi hai. daag koi intellectual response nahi deta. isi liye daag ke liye paradise nahi hai.</w:t>
      </w:r>
    </w:p>
    <w:p>
      <w:pPr>
        <w:jc w:val="right"/>
      </w:pPr>
      <w:r>
        <w:t>لیکن ڈاگ کو کچھ بھی پتہ نہیں۔ ڈاگ کوئی انٹلیکچول رسپانس نہیں دیتا۔ اسی لیے ڈاگ کے لیے پیراڈائز نہیں ہے۔</w:t>
      </w:r>
    </w:p>
    <w:p>
      <w:r>
        <w:rPr>
          <w:b/>
        </w:rPr>
        <w:t xml:space="preserve">[03:57] </w:t>
      </w:r>
      <w:r>
        <w:t>paradise insaan ke liye hai.</w:t>
      </w:r>
    </w:p>
    <w:p>
      <w:pPr>
        <w:jc w:val="right"/>
      </w:pPr>
      <w:r>
        <w:t>پیراڈائز انسان کے لیے ہے۔</w:t>
      </w:r>
    </w:p>
    <w:p>
      <w:r>
        <w:rPr>
          <w:b/>
        </w:rPr>
        <w:t xml:space="preserve">[04:01] </w:t>
      </w:r>
      <w:r>
        <w:t>sach poochein to isi response par paradise ka haqdar banta hai koi insaan.</w:t>
      </w:r>
    </w:p>
    <w:p>
      <w:pPr>
        <w:jc w:val="right"/>
      </w:pPr>
      <w:r>
        <w:t>سچ پوچھیں تو اسی رسپانس پر پیراڈائز کا حقدار بنتا ہے کوئی انسان۔</w:t>
      </w:r>
    </w:p>
    <w:p>
      <w:r>
        <w:rPr>
          <w:b/>
        </w:rPr>
        <w:t xml:space="preserve">[04:11] </w:t>
      </w:r>
      <w:r>
        <w:t>to jo aadmi</w:t>
      </w:r>
    </w:p>
    <w:p>
      <w:pPr>
        <w:jc w:val="right"/>
      </w:pPr>
      <w:r>
        <w:t>تو جو آدمی</w:t>
      </w:r>
    </w:p>
    <w:p>
      <w:r>
        <w:rPr>
          <w:b/>
        </w:rPr>
        <w:t xml:space="preserve">[04:15] </w:t>
      </w:r>
      <w:r>
        <w:t>like an animal duniya mein jiye, woh khaye piye aur phir mar jaye. yeh kehte hain aaj kal ke bhai, paisa kamao, enjoy karo, paisa kamao, enjoy karo.</w:t>
      </w:r>
    </w:p>
    <w:p>
      <w:pPr>
        <w:jc w:val="right"/>
      </w:pPr>
      <w:r>
        <w:t>لائک این اینیمل دنیا میں جیے، وہ کھائے پیئے اور پھر مر جائے۔ یہ کہتے ہیں آج کل کے بھئی، پیسہ کماؤ، انجوائے کرو، پیسہ کماؤ، انجوائے کرو۔</w:t>
      </w:r>
    </w:p>
    <w:p>
      <w:r>
        <w:rPr>
          <w:b/>
        </w:rPr>
        <w:t xml:space="preserve">[04:29] </w:t>
      </w:r>
      <w:r>
        <w:t>yeh hai living just like an animal. aise logon ke liye paradise nahi hai.</w:t>
      </w:r>
    </w:p>
    <w:p>
      <w:pPr>
        <w:jc w:val="right"/>
      </w:pPr>
      <w:r>
        <w:t>یہ ہے لیونگ جسٹ لائک این اینیمل۔ ایسے لوگوں کے لیے پیراڈائز نہیں ہے۔</w:t>
      </w:r>
    </w:p>
    <w:p>
      <w:r>
        <w:rPr>
          <w:b/>
        </w:rPr>
        <w:t xml:space="preserve">[04:39] </w:t>
      </w:r>
      <w:r>
        <w:t>paradise un logon ke liye hai jo</w:t>
      </w:r>
    </w:p>
    <w:p>
      <w:pPr>
        <w:jc w:val="right"/>
      </w:pPr>
      <w:r>
        <w:t>پیراڈائز ان لوگوں کے لیے ہے جو</w:t>
      </w:r>
    </w:p>
    <w:p>
      <w:r>
        <w:rPr>
          <w:b/>
        </w:rPr>
        <w:t xml:space="preserve">[04:44] </w:t>
      </w:r>
      <w:r>
        <w:t>spiritual response de saken.</w:t>
      </w:r>
    </w:p>
    <w:p>
      <w:pPr>
        <w:jc w:val="right"/>
      </w:pPr>
      <w:r>
        <w:t>اسپیریچول رسپانس دے سکیں۔</w:t>
      </w:r>
    </w:p>
    <w:p>
      <w:r>
        <w:rPr>
          <w:b/>
        </w:rPr>
        <w:t xml:space="preserve">[04:49] </w:t>
      </w:r>
      <w:r>
        <w:t>yeh ek bohat bara</w:t>
      </w:r>
    </w:p>
    <w:p>
      <w:pPr>
        <w:jc w:val="right"/>
      </w:pPr>
      <w:r>
        <w:t>یہ ایک بہت بڑا</w:t>
      </w:r>
    </w:p>
    <w:p>
      <w:r>
        <w:rPr>
          <w:b/>
        </w:rPr>
        <w:t xml:space="preserve">[04:53] </w:t>
      </w:r>
      <w:r>
        <w:t>issue hai.</w:t>
      </w:r>
    </w:p>
    <w:p>
      <w:pPr>
        <w:jc w:val="right"/>
      </w:pPr>
      <w:r>
        <w:t>ایشو ہے۔</w:t>
      </w:r>
    </w:p>
    <w:p>
      <w:r>
        <w:rPr>
          <w:b/>
        </w:rPr>
        <w:t xml:space="preserve">[04:57] </w:t>
      </w:r>
      <w:r>
        <w:t>mein apni jo spiritual tree hai, hamare haan, us ke neeche baitha hua tha.</w:t>
      </w:r>
    </w:p>
    <w:p>
      <w:pPr>
        <w:jc w:val="right"/>
      </w:pPr>
      <w:r>
        <w:t>میں اپنی جو اسپیریچول ٹری ہے، ہمارے ہاں، اس کے نیچے بیٹھا ہوا تھا۔</w:t>
      </w:r>
    </w:p>
    <w:p>
      <w:r>
        <w:rPr>
          <w:b/>
        </w:rPr>
        <w:t xml:space="preserve">[05:05] </w:t>
      </w:r>
      <w:r>
        <w:t>achanak mere dhyan mein aaya ke saade teen sau saal pehle, aaj ek Newton</w:t>
      </w:r>
    </w:p>
    <w:p>
      <w:pPr>
        <w:jc w:val="right"/>
      </w:pPr>
      <w:r>
        <w:t>اچانک میرے دھیان میں آیا کہ ساڑھے تین سو سال پہلے، آج ایک نیوٹن</w:t>
      </w:r>
    </w:p>
    <w:p>
      <w:r>
        <w:rPr>
          <w:b/>
        </w:rPr>
        <w:t xml:space="preserve">[05:18] </w:t>
      </w:r>
      <w:r>
        <w:t>ek apple garden mein tha, to us ke samne ek apple upar se toot kar gira.</w:t>
      </w:r>
    </w:p>
    <w:p>
      <w:pPr>
        <w:jc w:val="right"/>
      </w:pPr>
      <w:r>
        <w:t>ایک ایپل گارڈن میں تھا، تو اس کے سامنے ایک ایک ایپل اوپر سے ٹوٹ کر گرا۔</w:t>
      </w:r>
    </w:p>
    <w:p>
      <w:r>
        <w:rPr>
          <w:b/>
        </w:rPr>
        <w:t xml:space="preserve">[05:32] </w:t>
      </w:r>
      <w:r>
        <w:t>girta rehta hai. to us ne socha ke yeh apple upar se neeche kyun aaya? to sochte sochte woh yahan tak pahuncha ke hamari jo zameen hai, jo earth hai,</w:t>
      </w:r>
    </w:p>
    <w:p>
      <w:pPr>
        <w:jc w:val="right"/>
      </w:pPr>
      <w:r>
        <w:t>گرتا رہتا ہے۔ تو اس نے سوچا کہ یہ ایپل اوپر سے نیچے کیوں آیا؟ تو سوچتے سوچتے وہ یہاں تک پہنچا کہ ہماری جو زمین ہے، جو ارتھ ہے،</w:t>
      </w:r>
    </w:p>
    <w:p>
      <w:r>
        <w:rPr>
          <w:b/>
        </w:rPr>
        <w:t xml:space="preserve">[05:46] </w:t>
      </w:r>
      <w:r>
        <w:t>us ke andar gravity hai, gravitational pull hai. us ki wajah se aisa hua ke apple toot kar upar nahi gaya, neeche aa gaya.</w:t>
      </w:r>
    </w:p>
    <w:p>
      <w:pPr>
        <w:jc w:val="right"/>
      </w:pPr>
      <w:r>
        <w:t>اس کے اندر گریویٹی ہے، گریویٹیشنل پل ہے۔ اس کی وجہ سے ایسا ہوا کہ ایپل ٹوٹ کر اوپر نہیں گیا، نیچے آ گیا۔</w:t>
      </w:r>
    </w:p>
    <w:p>
      <w:r>
        <w:rPr>
          <w:b/>
        </w:rPr>
        <w:t xml:space="preserve">[06:02] </w:t>
      </w:r>
      <w:r>
        <w:t>lekin yeh yeh half truth hai jis ko Newton ne daryaft kiya. half truth. is liye ke doosra question se juda hua hai</w:t>
      </w:r>
    </w:p>
    <w:p>
      <w:pPr>
        <w:jc w:val="right"/>
      </w:pPr>
      <w:r>
        <w:t>لیکن یہ یہ ہاف ٹروتھ ہے جس کو نیوٹن نے دریافت کیا۔ ہاف ٹروتھ۔ اس لیے کہ دوسرا کوئسچن سے جڑا ہوا ہے</w:t>
      </w:r>
    </w:p>
    <w:p>
      <w:r>
        <w:rPr>
          <w:b/>
        </w:rPr>
        <w:t xml:space="preserve">[06:15] </w:t>
      </w:r>
      <w:r>
        <w:t>ke kis ne yeh sab kiya? kis ne create kiya? kis ne peed ko banaya? is tarah banaya ke us mein phal nikle?</w:t>
      </w:r>
    </w:p>
    <w:p>
      <w:pPr>
        <w:jc w:val="right"/>
      </w:pPr>
      <w:r>
        <w:t>کہ کس نے یہ سب کیا؟ کس نے کریٹ کیا؟ کس نے پیڑ کو بنایا؟ اس طرح بنایا کہ اس میں پھل نکلے؟</w:t>
      </w:r>
    </w:p>
    <w:p>
      <w:r>
        <w:rPr>
          <w:b/>
        </w:rPr>
        <w:t xml:space="preserve">[06:28] </w:t>
      </w:r>
      <w:r>
        <w:t>yeh sab kis ne kiya? to yeh is soch ko, is is aspect ko alag kar ke us ne socha. to sirf woh gravity ko daryaft kar saka.</w:t>
      </w:r>
    </w:p>
    <w:p>
      <w:pPr>
        <w:jc w:val="right"/>
      </w:pPr>
      <w:r>
        <w:t>یہ سب کس نے کیا؟ تو یہ اس سوچ کو، اس اس اسپیکٹ کو الگ کر کے اس نے سوچا۔ تو صرف وہ گریویٹی کو دریافت کر سکا۔</w:t>
      </w:r>
    </w:p>
    <w:p>
      <w:r>
        <w:rPr>
          <w:b/>
        </w:rPr>
        <w:t xml:space="preserve">[06:40] </w:t>
      </w:r>
      <w:r>
        <w:t>bas. creator of gravity ko woh discover na kar saka. mein chahta hoon ke yeh science, log, kai log samajhte hain ke science jo hai, koi Khuda ke inkar par mabni hai.</w:t>
      </w:r>
    </w:p>
    <w:p>
      <w:pPr>
        <w:jc w:val="right"/>
      </w:pPr>
      <w:r>
        <w:t>بس۔ کریٹر آف گریویٹی کو وہ ڈسکور نہ کر سکا۔ میں چاہتا ہوں کہ یہ سائنس، لوگ، کئی لوگ سمجھتے ہیں کہ سائنس جو ہے، کوئی خدا کے انکار پر مبنی ہے۔</w:t>
      </w:r>
    </w:p>
    <w:p>
      <w:r>
        <w:rPr>
          <w:b/>
        </w:rPr>
        <w:t xml:space="preserve">[06:57] </w:t>
      </w:r>
      <w:r>
        <w:t>nahi, Khuda ka inkar science ka subject nahi hai. yeh samajhna galat hai ke science Khuda ka inkar karti hai. sahi baat hai ke woh na haan kehti hai na nahi kehti.</w:t>
      </w:r>
    </w:p>
    <w:p>
      <w:pPr>
        <w:jc w:val="right"/>
      </w:pPr>
      <w:r>
        <w:t>نہیں، خدا کا انکار سائنس کا سبجیکٹ نہیں ہے۔ یہ سمجھنا غلط ہے کہ سائنس خدا کا انکار کرتی ہے۔ صحیح بات ہے کہ وہ نہ ہاں کہتی ہے نہ نہیں کہتی۔</w:t>
      </w:r>
    </w:p>
    <w:p>
      <w:r>
        <w:rPr>
          <w:b/>
        </w:rPr>
        <w:t xml:space="preserve">[07:08] </w:t>
      </w:r>
      <w:r>
        <w:t>lekin atheism, jo modern atheism hai, us ka beej bhi isi ne boya. in intentionally. modern atheism ka jo zamana hai,</w:t>
      </w:r>
    </w:p>
    <w:p>
      <w:pPr>
        <w:jc w:val="right"/>
      </w:pPr>
      <w:r>
        <w:t>لیکن اتھیزم، جو ماڈرن اتھیزم ہے، اس کا بیج بھی اسی نے بویا۔ ان انٹینشنلی۔ ماڈرن اتھیزم کا جو زمانہ ہے،</w:t>
      </w:r>
    </w:p>
    <w:p>
      <w:r>
        <w:rPr>
          <w:b/>
        </w:rPr>
        <w:t xml:space="preserve">[07:24] </w:t>
      </w:r>
      <w:r>
        <w:t>us ka beej boya modern science ne. in intentionally. woh kaise? yeh baat bohat poochi jati hai.</w:t>
      </w:r>
    </w:p>
    <w:p>
      <w:pPr>
        <w:jc w:val="right"/>
      </w:pPr>
      <w:r>
        <w:t>اس کا بیج بویا ماڈرن سائنس نے۔ ان انٹینشنلی۔ وہ کیسے؟ یہ بات بہت پوچھی جاتی ہے۔</w:t>
      </w:r>
    </w:p>
    <w:p>
      <w:r>
        <w:rPr>
          <w:b/>
        </w:rPr>
        <w:t xml:space="preserve">[07:39] </w:t>
      </w:r>
      <w:r>
        <w:t>France ka philosopher tha Descartes, jis ki death hui hai sixteen hundred fifty mein.</w:t>
      </w:r>
    </w:p>
    <w:p>
      <w:pPr>
        <w:jc w:val="right"/>
      </w:pPr>
      <w:r>
        <w:t>فرانس کا فلاسفر تھا ڈیکارٹ، جس کی ڈیتھ ہوئی ہے سکسٹین ہنڈرڈ ففٹی میں۔</w:t>
      </w:r>
    </w:p>
    <w:p>
      <w:r>
        <w:rPr>
          <w:b/>
        </w:rPr>
        <w:t xml:space="preserve">[07:49] </w:t>
      </w:r>
      <w:r>
        <w:t>solah so pachas mein. us ne body aur mind ko ek doosre se alag kar diya.</w:t>
      </w:r>
    </w:p>
    <w:p>
      <w:pPr>
        <w:jc w:val="right"/>
      </w:pPr>
      <w:r>
        <w:t>سولہ سو پچاس میں۔ اس نے باڈی اور مائنڈ کو ایک دوسرے سے الگ کر دیا۔</w:t>
      </w:r>
    </w:p>
    <w:p>
      <w:r>
        <w:rPr>
          <w:b/>
        </w:rPr>
        <w:t xml:space="preserve">[07:59] </w:t>
      </w:r>
      <w:r>
        <w:t>yeh separation pehle nahi tha. pehle body aur mind dono alag nahi kiye gaye the.</w:t>
      </w:r>
    </w:p>
    <w:p>
      <w:pPr>
        <w:jc w:val="right"/>
      </w:pPr>
      <w:r>
        <w:t>یہ سیپریشن پہلے نہیں تھا۔ پہلے باڈی اور مائنڈ دونوں الگ نہیں کیے گئے تھے۔</w:t>
      </w:r>
    </w:p>
    <w:p>
      <w:r>
        <w:rPr>
          <w:b/>
        </w:rPr>
        <w:t xml:space="preserve">[08:09] </w:t>
      </w:r>
      <w:r>
        <w:t>yani spiritual aspect hamari personality ka aur physical aspect hamari personality ka pehle alag nahi kiye gaye the. Yani philosopher jo the, philosophers, kai hazar saal se, woh alag kar ke nahi sochte the.</w:t>
      </w:r>
    </w:p>
    <w:p>
      <w:pPr>
        <w:jc w:val="right"/>
      </w:pPr>
      <w:r>
        <w:t>یعنی اسپیریچول اسپیکٹ ہماری پرسنیلٹی کا اور فزیکل اسپیکٹ ہماری پرسنیلٹی کا پہلے الگ نہیں کیے گئے تھے۔ یعنی فلاسفر جو تھے، فلاسفرز، کئی ہزار سال سے، وہ الگ کر کے نہیں سوچتے تھے۔</w:t>
      </w:r>
    </w:p>
    <w:p>
      <w:r>
        <w:rPr>
          <w:b/>
        </w:rPr>
        <w:t xml:space="preserve">[08:25] </w:t>
      </w:r>
      <w:r>
        <w:t>Woh dono ko ek kar ke sochte the. Lekin Descartes ne alag kiya. Phir is mein Galileo ne is mahol mein izafa kiya.</w:t>
      </w:r>
    </w:p>
    <w:p>
      <w:pPr>
        <w:jc w:val="right"/>
      </w:pPr>
      <w:r>
        <w:t>وہ دونوں کو ایک کر کے سوچتے تھے۔ لیکن ڈیکارٹ نے الگ کیا۔ پھر اس میں گلیلیو نے اس ماحول میں اضافہ کیا۔</w:t>
      </w:r>
    </w:p>
    <w:p>
      <w:r>
        <w:rPr>
          <w:b/>
        </w:rPr>
        <w:t xml:space="preserve">[08:40] </w:t>
      </w:r>
      <w:r>
        <w:t>Galileo, jo Italy ka tha, jis ki death hui sixteen hundred forty two mein. Solah sau pachaas mein.</w:t>
      </w:r>
    </w:p>
    <w:p>
      <w:pPr>
        <w:jc w:val="right"/>
      </w:pPr>
      <w:r>
        <w:t>گلیلیو، جو اٹلی کا تھا، جس کی ڈیتھ ہوئی سکسٹین ہنڈرڈ فورٹی ٹو میں۔ سولہ سو پچاس میں۔</w:t>
      </w:r>
    </w:p>
    <w:p>
      <w:r>
        <w:rPr>
          <w:b/>
        </w:rPr>
        <w:t xml:space="preserve">[08:51] </w:t>
      </w:r>
      <w:r>
        <w:t>Us ne yeh ek naya shuru kiya trend ke cheezein, har cheez ka ek aspect hai, measurable aspect.</w:t>
      </w:r>
    </w:p>
    <w:p>
      <w:pPr>
        <w:jc w:val="right"/>
      </w:pPr>
      <w:r>
        <w:t>اس نے یہ ایک نیا شروع کیا ٹرینڈ کہ چیزیں، ہر چیز کا ایک اسپیکٹ ہے، میژریبل اسپیکٹ۔</w:t>
      </w:r>
    </w:p>
    <w:p>
      <w:r>
        <w:rPr>
          <w:b/>
        </w:rPr>
        <w:t xml:space="preserve">[09:03] </w:t>
      </w:r>
      <w:r>
        <w:t>Doosra hai unmeasurable aspect. To hum measurable aspect ko lenge, unmeasurable aspect ko chhod denge. Yahan se modern science ki buniyad padi.</w:t>
      </w:r>
    </w:p>
    <w:p>
      <w:pPr>
        <w:jc w:val="right"/>
      </w:pPr>
      <w:r>
        <w:t>دوسرا ہے ان میژریبل اسپیکٹ۔ تو ہم میژریبل اسپیکٹ کو لیں گے، ان میژریبل اسپیکٹ کو چھوڑ دیں گے۔ یہاں سے ماڈرن سائنس کی بنیاد پڑی۔</w:t>
      </w:r>
    </w:p>
    <w:p>
      <w:r>
        <w:rPr>
          <w:b/>
        </w:rPr>
        <w:t xml:space="preserve">[09:19] </w:t>
      </w:r>
      <w:r>
        <w:t>Yani philosophers ka zamana jab tak tha, jab tak philosophical thinking duniya mein bichhai hui thi, tab tak dono ko mila kar sochte the woh.</w:t>
      </w:r>
    </w:p>
    <w:p>
      <w:pPr>
        <w:jc w:val="right"/>
      </w:pPr>
      <w:r>
        <w:t>یعنی فلاسفرز کا زمانہ جب تک تھا، جب تک فلاسفیکل تھنکنگ دنیا میں بچھائی ہوئی تھی، تب تک دونوں کو ملا کر سوچتے تھے وہ۔</w:t>
      </w:r>
    </w:p>
    <w:p>
      <w:r>
        <w:rPr>
          <w:b/>
        </w:rPr>
        <w:t xml:space="preserve">[09:28] </w:t>
      </w:r>
      <w:r>
        <w:t>Agarche woh kisi end tak nahi pahunche. Kyun ke religion se unhone koi help nahi li. Pure reason ko unhone liya.</w:t>
      </w:r>
    </w:p>
    <w:p>
      <w:pPr>
        <w:jc w:val="right"/>
      </w:pPr>
      <w:r>
        <w:t>اگرچہ وہ کسی اینڈ تک نہیں پہنچے۔ کیونکہ ریلیجن سے انہوں نے کوئی ہیلپ نہیں لی۔ پیور ریزن کو انہوں نے لیا۔</w:t>
      </w:r>
    </w:p>
    <w:p>
      <w:r>
        <w:rPr>
          <w:b/>
        </w:rPr>
        <w:t xml:space="preserve">[09:39] </w:t>
      </w:r>
      <w:r>
        <w:t>Unhone chaha ke pure reason se woh jaan lein cheezon ke bare mein. Ke cheezein kaise bani? Mind kya hai?</w:t>
      </w:r>
    </w:p>
    <w:p>
      <w:pPr>
        <w:jc w:val="right"/>
      </w:pPr>
      <w:r>
        <w:t>انہوں نے چاہا کہ پیور ریزن سے وہ جان لیں چیزوں کے بارے میں۔ کہ چیزیں کیسے بنی؟ مائنڈ کیا ہے؟</w:t>
      </w:r>
    </w:p>
    <w:p>
      <w:r>
        <w:rPr>
          <w:b/>
        </w:rPr>
        <w:t xml:space="preserve">[09:50] </w:t>
      </w:r>
      <w:r>
        <w:t>Jo meaning hai, woh kya hai? Yani meaning par woh sochte the. Lekin sirf pure reason se sochte the woh.</w:t>
      </w:r>
    </w:p>
    <w:p>
      <w:pPr>
        <w:jc w:val="right"/>
      </w:pPr>
      <w:r>
        <w:t>جو میننگ ہے، وہ کیا ہے؟ یعنی میننگ پر وہ سوچتے تھے۔ لیکن صرف پیور ریزن سے سوچتے تھے وہ۔</w:t>
      </w:r>
    </w:p>
    <w:p>
      <w:r>
        <w:rPr>
          <w:b/>
        </w:rPr>
        <w:t xml:space="preserve">[10:01] </w:t>
      </w:r>
      <w:r>
        <w:t>To religion ki madad ke baghair aadmi pahunch nahi sakta kahin. Kyun ke Quran mein hai ke "Wa ma ooteetum min ilmin illa qaleela".</w:t>
      </w:r>
    </w:p>
    <w:p>
      <w:pPr>
        <w:jc w:val="right"/>
      </w:pPr>
      <w:r>
        <w:t>تو ریلیجن کی مدد کے بغیر آدمی پہنچ نہیں سکتا کہیں۔ کیونکہ قرآن میں ہے کہ "وما اوتیتم من علم الا قلیلا"۔</w:t>
      </w:r>
    </w:p>
    <w:p>
      <w:r>
        <w:rPr>
          <w:b/>
        </w:rPr>
        <w:t xml:space="preserve">[10:12] </w:t>
      </w:r>
      <w:r>
        <w:t>Tum ko bohat thoda gyan diya gaya hai. Lekin jab science ka zamana aaya to unhone kya kiya?</w:t>
      </w:r>
    </w:p>
    <w:p>
      <w:pPr>
        <w:jc w:val="right"/>
      </w:pPr>
      <w:r>
        <w:t>تم کو بہت تھوڑا گیان دیا گیا ہے۔ لیکن جب سائنس کا زمانہ آیا تو انہوں نے کیا کیا؟</w:t>
      </w:r>
    </w:p>
    <w:p>
      <w:r>
        <w:rPr>
          <w:b/>
        </w:rPr>
        <w:t xml:space="preserve">[10:22] </w:t>
      </w:r>
      <w:r>
        <w:t>Ke separate kar diya. Ke chhod do is cheez ko jo measurable nahi hai, us ko chhod do. Jo measurable hai, us ki baat karo. To science mein kya hua?</w:t>
      </w:r>
    </w:p>
    <w:p>
      <w:pPr>
        <w:jc w:val="right"/>
      </w:pPr>
      <w:r>
        <w:t>کہ سیپریٹ کر دیا۔ کہ چھوڑو اس چیز کو جو میژریبل نہیں ہے، اس کو چھوڑو۔ جو میژریبل ہے، اس کی بات کرو۔ تو سائنس میں کیا ہوا؟</w:t>
      </w:r>
    </w:p>
    <w:p>
      <w:r>
        <w:rPr>
          <w:b/>
        </w:rPr>
        <w:t xml:space="preserve">[10:36] </w:t>
      </w:r>
      <w:r>
        <w:t>Ya knowledge jo hai, us mein kya hua? Is ke do aspect ban gaye. Ek tha is ka, yani applied aspect.</w:t>
      </w:r>
    </w:p>
    <w:p>
      <w:pPr>
        <w:jc w:val="right"/>
      </w:pPr>
      <w:r>
        <w:t>یا نالج جو ہے، اس میں کیا ہوا؟ اس کے دو اسپیکٹ بن گئے۔ ایک تھا اس کا، یعنی اپلائیڈ اسپیکٹ۔</w:t>
      </w:r>
    </w:p>
    <w:p>
      <w:r>
        <w:rPr>
          <w:b/>
        </w:rPr>
        <w:t xml:space="preserve">[10:49] </w:t>
      </w:r>
      <w:r>
        <w:t>Science ka applied aspect ya is ke is ka technical aspect. Yani ore hai, OR ore. Phir us ko hum convert karte hain steel mein.</w:t>
      </w:r>
    </w:p>
    <w:p>
      <w:pPr>
        <w:jc w:val="right"/>
      </w:pPr>
      <w:r>
        <w:t>سائنس کا اپلائیڈ اسپیکٹ یا اس کے اس کا ٹیکنیکل اسپیکٹ۔ یعنی اور ہے، او آر ای اور۔ پھر اس کو ہم کنورٹ کرتے ہیں اسٹیل میں۔</w:t>
      </w:r>
    </w:p>
    <w:p>
      <w:r>
        <w:rPr>
          <w:b/>
        </w:rPr>
        <w:t xml:space="preserve">[11:05] </w:t>
      </w:r>
      <w:r>
        <w:t>Phir steel ko convert karte hain engine mein. Phir engine ko convert karte hain aap ek ek aisi machine mein jo move karti hai.</w:t>
      </w:r>
    </w:p>
    <w:p>
      <w:pPr>
        <w:jc w:val="right"/>
      </w:pPr>
      <w:r>
        <w:t>پھر اسٹیل کو کنورٹ کرتے ہیں انجن میں۔ پھر انجن کو کنورٹ کرتے ہیں آپ ایک ایک ایسی مشین میں جو موو کرتی ہے۔</w:t>
      </w:r>
    </w:p>
    <w:p>
      <w:r>
        <w:rPr>
          <w:b/>
        </w:rPr>
        <w:t xml:space="preserve">[11:15] </w:t>
      </w:r>
      <w:r>
        <w:t>Aur hazaron baatein. To science ne is technical aspect ko le liya. Aur is ka jo doosra aspect tha, philosophical aspect.</w:t>
      </w:r>
    </w:p>
    <w:p>
      <w:pPr>
        <w:jc w:val="right"/>
      </w:pPr>
      <w:r>
        <w:t>اور ہزاروں باتیں۔ تو سائنس نے اس ٹیکنیکل اسپیکٹ کو لے لیا۔ اور اس کا جو دوسرا اسپیکٹ تھا، فلاسفیکل اسپیکٹ۔</w:t>
      </w:r>
    </w:p>
    <w:p>
      <w:r>
        <w:rPr>
          <w:b/>
        </w:rPr>
        <w:t xml:space="preserve">[11:27] </w:t>
      </w:r>
      <w:r>
        <w:t>Philosophical aspect of knowledge aur technical aspect of knowledge. Yeh duyi paida kar di. To yeh duyi jo hai, in intentionally yahin se atheism ki buniyad padi.</w:t>
      </w:r>
    </w:p>
    <w:p>
      <w:pPr>
        <w:jc w:val="right"/>
      </w:pPr>
      <w:r>
        <w:t>فلاسفیکل اسپیکٹ آف نالج اور ٹیکنیکل اسپیکٹ آف نالج۔ یہ دوئی پیدا کر دی۔ تو یہ دوئی جو ہے، ان انٹینشنلی یہیں سے اتھیزم کی بنیاد پڑی۔</w:t>
      </w:r>
    </w:p>
    <w:p>
      <w:r>
        <w:rPr>
          <w:b/>
        </w:rPr>
        <w:t xml:space="preserve">[11:39] </w:t>
      </w:r>
      <w:r>
        <w:t>Atheism. Ke Khuda nahi hai. To yeh silsila chal pada yahan tak ke ab hum teen sau saal se is ka nateeja bhugat rahe hain.</w:t>
      </w:r>
    </w:p>
    <w:p>
      <w:pPr>
        <w:jc w:val="right"/>
      </w:pPr>
      <w:r>
        <w:t>اتھیزم۔ کہ خدا نہیں ہے۔ تو یہ سلسلہ چل پڑا یہاں تک کہ اب ہم تین سو سال سے اس کا نتیجہ بھگت رہے ہیں۔</w:t>
      </w:r>
    </w:p>
    <w:p>
      <w:r>
        <w:rPr>
          <w:b/>
        </w:rPr>
        <w:t xml:space="preserve">[11:52] </w:t>
      </w:r>
      <w:r>
        <w:t>Agarche ab pahunchte pahunchte yahan pahuncha maamla ke jis cheez ko insaan samajhta tha ke woh measurable hai, woh bhi hum nahi jaan sakte. Recently aap jante hain ke yeh baat aayi hai scientist ki taraf se.</w:t>
      </w:r>
    </w:p>
    <w:p>
      <w:pPr>
        <w:jc w:val="right"/>
      </w:pPr>
      <w:r>
        <w:t>اگرچہ اب پہنچتے پہنچتے یہاں پہنچا معاملہ کہ جس چیز کو انسان سمجھتا تھا کہ وہ میژریبل ہے، وہ بھی ہم نہیں جان سکتے۔ ریسنٹلی آپ جانتے ہیں کہ یہ بات آئی ہے سائنٹسٹ کی طرف سے۔</w:t>
      </w:r>
    </w:p>
    <w:p>
      <w:r>
        <w:rPr>
          <w:b/>
        </w:rPr>
        <w:t xml:space="preserve">[12:06] </w:t>
      </w:r>
      <w:r>
        <w:t>Jo mass hai, emediable mass, is universe ka, is ka fifty six percent observably nahi hai.</w:t>
      </w:r>
    </w:p>
    <w:p>
      <w:pPr>
        <w:jc w:val="right"/>
      </w:pPr>
      <w:r>
        <w:t>جو ماس ہے، ایمیڈیبلس ماس، اس یونیورس کا، اس کا ففٹی سکس پرسنٹ ابزرویبلی نہیں ہے۔</w:t>
      </w:r>
    </w:p>
    <w:p>
      <w:r>
        <w:rPr>
          <w:b/>
        </w:rPr>
        <w:t xml:space="preserve">[12:16] </w:t>
      </w:r>
      <w:r>
        <w:t>Aap us ko dekh hi nahi sakte. Na dekh sakte hain, na measure kar sakte. Sirf four percent jo hai, us ko aap dekh sakte hain, us ko measure kar sakte hain.</w:t>
      </w:r>
    </w:p>
    <w:p>
      <w:pPr>
        <w:jc w:val="right"/>
      </w:pPr>
      <w:r>
        <w:t>آپ اس کو دیکھ ہی نہیں سکتے۔ نہ دیکھ سکتے ہیں، نہ میژر کر سکتے۔ صرف فور پرسنٹ جو ہے، اس کو آپ دیکھ سکتے ہیں، اس کو میژر کر سکتے ہیں۔</w:t>
      </w:r>
    </w:p>
    <w:p>
      <w:r>
        <w:rPr>
          <w:b/>
        </w:rPr>
        <w:t xml:space="preserve">[12:26] </w:t>
      </w:r>
      <w:r>
        <w:t>To yahan aa kar ke phir gaadi phans gayi. Science yeh samajhti thi pehle ke sari cheez jo hai, jo material world hai, material world poora ka poora measurable hai, observable hai.</w:t>
      </w:r>
    </w:p>
    <w:p>
      <w:pPr>
        <w:jc w:val="right"/>
      </w:pPr>
      <w:r>
        <w:t>تو یہاں آ کر کے پھر گاڑی پھنس گئی۔ سائنس یہ سمجھتی تھی پہلے کہ ساری چیز جو ہے، جو مٹیریل ورلڈ ہے، مٹیریل ورلڈ پورا کا پورا میژریبل ہے، ابزرویبل ہے۔</w:t>
      </w:r>
    </w:p>
    <w:p>
      <w:r>
        <w:rPr>
          <w:b/>
        </w:rPr>
        <w:t xml:space="preserve">[12:42] </w:t>
      </w:r>
      <w:r>
        <w:t>To wahan hum poori jankari le sakte hain. Ab maloom hua ke wahan bhi jankari nahi le sakte aap.</w:t>
      </w:r>
    </w:p>
    <w:p>
      <w:pPr>
        <w:jc w:val="right"/>
      </w:pPr>
      <w:r>
        <w:t>تو وہاں ہم پوری جانکاری لے سکتے ہیں۔ اب معلوم ہوا کہ وہاں بھی جانکاری نہیں لے سکتے آپ۔</w:t>
      </w:r>
    </w:p>
    <w:p>
      <w:r>
        <w:rPr>
          <w:b/>
        </w:rPr>
        <w:t xml:space="preserve">[12:51] </w:t>
      </w:r>
      <w:r>
        <w:t>To</w:t>
      </w:r>
    </w:p>
    <w:p>
      <w:pPr>
        <w:jc w:val="right"/>
      </w:pPr>
      <w:r>
        <w:t>تو</w:t>
      </w:r>
    </w:p>
    <w:p>
      <w:r>
        <w:rPr>
          <w:b/>
        </w:rPr>
        <w:t xml:space="preserve">[12:54] </w:t>
      </w:r>
      <w:r>
        <w:t>Is cheez ko hamein sochna padega. Yahan mein aap ko ek baat yaad dilana chahta hoon jo bohat aaj hi subah meri samajh aayi.</w:t>
      </w:r>
    </w:p>
    <w:p>
      <w:pPr>
        <w:jc w:val="right"/>
      </w:pPr>
      <w:r>
        <w:t>اس چیز کو ہمیں سوچنا پڑے گا۔ یہاں میں آپ کو ایک بات یاد دلانا چاہتا ہوں جو بہت آج ہی صبح میری سمجھ آئی۔</w:t>
      </w:r>
    </w:p>
    <w:p>
      <w:r>
        <w:rPr>
          <w:b/>
        </w:rPr>
        <w:t xml:space="preserve">[13:04] </w:t>
      </w:r>
      <w:r>
        <w:t>aaj hi subah samajh aai meri. abhi mein ne ek article parha to us mein bataya gaya hai ke jo hum khana khate hain to</w:t>
      </w:r>
    </w:p>
    <w:p>
      <w:pPr>
        <w:jc w:val="right"/>
      </w:pPr>
      <w:r>
        <w:t>آج ہی صبح سمجھ آئی میری۔ ابھی میں نے ایک آرٹیکل پڑھا تو اس میں بتایا گیا ہے کہ جو ہم کھانا کھاتے ہیں تو</w:t>
      </w:r>
    </w:p>
    <w:p>
      <w:r>
        <w:rPr>
          <w:b/>
        </w:rPr>
        <w:t xml:space="preserve">[13:19] </w:t>
      </w:r>
      <w:r>
        <w:t>khana hum khate hain pait mein, lekin pait nahi janta ke bhar gaya ke nahi bhara. woh to mind janta hai. koi bhi cheez aap samajhte hain ke agar yahan koi mujhe sui chubhae to yeh yeh yeh mera leg nahi janta janega ke sui chubha gai hai.</w:t>
      </w:r>
    </w:p>
    <w:p>
      <w:pPr>
        <w:jc w:val="right"/>
      </w:pPr>
      <w:r>
        <w:t>کھانا ہم کھاتے ہیں پیٹ میں، لیکن پیٹ نہیں جانتا کہ بھر گیا کہ نہیں بھرا۔ وہ تو مائنڈ جانتا ہے۔ کوئی بھی چیز آپ سمجھتے ہیں کہ اگر یہاں کوئی مجھے سوئی چبھائے تو یہ یہ یہ میرا لیگ نہیں جانتا جانے گا کہ سوئی چبھ گئی ہے۔</w:t>
      </w:r>
    </w:p>
    <w:p>
      <w:r>
        <w:rPr>
          <w:b/>
        </w:rPr>
        <w:t xml:space="preserve">[13:37] </w:t>
      </w:r>
      <w:r>
        <w:t>mind janega. to yeh dekhen ek difference hai. agar aap yahan sui chubhaen to instantly mera mind jaan leta hai ke sui chubhai gai hai.</w:t>
      </w:r>
    </w:p>
    <w:p>
      <w:pPr>
        <w:jc w:val="right"/>
      </w:pPr>
      <w:r>
        <w:t>مائنڈ جانے گا۔ تو یہ دیکھیں ایک ڈیفرنس ہے۔ اگر آپ یہاں سوئی چبھائیں تو انسٹنٹلی میرا مائنڈ جان لیتا ہے کہ سوئی چبھائی گئی ہے۔</w:t>
      </w:r>
    </w:p>
    <w:p>
      <w:r>
        <w:rPr>
          <w:b/>
        </w:rPr>
        <w:t xml:space="preserve">[13:48] </w:t>
      </w:r>
      <w:r>
        <w:t>yahan par ya aap yahan par mujhe aag rakh den to mind instantly jaan lega ke yahan aag rakh di gai hai. lekin jab aap khana khate hain to it takes your body about twenty minutes to signal the body mind that it is yani aap khana kha rahe hain, kha rahe hain, kha rahe hain.</w:t>
      </w:r>
    </w:p>
    <w:p>
      <w:pPr>
        <w:jc w:val="right"/>
      </w:pPr>
      <w:r>
        <w:t>یہاں پر یا آپ یہاں پر مجھے آگ رکھ دیں تو مائنڈ انسٹنٹلی جان لے گا کہ یہاں آگ رکھ دی گئی ہے۔ لیکن جب آپ کھانا کھاتے ہیں تو اٹ ٹیکس یور باڈی اباؤٹ ٹونٹی منٹس ٹو سگنل دا باڈی مائنڈ دیٹ اٹ از یعنی آپ کھانا کھا رہے ہیں، کھا رہے ہیں، کھا رہے ہیں۔</w:t>
      </w:r>
    </w:p>
    <w:p>
      <w:r>
        <w:rPr>
          <w:b/>
        </w:rPr>
        <w:t xml:space="preserve">[14:17] </w:t>
      </w:r>
      <w:r>
        <w:t>pait bhar gaya aap ka. yani according to the capacity bhar gaya. lekin abhi bhi aap nahi janenge ke bhai pait bhar gaya. ise sare log overeating karte hain.</w:t>
      </w:r>
    </w:p>
    <w:p>
      <w:pPr>
        <w:jc w:val="right"/>
      </w:pPr>
      <w:r>
        <w:t>پیٹ بھر گیا آپ کا۔ یعنی اکارڈنگ ٹو دا کیپیسٹی بھر گیا۔ لیکن ابھی بھی آپ نہیں جانیں گے کہ بھئی پیٹ بھر گیا۔ اسے سارے لوگ اوور ایٹنگ کرتے ہیں۔</w:t>
      </w:r>
    </w:p>
    <w:p>
      <w:r>
        <w:rPr>
          <w:b/>
        </w:rPr>
        <w:t xml:space="preserve">[14:29] </w:t>
      </w:r>
      <w:r>
        <w:t>more than nine percent log overeating karte hain. kyun? mind hi to order karta hai wahan se. mind ko pata nahi. mind ko pata hone mein about twenty minutes lagte hain ke pait bhar gaya.</w:t>
      </w:r>
    </w:p>
    <w:p>
      <w:pPr>
        <w:jc w:val="right"/>
      </w:pPr>
      <w:r>
        <w:t>مور دین نائن پرسنٹ لوگ اوور ایٹنگ کرتے ہیں۔ کیوں؟ مائنڈ ہی تو آرڈر کرتا ہے وہاں سے۔ مائنڈ کو پتہ نہیں۔ مائنڈ کو پتہ ہونے میں اباؤٹ ٹونٹی منٹ لگتے ہیں کہ پیٹ بھر گیا۔</w:t>
      </w:r>
    </w:p>
    <w:p>
      <w:r>
        <w:rPr>
          <w:b/>
        </w:rPr>
        <w:t xml:space="preserve">[14:47] </w:t>
      </w:r>
      <w:r>
        <w:t>yeh ek research hui hai ke pait bhar jaye tab bhi pait pait ke paas to samajh hai hi nahi.</w:t>
      </w:r>
    </w:p>
    <w:p>
      <w:pPr>
        <w:jc w:val="right"/>
      </w:pPr>
      <w:r>
        <w:t>یہ ایک ریسرچ ہوئی ہے کہ پیٹ بھر جائے تب بھی پیٹ پیٹ کے پاس تو سمجھ ہے ہی نہیں۔</w:t>
      </w:r>
    </w:p>
    <w:p>
      <w:r>
        <w:rPr>
          <w:b/>
        </w:rPr>
        <w:t xml:space="preserve">[14:57] </w:t>
      </w:r>
      <w:r>
        <w:t>pait khud to samajh nahi sakta ke bhar gaya woh. mind batata hai ke bhar gaya. lekin pait ki yeh news mind tak pohnchne mein twenty minutes lagte hain.</w:t>
      </w:r>
    </w:p>
    <w:p>
      <w:pPr>
        <w:jc w:val="right"/>
      </w:pPr>
      <w:r>
        <w:t>پیٹ خود تو سمجھ نہیں سکتا کہ بھر گیا وہ۔ مائنڈ بتاتا ہے کہ بھر گیا۔ لیکن پیٹ کی یہ نیوز مائنڈ تک پہنچنے میں ٹونٹی منٹ لگتے ہیں۔</w:t>
      </w:r>
    </w:p>
    <w:p>
      <w:r>
        <w:rPr>
          <w:b/>
        </w:rPr>
        <w:t xml:space="preserve">[15:08] </w:t>
      </w:r>
      <w:r>
        <w:t>about twenty minutes. is ka matlab kya hua? yeh bohat hi important baat hai. is dunya mein aap ka ek bohat bara test hai.</w:t>
      </w:r>
    </w:p>
    <w:p>
      <w:pPr>
        <w:jc w:val="right"/>
      </w:pPr>
      <w:r>
        <w:t>اباؤٹ ٹونٹی منٹ۔ اس کا مطلب کیا ہوا؟ یہ بہت ہی امپورٹنٹ بات ہے۔ اس دنیا میں آپ کا ایک بہت بڑا ٹیسٹ ہے۔</w:t>
      </w:r>
    </w:p>
    <w:p>
      <w:r>
        <w:rPr>
          <w:b/>
        </w:rPr>
        <w:t xml:space="preserve">[15:22] </w:t>
      </w:r>
      <w:r>
        <w:t>bohat bara test hai. ke aap ko apni aql se har cheez ko peshgi janna parega. har baat ko.</w:t>
      </w:r>
    </w:p>
    <w:p>
      <w:pPr>
        <w:jc w:val="right"/>
      </w:pPr>
      <w:r>
        <w:t>بہت بڑا ٹیسٹ ہے۔ کہ آپ کو اپنی عقل سے ہر چیز کو پیشگی جاننا پڑے گا۔ ہر بات کو۔</w:t>
      </w:r>
    </w:p>
    <w:p>
      <w:r>
        <w:rPr>
          <w:b/>
        </w:rPr>
        <w:t xml:space="preserve">[15:31] </w:t>
      </w:r>
      <w:r>
        <w:t>hone se pehle. hone se pehle.</w:t>
      </w:r>
    </w:p>
    <w:p>
      <w:pPr>
        <w:jc w:val="right"/>
      </w:pPr>
      <w:r>
        <w:t>ہونے سے پہلے۔ ہونے سے پہلے۔</w:t>
      </w:r>
    </w:p>
    <w:p>
      <w:r>
        <w:rPr>
          <w:b/>
        </w:rPr>
        <w:t xml:space="preserve">[15:38] </w:t>
      </w:r>
      <w:r>
        <w:t>yeh bohat hi bari. you have to know everything beforehand.</w:t>
      </w:r>
    </w:p>
    <w:p>
      <w:pPr>
        <w:jc w:val="right"/>
      </w:pPr>
      <w:r>
        <w:t>یہ بہت ہی بڑی۔ یو ہیو ٹو نو ایوری تھنگ بیفور ہینڈ۔</w:t>
      </w:r>
    </w:p>
    <w:p>
      <w:r>
        <w:rPr>
          <w:b/>
        </w:rPr>
        <w:t xml:space="preserve">[15:48] </w:t>
      </w:r>
      <w:r>
        <w:t>hone se pehle aap ko janna parega. nahi to kya hoga? is ke result ka aap result ko bhugtna parega aap ko. yani overeating kar rahe hain, aap overeating kar rahe hain.</w:t>
      </w:r>
    </w:p>
    <w:p>
      <w:pPr>
        <w:jc w:val="right"/>
      </w:pPr>
      <w:r>
        <w:t>ہونے سے پہلے آپ کو جاننا پڑے گا۔ نہیں تو کیا ہوگا؟ اس کے رزلٹ کا آپ رزلٹ کو بھگتنا پڑے گا آپ کو۔ یعنی اوور ایٹنگ کر رہے ہیں، آپ اوور ایٹنگ کر رہے ہیں۔</w:t>
      </w:r>
    </w:p>
    <w:p>
      <w:r>
        <w:rPr>
          <w:b/>
        </w:rPr>
        <w:t xml:space="preserve">[15:59] </w:t>
      </w:r>
      <w:r>
        <w:t>to kya hoga? bimari aegi. motapa aega. aap diabetic ho jayenge. to aap ko goya ke twenty minutes pehle apni aql se janna parega.</w:t>
      </w:r>
    </w:p>
    <w:p>
      <w:pPr>
        <w:jc w:val="right"/>
      </w:pPr>
      <w:r>
        <w:t>تو کیا ہوگا؟ بیماری آئے گی۔ موٹاپہ آئے گا۔ آپ ڈائبیٹک ہو جائیں گے۔ تو آپ کو گویا کہ بیس منٹ پہلے اپنی عقل سے جاننا پڑے گا۔</w:t>
      </w:r>
    </w:p>
    <w:p>
      <w:r>
        <w:rPr>
          <w:b/>
        </w:rPr>
        <w:t xml:space="preserve">[16:13] </w:t>
      </w:r>
      <w:r>
        <w:t>jis ko hadith mein aaya hai. woh keh jan janne ki kya shakal hai? hadith mein aaya hai, ek waqia aaya hai.</w:t>
      </w:r>
    </w:p>
    <w:p>
      <w:pPr>
        <w:jc w:val="right"/>
      </w:pPr>
      <w:r>
        <w:t>جس کو حدیث میں آیا ہے۔ وہ کہہ جان جاننے کی کیا شکل ہے؟ حدیث میں آیا ہے، ایک واقعہ آیا ہے۔</w:t>
      </w:r>
    </w:p>
    <w:p>
      <w:r>
        <w:rPr>
          <w:b/>
        </w:rPr>
        <w:t xml:space="preserve">[16:24] </w:t>
      </w:r>
      <w:r>
        <w:t>ek aadmi syria se aya. woh us zamane ke lehaaz se doctor tha. yahan par practice karne ke liye. madina mein.</w:t>
      </w:r>
    </w:p>
    <w:p>
      <w:pPr>
        <w:jc w:val="right"/>
      </w:pPr>
      <w:r>
        <w:t>ایک آدمی سیریا سے آیا۔ وہ اس زمانے کے لحاظ سے ڈاکٹر تھا۔ یہاں پر پریکٹس کرنے کے لیے۔ مدینہ میں۔</w:t>
      </w:r>
    </w:p>
    <w:p>
      <w:r>
        <w:rPr>
          <w:b/>
        </w:rPr>
        <w:t xml:space="preserve">[16:34] </w:t>
      </w:r>
      <w:r>
        <w:t>to teen saal tak woh raha aur wahan us ko koi patient nahi mila. teen saal tak. to rasool Allah ke paas aya woh ke mein teen saal se yahan hoon.</w:t>
      </w:r>
    </w:p>
    <w:p>
      <w:pPr>
        <w:jc w:val="right"/>
      </w:pPr>
      <w:r>
        <w:t>تو تین سال تک وہ رہا اور وہاں اس کو کوئی پیشنٹ نہیں ملا۔ تین سال تک۔ تو رسول اللہ کے پاس آیا وہ کہ میں تین سال سے یہاں ہوں۔</w:t>
      </w:r>
    </w:p>
    <w:p>
      <w:r>
        <w:rPr>
          <w:b/>
        </w:rPr>
        <w:t xml:space="preserve">[16:46] </w:t>
      </w:r>
      <w:r>
        <w:t>mujhe koi patient nahi milta.</w:t>
      </w:r>
    </w:p>
    <w:p>
      <w:pPr>
        <w:jc w:val="right"/>
      </w:pPr>
      <w:r>
        <w:t>مجھے کوئی پیشنٹ نہیں ملتا۔</w:t>
      </w:r>
    </w:p>
    <w:p>
      <w:r>
        <w:rPr>
          <w:b/>
        </w:rPr>
        <w:t xml:space="preserve">[16:50] </w:t>
      </w:r>
      <w:r>
        <w:t>to ab mein ja raha hoon wapas. rasool Allah ne kaha ke hum log jab marna hota hai tab bhi bemar hote hain. is se pehle bemar hi nahi hote hum.</w:t>
      </w:r>
    </w:p>
    <w:p>
      <w:pPr>
        <w:jc w:val="right"/>
      </w:pPr>
      <w:r>
        <w:t>تو اب میں جا رہا ہوں واپس۔ رسول اللہ نے کہا کہ ہم لوگ جب مرنا ہوتا ہے تب بھی بیمار ہوتے ہیں۔ اس سے پہلے بیمار ہی نہیں ہوتے ہم۔</w:t>
      </w:r>
    </w:p>
    <w:p>
      <w:r>
        <w:rPr>
          <w:b/>
        </w:rPr>
        <w:t xml:space="preserve">[17:01] </w:t>
      </w:r>
      <w:r>
        <w:t>to us ne kaha ke woh kaise? kaha ke us ne kaha hum apne pait ke teen hisse karte hain. apne pait ke teen hisse karte hain.</w:t>
      </w:r>
    </w:p>
    <w:p>
      <w:pPr>
        <w:jc w:val="right"/>
      </w:pPr>
      <w:r>
        <w:t>تو اس نے کہا کہ وہ کیسے؟ کہا کہ اس نے کہا ہم اپنے پیٹ کے تین حصے کرتے ہیں۔ اپنے پیٹ کے تین حصے کرتے ہیں۔</w:t>
      </w:r>
    </w:p>
    <w:p>
      <w:r>
        <w:rPr>
          <w:b/>
        </w:rPr>
        <w:t xml:space="preserve">[17:13] </w:t>
      </w:r>
      <w:r>
        <w:t>ek hisse mein khana, ek hisse mein pani. yeh sara hissa khali. yeh yeh hadith bhi aaj hi mujhe samajh aai.</w:t>
      </w:r>
    </w:p>
    <w:p>
      <w:pPr>
        <w:jc w:val="right"/>
      </w:pPr>
      <w:r>
        <w:t>ایک حصے میں کھانا، ایک حصے میں پانی۔ یہ سارا حصہ خالی۔ یہ یہ حدیث بھی آج ہی مجھے سمجھ آئی۔</w:t>
      </w:r>
    </w:p>
    <w:p>
      <w:r>
        <w:rPr>
          <w:b/>
        </w:rPr>
        <w:t xml:space="preserve">[17:21] </w:t>
      </w:r>
      <w:r>
        <w:t>jab mein ne yeh parha.</w:t>
      </w:r>
    </w:p>
    <w:p>
      <w:pPr>
        <w:jc w:val="right"/>
      </w:pPr>
      <w:r>
        <w:t>جب میں نے یہ پڑھا۔</w:t>
      </w:r>
    </w:p>
    <w:p>
      <w:r>
        <w:rPr>
          <w:b/>
        </w:rPr>
        <w:t xml:space="preserve">[17:27] </w:t>
      </w:r>
      <w:r>
        <w:t>ke hum apne pait ke teen hisse karte hain. ek hissa khana, ek hissa pani. aur teesra hissa khali. khali ka matlab kya hai?</w:t>
      </w:r>
    </w:p>
    <w:p>
      <w:pPr>
        <w:jc w:val="right"/>
      </w:pPr>
      <w:r>
        <w:t>کہ ہم اپنے پیٹ کے تین حصے کرتے ہیں۔ ایک حصہ کھانا، ایک حصہ پانی۔ اور تیسرا حصہ خالی۔ خالی کا معنی کیا ہے؟</w:t>
      </w:r>
    </w:p>
    <w:p>
      <w:r>
        <w:rPr>
          <w:b/>
        </w:rPr>
        <w:t xml:space="preserve">[17:37] </w:t>
      </w:r>
      <w:r>
        <w:t>khali ka matlab yahi hai ke pait bharne se pehle hum yeh samajhte hain ke pait bhar gaya. anticipate karte hain.</w:t>
      </w:r>
    </w:p>
    <w:p>
      <w:pPr>
        <w:jc w:val="right"/>
      </w:pPr>
      <w:r>
        <w:t>خالی کا معنی یہی ہے کہ پیٹ بھرنے سے پہلے ہم یہ سمجھتے ہیں کہ پیٹ بھر گیا۔ اینٹیسیپیٹ کرتے ہیں۔</w:t>
      </w:r>
    </w:p>
    <w:p>
      <w:r>
        <w:rPr>
          <w:b/>
        </w:rPr>
        <w:t xml:space="preserve">[17:49] </w:t>
      </w:r>
      <w:r>
        <w:t>pait bharne se pehle hum apni aql se yeh jaan lete hain ke pait bhar gaya, bas chhoro khana.</w:t>
      </w:r>
    </w:p>
    <w:p>
      <w:pPr>
        <w:jc w:val="right"/>
      </w:pPr>
      <w:r>
        <w:t>پیٹ بھرنے سے پہلے ہم اپنی عقل سے یہ جان لیتے ہیں کہ پیٹ بھر گیا، بس چھوڑو کھانا۔</w:t>
      </w:r>
    </w:p>
    <w:p>
      <w:r>
        <w:rPr>
          <w:b/>
        </w:rPr>
        <w:t xml:space="preserve">[17:57] </w:t>
      </w:r>
      <w:r>
        <w:t>to aap ko har maamle mein yahi karna pare ga. har maamle mein. jaise ke quran mein ek misaal hai ke adam ke do bete the, habel aur qabeel.</w:t>
      </w:r>
    </w:p>
    <w:p>
      <w:pPr>
        <w:jc w:val="right"/>
      </w:pPr>
      <w:r>
        <w:t>تو آپ کو ہر معاملے میں یہی کرنا پڑے گا۔ ہر معاملے میں۔ جیسے کہ قرآن میں ایک مثال ہے کہ آدم کے دو بیٹے تھے، ہابیل اور قابیل۔</w:t>
      </w:r>
    </w:p>
    <w:p>
      <w:r>
        <w:rPr>
          <w:b/>
        </w:rPr>
        <w:t xml:space="preserve">[18:13] </w:t>
      </w:r>
      <w:r>
        <w:t>to habel ko apne bhai par ghussa aa gaya. aur us ne us ko maar daala. maar daala.</w:t>
      </w:r>
    </w:p>
    <w:p>
      <w:pPr>
        <w:jc w:val="right"/>
      </w:pPr>
      <w:r>
        <w:t>تو ہابیل کو اپنے بھائی پر غصہ آ گیا۔ اور اس نے اس کو مار ڈالا۔ مار ڈالا۔</w:t>
      </w:r>
    </w:p>
    <w:p>
      <w:r>
        <w:rPr>
          <w:b/>
        </w:rPr>
        <w:t xml:space="preserve">[18:24] </w:t>
      </w:r>
      <w:r>
        <w:t>to ghussa hua, aaya maar daala. lekin baad ko aata hai quran mein ke "faaz beham naadimeen". he became repentant.</w:t>
      </w:r>
    </w:p>
    <w:p>
      <w:pPr>
        <w:jc w:val="right"/>
      </w:pPr>
      <w:r>
        <w:t>تو غصہ ہوا، آیا مار ڈالا۔ لیکن بعد کو آتا ہے قرآن میں کہ "فاز بہمن نادمین"۔ ہی بیکم ریپنٹنٹ۔</w:t>
      </w:r>
    </w:p>
    <w:p>
      <w:r>
        <w:rPr>
          <w:b/>
        </w:rPr>
        <w:t xml:space="preserve">[18:35] </w:t>
      </w:r>
      <w:r>
        <w:t>yani pehle to ghusse mein maar daala us ko. baad ko us ke andar kya hua? repentance aa gaya.</w:t>
      </w:r>
    </w:p>
    <w:p>
      <w:pPr>
        <w:jc w:val="right"/>
      </w:pPr>
      <w:r>
        <w:t>یعنی پہلے تو غصے میں مار ڈالا اس کو۔ بعد کو اس کے اندر کیا ہوا؟ ریپنٹنس آ گیا۔</w:t>
      </w:r>
    </w:p>
    <w:p>
      <w:r>
        <w:rPr>
          <w:b/>
        </w:rPr>
        <w:t xml:space="preserve">[18:45] </w:t>
      </w:r>
      <w:r>
        <w:t>to us ke maani kya hue? aap ko maarne se pehle jaanna pare ga ke aakhir mein jo aaye ga woh repentance ho ga. shuru mein repentance nahi rahe ga aap ke andar.</w:t>
      </w:r>
    </w:p>
    <w:p>
      <w:pPr>
        <w:jc w:val="right"/>
      </w:pPr>
      <w:r>
        <w:t>تو اس کے معنی کیا ہوئے؟ آپ کو مارنے سے پہلے جاننا پڑے گا کہ آخر میں جو آئے گا وہ ریپنٹنس ہوگا۔ شروع میں ریپنٹنس نہیں رہے گا آپ کے اندر۔</w:t>
      </w:r>
    </w:p>
    <w:p>
      <w:r>
        <w:rPr>
          <w:b/>
        </w:rPr>
        <w:t xml:space="preserve">[18:59] </w:t>
      </w:r>
      <w:r>
        <w:t>yahan dilli mein ek baar meri mulaqaat hui ek wakeel se. unhon ne kaha ke main pachees saal se vakalat karta hoon aur main murder case leta hoon.</w:t>
      </w:r>
    </w:p>
    <w:p>
      <w:pPr>
        <w:jc w:val="right"/>
      </w:pPr>
      <w:r>
        <w:t>یہاں دلی میں ایک بار میری ملاقات ہوئی ایک وکیل سے۔ انہوں نے کہا کہ میں پچیس سال سے وکالت کرتا ہوں اور میں مرڈر کیس لیتا ہوں۔</w:t>
      </w:r>
    </w:p>
    <w:p>
      <w:r>
        <w:rPr>
          <w:b/>
        </w:rPr>
        <w:t xml:space="preserve">[19:09] </w:t>
      </w:r>
      <w:r>
        <w:t>murder ke case.</w:t>
      </w:r>
    </w:p>
    <w:p>
      <w:pPr>
        <w:jc w:val="right"/>
      </w:pPr>
      <w:r>
        <w:t>مرڈر کے کیس۔</w:t>
      </w:r>
    </w:p>
    <w:p>
      <w:r>
        <w:rPr>
          <w:b/>
        </w:rPr>
        <w:t xml:space="preserve">[19:13] </w:t>
      </w:r>
      <w:r>
        <w:t>to unhon ne kaha ke ab tak jitne bhi mujhe mile hain jinhon ne kisi ko qatl kiya tha, sab ko main ne paaya ke woh repentance mein jeete the.</w:t>
      </w:r>
    </w:p>
    <w:p>
      <w:pPr>
        <w:jc w:val="right"/>
      </w:pPr>
      <w:r>
        <w:t>تو انہوں نے کہا کہ اب تک جتنے بھی مجھے ملے ہیں جنہوں نے کسی کو قتل کیا تھا، سب کو میں نے پایا کہ وہ ریپنٹنس میں جیتے تھے۔</w:t>
      </w:r>
    </w:p>
    <w:p>
      <w:r>
        <w:rPr>
          <w:b/>
        </w:rPr>
        <w:t xml:space="preserve">[19:25] </w:t>
      </w:r>
      <w:r>
        <w:t>unhon ne bara bura kaam kiya, bara bura kaam kiya. to "faaz beham naadimeen" yeh chapter five mein hai yeh aayat.</w:t>
      </w:r>
    </w:p>
    <w:p>
      <w:pPr>
        <w:jc w:val="right"/>
      </w:pPr>
      <w:r>
        <w:t>انہوں نے بڑا برا کام کیا، بڑا برا کام کیا۔ تو "فاز بہمن نادمین" یہ چیپٹر فائیو میں ہے یہ آیت۔</w:t>
      </w:r>
    </w:p>
    <w:p>
      <w:r>
        <w:rPr>
          <w:b/>
        </w:rPr>
        <w:t xml:space="preserve">[19:34] </w:t>
      </w:r>
      <w:r>
        <w:t>woh sab par laagu hoti hai. ke ghussa aaya, maar daala. aur baad ko us ke andar sharmindagi aayi, ghalati ki maine ki, repentance aaya.</w:t>
      </w:r>
    </w:p>
    <w:p>
      <w:pPr>
        <w:jc w:val="right"/>
      </w:pPr>
      <w:r>
        <w:t>وہ سب پر لاگو ہوتی ہے۔ کہ غصے آیا، مار ڈالا۔ اور بعد کو اس کے اندر شرمندگی آئی، غلطی کی میں نے کی، ریپنٹنس آیا۔</w:t>
      </w:r>
    </w:p>
    <w:p>
      <w:r>
        <w:rPr>
          <w:b/>
        </w:rPr>
        <w:t xml:space="preserve">[19:45] </w:t>
      </w:r>
      <w:r>
        <w:t>to jo is dunya mein yaad rakhiye, jo aap jo jo anticipate kar sake ga, wahi bachaye ga apne aap ko.</w:t>
      </w:r>
    </w:p>
    <w:p>
      <w:pPr>
        <w:jc w:val="right"/>
      </w:pPr>
      <w:r>
        <w:t>تو جو اس دنیا میں یاد رکھیے، جو آپ جو جو اینٹیسیپیٹ کر سکے گا، وہی بچائے گا اپنے آپ کو۔</w:t>
      </w:r>
    </w:p>
    <w:p>
      <w:r>
        <w:rPr>
          <w:b/>
        </w:rPr>
        <w:t xml:space="preserve">[19:55] </w:t>
      </w:r>
      <w:r>
        <w:t>aur jo anticipate na kar sake, woh apne aap ko destroy kar le ga.</w:t>
      </w:r>
    </w:p>
    <w:p>
      <w:pPr>
        <w:jc w:val="right"/>
      </w:pPr>
      <w:r>
        <w:t>اور جو اینٹیسیپیٹ نہ کر سکے، وہ اپنے آپ کو ڈسٹروئے کر لے گا۔</w:t>
      </w:r>
    </w:p>
    <w:p>
      <w:r>
        <w:rPr>
          <w:b/>
        </w:rPr>
        <w:t xml:space="preserve">[20:02] </w:t>
      </w:r>
      <w:r>
        <w:t>so you have to be aware of things before hand.</w:t>
      </w:r>
    </w:p>
    <w:p>
      <w:pPr>
        <w:jc w:val="right"/>
      </w:pPr>
      <w:r>
        <w:t>سو یو ہیو ٹو بی ایویر آف تھنگز بیفور ہینڈ۔</w:t>
      </w:r>
    </w:p>
    <w:p>
      <w:r>
        <w:rPr>
          <w:b/>
        </w:rPr>
        <w:t xml:space="preserve">[20:08] </w:t>
      </w:r>
      <w:r>
        <w:t>yeh principle banai hai. you have to be aware of before hand. you have to be aware of things before hand. to yeh khuda ne goya yeh jo</w:t>
      </w:r>
    </w:p>
    <w:p>
      <w:pPr>
        <w:jc w:val="right"/>
      </w:pPr>
      <w:r>
        <w:t>یہ پرنسپل بنائی ہے۔ یو ہیو ٹو بی ایویر آف بیفور ہینڈ۔ یو ہیو ٹو بی ایویر آف تھنگز بیفور ہینڈ۔ تو یہ خدا نے گویا یہ جو</w:t>
      </w:r>
    </w:p>
    <w:p>
      <w:r>
        <w:rPr>
          <w:b/>
        </w:rPr>
        <w:t xml:space="preserve">[20:24] </w:t>
      </w:r>
      <w:r>
        <w:t>khaane ke maamle mein khuda ne jo rakha hai tareeqa ke aap khaate rehte hain, khaate rehte hain, aap ko pata nahi chalta ke aap ka pait bhar gaya. aur taqreeban bees minute baad pata chalta hai ke mera pait bhar gaya.</w:t>
      </w:r>
    </w:p>
    <w:p>
      <w:pPr>
        <w:jc w:val="right"/>
      </w:pPr>
      <w:r>
        <w:t>کھانے کے معاملے میں خدا نے جو رکھا ہے طریقہ کہ آپ کھاتے رہتے ہیں، کھاتے رہتے ہیں، آپ کو پتہ نہیں چلتا کہ آپ کا پیٹ بھر گیا۔ اور تقریباً بیس منٹ بعد پتہ چلتا ہے کہ میرا پیٹ بھر گیا۔</w:t>
      </w:r>
    </w:p>
    <w:p>
      <w:r>
        <w:rPr>
          <w:b/>
        </w:rPr>
        <w:t xml:space="preserve">[20:37] </w:t>
      </w:r>
      <w:r>
        <w:t>tab tak aap overeating kar chuke hote hain. zyada kha chuke hote hain. is overeating ki saari zindagi aap ko bhugtna parta hai.</w:t>
      </w:r>
    </w:p>
    <w:p>
      <w:pPr>
        <w:jc w:val="right"/>
      </w:pPr>
      <w:r>
        <w:t>تب تک آپ اوور ایٹنگ کر چکے ہوتے ہیں۔ زیادہ کھا چکے ہوتے ہیں۔ اس اوور ویٹنگ کی ساری زندگی آپ کو بھگتنا پڑتا ہے۔</w:t>
      </w:r>
    </w:p>
    <w:p>
      <w:r>
        <w:rPr>
          <w:b/>
        </w:rPr>
        <w:t xml:space="preserve">[20:49] </w:t>
      </w:r>
      <w:r>
        <w:t>pehla to yeh hai ke kuch der ke baad, yani aadha ghante ke baad lagta hai ke pait bhaari ho raha hai. aap tajurba kar lijiye, bhook rehte hue khana chhod dijiye.</w:t>
      </w:r>
    </w:p>
    <w:p>
      <w:pPr>
        <w:jc w:val="right"/>
      </w:pPr>
      <w:r>
        <w:t>پہلا تو یہ ہے کہ کچھ دیر کے بعد، یعنی آدھ گھنٹے کے بعد لگتا ہے کہ پیٹ بھاری ہو رہا ہے۔ آپ تجربہ کر لیجئے، بھوک رہتے ہوئے کھانا چھوڑ دیجئے۔</w:t>
      </w:r>
    </w:p>
    <w:p>
      <w:r>
        <w:rPr>
          <w:b/>
        </w:rPr>
        <w:t xml:space="preserve">[21:03] </w:t>
      </w:r>
      <w:r>
        <w:t>bhook rehte hue khana chhod dijiye. to aadha ghante ke baad, ek ghante ke baad pait halka phulka lage ga. halka phulka. aur khaate jaiye, khaate jaiye yahan tak ke aap jab pata khoob bhar jaye, tab chhodiye.</w:t>
      </w:r>
    </w:p>
    <w:p>
      <w:pPr>
        <w:jc w:val="right"/>
      </w:pPr>
      <w:r>
        <w:t>بھوک رہتے ہوئے کھانا چھوڑ دیجئے۔ تو آدھ گھنٹے کے بعد، ایک گھنٹے کے بعد پیٹ ہلکا پھلکا لگے گا۔ ہلکا پھلکا۔ اور کھاتے جائیے، کھاتے جائیے یہاں تک کہ آپ جب پتہ خوب بھر جائے، تب چھوڑیے۔</w:t>
      </w:r>
    </w:p>
    <w:p>
      <w:r>
        <w:rPr>
          <w:b/>
        </w:rPr>
        <w:t xml:space="preserve">[21:16] </w:t>
      </w:r>
      <w:r>
        <w:t>to din bhar pait bhaari rahe ga. ab phir aap goli khayein ge, hazmi goli khayein ge. digestive trouble woh woh tablet khayein ge.</w:t>
      </w:r>
    </w:p>
    <w:p>
      <w:pPr>
        <w:jc w:val="right"/>
      </w:pPr>
      <w:r>
        <w:t>تو دن بھر پیٹ بھاری رہے گا۔ اب پھر آپ گولی کھائیں گے، ہاضمی گولی کھائیں گے۔ ڈائجسٹیو ٹربل وہ وہ ٹیبلٹ کھائیں گے۔</w:t>
      </w:r>
    </w:p>
    <w:p>
      <w:r>
        <w:rPr>
          <w:b/>
        </w:rPr>
        <w:t xml:space="preserve">[21:28] </w:t>
      </w:r>
      <w:r>
        <w:t>isi din bhi aap tajurba kar lijiye ke bhook rehte hue chhodna kya hai aur jab lage ke hum kha chuke, tab chhodna kya hai. jab lagta hai ke aap ko ke mera pait bhar gaya, to woh overeating ho chuki hoti hai.</w:t>
      </w:r>
    </w:p>
    <w:p>
      <w:pPr>
        <w:jc w:val="right"/>
      </w:pPr>
      <w:r>
        <w:t>اسی دن بھی آپ تجربہ کر لیجئے کہ بھوک رہتے ہوئے چھوڑنا کیا ہے اور جب لگے کہ ہم کھا چکے، تب چھوڑنا کیا ہے۔ جب لگتا ہے کہ آپ کو کہ میرا پیٹ بھر گیا، تو وہ اوور ایٹنگ ہو چکی ہوتی ہے۔</w:t>
      </w:r>
    </w:p>
    <w:p>
      <w:r>
        <w:rPr>
          <w:b/>
        </w:rPr>
        <w:t xml:space="preserve">[21:44] </w:t>
      </w:r>
      <w:r>
        <w:t>to yeh ek principle hai zindagi ka ke aap ko har baat ka pehle hi andaaza karna pare ga.</w:t>
      </w:r>
    </w:p>
    <w:p>
      <w:pPr>
        <w:jc w:val="right"/>
      </w:pPr>
      <w:r>
        <w:t>تو یہ ایک پرنسپل ہے زندگی کا کہ آپ کو ہر بات کا پہلے ہی اندازہ کرنا پڑے گا۔</w:t>
      </w:r>
    </w:p>
    <w:p>
      <w:r>
        <w:rPr>
          <w:b/>
        </w:rPr>
        <w:t xml:space="preserve">[21:55] </w:t>
      </w:r>
      <w:r>
        <w:t>pehale hi chahe khaane ka maamla ho, chahe anger ka maamla ho, has revenge lene ka maamla ho, kuch bhi karna ho, kuch bhi karna ho, pehle andaaza karna pare ga.</w:t>
      </w:r>
    </w:p>
    <w:p>
      <w:pPr>
        <w:jc w:val="right"/>
      </w:pPr>
      <w:r>
        <w:t>پہلے ہی چاہے کھانے کا معاملہ ہو، چاہے اینگر کا معاملہ ہو، ہیز ریونج لینے کا معاملہ ہو، کچھ بھی کرنا ہو، کچھ بھی کرنا ہو، پہلے اندازہ کرنا پڑے گا۔</w:t>
      </w:r>
    </w:p>
    <w:p>
      <w:r>
        <w:rPr>
          <w:b/>
        </w:rPr>
        <w:t xml:space="preserve">[22:13] </w:t>
      </w:r>
      <w:r>
        <w:t>agar aap ne pehle andaaza nahi kiya to phir is ke baad kya hai? sirf bhugtna hai, bhugtna hai. phir bhugtna hai, bhugtna hai. to ajeeb baat hai ke ek baat mujhe quran mein yeh discover hui ke shuru hi mein khuda ne har cheez ka ek dum upar se set kar diya tha.</w:t>
      </w:r>
    </w:p>
    <w:p>
      <w:pPr>
        <w:jc w:val="right"/>
      </w:pPr>
      <w:r>
        <w:t>اگر آپ نے پہلے اندازہ نہیں کیا تو پھر اس کے بعد کیا ہے؟ صرف بھگتنا ہے، بھگتنا ہے۔ پھر بھگتنا ہے، بھگتنا ہے۔ تو عجیب بات ہے کہ ایک بات مجھے قرآن میں یہ ڈسکور ہوئی کہ شروع ہی میں خدا نے ہر چیز کا ایک دم اوپر سیٹ کر دیا تھا۔</w:t>
      </w:r>
    </w:p>
    <w:p>
      <w:r>
        <w:rPr>
          <w:b/>
        </w:rPr>
        <w:t xml:space="preserve">[22:30] </w:t>
      </w:r>
      <w:r>
        <w:t>ek dum shuru mein. yeh zindagi jab shuru hui, jab insaan is dunya mein basa, adam ke zamane mein, tabhi yeh ajeeb o ghareeb tor par saare example set ho gaye.</w:t>
      </w:r>
    </w:p>
    <w:p>
      <w:pPr>
        <w:jc w:val="right"/>
      </w:pPr>
      <w:r>
        <w:t>ایک دم شروع میں۔ یہ زندگی جب شروع ہوئی، جب انسان اس دنیا میں بسا، آدم کے زمانے میں، تبھی یہ عجیب و غریب طور پر سارے ایگزیمپل سیٹ ہو گئے۔</w:t>
      </w:r>
    </w:p>
    <w:p>
      <w:r>
        <w:rPr>
          <w:b/>
        </w:rPr>
        <w:t xml:space="preserve">[22:45] </w:t>
      </w:r>
      <w:r>
        <w:t>jo baad ke insaanon ke liye eye opener bane rahe hain, reminder bane rahe hain. unhi mein se ek yeh hai</w:t>
      </w:r>
    </w:p>
    <w:p>
      <w:pPr>
        <w:jc w:val="right"/>
      </w:pPr>
      <w:r>
        <w:t>جو بعد کے انسانوں کے لیے آئی اوپنر بنے رہے ہیں، ریمائنڈر بنے رہے ہیں۔ انہی میں سے ایک یہ ہے</w:t>
      </w:r>
    </w:p>
    <w:p>
      <w:r>
        <w:rPr>
          <w:b/>
        </w:rPr>
        <w:t xml:space="preserve">[22:55] </w:t>
      </w:r>
      <w:r>
        <w:t>keh bhai ne bhai ko qatl kar diya. dono sagge bhai thay. ab zara yeh sochiye, aap zara bhai ne bhai ko qatl kiya to kitne ghusse mein raha hoga?</w:t>
      </w:r>
    </w:p>
    <w:p>
      <w:pPr>
        <w:jc w:val="right"/>
      </w:pPr>
      <w:r>
        <w:t>کہ بھائی نے بھائی کو قتل کر دیا۔ دونوں سگے بھائی تھے۔ اب ذرا یہ سوچیے، آپ ذرا بھائی نے بھائی کو قتل کیا تو کتنے غصے میں رہا ہوگا؟</w:t>
      </w:r>
    </w:p>
    <w:p>
      <w:r>
        <w:rPr>
          <w:b/>
        </w:rPr>
        <w:t xml:space="preserve">[23:07] </w:t>
      </w:r>
      <w:r>
        <w:t>kitna woh bharka hua hoga? yeh jab qatl kar chuka to "faaz behman nadimeen". he became repentant.</w:t>
      </w:r>
    </w:p>
    <w:p>
      <w:pPr>
        <w:jc w:val="right"/>
      </w:pPr>
      <w:r>
        <w:t>کتنا وہ بھڑکا ہوا ہوگا؟ یہ جب قتل کر چکا تو "فاز بہمن نادمین"۔ ہی بیکم ریپنٹنٹ۔</w:t>
      </w:r>
    </w:p>
    <w:p>
      <w:r>
        <w:rPr>
          <w:b/>
        </w:rPr>
        <w:t xml:space="preserve">[23:19] </w:t>
      </w:r>
      <w:r>
        <w:t>extremely repentant. to agar is ne anticipate kiya hota, qatl se pehle jaan liya hota ke baad ko kya hone wala hai, to qatl hi na karta.</w:t>
      </w:r>
    </w:p>
    <w:p>
      <w:pPr>
        <w:jc w:val="right"/>
      </w:pPr>
      <w:r>
        <w:t>ایکسٹریملی ریپنٹنٹ۔ تو اگر اس نے اینٹیسیپیٹ کیا ہوتا، قتل سے پہلے جان لیا ہوتا کہ بعد کو کیا ہونے والا ہے، تو قتل ہی نہ کرتا۔</w:t>
      </w:r>
    </w:p>
    <w:p>
      <w:r>
        <w:rPr>
          <w:b/>
        </w:rPr>
        <w:t xml:space="preserve">[23:36] </w:t>
      </w:r>
      <w:r>
        <w:t>to jis tarah se hum khane ke maamle mein kuch pehle jaan lein to hum overeating na karein. overeating na karein to hum bohat si bimariyon se apne aap bach jayein.</w:t>
      </w:r>
    </w:p>
    <w:p>
      <w:pPr>
        <w:jc w:val="right"/>
      </w:pPr>
      <w:r>
        <w:t>تو جس طرح سے ہم کھانے کے معاملے میں کچھ پہلے جان لیں تو ہم اوور ایٹنگ نہ کریں۔ اوور ایٹنگ نہ کریں تو ہم بہت سی بیماریوں سے اپنے آپ بچ جائیں۔</w:t>
      </w:r>
    </w:p>
    <w:p>
      <w:r>
        <w:rPr>
          <w:b/>
        </w:rPr>
        <w:t xml:space="preserve">[23:49] </w:t>
      </w:r>
      <w:r>
        <w:t>is tarah se anger hai, is tarah se sari cheezein hain, sari cheezein ko humein yeh test hai hamara. test hai hamara. dekhein, animal jo hai, animal ki study ki gayi hai to animal kabhi overeating nahi karta.</w:t>
      </w:r>
    </w:p>
    <w:p>
      <w:pPr>
        <w:jc w:val="right"/>
      </w:pPr>
      <w:r>
        <w:t>اس طرح سے اینگر ہے، اس طرح سے ساری چیزیں ہیں، ساری چیزیں کو ہمیں یہ ٹیسٹ ہے ہمارا۔ ٹیسٹ ہے ہمارا۔ دیکھیں، اینیمل جو ہے، اینیمل کی سٹڈی کی گئی ہے تو اینیمل کبھی اوور ایٹنگ نہیں کرتا۔</w:t>
      </w:r>
    </w:p>
    <w:p>
      <w:r>
        <w:rPr>
          <w:b/>
        </w:rPr>
        <w:t xml:space="preserve">[24:05] </w:t>
      </w:r>
      <w:r>
        <w:t>koi animal kabhi overeating nahi karta. un ka mechanism doosra hai. woh ek ek point par chhod dete hain.</w:t>
      </w:r>
    </w:p>
    <w:p>
      <w:pPr>
        <w:jc w:val="right"/>
      </w:pPr>
      <w:r>
        <w:t>کوئی اینیمل کبھی اوور ایٹنگ نہیں کرتا۔ ان کا میکنزم دوسرا ہے۔ وہ ایک ایک پوائنٹ پر چھوڑ دیتے ہیں۔</w:t>
      </w:r>
    </w:p>
    <w:p>
      <w:r>
        <w:rPr>
          <w:b/>
        </w:rPr>
        <w:t xml:space="preserve">[24:16] </w:t>
      </w:r>
      <w:r>
        <w:t>woh by nature, woh nature se control hota hai animal. kyunke nature unhein bata deti hai aur woh chhod dete hain. lekin insaan ko dekhein, Khuda ne aqal di hai, mind diya hai, soch di hai, thinking power diya hai.</w:t>
      </w:r>
    </w:p>
    <w:p>
      <w:pPr>
        <w:jc w:val="right"/>
      </w:pPr>
      <w:r>
        <w:t>وہ بائی نیچر، وہ نیچر سے کنٹرول ہوتا ہے اینیمل۔ کیونکہ نیچر انہیں بتا دیتی ہے اور وہ چھوڑ دیتے ہیں۔ لیکن انسان کو دیکھیں، خدا نے عقل دی ہے، مائنڈ دیا ہے، سوچ دی ہے، تھنکنگ پاور دیا ہے۔</w:t>
      </w:r>
    </w:p>
    <w:p>
      <w:r>
        <w:rPr>
          <w:b/>
        </w:rPr>
        <w:t xml:space="preserve">[24:31] </w:t>
      </w:r>
      <w:r>
        <w:t>to insaan ko to apni aqal ko istemal karna padega. karna padega. warna kya hoga? woh apne ko tabah karega.</w:t>
      </w:r>
    </w:p>
    <w:p>
      <w:pPr>
        <w:jc w:val="right"/>
      </w:pPr>
      <w:r>
        <w:t>تو انسان کو تو اپنی عقل کو استعمال کرنا پڑے گا۔ کرنا پڑے گا۔ ورنہ کیا ہوگا؟ وہ اپنے کو تباہ کرے گا۔</w:t>
      </w:r>
    </w:p>
    <w:p>
      <w:r>
        <w:rPr>
          <w:b/>
        </w:rPr>
        <w:t xml:space="preserve">[24:47] </w:t>
      </w:r>
      <w:r>
        <w:t>in baaton par sochte hue, aaj subah mein isi baaton ko soch raha tha to mujhe ek hadith yaad aayi. ek hadith jo hai, bohat zyada eye opener hai hum sab ke liye.</w:t>
      </w:r>
    </w:p>
    <w:p>
      <w:pPr>
        <w:jc w:val="right"/>
      </w:pPr>
      <w:r>
        <w:t>ان باتوں پر سوچتے ہوئے، آج صبح میں اسی باتوں کو سوچ رہا تھا تو مجھے ایک حدیث یاد آئی۔ ایک حدیث جو ہے، بہت زیادہ آئی اوپنر ہے ہم سب کے لیے۔</w:t>
      </w:r>
    </w:p>
    <w:p>
      <w:r>
        <w:rPr>
          <w:b/>
        </w:rPr>
        <w:t xml:space="preserve">[25:03] </w:t>
      </w:r>
      <w:r>
        <w:t>ek hadith is tarah hai ke</w:t>
      </w:r>
    </w:p>
    <w:p>
      <w:pPr>
        <w:jc w:val="right"/>
      </w:pPr>
      <w:r>
        <w:t>ایک حدیث اس طرح ہے کہ</w:t>
      </w:r>
    </w:p>
    <w:p>
      <w:r>
        <w:rPr>
          <w:b/>
        </w:rPr>
        <w:t xml:space="preserve">[25:10] </w:t>
      </w:r>
      <w:r>
        <w:t>ek aadmi ne Rasool Allah se poocha ke dunya mein sab se achhi jagah kaun si hai? is pe is dunya mein sab se achha spot kaun hai?</w:t>
      </w:r>
    </w:p>
    <w:p>
      <w:pPr>
        <w:jc w:val="right"/>
      </w:pPr>
      <w:r>
        <w:t>ایک آدمی نے رسول اللہ سے پوچھا کہ دنیا میں سب سے اچھی جگہ کون سی ہے؟ ان پہ اس دنیا میں سب سے اچھا سپاٹ کون ہے؟</w:t>
      </w:r>
    </w:p>
    <w:p>
      <w:r>
        <w:rPr>
          <w:b/>
        </w:rPr>
        <w:t xml:space="preserve">[25:20] </w:t>
      </w:r>
      <w:r>
        <w:t>sab se bura spot kaun hai? is ke mind mein ek question aaya.</w:t>
      </w:r>
    </w:p>
    <w:p>
      <w:pPr>
        <w:jc w:val="right"/>
      </w:pPr>
      <w:r>
        <w:t>سب سے برا سپاٹ کون ہے؟ اس کے مائنڈ میں ایک کوئسچن آیا۔</w:t>
      </w:r>
    </w:p>
    <w:p>
      <w:r>
        <w:rPr>
          <w:b/>
        </w:rPr>
        <w:t xml:space="preserve">[25:28] </w:t>
      </w:r>
      <w:r>
        <w:t>to us ne Rasool Allah se poocha. to Rasool Allah ne kaha ke yeh sawal jo hai, main aap jante hain ke Jibraeel aap par aate rehte thay, yaani angel.</w:t>
      </w:r>
    </w:p>
    <w:p>
      <w:pPr>
        <w:jc w:val="right"/>
      </w:pPr>
      <w:r>
        <w:t>تو اس نے رسول اللہ سے پوچھا۔ تو رسول اللہ نے کہا کہ یہ سوال جو ہے، میں آپ جانتے ہیں کہ جبرائیل آپ پر آتے رہتے تھے، یعنی اینجل۔</w:t>
      </w:r>
    </w:p>
    <w:p>
      <w:r>
        <w:rPr>
          <w:b/>
        </w:rPr>
        <w:t xml:space="preserve">[25:43] </w:t>
      </w:r>
      <w:r>
        <w:t>to aap ne kaha ke main Jibraeel aayenge to usay pooch kar bataunga. to Jibraeel farishta jo hai, jab woh aaye to Rasool Allah ne un se poocha ke yeh sawal mujh se kisi ne kiya hai ke dunya mein sab se achha spot kaun hai?</w:t>
      </w:r>
    </w:p>
    <w:p>
      <w:pPr>
        <w:jc w:val="right"/>
      </w:pPr>
      <w:r>
        <w:t>تو آپ نے کہا کہ میں جبرائیل آئیں گے تو اسے پوچھ کر بتاؤں گا۔ تو جبرائیل فرشتہ جو ہے، جب وہ آئے تو رسول اللہ نے ان سے پوچھا کہ یہ سوال مجھ سے کسی نے کیا ہے کہ دنیا میں سب سے اچھا سپاٹ کون ہے؟</w:t>
      </w:r>
    </w:p>
    <w:p>
      <w:r>
        <w:rPr>
          <w:b/>
        </w:rPr>
        <w:t xml:space="preserve">[26:00] </w:t>
      </w:r>
      <w:r>
        <w:t>sab se bura spot kaun hai? to Jibraeel ne kaha ke main bhi nahi jaanta. main bhi nahi jaanta.</w:t>
      </w:r>
    </w:p>
    <w:p>
      <w:pPr>
        <w:jc w:val="right"/>
      </w:pPr>
      <w:r>
        <w:t>سب سے برا سپاٹ کون ہے؟ تو جبرائیل نے کہا کہ میں بھی نہیں جانتا۔ میں بھی نہیں جانتا۔</w:t>
      </w:r>
    </w:p>
    <w:p>
      <w:r>
        <w:rPr>
          <w:b/>
        </w:rPr>
        <w:t xml:space="preserve">[26:10] </w:t>
      </w:r>
      <w:r>
        <w:t>to mujhe bhi Allah Ta'ala se poochhna padega. to aap jante hain ke farishte ka contact Allah Ta'ala se direct hota hai. to hadith mein hai ke Jibraeel upar uthe, upar uthe, upar uthe.</w:t>
      </w:r>
    </w:p>
    <w:p>
      <w:pPr>
        <w:jc w:val="right"/>
      </w:pPr>
      <w:r>
        <w:t>تو مجھے بھی اللہ تعالیٰ سے پوچھنا پڑے گا۔ تو آپ جانتے ہیں کہ فرشتے کا کنٹیکٹ اللہ تعالیٰ سے ڈائریکٹ ہوتا ہے۔ تو حدیث میں ہے کہ جبرائیل اوپر اٹھے، اوپر اٹھے، اوپر اٹھے۔</w:t>
      </w:r>
    </w:p>
    <w:p>
      <w:r>
        <w:rPr>
          <w:b/>
        </w:rPr>
        <w:t xml:space="preserve">[26:27] </w:t>
      </w:r>
      <w:r>
        <w:t>yehahan tak ke woh itna door pahunch gaye, itna qareeb pahunch gaye jahan se aap ke aur Khuda ke beech mein, yaani Khuda ke bilkul paas to koi pahunch nahi sakta hai.</w:t>
      </w:r>
    </w:p>
    <w:p>
      <w:pPr>
        <w:jc w:val="right"/>
      </w:pPr>
      <w:r>
        <w:t>یہاں تک کہ وہ اتنا دور پہنچ گئے، اتنا قریب پہنچ گئے جہاں سے آپ کے اور خدا کے بیچ میں، یعنی خدا کے بالکل پاس تو کوئی پہنچ نہیں سکتا ہے۔</w:t>
      </w:r>
    </w:p>
    <w:p>
      <w:r>
        <w:rPr>
          <w:b/>
        </w:rPr>
        <w:t xml:space="preserve">[26:39] </w:t>
      </w:r>
      <w:r>
        <w:t>lekin us din woh sab se qareeb pahunch gaye. sab se qareeb pahunch gaye. aur phir bhi hazar, yaani noori parde ka faasla tha.</w:t>
      </w:r>
    </w:p>
    <w:p>
      <w:pPr>
        <w:jc w:val="right"/>
      </w:pPr>
      <w:r>
        <w:t>لیکن اس دن وہ سب سے قریب پہنچ گئے۔ سب سے قریب پہنچ گئے۔ اور پھر بھی ہزار، یعنی نوری پردے کا فاصلہ تھا۔</w:t>
      </w:r>
    </w:p>
    <w:p>
      <w:r>
        <w:rPr>
          <w:b/>
        </w:rPr>
        <w:t xml:space="preserve">[26:53] </w:t>
      </w:r>
      <w:r>
        <w:t>yeh phir bhi aap bohat door thay, Hazrat Jibraeel. to unhon ne Allah Ta'ala se poocha. to Allah Ta'ala ne bataya ke "khairul maqamat masajiduh".</w:t>
      </w:r>
    </w:p>
    <w:p>
      <w:pPr>
        <w:jc w:val="right"/>
      </w:pPr>
      <w:r>
        <w:t>یہ پھر بھی آپ بہت دور تھے، حضرت جبرائیل۔ تو انہوں نے اللہ تعالیٰ سے پوچھا۔ تو اللہ تعالیٰ نے بتایا کہ "خیر المقام مساجدہ"۔</w:t>
      </w:r>
    </w:p>
    <w:p>
      <w:r>
        <w:rPr>
          <w:b/>
        </w:rPr>
        <w:t xml:space="preserve">[27:06] </w:t>
      </w:r>
      <w:r>
        <w:t>wa "sharrul maqamat aswaquh". doosre alfaaz yeh bhi hain ke "ahabbullah al-arda masajidah".</w:t>
      </w:r>
    </w:p>
    <w:p>
      <w:pPr>
        <w:jc w:val="right"/>
      </w:pPr>
      <w:r>
        <w:t>و "شر المقام اسواقہ"۔ دوسرے الفاظ یہ بھی ہیں کہ "حب اللہ الارض مساجدہ"۔</w:t>
      </w:r>
    </w:p>
    <w:p>
      <w:r>
        <w:rPr>
          <w:b/>
        </w:rPr>
        <w:t xml:space="preserve">[27:16] </w:t>
      </w:r>
      <w:r>
        <w:t>wa "abghadullah al-arda aswaqah". yaani zameen par sab se bura spot.</w:t>
      </w:r>
    </w:p>
    <w:p>
      <w:pPr>
        <w:jc w:val="right"/>
      </w:pPr>
      <w:r>
        <w:t>و "ابغض اللہ الارض اسواقہ"۔ یعنی زمین پر سب سے برا سپاٹ۔</w:t>
      </w:r>
    </w:p>
    <w:p>
      <w:r>
        <w:rPr>
          <w:b/>
        </w:rPr>
        <w:t xml:space="preserve">[27:24] </w:t>
      </w:r>
      <w:r>
        <w:t>to phir Hazrat Jibraeel ne aa kar Rasool Allah ko yeh bataya aur aap ne us ko doosre aadmi ko bataya. is ka matlab yeh hai ke zameen mein</w:t>
      </w:r>
    </w:p>
    <w:p>
      <w:pPr>
        <w:jc w:val="right"/>
      </w:pPr>
      <w:r>
        <w:t>تو پھر حضرت جبرائیل نے آ کر رسول اللہ کو یہ بتایا اور آپ نے اس کو دوسرے آدمی کو بتایا۔ اس کا مطلب یہ ہے کہ زمین میں</w:t>
      </w:r>
    </w:p>
    <w:p>
      <w:r>
        <w:rPr>
          <w:b/>
        </w:rPr>
        <w:t xml:space="preserve">[27:37] </w:t>
      </w:r>
      <w:r>
        <w:t>sab se achhi jagah masjid hai aur sab se buri jagah bazaar hai. yeh bohat pehle maine hadith padhi thi.</w:t>
      </w:r>
    </w:p>
    <w:p>
      <w:pPr>
        <w:jc w:val="right"/>
      </w:pPr>
      <w:r>
        <w:t>سب سے اچھی جگہ مسجد ہے اور سب سے بری جگہ بازار ہے۔ یہ بہت پہلے میں نے حدیث پڑھی تھی۔</w:t>
      </w:r>
    </w:p>
    <w:p>
      <w:r>
        <w:rPr>
          <w:b/>
        </w:rPr>
        <w:t xml:space="preserve">[27:49] </w:t>
      </w:r>
      <w:r>
        <w:t>lekin sachi baat hai ke aaj hi mere sir mein yeh hadith aayi. woh bhi hai ke akhbar padh lo. akhbar se maloom hua. aaj ke akhbar mein ek item hai.</w:t>
      </w:r>
    </w:p>
    <w:p>
      <w:pPr>
        <w:jc w:val="right"/>
      </w:pPr>
      <w:r>
        <w:t>لیکن سچی بات ہے کہ آج ہی میرے سر میں یہ حدیث آئی۔ وہ بھی ہے کہ اخبار پڑھ لو۔ اخبار سے معلوم ہوا۔ آج کے اخبار میں ایک آئٹم ہے۔</w:t>
      </w:r>
    </w:p>
    <w:p>
      <w:r>
        <w:rPr>
          <w:b/>
        </w:rPr>
        <w:t xml:space="preserve">[28:00] </w:t>
      </w:r>
      <w:r>
        <w:t>aaj ke akhbar mein ek item hai ke ek aadmi ne, is ka naam hai Richard Garrett.</w:t>
      </w:r>
    </w:p>
    <w:p>
      <w:pPr>
        <w:jc w:val="right"/>
      </w:pPr>
      <w:r>
        <w:t>آج کے اخبار میں ایک آئٹم ہے کہ ایک آدمی نے، اس کا نام ہے رچرڈ گیریٹ۔</w:t>
      </w:r>
    </w:p>
    <w:p>
      <w:r>
        <w:rPr>
          <w:b/>
        </w:rPr>
        <w:t xml:space="preserve">[28:12] </w:t>
      </w:r>
      <w:r>
        <w:t>to aik item bhi hai is mein aaj hi ke paper mein hai ke richard garrett buys</w:t>
      </w:r>
    </w:p>
    <w:p>
      <w:pPr>
        <w:jc w:val="right"/>
      </w:pPr>
      <w:r>
        <w:t>تو ایک آئٹم بھی ہے اس میں آج ہی کے پیپر میں ہے کہ رچرڈ گیریٹ بائز</w:t>
      </w:r>
    </w:p>
    <w:p>
      <w:r>
        <w:rPr>
          <w:b/>
        </w:rPr>
        <w:t xml:space="preserve">[28:20] </w:t>
      </w:r>
      <w:r>
        <w:t>thirty million dollar ticket, space ticket. richard, richard garrett buys thirty million dollar space ticket.</w:t>
      </w:r>
    </w:p>
    <w:p>
      <w:pPr>
        <w:jc w:val="right"/>
      </w:pPr>
      <w:r>
        <w:t>تھرٹی ملین ڈالر ٹکٹ، سپیس ٹکٹ۔ رچرڈ، رچرڈ گیریٹ بائز تھرٹی ملین ڈالر سپیس ٹکٹ۔</w:t>
      </w:r>
    </w:p>
    <w:p>
      <w:r>
        <w:rPr>
          <w:b/>
        </w:rPr>
        <w:t xml:space="preserve">[28:34] </w:t>
      </w:r>
      <w:r>
        <w:t>richard, richard, richard garrett jo hai, woh is ka family russian thi lekin woh rehta hai amreeka mein. to bohat bara business is ka hai.</w:t>
      </w:r>
    </w:p>
    <w:p>
      <w:pPr>
        <w:jc w:val="right"/>
      </w:pPr>
      <w:r>
        <w:t>رچرڈ، رچرڈ، رچرڈ گیریٹ جو ہے، وہ اس کا فیملی رشین تھی لیکن وہ رہتا ہے امریکہ میں۔ تو بہت بڑا بزنس اس کا ہے۔</w:t>
      </w:r>
    </w:p>
    <w:p>
      <w:r>
        <w:rPr>
          <w:b/>
        </w:rPr>
        <w:t xml:space="preserve">[28:45] </w:t>
      </w:r>
      <w:r>
        <w:t>to is ne 30, thirty million, 30 million dollar, 30 million dollar ka ticket khareeda hai ke space station jaane ke liye.</w:t>
      </w:r>
    </w:p>
    <w:p>
      <w:pPr>
        <w:jc w:val="right"/>
      </w:pPr>
      <w:r>
        <w:t>تو اس نے 30، تھرٹی ملین، 30 ملین ڈالر، 30 ملین ڈالر کا ٹکٹ خریدا ہے کہ سپیس اسٹیشن جانے کے لیے۔</w:t>
      </w:r>
    </w:p>
    <w:p>
      <w:r>
        <w:rPr>
          <w:b/>
        </w:rPr>
        <w:t xml:space="preserve">[28:56] </w:t>
      </w:r>
      <w:r>
        <w:t>space mein koi station, aaj kal aap jante hain ke space travel ho raha hai. to woh jaane ke liye is ne 30 million dollar ka ticket khareeda hai.</w:t>
      </w:r>
    </w:p>
    <w:p>
      <w:pPr>
        <w:jc w:val="right"/>
      </w:pPr>
      <w:r>
        <w:t>سپیس میں کوئی اسٹیشن، آج کل آپ جانتے ہیں کہ سپیس ٹریول ہو رہا ہے۔ تو وہ جانے کے لیے اس نے 30 ملین ڈالر کا ٹکٹ خریدا ہے۔</w:t>
      </w:r>
    </w:p>
    <w:p>
      <w:r>
        <w:rPr>
          <w:b/>
        </w:rPr>
        <w:t xml:space="preserve">[29:09] </w:t>
      </w:r>
      <w:r>
        <w:t>ab mein sochne laga ke yeh hadith mujhe jo samajh mein nahi aati thi, woh kyun nahi samajh aati thi? aur aaj samajh mein aayi. kyunke hamare bachpan mein bazaar ki kuch thi nahi.</w:t>
      </w:r>
    </w:p>
    <w:p>
      <w:pPr>
        <w:jc w:val="right"/>
      </w:pPr>
      <w:r>
        <w:t>اب میں سوچنے لگا کہ یہ حدیث مجھے جو سمجھ میں نہیں آتی تھی، وہ کیوں نہیں سمجھ آتی تھی؟ اور آج سمجھ میں آئی۔ کیونکہ ہمارے بچپن میں بازار کی کچھ تھی نہیں۔</w:t>
      </w:r>
    </w:p>
    <w:p>
      <w:r>
        <w:rPr>
          <w:b/>
        </w:rPr>
        <w:t xml:space="preserve">[29:20] </w:t>
      </w:r>
      <w:r>
        <w:t>bazaar mein kya kashish? hamare bachpan mein bazaar mein lakri ka pyala bikta tha aur lakri ka chamcha. aisi mamooli cheezein.</w:t>
      </w:r>
    </w:p>
    <w:p>
      <w:pPr>
        <w:jc w:val="right"/>
      </w:pPr>
      <w:r>
        <w:t>بازار میں کیا کشش؟ ہمارے بچپن میں بازار میں لکڑی کا پیالہ بکتا تھا اور لکڑی کا چمچہ۔ ایسی معمولی چیزیں۔</w:t>
      </w:r>
    </w:p>
    <w:p>
      <w:r>
        <w:rPr>
          <w:b/>
        </w:rPr>
        <w:t xml:space="preserve">[29:31] </w:t>
      </w:r>
      <w:r>
        <w:t>to itna bara, yaani meri samajh mein nahi aata tha ke itna bara woh kaise ho sakta hai? bazaar, shar-e-maqam.</w:t>
      </w:r>
    </w:p>
    <w:p>
      <w:pPr>
        <w:jc w:val="right"/>
      </w:pPr>
      <w:r>
        <w:t>تو اتنا بڑا، یعنی میری سمجھ میں نہیں آتا تھا کہ اتنا بڑا وہ کیسے ہو سکتا ہے؟ بازار، شر المقام۔</w:t>
      </w:r>
    </w:p>
    <w:p>
      <w:r>
        <w:rPr>
          <w:b/>
        </w:rPr>
        <w:t xml:space="preserve">[29:41] </w:t>
      </w:r>
      <w:r>
        <w:t>yeh kuch tha hi nahi jis ko ja kar aadmi ghoor bakta tha, chawal bakta tha aur bohat hi mamooli qism cheezein bakti theen. koi lohar haath se bana kar ke bechte thay ya barhai haath se bana kar bechte thay.</w:t>
      </w:r>
    </w:p>
    <w:p>
      <w:pPr>
        <w:jc w:val="right"/>
      </w:pPr>
      <w:r>
        <w:t>یہ کچھ تھا ہی نہیں جس کو جا کر آدمی گھوڑ بکتا تھا، چاول بکتا تھا اور بہت ہی معمولی قسم چیزیں بکتی تھیں۔ کوئی لوہار ہاتھ سے بنا کر کے بیچتے تھے یا بڑھائی ہاتھ سے بنا کر بیچتے تھے۔</w:t>
      </w:r>
    </w:p>
    <w:p>
      <w:r>
        <w:rPr>
          <w:b/>
        </w:rPr>
        <w:t xml:space="preserve">[29:55] </w:t>
      </w:r>
      <w:r>
        <w:t>aisi cheezein hoti theen. to mein ne samjha hai ke yeh rasool Allah ke paighambar hone ki daleel hai. yaani future ke reference mein aap ne yeh baat kahi.</w:t>
      </w:r>
    </w:p>
    <w:p>
      <w:pPr>
        <w:jc w:val="right"/>
      </w:pPr>
      <w:r>
        <w:t>ایسی چیزیں ہوتی تھیں۔ تو میں نے سمجھا ہے کہ یہ رسول اللہ کے پیغمبر ہونے کی دلیل ہے۔ یعنی فیوچر کے ریفرنس میں آپ نے یہ بات کہی۔</w:t>
      </w:r>
    </w:p>
    <w:p>
      <w:r>
        <w:rPr>
          <w:b/>
        </w:rPr>
        <w:t xml:space="preserve">[30:10] </w:t>
      </w:r>
      <w:r>
        <w:t>future ke reference mein. yaani aik zamanah aanay wala hai jabkay sab se buri cheez jo hai, woh shopping center ban jaye gi. woh kaise?</w:t>
      </w:r>
    </w:p>
    <w:p>
      <w:pPr>
        <w:jc w:val="right"/>
      </w:pPr>
      <w:r>
        <w:t>فیوچر کے ریفرنس میں۔ یعنی ایک زمانہ آنے والا ہے جبکہ سب سے بری چیز جو ہے، وہ شاپنگ سینٹر بن جائے گی۔ وہ کیسے؟</w:t>
      </w:r>
    </w:p>
    <w:p>
      <w:r>
        <w:rPr>
          <w:b/>
        </w:rPr>
        <w:t xml:space="preserve">[30:23] </w:t>
      </w:r>
      <w:r>
        <w:t>phir mujhe is par aik waqia yaad aaya. aik sahib gaye wahan par germany. germany mein aik german aurat ne un se kaha, baat cheet ke darmiyan.</w:t>
      </w:r>
    </w:p>
    <w:p>
      <w:pPr>
        <w:jc w:val="right"/>
      </w:pPr>
      <w:r>
        <w:t>پھر مجھے اس پر ایک واقعہ یاد آیا۔ ایک صاحب گئے وہاں پر جرمنی۔ جرمنی میں ایک جرمن عورت نے ان سے کہا، بات چیت کے درمیان۔</w:t>
      </w:r>
    </w:p>
    <w:p>
      <w:r>
        <w:rPr>
          <w:b/>
        </w:rPr>
        <w:t xml:space="preserve">[30:36] </w:t>
      </w:r>
      <w:r>
        <w:t>us ne kaha ke "Why should I believe in God?" "Why should I believe in God?" "I can purchase everything in the market?" mujhe khuda se kya lena hai?</w:t>
      </w:r>
    </w:p>
    <w:p>
      <w:pPr>
        <w:jc w:val="right"/>
      </w:pPr>
      <w:r>
        <w:t>اس نے کہا کہ "وائی شوڈ آئی بیلیو ان گاڈ؟" "وائی شوڈ آئی بیلیو ان گاڈ؟" "آئی کین پرچیز ایوری تھنگ ان دا مارکیٹ؟" مجھے خدا سے کیا لینا ہے؟</w:t>
      </w:r>
    </w:p>
    <w:p>
      <w:r>
        <w:rPr>
          <w:b/>
        </w:rPr>
        <w:t xml:space="preserve">[30:51] </w:t>
      </w:r>
      <w:r>
        <w:t>sab cheezein to bazaar mein mil rahi hai.</w:t>
      </w:r>
    </w:p>
    <w:p>
      <w:pPr>
        <w:jc w:val="right"/>
      </w:pPr>
      <w:r>
        <w:t>سب چپچی تو بازار میں مل رہی ہے۔</w:t>
      </w:r>
    </w:p>
    <w:p>
      <w:r>
        <w:rPr>
          <w:b/>
        </w:rPr>
        <w:t xml:space="preserve">[30:56] </w:t>
      </w:r>
      <w:r>
        <w:t>"why should i believe in god?" "everything i can find in the market?" to hamare zamanay ka insaan ya aur pehle zamanay ka insaan, bohat pehle zamanay ka insaan, chahta tha ke samajhta hai har cheez khuda se aa rahi hai.</w:t>
      </w:r>
    </w:p>
    <w:p>
      <w:pPr>
        <w:jc w:val="right"/>
      </w:pPr>
      <w:r>
        <w:t>"وائی شوڈ آئی بیلیو ان گاڈ؟" "ایوری تھنگ آئی کین فائنڈ ان دا مارکیٹ؟" تو ہمارے زمانے کا انسان یا اور پہلے زمانے کا انسان، بہت پہلے زمانے کا انسان، چاہتا تھا کہ سمجھتا ہے ہر چیز خدا سے آ رہی ہے۔</w:t>
      </w:r>
    </w:p>
    <w:p>
      <w:r>
        <w:rPr>
          <w:b/>
        </w:rPr>
        <w:t xml:space="preserve">[31:10] </w:t>
      </w:r>
      <w:r>
        <w:t>barish baras rahi hai to khuda barsa raha hai. gehoon mein daal aa rahi hai to khuda daal is mein dala raha hai.</w:t>
      </w:r>
    </w:p>
    <w:p>
      <w:pPr>
        <w:jc w:val="right"/>
      </w:pPr>
      <w:r>
        <w:t>بارش برس رہی ہے تو خدا برسا رہا ہے۔ گیہوں میں دال آ رہی ہے تو خدا دال اس میں ڈلا رہا ہے۔</w:t>
      </w:r>
    </w:p>
    <w:p>
      <w:r>
        <w:rPr>
          <w:b/>
        </w:rPr>
        <w:t xml:space="preserve">[31:19] </w:t>
      </w:r>
      <w:r>
        <w:t>gaaye ka bachcha paida hua to wohi khuda ne bachcha paida kiya. to us waqt jo terminology thi, woh yeh thi ke log samajhte thay ke sab khuda ki taraf se mil raha hai.</w:t>
      </w:r>
    </w:p>
    <w:p>
      <w:pPr>
        <w:jc w:val="right"/>
      </w:pPr>
      <w:r>
        <w:t>گائے کا بچہ پیدا ہوا تو وہی خدا نے بچہ پیدا کیا۔ تو اس وقت جو ٹرمینالوجی تھی، وہ یہ تھی کہ لوگ سمجھتے تھے کہ سب خدا کی طرف سے مل رہا ہے۔</w:t>
      </w:r>
    </w:p>
    <w:p>
      <w:r>
        <w:rPr>
          <w:b/>
        </w:rPr>
        <w:t xml:space="preserve">[31:29] </w:t>
      </w:r>
      <w:r>
        <w:t>aur cheezein itni thori si theen. ab industrial revolution jo aaya hai, consumers ka jo zamanah aaya hai, to million million item naye par gaye.</w:t>
      </w:r>
    </w:p>
    <w:p>
      <w:pPr>
        <w:jc w:val="right"/>
      </w:pPr>
      <w:r>
        <w:t>اور چیزیں اتنی تھوڑی سی تھیں۔ اب انڈسٹریل ریولوشن جو آیا ہے، کنزیومرز کا جو زمانہ آیا ہے، تو ملین ملین آئٹم نئے پڑ گئے۔</w:t>
      </w:r>
    </w:p>
    <w:p>
      <w:r>
        <w:rPr>
          <w:b/>
        </w:rPr>
        <w:t xml:space="preserve">[31:39] </w:t>
      </w:r>
      <w:r>
        <w:t>aur sab paise se milte hain. paisa ho to ab yahan tak pohancha hai paise ka taqat ke aap space travel kar sakte hain.</w:t>
      </w:r>
    </w:p>
    <w:p>
      <w:pPr>
        <w:jc w:val="right"/>
      </w:pPr>
      <w:r>
        <w:t>اور سب پیسے سے ملتے ہیں۔ پیسہ ہو تو اب یہاں تک پہنچا ہے پیسے کا طاقت کہ آپ سپیس ٹریول کر سکتے ہیں۔</w:t>
      </w:r>
    </w:p>
    <w:p>
      <w:r>
        <w:rPr>
          <w:b/>
        </w:rPr>
        <w:t xml:space="preserve">[31:48] </w:t>
      </w:r>
      <w:r>
        <w:t>agar thirty million dollar aap ke paas hai to aap jaiye space mein ghoom aaiye. space mein outing kar sakte hain aap. yaani pehle to kisi apne daish ke andar outing bhi nahi possible hoti thi.</w:t>
      </w:r>
    </w:p>
    <w:p>
      <w:pPr>
        <w:jc w:val="right"/>
      </w:pPr>
      <w:r>
        <w:t>اگر تھرٹی ملین ڈالر آپ کے پاس ہے تو آپ جائیے سپیس میں گھوم آئیے۔ سپیس میں آؤٹنگ کر سکتے ہیں آپ۔ یعنی پہلے تو کسی اپنے دیش کے اندر آؤٹنگ بھی نہیں پاسیبل ہوتی تھی۔</w:t>
      </w:r>
    </w:p>
    <w:p>
      <w:r>
        <w:rPr>
          <w:b/>
        </w:rPr>
        <w:t xml:space="preserve">[32:05] </w:t>
      </w:r>
      <w:r>
        <w:t>koi na rail thi, na sarak thi, na motor tha, na kuch tha. to sirf bohat hi museebat utha kar kahin koi jata tha. ab kya hai?</w:t>
      </w:r>
    </w:p>
    <w:p>
      <w:pPr>
        <w:jc w:val="right"/>
      </w:pPr>
      <w:r>
        <w:t>کوئی نہ ریل تھی، نہ سڑک تھی، نہ موٹر تھا، نہ کچھ تھا۔ تو صرف بہت ہی مصیبت اٹھا کر کہیں کوئی جاتا تھا۔ اب کیا ہے؟</w:t>
      </w:r>
    </w:p>
    <w:p>
      <w:r>
        <w:rPr>
          <w:b/>
        </w:rPr>
        <w:t xml:space="preserve">[32:15] </w:t>
      </w:r>
      <w:r>
        <w:t>ticket lijiye aur jahan chahein wahan pohanch jaiye. to kuch din pehle tak aadmi yahi samajhta tha ke motor baitho aur dehli se lucknow pohanch jao.</w:t>
      </w:r>
    </w:p>
    <w:p>
      <w:pPr>
        <w:jc w:val="right"/>
      </w:pPr>
      <w:r>
        <w:t>ٹکٹ لیجیے اور جہاں چاہیں وہاں پہنچ جائیے۔ تو کچھ دن پہلے تک آدمی یہی سمجھتا تھا کہ موٹر بیٹھو اور دہلی سے لکھنو پہنچ جاؤ۔</w:t>
      </w:r>
    </w:p>
    <w:p>
      <w:r>
        <w:rPr>
          <w:b/>
        </w:rPr>
        <w:t xml:space="preserve">[32:26] </w:t>
      </w:r>
      <w:r>
        <w:t>hawai jahaz baitho aur dehli se bombay pohanch jao. ab maloom yeh hua ke aap thirty million dollar aap ki jeb mein aap ke paas hain. to aap space mein bhi ja sakte hain.</w:t>
      </w:r>
    </w:p>
    <w:p>
      <w:pPr>
        <w:jc w:val="right"/>
      </w:pPr>
      <w:r>
        <w:t>ہوائی جہاز بیٹھو اور دہلی سے بمبئی پہنچ جاؤ۔ اب معلوم یہ ہوا کہ آپ تھرٹی ملین ڈالر آپ کی جیب میں آپ کے پاس ہیں۔ تو آپ سپیس میں بھی جا سکتے ہیں۔</w:t>
      </w:r>
    </w:p>
    <w:p>
      <w:r>
        <w:rPr>
          <w:b/>
        </w:rPr>
        <w:t xml:space="preserve">[32:38] </w:t>
      </w:r>
      <w:r>
        <w:t>to paisa, paisa, paisa, paisa. paisa ho market, paisa ho shopping center. sab kuch ban gaya. paisa kamao aur sab kuch available hai shopping center mein.</w:t>
      </w:r>
    </w:p>
    <w:p>
      <w:pPr>
        <w:jc w:val="right"/>
      </w:pPr>
      <w:r>
        <w:t>تو پیسہ، پیسہ، پیسہ، پیسہ۔ پیسہ ہو مارکیٹ، پیسہ ہو شاپنگ سینٹر۔ سب کچھ بن گیا۔ پیسہ کماؤ اور سب کچھ اویلیبل ہے شاپنگ سینٹر میں۔</w:t>
      </w:r>
    </w:p>
    <w:p>
      <w:r>
        <w:rPr>
          <w:b/>
        </w:rPr>
        <w:t xml:space="preserve">[32:53] </w:t>
      </w:r>
      <w:r>
        <w:t>ab dekhein farq kya pada hai pichlay zamanay mein aaj ke zamanay mein. pehle insaan yeh samajhta tha ke sab kuch khuda se hi milta hai.</w:t>
      </w:r>
    </w:p>
    <w:p>
      <w:pPr>
        <w:jc w:val="right"/>
      </w:pPr>
      <w:r>
        <w:t>اب دیکھیں فرق کیا پڑا ہے پچھلے زمانے میں آج کے زمانے میں۔ پہلے انسان یہ سمجھتا تھا کہ سب کچھ خدا سے ہی ملتا ہے۔</w:t>
      </w:r>
    </w:p>
    <w:p>
      <w:r>
        <w:rPr>
          <w:b/>
        </w:rPr>
        <w:t xml:space="preserve">[33:03] </w:t>
      </w:r>
      <w:r>
        <w:t>sab kuch khuda se hi milta hai. ab kya hai? sab kuch paise se milta hai.</w:t>
      </w:r>
    </w:p>
    <w:p>
      <w:pPr>
        <w:jc w:val="right"/>
      </w:pPr>
      <w:r>
        <w:t>سب کچھ خدا سے ہی ملتا ہے۔ اب کیا ہے؟ سب کچھ پیسے سے ملتا ہے۔</w:t>
      </w:r>
    </w:p>
    <w:p>
      <w:r>
        <w:rPr>
          <w:b/>
        </w:rPr>
        <w:t xml:space="preserve">[33:10] </w:t>
      </w:r>
      <w:r>
        <w:t>to jo zehn pehle god oriented tha, wo ab ban gaya money oriented. ye shift hua. to rasool Allah ka matlab ye tha ke ek zamana aayega ke money jo hai, wo god ban jayega.</w:t>
      </w:r>
    </w:p>
    <w:p>
      <w:pPr>
        <w:jc w:val="right"/>
      </w:pPr>
      <w:r>
        <w:t>تو جو ذہن پہلے گاڈ اورینٹڈ تھا، وہ اب بن گیا منی اورینٹڈ۔ یہ شفٹ ہوا۔ تو رسول اللہ کا مطلب یہ تھا کہ ایک زمانہ آئے گا کہ منی جو ہے، وہ گاڈ بن جائے گا۔</w:t>
      </w:r>
    </w:p>
    <w:p>
      <w:r>
        <w:rPr>
          <w:b/>
        </w:rPr>
        <w:t xml:space="preserve">[33:22] </w:t>
      </w:r>
      <w:r>
        <w:t>money se aadmi sab kuch paane laga shopping center ke zariye.</w:t>
      </w:r>
    </w:p>
    <w:p>
      <w:pPr>
        <w:jc w:val="right"/>
      </w:pPr>
      <w:r>
        <w:t>منی سے آدمی سب کچھ پانے لگا شاپنگ سینٹر کے ذریعے۔</w:t>
      </w:r>
    </w:p>
    <w:p>
      <w:r>
        <w:rPr>
          <w:b/>
        </w:rPr>
        <w:t xml:space="preserve">[33:30] </w:t>
      </w:r>
      <w:r>
        <w:t>main samajhta hoon ke ye ek bahut bada fitna hai ke hamari soch badal gayi. hamari soch badal gayi. ab ye farz kijiye ke paper mere haath mein hai.</w:t>
      </w:r>
    </w:p>
    <w:p>
      <w:pPr>
        <w:jc w:val="right"/>
      </w:pPr>
      <w:r>
        <w:t>میں سمجھتا ہوں کہ یہ ایک بہت بڑا فتنہ ہے کہ ہماری سوچ بدل گئی۔ ہماری سوچ بدل گئی۔ اب یہ فرض کیجیے کہ پیپر میرے ہاتھ میں ہے۔</w:t>
      </w:r>
    </w:p>
    <w:p>
      <w:r>
        <w:rPr>
          <w:b/>
        </w:rPr>
        <w:t xml:space="preserve">[33:44] </w:t>
      </w:r>
      <w:r>
        <w:t>subah ko hawker ne la kar diya aur main ne khareed liya. to main kya samajhta hoon? unconsciously ke mere paas rupiya tha, main ne diya aur khareed liya.</w:t>
      </w:r>
    </w:p>
    <w:p>
      <w:pPr>
        <w:jc w:val="right"/>
      </w:pPr>
      <w:r>
        <w:t>صبح کو ہاکر نے لا کر دیا اور میں نے خرید لیا۔ تو میں کیا سمجھتا ہوں؟ انکانسشیسلی کہ میرے پاس روپیہ تھا، میں نے دیا اور خرید لیا۔</w:t>
      </w:r>
    </w:p>
    <w:p>
      <w:r>
        <w:rPr>
          <w:b/>
        </w:rPr>
        <w:t xml:space="preserve">[33:56] </w:t>
      </w:r>
      <w:r>
        <w:t>halankay paper ka banna poore universe mein ek creative activities huin, tab bhi paper bana. paper banna, machine banna, chhapayi ka hona.</w:t>
      </w:r>
    </w:p>
    <w:p>
      <w:pPr>
        <w:jc w:val="right"/>
      </w:pPr>
      <w:r>
        <w:t>حالانکہ پیپر کا بننا پورے یونیورس میں ایک کریٹیو ایکٹیویٹیز ہوئیں، تب بھی پیپر بنا۔ پیپر بننا، مشین بننا، چھپائی کا ہونا۔</w:t>
      </w:r>
    </w:p>
    <w:p>
      <w:r>
        <w:rPr>
          <w:b/>
        </w:rPr>
        <w:t xml:space="preserve">[34:09] </w:t>
      </w:r>
      <w:r>
        <w:t>yani kitne saare process hain is mein shamil. wo kaise bana? wo khuda ke zariye bana.</w:t>
      </w:r>
    </w:p>
    <w:p>
      <w:pPr>
        <w:jc w:val="right"/>
      </w:pPr>
      <w:r>
        <w:t>یعنی کتنے سارے پروسیس ہیں اس میں شامل۔ وہ کیسے بنا؟ وہ خدا کے ذریعے بنا۔</w:t>
      </w:r>
    </w:p>
    <w:p>
      <w:r>
        <w:rPr>
          <w:b/>
        </w:rPr>
        <w:t xml:space="preserve">[34:19] </w:t>
      </w:r>
      <w:r>
        <w:t>yani khuda ne kuch potential rakhe thay, hum ne us ko actual banaya. aap jante hain ke har cheez, chahe hawai jahaz ho, chahe rocket ho, chahe motor car ho, chahe paper ho, har cheez jo hai,</w:t>
      </w:r>
    </w:p>
    <w:p>
      <w:pPr>
        <w:jc w:val="right"/>
      </w:pPr>
      <w:r>
        <w:t>یعنی خدا نے کچھ پوٹینشل رکھے تھے، ہم نے اس کو ایکچول بنایا۔ آپ جانتے ہیں کہ ہر چیز، چاہے ہوائی جہاز ہو، چاہے راکٹ ہو، چاہے موٹر کار ہو، چاہے پیپر ہو، ہر چیز جو ہے،</w:t>
      </w:r>
    </w:p>
    <w:p>
      <w:r>
        <w:rPr>
          <w:b/>
        </w:rPr>
        <w:t xml:space="preserve">[34:33] </w:t>
      </w:r>
      <w:r>
        <w:t>potentially maujood thi isi duniya mein. potentially. hum ne us ko convert kiya. jaise ore maujood tha, hum ne convert kiya to wo engine ban gaya.</w:t>
      </w:r>
    </w:p>
    <w:p>
      <w:pPr>
        <w:jc w:val="right"/>
      </w:pPr>
      <w:r>
        <w:t>پوٹینشلی موجود تھی اسی دنیا میں۔ پوٹینشلی۔ ہم نے اس کو کنورٹ کیا۔ جیسے اور موجود تھا، ہم نے کنورٹ کیا تو وہ انجن بن گیا۔</w:t>
      </w:r>
    </w:p>
    <w:p>
      <w:r>
        <w:rPr>
          <w:b/>
        </w:rPr>
        <w:t xml:space="preserve">[34:46] </w:t>
      </w:r>
      <w:r>
        <w:t>pani maujood tha, hum ne us ko convert kiya to wo steam ban gaya. har cheez ka yahi mamla hai.</w:t>
      </w:r>
    </w:p>
    <w:p>
      <w:pPr>
        <w:jc w:val="right"/>
      </w:pPr>
      <w:r>
        <w:t>پانی موجود تھا، ہم نے اس کو کنورٹ کیا تو وہ اسٹیم بن گیا۔ ہر چیز کا یہی معاملہ ہے۔</w:t>
      </w:r>
    </w:p>
    <w:p>
      <w:r>
        <w:rPr>
          <w:b/>
        </w:rPr>
        <w:t xml:space="preserve">[34:57] </w:t>
      </w:r>
      <w:r>
        <w:t>to sab agar aap intellectually awaken hon to har cheez ko link karenge khuda se. ke mujhe agar khuda ne aqal na di hoti, agar khuda ne infrastructure na diya hota, agar khuda ne life support system na rakha hota yahan par,</w:t>
      </w:r>
    </w:p>
    <w:p>
      <w:pPr>
        <w:jc w:val="right"/>
      </w:pPr>
      <w:r>
        <w:t>تو سب اگر آپ انٹلیکچولی اویکن ہوں تو ہر چیز کو لنک کریں گے خدا سے۔ کہ مجھے اگر خدا نے عقل نہ دی ہوتی، اگر خدا نے انفراسٹرکچر نہ دیا ہوتا، اگر خدا نے لائف سپورٹ سسٹم نہ رکھا ہوتا یہاں پر،</w:t>
      </w:r>
    </w:p>
    <w:p>
      <w:r>
        <w:rPr>
          <w:b/>
        </w:rPr>
        <w:t xml:space="preserve">[35:13] </w:t>
      </w:r>
      <w:r>
        <w:t>ye aur ye aur ye aur ye, to main kuch bhi nahi kar sakta tha.</w:t>
      </w:r>
    </w:p>
    <w:p>
      <w:pPr>
        <w:jc w:val="right"/>
      </w:pPr>
      <w:r>
        <w:t>یہ اور یہ اور یہ اور یہ، تو میں کچھ بھی نہیں کر سکتا تھا۔</w:t>
      </w:r>
    </w:p>
    <w:p>
      <w:r>
        <w:rPr>
          <w:b/>
        </w:rPr>
        <w:t xml:space="preserve">[35:20] </w:t>
      </w:r>
      <w:r>
        <w:t>abhi subah mein roze par ek ek article padh raha tha Imam Ghazali ka. to mere zehn mein aaya ke roze ka jo sab se badi jo cheez hai, wo kya hai?</w:t>
      </w:r>
    </w:p>
    <w:p>
      <w:pPr>
        <w:jc w:val="right"/>
      </w:pPr>
      <w:r>
        <w:t>ابھی صبح میں روزے پر ایک ایک آرٹیکل پڑھ رہا تھا امام غزالی کا۔ تو میرے ذہن میں آیا کہ روزے کا جو سب سے بڑی جو چیز ہے، وہ کیا ہے؟</w:t>
      </w:r>
    </w:p>
    <w:p>
      <w:r>
        <w:rPr>
          <w:b/>
        </w:rPr>
        <w:t xml:space="preserve">[35:30] </w:t>
      </w:r>
      <w:r>
        <w:t>helplessness ka ehsas. sab se bada helplessness, jis ko arabi mein kehte hain ajz.</w:t>
      </w:r>
    </w:p>
    <w:p>
      <w:pPr>
        <w:jc w:val="right"/>
      </w:pPr>
      <w:r>
        <w:t>ہیلپ، ہیلپ لیسنس کا احساس۔ سب سے بڑا ہیلپ لیسنس، جس کو عربی میں کہتے ہیں عجز۔</w:t>
      </w:r>
    </w:p>
    <w:p>
      <w:r>
        <w:rPr>
          <w:b/>
        </w:rPr>
        <w:t xml:space="preserve">[35:41] </w:t>
      </w:r>
      <w:r>
        <w:t>ke khuda agar pani na de to main pani paida nahi kar sakta. khuda food na de to main food paida nahi kar sakta.</w:t>
      </w:r>
    </w:p>
    <w:p>
      <w:pPr>
        <w:jc w:val="right"/>
      </w:pPr>
      <w:r>
        <w:t>کہ خدا اگر پانی نہ دے تو میں پانی پیدا نہیں کر سکتا۔ خدا فوڈ نہ دے تو میں فوڈ پیدا نہیں کر سکتا۔</w:t>
      </w:r>
    </w:p>
    <w:p>
      <w:r>
        <w:rPr>
          <w:b/>
        </w:rPr>
        <w:t xml:space="preserve">[35:57] </w:t>
      </w:r>
      <w:r>
        <w:t>to ye roze mein jo aap ko aisa kiya jata hai ke khana band, pani band, barah chaudah ghante ke liye.</w:t>
      </w:r>
    </w:p>
    <w:p>
      <w:pPr>
        <w:jc w:val="right"/>
      </w:pPr>
      <w:r>
        <w:t>تو یہ روزے میں جو آپ کو ایسا کیا جاتا ہے کہ کھانا بند، پانی بند، بارہ چودہ گھنٹے کے لیے۔</w:t>
      </w:r>
    </w:p>
    <w:p>
      <w:r>
        <w:rPr>
          <w:b/>
        </w:rPr>
        <w:t xml:space="preserve">[36:07] </w:t>
      </w:r>
      <w:r>
        <w:t>yani partially, yani partial sense mein ek hum ko ek reminder kiya jata hai. ye partial reminder hai. total reminder to qayamat mein hoga.</w:t>
      </w:r>
    </w:p>
    <w:p>
      <w:pPr>
        <w:jc w:val="right"/>
      </w:pPr>
      <w:r>
        <w:t>یعنی پارشلی، یعنی پارشل سینس میں ایک ہم کو ایک ریمائنڈ کیا جاتا ہے۔ یہ پارشل ریمائنڈر ہے۔ ٹوٹل ریمائنڈر تو قیامت میں ہوگا۔</w:t>
      </w:r>
    </w:p>
    <w:p>
      <w:r>
        <w:rPr>
          <w:b/>
        </w:rPr>
        <w:t xml:space="preserve">[36:20] </w:t>
      </w:r>
      <w:r>
        <w:t>partial reminder. ke khuda na de to tum pani nahi pa sakte.</w:t>
      </w:r>
    </w:p>
    <w:p>
      <w:pPr>
        <w:jc w:val="right"/>
      </w:pPr>
      <w:r>
        <w:t>پارشل ریمائنڈر۔ کہ خدا نہ دے تو تم پانی نہیں پا سکتے۔</w:t>
      </w:r>
    </w:p>
    <w:p>
      <w:r>
        <w:rPr>
          <w:b/>
        </w:rPr>
        <w:t xml:space="preserve">[36:32] </w:t>
      </w:r>
      <w:r>
        <w:t>in asbabakum ghaura famiyatukum mimmaiy. aap dekhiye ke pani jo hai, do gases ke milne se pani banta hai. do gases ke milne se pani banta hai.</w:t>
      </w:r>
    </w:p>
    <w:p>
      <w:pPr>
        <w:jc w:val="right"/>
      </w:pPr>
      <w:r>
        <w:t>ان اسبابکم غورا فمیاتکم ممائی۔ آپ دیکھیے کہ پانی جو ہے، دو گیسز کے ملنے سے پانی بنتا ہے۔ دو گیسز کے ملنے سے پانی بنتا ہے۔</w:t>
      </w:r>
    </w:p>
    <w:p>
      <w:r>
        <w:rPr>
          <w:b/>
        </w:rPr>
        <w:t xml:space="preserve">[36:40] </w:t>
      </w:r>
      <w:r>
        <w:t>ye do gases kaise ek mil jati hain? hum to milate nahi, wo khuda ne mila rakha hai. agar khuda hukum apna hata le to dono gases alag ho jayen.</w:t>
      </w:r>
    </w:p>
    <w:p>
      <w:pPr>
        <w:jc w:val="right"/>
      </w:pPr>
      <w:r>
        <w:t>یہ دو گیسز کیسے ایک مل جاتی ہیں؟ ہم تو ملاتے نہیں، وہ خدا نے ملا رکھا ہے۔ اگر خدا حکم اپنا ہٹا لے تو دونوں گیسز الگ ہو جائیں۔</w:t>
      </w:r>
    </w:p>
    <w:p>
      <w:r>
        <w:rPr>
          <w:b/>
        </w:rPr>
        <w:t xml:space="preserve">[36:53] </w:t>
      </w:r>
      <w:r>
        <w:t>to achaanak pani khatam. saare samundaron mein pani khatam.</w:t>
      </w:r>
    </w:p>
    <w:p>
      <w:pPr>
        <w:jc w:val="right"/>
      </w:pPr>
      <w:r>
        <w:t>تو اچانک پانی ختم۔ سارے سمندروں میں پانی ختم۔</w:t>
      </w:r>
    </w:p>
    <w:p>
      <w:r>
        <w:rPr>
          <w:b/>
        </w:rPr>
        <w:t xml:space="preserve">[37:03] </w:t>
      </w:r>
      <w:r>
        <w:t>yani oxygen aur hydrogen jo mil kar pani banate hain, to mile kaise wo? aur mil kar ke gases jo hain, pani kaise ban gayin?</w:t>
      </w:r>
    </w:p>
    <w:p>
      <w:pPr>
        <w:jc w:val="right"/>
      </w:pPr>
      <w:r>
        <w:t>یعنی آکسیجن اور ہائیڈروجن جو مل کر پانی بناتے ہیں، تو ملے کیسے وہ؟ اور مل کر کے گیسز جو ہیں، پانی کیسے بن گئیں؟</w:t>
      </w:r>
    </w:p>
    <w:p>
      <w:r>
        <w:rPr>
          <w:b/>
        </w:rPr>
        <w:t xml:space="preserve">[37:13] </w:t>
      </w:r>
      <w:r>
        <w:t>to khuda agar apne hukum ko wapas le le to kya hoga achaanak? hydrogen alag aur oxygen alag. pani hai hi nahi, maujood hi nahi pani.</w:t>
      </w:r>
    </w:p>
    <w:p>
      <w:pPr>
        <w:jc w:val="right"/>
      </w:pPr>
      <w:r>
        <w:t>تو خدا اگر اپنے حکم کو واپس لے لے تو کیا ہوگا اچانک؟ ہائیڈروجن الگ اور آکسیجن الگ۔ پانی ہے ہی نہیں، موجود ہی نہیں پانی۔</w:t>
      </w:r>
    </w:p>
    <w:p>
      <w:r>
        <w:rPr>
          <w:b/>
        </w:rPr>
        <w:t xml:space="preserve">[37:24] </w:t>
      </w:r>
      <w:r>
        <w:t>kya karenge aap? pani ke baghair mar jayenge. to har cheez potentially khuda ne di hai.</w:t>
      </w:r>
    </w:p>
    <w:p>
      <w:pPr>
        <w:jc w:val="right"/>
      </w:pPr>
      <w:r>
        <w:t>کیا کریں گے آپ؟ پانی کے بغیر مر جائیں گے۔ تو ہر چیز پوٹینشلی خدا نے دی ہے۔</w:t>
      </w:r>
    </w:p>
    <w:p>
      <w:r>
        <w:rPr>
          <w:b/>
        </w:rPr>
        <w:t xml:space="preserve">[37:33] </w:t>
      </w:r>
      <w:r>
        <w:t>hum us ko actual banate hain. insaan sochta nahi. wo samajhta hai ke bas paisa tha, main ne khareed liya. paise ka to is mein jo role hai, one percent se bhi billion time kam hai.</w:t>
      </w:r>
    </w:p>
    <w:p>
      <w:pPr>
        <w:jc w:val="right"/>
      </w:pPr>
      <w:r>
        <w:t>ہم اس کو ایکچول بناتے ہیں۔ انسان سوچتا نہیں۔ وہ سمجھتا ہے کہ بس پیسہ تھا، میں نے خرید لیا۔ پیسے کا تو اس میں جو رول ہے، ون پرسن سے بھی بلین ٹائم کم ہے۔</w:t>
      </w:r>
    </w:p>
    <w:p>
      <w:r>
        <w:rPr>
          <w:b/>
        </w:rPr>
        <w:t xml:space="preserve">[37:50] </w:t>
      </w:r>
      <w:r>
        <w:t>paisa jo hai, woh kya hai? kya is ka role hai? bohat hi billion time kam hai. one person se bhi.</w:t>
      </w:r>
    </w:p>
    <w:p>
      <w:pPr>
        <w:jc w:val="right"/>
      </w:pPr>
      <w:r>
        <w:t>پیسہ جو ہے، وہ کیا ہے؟ کیا اس کا رول ہے؟ بہت ہی بلین ٹائم کم ہے۔ ون پرسن سے بھی۔</w:t>
      </w:r>
    </w:p>
    <w:p>
      <w:r>
        <w:rPr>
          <w:b/>
        </w:rPr>
        <w:t xml:space="preserve">[37:59] </w:t>
      </w:r>
      <w:r>
        <w:t>paise ka role. to roza isi ehsas ko jagane ke liye hai. yani partial reminder hai woh.</w:t>
      </w:r>
    </w:p>
    <w:p>
      <w:pPr>
        <w:jc w:val="right"/>
      </w:pPr>
      <w:r>
        <w:t>پیسے کا رول۔ تو روزہ اسی احساس کو جگانے کے لیے ہے۔ یعنی پارشل ریمائنڈر ہے وہ۔</w:t>
      </w:r>
    </w:p>
    <w:p>
      <w:r>
        <w:rPr>
          <w:b/>
        </w:rPr>
        <w:t xml:space="preserve">[38:09] </w:t>
      </w:r>
      <w:r>
        <w:t>agar total reminder agar ho to hum mar jayen. yani poori tarah hamein agar pani se mehroom kar diya jaye. poori tarah hamein khane se mehroom kar diya jaye to hum mar jayen ge.</w:t>
      </w:r>
    </w:p>
    <w:p>
      <w:pPr>
        <w:jc w:val="right"/>
      </w:pPr>
      <w:r>
        <w:t>اگر ٹوٹل ریمائنڈر اگر ہو تو ہم مر جائیں۔ یعنی پوری طرح ہمیں اگر پانی سے محروم کر دیا جائے۔ پوری طرح ہمیں کھانے سے محروم کر دیا جائے تو ہم مر جائیں گے۔</w:t>
      </w:r>
    </w:p>
    <w:p>
      <w:r>
        <w:rPr>
          <w:b/>
        </w:rPr>
        <w:t xml:space="preserve">[38:22] </w:t>
      </w:r>
      <w:r>
        <w:t>main ek bar to rajasthan gaya. ek ek admi ko dekh kar bohat bohat ebrat hui. aap jante hain ke jain dharm mein ek concept hai.</w:t>
      </w:r>
    </w:p>
    <w:p>
      <w:pPr>
        <w:jc w:val="right"/>
      </w:pPr>
      <w:r>
        <w:t>میں ایک بار تو راجستھان گیا۔ ایک ایک آدمی کو دیکھ کر بہت بہت عبرت ہوئی۔ آپ جانتے ہیں کہ جین دھرم میں ایک کانسیپٹ ہے۔</w:t>
      </w:r>
    </w:p>
    <w:p>
      <w:r>
        <w:rPr>
          <w:b/>
        </w:rPr>
        <w:t xml:space="preserve">[38:34] </w:t>
      </w:r>
      <w:r>
        <w:t>ke jo log bohat ooncha maqam pana chahte hain to woh marne se pehle apne ko yani hawale kar dete hain.</w:t>
      </w:r>
    </w:p>
    <w:p>
      <w:pPr>
        <w:jc w:val="right"/>
      </w:pPr>
      <w:r>
        <w:t>کہ جو لوگ بہت اونچا مقام پانا چاہتے ہیں تو وہ مرنے سے پہلے اپنے کو یعنی حوالے کر دیتے ہیں۔</w:t>
      </w:r>
    </w:p>
    <w:p>
      <w:r>
        <w:rPr>
          <w:b/>
        </w:rPr>
        <w:t xml:space="preserve">[38:44] </w:t>
      </w:r>
      <w:r>
        <w:t>yani woh khana peena chhod dete hain. khana peena chhod dete hain. to ek admi maine dekha aisa.</w:t>
      </w:r>
    </w:p>
    <w:p>
      <w:pPr>
        <w:jc w:val="right"/>
      </w:pPr>
      <w:r>
        <w:t>یعنی وہ کھانا پینا چھوڑ دیتے ہیں۔ کھانا پینا چھوڑ دیتے ہیں۔ تو ایک آدمی میں نے دیکھا ایسا۔</w:t>
      </w:r>
    </w:p>
    <w:p>
      <w:r>
        <w:rPr>
          <w:b/>
        </w:rPr>
        <w:t xml:space="preserve">[38:53] </w:t>
      </w:r>
      <w:r>
        <w:t>ek jo leta hua tha woh. aur us ne khana peena chhod rakha tha. bilkul chhod diya tha us ne. kyunke woh.</w:t>
      </w:r>
    </w:p>
    <w:p>
      <w:pPr>
        <w:jc w:val="right"/>
      </w:pPr>
      <w:r>
        <w:t>ایک جو لیٹا ہوا تھا وہ۔ اور اس نے کھانا پینا چھوڑ رکھا تھا۔ بالکل چھوڑ دیا تھا اس نے۔ کیونکہ وہ۔</w:t>
      </w:r>
    </w:p>
    <w:p>
      <w:r>
        <w:rPr>
          <w:b/>
        </w:rPr>
        <w:t xml:space="preserve">[39:01] </w:t>
      </w:r>
      <w:r>
        <w:t>woh ek word hai, ab main sanskrit mein mujhe yaad nahi hai, woh kya kehte hain is ko. maine likha hai apni magazine mein. ke body ko chhodna.</w:t>
      </w:r>
    </w:p>
    <w:p>
      <w:pPr>
        <w:jc w:val="right"/>
      </w:pPr>
      <w:r>
        <w:t>وہ ایک ورڈ ہے، اب میں سنسکرت میں مجھے یاد نہیں ہے، وہ کیا کہتے ہیں اس کو۔ میں نے لکھا ہے اپنی میگزین میں۔ کہ باڈی کو چھوڑنا۔</w:t>
      </w:r>
    </w:p>
    <w:p>
      <w:r>
        <w:rPr>
          <w:b/>
        </w:rPr>
        <w:t xml:space="preserve">[39:12] </w:t>
      </w:r>
      <w:r>
        <w:t>atma jo hai, body ko chahte hain ke hum. us ne kaha in ke ek ek shagird ne, in ke ek disciple ne.</w:t>
      </w:r>
    </w:p>
    <w:p>
      <w:pPr>
        <w:jc w:val="right"/>
      </w:pPr>
      <w:r>
        <w:t>آتما جو ہے، باڈی کو چاہتے ہیں کہ ہم۔ اس نے کہا ان کے ایک ایک شاگرد نے، ان کے ایک ڈسائپل نے۔</w:t>
      </w:r>
    </w:p>
    <w:p>
      <w:r>
        <w:rPr>
          <w:b/>
        </w:rPr>
        <w:t xml:space="preserve">[39:21] </w:t>
      </w:r>
      <w:r>
        <w:t>ke log jo hain. yani logon ko chhudwaya jata hai. hum khud se chhod dete hain.</w:t>
      </w:r>
    </w:p>
    <w:p>
      <w:pPr>
        <w:jc w:val="right"/>
      </w:pPr>
      <w:r>
        <w:t>کہ لوگ جو ہیں۔ یعنی لوگوں کو چھڑوایا جاتا ہے۔ ہم خود سے چھوڑ دیتے ہیں۔</w:t>
      </w:r>
    </w:p>
    <w:p>
      <w:r>
        <w:rPr>
          <w:b/>
        </w:rPr>
        <w:t xml:space="preserve">[39:30] </w:t>
      </w:r>
      <w:r>
        <w:t>kya word bola tha woh? ke doosre logon ko chhudwaya jata hai, tab chhodte hain is duniya ko. hum apne apne aap chhod dete hain. to sahib woh admi pada hua tha.</w:t>
      </w:r>
    </w:p>
    <w:p>
      <w:pPr>
        <w:jc w:val="right"/>
      </w:pPr>
      <w:r>
        <w:t>کیا ورڈ بولا تھا وہ؟ کہ دوسرے لوگوں کو چھڑوایا جاتا ہے، تب چھوڑتے ہیں اس دنیا کو۔ ہم اپنے اپنے آپ چھوڑ دیتے ہیں۔ تو صاحب وہ آدمی پڑا ہوا تھا۔</w:t>
      </w:r>
    </w:p>
    <w:p>
      <w:r>
        <w:rPr>
          <w:b/>
        </w:rPr>
        <w:t xml:space="preserve">[39:40] </w:t>
      </w:r>
      <w:r>
        <w:t>aur khane peene ke baghair. ek dam samjhein ke jaise pathar ki tarah tha woh. zinda tha abhi woh. lekin bol nahi sakta tha woh.</w:t>
      </w:r>
    </w:p>
    <w:p>
      <w:pPr>
        <w:jc w:val="right"/>
      </w:pPr>
      <w:r>
        <w:t>اور کھانے پینے کے بغیر۔ ایک دم سمجھیں کہ جیسے پتھر کی طرح تھا وہ۔ زندہ تھا ابھی وہ۔ لیکن بول نہیں سکتا تھا وہ۔</w:t>
      </w:r>
    </w:p>
    <w:p>
      <w:r>
        <w:rPr>
          <w:b/>
        </w:rPr>
        <w:t xml:space="preserve">[39:51] </w:t>
      </w:r>
      <w:r>
        <w:t>zinda tha abhi woh. bol nahi sakta tha woh. sookha jaise ek sookha body tha, sookha jism. ajeeb dekh kar ke mujhe rongte khade hote the.</w:t>
      </w:r>
    </w:p>
    <w:p>
      <w:pPr>
        <w:jc w:val="right"/>
      </w:pPr>
      <w:r>
        <w:t>زندہ تھا ابھی وہ۔ بول نہیں سکتا تھا وہ۔ سوکھا جیسے ایک سوکھا باڈی تھا، سوکھا جسم۔ عجیب دیکھ کر کے مجھے رونگٹے کھڑے ہوتے تھے۔</w:t>
      </w:r>
    </w:p>
    <w:p>
      <w:r>
        <w:rPr>
          <w:b/>
        </w:rPr>
        <w:t xml:space="preserve">[40:02] </w:t>
      </w:r>
      <w:r>
        <w:t>ke sirf yeh itna hi hua ke us ne khana chhod diya, pani chhod diya. abhi bhi oxygen mil raha hai us ko. saans le raha hai woh.</w:t>
      </w:r>
    </w:p>
    <w:p>
      <w:pPr>
        <w:jc w:val="right"/>
      </w:pPr>
      <w:r>
        <w:t>کہ صرف یہ اتنا ہی ہوا کہ اس نے کھانا چھوڑ دیا، پانی چھوڑ دیا۔ ابھی بھی آکسیجن مل رہا ہے اس کو۔ سانس لے رہا ہے وہ۔</w:t>
      </w:r>
    </w:p>
    <w:p>
      <w:r>
        <w:rPr>
          <w:b/>
        </w:rPr>
        <w:t xml:space="preserve">[40:11] </w:t>
      </w:r>
      <w:r>
        <w:t>us ke charon taraf us ke disciple bohat sare hain. lekin khana peena chhodne se kya hua? ek ek bilkul ek sukhi lakri ki tarah pada pada hua tha.</w:t>
      </w:r>
    </w:p>
    <w:p>
      <w:pPr>
        <w:jc w:val="right"/>
      </w:pPr>
      <w:r>
        <w:t>اس کے چاروں طرف اس کے ڈسائپل بہت سارے ہیں۔ لیکن کھانا پینا چھوڑنے سے کیا ہوا؟ ایک ایک بالکل ایک سوکھی لکڑی کی طرح پڑا پڑا ہوا تھا۔</w:t>
      </w:r>
    </w:p>
    <w:p>
      <w:r>
        <w:rPr>
          <w:b/>
        </w:rPr>
        <w:t xml:space="preserve">[40:21] </w:t>
      </w:r>
      <w:r>
        <w:t>bol nahi sakta tha woh. hamare sath acharya shushil kobar the. to unhon ne chaha ke kuch is se baat karen.</w:t>
      </w:r>
    </w:p>
    <w:p>
      <w:pPr>
        <w:jc w:val="right"/>
      </w:pPr>
      <w:r>
        <w:t>بول نہیں سکتا تھا وہ۔ ہمارے ساتھ آچاریہ ششیل کبار تھے۔ تو انہوں نے چاہا کہ کچھ اس سے بات کریں۔</w:t>
      </w:r>
    </w:p>
    <w:p>
      <w:r>
        <w:rPr>
          <w:b/>
        </w:rPr>
        <w:t xml:space="preserve">[40:31] </w:t>
      </w:r>
      <w:r>
        <w:t>to woh bol nahi paya woh. kuch baat nahi kar paya woh. to roza rakh kar ke hum ko ek partial sense mein yaad dilaya jata hai ke pani kya cheez hai?</w:t>
      </w:r>
    </w:p>
    <w:p>
      <w:pPr>
        <w:jc w:val="right"/>
      </w:pPr>
      <w:r>
        <w:t>تو وہ بول نہیں پایا وہ۔ کچھ بات نہیں کر پایا وہ۔ تو روزہ رکھ کر کے ہم کو ایک پارشل سینس میں یاد دلایا جاتا ہے کہ پانی کیا چیز ہے؟</w:t>
      </w:r>
    </w:p>
    <w:p>
      <w:r>
        <w:rPr>
          <w:b/>
        </w:rPr>
        <w:t xml:space="preserve">[40:43] </w:t>
      </w:r>
      <w:r>
        <w:t>aur khana kya cheez hai? phir yeh hai ke baqi chezen bhi kya cheez hain? yani pani aur khana to symbolic sense mein chhodaya gaya hai aap se.</w:t>
      </w:r>
    </w:p>
    <w:p>
      <w:pPr>
        <w:jc w:val="right"/>
      </w:pPr>
      <w:r>
        <w:t>اور کھانا کیا چیز ہے؟ پھر یہ ہے کہ بقیہ چیزیں بھی کیا چیز ہیں؟ یعنی پانی اور کھانا تو سمبالک سینس میں چھوڑایا گیا ہے آپ سے۔</w:t>
      </w:r>
    </w:p>
    <w:p>
      <w:r>
        <w:rPr>
          <w:b/>
        </w:rPr>
        <w:t xml:space="preserve">[40:55] </w:t>
      </w:r>
      <w:r>
        <w:t>isi tarah aap sochiye ke zameen chhin jaye, suraj chhin jaye, hawa chhin jaye, aur oxygen chhin jaye, roshni chhin jaye.</w:t>
      </w:r>
    </w:p>
    <w:p>
      <w:pPr>
        <w:jc w:val="right"/>
      </w:pPr>
      <w:r>
        <w:t>اسی طرح آپ سوچیے کہ زمین چھن جائے، سورج چھن جائے، ہوا چھن جائے، اور آکسیجن چھن جائے، روشنی چھن جائے۔</w:t>
      </w:r>
    </w:p>
    <w:p>
      <w:r>
        <w:rPr>
          <w:b/>
        </w:rPr>
        <w:t xml:space="preserve">[41:04] </w:t>
      </w:r>
      <w:r>
        <w:t>is ko extend kar ke sab par le jaiye aap. tab aap roze ki meaning ko samajh sakte hain. roze ki meaning ko samajh sakte hain.</w:t>
      </w:r>
    </w:p>
    <w:p>
      <w:pPr>
        <w:jc w:val="right"/>
      </w:pPr>
      <w:r>
        <w:t>اس کو ایکسٹینڈ کر کے سب پر لے جائیے آپ۔ تب آپ روزے کی میننگ کو سمجھ سکتے ہیں۔ روزے کی میننگ کو سمجھ سکتے ہیں۔</w:t>
      </w:r>
    </w:p>
    <w:p>
      <w:r>
        <w:rPr>
          <w:b/>
        </w:rPr>
        <w:t xml:space="preserve">[41:16] </w:t>
      </w:r>
      <w:r>
        <w:t>abhi bhi main meri ankhon ke samne woh insan ka body jo hai, abhi bhi bilkul jaise ankhon ke samne hai. leta hua hai, sookha body hai us ka.</w:t>
      </w:r>
    </w:p>
    <w:p>
      <w:pPr>
        <w:jc w:val="right"/>
      </w:pPr>
      <w:r>
        <w:t>ابھی بھی میں میری آنکھوں کے سامنے وہ انسان کا باڈی جو ہے، ابھی بھی بالکل جیسے آنکھوں کے سامنے ہے۔ لیٹا ہوا ہے، سوکھا باڈی ہے اس کا۔</w:t>
      </w:r>
    </w:p>
    <w:p>
      <w:r>
        <w:rPr>
          <w:b/>
        </w:rPr>
        <w:t xml:space="preserve">[41:28] </w:t>
      </w:r>
      <w:r>
        <w:t>ankh khuli hui hai. lekin bol nahi sakta woh. ek dam woh dubla ho gaya tha. haddiyan dikhai deti thin. to ek achhi building thi wahan par.</w:t>
      </w:r>
    </w:p>
    <w:p>
      <w:pPr>
        <w:jc w:val="right"/>
      </w:pPr>
      <w:r>
        <w:t>آنکھ کھلی ہوئی ہے۔ لیکن بول نہیں سکتا وہ۔ ایک دم وہ دبلا ہو گیا تھا۔ ہڈیاں دکھائی دیتی تھیں۔ تو ایک اچھی بلڈنگ تھی وہاں پر۔</w:t>
      </w:r>
    </w:p>
    <w:p>
      <w:r>
        <w:rPr>
          <w:b/>
        </w:rPr>
        <w:t xml:space="preserve">[41:41] </w:t>
      </w:r>
      <w:r>
        <w:t>ek achha gadha tha wahan par. us ke disciple the sare wahan par. bas sab kuch us ke liye nothing the.</w:t>
      </w:r>
    </w:p>
    <w:p>
      <w:pPr>
        <w:jc w:val="right"/>
      </w:pPr>
      <w:r>
        <w:t>ایک اچھا گدھا تھا وہاں پر۔ اس کے ڈسائپل تھے سارے وہاں پر۔ بس سب کچھ اس کے لیے نتھنگ تھے۔</w:t>
      </w:r>
    </w:p>
    <w:p>
      <w:r>
        <w:rPr>
          <w:b/>
        </w:rPr>
        <w:t xml:space="preserve">[41:50] </w:t>
      </w:r>
      <w:r>
        <w:t>kyunke pani nahi pi raha hai aur khana nahi kha raha hai. jain dharm mein aisa hota hai. to ek bar maine aisa dekha maine.</w:t>
      </w:r>
    </w:p>
    <w:p>
      <w:pPr>
        <w:jc w:val="right"/>
      </w:pPr>
      <w:r>
        <w:t>کیونکہ پانی نہیں پی رہا ہے اور کھانا نہیں کھا رہا ہے۔ جین دھرم میں ایسا ہوتا ہے۔ تو ایک بار میں نے ایسا دیکھا میں نے۔</w:t>
      </w:r>
    </w:p>
    <w:p>
      <w:r>
        <w:rPr>
          <w:b/>
        </w:rPr>
        <w:t xml:space="preserve">[41:59] </w:t>
      </w:r>
      <w:r>
        <w:t>acharya shushil kobar ke sath main gaya tha wahan par. jo khud jain guru the.</w:t>
      </w:r>
    </w:p>
    <w:p>
      <w:pPr>
        <w:jc w:val="right"/>
      </w:pPr>
      <w:r>
        <w:t>آچاریہ ششیل کبار کے ساتھ میں گیا تھا وہاں پر۔ جو خود جین گرو تھے۔</w:t>
      </w:r>
    </w:p>
    <w:p>
      <w:r>
        <w:rPr>
          <w:b/>
        </w:rPr>
        <w:t xml:space="preserve">[42:08] </w:t>
      </w:r>
      <w:r>
        <w:t>to mein samajhta hoon ke duniya mein aadmi ko agar aadmi ne is baat ko nahin jaana to woh kuch bhi nahin jaan paaya woh.</w:t>
      </w:r>
    </w:p>
    <w:p>
      <w:pPr>
        <w:jc w:val="right"/>
      </w:pPr>
      <w:r>
        <w:t>تو میں سمجھتا ہوں کہ دنیا میں آدمی کو اگر آدمی نے اس بات کو نہیں جانا تو وہ کچھ بھی نہیں جان پایا وہ۔</w:t>
      </w:r>
    </w:p>
    <w:p>
      <w:r>
        <w:rPr>
          <w:b/>
        </w:rPr>
        <w:t xml:space="preserve">[42:23] </w:t>
      </w:r>
      <w:r>
        <w:t>kuch bhi nahin jaan paaya. intellectual awakening ka yaad rakhiye, yahi yahi beginning hai.</w:t>
      </w:r>
    </w:p>
    <w:p>
      <w:pPr>
        <w:jc w:val="right"/>
      </w:pPr>
      <w:r>
        <w:t>کچھ بھی نہیں جان پایا۔ انٹلیکچول اویکننگ کا یاد رکھیے، یہی یہی بگننگ ہے۔</w:t>
      </w:r>
    </w:p>
    <w:p>
      <w:r>
        <w:rPr>
          <w:b/>
        </w:rPr>
        <w:t xml:space="preserve">[42:32] </w:t>
      </w:r>
      <w:r>
        <w:t>intellectual awakening ki yahi beginning hai. ke aap apni helplessness ko jaanen.</w:t>
      </w:r>
    </w:p>
    <w:p>
      <w:pPr>
        <w:jc w:val="right"/>
      </w:pPr>
      <w:r>
        <w:t>انٹلیکچول اویکننگ کی یہی بگننگ ہے۔ کہ آپ اپنی ہیلپ لیسنس کو جانیں۔</w:t>
      </w:r>
    </w:p>
    <w:p>
      <w:r>
        <w:rPr>
          <w:b/>
        </w:rPr>
        <w:t xml:space="preserve">[42:42] </w:t>
      </w:r>
      <w:r>
        <w:t>jis cheez ko hum kehte hain intellectual awakening. iski iski beginning yeh hai ke aap jaanen apni helplessness ko. isi liye roze ke bare mein mein sochta tha ke itna zyada sawab kyun rakha gaya hai Quran mein.</w:t>
      </w:r>
    </w:p>
    <w:p>
      <w:pPr>
        <w:jc w:val="right"/>
      </w:pPr>
      <w:r>
        <w:t>جس چیز کو ہم کہتے ہیں انٹلیکچول اویکننگ۔ اس کی اس کی بگننگ یہ ہے کہ آپ جانیں اپنی ہیلپ لیسنس کو۔ اسی لیے روزے کے بارے میں میں سوچتا تھا کہ اتنا زیادہ ثواب کیوں رکھا گیا ہے قرآن میں۔</w:t>
      </w:r>
    </w:p>
    <w:p>
      <w:r>
        <w:rPr>
          <w:b/>
        </w:rPr>
        <w:t xml:space="preserve">[42:55] </w:t>
      </w:r>
      <w:r>
        <w:t>Quran mein hai ke nahin, Quran mein nahin, hadith mein. hadith mein hai ke Allah taala har amal ka sawab deta hai.</w:t>
      </w:r>
    </w:p>
    <w:p>
      <w:pPr>
        <w:jc w:val="right"/>
      </w:pPr>
      <w:r>
        <w:t>قرآن میں ہے کہ نہیں، قرآن میں نہیں، حدیث میں۔ حدیث میں ہے کہ اللہ تعالیٰ ہر عمل کا ثواب دیتا ہے۔</w:t>
      </w:r>
    </w:p>
    <w:p>
      <w:r>
        <w:rPr>
          <w:b/>
        </w:rPr>
        <w:t xml:space="preserve">[43:07] </w:t>
      </w:r>
      <w:r>
        <w:t>das gunne se bohat zyada gunnah tak. siwa roze ke. yaani baaqi aemaal ka sawab milta hai das gunne se saat sau gunne tak.</w:t>
      </w:r>
    </w:p>
    <w:p>
      <w:pPr>
        <w:jc w:val="right"/>
      </w:pPr>
      <w:r>
        <w:t>دس گنے سے بہت زیادہ گناہ تک۔ سوا روزے کے۔ یعنی بقیہ اعمال کا ثواب ملتا ہے دس گنے سے سات سو گنے تک۔</w:t>
      </w:r>
    </w:p>
    <w:p>
      <w:r>
        <w:rPr>
          <w:b/>
        </w:rPr>
        <w:t xml:space="preserve">[43:20] </w:t>
      </w:r>
      <w:r>
        <w:t>jo doosre amal hain, iska Khuda sawab deta hai. das gunne se le kar so saat sau gunne tak.</w:t>
      </w:r>
    </w:p>
    <w:p>
      <w:pPr>
        <w:jc w:val="right"/>
      </w:pPr>
      <w:r>
        <w:t>جو دوسرے عمل ہیں، اس کا خدا ثواب دیتا ہے۔ دس گنے سے لے کر سو سات سو گنے تک۔</w:t>
      </w:r>
    </w:p>
    <w:p>
      <w:r>
        <w:rPr>
          <w:b/>
        </w:rPr>
        <w:t xml:space="preserve">[43:30] </w:t>
      </w:r>
      <w:r>
        <w:t>illa us saum.</w:t>
      </w:r>
    </w:p>
    <w:p>
      <w:pPr>
        <w:jc w:val="right"/>
      </w:pPr>
      <w:r>
        <w:t>الا الصوم۔</w:t>
      </w:r>
    </w:p>
    <w:p>
      <w:r>
        <w:rPr>
          <w:b/>
        </w:rPr>
        <w:t xml:space="preserve">[43:35] </w:t>
      </w:r>
      <w:r>
        <w:t>fas saum li wa ana ajzi bihi. roza mere liye hai aur mein hi iska badla doonga. mein bohat dinon se sochta raha ke roza sirf agar khana peena chhodne ka naam ho to itna bada sawab, itna bada sawab iska kaise ho jayega?</w:t>
      </w:r>
    </w:p>
    <w:p>
      <w:pPr>
        <w:jc w:val="right"/>
      </w:pPr>
      <w:r>
        <w:t>فصوم لی وانا اجزی بہ۔ روزہ میرے لیے ہے اور میں ہی اس کا بدلہ دوں گا۔ میں بہت دنوں سے سوچتا رہا کہ روزہ صرف اگر کھانے پینا چھوڑنے کا نام ہو تو اتنا بڑا ثواب، اتنا بڑا ثواب اس کا کیسے ہو جائے گا؟</w:t>
      </w:r>
    </w:p>
    <w:p>
      <w:r>
        <w:rPr>
          <w:b/>
        </w:rPr>
        <w:t xml:space="preserve">[43:53] </w:t>
      </w:r>
      <w:r>
        <w:t>yeh Khuda ka understation hai. jis Khuda ne itni badi duniya banai ke uska four percent aap dekh payen tab bhi itni badi lagti hai duniya.</w:t>
      </w:r>
    </w:p>
    <w:p>
      <w:pPr>
        <w:jc w:val="right"/>
      </w:pPr>
      <w:r>
        <w:t>یہ خدا کا انڈرسٹیویشن ہے۔ جس خدا نے اتنی بڑی دنیا بنائی کہ اس کا فور پرسنٹ آپ دیکھ پائیں تب بھی اتنی بڑی لگتی ہے دنیا۔</w:t>
      </w:r>
    </w:p>
    <w:p>
      <w:r>
        <w:rPr>
          <w:b/>
        </w:rPr>
        <w:t xml:space="preserve">[44:03] </w:t>
      </w:r>
      <w:r>
        <w:t>ninety six percent abhi tak ghayab hai hamari aankhon se. to itna bada Khuda jo hai, sirf barah ghante, chaudah ghante aadmi ne khana chhod diya to itna bada sawab de dega isko?</w:t>
      </w:r>
    </w:p>
    <w:p>
      <w:pPr>
        <w:jc w:val="right"/>
      </w:pPr>
      <w:r>
        <w:t>نائنٹی سکس پرسنٹ ابھی تک غائب ہے ہماری آنکھوں سے۔ تو اتنا بڑا خدا جو ہے، صرف بارہ گھنٹے، چودہ گھنٹے آدمی نے کھانا چھوڑ دیا تو اتنا بڑا ثواب دے دے گا اس کو؟</w:t>
      </w:r>
    </w:p>
    <w:p>
      <w:r>
        <w:rPr>
          <w:b/>
        </w:rPr>
        <w:t xml:space="preserve">[44:14] </w:t>
      </w:r>
      <w:r>
        <w:t>yeh Khuda ka understation hai. nahin, yahi cheez hai ke roze ke zariye se, roze ke zariye se jo cheez aap ko batai,</w:t>
      </w:r>
    </w:p>
    <w:p>
      <w:pPr>
        <w:jc w:val="right"/>
      </w:pPr>
      <w:r>
        <w:t>یہ خدا کا انڈرسٹیویشن ہے۔ نہیں، یہی چیز ہے کہ روزے کے ذریعے سے، روزے کے ذریعے سے جو چیز آپ کو بتائی،</w:t>
      </w:r>
    </w:p>
    <w:p>
      <w:r>
        <w:rPr>
          <w:b/>
        </w:rPr>
        <w:t xml:space="preserve">[44:32] </w:t>
      </w:r>
      <w:r>
        <w:t>roze ke zariye se Khuda Yeshua kehte hain ke aap jaanen. jis cheez ko maine bataya ke dog jo hai, woh jaanta nahin, woh dhoop le raha hai, woh usko khabar nahin kuch.</w:t>
      </w:r>
    </w:p>
    <w:p>
      <w:pPr>
        <w:jc w:val="right"/>
      </w:pPr>
      <w:r>
        <w:t>روزے کے ذریعے سے خدا یسوع کہتے ہیں کہ آپ جانیں۔ جس چیز کو میں نے بتایا کہ ڈاگ جو ہے، وہ جانتا نہیں، وہ دھوپ لے رہا ہے، وہ اس کو خبر نہیں کچھ۔</w:t>
      </w:r>
    </w:p>
    <w:p>
      <w:r>
        <w:rPr>
          <w:b/>
        </w:rPr>
        <w:t xml:space="preserve">[44:44] </w:t>
      </w:r>
      <w:r>
        <w:t>to ek hai ke animal level par aap cheezon ko len. to aap just like animal hain. ek yeh hai ke aap apne yaani thinking ke level par samjhen baaton ko.</w:t>
      </w:r>
    </w:p>
    <w:p>
      <w:pPr>
        <w:jc w:val="right"/>
      </w:pPr>
      <w:r>
        <w:t>تو ایک ہے کہ اینیمل لیول پر آپ چیزوں کو لیں۔ تو آپ جسٹ لائک اینیمل ہیں۔ ایک یہ ہے کہ آپ اپنے یعنی تھنکنگ کے لیول پر سمجھیں باتوں کو۔</w:t>
      </w:r>
    </w:p>
    <w:p>
      <w:r>
        <w:rPr>
          <w:b/>
        </w:rPr>
        <w:t xml:space="preserve">[44:58] </w:t>
      </w:r>
      <w:r>
        <w:t>to jab aap ko pyaas aur bhook ka partial tajruba ho to uske total tajrube tak aap ko apna mind ko pahunchayen.</w:t>
      </w:r>
    </w:p>
    <w:p>
      <w:pPr>
        <w:jc w:val="right"/>
      </w:pPr>
      <w:r>
        <w:t>تو جب آپ کو پیاس اور بھوک کا پارشل تجربہ ہو تو اس کے ٹوٹل تجربے تک آپ کو اپنا مائنڈ کو پہنچائیں۔</w:t>
      </w:r>
    </w:p>
    <w:p>
      <w:r>
        <w:rPr>
          <w:b/>
        </w:rPr>
        <w:t xml:space="preserve">[45:11] </w:t>
      </w:r>
      <w:r>
        <w:t>yaani kutta, dog nahin aisa kar sakta. dog bhi pyasa hota hai, dog bhi bhooka hota hai. lekin woh yeh nahin soch sakta.</w:t>
      </w:r>
    </w:p>
    <w:p>
      <w:pPr>
        <w:jc w:val="right"/>
      </w:pPr>
      <w:r>
        <w:t>یعنی کتا، ڈاگ نہیں ایسا کر سکتا۔ ڈاگ بھی پیاسا ہوتا ہے، ڈاگ بھی بھوکا ہوتا ہے۔ لیکن وہ یہ نہیں سو سکتا۔</w:t>
      </w:r>
    </w:p>
    <w:p>
      <w:r>
        <w:rPr>
          <w:b/>
        </w:rPr>
        <w:t xml:space="preserve">[45:21] </w:t>
      </w:r>
      <w:r>
        <w:t>yaani partial experience ko total experience banana insaan ka kaam hai. koi dog, koi animal, koi sher, koi elephant nahin kar sakta.</w:t>
      </w:r>
    </w:p>
    <w:p>
      <w:pPr>
        <w:jc w:val="right"/>
      </w:pPr>
      <w:r>
        <w:t>یعنی پارشل ایکسپیرینس کو ٹوٹل ایکسپیرینس بنانا انسان کا کام ہے۔ کوئی ڈاگ، کوئی اینیمل، کوئی شیر، کوئی ایلیفنٹ نہیں کر سکتا۔</w:t>
      </w:r>
    </w:p>
    <w:p>
      <w:r>
        <w:rPr>
          <w:b/>
        </w:rPr>
        <w:t xml:space="preserve">[45:31] </w:t>
      </w:r>
      <w:r>
        <w:t>ke partial experience ko total experience ke sense mein lena. that is intellectual awakening. aur phir usko aur extend kar ke saari cheezon tak usko le jana.</w:t>
      </w:r>
    </w:p>
    <w:p>
      <w:pPr>
        <w:jc w:val="right"/>
      </w:pPr>
      <w:r>
        <w:t>کہ پارشل ایکسپیرینس کو ٹوٹل ایکسپیرینس کے سینس میں لینا۔ دیٹ از انٹلیکچول اویکننگ۔ اور پھر اس کو اور ایکسٹینڈ کر کے ساری چیزوں تک اس کو لے جانا۔</w:t>
      </w:r>
    </w:p>
    <w:p>
      <w:r>
        <w:rPr>
          <w:b/>
        </w:rPr>
        <w:t xml:space="preserve">[45:45] </w:t>
      </w:r>
      <w:r>
        <w:t>yaani health aur oxygen aur light aur yeh planet earth, life support system, infrastructure, woh saari cheezein jo hain wahan tak pahunchana.</w:t>
      </w:r>
    </w:p>
    <w:p>
      <w:pPr>
        <w:jc w:val="right"/>
      </w:pPr>
      <w:r>
        <w:t>یعنی ہیلتھ اور آکسیجن اور لائٹ اور یہ پلینٹ ارتھ، لائف سپورٹ سسٹم، انفراسٹرکچر، وہ ساری چیزیں جو ہیں وہاں تک پہنچانا۔</w:t>
      </w:r>
    </w:p>
    <w:p>
      <w:r>
        <w:rPr>
          <w:b/>
        </w:rPr>
        <w:t xml:space="preserve">[45:59] </w:t>
      </w:r>
      <w:r>
        <w:t>yaani roze ke temporary bhook se bohat hi thode time ke liye aap ko bhooka pyasa rehna pada.</w:t>
      </w:r>
    </w:p>
    <w:p>
      <w:pPr>
        <w:jc w:val="right"/>
      </w:pPr>
      <w:r>
        <w:t>یعنی روزے کے ٹیمپریری بھوک سے بہت ہی تھوڑے ٹائم کے لیے آپ کو بھوکا پیاسا رہنا پڑا۔</w:t>
      </w:r>
    </w:p>
    <w:p>
      <w:r>
        <w:rPr>
          <w:b/>
        </w:rPr>
        <w:t xml:space="preserve">[46:10] </w:t>
      </w:r>
      <w:r>
        <w:t>bohat hi partial sense mein. isko badha kar ke aap yeh apne mind mein layen ke ek dum hi paani nahin mile, ek dum hi khana nahin mile to kya mera haal hoga?</w:t>
      </w:r>
    </w:p>
    <w:p>
      <w:pPr>
        <w:jc w:val="right"/>
      </w:pPr>
      <w:r>
        <w:t>بہت ہی پارشل سینس میں۔ اس کو بڑھا کر کے آپ یہ اپنے مائنڈ میں لائیں کہ ایک دم ہی پانی نہیں ملے، ایک دم ہی کھانا نہیں ملے تو کیا میرا حال ہوگا؟</w:t>
      </w:r>
    </w:p>
    <w:p>
      <w:r>
        <w:rPr>
          <w:b/>
        </w:rPr>
        <w:t xml:space="preserve">[46:22] </w:t>
      </w:r>
      <w:r>
        <w:t>phir aur isko badha kar ke le jayen. aur badhayen, aur badhayen, aur badhayen. ke suraj ki light na ho, zameen ki gravity na ho, oxygen na ho.</w:t>
      </w:r>
    </w:p>
    <w:p>
      <w:pPr>
        <w:jc w:val="right"/>
      </w:pPr>
      <w:r>
        <w:t>پھر اور اس کو بڑھا کر کے لے جائیں۔ اور بڑھائیں، اور بڑھائیں، اور بڑھائیں۔ کہ سورج کی لائٹ نہ ہو، زمین کی گریویٹی نہ ہو، آکسیجن نہ ہو۔</w:t>
      </w:r>
    </w:p>
    <w:p>
      <w:r>
        <w:rPr>
          <w:b/>
        </w:rPr>
        <w:t xml:space="preserve">[46:34] </w:t>
      </w:r>
      <w:r>
        <w:t>aur jo life support system duniya mein hai woh na ho.</w:t>
      </w:r>
    </w:p>
    <w:p>
      <w:pPr>
        <w:jc w:val="right"/>
      </w:pPr>
      <w:r>
        <w:t>اور جو لائف سپورٹ سسٹم دنیا میں ہے وہ نہ ہو۔</w:t>
      </w:r>
    </w:p>
    <w:p>
      <w:r>
        <w:rPr>
          <w:b/>
        </w:rPr>
        <w:t xml:space="preserve">[46:40] </w:t>
      </w:r>
      <w:r>
        <w:t>mere mere mere body mein jo khoon daudta hai woh khoon daudna band ho jaye. in saari cheezon ko include kar ke sochen aap.</w:t>
      </w:r>
    </w:p>
    <w:p>
      <w:pPr>
        <w:jc w:val="right"/>
      </w:pPr>
      <w:r>
        <w:t>میرے میرے میرے باڈی میں جو خون دوڑتا ہے وہ خون دوڑنا بند ہو جائے۔ ان ساری چیزوں کو انکلوڈ کر کے سوچیں آپ۔</w:t>
      </w:r>
    </w:p>
    <w:p>
      <w:r>
        <w:rPr>
          <w:b/>
        </w:rPr>
        <w:t xml:space="preserve">[46:49] </w:t>
      </w:r>
      <w:r>
        <w:t>to ek bohat bada aap ko realization hoga, realization. bohat badi cheez discover ho jayegi. lekin yaad rakhen roze ki importance is liye hai ke is mein is ke zariye se aap ko ek bohat badi supreme discovery ho jati hai.</w:t>
      </w:r>
    </w:p>
    <w:p>
      <w:pPr>
        <w:jc w:val="right"/>
      </w:pPr>
      <w:r>
        <w:t>تو ایک بہت بڑا آپ کو ریلائزیشن ہوگا، ریلائزیشن۔ بہت بڑی چیز ڈسکور ہو جائے گی۔ لیکن یاد رکھیں روزے کی امپورٹنس اس لیے ہے کہ اس میں اس کے ذریعے سے آپ کو ایک بہت بڑی سپریم ڈسکوری ہو جاتی ہے۔</w:t>
      </w:r>
    </w:p>
    <w:p>
      <w:r>
        <w:rPr>
          <w:b/>
        </w:rPr>
        <w:t xml:space="preserve">[47:07] </w:t>
      </w:r>
      <w:r>
        <w:t>is liye is ki importance hai.</w:t>
      </w:r>
    </w:p>
    <w:p>
      <w:pPr>
        <w:jc w:val="right"/>
      </w:pPr>
      <w:r>
        <w:t>اس لیے اس کی امپورٹنس ہے۔</w:t>
      </w:r>
    </w:p>
    <w:p>
      <w:r>
        <w:rPr>
          <w:b/>
        </w:rPr>
        <w:t xml:space="preserve">[47:12] </w:t>
      </w:r>
      <w:r>
        <w:t>aik baar to hai kerala ke aik aadmi ne islam qabool kiya. to kisi musalman ne is se poocha, kuch baatein ho rahi theen.</w:t>
      </w:r>
    </w:p>
    <w:p>
      <w:pPr>
        <w:jc w:val="right"/>
      </w:pPr>
      <w:r>
        <w:t>ایک بار تو ہے کیرلا کے ایک آدمی نے اسلام قبول کیا۔ تو کسی مسلمان نے اس سے پوچھا، کچھ باتیں ہو رہی تھیں۔</w:t>
      </w:r>
    </w:p>
    <w:p>
      <w:r>
        <w:rPr>
          <w:b/>
        </w:rPr>
        <w:t xml:space="preserve">[47:22] </w:t>
      </w:r>
      <w:r>
        <w:t>to is ne kaha ke ke you are muslim by birth. we are muslim by choice.</w:t>
      </w:r>
    </w:p>
    <w:p>
      <w:pPr>
        <w:jc w:val="right"/>
      </w:pPr>
      <w:r>
        <w:t>تو اس نے کہا کہ کہ یو آر مسلم بائی برتھ۔ وی آر مسلم بائی چوائس۔</w:t>
      </w:r>
    </w:p>
    <w:p>
      <w:r>
        <w:rPr>
          <w:b/>
        </w:rPr>
        <w:t xml:space="preserve">[47:34] </w:t>
      </w:r>
      <w:r>
        <w:t>to by birth ke mani aik accidently mil gaya aap ko islam. lekin jo choice ke liye milne ke mani hain ke aap ne discover kiya islam ko. ke tumhara islam jo hai accidently, accidently mil gaya tum ko.</w:t>
      </w:r>
    </w:p>
    <w:p>
      <w:pPr>
        <w:jc w:val="right"/>
      </w:pPr>
      <w:r>
        <w:t>تو بائی برتھ کے معنی ایک ایکسیڈنٹلی مل گیا آپ کو اسلام۔ لیکن جو چوائس کے لیے ملنے کے معنی ہیں کہ آپ نے ڈسکور کیا اسلام کو۔ کہ تمہارا اسلام جو ہے ایکسیڈنٹلی، ایکسیڈنٹلی مل گیا تم کو۔</w:t>
      </w:r>
    </w:p>
    <w:p>
      <w:r>
        <w:rPr>
          <w:b/>
        </w:rPr>
        <w:t xml:space="preserve">[47:48] </w:t>
      </w:r>
      <w:r>
        <w:t>hamara islam hum ko discovery ke zariye mila hua hai. to kitaab darja hai is ka. is is discovery ko aur phailai, aur phailai, aur phailai.</w:t>
      </w:r>
    </w:p>
    <w:p>
      <w:pPr>
        <w:jc w:val="right"/>
      </w:pPr>
      <w:r>
        <w:t>ہمارا اسلام ہم کو ڈسکوری کے ذریعے ملا ہوا ہے۔ تو کتابا درجہ ہے اس کا۔ اس اس ڈسکوری کو اور پھیلائی، اور پھیلائی، اور پھیلائی۔</w:t>
      </w:r>
    </w:p>
    <w:p>
      <w:r>
        <w:rPr>
          <w:b/>
        </w:rPr>
        <w:t xml:space="preserve">[47:58] </w:t>
      </w:r>
      <w:r>
        <w:t>tab ja kar woh darja mile ga ke khuda kahe ga ke main is ka roza mere liye hai. is ne woh roza rakh liya hai jo jo supreme, jo jo super ibadat hai.</w:t>
      </w:r>
    </w:p>
    <w:p>
      <w:pPr>
        <w:jc w:val="right"/>
      </w:pPr>
      <w:r>
        <w:t>تب جا کر وہ درجہ ملے گا کہ خدا کہے گا کہ میں اس کا روزہ میرے لیے ہے۔ اس نے وہ روزہ رکھ لیا ہے جو جو سپریم، جو جو سپر عبادت ہے۔</w:t>
      </w:r>
    </w:p>
    <w:p>
      <w:r>
        <w:rPr>
          <w:b/>
        </w:rPr>
        <w:t xml:space="preserve">[48:12] </w:t>
      </w:r>
      <w:r>
        <w:t>is ko main super reward doon ga.</w:t>
      </w:r>
    </w:p>
    <w:p>
      <w:pPr>
        <w:jc w:val="right"/>
      </w:pPr>
      <w:r>
        <w:t>اس کو میں سپر ریوارڈ دوں گا۔</w:t>
      </w:r>
    </w:p>
    <w:p>
      <w:r>
        <w:rPr>
          <w:b/>
        </w:rPr>
        <w:t xml:space="preserve">[48:18] </w:t>
      </w:r>
      <w:r>
        <w:t>to yeh jo hadith mein aaya hai jo main ne arz kiya ke har amal ka badla khuda das gunay se saat sau gunay tak deta hai. illa as-sawm.</w:t>
      </w:r>
    </w:p>
    <w:p>
      <w:pPr>
        <w:jc w:val="right"/>
      </w:pPr>
      <w:r>
        <w:t>تو یہ جو حدیث میں آیا ہے جو میں نے عرض کیا کہ ہر عمل کا بدلہ خدا دس گنے سے سات سو گنے تک دیتا ہے۔ الا الصوم۔</w:t>
      </w:r>
    </w:p>
    <w:p>
      <w:r>
        <w:rPr>
          <w:b/>
        </w:rPr>
        <w:t xml:space="preserve">[48:27] </w:t>
      </w:r>
      <w:r>
        <w:t>siwa roze ke, kyun ke roza mere liye hai. yani mujh ko discover karta hai roza rakh ke aadmi.</w:t>
      </w:r>
    </w:p>
    <w:p>
      <w:pPr>
        <w:jc w:val="right"/>
      </w:pPr>
      <w:r>
        <w:t>سوا روزے کے، کیونکہ روزہ میرے لیے ہے۔ یعنی مجھ کو ڈسکور کرتا ہے روزہ رکھ کے آدمی۔</w:t>
      </w:r>
    </w:p>
    <w:p>
      <w:r>
        <w:rPr>
          <w:b/>
        </w:rPr>
        <w:t xml:space="preserve">[48:39] </w:t>
      </w:r>
      <w:r>
        <w:t>to khulasa yeh hai ke aik rozedar woh hai jo waqti bhook ko jaan paye. waqti pyaas ko jaan paye bas.</w:t>
      </w:r>
    </w:p>
    <w:p>
      <w:pPr>
        <w:jc w:val="right"/>
      </w:pPr>
      <w:r>
        <w:t>تو خلاصہ یہ ہے کہ ایک روزے دار وہ ہے جو وقتی بھوک کو جان پائے۔ وقتی پیاس کو جان پائے بس۔</w:t>
      </w:r>
    </w:p>
    <w:p>
      <w:r>
        <w:rPr>
          <w:b/>
        </w:rPr>
        <w:t xml:space="preserve">[48:50] </w:t>
      </w:r>
      <w:r>
        <w:t>is ki discovery yahi tak rahe. aik woh hai jis mein jis mein insaan khuda ko discover kar le. apne helplessness ko discover kar le.</w:t>
      </w:r>
    </w:p>
    <w:p>
      <w:pPr>
        <w:jc w:val="right"/>
      </w:pPr>
      <w:r>
        <w:t>اس کی ڈسکوری یہی تک رہے۔ ایک وہ ہے جس میں جس میں انسان خدا کو ڈسکور کر لے۔ اپنے ہیلپ لیسنس کو ڈسکور کر لے۔</w:t>
      </w:r>
    </w:p>
    <w:p>
      <w:r>
        <w:rPr>
          <w:b/>
        </w:rPr>
        <w:t xml:space="preserve">[49:00] </w:t>
      </w:r>
      <w:r>
        <w:t>aur khuda greatness ko discover kar le. woh hai woh roza jis mein khuda is ko adeel de ga, is ka reward. ke is ne woh roza rakh liya hai.</w:t>
      </w:r>
    </w:p>
    <w:p>
      <w:pPr>
        <w:jc w:val="right"/>
      </w:pPr>
      <w:r>
        <w:t>اور خدا گریٹنس کو ڈسکور کر لے۔ وہ ہے وہ روزہ جس میں خدا اس کو اڈیل دے گا، اس کا ریوارڈ۔ کہ اس نے وہ روزہ رکھ لیا ہے۔</w:t>
      </w:r>
    </w:p>
    <w:p>
      <w:r>
        <w:rPr>
          <w:b/>
        </w:rPr>
        <w:t xml:space="preserve">[49:11] </w:t>
      </w:r>
      <w:r>
        <w:t>to yeh hai super ibadat. is waqt roza super ibadat ban jata hai.</w:t>
      </w:r>
    </w:p>
    <w:p>
      <w:pPr>
        <w:jc w:val="right"/>
      </w:pPr>
      <w:r>
        <w:t>تو یہ ہے سپر عبادت۔ اس وقت روزہ سپر عبادت بن جاتا ہے۔</w:t>
      </w:r>
    </w:p>
    <w:p>
      <w:r>
        <w:rPr>
          <w:b/>
        </w:rPr>
        <w:t xml:space="preserve">[49:19] </w:t>
      </w:r>
      <w:r>
        <w:t>to</w:t>
      </w:r>
    </w:p>
    <w:p>
      <w:pPr>
        <w:jc w:val="right"/>
      </w:pPr>
      <w:r>
        <w:t>تو</w:t>
      </w:r>
    </w:p>
    <w:p>
      <w:r>
        <w:rPr>
          <w:b/>
        </w:rPr>
        <w:t xml:space="preserve">[49:24] </w:t>
      </w:r>
      <w:r>
        <w:t>intellectual awakening main samajhta hoon ke sab se bari cheez hai. baghair intellectual awakening ke aap ko kuch bhi, kuch kuch bhi nahi aap jaan sakte.</w:t>
      </w:r>
    </w:p>
    <w:p>
      <w:pPr>
        <w:jc w:val="right"/>
      </w:pPr>
      <w:r>
        <w:t>انٹلیکچول اویکننگ میں سمجھتا ہوں کہ سب سے بڑی چیز ہے۔ بغیر انٹلیکچول اویکننگ کے آپ کو کچھ بھی، کچھ کچھ بھی نہیں آپ جان سکتے۔</w:t>
      </w:r>
    </w:p>
    <w:p>
      <w:r>
        <w:rPr>
          <w:b/>
        </w:rPr>
        <w:t xml:space="preserve">[49:43] </w:t>
      </w:r>
      <w:r>
        <w:t>jaise quran mein hai ke wa fi samaawaat wal arz yamuroon alaiha wa hum anha mooridoon.</w:t>
      </w:r>
    </w:p>
    <w:p>
      <w:pPr>
        <w:jc w:val="right"/>
      </w:pPr>
      <w:r>
        <w:t>جیسے قرآن میں ہے کہ وقای منایت فی السماوات والارض یمرون علیہا منہا مورون۔</w:t>
      </w:r>
    </w:p>
    <w:p>
      <w:r>
        <w:rPr>
          <w:b/>
        </w:rPr>
        <w:t xml:space="preserve">[49:54] </w:t>
      </w:r>
      <w:r>
        <w:t>ke zameen o aasman mein signs, s i g n signs bikhray hue hain. is se log guzarte hain. lekin bas avoid kar ke chale aate hain.</w:t>
      </w:r>
    </w:p>
    <w:p>
      <w:pPr>
        <w:jc w:val="right"/>
      </w:pPr>
      <w:r>
        <w:t>کہ زمین و آسمان میں سائنز، ایس آئی جی این سائنز بکھرے ہوئے ہیں۔ اس سے لوگ گزرتے ہیں۔ لیکن بس اوائڈ کر کے چلے آتے ہیں۔</w:t>
      </w:r>
    </w:p>
    <w:p>
      <w:r>
        <w:rPr>
          <w:b/>
        </w:rPr>
        <w:t xml:space="preserve">[50:08] </w:t>
      </w:r>
      <w:r>
        <w:t>jaise ke main ne qissa bataya ke aap ko ke dog dhoop mein baitha hua tha. woh bhi aik aik aik sign tha, aik aik nishani tha. nishani yeh hai ke woh bata raha tha ke main animal hoon to animal level ki life meri hai.</w:t>
      </w:r>
    </w:p>
    <w:p>
      <w:pPr>
        <w:jc w:val="right"/>
      </w:pPr>
      <w:r>
        <w:t>جیسے کہ میں نے قصہ بتایا کہ آپ کو کہ ڈاگ دھوپ میں بیٹھا ہوا تھا۔ وہ بھی ایک ایک ایک سائن تھا، ایک ایک نشانی تھا۔ نشانی یہ ہے کہ وہ بتا رہا تھا کہ میں اینیمل ہوں تو اینیمل لیول کی لائف میری ہے۔</w:t>
      </w:r>
    </w:p>
    <w:p>
      <w:r>
        <w:rPr>
          <w:b/>
        </w:rPr>
        <w:t xml:space="preserve">[50:21] </w:t>
      </w:r>
      <w:r>
        <w:t>dekho main dhoop le raha hoon, mujhe kuch pata nahi ke dhoop kya cheez hoti hai. lekin insaan ka level jo hai woh yeh hai ke woh dhoop mein discover kare, dhoop ko discover kare, suraj ko discover kare, solar system ko.</w:t>
      </w:r>
    </w:p>
    <w:p>
      <w:pPr>
        <w:jc w:val="right"/>
      </w:pPr>
      <w:r>
        <w:t>دیکھو میں دھوپ لے رہا ہوں، مجھے کچھ پتہ نہیں کہ دھوپ کیا چیز ہوتی ہے۔ لیکن انسان کا لیول جو ہے وہ یہ ہے کہ وہ دھوپ میں ڈسکور کرے، دھوپ کو ڈسکور کرے، سورج کو ڈسکور کرے، سولر سسٹم کو۔</w:t>
      </w:r>
    </w:p>
    <w:p>
      <w:r>
        <w:rPr>
          <w:b/>
        </w:rPr>
        <w:t xml:space="preserve">[50:37] </w:t>
      </w:r>
      <w:r>
        <w:t>yahan tak ke woh discover kar le creator ko.</w:t>
      </w:r>
    </w:p>
    <w:p>
      <w:pPr>
        <w:jc w:val="right"/>
      </w:pPr>
      <w:r>
        <w:t>یہاں تک کہ وہ ڈسکور کر لے کریٹر کو۔</w:t>
      </w:r>
    </w:p>
    <w:p>
      <w:r>
        <w:rPr>
          <w:b/>
        </w:rPr>
        <w:t xml:space="preserve">[50:44] </w:t>
      </w:r>
      <w:r>
        <w:t>to yeh hai, yani yeh hai intellectual awakening. aur yeh hai sacha roza.</w:t>
      </w:r>
    </w:p>
    <w:p>
      <w:pPr>
        <w:jc w:val="right"/>
      </w:pPr>
      <w:r>
        <w:t>تو یہ ہے، یعنی یہ ہے انٹلیکچول اویکننگ۔ اور یہ ہے سچا روزہ۔</w:t>
      </w:r>
    </w:p>
    <w:p>
      <w:r>
        <w:rPr>
          <w:b/>
        </w:rPr>
        <w:t xml:space="preserve">[50:54] </w:t>
      </w:r>
      <w:r>
        <w:t>aur isi ka naam spirituality hai.</w:t>
      </w:r>
    </w:p>
    <w:p>
      <w:pPr>
        <w:jc w:val="right"/>
      </w:pPr>
      <w:r>
        <w:t>اور اسی کا نام سپرچویلٹی ہے۔</w:t>
      </w:r>
    </w:p>
    <w:p>
      <w:r>
        <w:rPr>
          <w:b/>
        </w:rPr>
        <w:t xml:space="preserve">[51:00] </w:t>
      </w:r>
      <w:r>
        <w:t>abhi main aik aik article parh raha tha. to is article mein spirituality par tha woh. to wohi heart based spirituality ki baatein theen is ke andar.</w:t>
      </w:r>
    </w:p>
    <w:p>
      <w:pPr>
        <w:jc w:val="right"/>
      </w:pPr>
      <w:r>
        <w:t>ابھی میں ایک ایک آرٹیکل پڑھ رہا تھا۔ تو اس آرٹیکل میں سپرچویلٹی پر تھا وہ۔ تو وہی ہارٹ بیسڈ سپرچویلٹی کی باتیں تھیں اس کے اندر۔</w:t>
      </w:r>
    </w:p>
    <w:p>
      <w:r>
        <w:rPr>
          <w:b/>
        </w:rPr>
        <w:t xml:space="preserve">[51:11] </w:t>
      </w:r>
      <w:r>
        <w:t>heart based spirituality. yani dil par mabni spirituality. to yeh log samajhte hain ke bas sab kuch dil mein hai, dhyan kahan lagao aur is mein se nikalte raho.</w:t>
      </w:r>
    </w:p>
    <w:p>
      <w:pPr>
        <w:jc w:val="right"/>
      </w:pPr>
      <w:r>
        <w:t>ہارٹ بیسڈ سپرچویلٹی۔ یعنی دل پر مبنی سپرچویلٹی۔ تو یہ لوگ سمجھتے ہیں کہ بس سب کچھ دل میں ہے، دھیان کہاں لگاؤ اور اس میں سے نکالتے رہو۔</w:t>
      </w:r>
    </w:p>
    <w:p>
      <w:r>
        <w:rPr>
          <w:b/>
        </w:rPr>
        <w:t xml:space="preserve">[51:26] </w:t>
      </w:r>
      <w:r>
        <w:t>yeh dil ko unfold karne ka naam hai spirituality. aur dil mein to kuch hai hi nahi. dil mein to kuch bhi nahi hai, dil mein to sirf circulation of blood ka aik zariya hai dil.</w:t>
      </w:r>
    </w:p>
    <w:p>
      <w:pPr>
        <w:jc w:val="right"/>
      </w:pPr>
      <w:r>
        <w:t>یہ دل کو انفولڈ کرنے کا نام ہے سپرچویلٹی۔ اور دل میں تو کچھ ہے ہی نہیں۔ دل میں تو کچھ بھی نہیں ہے، دل میں تو صرف سرکولیشن آف بلڈ کا ایک ذریعہ ہے دل۔</w:t>
      </w:r>
    </w:p>
    <w:p>
      <w:r>
        <w:rPr>
          <w:b/>
        </w:rPr>
        <w:t xml:space="preserve">[51:41] </w:t>
      </w:r>
      <w:r>
        <w:t>bas. to hazaron saal se log dil ko dhiyan mein lagaye hue hain aur kuch un ko mila nahin. kuch bhi nahin mila.</w:t>
      </w:r>
    </w:p>
    <w:p>
      <w:pPr>
        <w:jc w:val="right"/>
      </w:pPr>
      <w:r>
        <w:t>بس۔ تو ہزاروں سال سے لوگ دل کو دھیان میں لگائے ہوئے ہیں اور کچھ ان کو ملا نہیں۔ کچھ بھی نہیں ملا۔</w:t>
      </w:r>
    </w:p>
    <w:p>
      <w:r>
        <w:rPr>
          <w:b/>
        </w:rPr>
        <w:t xml:space="preserve">[51:53] </w:t>
      </w:r>
      <w:r>
        <w:t>to main ne yeh bhi meri discovery hai ke spirituality jo hai mind based discipline hai. mind based. yani aap ke mind par mabni hai is jis spirituality ka mamla.</w:t>
      </w:r>
    </w:p>
    <w:p>
      <w:pPr>
        <w:jc w:val="right"/>
      </w:pPr>
      <w:r>
        <w:t>تو میں نے یہ بھی میری ڈسکوری ہے کہ سپرچویلٹی جو ہے مائنڈ بیسڈ ڈسپلن ہے۔ مائنڈ بیسڈ۔ یعنی آپ کے مائنڈ پر مبنی ہے اس جس سپرچویلٹی کا معاملہ۔</w:t>
      </w:r>
    </w:p>
    <w:p>
      <w:r>
        <w:rPr>
          <w:b/>
        </w:rPr>
        <w:t xml:space="preserve">[52:07] </w:t>
      </w:r>
      <w:r>
        <w:t>yani soch se juda hua hai, soch se. soch se juda hua hai. aur wahi wahi cheez hai jis ko ke quran mein rizq rabb kaha gaya.</w:t>
      </w:r>
    </w:p>
    <w:p>
      <w:pPr>
        <w:jc w:val="right"/>
      </w:pPr>
      <w:r>
        <w:t>یعنی سوچ سے جڑا ہوا ہے، سوچ سے۔ سوچ سے جڑا ہوا ہے۔ اور وہی وہی چیز ہے جس کو کہ قرآن میں رزق رب کہا گیا۔</w:t>
      </w:r>
    </w:p>
    <w:p>
      <w:r>
        <w:rPr>
          <w:b/>
        </w:rPr>
        <w:t xml:space="preserve">[52:18] </w:t>
      </w:r>
      <w:r>
        <w:t>rizq rabb kya hai? woh bhi spirituality, spiritual food. quran mein hai rizq rabb. rabb ka rizq.</w:t>
      </w:r>
    </w:p>
    <w:p>
      <w:pPr>
        <w:jc w:val="right"/>
      </w:pPr>
      <w:r>
        <w:t>رزق رب کیا ہے؟ وہ بھی سپرچویلٹی، سپرچول فوڈ۔ قرآن میں ہے رزق رب۔ رب کا رزق۔</w:t>
      </w:r>
    </w:p>
    <w:p>
      <w:r>
        <w:rPr>
          <w:b/>
        </w:rPr>
        <w:t xml:space="preserve">[52:27] </w:t>
      </w:r>
      <w:r>
        <w:t>is ka matlab hai intellectual food. jaise quran mein hazrat maryam ka zikr hai. hazrat maryam ke rehti thi woh haikal ke aik kamre mein.</w:t>
      </w:r>
    </w:p>
    <w:p>
      <w:pPr>
        <w:jc w:val="right"/>
      </w:pPr>
      <w:r>
        <w:t>اس کا مطلب ہے انٹلیکچول فوڈ۔ جیسے قرآن میں حضرت مریم کا ذکر ہے۔ حضرت مریم کے رہتی تھی وہ ہیکل کے ایک کمرے میں۔</w:t>
      </w:r>
    </w:p>
    <w:p>
      <w:r>
        <w:rPr>
          <w:b/>
        </w:rPr>
        <w:t xml:space="preserve">[52:44] </w:t>
      </w:r>
      <w:r>
        <w:t>haikal ke premises mein rehti thi woh. aur ibadat karti thi woh. to un ke khandani buzurg the zakariya.</w:t>
      </w:r>
    </w:p>
    <w:p>
      <w:pPr>
        <w:jc w:val="right"/>
      </w:pPr>
      <w:r>
        <w:t>ہیکل کے پریمسز میں رہتی تھی وہ۔ اور عبادت کرتی تھی وہ۔ تو ان کے خاندانی بزرگ تھے زکریا۔</w:t>
      </w:r>
    </w:p>
    <w:p>
      <w:r>
        <w:rPr>
          <w:b/>
        </w:rPr>
        <w:t xml:space="preserve">[52:56] </w:t>
      </w:r>
      <w:r>
        <w:t>ab woh aaye to unhone poocha ke. ya hamare munh anda likhza? to is mein yeh hai ke wajd intaha rizqah.</w:t>
      </w:r>
    </w:p>
    <w:p>
      <w:pPr>
        <w:jc w:val="right"/>
      </w:pPr>
      <w:r>
        <w:t>اب وہ آئے تو انہوں نے پوچھا کہ۔ یا ہمارے منہ انڈا لکھذا؟ تو اس میں یہ ہے کہ وجد انتہا رزقہ۔</w:t>
      </w:r>
    </w:p>
    <w:p>
      <w:r>
        <w:rPr>
          <w:b/>
        </w:rPr>
        <w:t xml:space="preserve">[53:08] </w:t>
      </w:r>
      <w:r>
        <w:t>kullama dakhala al-layl, kullama dakhala zakariya. kya hai woh? jab bhi jab bhi zakariya aate the un ke mihrab mein, yani un ke hujre mein.</w:t>
      </w:r>
    </w:p>
    <w:p>
      <w:pPr>
        <w:jc w:val="right"/>
      </w:pPr>
      <w:r>
        <w:t>کلما دخل الیل، کلما دخل زکریا۔ کیا ہے وہ؟ جب بھی جب بھی زکریا آتے تھے ان کے محراب میں، یعنی ان کے حجرے میں۔</w:t>
      </w:r>
    </w:p>
    <w:p>
      <w:r>
        <w:rPr>
          <w:b/>
        </w:rPr>
        <w:t xml:space="preserve">[53:19] </w:t>
      </w:r>
      <w:r>
        <w:t>wajd intaha rizqah. wajd intaha rizqah. to wahan rizq paate the woh. yani hazrat maryam ke paas rizq paate the.</w:t>
      </w:r>
    </w:p>
    <w:p>
      <w:pPr>
        <w:jc w:val="right"/>
      </w:pPr>
      <w:r>
        <w:t>وجد انتہا رزقہ۔ وجد انتہا رزقہ۔ تو وہاں رزق پاتے تھے وہ۔ یعنی حضرت مریم کے پاس رزق پاتے تھے۔</w:t>
      </w:r>
    </w:p>
    <w:p>
      <w:r>
        <w:rPr>
          <w:b/>
        </w:rPr>
        <w:t xml:space="preserve">[53:29] </w:t>
      </w:r>
      <w:r>
        <w:t>to unhone poocha ke aey maryam, yeh rizq to ko kahan se aaya? rizq mani food. to unhone kaha ke yeh khuda ki taraf se hai.</w:t>
      </w:r>
    </w:p>
    <w:p>
      <w:pPr>
        <w:jc w:val="right"/>
      </w:pPr>
      <w:r>
        <w:t>تو انہوں نے پوچھا کہ اے مریم، یہ رزق تو کو کہاں سے آیا؟ رزق معنی فوڈ۔ تو انہوں نے کہا کہ یہ خدا کی طرف سے ہے۔</w:t>
      </w:r>
    </w:p>
    <w:p>
      <w:r>
        <w:rPr>
          <w:b/>
        </w:rPr>
        <w:t xml:space="preserve">[53:40] </w:t>
      </w:r>
      <w:r>
        <w:t>to log yeh samajhte hain ke woh easy okayla yeh sab hota tha wahan. be mausam ke phal.</w:t>
      </w:r>
    </w:p>
    <w:p>
      <w:pPr>
        <w:jc w:val="right"/>
      </w:pPr>
      <w:r>
        <w:t>تو لوگ یہ سمجھتے ہیں کہ وہ ای سیو اوکیلا یہ سب ہوتا تھا وہاں۔ بے موسم کے پھل۔</w:t>
      </w:r>
    </w:p>
    <w:p>
      <w:r>
        <w:rPr>
          <w:b/>
        </w:rPr>
        <w:t xml:space="preserve">[53:49] </w:t>
      </w:r>
      <w:r>
        <w:t>aam taur par yeh samajhte hain ke be mausam ke phal. yani garmi mein jaade ke phal, jaade garmi ke phal. yeh bilkul baseless baatein hain.</w:t>
      </w:r>
    </w:p>
    <w:p>
      <w:pPr>
        <w:jc w:val="right"/>
      </w:pPr>
      <w:r>
        <w:t>عام طور پر یہ سمجھتے ہیں کہ بے موسم کے پھل۔ یعنی گرمی میں جاڑے کے پھل، جاڑے گرمی کے پھل۔ یہ بالکل بیسلیس باتیں ہیں۔</w:t>
      </w:r>
    </w:p>
    <w:p>
      <w:r>
        <w:rPr>
          <w:b/>
        </w:rPr>
        <w:t xml:space="preserve">[53:58] </w:t>
      </w:r>
      <w:r>
        <w:t>yeh baseless baatein hain. is ka matlab tha spiritual food. is ka matlab physical food nahin hota tha is ka matlab.</w:t>
      </w:r>
    </w:p>
    <w:p>
      <w:pPr>
        <w:jc w:val="right"/>
      </w:pPr>
      <w:r>
        <w:t>یہ بیسلیس باتیں ہیں۔ اس کا مطلب تھا سپرچول فوڈ۔ اس کا مطلب فزیکل فوڈ نہیں ہوتا تھا اس کا مطلب۔</w:t>
      </w:r>
    </w:p>
    <w:p>
      <w:r>
        <w:rPr>
          <w:b/>
        </w:rPr>
        <w:t xml:space="preserve">[54:08] </w:t>
      </w:r>
      <w:r>
        <w:t>yani hazrat maryam jab baat karti theen, un ki baaton mein bohat si gehrai hoti thi. khuda ka ki marifat hoti thi.</w:t>
      </w:r>
    </w:p>
    <w:p>
      <w:pPr>
        <w:jc w:val="right"/>
      </w:pPr>
      <w:r>
        <w:t>یعنی حضرت مریم جب بات کرتی تھیں، ان کی باتوں میں بہت سی گہرائی ہوتی تھی۔ خدا کا کی معرفت ہوتی تھی۔</w:t>
      </w:r>
    </w:p>
    <w:p>
      <w:r>
        <w:rPr>
          <w:b/>
        </w:rPr>
        <w:t xml:space="preserve">[54:19] </w:t>
      </w:r>
      <w:r>
        <w:t>is mein sachai ka realization hota tha. to yeh sab baatein theen wahan. to woh bol pade yeh sab tum kaise itni bari bari baatein tumhare mind mein aati hain?</w:t>
      </w:r>
    </w:p>
    <w:p>
      <w:pPr>
        <w:jc w:val="right"/>
      </w:pPr>
      <w:r>
        <w:t>اس میں سچائی کا ریلائزیشن ہوتا تھا۔ تو یہ سب باتیں تھیں وہاں۔ تو وہ بول پڑے یہ سب تم کیسے اتنی بڑی بڑی باتیں تمہارے مائنڈ میں آتی ہیں؟</w:t>
      </w:r>
    </w:p>
    <w:p>
      <w:r>
        <w:rPr>
          <w:b/>
        </w:rPr>
        <w:t xml:space="preserve">[54:30] </w:t>
      </w:r>
      <w:r>
        <w:t>kahan se tum ne seekha yeh? bazahir to tumhara koi teacher nahin hai. yeh madrase mein tum nahin parh rahi ho.</w:t>
      </w:r>
    </w:p>
    <w:p>
      <w:pPr>
        <w:jc w:val="right"/>
      </w:pPr>
      <w:r>
        <w:t>کہاں سے تم نے سیکھا یہ؟ بظاہر تو تمہارا کوئی ٹیچر نہیں ہے۔ یہ مدرسے میں تم نہیں پڑھ رہی ہو۔</w:t>
      </w:r>
    </w:p>
    <w:p>
      <w:r>
        <w:rPr>
          <w:b/>
        </w:rPr>
        <w:t xml:space="preserve">[54:40] </w:t>
      </w:r>
      <w:r>
        <w:t>to unhone kaha kya? hadha min indallah. jo khuda ki taraf se hai. hawa min indallah. hawa min indallah.</w:t>
      </w:r>
    </w:p>
    <w:p>
      <w:pPr>
        <w:jc w:val="right"/>
      </w:pPr>
      <w:r>
        <w:t>تو انہوں نے کہا کیا؟ھذا من عند اللہ۔ جو خدا کی طرف سے ہے۔ ہوا من عند اللہ۔ ہوا من عند اللہ۔</w:t>
      </w:r>
    </w:p>
    <w:p>
      <w:r>
        <w:rPr>
          <w:b/>
        </w:rPr>
        <w:t xml:space="preserve">[54:49] </w:t>
      </w:r>
      <w:r>
        <w:t>yani khuda ke inspiration se yeh cheezein mujhe mil rahi hain. khuda ke inspiration se. to hazrat maryam ko spiritual food milta tha.</w:t>
      </w:r>
    </w:p>
    <w:p>
      <w:pPr>
        <w:jc w:val="right"/>
      </w:pPr>
      <w:r>
        <w:t>یعنی خدا کے انسپیریشن سے یہ چیزیں مجھے مل رہی ہیں۔ خدا کے انسپیریشن سے۔ تو حضرت مریم کو سپرچول فوڈ ملتا تھا۔</w:t>
      </w:r>
    </w:p>
    <w:p>
      <w:r>
        <w:rPr>
          <w:b/>
        </w:rPr>
        <w:t xml:space="preserve">[55:01] </w:t>
      </w:r>
      <w:r>
        <w:t>yeh yeh physical food nahin. woh to sabhi ko milta hai. physical food to sabhi ko milta hai lekin jo un ko special cheez milti thi un ko woh thi spiritual food.</w:t>
      </w:r>
    </w:p>
    <w:p>
      <w:pPr>
        <w:jc w:val="right"/>
      </w:pPr>
      <w:r>
        <w:t>یہ یہ فزیکل فوڈ نہیں۔ وہ تو سبھی کو ملتا ہے۔ فزیکل فوڈ تو سبھی کو ملتا ہے لیکن جو ان کو اسپیشل چیز ملتی تھی ان کو وہ تھی سپرچول فوڈ۔</w:t>
      </w:r>
    </w:p>
    <w:p>
      <w:r>
        <w:rPr>
          <w:b/>
        </w:rPr>
        <w:t xml:space="preserve">[55:16] </w:t>
      </w:r>
      <w:r>
        <w:t>yeh spiritual food kya thi woh jo un ko milti thi? woh thi un ki thinking, un ki speech. cheezon ke bare mein un ki rai woh hoti thi.</w:t>
      </w:r>
    </w:p>
    <w:p>
      <w:pPr>
        <w:jc w:val="right"/>
      </w:pPr>
      <w:r>
        <w:t>یہ سپرچول فوڈ کیا تھی وہ جو ان کو ملتی تھی؟ وہ تھی ان کی تھنکنگ، ان کی سپیچ۔ چیزوں کے بارے میں ان کی رائے وہ ہوتی تھی۔</w:t>
      </w:r>
    </w:p>
    <w:p>
      <w:r>
        <w:rPr>
          <w:b/>
        </w:rPr>
        <w:t xml:space="preserve">[55:29] </w:t>
      </w:r>
      <w:r>
        <w:t>to main samajhta hoon ke spirituality jo hai woh mind based discipline hai. thinking se juda hua hai is ka mamla.</w:t>
      </w:r>
    </w:p>
    <w:p>
      <w:pPr>
        <w:jc w:val="right"/>
      </w:pPr>
      <w:r>
        <w:t>تو میں سمجھتا ہوں کہ سپرچویلٹی جو ہے وہ مائنڈ بیسڈ ڈسپلن ہے۔ تھنکنگ سے جڑا ہوا ہے اس کا معاملہ۔</w:t>
      </w:r>
    </w:p>
    <w:p>
      <w:r>
        <w:rPr>
          <w:b/>
        </w:rPr>
        <w:t xml:space="preserve">[55:41] </w:t>
      </w:r>
      <w:r>
        <w:t>aur thinking se jodne ke maani kya hain? jis ko main kehta hoon art of conversion. yani material cheez ko spiritual cheez mein convert karna.</w:t>
      </w:r>
    </w:p>
    <w:p>
      <w:pPr>
        <w:jc w:val="right"/>
      </w:pPr>
      <w:r>
        <w:t>اور تھنکنگ سے جوڑنے کے معنی کیا ہیں؟ جس کو میں کہتا ہوں آرٹ آف کنورژن۔ یعنی مٹیریل چیز کو سپرچول چیز میں کنورٹ کرنا۔</w:t>
      </w:r>
    </w:p>
    <w:p>
      <w:r>
        <w:rPr>
          <w:b/>
        </w:rPr>
        <w:t xml:space="preserve">[55:54] </w:t>
      </w:r>
      <w:r>
        <w:t>yeh yeh hai spirituality. jaise ke main ne arz kiya ke aik dog dhoop mein leta hua hai. ab aap ne dekha ke dhoop le raha hai dog.</w:t>
      </w:r>
    </w:p>
    <w:p>
      <w:pPr>
        <w:jc w:val="right"/>
      </w:pPr>
      <w:r>
        <w:t>یہ یہ ہے سپرچویلٹی۔ جیسے کہ میں نے عرض کیا کہ ایک ڈاگ دھوپ میں لیٹا ہوا ہے۔ اب آپ نے دیکھا کہ دھوپ لے رہا ہے ڈاگ۔</w:t>
      </w:r>
    </w:p>
    <w:p>
      <w:r>
        <w:rPr>
          <w:b/>
        </w:rPr>
        <w:t xml:space="preserve">[56:06] </w:t>
      </w:r>
      <w:r>
        <w:t>aik simple sa aap ka experience hua yeh. lekin agar aap is ko convert kar saken. convert kar ke yeh soch saken ke dekho dog jo hai us ko kuch bhi pata nahin hai siwaye is ke ke us ko heat mil rahi hai.</w:t>
      </w:r>
    </w:p>
    <w:p>
      <w:pPr>
        <w:jc w:val="right"/>
      </w:pPr>
      <w:r>
        <w:t>ایک سمپل سا آپ کا ایکسپیرینس ہوا یہ۔ لیکن اگر آپ اس کو کنورٹ کر سکیں۔ کنورٹ کر کے یہ سوچ سکیں کہ دیکھو ڈاگ جو ہے اس کو کچھ بھی پتہ نہیں ہے سوائے اس کے کہ اس کو ہیٹ مل رہی ہے۔</w:t>
      </w:r>
    </w:p>
    <w:p>
      <w:r>
        <w:rPr>
          <w:b/>
        </w:rPr>
        <w:t xml:space="preserve">[56:22] </w:t>
      </w:r>
      <w:r>
        <w:t>bas itni jaanta hai woh. lekin aik insan ka mind jo hai soch soch kar ke poori universe ko discover karega is mein. poori poori universe is mein involve hai.</w:t>
      </w:r>
    </w:p>
    <w:p>
      <w:pPr>
        <w:jc w:val="right"/>
      </w:pPr>
      <w:r>
        <w:t>بس اتنی جانتا ہے وہ۔ لیکن ایک انسان کا مائنڈ جو ہے سوچ سوچ کر کے پوری یونیورس کو ڈسکور کرے گا اس میں۔ پوری پوری یونیورس اس میں انوالو ہے۔</w:t>
      </w:r>
    </w:p>
    <w:p>
      <w:r>
        <w:rPr>
          <w:b/>
        </w:rPr>
        <w:t xml:space="preserve">[56:32] </w:t>
      </w:r>
      <w:r>
        <w:t>keh kaisay kaisay big bang hua. kaisay kaisay stars banay. kaisay kaisay galaxy bani.</w:t>
      </w:r>
    </w:p>
    <w:p>
      <w:pPr>
        <w:jc w:val="right"/>
      </w:pPr>
      <w:r>
        <w:t>کہ کیسے کیسے بگ بینگ ہوا۔ کیسے کیسے اسٹارز بنے۔ کیسے کیسے گلیکسی بنی۔</w:t>
      </w:r>
    </w:p>
    <w:p>
      <w:r>
        <w:rPr>
          <w:b/>
        </w:rPr>
        <w:t xml:space="preserve">[56:41] </w:t>
      </w:r>
      <w:r>
        <w:t>kaisay kaisay solar system bana. kaisay kaisay yeh zameen bani. aur kis tarah se yeh sara jo yahan se wahan tak hua.</w:t>
      </w:r>
    </w:p>
    <w:p>
      <w:pPr>
        <w:jc w:val="right"/>
      </w:pPr>
      <w:r>
        <w:t>کیسے کیسے سولر سسٹم بنا۔ کیسے کیسے یہ زمین بنی۔ اور کس طرح سے یہ سارا جو یہاں سے وہاں تک ہوا۔</w:t>
      </w:r>
    </w:p>
    <w:p>
      <w:r>
        <w:rPr>
          <w:b/>
        </w:rPr>
        <w:t xml:space="preserve">[56:50] </w:t>
      </w:r>
      <w:r>
        <w:t>phir yeh possible hua ke koi aadmi sun se heat le, sun se light le. yeh sab aap ke mind mein aa jayega.</w:t>
      </w:r>
    </w:p>
    <w:p>
      <w:pPr>
        <w:jc w:val="right"/>
      </w:pPr>
      <w:r>
        <w:t>پھر یہ پاسیبل ہوا کہ کوئی آدمی سن سے ہیٹ لے، سن سے لائٹ لے۔ یہ سب آپ کے مائنڈ میں آ جائے گا۔</w:t>
      </w:r>
    </w:p>
    <w:p>
      <w:r>
        <w:rPr>
          <w:b/>
        </w:rPr>
        <w:t xml:space="preserve">[57:01] </w:t>
      </w:r>
      <w:r>
        <w:t>to yeh hai tosam. yeh hai spiritual food.</w:t>
      </w:r>
    </w:p>
    <w:p>
      <w:pPr>
        <w:jc w:val="right"/>
      </w:pPr>
      <w:r>
        <w:t>تو یہ ہے توسم۔ یہ ہے سپرچول فوڈ۔</w:t>
      </w:r>
    </w:p>
    <w:p>
      <w:r>
        <w:rPr>
          <w:b/>
        </w:rPr>
        <w:t xml:space="preserve">[57:08] </w:t>
      </w:r>
      <w:r>
        <w:t>yehi hamein apne andar paida karna hai. intellectual awakening paida karna hai. mein kal radio sun raha tha, mein ghumata rehta hoon, mujhe pata nahi tha kahan lage, kahan nahi lagega.</w:t>
      </w:r>
    </w:p>
    <w:p>
      <w:pPr>
        <w:jc w:val="right"/>
      </w:pPr>
      <w:r>
        <w:t>یہی ہمیں اپنے اندر پیدا کرنا ہے۔ انٹلیکچول اویکننگ پیدا کرنا ہے۔ میں کل ریڈیو سن رہا تھا، میں گھماتا رہتا ہوں، مجھے پتہ نہیں تھا کہاں لگے، کہاں نہیں لگے گا۔</w:t>
      </w:r>
    </w:p>
    <w:p>
      <w:r>
        <w:rPr>
          <w:b/>
        </w:rPr>
        <w:t xml:space="preserve">[57:19] </w:t>
      </w:r>
      <w:r>
        <w:t>achanak aa jane lagta hai kuch. to koi ladke ladkiyan is mein aa raha tha, ho ha kar rahe the. be matlab ki baatein gossip pe hoti hain.</w:t>
      </w:r>
    </w:p>
    <w:p>
      <w:pPr>
        <w:jc w:val="right"/>
      </w:pPr>
      <w:r>
        <w:t>اچانک آ جانے لگتا ہے کچھ۔ تو کوئی لڑکے لڑکیاں اس میں آ رہا تھا، ہو ہا کر رہے تھے۔ بے مطلب کی باتیں گوسپ پہ ہوتی ہیں۔</w:t>
      </w:r>
    </w:p>
    <w:p>
      <w:r>
        <w:rPr>
          <w:b/>
        </w:rPr>
        <w:t xml:space="preserve">[57:29] </w:t>
      </w:r>
      <w:r>
        <w:t>to mein ro raha tha aur sun raha tha, ro raha tha aur sun raha tha. yeh log apne aap ko kya samajhte hain? animal level pe jee rahe hain yeh log. yeh to all level pe jeena hai.</w:t>
      </w:r>
    </w:p>
    <w:p>
      <w:pPr>
        <w:jc w:val="right"/>
      </w:pPr>
      <w:r>
        <w:t>تو میں رو رہا تھا اور سن رہا تھا، رو رہا تھا اور سن رہا تھا۔ یہ لوگ اپنے آپ کو کیا سمجھتے ہیں؟ اینیمل لیول پہ جی رہے ہیں یہ لوگ۔ یہ تو الوی لیول پہ جینا ہے۔</w:t>
      </w:r>
    </w:p>
    <w:p>
      <w:r>
        <w:rPr>
          <w:b/>
        </w:rPr>
        <w:t xml:space="preserve">[57:40] </w:t>
      </w:r>
      <w:r>
        <w:t>apne mind ko sirf hawa mein lagaye hue hain. ajeeb ajeeb baatein hain bilkul, be sar pair ki baatein. itna itna itna qeemti mind hai aap ka.</w:t>
      </w:r>
    </w:p>
    <w:p>
      <w:pPr>
        <w:jc w:val="right"/>
      </w:pPr>
      <w:r>
        <w:t>اپنے مائنڈ کو صرف ہوا میں لگائے ہوئے ہیں۔ عجیب عجیب باتیں ہیں بالکل، بے سرفیر کی باتیں۔ اتنا اتنا اتنا قیمتی مائنڈ ہے آپ کا۔</w:t>
      </w:r>
    </w:p>
    <w:p>
      <w:r>
        <w:rPr>
          <w:b/>
        </w:rPr>
        <w:t xml:space="preserve">[57:55] </w:t>
      </w:r>
      <w:r>
        <w:t>itna qeemti mind hai. ke ek dog jo hai sirf isi spot ko janta hai jahan woh leta hua hai. aap is mind ke zariye poori poori universe ko discover kar sakte hain.</w:t>
      </w:r>
    </w:p>
    <w:p>
      <w:pPr>
        <w:jc w:val="right"/>
      </w:pPr>
      <w:r>
        <w:t>اتنا قیمتی مائنڈ ہے۔ کہ ایک ڈاگ جو ہے صرف اسی اسپاٹ کو جانتا ہے جہاں وہ لیٹا ہوا ہے۔ آپ اس مائنڈ کے ذریعے پوری پوری یونیورس کو ڈسکور کر سکتے ہیں۔</w:t>
      </w:r>
    </w:p>
    <w:p>
      <w:r>
        <w:rPr>
          <w:b/>
        </w:rPr>
        <w:t xml:space="preserve">[58:06] </w:t>
      </w:r>
      <w:r>
        <w:t>poori poori universe ko apne liye spiritual food bana sakte hain. kitni bari baat hai yeh.</w:t>
      </w:r>
    </w:p>
    <w:p>
      <w:pPr>
        <w:jc w:val="right"/>
      </w:pPr>
      <w:r>
        <w:t>پوری پوری یونیورس کو اپنے لیے سپرچول فوڈ بنا سکتے ہیں۔ کتنی بڑی بات ہے یہ۔</w:t>
      </w:r>
    </w:p>
    <w:p>
      <w:r>
        <w:rPr>
          <w:b/>
        </w:rPr>
        <w:t xml:space="preserve">[58:15] </w:t>
      </w:r>
      <w:r>
        <w:t>to apne apne time ko qadar karna seekhiye. Khuda ne jo blessing di hai aap ko.</w:t>
      </w:r>
    </w:p>
    <w:p>
      <w:pPr>
        <w:jc w:val="right"/>
      </w:pPr>
      <w:r>
        <w:t>تو اپنے اپنے ٹائم کو کی قدر کرنا سیکھیے۔ خدا نے جو بلیسنگ دی ہے آپ کو۔</w:t>
      </w:r>
    </w:p>
    <w:p>
      <w:r>
        <w:rPr>
          <w:b/>
        </w:rPr>
        <w:t xml:space="preserve">[58:25] </w:t>
      </w:r>
      <w:r>
        <w:t>is ko sochiye. apne andar intellectual development laiye. sab kuch yaad rakhiye, depend karta hai intellectual development ko.</w:t>
      </w:r>
    </w:p>
    <w:p>
      <w:pPr>
        <w:jc w:val="right"/>
      </w:pPr>
      <w:r>
        <w:t>اس کو سوچیے۔ اپنے اندر انٹلیکچول ڈیولپمنٹ لائیے۔ سب کچھ یاد رکھیے، ڈیپینڈ کرتا ہے انٹلیکچول ڈیولپمنٹ کو۔</w:t>
      </w:r>
    </w:p>
    <w:p>
      <w:r>
        <w:rPr>
          <w:b/>
        </w:rPr>
        <w:t xml:space="preserve">[58:37] </w:t>
      </w:r>
      <w:r>
        <w:t>chahe imaan ho, chahe namaz roza ho. chahe Quran ho, chahe kuch bhi ho.</w:t>
      </w:r>
    </w:p>
    <w:p>
      <w:pPr>
        <w:jc w:val="right"/>
      </w:pPr>
      <w:r>
        <w:t>چاہے ایمان ہو، چاہے نماز روزہ ہو۔ چاہے قرآن ہو، چاہے کچھ بھی ہو۔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