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On the Month of Ramadan 23 sept, 2007 - Maulana Wahiduddin Khan</w:t>
      </w:r>
    </w:p>
    <w:p>
      <w:r>
        <w:t>https://www.youtube.com/watch?v=Q-bnwuQ42ns</w:t>
      </w:r>
    </w:p>
    <w:p>
      <w:r>
        <w:rPr>
          <w:b/>
        </w:rPr>
        <w:t xml:space="preserve">[00:13] </w:t>
      </w:r>
      <w:r>
        <w:t>bismillah rahman rahim, wasallallahu ala nabiyil karim.</w:t>
      </w:r>
    </w:p>
    <w:p>
      <w:pPr>
        <w:jc w:val="right"/>
      </w:pPr>
      <w:r>
        <w:t>بسم اللہ الرحمن الرحیم، وصلی اللہ علی النبی الکریم۔</w:t>
      </w:r>
    </w:p>
    <w:p>
      <w:r>
        <w:rPr>
          <w:b/>
        </w:rPr>
        <w:t xml:space="preserve">[00:21] </w:t>
      </w:r>
      <w:r>
        <w:t>rab ishrah li sadri, wa yassir li amri, wahlul uqdatan min lisani, yafqahu qawli.</w:t>
      </w:r>
    </w:p>
    <w:p>
      <w:pPr>
        <w:jc w:val="right"/>
      </w:pPr>
      <w:r>
        <w:t>رب اشرح لی صدری، ویسر لی امری، واحل العقدۃ من لسانی، یفقہ قولی۔</w:t>
      </w:r>
    </w:p>
    <w:p>
      <w:r>
        <w:rPr>
          <w:b/>
        </w:rPr>
        <w:t xml:space="preserve">[00:36] </w:t>
      </w:r>
      <w:r>
        <w:t>aaj ka jo topic hai woh hai "on the month of Ramadan".</w:t>
      </w:r>
    </w:p>
    <w:p>
      <w:pPr>
        <w:jc w:val="right"/>
      </w:pPr>
      <w:r>
        <w:t>آج کا جو ٹاپک ہے وہ ہے "آن دی منتھ آف رمضان"۔</w:t>
      </w:r>
    </w:p>
    <w:p>
      <w:r>
        <w:rPr>
          <w:b/>
        </w:rPr>
        <w:t xml:space="preserve">[00:46] </w:t>
      </w:r>
      <w:r>
        <w:t>aap jante hain ke Ramadan jo hai woh hijri calendar ka nawaan mahina hai. is mahine ko Islam mein poore mahine ke liye fasting ka mahina banaya gaya hai,</w:t>
      </w:r>
    </w:p>
    <w:p>
      <w:pPr>
        <w:jc w:val="right"/>
      </w:pPr>
      <w:r>
        <w:t>آپ جانتے ہیں کہ رمضان جو ہے وہ ہجری کیلنڈر کا نواں مہینہ ہے۔ اس مہینے کو اسلام میں پورے مہینے کے لیے فاسٹنگ کا مہینہ بنایا گیا ہے،</w:t>
      </w:r>
    </w:p>
    <w:p>
      <w:r>
        <w:rPr>
          <w:b/>
        </w:rPr>
        <w:t xml:space="preserve">[01:08] </w:t>
      </w:r>
      <w:r>
        <w:t>aur kaha yeh gaya hai Quran mein ke is mahine mein Allah taala ne Quran utara, Quran. is liye tum is mahine mein poore mahine ke liye roza rakho.</w:t>
      </w:r>
    </w:p>
    <w:p>
      <w:pPr>
        <w:jc w:val="right"/>
      </w:pPr>
      <w:r>
        <w:t>اور کہا یہ گیا ہے قرآن میں کہ اس مہینے میں اللہ تعالیٰ نے قرآن اتارا، قرآن۔ اس لیے تم اس مہینے میں پورے مہینے کے لیے روزہ رکھو۔</w:t>
      </w:r>
    </w:p>
    <w:p>
      <w:r>
        <w:rPr>
          <w:b/>
        </w:rPr>
        <w:t xml:space="preserve">[01:23] </w:t>
      </w:r>
      <w:r>
        <w:t>to yeh hai month of Ramadan. Quran kya hai? Quran is liye utra ke saare insaan Khuda ki is kitab ke aage surrender karein,</w:t>
      </w:r>
    </w:p>
    <w:p>
      <w:pPr>
        <w:jc w:val="right"/>
      </w:pPr>
      <w:r>
        <w:t>تو یہ ہے منتھ آف رمضان۔ قرآن کیا ہے؟ قرآن اس لیے اترا کہ سارے انسان خدا کی اس کتاب کے آگے سرینڈر کریں،</w:t>
      </w:r>
    </w:p>
    <w:p>
      <w:r>
        <w:rPr>
          <w:b/>
        </w:rPr>
        <w:t xml:space="preserve">[01:37] </w:t>
      </w:r>
      <w:r>
        <w:t>is kitab ko maanein. yeh hai Quran ka just, Quran ke message ka just. yani isi surrender karne mein insaan ki tarraqi hai, insaan ka salvation hai.</w:t>
      </w:r>
    </w:p>
    <w:p>
      <w:pPr>
        <w:jc w:val="right"/>
      </w:pPr>
      <w:r>
        <w:t>اس کتاب کو مانیں۔ یہ ہے قرآن کا جست، قرآن کے میسج کا جست۔ یعنی اسی سرینڈر کرنے میں انسان کی ترقی ہے، انسان کا سالویشن ہے۔</w:t>
      </w:r>
    </w:p>
    <w:p>
      <w:r>
        <w:rPr>
          <w:b/>
        </w:rPr>
        <w:t xml:space="preserve">[01:58] </w:t>
      </w:r>
      <w:r>
        <w:t>to dekhiye,</w:t>
      </w:r>
    </w:p>
    <w:p>
      <w:pPr>
        <w:jc w:val="right"/>
      </w:pPr>
      <w:r>
        <w:t>تو دیکھیے،</w:t>
      </w:r>
    </w:p>
    <w:p>
      <w:r>
        <w:rPr>
          <w:b/>
        </w:rPr>
        <w:t xml:space="preserve">[02:01] </w:t>
      </w:r>
      <w:r>
        <w:t>is mahine mein aakhir mein ek raat aati hai jis ko Quran mein kaha gaya hai "Lailat al-Qadr".</w:t>
      </w:r>
    </w:p>
    <w:p>
      <w:pPr>
        <w:jc w:val="right"/>
      </w:pPr>
      <w:r>
        <w:t>اس مہینے میں آخر میں ایک رات آتی ہے جس کو قرآن میں کہا گیا ہے "لیلۃ القدر"۔</w:t>
      </w:r>
    </w:p>
    <w:p>
      <w:r>
        <w:rPr>
          <w:b/>
        </w:rPr>
        <w:t xml:space="preserve">[02:12] </w:t>
      </w:r>
      <w:r>
        <w:t>mahine ke aakhri kisi din mein, aakhri kisi raat ko ek khaas raat hoti hai jis ko kaha gaya hai "Lailat al-Qadr".</w:t>
      </w:r>
    </w:p>
    <w:p>
      <w:pPr>
        <w:jc w:val="right"/>
      </w:pPr>
      <w:r>
        <w:t>مہینے کے آخری کسی دن میں، آخری کسی رات کو ایک خاص رات ہوتی ہے جس کو کہا گیا ہے "لیلۃ القدر"۔</w:t>
      </w:r>
    </w:p>
    <w:p>
      <w:r>
        <w:rPr>
          <w:b/>
        </w:rPr>
        <w:t xml:space="preserve">[02:24] </w:t>
      </w:r>
      <w:r>
        <w:t>Lailat al-Qadr ka matlab hai "Night of Destiny". Night of Destiny.</w:t>
      </w:r>
    </w:p>
    <w:p>
      <w:pPr>
        <w:jc w:val="right"/>
      </w:pPr>
      <w:r>
        <w:t>لیلۃ القدر کا مطلب ہے "نائٹ آف ڈیسٹینی"۔ نائٹ آف ڈیسٹینی۔</w:t>
      </w:r>
    </w:p>
    <w:p>
      <w:r>
        <w:rPr>
          <w:b/>
        </w:rPr>
        <w:t xml:space="preserve">[02:35] </w:t>
      </w:r>
      <w:r>
        <w:t>yeh Night of Destiny kya hai? yeh koi mysterious cheez nahi hai.</w:t>
      </w:r>
    </w:p>
    <w:p>
      <w:pPr>
        <w:jc w:val="right"/>
      </w:pPr>
      <w:r>
        <w:t>یہ نائٹ آف ڈیسٹینی کیا ہے؟ یہ کوئی مسٹیریس چیز نہیں ہے۔</w:t>
      </w:r>
    </w:p>
    <w:p>
      <w:r>
        <w:rPr>
          <w:b/>
        </w:rPr>
        <w:t xml:space="preserve">[02:45] </w:t>
      </w:r>
      <w:r>
        <w:t>night of destiny jo hai woh koi mysterious cheez nahi hai. yeh ek aisi cheez hai jis ko aap soch kar jaan sakte hain.</w:t>
      </w:r>
    </w:p>
    <w:p>
      <w:pPr>
        <w:jc w:val="right"/>
      </w:pPr>
      <w:r>
        <w:t>نائٹ آف ڈیسٹینی جو ہے وہ کوئی مسٹیریس چیز نہیں ہے۔ یہ ایک ایسی چیز ہے جس کو آپ سوچ کر جان سکتے ہیں۔</w:t>
      </w:r>
    </w:p>
    <w:p>
      <w:r>
        <w:rPr>
          <w:b/>
        </w:rPr>
        <w:t xml:space="preserve">[02:57] </w:t>
      </w:r>
      <w:r>
        <w:t>aur yeh ek raat ki baat bhi nahi hai, yeh poore mahine ki baat hai. yeh jo ramzan ka mahina hai, is mein jo spirit chahiye woh yahi spirit hai jo jiska culmination hota hai lailatul qadr mein.</w:t>
      </w:r>
    </w:p>
    <w:p>
      <w:pPr>
        <w:jc w:val="right"/>
      </w:pPr>
      <w:r>
        <w:t>اور یہ ایک رات کی بات بھی نہیں ہے، یہ پورے مہینے کی بات ہے۔ یہ جو رمضان کا مہینہ ہے، اس میں جو اسپرٹ چاہیے وہ یہی اسپرٹ ہے جو جس کا کلمنیشن ہوتا ہے لیلۃ القدر میں۔</w:t>
      </w:r>
    </w:p>
    <w:p>
      <w:r>
        <w:rPr>
          <w:b/>
        </w:rPr>
        <w:t xml:space="preserve">[03:20] </w:t>
      </w:r>
      <w:r>
        <w:t>woh spirit kya hai? woh spirit hai khuda ke aage surrender karna, khuda ke word ko maan lena,</w:t>
      </w:r>
    </w:p>
    <w:p>
      <w:pPr>
        <w:jc w:val="right"/>
      </w:pPr>
      <w:r>
        <w:t>وہ اسپرٹ کیا ہے؟ وہ اسپرٹ ہے خدا کے آگے سرینڈر کرنا، خدا کے ورڈ کو مان لینا،</w:t>
      </w:r>
    </w:p>
    <w:p>
      <w:r>
        <w:rPr>
          <w:b/>
        </w:rPr>
        <w:t xml:space="preserve">[03:36] </w:t>
      </w:r>
      <w:r>
        <w:t>unconditionally. to jis jo night of destiny ka matlab hua?</w:t>
      </w:r>
    </w:p>
    <w:p>
      <w:pPr>
        <w:jc w:val="right"/>
      </w:pPr>
      <w:r>
        <w:t>ان کنڈیشنلی۔ تو جس جو نائٹ آف ڈیسٹینی کا مطلب کیا ہوا؟</w:t>
      </w:r>
    </w:p>
    <w:p>
      <w:r>
        <w:rPr>
          <w:b/>
        </w:rPr>
        <w:t xml:space="preserve">[03:45] </w:t>
      </w:r>
      <w:r>
        <w:t>insaan ki nisbat se, yaani khuda ki nisbat se woh night of destiny hai. insaan ki nisbat se kya hai? insaan ki nisbat se yeh hai ke aap yeh</w:t>
      </w:r>
    </w:p>
    <w:p>
      <w:pPr>
        <w:jc w:val="right"/>
      </w:pPr>
      <w:r>
        <w:t>انسان کی نسبت سے، یعنی خدا کی نسبت سے وہ نائٹ آف ڈیسٹینی ہے۔ انسان کی نسبت سے کیا ہے؟ انسان کی نسبت سے یہ ہے کہ آپ یہ</w:t>
      </w:r>
    </w:p>
    <w:p>
      <w:r>
        <w:rPr>
          <w:b/>
        </w:rPr>
        <w:t xml:space="preserve">[04:01] </w:t>
      </w:r>
      <w:r>
        <w:t>yeh keh sakein, kehne ke maani hain ke aap ke dil se yeh bol nikle ke "o god, i accept with all my heart and soul what you have destine me, destine for me." o god,</w:t>
      </w:r>
    </w:p>
    <w:p>
      <w:pPr>
        <w:jc w:val="right"/>
      </w:pPr>
      <w:r>
        <w:t>یہ کہہ سکیں، کہنے کے معنی ہیں کہ آپ کے دل سے یہ بول نکلے کہ "او گاڈ، آئی ایکسیپٹ ود ال مائی ہارٹ اینڈ سول واٹ یو ہیو ڈیسٹن می، ڈیسٹن فار می۔" او گاڈ،</w:t>
      </w:r>
    </w:p>
    <w:p>
      <w:r>
        <w:rPr>
          <w:b/>
        </w:rPr>
        <w:t xml:space="preserve">[04:24] </w:t>
      </w:r>
      <w:r>
        <w:t>i accept with all my heart and soul what you have destine for me.</w:t>
      </w:r>
    </w:p>
    <w:p>
      <w:pPr>
        <w:jc w:val="right"/>
      </w:pPr>
      <w:r>
        <w:t>آئی ایکسیپٹ ود ال مائی ہارٹ اینڈ سول واٹ یو ہیو ڈیسٹن فار می۔</w:t>
      </w:r>
    </w:p>
    <w:p>
      <w:r>
        <w:rPr>
          <w:b/>
        </w:rPr>
        <w:t xml:space="preserve">[04:36] </w:t>
      </w:r>
      <w:r>
        <w:t>to khuda ki nisbat se woh lailatul qadr hai. insaan ki nisbat se woh is spirit ko apne andar inculcate karna hai ke aap khuda ke faisle ko maanein, khuda aage surrender kar dein.</w:t>
      </w:r>
    </w:p>
    <w:p>
      <w:pPr>
        <w:jc w:val="right"/>
      </w:pPr>
      <w:r>
        <w:t>تو خدا کی نسبت سے وہ لیلۃ القدر ہے۔ انسان کی نسبت سے وہ اس اسپرٹ کو اپنے اندر انکلکیٹ کرنا ہے کہ آپ خدا کے فیصلے کو مانیں، خدا آگے سرینڈر کر دیں۔</w:t>
      </w:r>
    </w:p>
    <w:p>
      <w:r>
        <w:rPr>
          <w:b/>
        </w:rPr>
        <w:t xml:space="preserve">[04:52] </w:t>
      </w:r>
      <w:r>
        <w:t>yahi just hai islam ka, yeh just hai quran ke message ka, yeh just hai insaan ke salvation ka.</w:t>
      </w:r>
    </w:p>
    <w:p>
      <w:pPr>
        <w:jc w:val="right"/>
      </w:pPr>
      <w:r>
        <w:t>یہی جسٹ ہے اسلام کا، یہ جسٹ ہے قرآن کے میسج کا، یہ جسٹ ہے انسان کے سالویشن کا۔</w:t>
      </w:r>
    </w:p>
    <w:p>
      <w:r>
        <w:rPr>
          <w:b/>
        </w:rPr>
        <w:t xml:space="preserve">[05:08] </w:t>
      </w:r>
      <w:r>
        <w:t>to yeh hai, main samajhta hoon ke ramzan ke mahine ka khulasa isi khulase ka culmination hota hai jis ko kehte hain hum shab qadr ya lailatul qadr ya night of destiny ke khuda ke faisle par raazi ho jana,</w:t>
      </w:r>
    </w:p>
    <w:p>
      <w:pPr>
        <w:jc w:val="right"/>
      </w:pPr>
      <w:r>
        <w:t>تو یہ ہے، میں سمجھتا ہوں کہ رمضان کے مہینے کا خلاصہ اسی خلاصے کا کلمنیشن ہوتا ہے جس کو کہتے ہیں ہم شب قدر یا لیلۃ القدر یا نائٹ آف ڈیسٹینی کہ خدا کے فیصلے پر راضی ہو جانا،</w:t>
      </w:r>
    </w:p>
    <w:p>
      <w:r>
        <w:rPr>
          <w:b/>
        </w:rPr>
        <w:t xml:space="preserve">[05:27] </w:t>
      </w:r>
      <w:r>
        <w:t>surrender kar dena. dekhiye, yeh maamla bohat seedha nahi hai. yaani poori universe, poori universe surrender ki hui hai khuda ke aage, already.</w:t>
      </w:r>
    </w:p>
    <w:p>
      <w:pPr>
        <w:jc w:val="right"/>
      </w:pPr>
      <w:r>
        <w:t>سرینڈر کر دینا۔ دیکھیے، یہ معاملہ بہت سیدھا نہیں ہے۔ یعنی پوری یونیورس، پوری یونیورس سرینڈر کی ہوئی ہے خدا کے آگے، الریڈی۔</w:t>
      </w:r>
    </w:p>
    <w:p>
      <w:r>
        <w:rPr>
          <w:b/>
        </w:rPr>
        <w:t xml:space="preserve">[05:42] </w:t>
      </w:r>
      <w:r>
        <w:t>khuda ke muqable mein jo jo world hai, jo khuda ne create kiya hai, woh sab ka sab khuda ke aage already surrender ki hui hai.</w:t>
      </w:r>
    </w:p>
    <w:p>
      <w:pPr>
        <w:jc w:val="right"/>
      </w:pPr>
      <w:r>
        <w:t>خدا کے مقابلے میں جو جو ورلڈ ہے، جو خدا نے کریٹ کیا ہے، وہ سب کا سب خدا کے آگے الریڈی سرینڈر کی ہوئی ہے۔</w:t>
      </w:r>
    </w:p>
    <w:p>
      <w:r>
        <w:rPr>
          <w:b/>
        </w:rPr>
        <w:t xml:space="preserve">[05:53] </w:t>
      </w:r>
      <w:r>
        <w:t>aap dekhiye ke stars aur planet ke jo motion hain, ek second ke farq ke baghair woh hazaron hazar saal tak waise hi chalte rehte hain.</w:t>
      </w:r>
    </w:p>
    <w:p>
      <w:pPr>
        <w:jc w:val="right"/>
      </w:pPr>
      <w:r>
        <w:t>آپ دیکھیے کہ اسٹارز اور پلینٹ کے جو موشن ہیں، ایک سیکنڈ کے فرق کے بغیر وہ ہزاروں ہزار سال تک ویسے ہی چلتے رہتے ہیں۔</w:t>
      </w:r>
    </w:p>
    <w:p>
      <w:r>
        <w:rPr>
          <w:b/>
        </w:rPr>
        <w:t xml:space="preserve">[06:02] </w:t>
      </w:r>
      <w:r>
        <w:t>yahi to surrender hai. har cheez mein yahi hai. aap dekhein ke jo law of nature hai, is law of nature se zara bhi koi cheez deviate nahi karti.</w:t>
      </w:r>
    </w:p>
    <w:p>
      <w:pPr>
        <w:jc w:val="right"/>
      </w:pPr>
      <w:r>
        <w:t>یہی تو سرینڈر ہے۔ ہر چیز میں یہی ہے۔ آپ دیکھیں کہ جو لاء آف نیچر ہے، اس لاء آف نیچر سے ذرا بھی کوئی چیز ڈیویٹ نہیں کرتی۔</w:t>
      </w:r>
    </w:p>
    <w:p>
      <w:r>
        <w:rPr>
          <w:b/>
        </w:rPr>
        <w:t xml:space="preserve">[06:15] </w:t>
      </w:r>
      <w:r>
        <w:t>to rest of the world jo hai, woh surrender ki hui hai, compulsively. compulsively.</w:t>
      </w:r>
    </w:p>
    <w:p>
      <w:pPr>
        <w:jc w:val="right"/>
      </w:pPr>
      <w:r>
        <w:t>تو ریسٹ آف دا ورلڈ جو ہے، وہ سرینڈر کی ہوئی ہے، کمپلسولی۔ کمپلسولی۔</w:t>
      </w:r>
    </w:p>
    <w:p>
      <w:r>
        <w:rPr>
          <w:b/>
        </w:rPr>
        <w:t xml:space="preserve">[06:26] </w:t>
      </w:r>
      <w:r>
        <w:t>isi surrender ko insaan ko karna hai apne irade se, apni freedom se, apni liberty se. yeh spirit inculcate karna hai is mahine mein.</w:t>
      </w:r>
    </w:p>
    <w:p>
      <w:pPr>
        <w:jc w:val="right"/>
      </w:pPr>
      <w:r>
        <w:t>اسی سرینڈر کو انسان کو کرنا ہے اپنے ارادے سے، اپنی فریڈم سے، اپنی لبرٹی سے۔ یہ اسپرٹ انکلکیٹ کرنا ہے اس مہینے میں۔</w:t>
      </w:r>
    </w:p>
    <w:p>
      <w:r>
        <w:rPr>
          <w:b/>
        </w:rPr>
        <w:t xml:space="preserve">[06:39] </w:t>
      </w:r>
      <w:r>
        <w:t>aap is is spirit ke saath jiyein is mahine mein ke "o god, i accept with all my soul and heart what you have destine me, destine for me." to yeh hai,</w:t>
      </w:r>
    </w:p>
    <w:p>
      <w:pPr>
        <w:jc w:val="right"/>
      </w:pPr>
      <w:r>
        <w:t>آپ اس اس اسپرٹ کے ساتھ جیئیں اس مہینے میں کہ "او گاڈ، آئی ایکسیپٹ ود ال مائی سول اینڈ ہارٹ واٹ یو ہیو ڈیسٹن می، ڈیسٹن فار می۔" تو یہ ہے،</w:t>
      </w:r>
    </w:p>
    <w:p>
      <w:r>
        <w:rPr>
          <w:b/>
        </w:rPr>
        <w:t xml:space="preserve">[07:00] </w:t>
      </w:r>
      <w:r>
        <w:t>yeh hai khulasa ramzan ya khulasa roza. ab main aap ko ek aur aspect ki taraf le jana chahta hoon.</w:t>
      </w:r>
    </w:p>
    <w:p>
      <w:pPr>
        <w:jc w:val="right"/>
      </w:pPr>
      <w:r>
        <w:t>یہ ہے خلاصہ رمضان یا خلاصہ روزہ۔ اب میں آپ کو ایک اور اسپیکٹ کی طرف لے جانا چاہتا ہوں۔</w:t>
      </w:r>
    </w:p>
    <w:p>
      <w:r>
        <w:rPr>
          <w:b/>
        </w:rPr>
        <w:t xml:space="preserve">[07:13] </w:t>
      </w:r>
      <w:r>
        <w:t>dekhiye, yeh mere haath mein aaj ka times of india hai, yaani september 23 ka.</w:t>
      </w:r>
    </w:p>
    <w:p>
      <w:pPr>
        <w:jc w:val="right"/>
      </w:pPr>
      <w:r>
        <w:t>دیکھیے، یہ میرے ہاتھ میں آج کا ٹائمز آف انڈیا ہے، یعنی ستمبر 23 کا۔</w:t>
      </w:r>
    </w:p>
    <w:p>
      <w:r>
        <w:rPr>
          <w:b/>
        </w:rPr>
        <w:t xml:space="preserve">[07:23] </w:t>
      </w:r>
      <w:r>
        <w:t>september 23 ka. is mein ek news aayi hai, abhi ek conference hui hai amsterdam mein.</w:t>
      </w:r>
    </w:p>
    <w:p>
      <w:pPr>
        <w:jc w:val="right"/>
      </w:pPr>
      <w:r>
        <w:t>ستمبر 23 کا۔ اس میں ایک نیوز آئی ہے، ابھی ایک کانفرنس ہوئی ہے ایمسٹرڈم میں۔</w:t>
      </w:r>
    </w:p>
    <w:p>
      <w:r>
        <w:rPr>
          <w:b/>
        </w:rPr>
        <w:t xml:space="preserve">[07:37] </w:t>
      </w:r>
      <w:r>
        <w:t>yeh saare scientist log aaye thay wahan par, physicist aur astronomer amsterdam mein.</w:t>
      </w:r>
    </w:p>
    <w:p>
      <w:pPr>
        <w:jc w:val="right"/>
      </w:pPr>
      <w:r>
        <w:t>یہ سارے سائنٹسٹ لوگ آئے تھے وہاں پر، فزیسٹ اور ایسٹرانمرز ایمسٹرڈم میں۔</w:t>
      </w:r>
    </w:p>
    <w:p>
      <w:r>
        <w:rPr>
          <w:b/>
        </w:rPr>
        <w:t xml:space="preserve">[07:46] </w:t>
      </w:r>
      <w:r>
        <w:t>to wahan par ek nobel prize winner, jo bohat hi senior scientist hai, james watson, us ne wahan par jo paper pesh kiya,</w:t>
      </w:r>
    </w:p>
    <w:p>
      <w:pPr>
        <w:jc w:val="right"/>
      </w:pPr>
      <w:r>
        <w:t>تو وہاں پر ایک نوبل پرائز ونر، جو بہت ہی سینئر سائنٹسٹ ہے، جیمز واٹسن، اس نے وہاں پر جو پیپر پیش کیا،</w:t>
      </w:r>
    </w:p>
    <w:p>
      <w:r>
        <w:rPr>
          <w:b/>
        </w:rPr>
        <w:t xml:space="preserve">[08:00] </w:t>
      </w:r>
      <w:r>
        <w:t>us ke bare mein is mein aaya hai.</w:t>
      </w:r>
    </w:p>
    <w:p>
      <w:pPr>
        <w:jc w:val="right"/>
      </w:pPr>
      <w:r>
        <w:t>اس کے بارے میں اس میں آیا ہے۔</w:t>
      </w:r>
    </w:p>
    <w:p>
      <w:r>
        <w:rPr>
          <w:b/>
        </w:rPr>
        <w:t xml:space="preserve">[08:05] </w:t>
      </w:r>
      <w:r>
        <w:t>woh calculate kar ke us ne bataya hai ke yeh jo world hai, yeh jo universe hai, is universe ka sirf four percent hamare observation mein aata hai.</w:t>
      </w:r>
    </w:p>
    <w:p>
      <w:pPr>
        <w:jc w:val="right"/>
      </w:pPr>
      <w:r>
        <w:t>وہ کیلکولیٹ کر کے اس نے بتایا ہے کہ یہ جو ورلڈ ہے، یہ جو یونیورس ہے، اس یونیورس کا صرف فور پرسنٹ ہمارے ابزرویشن میں آتا ہے۔</w:t>
      </w:r>
    </w:p>
    <w:p>
      <w:r>
        <w:rPr>
          <w:b/>
        </w:rPr>
        <w:t xml:space="preserve">[08:20] </w:t>
      </w:r>
      <w:r>
        <w:t>96 percent of the universe is not observable for us. 95, 96 percent, 96 percent of the universe is unknown for us.</w:t>
      </w:r>
    </w:p>
    <w:p>
      <w:pPr>
        <w:jc w:val="right"/>
      </w:pPr>
      <w:r>
        <w:t>96 پرسنٹ آف دا یونیورس از ناٹ ابزرویبل فار اس۔ 95، 96 پرسنٹ، 96 پرسنٹ آف دا یونیورس از ان نون فار اس۔</w:t>
      </w:r>
    </w:p>
    <w:p>
      <w:r>
        <w:rPr>
          <w:b/>
        </w:rPr>
        <w:t xml:space="preserve">[08:35] </w:t>
      </w:r>
      <w:r>
        <w:t>to four percent hum jaan pa rahe hain, is ka jaan paate hain. aur aur hamare paas koi zariya ab tak nahi hai ke four percent ke ilawa koi jaan sakein.</w:t>
      </w:r>
    </w:p>
    <w:p>
      <w:pPr>
        <w:jc w:val="right"/>
      </w:pPr>
      <w:r>
        <w:t>تو فور پرسنٹ ہم جان پا رہے ہیں، اس کا جان پاتے ہیں۔ اور اور ہمارے پاس کوئی ذریعہ اب تک نہیں ہے کہ فور پرسنٹ کے علاوہ کوئی جان سکیں۔</w:t>
      </w:r>
    </w:p>
    <w:p>
      <w:r>
        <w:rPr>
          <w:b/>
        </w:rPr>
        <w:t xml:space="preserve">[08:45] </w:t>
      </w:r>
      <w:r>
        <w:t>to is ko main ne parha to mujhe is mein aik similarity dikhai di Ramadan se. woh yeh ke Ramadan shuru hota hai new moon se, jis ko aap kehte hain crescent new moon.</w:t>
      </w:r>
    </w:p>
    <w:p>
      <w:pPr>
        <w:jc w:val="right"/>
      </w:pPr>
      <w:r>
        <w:t>تو اس کو میں نے پڑھا تو مجھے اس میں ایک سیمیلریٹی دکھائی دی رمضان سے۔ وہ یہ کہ رمضان شروع ہوتا ہے نیو مون سے، جس کو آپ کہتے ہیں کریسینٹ نیو مون۔</w:t>
      </w:r>
    </w:p>
    <w:p>
      <w:r>
        <w:rPr>
          <w:b/>
        </w:rPr>
        <w:t xml:space="preserve">[09:01] </w:t>
      </w:r>
      <w:r>
        <w:t>yani Ramadan ka, yani Shaban ka mahina jab khatam hota hai to Ramadan ke mahine ka chand dikhai deta hai.</w:t>
      </w:r>
    </w:p>
    <w:p>
      <w:pPr>
        <w:jc w:val="right"/>
      </w:pPr>
      <w:r>
        <w:t>یعنی رمضان کا، یعنی شعبان کا مہینہ جب ختم ہوتا ہے تو رمضان کے مہینے کا چاند دکھائی دیتا ہے۔</w:t>
      </w:r>
    </w:p>
    <w:p>
      <w:r>
        <w:rPr>
          <w:b/>
        </w:rPr>
        <w:t xml:space="preserve">[09:11] </w:t>
      </w:r>
      <w:r>
        <w:t>aur log is ko dekhte hain, is ko kehte hain new moon. new moon kya hai? woh chand ka taqreeban four percent hum ko dikhai deta hai. baqi jo hai woh chupa rehta hai, dark mein rehta hai.</w:t>
      </w:r>
    </w:p>
    <w:p>
      <w:pPr>
        <w:jc w:val="right"/>
      </w:pPr>
      <w:r>
        <w:t>اور لوگ اس کو دیکھتے ہیں، اس کو کہتے ہیں نیو مون۔ نیو مون کیا ہے؟ وہ چاند کا تقریباً فور پرسنٹ ہم کو دکھائی دیتا ہے۔ باقی جو ہے وہ چھپا رہتا ہے، ڈارک میں رہتا ہے۔</w:t>
      </w:r>
    </w:p>
    <w:p>
      <w:r>
        <w:rPr>
          <w:b/>
        </w:rPr>
        <w:t xml:space="preserve">[09:25] </w:t>
      </w:r>
      <w:r>
        <w:t>taqreeban four percent hi dikhai deta hai, woh is se zyada nahi. is din jis din ke woh new moon hota hai. to main ne socha ke yeh represent kar raha hai is cheez ko jo greater world mein hai, already.</w:t>
      </w:r>
    </w:p>
    <w:p>
      <w:pPr>
        <w:jc w:val="right"/>
      </w:pPr>
      <w:r>
        <w:t>تقریباً فور پرسنٹ ہی دکھائی دیتا ہے، وہ اس سے زیادہ نہیں۔ اس دن جس دن کہ وہ نیو مون ہوتا ہے۔ تو میں نے سوچا کہ یہ ریپریزنٹ کر رہا ہے اس چیز کو جو گریٹر ورلڈ میں ہے، الریڈی۔</w:t>
      </w:r>
    </w:p>
    <w:p>
      <w:r>
        <w:rPr>
          <w:b/>
        </w:rPr>
        <w:t xml:space="preserve">[09:40] </w:t>
      </w:r>
      <w:r>
        <w:t>yani hum dekh paate hain sirf four percent ko, baqi ko hum dekh nahi paate. yeh hamari helplessness hai. hamari helplessness ka experience hai Ramadan ka mahina, jo shuru hota hai new moon se.</w:t>
      </w:r>
    </w:p>
    <w:p>
      <w:pPr>
        <w:jc w:val="right"/>
      </w:pPr>
      <w:r>
        <w:t>یعنی ہم دیکھ پاتے ہیں صرف فور پرسنٹ کو، بقیہ کو ہم دیکھ نہیں پاتے۔ یہ ہماری ہیلپ لیسنس ہے۔ ہماری ہیلپ لیسنس کا ایکسپیرینس ہے رمضان کا مہینہ، جو شروع ہوتا ہے نیو مون سے۔</w:t>
      </w:r>
    </w:p>
    <w:p>
      <w:r>
        <w:rPr>
          <w:b/>
        </w:rPr>
        <w:t xml:space="preserve">[09:56] </w:t>
      </w:r>
      <w:r>
        <w:t>aik aisi ajeeb similarity hai. itni bari universe hai, itni bari universe hai, jis ko hum feel up nahi kar paate. kyunke jo bulk hai universe ka, jo woh hai dark, completely dark.</w:t>
      </w:r>
    </w:p>
    <w:p>
      <w:pPr>
        <w:jc w:val="right"/>
      </w:pPr>
      <w:r>
        <w:t>ایک ایسی عجیب سیمیلریٹی ہے۔ اتنی بڑی یونیورس ہے، اتنی بڑی یونیورس ہے، جس کو ہم فیل اپ نہیں کر پاتے۔ کیونکہ جو بلک ہے یونیورس کا، جو وہ ہے ڈارک، کمپلیٹلی ڈارک۔</w:t>
      </w:r>
    </w:p>
    <w:p>
      <w:r>
        <w:rPr>
          <w:b/>
        </w:rPr>
        <w:t xml:space="preserve">[10:15] </w:t>
      </w:r>
      <w:r>
        <w:t>aur itna is ke andar gravity itni zyada barhi hui hai is ki ke apne light ko bhi woh emit nahi hone deti. light ko bhi woh kheenchte hue hai.</w:t>
      </w:r>
    </w:p>
    <w:p>
      <w:pPr>
        <w:jc w:val="right"/>
      </w:pPr>
      <w:r>
        <w:t>اور اتنا اس کے اندر گریویٹی اتنی زیادہ بڑھی ہوئی ہے اس کی کہ اپنے لائٹ کو بھی وہ ایمٹ نہیں ہونے دیتی۔ لائٹ کو بھی وہ کھینچے ہوئے ہے۔</w:t>
      </w:r>
    </w:p>
    <w:p>
      <w:r>
        <w:rPr>
          <w:b/>
        </w:rPr>
        <w:t xml:space="preserve">[10:25] </w:t>
      </w:r>
      <w:r>
        <w:t>aap jante hain ke hum light hi ke through kisi cheez ko dete hain, dekhte hain. yani suraj ki light hum tak na pahunche to hum suraj nahi dikhai dega hum ko.</w:t>
      </w:r>
    </w:p>
    <w:p>
      <w:pPr>
        <w:jc w:val="right"/>
      </w:pPr>
      <w:r>
        <w:t>آپ جانتے ہیں کہ ہم لائٹ ہی کے تھرو کسی چیز کو دیتے ہیں، دیکھتے ہیں۔ یعنی سورج کی لائٹ ہم تک نہ پہنچے تو ہم سورج نہیں دکھائی دے گا ہم کو۔</w:t>
      </w:r>
    </w:p>
    <w:p>
      <w:r>
        <w:rPr>
          <w:b/>
        </w:rPr>
        <w:t xml:space="preserve">[10:36] </w:t>
      </w:r>
      <w:r>
        <w:t>hum aankh rakhenge lekin hum dekhenge nahi. kyunke hamari aankh aur object ke beech mein light chahiye.</w:t>
      </w:r>
    </w:p>
    <w:p>
      <w:pPr>
        <w:jc w:val="right"/>
      </w:pPr>
      <w:r>
        <w:t>ہم آنکھ رکھیں گے لیکن ہم دیکھیں گے نہیں۔ کیونکہ ہماری آنکھ اور ابجیکٹ کے بیچ میں لائٹ چاہیے۔</w:t>
      </w:r>
    </w:p>
    <w:p>
      <w:r>
        <w:rPr>
          <w:b/>
        </w:rPr>
        <w:t xml:space="preserve">[10:45] </w:t>
      </w:r>
      <w:r>
        <w:t>hamari aankh aur light object ke beech mein light chahiye. to yeh jo jo jis ko kehte hain black hole, jis ko kaha jata hai, ya dark world, jis ko kaha jata hai, to hamare aur us ke beech mein light hai nahi.</w:t>
      </w:r>
    </w:p>
    <w:p>
      <w:pPr>
        <w:jc w:val="right"/>
      </w:pPr>
      <w:r>
        <w:t>ہماری آنکھ اور لائٹ ابجیکٹ کے بیچ میں لائٹ چاہیے۔ تو یہ جو جو جس کو کہتے ہیں بلیک ہول، جس کو کہا جاتا ہے، یا ڈارک ورلڈ، جس کو کہا جاتا ہے، تو ہمارے اور اس کے بیچ میں لائٹ ہے نہیں۔</w:t>
      </w:r>
    </w:p>
    <w:p>
      <w:r>
        <w:rPr>
          <w:b/>
        </w:rPr>
        <w:t xml:space="preserve">[10:59] </w:t>
      </w:r>
      <w:r>
        <w:t>is liye hum is ko dekh nahi paate, na aankh se, na telescope se, kisi tareeqe se nahi. to 95 percent jo hai universe ka, woh hum is ko dekh nahi sakte.</w:t>
      </w:r>
    </w:p>
    <w:p>
      <w:pPr>
        <w:jc w:val="right"/>
      </w:pPr>
      <w:r>
        <w:t>اس لیے ہم اس کو دیکھ نہیں پاتے، نہ آنکھ سے، نہ ٹیلیسکوپ سے، کسی طریقے سے نہیں۔ تو 95 پرسنٹ جو ہے یونیورس کا، وہ ہم اس کو دیکھ نہیں سکتے۔</w:t>
      </w:r>
    </w:p>
    <w:p>
      <w:r>
        <w:rPr>
          <w:b/>
        </w:rPr>
        <w:t xml:space="preserve">[11:18] </w:t>
      </w:r>
      <w:r>
        <w:t>yeh hai edges ka tajurba, helplessness ka tajurba. aur sab se bari jo realization hai, woh yahi hai.</w:t>
      </w:r>
    </w:p>
    <w:p>
      <w:pPr>
        <w:jc w:val="right"/>
      </w:pPr>
      <w:r>
        <w:t>یہ ہے ایجز کا تجربہ، ہیلپ لیسنس کا تجربہ۔ اور سب سے بڑی جو ریلائزیشن ہے، وہ یہی ہے۔</w:t>
      </w:r>
    </w:p>
    <w:p>
      <w:r>
        <w:rPr>
          <w:b/>
        </w:rPr>
        <w:t xml:space="preserve">[11:30] </w:t>
      </w:r>
      <w:r>
        <w:t>sab se bari realization yahi hai. ab main yahan par yeh add karna chahunga ke isi se hamari samajh mein aata hai ke spirituality kya hai.</w:t>
      </w:r>
    </w:p>
    <w:p>
      <w:pPr>
        <w:jc w:val="right"/>
      </w:pPr>
      <w:r>
        <w:t>سب سے بڑی ریلائزیشن یہی ہے۔ اب میں یہاں پر یہ ایڈ کرنا چاہوں گا کہ اسی سے ہماری سمجھ میں آتا ہے کہ سپریچولیٹی کیا ہے۔</w:t>
      </w:r>
    </w:p>
    <w:p>
      <w:r>
        <w:rPr>
          <w:b/>
        </w:rPr>
        <w:t xml:space="preserve">[11:40] </w:t>
      </w:r>
      <w:r>
        <w:t>what is spirituality? history mein hazaron saal tak insan yeh samajhta raha ke spirituality ka jo reservoir hai, woh hamare andar hai, hamare dil mein.</w:t>
      </w:r>
    </w:p>
    <w:p>
      <w:pPr>
        <w:jc w:val="right"/>
      </w:pPr>
      <w:r>
        <w:t>واٹ از سپریچولیٹی؟ ہسٹری میں ہزاروں سال تک انسان یہ سمجھتا رہا کہ سپریچولیٹی کا جو ریزروائر ہے، وہ ہمارے اندر ہے، ہمارے دل میں۔</w:t>
      </w:r>
    </w:p>
    <w:p>
      <w:r>
        <w:rPr>
          <w:b/>
        </w:rPr>
        <w:t xml:space="preserve">[11:54] </w:t>
      </w:r>
      <w:r>
        <w:t>hamare dil mein woh cheezein rakhi hui hain baatoor reservoir ke, jin ko hum andar jhaank kar dekhein, us se hamein spirituality mile gi.</w:t>
      </w:r>
    </w:p>
    <w:p>
      <w:pPr>
        <w:jc w:val="right"/>
      </w:pPr>
      <w:r>
        <w:t>ہمارے دل میں وہ چیزیں رکھی ہوئی ہیں بطور ریزروائر کے، جن کو ہم اندر جھانک کر دیکھیں، اس سے ہمیں سپریچولیٹی ملے گی۔</w:t>
      </w:r>
    </w:p>
    <w:p>
      <w:r>
        <w:rPr>
          <w:b/>
        </w:rPr>
        <w:t xml:space="preserve">[12:07] </w:t>
      </w:r>
      <w:r>
        <w:t>main samajhta hoon ke yeh false concept hai spirituality ka. spirituality poore world mein phaili hui hai, poore world mein.</w:t>
      </w:r>
    </w:p>
    <w:p>
      <w:pPr>
        <w:jc w:val="right"/>
      </w:pPr>
      <w:r>
        <w:t>میں سمجھتا ہوں کہ یہ فالس کانسیپٹ ہے سپریچولیٹی کا۔ سپریچولیٹی پورے ورلڈ میں پھیلی ہوئی ہے، پورے ورلڈ میں۔</w:t>
      </w:r>
    </w:p>
    <w:p>
      <w:r>
        <w:rPr>
          <w:b/>
        </w:rPr>
        <w:t xml:space="preserve">[12:18] </w:t>
      </w:r>
      <w:r>
        <w:t>yani yeh janna ke universe jo hai, telescope ke zariye, is sirf four percent hum is ko dekh paate hain. yahi se spirituality ka ka beginning hoti hai.</w:t>
      </w:r>
    </w:p>
    <w:p>
      <w:pPr>
        <w:jc w:val="right"/>
      </w:pPr>
      <w:r>
        <w:t>یعنی یہ جاننا کہ یونیورس جو ہے، ٹیلیسکوپ کے ذریعے، اس صرف فور پرسنٹ ہم اس کو دیکھ پاتے ہیں۔ یہی سے سپریچولیٹی کا کی کی بگننگ ہوتی ہے۔</w:t>
      </w:r>
    </w:p>
    <w:p>
      <w:r>
        <w:rPr>
          <w:b/>
        </w:rPr>
        <w:t xml:space="preserve">[12:31] </w:t>
      </w:r>
      <w:r>
        <w:t>jab hum yeh jaan paate hain ke apni helplessness ko jab hum jaan paate hain, apne limitations ko jaan paate hain, that is starting point of spirituality.</w:t>
      </w:r>
    </w:p>
    <w:p>
      <w:pPr>
        <w:jc w:val="right"/>
      </w:pPr>
      <w:r>
        <w:t>جب ہم یہ جان پاتے ہیں کہ اپنی ہیلپ لیسنس کو جب ہم جان پاتے ہیں، اپنے لیمیٹیشنز کو جان پاتے ہیں، دیٹ از سٹارٹنگ پوائنٹ آف سپریچولیٹی۔</w:t>
      </w:r>
    </w:p>
    <w:p>
      <w:r>
        <w:rPr>
          <w:b/>
        </w:rPr>
        <w:t xml:space="preserve">[12:46] </w:t>
      </w:r>
      <w:r>
        <w:t>kyunke isi se aap ke andar modesty aati hai, isi se aap ka arrogance khatam hota hai. isi se sare jo darwaze hain khulte hain realization ke.</w:t>
      </w:r>
    </w:p>
    <w:p>
      <w:pPr>
        <w:jc w:val="right"/>
      </w:pPr>
      <w:r>
        <w:t>کیونکہ اسی سے آپ کے اندر ماڈیسٹی آتی ہے، اسی سے آپ کا ارگنز ختم ہوتا ہے۔ اسی سے سارے جو دروازے ہیں کھلتے ہیں ریلائزیشن کے۔</w:t>
      </w:r>
    </w:p>
    <w:p>
      <w:r>
        <w:rPr>
          <w:b/>
        </w:rPr>
        <w:t xml:space="preserve">[12:59] </w:t>
      </w:r>
      <w:r>
        <w:t>yahi se, isi isi discovery se ke hum apne aap ko jab discover karte hain, tabhi hum jaan paate hain ke kya hum hain.</w:t>
      </w:r>
    </w:p>
    <w:p>
      <w:pPr>
        <w:jc w:val="right"/>
      </w:pPr>
      <w:r>
        <w:t>یہی سے، اسی اسی ڈسکوری سے کہ ہم اپنے آپ کو جب ڈسکور کرتے ہیں، تبھی ہم جان پاتے ہیں کہ کیا ہم ہیں۔</w:t>
      </w:r>
    </w:p>
    <w:p>
      <w:r>
        <w:rPr>
          <w:b/>
        </w:rPr>
        <w:t xml:space="preserve">[13:09] </w:t>
      </w:r>
      <w:r>
        <w:t>isi ka naam hai marifat, isi ka naam hai realization. to main yahan par aik baat mujhe yaad aati hai, is ko main jo bohat hi relevant hai, is ko main yahan par kehna chahta hoon.</w:t>
      </w:r>
    </w:p>
    <w:p>
      <w:pPr>
        <w:jc w:val="right"/>
      </w:pPr>
      <w:r>
        <w:t>اسی کا نام ہے معرفت، اسی کا نام ہے ریلائزیشن۔ تو میں یہاں پر ایک بات مجھے یاد آتی ہے، اس کو میں جو بہت ہی ریلیونٹ ہے، اس کو میں یہاں پر کہنا چاہتا ہوں۔</w:t>
      </w:r>
    </w:p>
    <w:p>
      <w:r>
        <w:rPr>
          <w:b/>
        </w:rPr>
        <w:t xml:space="preserve">[13:26] </w:t>
      </w:r>
      <w:r>
        <w:t>woh yeh hai ke aik qissa main ne parha tha, woh aik parcha aap jante hain ke nikalta hai America se, bohat hi zyada is ka circulation hai, readers digest.</w:t>
      </w:r>
    </w:p>
    <w:p>
      <w:pPr>
        <w:jc w:val="right"/>
      </w:pPr>
      <w:r>
        <w:t>وہ یہ ہے کہ ایک قصہ میں نے پڑھا تھا، وہ ایک پرچہ آپ جانتے ہیں کہ نکلتا ہے امریکہ سے، بہت ہی زیادہ اس کا سرکولیشن ہے، ریڈرز ڈائجسٹ۔</w:t>
      </w:r>
    </w:p>
    <w:p>
      <w:r>
        <w:rPr>
          <w:b/>
        </w:rPr>
        <w:t xml:space="preserve">[13:41] </w:t>
      </w:r>
      <w:r>
        <w:t>is mein main ne aik qissa parha tha, woh qissa yeh tha ke aap jante hain ke seventies mein, seventies mein Arab mein petro dollar ka ka sailab aaya.</w:t>
      </w:r>
    </w:p>
    <w:p>
      <w:pPr>
        <w:jc w:val="right"/>
      </w:pPr>
      <w:r>
        <w:t>اس میں میں نے ایک قصہ پڑھا تھا، وہ قصہ یہ تھا کہ آپ جانتے ہیں کہ سیونٹیز میں، سیونٹیز میں عرب میں پیٹرو ڈالر کا کا سیلاب آیا۔</w:t>
      </w:r>
    </w:p>
    <w:p>
      <w:r>
        <w:rPr>
          <w:b/>
        </w:rPr>
        <w:t xml:space="preserve">[13:57] </w:t>
      </w:r>
      <w:r>
        <w:t>bohat zyada paisa aa gaya logon ke paas. petro dollar se pehle Arab log pauper samjhe jaate the, pauper.</w:t>
      </w:r>
    </w:p>
    <w:p>
      <w:pPr>
        <w:jc w:val="right"/>
      </w:pPr>
      <w:r>
        <w:t>بہت زیادہ پیسہ آ گیا لوگوں کے پاس۔ پیٹرو ڈالر سے پہلے عرب لوگ پاپر سمجھاتے تھے، پاپر۔</w:t>
      </w:r>
    </w:p>
    <w:p>
      <w:r>
        <w:rPr>
          <w:b/>
        </w:rPr>
        <w:t xml:space="preserve">[14:07] </w:t>
      </w:r>
      <w:r>
        <w:t>lekin petro dollar ne unhein over rich bana diya, achaanak dolat. to is mein tha ke ek arab sheikh, jis ko achaanak dolat mil gayi, to us se pehle woh mamooli tent mein rehta tha,</w:t>
      </w:r>
    </w:p>
    <w:p>
      <w:pPr>
        <w:jc w:val="right"/>
      </w:pPr>
      <w:r>
        <w:t>لیکن پیٹرو ڈالر نے انہیں اوور رچ بنا دیا، اچانک دولت۔ تو اس میں تھا کہ ایک عرب شیخ، جس کو اچانک دولت مل گئی، تو اس سے پہلے وہ معمولی ٹینٹ میں رہتا تھا،</w:t>
      </w:r>
    </w:p>
    <w:p>
      <w:r>
        <w:rPr>
          <w:b/>
        </w:rPr>
        <w:t xml:space="preserve">[14:23] </w:t>
      </w:r>
      <w:r>
        <w:t>ek do oont, wohi us ka sab asset tha, aur kuch bhi nahi tha us ke paas. to phir achaanak dolat mil gayi.</w:t>
      </w:r>
    </w:p>
    <w:p>
      <w:pPr>
        <w:jc w:val="right"/>
      </w:pPr>
      <w:r>
        <w:t>ایک دو اونٹ، وہی اس کا سب ایسٹ تھا، اور کچھ بھی نہیں تھا اس کے پاس۔ تو پھر اچانک دولت مل گئی۔</w:t>
      </w:r>
    </w:p>
    <w:p>
      <w:r>
        <w:rPr>
          <w:b/>
        </w:rPr>
        <w:t xml:space="preserve">[14:35] </w:t>
      </w:r>
      <w:r>
        <w:t>wahan par aisa hua arab mein ke jab yeh petro, yeh petrol jab discover hua, to petrol jo tha, woh jagah jagah tha, scattered way mein.</w:t>
      </w:r>
    </w:p>
    <w:p>
      <w:pPr>
        <w:jc w:val="right"/>
      </w:pPr>
      <w:r>
        <w:t>وہاں پر ایسا ہوا عرب میں کہ جب یہ پیٹرو، یہ پیٹرول جب ڈسکور ہوا، تو پیٹرول جو تھا، وہ جگہ جگہ تھا، اسکیٹرڈ وے میں۔</w:t>
      </w:r>
    </w:p>
    <w:p>
      <w:r>
        <w:rPr>
          <w:b/>
        </w:rPr>
        <w:t xml:space="preserve">[14:45] </w:t>
      </w:r>
      <w:r>
        <w:t>to kai aisi zameenein jahan ke koi arab ne apna bana rakha tha, apna koi tent laga rakha tha, ya woh oont paale hue tha, pata chala ke us ke neeche to petrol hai.</w:t>
      </w:r>
    </w:p>
    <w:p>
      <w:pPr>
        <w:jc w:val="right"/>
      </w:pPr>
      <w:r>
        <w:t>تو کئی ایسی زمینیں جہاں کہ کوئی عرب نے اپنا بنا رکھا تھا، اپنا کوئی ٹینٹ لگا رکھا تھا، یا وہ اونٹ پالے ہوئے تھا، پتہ چلا کہ اس کے نیچے تو پیٹرول ہے۔</w:t>
      </w:r>
    </w:p>
    <w:p>
      <w:r>
        <w:rPr>
          <w:b/>
        </w:rPr>
        <w:t xml:space="preserve">[14:59] </w:t>
      </w:r>
      <w:r>
        <w:t>to government se us ko bohat zyada paisa mila, woh jis ko samjha tha ke desert, ab tak woh samajhta tha ke yeh desert hai, us ke neeche nikal aaya petrol.</w:t>
      </w:r>
    </w:p>
    <w:p>
      <w:pPr>
        <w:jc w:val="right"/>
      </w:pPr>
      <w:r>
        <w:t>تو گورنمنٹ سے اس کو بہت زیادہ پیسہ ملا، وہ جس کو سمجھا تھا کہ ڈیزرٹ، اب تک وہ سمجھتا تھا کہ یہ ڈیزرٹ ہے، اس کے نیچے نکل آیا پیٹرول۔</w:t>
      </w:r>
    </w:p>
    <w:p>
      <w:r>
        <w:rPr>
          <w:b/>
        </w:rPr>
        <w:t xml:space="preserve">[15:10] </w:t>
      </w:r>
      <w:r>
        <w:t>is tarah se log achaanak bohat zyada rich ho gaye. to ek arab sheikh, jis ke paas bohat paisa aa gaya tha, to us ke ek dost ne us ke liye switzerland mein ek bohat shandar ghar khareeda.</w:t>
      </w:r>
    </w:p>
    <w:p>
      <w:pPr>
        <w:jc w:val="right"/>
      </w:pPr>
      <w:r>
        <w:t>اس طرح سے لوگ اچانک بہت زیادہ رچ ہو گئے۔ تو ایک عرب شیخ، جس کے پاس بہت پیسہ آ گیا تھا، تو اس کے ایک دوست نے اس کے لیے سویٹزرلینڈ میں ایک بہت شاندار گھر خریدا۔</w:t>
      </w:r>
    </w:p>
    <w:p>
      <w:r>
        <w:rPr>
          <w:b/>
        </w:rPr>
        <w:t xml:space="preserve">[15:27] </w:t>
      </w:r>
      <w:r>
        <w:t>switzerland mein, switzerland aap jante hain ke bohat hi beautiful country hai. main do baar gaya hoon switzerland, aur waqai bohat hi beautiful hai woh.</w:t>
      </w:r>
    </w:p>
    <w:p>
      <w:pPr>
        <w:jc w:val="right"/>
      </w:pPr>
      <w:r>
        <w:t>سویٹزرلینڈ میں، سویٹزرلینڈ آپ جانتے ہیں کہ بہت ہی بیوٹی فل کنٹری ہے۔ میں دو بار گیا ہوں سویٹزرلینڈ، اور واقعتا بہت ہی بیوٹی فل ہے وہ۔</w:t>
      </w:r>
    </w:p>
    <w:p>
      <w:r>
        <w:rPr>
          <w:b/>
        </w:rPr>
        <w:t xml:space="preserve">[15:40] </w:t>
      </w:r>
      <w:r>
        <w:t>to wahan us ke liye ek bohat acha, khoobsurat sa ghar khareeda switzerland mein, ghaliban geneva mein.</w:t>
      </w:r>
    </w:p>
    <w:p>
      <w:pPr>
        <w:jc w:val="right"/>
      </w:pPr>
      <w:r>
        <w:t>تو وہاں اس کے لیے ایک بہت اچھا، خوبصورت سا گھر خریدا سویٹزرلینڈ میں، غالباً جینیوا میں۔</w:t>
      </w:r>
    </w:p>
    <w:p>
      <w:r>
        <w:rPr>
          <w:b/>
        </w:rPr>
        <w:t xml:space="preserve">[15:51] </w:t>
      </w:r>
      <w:r>
        <w:t>to us ko yahan se hawai jahaz se le jaya gaya, us arab sheikh ko. jab us ghar mein dakhil hua, kaha jata tha woh ek mamooli se tent mein,</w:t>
      </w:r>
    </w:p>
    <w:p>
      <w:pPr>
        <w:jc w:val="right"/>
      </w:pPr>
      <w:r>
        <w:t>تو اس کو یہاں سے ہوائی جہاز سے لے جایا گیا، اس عرب شیخ کو۔ جب اس گھر میں داخل ہوا، کہا جاتا تھا وہ ایک معمولی سے ٹینٹ میں،</w:t>
      </w:r>
    </w:p>
    <w:p>
      <w:r>
        <w:rPr>
          <w:b/>
        </w:rPr>
        <w:t xml:space="preserve">[16:04] </w:t>
      </w:r>
      <w:r>
        <w:t>aur ab yeh bohat zyada, bohat zabardast qism ka aalishan ghar. to uska haal yeh hua, is mein likha tha ke us ko, us ko yeh woh believe nahi kar pata tha, woh ke mera ghar hai yeh.</w:t>
      </w:r>
    </w:p>
    <w:p>
      <w:pPr>
        <w:jc w:val="right"/>
      </w:pPr>
      <w:r>
        <w:t>اور اب یہ بہت زیادہ، بہت زبردست قسم کا عالی شان گھر۔ تو اس کا حال یہ ہوا، اس میں لکھا تھا کہ اس کو، اس کو یہ وہ بیلیو نہیں کر پاتا تھا، وہ کہ میرا گھر ہے یہ۔</w:t>
      </w:r>
    </w:p>
    <w:p>
      <w:r>
        <w:rPr>
          <w:b/>
        </w:rPr>
        <w:t xml:space="preserve">[16:20] </w:t>
      </w:r>
      <w:r>
        <w:t>to haath se deewaron ko chhoota tha, aur woh furniture ko chhoota tha ke kya waqai yeh furniture hai, kya yeh deewar hai. woh samajhta tha ke main dream dekh raha hoon, dream.</w:t>
      </w:r>
    </w:p>
    <w:p>
      <w:pPr>
        <w:jc w:val="right"/>
      </w:pPr>
      <w:r>
        <w:t>تو ہاتھ سے دیواروں کو چھوتا تھا، اور وہ فرنیچر کو چھوتا تھا کہ کیا واقعی یہ فرنیچر ہے، کیا یہ دیوار ہے۔ وہ سمجھتا تھا کہ میں ڈریم دیکھ رہا ہوں، ڈریم۔</w:t>
      </w:r>
    </w:p>
    <w:p>
      <w:r>
        <w:rPr>
          <w:b/>
        </w:rPr>
        <w:t xml:space="preserve">[16:32] </w:t>
      </w:r>
      <w:r>
        <w:t>woh samajhta tha ke main dream dekh raha hoon, koi sach much aisa koi ghar hai jis mein main hoon, jo mera ghar hai. to chho chho kar dekhta tha ke waqai yeh koi ghar hai, ya mehaz dream mein yeh sab mein dekh raha hoon.</w:t>
      </w:r>
    </w:p>
    <w:p>
      <w:pPr>
        <w:jc w:val="right"/>
      </w:pPr>
      <w:r>
        <w:t>وہ سمجھتا تھا کہ میں ڈریم دیکھ رہا ہوں، کوئی سچ مچ ایسا کوئی گھر ہے جس میں میں ہوں، جو میرا گھر ہے۔ تو چھو چھو کر دیکھتا تھا کہ واقعی یہ کوئی گھر ہے، یا محض ڈریم میں یہ سب میں دیکھ رہا ہوں۔</w:t>
      </w:r>
    </w:p>
    <w:p>
      <w:r>
        <w:rPr>
          <w:b/>
        </w:rPr>
        <w:t xml:space="preserve">[16:46] </w:t>
      </w:r>
      <w:r>
        <w:t>jab us ko discovery hui ke sach much yeh ghar hai, woh mera hi ghar hai, to woh sajde mein gir pada. achaanak woh jaise jaise gir pada, thahar pada,</w:t>
      </w:r>
    </w:p>
    <w:p>
      <w:pPr>
        <w:jc w:val="right"/>
      </w:pPr>
      <w:r>
        <w:t>جب اس کو ڈسکوری ہوئی کہ سچ مچ یہ گھر ہے، وہ میرا ہی گھر ہے، تو وہ سجدے میں گر پڑا۔ اچانک وہ جیسے جیسے گر پڑا، ٹھہر پڑا،</w:t>
      </w:r>
    </w:p>
    <w:p>
      <w:r>
        <w:rPr>
          <w:b/>
        </w:rPr>
        <w:t xml:space="preserve">[17:00] </w:t>
      </w:r>
      <w:r>
        <w:t>aur der tak sajde mein woh rota raha ke yeh mera ghar hai yeh.</w:t>
      </w:r>
    </w:p>
    <w:p>
      <w:pPr>
        <w:jc w:val="right"/>
      </w:pPr>
      <w:r>
        <w:t>اور دیر تک سجدے میں وہ روتا رہا کہ یہ میرا گھر ہے یہ۔</w:t>
      </w:r>
    </w:p>
    <w:p>
      <w:r>
        <w:rPr>
          <w:b/>
        </w:rPr>
        <w:t xml:space="preserve">[17:08] </w:t>
      </w:r>
      <w:r>
        <w:t>mujhe yeh yeh qissa jo hai, is ko parh kar yeh aadat, yeh khayal aata hai mere dil mein ke yeh haal har har har ek ka hona chahiye, jo haal arab sheikh ka hua, woh hum mein se har ek ka hona chahiye.</w:t>
      </w:r>
    </w:p>
    <w:p>
      <w:pPr>
        <w:jc w:val="right"/>
      </w:pPr>
      <w:r>
        <w:t>مجھے یہ یہ قصہ جو ہے، اس کو پڑھ کر یہ عادت، یہ خیال آتا ہے میرے دل میں کہ یہ حال ہر ہر ہر ایک کا ہونا چاہیے، جو حال عرب شیخ کا ہوا، وہ ہم میں سے ہر ایک کا ہونا چاہیے۔</w:t>
      </w:r>
    </w:p>
    <w:p>
      <w:r>
        <w:rPr>
          <w:b/>
        </w:rPr>
        <w:t xml:space="preserve">[17:23] </w:t>
      </w:r>
      <w:r>
        <w:t>hum sab ko is se billion trillion time zyada bari cheezein mili hui hain. aap sochiye zara ke main kaise paida ho gaya, ek insaan jo chalta hai, jo bolta hai, jo sochta hai,</w:t>
      </w:r>
    </w:p>
    <w:p>
      <w:pPr>
        <w:jc w:val="right"/>
      </w:pPr>
      <w:r>
        <w:t>ہم سب کو اس سے بلین ٹریلین ٹائم زیادہ بڑی چیزیں ملی ہوئی ہیں۔ آپ سوچیے ذرا کہ میں کیسے پیدا ہو گیا، ایک انسان جو چلتا ہے، جو بولتا ہے، جو سوچتا ہے،</w:t>
      </w:r>
    </w:p>
    <w:p>
      <w:r>
        <w:rPr>
          <w:b/>
        </w:rPr>
        <w:t xml:space="preserve">[17:37] </w:t>
      </w:r>
      <w:r>
        <w:t>ek kaise aisa insaan ban gaya, jo sari universe mein aisa insaan maujood nahi.</w:t>
      </w:r>
    </w:p>
    <w:p>
      <w:pPr>
        <w:jc w:val="right"/>
      </w:pPr>
      <w:r>
        <w:t>ایک کیسے ایسا انسان بن گیا، جو ساری یونیورس میں ایسا انسان موجود نہیں۔</w:t>
      </w:r>
    </w:p>
    <w:p>
      <w:r>
        <w:rPr>
          <w:b/>
        </w:rPr>
        <w:t xml:space="preserve">[17:46] </w:t>
      </w:r>
      <w:r>
        <w:t>koi life nahi, life sirf is zameen par hai. to yeh aap sochiye zara ke main kaise ban gaya aisa ek insaan jo chalta hai, jo bolta hai, jo sochta hai, jo plan banata hai.</w:t>
      </w:r>
    </w:p>
    <w:p>
      <w:pPr>
        <w:jc w:val="right"/>
      </w:pPr>
      <w:r>
        <w:t>کوئی لائف نہیں، لائف صرف اس زمین پر ہے۔ تو یہ آپ سوچیے ذرا کہ میں کیسے بن گیا ایسا ایک انسان جو چلتا ہے، جو بولتا ہے، جو سوچتا ہے، جو پلان بناتا ہے۔</w:t>
      </w:r>
    </w:p>
    <w:p>
      <w:r>
        <w:rPr>
          <w:b/>
        </w:rPr>
        <w:t xml:space="preserve">[18:01] </w:t>
      </w:r>
      <w:r>
        <w:t>to yeh yeh to is se trillion time zyada ajeeb anokhi cheez hai.</w:t>
      </w:r>
    </w:p>
    <w:p>
      <w:pPr>
        <w:jc w:val="right"/>
      </w:pPr>
      <w:r>
        <w:t>تو یہ یہ تو اس سے ٹریلین ٹائم زیادہ عجیب انوکھی چیز ہے۔</w:t>
      </w:r>
    </w:p>
    <w:p>
      <w:r>
        <w:rPr>
          <w:b/>
        </w:rPr>
        <w:t xml:space="preserve">[18:08] </w:t>
      </w:r>
      <w:r>
        <w:t>phir jab phir jab aap sochein ke is duniya mein main achaanak aa gaya, main ne khud apne aap ko create nahi kiya tha, main ne socha bhi nahi tha ke main ek insaan ke roop mein zahir ho jaon.</w:t>
      </w:r>
    </w:p>
    <w:p>
      <w:pPr>
        <w:jc w:val="right"/>
      </w:pPr>
      <w:r>
        <w:t>پھر جب پھر جب آپ سوچیں کہ اس دنیا میں میں اچانک آ گیا، میں نے خود اپنے آپ کو کریٹ نہیں کیا تھا، میں نے سوچا بھی نہیں تھا کہ میں ایک انسان کے روپ میں ظاہر ہو جاؤں۔</w:t>
      </w:r>
    </w:p>
    <w:p>
      <w:r>
        <w:rPr>
          <w:b/>
        </w:rPr>
        <w:t xml:space="preserve">[18:23] </w:t>
      </w:r>
      <w:r>
        <w:t>yeh to kisi creator ne mujhe achaanak is duniya mein bana kar bhej diya, aur phir is duniya itni zyada mere liye, yani bilkul jaise ke mere liye banai gayi hai.</w:t>
      </w:r>
    </w:p>
    <w:p>
      <w:pPr>
        <w:jc w:val="right"/>
      </w:pPr>
      <w:r>
        <w:t>یہ تو کسی کریٹر نے مجھے اچانک اس دنیا میں بنا کر بھیج دیا، اور پھر اس دنیا اتنی زیادہ میرے لیے، یعنی بالکل جیسے کہ میرے لیے بنائی گئی ہے۔</w:t>
      </w:r>
    </w:p>
    <w:p>
      <w:r>
        <w:rPr>
          <w:b/>
        </w:rPr>
        <w:t xml:space="preserve">[18:35] </w:t>
      </w:r>
      <w:r>
        <w:t>mujhe aankh thi to yahan roshni hai, mujhe oxygen chahiye thi to is ki supply ka yahan intezam hai, mujhe pani chahiye tha to yahan pani ka ocean maujood hai, mujhe chalne ke liye gravity chahiye to zameen mein gravity maujood hai,</w:t>
      </w:r>
    </w:p>
    <w:p>
      <w:pPr>
        <w:jc w:val="right"/>
      </w:pPr>
      <w:r>
        <w:t>مجھے آنکھ تھی تو یہاں روشنی ہے، مجھے اکسیجن چاہیے تھی تو اس کی سپلائی کا یہاں انتظام ہے، مجھے پانی چاہیے تھا تو یہاں پانی کا اوشن موجود ہے، مجھے چلنے کے لیے گریویٹی چاہیے تو زمین میں گریویٹی موجود ہے،</w:t>
      </w:r>
    </w:p>
    <w:p>
      <w:r>
        <w:rPr>
          <w:b/>
        </w:rPr>
        <w:t xml:space="preserve">[18:52] </w:t>
      </w:r>
      <w:r>
        <w:t>mujhe khana chahiye tha to to mitti se khana nikla chala raha hai. main ek baar khada hua ek khet ke kinare, aur woh khet tha gehoon ka, aur jaw ka jo cheezein hum khate hain is ka.</w:t>
      </w:r>
    </w:p>
    <w:p>
      <w:pPr>
        <w:jc w:val="right"/>
      </w:pPr>
      <w:r>
        <w:t>مجھے کھانا چاہیے تھا تو تو مٹی سے کھانا نکلا چلا رہا ہے۔ میں ایک بار کھڑا ہوا ایک کھیت کے کنارے، اور وہ کھیت تھا گیہوں کا، اور جو کا جو چیزیں ہم کھاتے ہیں اس کا۔</w:t>
      </w:r>
    </w:p>
    <w:p>
      <w:r>
        <w:rPr>
          <w:b/>
        </w:rPr>
        <w:t xml:space="preserve">[19:08] </w:t>
      </w:r>
      <w:r>
        <w:t>to jaise lage jaise lage brickle hai, brickle neeche mitti hai, upar khana nikla chala raha hai. to ek ek cheez brickle hai.</w:t>
      </w:r>
    </w:p>
    <w:p>
      <w:pPr>
        <w:jc w:val="right"/>
      </w:pPr>
      <w:r>
        <w:t>تو جیسے لگے جیسے لگے بریکل ہے، بریکل نیچے مٹی ہے، اوپر کھانا نکلا چلا رہا ہے۔ تو ایک ایک چیز بریکل ہے۔</w:t>
      </w:r>
    </w:p>
    <w:p>
      <w:r>
        <w:rPr>
          <w:b/>
        </w:rPr>
        <w:t xml:space="preserve">[19:21] </w:t>
      </w:r>
      <w:r>
        <w:t>agar aap sochein is arab sheikh se trillion trillion trillion time zyada, aap ko woh aisa experience hoga jo us ko wahan hua.</w:t>
      </w:r>
    </w:p>
    <w:p>
      <w:pPr>
        <w:jc w:val="right"/>
      </w:pPr>
      <w:r>
        <w:t>اگر آپ سوچیں اس عرب شیخ سے ٹریلین ٹریلین ٹریلین ٹائم زیادہ، آپ کو وہ ایسا ایکسپیرینس ہوگا جو اس کو وہاں ہوا۔</w:t>
      </w:r>
    </w:p>
    <w:p>
      <w:r>
        <w:rPr>
          <w:b/>
        </w:rPr>
        <w:t xml:space="preserve">[19:33] </w:t>
      </w:r>
      <w:r>
        <w:t>yeh hai speed ramzan ki ke chand ko dekh kar aap yeh discover karein ke 96 percent universe ka hum is se hum be khabar hain.</w:t>
      </w:r>
    </w:p>
    <w:p>
      <w:pPr>
        <w:jc w:val="right"/>
      </w:pPr>
      <w:r>
        <w:t>یہ ہے اسپیڈ رمضان کی کہ چاند کو دیکھ کر آپ یہ ڈسکور کریں کہ 96 پرسنٹ یونیورس کا ہم اس سے ہم بے خبر ہیں۔</w:t>
      </w:r>
    </w:p>
    <w:p>
      <w:r>
        <w:rPr>
          <w:b/>
        </w:rPr>
        <w:t xml:space="preserve">[19:46] </w:t>
      </w:r>
      <w:r>
        <w:t>aur jab aap yeh yeh aaye ga aap ke andar ehsas to isi tarah gir padenge aap jis tarah se woh arab sheikh gir pada tha. phir aap discover karein ge khuda ne aap ko ramzan mein kaha ke khana mat khao,</w:t>
      </w:r>
    </w:p>
    <w:p>
      <w:pPr>
        <w:jc w:val="right"/>
      </w:pPr>
      <w:r>
        <w:t>اور جب آپ یہ یہ آئے گا آپ کے اندر احساس تو اسی طرح گر پڑیں گے آپ جس طرح سے وہ عرب شیخ گر پڑا تھا۔ پھر آپ ڈسکور کریں گے خدا نے آپ کو رمضان میں کہا کہ کھانا مت کھاؤ،</w:t>
      </w:r>
    </w:p>
    <w:p>
      <w:r>
        <w:rPr>
          <w:b/>
        </w:rPr>
        <w:t xml:space="preserve">[20:01] </w:t>
      </w:r>
      <w:r>
        <w:t>din mein na khao, raat ko kha lein. aap jante hain ke khana jo hai insan ki sab se zyada zaroori cheez hai, khane ke baghair nahi reh sakta aadmi.</w:t>
      </w:r>
    </w:p>
    <w:p>
      <w:pPr>
        <w:jc w:val="right"/>
      </w:pPr>
      <w:r>
        <w:t>دن میں نہ کھاؤ، رات کو کھا لینا۔ آپ جانتے ہیں کہ کھانا جو ہے انسان کی سب سے زیادہ ضروری چیز ہے، کھانے کے بغیر نہیں رہ سکتا آدمی۔</w:t>
      </w:r>
    </w:p>
    <w:p>
      <w:r>
        <w:rPr>
          <w:b/>
        </w:rPr>
        <w:t xml:space="preserve">[20:14] </w:t>
      </w:r>
      <w:r>
        <w:t>kapra kam ho to guzar ho jaye ga, ghar na ho tab bhi guzar ho jaye ga. koi doosri cheez hai jo hum hamari hoti hain, woh na ho to guzar ho jaye ga, lekin khayein ge khane ke baghair to guzar nahi ho sakta.</w:t>
      </w:r>
    </w:p>
    <w:p>
      <w:pPr>
        <w:jc w:val="right"/>
      </w:pPr>
      <w:r>
        <w:t>کپڑا کم ہو تو گزر ہو جائے گا، گھر نہ ہو تب بھی گزر ہو جائے گا۔ کوئی دوسری چیز ہے جو ہم ہماری ہوتی ہیں، وہ نہ ہو تو گزر ہو جائے گا، لیکن کھائے گے کھانے کے بغیر تو گزر نہیں ہو سکتا۔</w:t>
      </w:r>
    </w:p>
    <w:p>
      <w:r>
        <w:rPr>
          <w:b/>
        </w:rPr>
        <w:t xml:space="preserve">[20:30] </w:t>
      </w:r>
      <w:r>
        <w:t>wahan par khuda ne rok laga laga di, partial rok. jaise jab petro dollar, jab arab arab mein jab bohat zyada tel nikla,</w:t>
      </w:r>
    </w:p>
    <w:p>
      <w:pPr>
        <w:jc w:val="right"/>
      </w:pPr>
      <w:r>
        <w:t>وہاں پر خدا نے روک لگا لگا دی، پارشل روک۔ جیسے جب پیٹرو ڈالر، جب عرب عرب میں جب بہت زیادہ تیل نکلا،</w:t>
      </w:r>
    </w:p>
    <w:p>
      <w:r>
        <w:rPr>
          <w:b/>
        </w:rPr>
        <w:t xml:space="preserve">[20:44] </w:t>
      </w:r>
      <w:r>
        <w:t>aur sara europe america jo hai wahan se tel manga kar apni industrial world chalane laga, to king faisal jo thay unhone partial embargo kiya tha, partial bohat thora sa rok diya ke hum itna percent nahi bhejenge, itna percent bhejenge.</w:t>
      </w:r>
    </w:p>
    <w:p>
      <w:pPr>
        <w:jc w:val="right"/>
      </w:pPr>
      <w:r>
        <w:t>اور سارا یورپ امریکہ جو ہے وہاں سے تیل منگا کر اپنی انڈسٹریل ورلڈ چلانے لگا، تو کنگ فیصل جو تھے انہوں نے پارشل ایمبارگو کیا تھا، پارشل بہت تھوڑا سا روک دیا کہ ہم اتنا پرسنٹ نہیں بھیجیں گے، اتنا پرسنٹ بھیجیں گے۔</w:t>
      </w:r>
    </w:p>
    <w:p>
      <w:r>
        <w:rPr>
          <w:b/>
        </w:rPr>
        <w:t xml:space="preserve">[21:02] </w:t>
      </w:r>
      <w:r>
        <w:t>aur sahib wahan hangama khara ho gaya sare europe america mein, kyunke industrial world jo hai woh sara oil par base karta tha. misaal ke taur par wahan sardi zyada hoti hai to woh oil ka heater istemal karte hain,</w:t>
      </w:r>
    </w:p>
    <w:p>
      <w:pPr>
        <w:jc w:val="right"/>
      </w:pPr>
      <w:r>
        <w:t>اور صاحب وہاں ہنگامہ کھڑا ہو گیا سارے یورپ امریکہ میں، کیونکہ انڈسٹریل ورلڈ جو ہے وہ سارا آئل پر بیس کرتا تھا۔ مثال کے طور پر وہاں سردی زیادہ ہوتی ہے تو وہ آئل کا ہیٹر استعمال کرتے ہیں،</w:t>
      </w:r>
    </w:p>
    <w:p>
      <w:r>
        <w:rPr>
          <w:b/>
        </w:rPr>
        <w:t xml:space="preserve">[21:19] </w:t>
      </w:r>
      <w:r>
        <w:t>aur woh log sardi mein thitharne lage. yaani partial embargo par yeh halat unki hui. to yeh khuda hum ko par, yaani partial sense mein batata hai ke khana kya cheez hai, pani kya cheez hai.</w:t>
      </w:r>
    </w:p>
    <w:p>
      <w:pPr>
        <w:jc w:val="right"/>
      </w:pPr>
      <w:r>
        <w:t>اور وہ لوگ سردی میں ٹھٹھرنے لگے۔ یعنی پارشل ایمبارگو پر یہ حالت ان کی ہوئی۔ تو یہ خدا ہم کو پار، یعنی پارشل سینس میں بتاتا ہے کہ کھانا کیا چیز ہے، پانی کیا چیز ہے۔</w:t>
      </w:r>
    </w:p>
    <w:p>
      <w:r>
        <w:rPr>
          <w:b/>
        </w:rPr>
        <w:t xml:space="preserve">[21:39] </w:t>
      </w:r>
      <w:r>
        <w:t>is se is ka nateeja kya hoga? agar hum is ko jaan lein to kya hoga? ek bohat hi bara farq aaye ga hamari zindagi mein.</w:t>
      </w:r>
    </w:p>
    <w:p>
      <w:pPr>
        <w:jc w:val="right"/>
      </w:pPr>
      <w:r>
        <w:t>اس سے اس کا نتیجہ کیا ہوگا؟ اگر ہم اس کو جان لیں تو کیا ہوگا؟ ایک بہت ہی بڑا فرق آئے گا ہماری زندگی میں۔</w:t>
      </w:r>
    </w:p>
    <w:p>
      <w:r>
        <w:rPr>
          <w:b/>
        </w:rPr>
        <w:t xml:space="preserve">[21:50] </w:t>
      </w:r>
      <w:r>
        <w:t>is farq ko hadith mein is tarah kaha gaya hai ke hadith mein aata hai ke jab jab ramzan ka mahina aata hai to pehli raat ko, phir har raat ko koi pukarne wala pukarta hai.</w:t>
      </w:r>
    </w:p>
    <w:p>
      <w:pPr>
        <w:jc w:val="right"/>
      </w:pPr>
      <w:r>
        <w:t>اس فرق کو حدیث میں اس طرح کہا گیا ہے کہ حدیث میں آتا ہے کہ جب جب رمضان کا مہینہ آتا ہے تو پہلی رات کو، پھر ہر رات کو کوئی پکارنے والا پکارتا ہے۔</w:t>
      </w:r>
    </w:p>
    <w:p>
      <w:r>
        <w:rPr>
          <w:b/>
        </w:rPr>
        <w:t xml:space="preserve">[22:12] </w:t>
      </w:r>
      <w:r>
        <w:t>yeh hadith ibn majah mein aur tirmidhi mein aur musnad ahmad mein hai</w:t>
      </w:r>
    </w:p>
    <w:p>
      <w:pPr>
        <w:jc w:val="right"/>
      </w:pPr>
      <w:r>
        <w:t>یہ حدیث ابن ماجہ میں اور ترمذی میں اور مسند احمد میں ہے</w:t>
      </w:r>
    </w:p>
    <w:p>
      <w:r>
        <w:rPr>
          <w:b/>
        </w:rPr>
        <w:t xml:space="preserve">[22:19] </w:t>
      </w:r>
      <w:r>
        <w:t>ke pehli raat ko ek pukarne wala pukarta hai, aur phir yeh pukar har raat ko jari rehti hai. zahir hai ke pukarne wala farishta hota hai, angel.</w:t>
      </w:r>
    </w:p>
    <w:p>
      <w:pPr>
        <w:jc w:val="right"/>
      </w:pPr>
      <w:r>
        <w:t>کہ پہلی رات کو ایک پکارنے والا پکارتا ہے، اور پھر یہ پکار ہر رات کو جاری رہتی ہے۔ ظاہر ہے کہ پکارنے والا فرشتہ ہوتا ہے، اینجل۔</w:t>
      </w:r>
    </w:p>
    <w:p>
      <w:r>
        <w:rPr>
          <w:b/>
        </w:rPr>
        <w:t xml:space="preserve">[22:32] </w:t>
      </w:r>
      <w:r>
        <w:t>to woh kehta hai ke ya baghi al shar aqsar wa ya baghi al khair aqbal</w:t>
      </w:r>
    </w:p>
    <w:p>
      <w:pPr>
        <w:jc w:val="right"/>
      </w:pPr>
      <w:r>
        <w:t>تو وہ کہتا ہے کہ یا باغی الشر اقصر ویا باغی الخیر اقبل</w:t>
      </w:r>
    </w:p>
    <w:p>
      <w:r>
        <w:rPr>
          <w:b/>
        </w:rPr>
        <w:t xml:space="preserve">[22:42] </w:t>
      </w:r>
      <w:r>
        <w:t>ya baghi ya baghi al khair aqbal</w:t>
      </w:r>
    </w:p>
    <w:p>
      <w:pPr>
        <w:jc w:val="right"/>
      </w:pPr>
      <w:r>
        <w:t>یا باغ یا باغی الخیر اقبل</w:t>
      </w:r>
    </w:p>
    <w:p>
      <w:r>
        <w:rPr>
          <w:b/>
        </w:rPr>
        <w:t xml:space="preserve">[22:49] </w:t>
      </w:r>
      <w:r>
        <w:t>wa ya baghi al shar aqsar ke aye khair ko chahne wale aage barh, aur aye shar ko chahne wale ruk ja.</w:t>
      </w:r>
    </w:p>
    <w:p>
      <w:pPr>
        <w:jc w:val="right"/>
      </w:pPr>
      <w:r>
        <w:t>ویا باغی الشر اقصر کہ اے خیر کو چاہنے والے آگے بڑھ، اور اے شر کو چاہنے والے رک جا۔</w:t>
      </w:r>
    </w:p>
    <w:p>
      <w:r>
        <w:rPr>
          <w:b/>
        </w:rPr>
        <w:t xml:space="preserve">[23:02] </w:t>
      </w:r>
      <w:r>
        <w:t>aye shar ko chahne wale ruk ja, aye khair ko chahne wale aage barh. ka matlab kya hai? ab bhi nahi ruke to kab rukoge? ab bhi agar nahi barhe aage barhe to kab barhoge?</w:t>
      </w:r>
    </w:p>
    <w:p>
      <w:pPr>
        <w:jc w:val="right"/>
      </w:pPr>
      <w:r>
        <w:t>اے شر کو چاہنے والے رک جا، اے خیر کو چاہنے والے آگے بڑھ۔ کا مطلب کیا ہے؟ اب بھی نہیں رکے تو کب رکو گے؟ اب بھی اگر نہیں بڑھے آگے بڑھے تو کب بڑھو گے؟</w:t>
      </w:r>
    </w:p>
    <w:p>
      <w:r>
        <w:rPr>
          <w:b/>
        </w:rPr>
        <w:t xml:space="preserve">[23:16] </w:t>
      </w:r>
      <w:r>
        <w:t>aakhri waqt aa gaya hai. yaani ramzan ke mahine mein jo jo un ko jo koi experience karwaya gaya, bhook ka aur piyas ka, aur tum ne jo discover kiya ke main kitna helpless hoon, khuda giver hai, main taker hoon.</w:t>
      </w:r>
    </w:p>
    <w:p>
      <w:pPr>
        <w:jc w:val="right"/>
      </w:pPr>
      <w:r>
        <w:t>آخری وقت آ گیا ہے۔ یعنی رمضان کے مہینے میں جو جو ان کو جو کوئی ایکسپیرینس کروایا گیا، بھوک کا اور پیاس کا، اور تم نے جو ڈسکور کیا کہ میں کتنا ہیلپ لیس ہوں، خدا گیور ہے، میں ٹیکر ہوں۔</w:t>
      </w:r>
    </w:p>
    <w:p>
      <w:r>
        <w:rPr>
          <w:b/>
        </w:rPr>
        <w:t xml:space="preserve">[23:32] </w:t>
      </w:r>
      <w:r>
        <w:t>ramzan ka mahina goya is baat ka hamein tajurba karana hai, experience karwana hai ke aye insan jaan le,</w:t>
      </w:r>
    </w:p>
    <w:p>
      <w:pPr>
        <w:jc w:val="right"/>
      </w:pPr>
      <w:r>
        <w:t>رمضان کا مہینہ گویا اس بات کا ہمیں تجربہ کرانا ہے، ایکسپیرینس کروانا ہے کہ اے انسان جان لے،</w:t>
      </w:r>
    </w:p>
    <w:p>
      <w:r>
        <w:rPr>
          <w:b/>
        </w:rPr>
        <w:t xml:space="preserve">[23:42] </w:t>
      </w:r>
      <w:r>
        <w:t>aye insan jaan le, tu taker hai, giver to sirf khuda hai. aap batayein ke jab yeh aadmi daryaft kare ga is cheez ko to kya is ke baad bhi woh sarkashi kar sakta hai?</w:t>
      </w:r>
    </w:p>
    <w:p>
      <w:pPr>
        <w:jc w:val="right"/>
      </w:pPr>
      <w:r>
        <w:t>اے انسان جان لے، تو ٹیکر ہے، گیور تو صرف خدا ہے۔ آپ بتائیں کہ جب یہ آدمی دریافت کرے گا اس چیز کو تو کیا اس کے بعد بھی وہ سرکشی کر سکتا ہے؟</w:t>
      </w:r>
    </w:p>
    <w:p>
      <w:r>
        <w:rPr>
          <w:b/>
        </w:rPr>
        <w:t xml:space="preserve">[23:56] </w:t>
      </w:r>
      <w:r>
        <w:t>woh bhi deviate kar kar sakta hai khuda ke ahkam hukum se? to farishta pukarta hai ke aye aye aye shar wala</w:t>
      </w:r>
    </w:p>
    <w:p>
      <w:pPr>
        <w:jc w:val="right"/>
      </w:pPr>
      <w:r>
        <w:t>وہ بھی ڈیویٹ کر کر سکتا ہے خدا کے احکام حکم سے؟ تو فرشتہ پکارتا ہے کہ اے اے اے شر والا</w:t>
      </w:r>
    </w:p>
    <w:p>
      <w:r>
        <w:rPr>
          <w:b/>
        </w:rPr>
        <w:t xml:space="preserve">[24:09] </w:t>
      </w:r>
      <w:r>
        <w:t>insan, kya ab bhi tu shar par qaim rahe ga? aye woh insan jo khair chahta hai, kya abhi bhi ruka rahe ga? to khair daure ga nahi? khair ki taraf kaun se?</w:t>
      </w:r>
    </w:p>
    <w:p>
      <w:pPr>
        <w:jc w:val="right"/>
      </w:pPr>
      <w:r>
        <w:t>انسان، کیا اب بھی تو شر پر قائم رہے گا؟ اے وہ انسان جو خیر چاہتا ہے، کیا ابھی بھی رکا رہے گا؟ تو خیر دوڑے گا نہیں؟ خیر کی طرف کون سے؟</w:t>
      </w:r>
    </w:p>
    <w:p>
      <w:r>
        <w:rPr>
          <w:b/>
        </w:rPr>
        <w:t xml:space="preserve">[24:18] </w:t>
      </w:r>
      <w:r>
        <w:t>kis ka to is waqt ka intezar kar raha hai? to</w:t>
      </w:r>
    </w:p>
    <w:p>
      <w:pPr>
        <w:jc w:val="right"/>
      </w:pPr>
      <w:r>
        <w:t>کس کا تو اس وقت کا انتظار کر رہا ہے؟ تو</w:t>
      </w:r>
    </w:p>
    <w:p>
      <w:r>
        <w:rPr>
          <w:b/>
        </w:rPr>
        <w:t xml:space="preserve">[24:23] </w:t>
      </w:r>
      <w:r>
        <w:t>kaun sa waqt hai jis ka tu intezar kar raha hai?</w:t>
      </w:r>
    </w:p>
    <w:p>
      <w:pPr>
        <w:jc w:val="right"/>
      </w:pPr>
      <w:r>
        <w:t>کون سا وقت ہے جس کا تو انتظار کر رہا ہے؟</w:t>
      </w:r>
    </w:p>
    <w:p>
      <w:r>
        <w:rPr>
          <w:b/>
        </w:rPr>
        <w:t xml:space="preserve">[24:28] </w:t>
      </w:r>
      <w:r>
        <w:t>ya baghi ya baghi al khair aqbal wa ya baghi al shar aqsar yaani aye insan, aakh</w:t>
      </w:r>
    </w:p>
    <w:p>
      <w:pPr>
        <w:jc w:val="right"/>
      </w:pPr>
      <w:r>
        <w:t>یا باغی یا باغی الخیر اقبل ویا باغی الشر اقصر یعنی اے انسان، آخ</w:t>
      </w:r>
    </w:p>
    <w:p>
      <w:r>
        <w:rPr>
          <w:b/>
        </w:rPr>
        <w:t xml:space="preserve">[24:37] </w:t>
      </w:r>
      <w:r>
        <w:t>ri waqt aa gaya, aakhri waqt ke tu bhalai ki taraf daure, aur aye insan, aakhri waqt aa gaya ke tu apni burai se ruk ja.</w:t>
      </w:r>
    </w:p>
    <w:p>
      <w:pPr>
        <w:jc w:val="right"/>
      </w:pPr>
      <w:r>
        <w:t>ری وقت آ گیا، آخری وقت کہ تو بھلائی کی طرف دوڑے، اور اے انسان، آخری وقت آ گیا کہ تو اپنی برائی سے رک جائے۔</w:t>
      </w:r>
    </w:p>
    <w:p>
      <w:r>
        <w:rPr>
          <w:b/>
        </w:rPr>
        <w:t xml:space="preserve">[24:47] </w:t>
      </w:r>
      <w:r>
        <w:t>yani is tajrube ke baad bhi agar tu nahi aisa kiya to nahi, to ab kaun sa tajruba tajruba tajruba tajruba tajruba tajruba tajruba karayega? Karaya jayega? Wo to qayamat ka tajruba hoga, wo to israfel ke phoonk, israfel ke sur ka tajruba hoga.</w:t>
      </w:r>
    </w:p>
    <w:p>
      <w:pPr>
        <w:jc w:val="right"/>
      </w:pPr>
      <w:r>
        <w:t>یعنی اس تجربے کے بعد بھی اگر تو نہیں ایسا کیا تو نہیں، تو اب کون سا تجربہ تجربہ تجربہ تجربہ تجربہ تجربہ تجربہ کرائے گا؟ کرایا جائے گا؟ وہ تو قیامت کا تجربہ ہوگا، وہ تو اسرافیل کے پھول، اسرافیل کے سور کا تجربہ ہوگا۔</w:t>
      </w:r>
    </w:p>
    <w:p>
      <w:r>
        <w:rPr>
          <w:b/>
        </w:rPr>
        <w:t xml:space="preserve">[25:02] </w:t>
      </w:r>
      <w:r>
        <w:t>Us waqt to kuch bhi nahi karne ko reh jayega.</w:t>
      </w:r>
    </w:p>
    <w:p>
      <w:pPr>
        <w:jc w:val="right"/>
      </w:pPr>
      <w:r>
        <w:t>اس وقت تو کچھ بھی نہیں کرنے کو رہ جائے گا۔</w:t>
      </w:r>
    </w:p>
    <w:p>
      <w:r>
        <w:rPr>
          <w:b/>
        </w:rPr>
        <w:t xml:space="preserve">[25:09] </w:t>
      </w:r>
      <w:r>
        <w:t>To is hadith ko jab main sochta hoon to</w:t>
      </w:r>
    </w:p>
    <w:p>
      <w:pPr>
        <w:jc w:val="right"/>
      </w:pPr>
      <w:r>
        <w:t>تو اس حدیث کو جب میں سوچتا ہوں تو</w:t>
      </w:r>
    </w:p>
    <w:p>
      <w:r>
        <w:rPr>
          <w:b/>
        </w:rPr>
        <w:t xml:space="preserve">[25:16] </w:t>
      </w:r>
      <w:r>
        <w:t>main sochta hoon ke yani farishta yeh keh raha hai ke aye insaan, you turn le le</w:t>
      </w:r>
    </w:p>
    <w:p>
      <w:pPr>
        <w:jc w:val="right"/>
      </w:pPr>
      <w:r>
        <w:t>میں سوچتا ہوں کہ یعنی فرشتہ یہ کہہ رہا ہے کہ اے انسان، یو ٹرن لے لے</w:t>
      </w:r>
    </w:p>
    <w:p>
      <w:r>
        <w:rPr>
          <w:b/>
        </w:rPr>
        <w:t xml:space="preserve">[25:22] </w:t>
      </w:r>
      <w:r>
        <w:t>, you turn, yani burai ki taraf daudne wale peeche hat.</w:t>
      </w:r>
    </w:p>
    <w:p>
      <w:pPr>
        <w:jc w:val="right"/>
      </w:pPr>
      <w:r>
        <w:t>، یو ٹرن، یعنی برائی کی طرف دوڑنے والے پیچھے ہٹ۔</w:t>
      </w:r>
    </w:p>
    <w:p>
      <w:r>
        <w:rPr>
          <w:b/>
        </w:rPr>
        <w:t xml:space="preserve">[25:30] </w:t>
      </w:r>
      <w:r>
        <w:t>Jo insaan bekhabari mein jee raha tha, ho ha culture mein jee raha tha, aur apne doston mein khushiyan mana raha tha, to peeche hat, you turn le le.</w:t>
      </w:r>
    </w:p>
    <w:p>
      <w:pPr>
        <w:jc w:val="right"/>
      </w:pPr>
      <w:r>
        <w:t>جو انسان بے خبری میں جی رہا تھا، ہوہا کلچر میں جی رہا تھا، اور اپنے دوستوں میں خوشیاں منا رہا تھا، تو پیچھے ہٹ، یو ٹرن لے لے۔</w:t>
      </w:r>
    </w:p>
    <w:p>
      <w:r>
        <w:rPr>
          <w:b/>
        </w:rPr>
        <w:t xml:space="preserve">[25:44] </w:t>
      </w:r>
      <w:r>
        <w:t>Peeche hat ke mani kya hain? You turn ke mani kya hain? Yani main yeh kahunga ke from self oriented life to god oriented life.</w:t>
      </w:r>
    </w:p>
    <w:p>
      <w:pPr>
        <w:jc w:val="right"/>
      </w:pPr>
      <w:r>
        <w:t>پیچھے ہٹ کے معنی کیا ہیں؟ یو ٹرنٹ کے معنی کیا ہیں؟ یعنی میں یہ کہوں گا کہ فرام سیلف اورینٹڈ لائف ٹو گاڈ اورینٹڈ لائف۔</w:t>
      </w:r>
    </w:p>
    <w:p>
      <w:r>
        <w:rPr>
          <w:b/>
        </w:rPr>
        <w:t xml:space="preserve">[25:59] </w:t>
      </w:r>
      <w:r>
        <w:t>Yani ab tak agar tum apne aap mein jee rahe the to ab Khuda mein jeena shuru kar do. Yani aakhri waqt aa gaya hai ke tum yeh yeh yeh decision lo, yeh decision lo.</w:t>
      </w:r>
    </w:p>
    <w:p>
      <w:pPr>
        <w:jc w:val="right"/>
      </w:pPr>
      <w:r>
        <w:t>یعنی اب تک اگر تم اپنے آپ میں جی رہے تھے تو اب خدا میں جینا شروع کر دو۔ یعنی آخری وقت آ گیا ہے کہ تم یہ یہ یہ ڈیسیژن لو، یہ ڈیسیژن لو۔</w:t>
      </w:r>
    </w:p>
    <w:p>
      <w:r>
        <w:rPr>
          <w:b/>
        </w:rPr>
        <w:t xml:space="preserve">[26:12] </w:t>
      </w:r>
      <w:r>
        <w:t>Aakhri waqt aa gaya hai ke decision lo, kyunke dekhiye, ek ayat hai Quran majeed mein ke zarhum ya'qul wa tamatta' wa yulihimul 'amal fa sa y'alamoon</w:t>
      </w:r>
    </w:p>
    <w:p>
      <w:pPr>
        <w:jc w:val="right"/>
      </w:pPr>
      <w:r>
        <w:t>آخری وقت آ گیا ہے کہ ڈیسیژن لو، کیونکہ دیکھیے، ایک آیت ہے قرآن مجید میں کہ زرہم یعقل وتمتع ویلہم العمل فصف یعلمون</w:t>
      </w:r>
    </w:p>
    <w:p>
      <w:r>
        <w:rPr>
          <w:b/>
        </w:rPr>
        <w:t xml:space="preserve">[26:32] </w:t>
      </w:r>
      <w:r>
        <w:t>Leave them at and enjoy for while</w:t>
      </w:r>
    </w:p>
    <w:p>
      <w:pPr>
        <w:jc w:val="right"/>
      </w:pPr>
      <w:r>
        <w:t>لیو دیم ایٹ اینڈ انجوائے فار وائل</w:t>
      </w:r>
    </w:p>
    <w:p>
      <w:r>
        <w:rPr>
          <w:b/>
        </w:rPr>
        <w:t xml:space="preserve">[26:39] </w:t>
      </w:r>
      <w:r>
        <w:t>Unhein kuch aur mauqa de do ke khayein piyein, iske baad to khana chhin jayega, pani chhin jayega. Goiya Ramzan ka mahina yaad dila raha hai ke aye insaan, ab se apne ko theek kar le.</w:t>
      </w:r>
    </w:p>
    <w:p>
      <w:pPr>
        <w:jc w:val="right"/>
      </w:pPr>
      <w:r>
        <w:t>انہیں کچھ اور موقع دے دو کہ کھائیں پیئیں، اس کے بعد تو کھانا چھن جائے گا، پانی چھن جائے گا۔ گویا رمضان کا مہینہ یاد دلا رہا ہے کہ اے انسان، اب سے اپنے کو ٹھیک کر لے۔</w:t>
      </w:r>
    </w:p>
    <w:p>
      <w:r>
        <w:rPr>
          <w:b/>
        </w:rPr>
        <w:t xml:space="preserve">[26:54] </w:t>
      </w:r>
      <w:r>
        <w:t>Wo waqt bohat qareeb aa gaya hai jab ke tujh se khana chhin jayega, pani bhi chhin jayega. To kya karega? Abhi kal Times of India mein aaya tha global warming pe ek mazmoon, to us mein bohat hi hairat angez baatein theen.</w:t>
      </w:r>
    </w:p>
    <w:p>
      <w:pPr>
        <w:jc w:val="right"/>
      </w:pPr>
      <w:r>
        <w:t>وہ وقت بہت قریب آ گیا ہے جب کہ تجھ سے کھانا چھن جائے گا، پانی بھی چھن جائے گا۔ تو کیا کرے گا؟ ابھی کل ٹائمز آف انڈیا میں آیا تھا گلوبل وارمنگ پہ ایک مضمون، تو اس میں بہت ہی حیرت انگیز باتیں تھیں۔</w:t>
      </w:r>
    </w:p>
    <w:p>
      <w:r>
        <w:rPr>
          <w:b/>
        </w:rPr>
        <w:t xml:space="preserve">[27:09] </w:t>
      </w:r>
      <w:r>
        <w:t>Maslan us mein yeh tha ke California ke ke chhe guna zyada bada glacier, wo wo wo ab gali, wo kya kehte hain, usko barf ka chouda jo hota hai, iceberg, wo pighal ke khatam ho gaya hai Arctica mein.</w:t>
      </w:r>
    </w:p>
    <w:p>
      <w:pPr>
        <w:jc w:val="right"/>
      </w:pPr>
      <w:r>
        <w:t>مثلاً اس میں یہ تھا کہ کیلیفورنیا کے کہ چھ گنا زیادہ بڑا گلیشیئر، وہ وہ وہ اب گلی، وہ کیا کہتے ہیں، اس کو برف کا چودہ جو ہوتا ہے، آئس برگ، وہ پگھل کے ختم ہو گیا ہے آرکٹیکا میں۔</w:t>
      </w:r>
    </w:p>
    <w:p>
      <w:r>
        <w:rPr>
          <w:b/>
        </w:rPr>
        <w:t xml:space="preserve">[27:28] </w:t>
      </w:r>
      <w:r>
        <w:t>Kya kya ho rahi hai? Kya ho raha hai? Yani duniya khatme ke bilkul qareeb aa gayi hai,</w:t>
      </w:r>
    </w:p>
    <w:p>
      <w:pPr>
        <w:jc w:val="right"/>
      </w:pPr>
      <w:r>
        <w:t>کیا کیا ہو رہی ہے؟ کیا ہو رہا ہے؟ یعنی دنیا خاتمے کے بالکل قریب آ گئی ہے،</w:t>
      </w:r>
    </w:p>
    <w:p>
      <w:r>
        <w:rPr>
          <w:b/>
        </w:rPr>
        <w:t xml:space="preserve">[27:37] </w:t>
      </w:r>
      <w:r>
        <w:t>khatme ke bilkul qareeb aa gayi hai. Quran mein hai ke hum zameen ko sayyid al-jarza bana denge, sayyid al-jarza.</w:t>
      </w:r>
    </w:p>
    <w:p>
      <w:pPr>
        <w:jc w:val="right"/>
      </w:pPr>
      <w:r>
        <w:t>خاتمے کے بالکل قریب آ گئی ہے۔ قرآن میں ہے کہ ہم زمین کو سید الجرزہ بنا دیں گے، سید الجرزہ۔</w:t>
      </w:r>
    </w:p>
    <w:p>
      <w:r>
        <w:rPr>
          <w:b/>
        </w:rPr>
        <w:t xml:space="preserve">[27:47] </w:t>
      </w:r>
      <w:r>
        <w:t>Yani zameen mein kuch bhi nahi hoga, barren land, sari zameen barren land ban jayegi,</w:t>
      </w:r>
    </w:p>
    <w:p>
      <w:pPr>
        <w:jc w:val="right"/>
      </w:pPr>
      <w:r>
        <w:t>یعنی زمین میں کچھ بھی نہیں ہوگا، برن لینڈ، ساری زمین برن لینڈ بن جائے گی،</w:t>
      </w:r>
    </w:p>
    <w:p>
      <w:r>
        <w:rPr>
          <w:b/>
        </w:rPr>
        <w:t xml:space="preserve">[27:56] </w:t>
      </w:r>
      <w:r>
        <w:t>sari zameen barren barren land ban jayegi. Na na pani hoga, na sabza hoga, na koi khane ki cheez hogi, kuch nahi hoga. Just like</w:t>
      </w:r>
    </w:p>
    <w:p>
      <w:pPr>
        <w:jc w:val="right"/>
      </w:pPr>
      <w:r>
        <w:t>ساری زمین برن برن لینڈ بن جائے گی۔ نہ نہ پانی ہوگا، نہ سبزہ ہوگا، نہ کوئی کھانے کی چیز ہوگی، کچھ نہیں ہوگا۔ جسٹ لائک</w:t>
      </w:r>
    </w:p>
    <w:p>
      <w:r>
        <w:rPr>
          <w:b/>
        </w:rPr>
        <w:t xml:space="preserve">[28:06] </w:t>
      </w:r>
      <w:r>
        <w:t>moon, moon aap jante hain, moon pathar hai, chattan hai. Jitne bhi planet hain zameen ko chhod kar ke, sab planet sirf pathar hain, chattanein hain.</w:t>
      </w:r>
    </w:p>
    <w:p>
      <w:pPr>
        <w:jc w:val="right"/>
      </w:pPr>
      <w:r>
        <w:t>مون، مون آپ جانتے ہیں، مون پتھر ہے، چٹان ہے۔ جتنے بھی پلینٹ ہیں زمین کو چھوڑ کر کے، سب پلینٹ صرف پتھر ہیں، چٹانیں ہیں۔</w:t>
      </w:r>
    </w:p>
    <w:p>
      <w:r>
        <w:rPr>
          <w:b/>
        </w:rPr>
        <w:t xml:space="preserve">[28:16] </w:t>
      </w:r>
      <w:r>
        <w:t>Jitne bhi planet hain, zameen bhi ek planet hai. Aap jante hain, zameen ek planet hai. To zameen exceptionally aisi hai ke yahan par pani hai, sabza hai, khana peena hai, sab kuch hai.</w:t>
      </w:r>
    </w:p>
    <w:p>
      <w:pPr>
        <w:jc w:val="right"/>
      </w:pPr>
      <w:r>
        <w:t>جتنے بھی پلینٹ ہیں، زمین بھی ایک پلینٹ ہے۔ آپ جانتے ہیں، زمین ایک پلینٹ ہے۔ تو زمین ایکسیپشنلی ایسی ہے کہ یہاں پر پانی ہے، سبزہ ہے، کھانا پینا ہے، سب کچھ ہے۔</w:t>
      </w:r>
    </w:p>
    <w:p>
      <w:r>
        <w:rPr>
          <w:b/>
        </w:rPr>
        <w:t xml:space="preserve">[28:28] </w:t>
      </w:r>
      <w:r>
        <w:t>To Quran mein hai ke ek din ayega ke zameen ko bhi hum waise hi bana denge jaise ek doosre planet hain. Size and jarza, zara sochiye, kitna ajeeb baat hai yeh ke zameen bhi waise hi ho jayegi barren,</w:t>
      </w:r>
    </w:p>
    <w:p>
      <w:pPr>
        <w:jc w:val="right"/>
      </w:pPr>
      <w:r>
        <w:t>تو قرآن میں ہے کہ ایک دن آئے گا کہ زمین کو بھی ہم ویسے ہی بنا دیں گے جیسے ایک دوسرے پلینٹ ہیں۔ سائز اینڈ جرزہ، ذرا سوچیں، کتنا عجیب بات ہے یہ کہ زمین بھی ویسے ہی ہو جائے گی بیرن،</w:t>
      </w:r>
    </w:p>
    <w:p>
      <w:r>
        <w:rPr>
          <w:b/>
        </w:rPr>
        <w:t xml:space="preserve">[28:44] </w:t>
      </w:r>
      <w:r>
        <w:t>jis tarah se doosre doosre planets hain. Size and jarza, to goiya Ramzan ke mahine mein partial taur par aap ko pani se aur food se deprived kar ke,</w:t>
      </w:r>
    </w:p>
    <w:p>
      <w:pPr>
        <w:jc w:val="right"/>
      </w:pPr>
      <w:r>
        <w:t>جس طرح سے دوسرے دوسرے پلینٹس ہیں۔ سائز اینڈ جرزہ، تو گویا رمضان کے مہینے میں پارشل طور پر آپ کو پانی سے اور فوڈ سے ڈیپرائیو کر کے،</w:t>
      </w:r>
    </w:p>
    <w:p>
      <w:r>
        <w:rPr>
          <w:b/>
        </w:rPr>
        <w:t xml:space="preserve">[29:05] </w:t>
      </w:r>
      <w:r>
        <w:t>ya reminded kiya jata hai, remind Ramzan is reminder ke jaldi waqt aane wala hai jabke tum se bilkul hi chhin jayega.</w:t>
      </w:r>
    </w:p>
    <w:p>
      <w:pPr>
        <w:jc w:val="right"/>
      </w:pPr>
      <w:r>
        <w:t>یا ریمائنڈ کیا جاتا ہے، ریمائنڈ رمضان از ریمائنڈر کہ جلدی وقت آنے والا ہے جبکہ تم سے بالکل ہی چھن جائے گا۔</w:t>
      </w:r>
    </w:p>
    <w:p>
      <w:r>
        <w:rPr>
          <w:b/>
        </w:rPr>
        <w:t xml:space="preserve">[29:19] </w:t>
      </w:r>
      <w:r>
        <w:t>Na pani hoga, na khana hoga, na sabza hoga, na kuch hoga. To kya karoge us waqt? To is se pehle ke wo waqt aaye, apne ko theek kar lo.</w:t>
      </w:r>
    </w:p>
    <w:p>
      <w:pPr>
        <w:jc w:val="right"/>
      </w:pPr>
      <w:r>
        <w:t>نہ پانی ہوگا، نہ کھانا ہوگا، نہ سبزہ ہوگا، نہ کچھ ہوگا۔ تو کیا کرو گے اس وقت؟ تو اس سے پہلے کہ وہ وقت آئے، اپنے کو ٹھیک کر لو۔</w:t>
      </w:r>
    </w:p>
    <w:p>
      <w:r>
        <w:rPr>
          <w:b/>
        </w:rPr>
        <w:t xml:space="preserve">[29:35] </w:t>
      </w:r>
      <w:r>
        <w:t>Bohat main samajhta hoon ke Ramzan jo hai ek reminder hai, reminder hai. Waqt bohat qareeb aa gaya hai.</w:t>
      </w:r>
    </w:p>
    <w:p>
      <w:pPr>
        <w:jc w:val="right"/>
      </w:pPr>
      <w:r>
        <w:t>بہت میں سمجھتا ہوں کہ رمضان جو ہے ایک ریمائنڈر ہے، ریمائنڈر ہے۔ وقت بہت قریب آ گیا ہے۔</w:t>
      </w:r>
    </w:p>
    <w:p>
      <w:r>
        <w:rPr>
          <w:b/>
        </w:rPr>
        <w:t xml:space="preserve">[29:47] </w:t>
      </w:r>
      <w:r>
        <w:t>Zarhum zarhum ya'qul wa tamatta'</w:t>
      </w:r>
    </w:p>
    <w:p>
      <w:pPr>
        <w:jc w:val="right"/>
      </w:pPr>
      <w:r>
        <w:t>زرہم زرہم یعقل وتمتع ویلہم العمل</w:t>
      </w:r>
    </w:p>
    <w:p>
      <w:r>
        <w:rPr>
          <w:b/>
        </w:rPr>
        <w:t xml:space="preserve">[29:54] </w:t>
      </w:r>
      <w:r>
        <w:t>kuch din chhod do un ko ke woh khayen piyein aur kuch aur apna entertainment culture chala lein thode dinon ke liye.</w:t>
      </w:r>
    </w:p>
    <w:p>
      <w:pPr>
        <w:jc w:val="right"/>
      </w:pPr>
      <w:r>
        <w:t>کچھ دن چھوڑ دو ان کو کہ وہ کھائیں پیئیں اور کچھ اور اپنا انٹرٹینمنٹ کلچر چلا لیں تھوڑے دنوں کے لیے۔</w:t>
      </w:r>
    </w:p>
    <w:p>
      <w:r>
        <w:rPr>
          <w:b/>
        </w:rPr>
        <w:t xml:space="preserve">[30:05] </w:t>
      </w:r>
      <w:r>
        <w:t>is ke baad to sab ko yahan se nikal kar ke daal diya jayega</w:t>
      </w:r>
    </w:p>
    <w:p>
      <w:pPr>
        <w:jc w:val="right"/>
      </w:pPr>
      <w:r>
        <w:t>اس کے بعد تو سب کو یہاں سے نکال کر کے ڈال دیا جائے گا</w:t>
      </w:r>
    </w:p>
    <w:p>
      <w:r>
        <w:rPr>
          <w:b/>
        </w:rPr>
        <w:t xml:space="preserve">[30:10] </w:t>
      </w:r>
      <w:r>
        <w:t>wahan jahan ke barren land hogi. to ramzan ke mahine mein jo juzwi taur par partial taur par khana peena chhudaya jata</w:t>
      </w:r>
    </w:p>
    <w:p>
      <w:pPr>
        <w:jc w:val="right"/>
      </w:pPr>
      <w:r>
        <w:t>وہاں جہاں کہ بیرن لینڈ ہوگی۔ تو رمضان کے مہینے میں جو جزوی طور پر پارشل طور پر کھانا پینا چھڑایا جاتا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