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Man Between Angels and Satan I August 14, 2011 Maulana Wahiduddin Khan</w:t>
      </w:r>
    </w:p>
    <w:p>
      <w:r>
        <w:t>https://www.youtube.com/watch?v=mIVPzy6Dm8k</w:t>
      </w:r>
    </w:p>
    <w:p>
      <w:r>
        <w:rPr>
          <w:b/>
        </w:rPr>
        <w:t xml:space="preserve">[00:12] </w:t>
      </w:r>
      <w:r>
        <w:t>bismillah hir rehman nir rahim. wa salli allah ala nabiyyil karim. rab ishrah li sadri, wa yassir li amri, wah lul uqdatan min lisani,</w:t>
      </w:r>
    </w:p>
    <w:p>
      <w:pPr>
        <w:jc w:val="right"/>
      </w:pPr>
      <w:r>
        <w:t>بسم اللہ الرحمن الرحیم۔ وصلی اللہ علی النبی الکریم۔ رب اشرح لی صدری، ویسر لی امری، واحل العقدۃ من لسانی،</w:t>
      </w:r>
    </w:p>
    <w:p>
      <w:r>
        <w:rPr>
          <w:b/>
        </w:rPr>
        <w:t xml:space="preserve">[00:30] </w:t>
      </w:r>
      <w:r>
        <w:t>yaf 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ka topic hai:</w:t>
      </w:r>
    </w:p>
    <w:p>
      <w:pPr>
        <w:jc w:val="right"/>
      </w:pPr>
      <w:r>
        <w:t>آج کا ٹاپک ہے:</w:t>
      </w:r>
    </w:p>
    <w:p>
      <w:r>
        <w:rPr>
          <w:b/>
        </w:rPr>
        <w:t xml:space="preserve">[00:37] </w:t>
      </w:r>
      <w:r>
        <w:t>"Man between Angels and Satan".</w:t>
      </w:r>
    </w:p>
    <w:p>
      <w:pPr>
        <w:jc w:val="right"/>
      </w:pPr>
      <w:r>
        <w:t>"Man between Angels and Satan"۔</w:t>
      </w:r>
    </w:p>
    <w:p>
      <w:r>
        <w:rPr>
          <w:b/>
        </w:rPr>
        <w:t xml:space="preserve">[00:44] </w:t>
      </w:r>
      <w:r>
        <w:t>aadmi, farishton, aur</w:t>
      </w:r>
    </w:p>
    <w:p>
      <w:pPr>
        <w:jc w:val="right"/>
      </w:pPr>
      <w:r>
        <w:t>آدمی، فرشتوں، اور</w:t>
      </w:r>
    </w:p>
    <w:p>
      <w:r>
        <w:rPr>
          <w:b/>
        </w:rPr>
        <w:t xml:space="preserve">[00:52] </w:t>
      </w:r>
      <w:r>
        <w:t>shaitan ya iblis ke darmiyan.</w:t>
      </w:r>
    </w:p>
    <w:p>
      <w:pPr>
        <w:jc w:val="right"/>
      </w:pPr>
      <w:r>
        <w:t>شیطان یا ابلیس کے درمیان۔</w:t>
      </w:r>
    </w:p>
    <w:p>
      <w:r>
        <w:rPr>
          <w:b/>
        </w:rPr>
        <w:t xml:space="preserve">[00:57] </w:t>
      </w:r>
      <w:r>
        <w:t>is aadmi, is dunya mein aadmi jab paida hota hai</w:t>
      </w:r>
    </w:p>
    <w:p>
      <w:pPr>
        <w:jc w:val="right"/>
      </w:pPr>
      <w:r>
        <w:t>اس آدمی، اس دنیا میں آدمی جب پیدا ہوتا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