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Story of Hazrat Abu Hurairah (r.a.) December 31, 2023</w:t>
      </w:r>
    </w:p>
    <w:p>
      <w:r>
        <w:t>https://youtu.be/ntoKGwQ1WX0</w:t>
      </w:r>
    </w:p>
    <w:p>
      <w:r>
        <w:rPr>
          <w:b/>
        </w:rPr>
        <w:t xml:space="preserve">[00:00] </w:t>
      </w:r>
      <w:r>
        <w:t>Assalam o alaikum. Today we will be having a conversation on the story of Hazrat Abu Huraira with Dr. Saniya Snain Khan. Hazrat Abu Huraira was a companion of the Prophet and one of the most prolific narrators of Hadith.</w:t>
      </w:r>
    </w:p>
    <w:p>
      <w:pPr>
        <w:jc w:val="right"/>
      </w:pPr>
      <w:r>
        <w:t>السلام علیکم۔ Today we will be having a conversation on the story of Hazrat Abu Huraira with Dr. Saniya Snain Khan. Hazrat Abu Huraira was a companion of the Prophet and one of the most prolific narrators of Hadith.</w:t>
      </w:r>
    </w:p>
    <w:p>
      <w:r>
        <w:rPr>
          <w:b/>
        </w:rPr>
        <w:t xml:space="preserve">[00:15] </w:t>
      </w:r>
      <w:r>
        <w:t>Many collections of Hadith in Sahih al-Bukhari and Sahih Muslim have included traditions from Hazrat Abu Hurai</w:t>
      </w:r>
    </w:p>
    <w:p>
      <w:pPr>
        <w:jc w:val="right"/>
      </w:pPr>
      <w:r>
        <w:t>Many collections of Hadith in Sahih al-Bukhari and Sahih Muslim have included traditions from Hazrat Abu Hurai</w:t>
      </w:r>
    </w:p>
    <w:p>
      <w:r>
        <w:rPr>
          <w:b/>
        </w:rPr>
        <w:t xml:space="preserve">[00:23] </w:t>
      </w:r>
      <w:r>
        <w:t>ra. He was a simple man from Yemen who narrated more than 5,000 Hadiths, and due to his enormous efforts, he rose to a very important position in the Islamic history.</w:t>
      </w:r>
    </w:p>
    <w:p>
      <w:pPr>
        <w:jc w:val="right"/>
      </w:pPr>
      <w:r>
        <w:t>ra. He was a simple man from Yemen who narrated more than 5,000 Hadiths, and due to his enormous efforts, he rose to a very important position in the Islamic history.</w:t>
      </w:r>
    </w:p>
    <w:p>
      <w:r>
        <w:rPr>
          <w:b/>
        </w:rPr>
        <w:t xml:space="preserve">[00:35] </w:t>
      </w:r>
      <w:r>
        <w:t>to chaliye, unhi ki zindagi par charcha karte hain doctor sahib ke sath. Assalam o alaikum doctor sahib, kaise hain aap? Wa alaikum assalam. Kaise mizaj hain aap ke? Ji Alhamdulillah doctor sahib.</w:t>
      </w:r>
    </w:p>
    <w:p>
      <w:pPr>
        <w:jc w:val="right"/>
      </w:pPr>
      <w:r>
        <w:t>तो चलिए, उन्हीं की ज़िंदगी पर चर्चा करते हैं डॉक्टर साहब के साथ। अस्सलाम वालेकुम डॉक्टर साहब, कैसे हैं आप? وعلیکم السلام۔ کیسے مزاج ہیں آپ کے؟ جی الحمدللہ ڈاکٹر صاحب۔</w:t>
      </w:r>
    </w:p>
    <w:p>
      <w:r>
        <w:rPr>
          <w:b/>
        </w:rPr>
        <w:t xml:space="preserve">[00:44] </w:t>
      </w:r>
      <w:r>
        <w:t>Alhamdulillah. Uh, Doctor sahib, uh, as we know that, uh, from earlier period of history till now, Hazrat Abu Huraira has become a household name, uh,</w:t>
      </w:r>
    </w:p>
    <w:p>
      <w:pPr>
        <w:jc w:val="right"/>
      </w:pPr>
      <w:r>
        <w:t>الحمدللہ۔ Uh, Doctor صاحب, uh, as we know that, uh, from earlier period of history till now, Hazrat Abu Huraira has become a household name, uh,</w:t>
      </w:r>
    </w:p>
    <w:p>
      <w:r>
        <w:rPr>
          <w:b/>
        </w:rPr>
        <w:t xml:space="preserve">[00:53] </w:t>
      </w:r>
      <w:r>
        <w:t>many people referring to the traditions narrated by him. But there is something unusual about his name, uh, Abu Huraira, meaning father of the kitten.</w:t>
      </w:r>
    </w:p>
    <w:p>
      <w:pPr>
        <w:jc w:val="right"/>
      </w:pPr>
      <w:r>
        <w:t>many people referring to the traditions narrated by him. But there is something unusual about his name, uh, Abu Huraira, meaning father of the kitten.</w:t>
      </w:r>
    </w:p>
    <w:p>
      <w:r>
        <w:rPr>
          <w:b/>
        </w:rPr>
        <w:t xml:space="preserve">[01:01] </w:t>
      </w:r>
      <w:r>
        <w:t>Ji. So iske peeche kya story hai, uh, main chahunga wahan se shuru karein. Zaroor inshallah. Bismillah hir rahman nir rahim, Rabbi shrah li sadri, wa yassir li amri, wahdul uqdatan min lisani yafqahu qawli.</w:t>
      </w:r>
    </w:p>
    <w:p>
      <w:pPr>
        <w:jc w:val="right"/>
      </w:pPr>
      <w:r>
        <w:t>जी। So इसके पीछे क्या स्टोरी है, uh, मैं चाहूँगा वहाँ से शुरू करें। ضرور انشاءاللہ۔ بسم اللہ الرحمن الرحیم، رب اشرح لی صدری، ویسر لی امری، ویل العقدۃ من لسانی یفقہ قولی۔</w:t>
      </w:r>
    </w:p>
    <w:p>
      <w:r>
        <w:rPr>
          <w:b/>
        </w:rPr>
        <w:t xml:space="preserve">[01:15] </w:t>
      </w:r>
      <w:r>
        <w:t>Uh, pehle ek title lete hain jo, uh, Imam al-Zahabi ne diya tha. Bahut meaningful title hai Hazrat Abu Huraira ka.</w:t>
      </w:r>
    </w:p>
    <w:p>
      <w:pPr>
        <w:jc w:val="right"/>
      </w:pPr>
      <w:r>
        <w:t>Uh، پہلے ایک ٹائٹل لیتے ہیں جو، uh, امام الذہبی نے دیا تھا۔ بہت meaningful ٹائٹل ہے Hazrat Abu Huraira کا۔</w:t>
      </w:r>
    </w:p>
    <w:p>
      <w:r>
        <w:rPr>
          <w:b/>
        </w:rPr>
        <w:t xml:space="preserve">[01:25] </w:t>
      </w:r>
      <w:r>
        <w:t>Wo is tarah se hai: Al-Imam al-Faqih al-Mujtahid al-Hafiz Sahab Rasul Allah sallallahu alaihi wa sallam Abu Huraira al-Dawsi al-Yamani Sayyid al-Huffaz al-Isbat.</w:t>
      </w:r>
    </w:p>
    <w:p>
      <w:pPr>
        <w:jc w:val="right"/>
      </w:pPr>
      <w:r>
        <w:t>وہ اس طرح سے ہے: الامام الفقیہ المجتہد الحافظ صاحب رسول اللہ صلی اللہ علیہ وسلم ابو ہریرہ الدوسی الیمانی سید الحفاظ الاسبات۔</w:t>
      </w:r>
    </w:p>
    <w:p>
      <w:r>
        <w:rPr>
          <w:b/>
        </w:rPr>
        <w:t xml:space="preserve">[01:40] </w:t>
      </w:r>
      <w:r>
        <w:t>It's a beautiful title.</w:t>
      </w:r>
    </w:p>
    <w:p>
      <w:pPr>
        <w:jc w:val="right"/>
      </w:pPr>
      <w:r>
        <w:t>It's a beautiful title.</w:t>
      </w:r>
    </w:p>
    <w:p>
      <w:r>
        <w:rPr>
          <w:b/>
        </w:rPr>
        <w:t xml:space="preserve">[01:42] </w:t>
      </w:r>
      <w:r>
        <w:t>Iska matlab hai the Imam, the jurist, the scholar, the Hafiz, the companion of the Prophet Muhammad Abu Huraira from Daws tribe, the leader of the memorizers who were firm in their memorization.</w:t>
      </w:r>
    </w:p>
    <w:p>
      <w:pPr>
        <w:jc w:val="right"/>
      </w:pPr>
      <w:r>
        <w:t>اس کا مطلب ہے the Imam, the jurist, the scholar, the حافظ, the companion of the Prophet Muhammad ابو ہریرہ from Daws tribe, the leader of the memorizers who were firm in their memorization.</w:t>
      </w:r>
    </w:p>
    <w:p>
      <w:r>
        <w:rPr>
          <w:b/>
        </w:rPr>
        <w:t xml:space="preserve">[01:59] </w:t>
      </w:r>
      <w:r>
        <w:t>To aur jaise aap ne kaha ke yeh nickname jo Abu Huraira hai, uh, darasal uh, he was very fond of cats.</w:t>
      </w:r>
    </w:p>
    <w:p>
      <w:pPr>
        <w:jc w:val="right"/>
      </w:pPr>
      <w:r>
        <w:t>تو اور جیسے آپ نے کہا کہ یہ nickname جو ابو ہریرہ ہے، uh, دراصل uh, he was very fond of cats.</w:t>
      </w:r>
    </w:p>
    <w:p>
      <w:r>
        <w:rPr>
          <w:b/>
        </w:rPr>
        <w:t xml:space="preserve">[02:08] </w:t>
      </w:r>
      <w:r>
        <w:t>Ji. Aur unke paas ek choti billi thi, ek k</w:t>
      </w:r>
    </w:p>
    <w:p>
      <w:pPr>
        <w:jc w:val="right"/>
      </w:pPr>
      <w:r>
        <w:t>جی۔ اور ان کے پاس ایک چھوٹی بلی تھی، ایک ک</w:t>
      </w:r>
    </w:p>
    <w:p>
      <w:r>
        <w:rPr>
          <w:b/>
        </w:rPr>
        <w:t xml:space="preserve">[02:12] </w:t>
      </w:r>
      <w:r>
        <w:t>itten. He used to keep in his sleeves and would play with him. So Prophet when saw him playing with that cat and he called him Abu Huraira, father of Ji.</w:t>
      </w:r>
    </w:p>
    <w:p>
      <w:pPr>
        <w:jc w:val="right"/>
      </w:pPr>
      <w:r>
        <w:t>ٹن۔ He used to keep in his sleeves and would play with him. So Prophet when saw him playing with that cat and he called him Abu Huraira, father of جی۔</w:t>
      </w:r>
    </w:p>
    <w:p>
      <w:r>
        <w:rPr>
          <w:b/>
        </w:rPr>
        <w:t xml:space="preserve">[02:25] </w:t>
      </w:r>
      <w:r>
        <w:t>Uh, kitten. To is tarike se yeh naam mashhoor ho gaya aur jo unka asal naam tha, original, wo, uh, log bhool gaye ek tarike se.</w:t>
      </w:r>
    </w:p>
    <w:p>
      <w:pPr>
        <w:jc w:val="right"/>
      </w:pPr>
      <w:r>
        <w:t>Uh, kitten. تو اس طریقے سے یہ نام مشہور ہو گیا اور جو ان کا اصل نام تھا، original، وہ، uh, لوگ بھول گئے ایک طریقے سے۔</w:t>
      </w:r>
    </w:p>
    <w:p>
      <w:r>
        <w:rPr>
          <w:b/>
        </w:rPr>
        <w:t xml:space="preserve">[02:36] </w:t>
      </w:r>
      <w:r>
        <w:t>Waise unka asal naam tha Abd al-Shams. Uh, the slave of uh, the sun. To Prophet ne naam badal diya tha, Abd al-Rahman rakh diya tha.</w:t>
      </w:r>
    </w:p>
    <w:p>
      <w:pPr>
        <w:jc w:val="right"/>
      </w:pPr>
      <w:r>
        <w:t>ویسے ان کا اصل نام تھا عبدالشمس۔ Uh, the slave of uh, the sun۔ تو Prophet نے نام بدل دیا تھا، عبدالرحمن رکھ دیا تھا۔</w:t>
      </w:r>
    </w:p>
    <w:p>
      <w:r>
        <w:rPr>
          <w:b/>
        </w:rPr>
        <w:t xml:space="preserve">[02:47] </w:t>
      </w:r>
      <w:r>
        <w:t>Ji. Lekin wo bhi naam maroof nahi</w:t>
      </w:r>
    </w:p>
    <w:p>
      <w:pPr>
        <w:jc w:val="right"/>
      </w:pPr>
      <w:r>
        <w:t>جی۔ لیکن وہ بھی نام معروف نہیں</w:t>
      </w:r>
    </w:p>
    <w:p>
      <w:r>
        <w:rPr>
          <w:b/>
        </w:rPr>
        <w:t xml:space="preserve">[02:50] </w:t>
      </w:r>
      <w:r>
        <w:t>ho saka. Abu Huraira hi logon ne, uh, uh, zyada kehna shuru kar diya. And he was a very, uh, excellent personality, very charming, and his appearance was very pleasant, and his beard was a little reddish, and skin color was a little brown, and he would play with children and teach him, teach them the Quran in the same, at the same time.</w:t>
      </w:r>
    </w:p>
    <w:p>
      <w:pPr>
        <w:jc w:val="right"/>
      </w:pPr>
      <w:r>
        <w:t>ہو سکا۔ ابو ہریرہ ہی لوگوں نے، uh, uh, زیادہ کہنا شروع کر دیا۔ And he was a very, uh, excellent personality, very charming, and his appearance was very pleasant, and his beard was a little reddish, and skin color was a little brown, and he would play with children and teach him, teach them the Quran in the same, at the same time.</w:t>
      </w:r>
    </w:p>
    <w:p>
      <w:r>
        <w:rPr>
          <w:b/>
        </w:rPr>
        <w:t xml:space="preserve">[03:15] </w:t>
      </w:r>
      <w:r>
        <w:t>He was a person of great kind</w:t>
      </w:r>
    </w:p>
    <w:p>
      <w:pPr>
        <w:jc w:val="right"/>
      </w:pPr>
      <w:r>
        <w:t>He was a person of great kind</w:t>
      </w:r>
    </w:p>
    <w:p>
      <w:r>
        <w:rPr>
          <w:b/>
        </w:rPr>
        <w:t xml:space="preserve">[03:18] </w:t>
      </w:r>
      <w:r>
        <w:t>ness and charm. Yani badi zabardast shakhsiyat thi Hazrat Abu Huraira ki. Ji. Masha Allah. Uh, Doctor sahib, uh, jaisa ke hum history mein bhi dekhte hain ke he accepted Islam during the later period of the Prophet's mission.</w:t>
      </w:r>
    </w:p>
    <w:p>
      <w:pPr>
        <w:jc w:val="right"/>
      </w:pPr>
      <w:r>
        <w:t>ness and charm. یعنی بڑی زبردست شخصیت تھی Hazrat Abu Huraira کی۔ جی۔ ماشاءاللہ۔ Uh, Doctor صاحب, uh, جیسا کہ ہم history میں بھی دیکھتے ہیں کہ he accepted Islam during the later period of the Prophet's mission.</w:t>
      </w:r>
    </w:p>
    <w:p>
      <w:r>
        <w:rPr>
          <w:b/>
        </w:rPr>
        <w:t xml:space="preserve">[03:33] </w:t>
      </w:r>
      <w:r>
        <w:t>Uh, and but we know that, you know, he played a very significant role in Islamic history. He was actually introduced by Tufail ibn Amr al-Dawsi.</w:t>
      </w:r>
    </w:p>
    <w:p>
      <w:pPr>
        <w:jc w:val="right"/>
      </w:pPr>
      <w:r>
        <w:t>Uh, and but we know that, you know, he played a very significant role in Islamic history. He was actually introduced by Tufail ibn Amr al-Dawsi.</w:t>
      </w:r>
    </w:p>
    <w:p>
      <w:r>
        <w:rPr>
          <w:b/>
        </w:rPr>
        <w:t xml:space="preserve">[03:42] </w:t>
      </w:r>
      <w:r>
        <w:t>Uh, he played a crucial role in introducing him to the Prophet. To</w:t>
      </w:r>
    </w:p>
    <w:p>
      <w:pPr>
        <w:jc w:val="right"/>
      </w:pPr>
      <w:r>
        <w:t>Uh, he played a crucial role in introducing him to the Prophet. تو</w:t>
      </w:r>
    </w:p>
    <w:p>
      <w:r>
        <w:rPr>
          <w:b/>
        </w:rPr>
        <w:t xml:space="preserve">[03:46] </w:t>
      </w:r>
      <w:r>
        <w:t>is ke bare mein, uh, Doctor sahib bataein, uh, jo introduction hua unka, uh, Prophet Muhammad ke sath, is ke bare mein bataein. Asal mein yeh, uh, Hazrat Tufail ibn Amr al-Dawsi Razi Allahu Anhu, yeh he was the chief of Daws tribe.</w:t>
      </w:r>
    </w:p>
    <w:p>
      <w:pPr>
        <w:jc w:val="right"/>
      </w:pPr>
      <w:r>
        <w:t>اس کے بارے میں، uh, Doctor صاحب بتائیں، uh, جو introduction ہوا ان کا، uh, Prophet Muhammad کے ساتھ، اس کے بارے میں بتائیں۔ اصل میں یہ، uh, Hazrat Tufail ibn Amr al-Dawsi رضی اللہ عنہ، یہ he was the chief of Daws tribe.</w:t>
      </w:r>
    </w:p>
    <w:p>
      <w:r>
        <w:rPr>
          <w:b/>
        </w:rPr>
        <w:t xml:space="preserve">[04:01] </w:t>
      </w:r>
      <w:r>
        <w:t>Ji. Yeh Daws tribe Yemen mein thi, Najran mein. Uh, Najran, now it's in south of Saudi Arabia. It's part of Saudi Arabia.</w:t>
      </w:r>
    </w:p>
    <w:p>
      <w:pPr>
        <w:jc w:val="right"/>
      </w:pPr>
      <w:r>
        <w:t>جی۔ یہ Daws tribeیمن میں تھی، نجران میں۔ Uh, Najran, now it's in south of Saudi Arabia. It's part of Saudi Arabia.</w:t>
      </w:r>
    </w:p>
    <w:p>
      <w:r>
        <w:rPr>
          <w:b/>
        </w:rPr>
        <w:t xml:space="preserve">[04:10] </w:t>
      </w:r>
      <w:r>
        <w:t>Earlier it was part of Yemen.</w:t>
      </w:r>
    </w:p>
    <w:p>
      <w:pPr>
        <w:jc w:val="right"/>
      </w:pPr>
      <w:r>
        <w:t>Earlier it was part of Yemen.</w:t>
      </w:r>
    </w:p>
    <w:p>
      <w:r>
        <w:rPr>
          <w:b/>
        </w:rPr>
        <w:t xml:space="preserve">[04:12] </w:t>
      </w:r>
      <w:r>
        <w:t>Ji. To wo, uh, aate the Makkah, uh, mere khayal se business waghera ki wajah se. To jab Makkah aaye to Quraish ne unse kaha ke bhai, uh, ek shakhs Muhammad yahan par ab kuch baatein nayi bata raha hai, tum, uh, us se mat milna.</w:t>
      </w:r>
    </w:p>
    <w:p>
      <w:pPr>
        <w:jc w:val="right"/>
      </w:pPr>
      <w:r>
        <w:t>جی۔ تو وہ، uh, آتے تھے مکہ، uh, میرے خیال سے business وغیرہ کی وجہ سے۔ تو جب مکہ آئے تو قریش نے ان سے کہا کہ بھئی، uh, ایک شخص محمد یہاں پر اب کچھ باتیں نئی بتا رہا ہے، تم، uh, اس سے مت ملنا۔</w:t>
      </w:r>
    </w:p>
    <w:p>
      <w:r>
        <w:rPr>
          <w:b/>
        </w:rPr>
        <w:t xml:space="preserve">[04:35] </w:t>
      </w:r>
      <w:r>
        <w:t>Don't talk to him, don't speak to him, don't even listen to him, don't even look at him.</w:t>
      </w:r>
    </w:p>
    <w:p>
      <w:pPr>
        <w:jc w:val="right"/>
      </w:pPr>
      <w:r>
        <w:t>Don't talk to him, don't speak to him, don't even listen to him, don't even look at him.</w:t>
      </w:r>
    </w:p>
    <w:p>
      <w:r>
        <w:rPr>
          <w:b/>
        </w:rPr>
        <w:t xml:space="preserve">[04:42] </w:t>
      </w:r>
      <w:r>
        <w:t>to aur curiosity barh jati hai jab aap is tarah se kahein. to phir bhi unhone, chunke Quraish ne bohat hi warn kiya tha, to woh Makkah mein jab jata hai koi to tawaf karta hai.</w:t>
      </w:r>
    </w:p>
    <w:p>
      <w:pPr>
        <w:jc w:val="right"/>
      </w:pPr>
      <w:r>
        <w:t>تو اور curiosity بڑھ جاتی ہے جب آپ اس طرح سے کہیں۔ تو پھر بھی انہوں نے، چونکہ قریش نے بہت ہی warn کیا تھا، تو وہ مکہ میں جب جاتا ہے کوئی تو طواف کرتا ہے۔</w:t>
      </w:r>
    </w:p>
    <w:p>
      <w:r>
        <w:rPr>
          <w:b/>
        </w:rPr>
        <w:t xml:space="preserve">[04:55] </w:t>
      </w:r>
      <w:r>
        <w:t>is zamane mein bhi tawaf tha, pre-Islamic. ji. to woh tawaf karne gaye to apne kaan mein rooi ṭhons li unhone ke koi baat na sun paayein</w:t>
      </w:r>
    </w:p>
    <w:p>
      <w:pPr>
        <w:jc w:val="right"/>
      </w:pPr>
      <w:r>
        <w:t>اس زمانے میں بھی طواف تھا، pre-Islamic۔ جی۔ تو وہ طواف کرنے گئے تو اپنے کان میں روئی ٹھونس لی انہوں نے کہ کوئی بات نہ سن پائ</w:t>
      </w:r>
    </w:p>
    <w:p>
      <w:r>
        <w:rPr>
          <w:b/>
        </w:rPr>
        <w:t xml:space="preserve">[05:03] </w:t>
      </w:r>
      <w:r>
        <w:t>ein. ji. lekin woh, uh, Prophet wahan par jab woh tawaf kar rahe the to Prophet namaz parh rahe the and he was reciting the Quran.</w:t>
      </w:r>
    </w:p>
    <w:p>
      <w:pPr>
        <w:jc w:val="right"/>
      </w:pPr>
      <w:r>
        <w:t>یں۔ جی۔ لیکن وہ، uh, Prophet وہاں پر جب وہ طواف کر رہے تھے تو Prophet نماز پڑھ رہے تھے and he was reciting the Quran.</w:t>
      </w:r>
    </w:p>
    <w:p>
      <w:r>
        <w:rPr>
          <w:b/>
        </w:rPr>
        <w:t xml:space="preserve">[05:12] </w:t>
      </w:r>
      <w:r>
        <w:t>to kuch kaan mein Quran ki ayatein unki gawein. to unhein he was mesmerized with the words of the Quran. unhone rooi wahi nikali aur suna to bohat pasand kiya.</w:t>
      </w:r>
    </w:p>
    <w:p>
      <w:pPr>
        <w:jc w:val="right"/>
      </w:pPr>
      <w:r>
        <w:t>تو کچھ کان میں قرآن کی آیتیں ان کی گئیں۔ تو انہیں he was mesmerized with the words of the Quran. انہوں نے روئی وہی نکالی اور سنا تو بہت پسند کیا۔</w:t>
      </w:r>
    </w:p>
    <w:p>
      <w:r>
        <w:rPr>
          <w:b/>
        </w:rPr>
        <w:t xml:space="preserve">[05:24] </w:t>
      </w:r>
      <w:r>
        <w:t>phir he followed the Prophet and reached his home and said, "I want to learn more about the Quran."</w:t>
      </w:r>
    </w:p>
    <w:p>
      <w:pPr>
        <w:jc w:val="right"/>
      </w:pPr>
      <w:r>
        <w:t>پھر he followed the Prophet and reached his home and said, "I want to learn more about the Quran."</w:t>
      </w:r>
    </w:p>
    <w:p>
      <w:r>
        <w:rPr>
          <w:b/>
        </w:rPr>
        <w:t xml:space="preserve">[05:33] </w:t>
      </w:r>
      <w:r>
        <w:t>to Rasool Allah ne Quran ke bare mein bataya, kuch aur parh ke sunaya aur kuch baatein bataein. So he became a Prophet's follower and he was one of the earliest non-Meccan followers of the Prophet.</w:t>
      </w:r>
    </w:p>
    <w:p>
      <w:pPr>
        <w:jc w:val="right"/>
      </w:pPr>
      <w:r>
        <w:t>تو رسول اللہ نے قرآن کے بارے میں بتایا، کچھ اور پڑھ کے سنایا اور کچھ باتیں بتائیں۔ So he became a Prophet's follower and he was one of the earliest non-Meccan followers of the Prophet.</w:t>
      </w:r>
    </w:p>
    <w:p>
      <w:r>
        <w:rPr>
          <w:b/>
        </w:rPr>
        <w:t xml:space="preserve">[05:48] </w:t>
      </w:r>
      <w:r>
        <w:t>phir woh gaye wapas apni tribe mein aur wahan ja kar Quran ke bare mein bataya, logon ko Quran ki ayatein sunayin, Islam ke bare mein bataya.</w:t>
      </w:r>
    </w:p>
    <w:p>
      <w:pPr>
        <w:jc w:val="right"/>
      </w:pPr>
      <w:r>
        <w:t>پھر وہ گئے واپس اپنی tribe میں اور وہاں جا کے قرآن کے بارے میں بتایا، لوگوں کو قرآن کی آیتیں سنائیں، اسلام کے بارے میں بتایا۔</w:t>
      </w:r>
    </w:p>
    <w:p>
      <w:r>
        <w:rPr>
          <w:b/>
        </w:rPr>
        <w:t xml:space="preserve">[05:57] </w:t>
      </w:r>
      <w:r>
        <w:t>to bohat kam logon ne interest dikhaya,</w:t>
      </w:r>
    </w:p>
    <w:p>
      <w:pPr>
        <w:jc w:val="right"/>
      </w:pPr>
      <w:r>
        <w:t>تو بہت کم لوگوں نے interest دکھایا،</w:t>
      </w:r>
    </w:p>
    <w:p>
      <w:r>
        <w:rPr>
          <w:b/>
        </w:rPr>
        <w:t xml:space="preserve">[06:00] </w:t>
      </w:r>
      <w:r>
        <w:t>sirf unki wife aur unke father they, uh, followed him. to wapas aaye woh Makkah aur Rasool Allah se kaha ke maine bohat koshish ki, bohat da'wati kaam kiya apni tribe mein, lekin kisi ne meri, mujhe response nahi diya.</w:t>
      </w:r>
    </w:p>
    <w:p>
      <w:pPr>
        <w:jc w:val="right"/>
      </w:pPr>
      <w:r>
        <w:t>صرف ان کی wife اور ان کے father they, uh, followed him. تو واپس آئے وہ مکہ اور رسول اللہ سے کہا کہ میں نے بہت کوشش کی، بہت دعوتی کام کیا اپنی tribe میں، لیکن کسی نے میری، مجھے response نہیں دیا۔</w:t>
      </w:r>
    </w:p>
    <w:p>
      <w:r>
        <w:rPr>
          <w:b/>
        </w:rPr>
        <w:t xml:space="preserve">[06:16] </w:t>
      </w:r>
      <w:r>
        <w:t>to aap bad dua kariye, pray against them, destroy ho jayein woh. to Rasool Allah ne hath aasman ki taraf uthaya aur kaha Allahumma ihdi Ṭufayl Allahumma ihdi Ṭufayl Allahumma ihdi Ṭufayl ke aye Allah, Ṭufayl ko hidayat de.</w:t>
      </w:r>
    </w:p>
    <w:p>
      <w:pPr>
        <w:jc w:val="right"/>
      </w:pPr>
      <w:r>
        <w:t>تو آپ بد دعا کریے، pray against them, destroy ہو جائیں وہ۔ تو رسول اللہ نے ہاتھ آسمان کی طرف اٹھایا اور کہا اللهم اهد دوثا اللهم اهد دوثا اللهم اهد دوثا کہ اے اللہ، دوست کو ہدایت دے۔</w:t>
      </w:r>
    </w:p>
    <w:p>
      <w:r>
        <w:rPr>
          <w:b/>
        </w:rPr>
        <w:t xml:space="preserve">[06:30] </w:t>
      </w:r>
      <w:r>
        <w:t>ji. Ṭufayl ko hidayat de.</w:t>
      </w:r>
    </w:p>
    <w:p>
      <w:pPr>
        <w:jc w:val="right"/>
      </w:pPr>
      <w:r>
        <w:t>جی۔ دوست کو ہدایت دے۔</w:t>
      </w:r>
    </w:p>
    <w:p>
      <w:r>
        <w:rPr>
          <w:b/>
        </w:rPr>
        <w:t xml:space="preserve">[06:33] </w:t>
      </w:r>
      <w:r>
        <w:t>to woh phir gaye aur jab phir gaye aur phir unhone da'wati kaam kiya to about one hundred homes, uh, accepted his call.</w:t>
      </w:r>
    </w:p>
    <w:p>
      <w:pPr>
        <w:jc w:val="right"/>
      </w:pPr>
      <w:r>
        <w:t>تو وہ پھر گئے اور جب پھر گئے اور پھر انہوں نے دعوتی کام کیا تو about one hundred homes, uh, accepted his call.</w:t>
      </w:r>
    </w:p>
    <w:p>
      <w:r>
        <w:rPr>
          <w:b/>
        </w:rPr>
        <w:t xml:space="preserve">[06:45] </w:t>
      </w:r>
      <w:r>
        <w:t>About three hundred, four hundred people, they entered into the fold of, uh, Prophet's mission. ji. to and Abu Huraira was one of them.</w:t>
      </w:r>
    </w:p>
    <w:p>
      <w:pPr>
        <w:jc w:val="right"/>
      </w:pPr>
      <w:r>
        <w:t>About three hundred, four hundred people, they entered into the fold of, uh, Prophet's mission. جی۔ تو and Abu Huraira was one of them.</w:t>
      </w:r>
    </w:p>
    <w:p>
      <w:r>
        <w:rPr>
          <w:b/>
        </w:rPr>
        <w:t xml:space="preserve">[06:57] </w:t>
      </w:r>
      <w:r>
        <w:t>ji.</w:t>
      </w:r>
    </w:p>
    <w:p>
      <w:pPr>
        <w:jc w:val="right"/>
      </w:pPr>
      <w:r>
        <w:t>جی۔</w:t>
      </w:r>
    </w:p>
    <w:p>
      <w:r>
        <w:rPr>
          <w:b/>
        </w:rPr>
        <w:t xml:space="preserve">[06:58] </w:t>
      </w:r>
      <w:r>
        <w:t>to phir kuch saalon ke baad, aah, Umar ibn al-Dawsi, aah, Hazrat Ṭufayl ibn Amr al-Dawsi, aah, aaye, aah, he migrated to Madinah and he started living there.</w:t>
      </w:r>
    </w:p>
    <w:p>
      <w:pPr>
        <w:jc w:val="right"/>
      </w:pPr>
      <w:r>
        <w:t>تو پھر کچھ سالوں کے بعد، آہ، عمر ابن الدوسی، آہ، حضرت طفیل ابن عمر الدوسی، آہ، آئے، آہ، he migrated to مدینہ and he started living there.</w:t>
      </w:r>
    </w:p>
    <w:p>
      <w:r>
        <w:rPr>
          <w:b/>
        </w:rPr>
        <w:t xml:space="preserve">[07:11] </w:t>
      </w:r>
      <w:r>
        <w:t>kuch saalon ke baad. to us waqt Hazrat Abu Huraira bhi sath mein aaye the. ji.</w:t>
      </w:r>
    </w:p>
    <w:p>
      <w:pPr>
        <w:jc w:val="right"/>
      </w:pPr>
      <w:r>
        <w:t>کچھ سالوں کے بعد۔ تو اس وقت حضرت ابو ہریرہ بھی ساتھ میں آئے تھے۔ جی۔</w:t>
      </w:r>
    </w:p>
    <w:p>
      <w:r>
        <w:rPr>
          <w:b/>
        </w:rPr>
        <w:t xml:space="preserve">[07:18] </w:t>
      </w:r>
      <w:r>
        <w:t>to ab aap dekhein ke Hazrat Abu Huraira ko lane wale, jaise aap ne kaha, Hazrat Umar ibn al-Dawsi, Ṭufayl ibn Amr al-Dawsi hain, to kitna sawab mil raha hoga unko.</w:t>
      </w:r>
    </w:p>
    <w:p>
      <w:pPr>
        <w:jc w:val="right"/>
      </w:pPr>
      <w:r>
        <w:t>تو اب آپ دیکھیں کہ حضرت ابو ہریرہ کو لانے والے، جیسے آپ نے کہا، حضرت عمر ابن الدوسی، طفیل ابن عمر الدوسی ہیں، تو کتنا ثواب مل رہا ہوگا ان کو۔</w:t>
      </w:r>
    </w:p>
    <w:p>
      <w:r>
        <w:rPr>
          <w:b/>
        </w:rPr>
        <w:t xml:space="preserve">[07:32] </w:t>
      </w:r>
      <w:r>
        <w:t>ji yaqeenan. ke aaj tak aap koi bhi hadith ki kitab uthayein aur hadithein parhne lagein to jaise aap parhein ge, waise aayega 'an Abi Hurayrah qala qala Rasool Allah sallallahu 'alayhi wa sallam</w:t>
      </w:r>
    </w:p>
    <w:p>
      <w:pPr>
        <w:jc w:val="right"/>
      </w:pPr>
      <w:r>
        <w:t>جی یقینا۔ کہ آج تک آپ کوئی بھی حدیث کی کتاب اٹھائیں اور حدیثیں پڑھنے لگیں تو جیسے آپ پڑھیں گے، ویسے آئے گا عن ابی ہریرہ قال قال رسول اللہ صلی اللہ علیہ وسلم</w:t>
      </w:r>
    </w:p>
    <w:p>
      <w:r>
        <w:rPr>
          <w:b/>
        </w:rPr>
        <w:t xml:space="preserve">[07:47] </w:t>
      </w:r>
      <w:r>
        <w:t>ke this hadith is narrated by Abu Huraira. ji. do teen hadith parhein ge to ek zaroor is mein hogi. to ab zahir hai Hazrat Umar ibn Hazrat Ṭufayl ibn Amr al-Dawsi ki koshishon se yeh aaye the, to zahir hai unko bhi perpetual, eternal sawab milta rahega jab tak dunya qaim rahe gi.</w:t>
      </w:r>
    </w:p>
    <w:p>
      <w:pPr>
        <w:jc w:val="right"/>
      </w:pPr>
      <w:r>
        <w:t>کہ this hadith is narrated by Abu Huraira. جی۔ دو تین حدیث پڑھیں گے تو ایک ضرور اس میں ہوگی۔ تو اب ظاہر ہے حضرت عمر ابن حضرت طفیل ابن عمر الدوسی کی کوششوں سے یہ آئے تھے، تو ظاہر ہے ان کو بھی perpetual، eternal ثواب ملتا رہے گا جب تک دنیا قائم رہے گی۔</w:t>
      </w:r>
    </w:p>
    <w:p>
      <w:r>
        <w:rPr>
          <w:b/>
        </w:rPr>
        <w:t xml:space="preserve">[08:07] </w:t>
      </w:r>
      <w:r>
        <w:t>to da'wati kaam jo hai, woh bhi isi nawiyat ka hai. ji.</w:t>
      </w:r>
    </w:p>
    <w:p>
      <w:pPr>
        <w:jc w:val="right"/>
      </w:pPr>
      <w:r>
        <w:t>تو دعوتی کام جو ہے، وہ بھی اسی نوعیت کا ہے۔ جی۔</w:t>
      </w:r>
    </w:p>
    <w:p>
      <w:r>
        <w:rPr>
          <w:b/>
        </w:rPr>
        <w:t xml:space="preserve">[08:11] </w:t>
      </w:r>
      <w:r>
        <w:t>ke agar aap ne da'wati kaam kiya, kisi ko literature pohanchaya, Quran ki koi copy pohanchayi, jab tak woh us ke paas rahe ga, ji, us se faida hoga to inshallah aap ko bhi us se faida hoga.</w:t>
      </w:r>
    </w:p>
    <w:p>
      <w:pPr>
        <w:jc w:val="right"/>
      </w:pPr>
      <w:r>
        <w:t>کہ اگر آپ نے دعوتی کام کیا، کسی کو literature پہنچایا، قرآن کی کوئی copy پہنچائی، جب تک وہ اس کے پاس رہے گا، جی، اس سے فائدہ ہوگا تو انشاءاللہ آپ کو بھی اس سے فائدہ ہوگا۔</w:t>
      </w:r>
    </w:p>
    <w:p>
      <w:r>
        <w:rPr>
          <w:b/>
        </w:rPr>
        <w:t xml:space="preserve">[08:23] </w:t>
      </w:r>
      <w:r>
        <w:t>to yeh ek bara acha sabak milta hai hamein is waqe se. bilkul. aur doctor sahib, yeh jo aap ne bhi bataya ke jis tarah Rasool Allah ne hath utha kar dua kari, to hum logon ke liye bhi ek yeh bohat bara example hai, ek model hai Prophet ki life se ke hamein kisi ke liye bad dua nahi karni chahiye.</w:t>
      </w:r>
    </w:p>
    <w:p>
      <w:pPr>
        <w:jc w:val="right"/>
      </w:pPr>
      <w:r>
        <w:t>تو یہ ایک بڑا اچھا سبق ملتا ہے ہمیں اس واقعے سے۔ بالکل۔ اور ڈاکٹر صاحب، یہ جو آپ نے بھی بتایا کہ جس طرح رسول اللہ نے ہاتھ اٹھا کے دعا کری، تو ہم لوگوں کے لیے بھی ایک یہ بہت بڑا example ہے، ایک model ہے Prophet کی life سے کہ ہمیں کسی کے لیے بد دعا نہیں کرنی چاہیے۔</w:t>
      </w:r>
    </w:p>
    <w:p>
      <w:r>
        <w:rPr>
          <w:b/>
        </w:rPr>
        <w:t xml:space="preserve">[08:38] </w:t>
      </w:r>
      <w:r>
        <w:t>We should always be well-wishers about other people, especially madhu. Aur hamesha hopeful rehna chahiye ke jis tarike se.</w:t>
      </w:r>
    </w:p>
    <w:p>
      <w:pPr>
        <w:jc w:val="right"/>
      </w:pPr>
      <w:r>
        <w:t>We should always be well-wishers about other people, especially مدھو۔ اور ہمیشہ hopeful رہنا چاہیے کہ جس طریقے سے۔</w:t>
      </w:r>
    </w:p>
    <w:p>
      <w:r>
        <w:rPr>
          <w:b/>
        </w:rPr>
        <w:t xml:space="preserve">[08:46] </w:t>
      </w:r>
      <w:r>
        <w:t>nahi, yeh bohat bara point hai aap ne jo bataya hai. aaj kal aap dekh rahe hain ke koi bhi baat hoti hai to log madhu ke khilaf bolne lagte hain.</w:t>
      </w:r>
    </w:p>
    <w:p>
      <w:pPr>
        <w:jc w:val="right"/>
      </w:pPr>
      <w:r>
        <w:t>نہیں، یہ بہت بڑا point ہے آپ نے جو بتایا ہے۔ آج کل آپ دیکھ رہے ہیں کہ کوئی بھی بات ہوتی ہے تو لوگ مدھو کے خلاف بولنے لگتے ہیں۔</w:t>
      </w:r>
    </w:p>
    <w:p>
      <w:r>
        <w:rPr>
          <w:b/>
        </w:rPr>
        <w:t xml:space="preserve">[08:57] </w:t>
      </w:r>
      <w:r>
        <w:t>bilkul. Negative boli aur aaj kal to bohat zyada ho raha hai social media</w:t>
      </w:r>
    </w:p>
    <w:p>
      <w:pPr>
        <w:jc w:val="right"/>
      </w:pPr>
      <w:r>
        <w:t>بالکل۔ Negative بولی اور آج کل تو بہت زیادہ ہو رہا ہے social میڈ</w:t>
      </w:r>
    </w:p>
    <w:p>
      <w:r>
        <w:rPr>
          <w:b/>
        </w:rPr>
        <w:t xml:space="preserve">[09:01] </w:t>
      </w:r>
      <w:r>
        <w:t>ya peh. to yeh mein samajhta hoon haraam hai. ke aap ke dil mein madhu ke liye, jis ko aap ko dawat deni hai, bohat hi gehre jazbaat hone chaahiye.</w:t>
      </w:r>
    </w:p>
    <w:p>
      <w:pPr>
        <w:jc w:val="right"/>
      </w:pPr>
      <w:r>
        <w:t>یا پہ۔ تو یہ میں سمجھتا ہوں حرام ہے۔ کہ آپ کے دل میں مدھو کے لیے، جس کو آپ کو دعوت دینی ہے، بہت ہی گہرے جذبات ہونے چاہیے۔</w:t>
      </w:r>
    </w:p>
    <w:p>
      <w:r>
        <w:rPr>
          <w:b/>
        </w:rPr>
        <w:t xml:space="preserve">[09:11] </w:t>
      </w:r>
      <w:r>
        <w:t>aap duaen karen, aap ro ro ke duaen karen un ke liye. ji. to aur aur koi bhi aisa lafz jo, aah, jis mein nafrat shamil ho, woh woh hargiz nahin munh se nikalna chaahiye.</w:t>
      </w:r>
    </w:p>
    <w:p>
      <w:pPr>
        <w:jc w:val="right"/>
      </w:pPr>
      <w:r>
        <w:t>آپ دعائیں کریں، آپ رو رو کے دعائیں کریں ان کے لیے۔ جی۔ تو اور اور کوئی بھی ایسا لفظ جو، آہ، جس میں نفرت شامل ہو، وہ وہ ہرگز نہیں منہ سے نکالنا چاہیے۔</w:t>
      </w:r>
    </w:p>
    <w:p>
      <w:r>
        <w:rPr>
          <w:b/>
        </w:rPr>
        <w:t xml:space="preserve">[09:25] </w:t>
      </w:r>
      <w:r>
        <w:t>bilkul doctor sahib, aap dekhen agar rasool Allah dua nahin karte to hazrat abu huraira shayad nahin milte. aur agar woh nahin milte to un ki jo itni zabardast paanch hazar se zyada traditions hain, hum tak nahin pahachtin.</w:t>
      </w:r>
    </w:p>
    <w:p>
      <w:pPr>
        <w:jc w:val="right"/>
      </w:pPr>
      <w:r>
        <w:t>بالکل ڈاکٹر صاحب، آپ دیکھیں اگر رسول اللہ دعا نہیں کرتے تو حضرت ابو ہریرہ شاید نہیں ملتے۔ اور اگر وہ نہیں ملتے تو ان کی جو اتنی زبردست پانچ ہزار سے زیادہ traditions ہیں، ہم تک نہیں پہنچتیں۔</w:t>
      </w:r>
    </w:p>
    <w:p>
      <w:r>
        <w:rPr>
          <w:b/>
        </w:rPr>
        <w:t xml:space="preserve">[09:36] </w:t>
      </w:r>
      <w:r>
        <w:t>khazana hai. itna important hai. treasure hai islam ka woh. doctor sahib, before I proceed further, kyunke aap ne yeh bohat achhe se is ko zikr kiya, is meeting ka, to kuch aap yeh bhi bataen ke what was the first meeting with Prophet about?</w:t>
      </w:r>
    </w:p>
    <w:p>
      <w:pPr>
        <w:jc w:val="right"/>
      </w:pPr>
      <w:r>
        <w:t>خزانہ ہے۔ اتنا important ہے۔ Treasure ہے اسلام کا وہ۔ ڈاکٹر صاحب، before I proceed further، کیونکہ آپ نے یہ بہت اچھے سے اس کو ذکر کیا، اس meeting کا، تو کچھ آپ یہ بھی بتائیں کہ what was the first meeting with Prophet about?</w:t>
      </w:r>
    </w:p>
    <w:p>
      <w:r>
        <w:rPr>
          <w:b/>
        </w:rPr>
        <w:t xml:space="preserve">[09:51] </w:t>
      </w:r>
      <w:r>
        <w:t>It must have been, I mean, of course it's a historic meeting as we know, but thora sa is meeting ke bare mein bhi hum sab ko bataen. ji. to jab pehli baar aaye, aah, hazrat abu huraira to batate hain ke when I first met the Prophet, he was about to leave for khyber.</w:t>
      </w:r>
    </w:p>
    <w:p>
      <w:pPr>
        <w:jc w:val="right"/>
      </w:pPr>
      <w:r>
        <w:t>It must have been, I mean, of course it's a historic meeting as we know, but تھوڑا سا اس meeting کے بارے میں بھی ہم سب کو بتائیں۔ جی۔ تو جب پہلی بار آئے، آہ، حضرت ابو ہریرہ تو بتاتے ہیں کہ when I first met the Prophet, he was about to leave for خیبر۔</w:t>
      </w:r>
    </w:p>
    <w:p>
      <w:r>
        <w:rPr>
          <w:b/>
        </w:rPr>
        <w:t xml:space="preserve">[10:07] </w:t>
      </w:r>
      <w:r>
        <w:t>khyber ka aik safar hua tha rasool Allah ka.</w:t>
      </w:r>
    </w:p>
    <w:p>
      <w:pPr>
        <w:jc w:val="right"/>
      </w:pPr>
      <w:r>
        <w:t>خیبر کا ایک سفر ہوا تھا رسول اللہ کا۔</w:t>
      </w:r>
    </w:p>
    <w:p>
      <w:r>
        <w:rPr>
          <w:b/>
        </w:rPr>
        <w:t xml:space="preserve">[10:10] </w:t>
      </w:r>
      <w:r>
        <w:t>to us waqt woh wahan the, aah, rasool Allah ke, aah, khyber jaane wale the.</w:t>
      </w:r>
    </w:p>
    <w:p>
      <w:pPr>
        <w:jc w:val="right"/>
      </w:pPr>
      <w:r>
        <w:t>تو اس وقت وہ وہاں تھے، آہ، رسول اللہ کے، آہ، خیبر جانے والے تھے۔</w:t>
      </w:r>
    </w:p>
    <w:p>
      <w:r>
        <w:rPr>
          <w:b/>
        </w:rPr>
        <w:t xml:space="preserve">[10:19] </w:t>
      </w:r>
      <w:r>
        <w:t>aur kehte hain ke نشأت یتيماً وهاجرت مسكيناً ke I was, aah, I grew up as an orphan.</w:t>
      </w:r>
    </w:p>
    <w:p>
      <w:pPr>
        <w:jc w:val="right"/>
      </w:pPr>
      <w:r>
        <w:t>اور کہتے ہیں کہ نشأت یتيماً وهاجرت مسكيناً کہ I was, آہ, I grew up as an orphan.</w:t>
      </w:r>
    </w:p>
    <w:p>
      <w:r>
        <w:rPr>
          <w:b/>
        </w:rPr>
        <w:t xml:space="preserve">[10:29] </w:t>
      </w:r>
      <w:r>
        <w:t>He was also an orphan. I grew up as an orphan and migrated as a poor man. ji.</w:t>
      </w:r>
    </w:p>
    <w:p>
      <w:pPr>
        <w:jc w:val="right"/>
      </w:pPr>
      <w:r>
        <w:t>He was also an orphan. I grew up as an orphan and migrated as a poor man. جی۔</w:t>
      </w:r>
    </w:p>
    <w:p>
      <w:r>
        <w:rPr>
          <w:b/>
        </w:rPr>
        <w:t xml:space="preserve">[10:38] </w:t>
      </w:r>
      <w:r>
        <w:t>نشأت یتيماً وهاجرت مسكيناً to jab rasool Allah sallallahu alaihi wasallam ne pehli baar dekha un ko to poocha ke aap kis qabeelay se ho tum?</w:t>
      </w:r>
    </w:p>
    <w:p>
      <w:pPr>
        <w:jc w:val="right"/>
      </w:pPr>
      <w:r>
        <w:t>نشأت یتيماً وهاجرت مسكيناً تو جب رسول اللہ صلی اللہ علیہ وسلم نے پہلی بار دیکھا ان کو تو پوچھا کہ آپ کس قبیلے سے ہو تم؟</w:t>
      </w:r>
    </w:p>
    <w:p>
      <w:r>
        <w:rPr>
          <w:b/>
        </w:rPr>
        <w:t xml:space="preserve">[10:50] </w:t>
      </w:r>
      <w:r>
        <w:t>Which tribe are you from? to unhon ne kaha ke أنا من قبيلة داس من اليمن. I am from, uh, Daws tribe from Yemen.</w:t>
      </w:r>
    </w:p>
    <w:p>
      <w:pPr>
        <w:jc w:val="right"/>
      </w:pPr>
      <w:r>
        <w:t>Which tribe are you from? تو انہوں نے کہا کہ أنا من قبيلة داس من اليمن. I am from, uh, Daws tribe from Yemen.</w:t>
      </w:r>
    </w:p>
    <w:p>
      <w:r>
        <w:rPr>
          <w:b/>
        </w:rPr>
        <w:t xml:space="preserve">[11:03] </w:t>
      </w:r>
      <w:r>
        <w:t>to kehte hain ke I was about thirty years old when I first met the Prophet. And he says the first prayer that I prayed in in Medina, in Prophet's mosque, was Fajr prayer.</w:t>
      </w:r>
    </w:p>
    <w:p>
      <w:pPr>
        <w:jc w:val="right"/>
      </w:pPr>
      <w:r>
        <w:t>تو کہتے ہیں کہ I was about thirty years old when I first met the Prophet. And he says the first prayer that I prayed in in Medina, in Prophet's mosque, was Fajr prayer.</w:t>
      </w:r>
    </w:p>
    <w:p>
      <w:r>
        <w:rPr>
          <w:b/>
        </w:rPr>
        <w:t xml:space="preserve">[11:17] </w:t>
      </w:r>
      <w:r>
        <w:t>And even he remembers, uh, the, uh, verses that the Imam read in first and second Raq'</w:t>
      </w:r>
    </w:p>
    <w:p>
      <w:pPr>
        <w:jc w:val="right"/>
      </w:pPr>
      <w:r>
        <w:t>And even he remembers, uh, the, uh, verses that the Imam read in first and second Raq'</w:t>
      </w:r>
    </w:p>
    <w:p>
      <w:r>
        <w:rPr>
          <w:b/>
        </w:rPr>
        <w:t xml:space="preserve">[11:27] </w:t>
      </w:r>
      <w:r>
        <w:t>ah. He said, he said that in the first Raq'ah the Imam read Surah Al-Maryam, Surah Maryam. And in the second Raq'ah the Imam read Surah Al-Muttaff</w:t>
      </w:r>
    </w:p>
    <w:p>
      <w:pPr>
        <w:jc w:val="right"/>
      </w:pPr>
      <w:r>
        <w:t>ah. He said, he said that in the first Raq'ah the Imam read Surah Al-Maryam, Surah Maryam. And in the second Raq'ah the Imam read Surah Al-Muttaff</w:t>
      </w:r>
    </w:p>
    <w:p>
      <w:r>
        <w:rPr>
          <w:b/>
        </w:rPr>
        <w:t xml:space="preserve">[11:39] </w:t>
      </w:r>
      <w:r>
        <w:t>ifin. to this shows his, uh, uh, memory. yaani kitni zabardast memory thi ke unhein yeh bhi yaad hai ke pehli rakat mein imam ne kaun si surat parhi aur doosri rakat mein kaun si surat parhi.</w:t>
      </w:r>
    </w:p>
    <w:p>
      <w:pPr>
        <w:jc w:val="right"/>
      </w:pPr>
      <w:r>
        <w:t>ifin. تو this shows his, uh, uh, memory. یعنی کتنی زبردست memory تھی کہ انہیں یہ بھی یاد ہے کہ پہلی رکعت میں امام نے کون سی سورت پڑھی اور دوسری رکعت میں کون سی سورت پڑھی۔</w:t>
      </w:r>
    </w:p>
    <w:p>
      <w:r>
        <w:rPr>
          <w:b/>
        </w:rPr>
        <w:t xml:space="preserve">[11:53] </w:t>
      </w:r>
      <w:r>
        <w:t>aur kehte hain ke uh, I was hired by the daughter of Ghazwan, uh, in return for food and ride their camel by turn.</w:t>
      </w:r>
    </w:p>
    <w:p>
      <w:pPr>
        <w:jc w:val="right"/>
      </w:pPr>
      <w:r>
        <w:t>اور کہتے ہیں کہ uh, I was hired by the daughter of Ghazwan, uh, in return for food and ride their camel by turn.</w:t>
      </w:r>
    </w:p>
    <w:p>
      <w:r>
        <w:rPr>
          <w:b/>
        </w:rPr>
        <w:t xml:space="preserve">[12:04] </w:t>
      </w:r>
      <w:r>
        <w:t>aur kehte hain ke when they stopped and camped, I would gather firewood for them. And I would sing, uh, to motivate their camel.</w:t>
      </w:r>
    </w:p>
    <w:p>
      <w:pPr>
        <w:jc w:val="right"/>
      </w:pPr>
      <w:r>
        <w:t>اور کہتے ہیں کہ when they stopped and camped, I would gather firewood for them. And I would sing, uh, to motivate their camel.</w:t>
      </w:r>
    </w:p>
    <w:p>
      <w:r>
        <w:rPr>
          <w:b/>
        </w:rPr>
        <w:t xml:space="preserve">[12:12] </w:t>
      </w:r>
      <w:r>
        <w:t>ji. Camel ko thora sa gana parta hai tabhi woh sahi chalta hai warna camel bara mushkil janwar hai. achha. janwar hai. ji. Interesting. to haan kehte hain ke praise be to Allah who caused this religion to prevail and made Abu Huraira Imam.</w:t>
      </w:r>
    </w:p>
    <w:p>
      <w:pPr>
        <w:jc w:val="right"/>
      </w:pPr>
      <w:r>
        <w:t>جی۔ Camel کو تھوڑا سا گانا پڑتا ہے تبھی وہ صحیح چلتا ہے ورنہ camel بڑا مشکل جانور ہے۔ اچھا۔ جانور ہے۔ جی۔ Interesting. تو ہاں کہتے ہیں کہ praise be to Allah who caused this religion to prevail and made Abu Huraira Imam.</w:t>
      </w:r>
    </w:p>
    <w:p>
      <w:r>
        <w:rPr>
          <w:b/>
        </w:rPr>
        <w:t xml:space="preserve">[12:29] </w:t>
      </w:r>
      <w:r>
        <w:t>yaani maula ne kehte the na apne past ko yaad kar ke Allah ka shukar ada karna.</w:t>
      </w:r>
    </w:p>
    <w:p>
      <w:pPr>
        <w:jc w:val="right"/>
      </w:pPr>
      <w:r>
        <w:t>یعنی مولا نے کہتے تھے نا اپنے past کو یاد کر کے اللہ کا شکر ادا کرنا۔</w:t>
      </w:r>
    </w:p>
    <w:p>
      <w:r>
        <w:rPr>
          <w:b/>
        </w:rPr>
        <w:t xml:space="preserve">[12:34] </w:t>
      </w:r>
      <w:r>
        <w:t>ji. to is ki kai misalen milti hain. yeh bohat achhi baat hai ke unhon ne kaha ke Allah taala ne mujhe imam banaya.</w:t>
      </w:r>
    </w:p>
    <w:p>
      <w:pPr>
        <w:jc w:val="right"/>
      </w:pPr>
      <w:r>
        <w:t>جی۔ تو اس کی کئی مثالیں ملتی ہیں۔ یہ بہت اچھی بات ہے کہ انہوں نے کہا کہ اللہ تعالی نے مجھے امام بنایا۔</w:t>
      </w:r>
    </w:p>
    <w:p>
      <w:r>
        <w:rPr>
          <w:b/>
        </w:rPr>
        <w:t xml:space="preserve">[12:45] </w:t>
      </w:r>
      <w:r>
        <w:t>aur kehte hain ke I accompanied with the Prophet for about three years. haalanke teen mahine, saat, aah, teen saal, saat mahine rahe.</w:t>
      </w:r>
    </w:p>
    <w:p>
      <w:pPr>
        <w:jc w:val="right"/>
      </w:pPr>
      <w:r>
        <w:t>اور کہتے ہیں کہ I accompanied with the Prophet for about three years. حالانکہ تین مہینے، سات، آہ، تین سال، سات مہینے رہے۔</w:t>
      </w:r>
    </w:p>
    <w:p>
      <w:r>
        <w:rPr>
          <w:b/>
        </w:rPr>
        <w:t xml:space="preserve">[12:56] </w:t>
      </w:r>
      <w:r>
        <w:t>A little. haan, almost four year. aur kehte hain ke وأقمت معه حتى توفي. And I stayed with him till he passed away.</w:t>
      </w:r>
    </w:p>
    <w:p>
      <w:pPr>
        <w:jc w:val="right"/>
      </w:pPr>
      <w:r>
        <w:t>A little. ہاں، almost four year۔ اور کہتے ہیں کہ وأقمت معه حتى توفي. And I stayed with him till he passed away.</w:t>
      </w:r>
    </w:p>
    <w:p>
      <w:r>
        <w:rPr>
          <w:b/>
        </w:rPr>
        <w:t xml:space="preserve">[13:06] </w:t>
      </w:r>
      <w:r>
        <w:t>aur aur kehte hain ke وأدور معه في بيوت نسائه. I used to visit with him even in the houses of his wives.</w:t>
      </w:r>
    </w:p>
    <w:p>
      <w:pPr>
        <w:jc w:val="right"/>
      </w:pPr>
      <w:r>
        <w:t>اور اور کہتے ہیں کہ وأدور معه في بيوت نسائه. I used to visit with him even in the houses of his wives.</w:t>
      </w:r>
    </w:p>
    <w:p>
      <w:r>
        <w:rPr>
          <w:b/>
        </w:rPr>
        <w:t xml:space="preserve">[13:18] </w:t>
      </w:r>
      <w:r>
        <w:t>وأخدمه and I would serve him. وأغزو and I would go with him in battles. وأحج</w:t>
      </w:r>
    </w:p>
    <w:p>
      <w:pPr>
        <w:jc w:val="right"/>
      </w:pPr>
      <w:r>
        <w:t>وأخدمه and I would serve him. وأغزو and I would go with him in battles. وأحج</w:t>
      </w:r>
    </w:p>
    <w:p>
      <w:r>
        <w:rPr>
          <w:b/>
        </w:rPr>
        <w:t xml:space="preserve">[13:27] </w:t>
      </w:r>
      <w:r>
        <w:t>معه and I would go to perform Hajj with him. وأصلي خلفه and I would pray behind him. aur phir kehte hain ke فكنت والله عالم الناس ب حدیثہ.</w:t>
      </w:r>
    </w:p>
    <w:p>
      <w:pPr>
        <w:jc w:val="right"/>
      </w:pPr>
      <w:r>
        <w:t>معه and I would go to perform Hajj with him. وأصلي خلفه and I would pray behind him. اور پھر کہتے ہیں کہ فكنت والله عالم الناس بحدیثہ.</w:t>
      </w:r>
    </w:p>
    <w:p>
      <w:r>
        <w:rPr>
          <w:b/>
        </w:rPr>
        <w:t xml:space="preserve">[13:40] </w:t>
      </w:r>
      <w:r>
        <w:t>I swear to God that I became one of the most knowledgeable persons in regard to his hadith. Ji. To yeh yani bohat hi, aah, jo dedication tha, chounkay Rasool Allah ke sath saaye ki tarah rehte thay.</w:t>
      </w:r>
    </w:p>
    <w:p>
      <w:pPr>
        <w:jc w:val="right"/>
      </w:pPr>
      <w:r>
        <w:t>I swear to God that I became one of the most knowledgeable persons in regard to his hadith. جی۔ تو یہ یعنی بہت ہی، آہ، جو dedication تھا، چونکہ رسول اللہ کے ساتھ سائے کی طرح رہتے تھے۔</w:t>
      </w:r>
    </w:p>
    <w:p>
      <w:r>
        <w:rPr>
          <w:b/>
        </w:rPr>
        <w:t xml:space="preserve">[13:56] </w:t>
      </w:r>
      <w:r>
        <w:t>Ji ji. To is ki wajah se yeh bohat bara kaam. Ji. Kar sake. Ji. Doctor sahib, bilkul sun ke to aisa lag raha hai ke he was truly blessed to have such close proximity with the Prophet Muhammad.</w:t>
      </w:r>
    </w:p>
    <w:p>
      <w:pPr>
        <w:jc w:val="right"/>
      </w:pPr>
      <w:r>
        <w:t>جی جی۔ تو اس کی وجہ سے یہ بہت بڑا کام۔ جی۔ کر سکے۔ جی۔ ڈاکٹر صاحب، بالکل سن کے تو ایسا لگ رہا ہے کہ he was truly blessed to have such close proximity with the Prophet Muhammad.</w:t>
      </w:r>
    </w:p>
    <w:p>
      <w:r>
        <w:rPr>
          <w:b/>
        </w:rPr>
        <w:t xml:space="preserve">[14:09] </w:t>
      </w:r>
      <w:r>
        <w:t>And that's the reason that he is able to pass on so many traditions to humanity.</w:t>
      </w:r>
    </w:p>
    <w:p>
      <w:pPr>
        <w:jc w:val="right"/>
      </w:pPr>
      <w:r>
        <w:t>And that's the reason that he is able to pass on so many traditions to humanity.</w:t>
      </w:r>
    </w:p>
    <w:p>
      <w:r>
        <w:rPr>
          <w:b/>
        </w:rPr>
        <w:t xml:space="preserve">[14:15] </w:t>
      </w:r>
      <w:r>
        <w:t>Doctor sahib, aah, aah, Abu Hurairah was also one of the Ashab al-Suffah. And as we know that they were the people who were companions of the Prophet, and they lived closer, uh, to the mosque of the Prophet.</w:t>
      </w:r>
    </w:p>
    <w:p>
      <w:pPr>
        <w:jc w:val="right"/>
      </w:pPr>
      <w:r>
        <w:t>ڈاکٹر صاحب، آہ، آہ، ابو ہریرہ was also one of the اصحاب الصفہ. And as we know that they were the people who were companions of the Prophet, and they lived closer, uh, to the mosque of the Prophet.</w:t>
      </w:r>
    </w:p>
    <w:p>
      <w:r>
        <w:rPr>
          <w:b/>
        </w:rPr>
        <w:t xml:space="preserve">[14:29] </w:t>
      </w:r>
      <w:r>
        <w:t>Uh, they faced a lot of hardship. To mein chahoon ga in ke baray mein aap batayein who were these people? Is ke baray mein bhi batayein aap. Haan, jo Ashab al-Suffah, suffah kehte hain shade ko, chounkay un ke liye Prophet ne masjid mein peechay ki taraf aik shade banwa diya tha, to usi se naam par gaya un ko.</w:t>
      </w:r>
    </w:p>
    <w:p>
      <w:pPr>
        <w:jc w:val="right"/>
      </w:pPr>
      <w:r>
        <w:t>Uh, they faced a lot of hardship. تو میں چاہوں گا ان کے بارے میں آپ بتائیں who were these people? اس کے بارے میں بھی بتائیں آپ۔ ہاں، جو اصحاب الصفہ، صفہ کہتے ہیں شیڈ کو، چونکہ ان کے لیے Prophet نے مسجد میں پیچھے کی طرف ایک شیڈ بنوا دیا تھا، تو اسی سے نام پڑ گیا ان کو۔</w:t>
      </w:r>
    </w:p>
    <w:p>
      <w:r>
        <w:rPr>
          <w:b/>
        </w:rPr>
        <w:t xml:space="preserve">[14:45] </w:t>
      </w:r>
      <w:r>
        <w:t>To woh, woh homeless log thay jin ke paas na rehnay ka tha na khanay ka kuch intizam tha. To woh aik tarah se they were guests of the Prophet.</w:t>
      </w:r>
    </w:p>
    <w:p>
      <w:pPr>
        <w:jc w:val="right"/>
      </w:pPr>
      <w:r>
        <w:t>تو وہ، وہ homeless لوگ تھے جن کے پاس نہ رہنے کا تھا نہ کھانے کا کچھ انتظام تھا۔ تو وہ ایک طریقے سے they were guests of the Prophet.</w:t>
      </w:r>
    </w:p>
    <w:p>
      <w:r>
        <w:rPr>
          <w:b/>
        </w:rPr>
        <w:t xml:space="preserve">[14:55] </w:t>
      </w:r>
      <w:r>
        <w:t>To masjid mein rehte thay. Ji. Aur, aah, jo bhi, aah, jab bhi Rasool Allah sal-lal-lahu alaihi wa-sal-lam bahar aate thay ghar se to, aah, yani they were actually students.</w:t>
      </w:r>
    </w:p>
    <w:p>
      <w:pPr>
        <w:jc w:val="right"/>
      </w:pPr>
      <w:r>
        <w:t>تو مسجد میں رہتے تھے۔ جی۔ اور، آہ، جو بھی، آہ، جب بھی رسول اللہ صلی اللہ علیہ وسلم باہر آتے تھے گھر سے تو، آہ، یعنی they were actually students.</w:t>
      </w:r>
    </w:p>
    <w:p>
      <w:r>
        <w:rPr>
          <w:b/>
        </w:rPr>
        <w:t xml:space="preserve">[15:06] </w:t>
      </w:r>
      <w:r>
        <w:t>To woh Rasool Allah ki baatein sun sunte thay. Aur ab Abu Hurairah was sort of head of that</w:t>
      </w:r>
    </w:p>
    <w:p>
      <w:pPr>
        <w:jc w:val="right"/>
      </w:pPr>
      <w:r>
        <w:t>تو وہ رسول اللہ کی باتیں سن سنتے تھے۔ اور اب ابو ہریرہ was sort of head of that</w:t>
      </w:r>
    </w:p>
    <w:p>
      <w:r>
        <w:rPr>
          <w:b/>
        </w:rPr>
        <w:t xml:space="preserve">[15:13] </w:t>
      </w:r>
      <w:r>
        <w:t>group. To woh log aate rehte thay aur jatay rehte thay. Maximum Hazrat Abu Hurairah ne kaha hai ke maximum mein ne seventy logon ko dekha hai, aah, jo, aah, aah, Ashab al-Suffah.</w:t>
      </w:r>
    </w:p>
    <w:p>
      <w:pPr>
        <w:jc w:val="right"/>
      </w:pPr>
      <w:r>
        <w:t>group. تو وہ لوگ آتے رہتے تھے اور جاتے رہتے تھے۔ Maximum حضرت ابو ہریرہ نے کہا ہے کہ maximum میں نے seventy لوگوں کو دیکھا ہے، آہ، جو، آہ، آہ، اصحاب الصفہ۔</w:t>
      </w:r>
    </w:p>
    <w:p>
      <w:r>
        <w:rPr>
          <w:b/>
        </w:rPr>
        <w:t xml:space="preserve">[15:25] </w:t>
      </w:r>
      <w:r>
        <w:t>Lekin kya hota tha ke kabhi kisi ko koi job mil gaya to woh chala gaya, kabhi kisi ki shadi ho gayi to woh chala gaya. To kuch log aate thay, kuch log jatay thay.</w:t>
      </w:r>
    </w:p>
    <w:p>
      <w:pPr>
        <w:jc w:val="right"/>
      </w:pPr>
      <w:r>
        <w:t>لیکن کیا ہوتا تھا کہ کبھی کسی کو کوئی جاب مل گیا تو وہ چلا گیا، کبھی کسی کی شادی ہو گئی تو وہ چلا گیا۔ تو کچھ لوگ آتے تھے، کچھ لوگ جاتے تھے۔</w:t>
      </w:r>
    </w:p>
    <w:p>
      <w:r>
        <w:rPr>
          <w:b/>
        </w:rPr>
        <w:t xml:space="preserve">[15:35] </w:t>
      </w:r>
      <w:r>
        <w:t>To aisay tees chaalees log aate jatay rehte thay. Aur agar, aah, jo masjid ke peechay jo area tha, agar aap ab jayein Masjid Nabawi to aap yeh dekhein ge, aah, jo Bab Jibrael hai.</w:t>
      </w:r>
    </w:p>
    <w:p>
      <w:pPr>
        <w:jc w:val="right"/>
      </w:pPr>
      <w:r>
        <w:t>تو ایسے تیس چالیس لوگ آتے جاتے رہتے تھے۔ اور اگر، آہ، جو مسجد کے پیچھے جو area تھا، اگر آپ اب جائیں مسجد نبوی تو آپ یہ دیکھیں گے، آہ، جو باب جبرائیل ہے۔</w:t>
      </w:r>
    </w:p>
    <w:p>
      <w:r>
        <w:rPr>
          <w:b/>
        </w:rPr>
        <w:t xml:space="preserve">[15:53] </w:t>
      </w:r>
      <w:r>
        <w:t>Ji.</w:t>
      </w:r>
    </w:p>
    <w:p>
      <w:pPr>
        <w:jc w:val="right"/>
      </w:pPr>
      <w:r>
        <w:t>جی۔</w:t>
      </w:r>
    </w:p>
    <w:p>
      <w:r>
        <w:rPr>
          <w:b/>
        </w:rPr>
        <w:t xml:space="preserve">[15:54] </w:t>
      </w:r>
      <w:r>
        <w:t>Bab, Bab Jibrael se agar aap aagay ki taraf, andar ki taraf jayein ge to Bab Nisa, jo women's door hai, gate hai, us ke paas yeh aik, aah, aik platform sa bana hua hai.</w:t>
      </w:r>
    </w:p>
    <w:p>
      <w:pPr>
        <w:jc w:val="right"/>
      </w:pPr>
      <w:r>
        <w:t>باب، باب جبرائیل سے اگر آپ آگے کی طرف، اندر کی طرف جائیں گے تو باب نساء، جو women's door ہے، gate ہے، اس کے پاس یہ ایک، آہ، ایک پلیٹ فارم سا بنا ہوا ہے۔</w:t>
      </w:r>
    </w:p>
    <w:p>
      <w:r>
        <w:rPr>
          <w:b/>
        </w:rPr>
        <w:t xml:space="preserve">[16:09] </w:t>
      </w:r>
      <w:r>
        <w:t>Yeh, yeh platform hai. Aur yeh, yeh usi ko, aah, indicate karta hai ke yahi woh jagah thi jahan Ashab al-Suffah</w:t>
      </w:r>
    </w:p>
    <w:p>
      <w:pPr>
        <w:jc w:val="right"/>
      </w:pPr>
      <w:r>
        <w:t>یہ، یہ پلیٹ فارم ہے۔ اور یہ، یہ اسی کو، آہ، indicate کرتا ہے کہ یہی وہ جگہ تھی جہاں اصحاب الصفہ</w:t>
      </w:r>
    </w:p>
    <w:p>
      <w:r>
        <w:rPr>
          <w:b/>
        </w:rPr>
        <w:t xml:space="preserve">[16:17] </w:t>
      </w:r>
      <w:r>
        <w:t>rehte thay. Masha Allah. Thora aik aur view hai, is mein aur clear ho jata hai ke yeh platform hai. Yeh aap dekh rahe hain ke yeh platform hai.</w:t>
      </w:r>
    </w:p>
    <w:p>
      <w:pPr>
        <w:jc w:val="right"/>
      </w:pPr>
      <w:r>
        <w:t>رہتے تھے۔ ماشاءاللہ۔ تھوڑا ایک اور view ہے، اس میں اور clear ہو جاتا ہے کہ یہ پلیٹ فارم ہے۔ یہ آپ دیکھ رہے ہیں کہ یہ پلیٹ فارم ہے۔</w:t>
      </w:r>
    </w:p>
    <w:p>
      <w:r>
        <w:rPr>
          <w:b/>
        </w:rPr>
        <w:t xml:space="preserve">[16:27] </w:t>
      </w:r>
      <w:r>
        <w:t>Ji. To kabhi bhi agar jayein aap Masjid Nabawi, inshallah, to yeh zaroor dekhein. Masha Allah. Wahan likha nahi hai lekin yeh hai jagah.</w:t>
      </w:r>
    </w:p>
    <w:p>
      <w:pPr>
        <w:jc w:val="right"/>
      </w:pPr>
      <w:r>
        <w:t>جی۔ تو کبھی بھی اگر جائیں آپ مسجد نبوی، انشاءاللہ، تو یہ ضرور دیکھیں۔ ماشاءاللہ۔ وہاں لکھا نہیں ہے لیکن یہ ہے جگہ۔</w:t>
      </w:r>
    </w:p>
    <w:p>
      <w:r>
        <w:rPr>
          <w:b/>
        </w:rPr>
        <w:t xml:space="preserve">[16:36] </w:t>
      </w:r>
      <w:r>
        <w:t>Batate hain log. To is tarah ki kai sari cheezein Masjid Nabawi mein hain jo tareekhi hain, to woh log batate hain is ko.</w:t>
      </w:r>
    </w:p>
    <w:p>
      <w:pPr>
        <w:jc w:val="right"/>
      </w:pPr>
      <w:r>
        <w:t>بتاتے ہیں لوگ۔ تو اس طرح کی کئی ساری چیزیں مسجد نبوی میں ہیں جو تاریخی ہیں، تو وہ لوگ بتاتے ہیں اس کو۔</w:t>
      </w:r>
    </w:p>
    <w:p>
      <w:r>
        <w:rPr>
          <w:b/>
        </w:rPr>
        <w:t xml:space="preserve">[16:47] </w:t>
      </w:r>
      <w:r>
        <w:t>Ji. To, aah,</w:t>
      </w:r>
    </w:p>
    <w:p>
      <w:pPr>
        <w:jc w:val="right"/>
      </w:pPr>
      <w:r>
        <w:t>جی۔ تو، آہ،</w:t>
      </w:r>
    </w:p>
    <w:p>
      <w:r>
        <w:rPr>
          <w:b/>
        </w:rPr>
        <w:t xml:space="preserve">[16:57] </w:t>
      </w:r>
      <w:r>
        <w:t>Aik baar ab halaat aisay mushkil ho gaye thay ke khanay peenay ke liye kuch nahi hota tha. Ji.</w:t>
      </w:r>
    </w:p>
    <w:p>
      <w:pPr>
        <w:jc w:val="right"/>
      </w:pPr>
      <w:r>
        <w:t>ایک بار اب حالات ایسے مشکل ہو گئے تھے کہ کھانے پینے کے لیے کچھ نہیں ہوتا تھا۔ جی۔</w:t>
      </w:r>
    </w:p>
    <w:p>
      <w:r>
        <w:rPr>
          <w:b/>
        </w:rPr>
        <w:t xml:space="preserve">[17:04] </w:t>
      </w:r>
      <w:r>
        <w:t>To, aah, Prophet ne aik baar masjid mein announce kiya ke the food for one person should be enough for two.</w:t>
      </w:r>
    </w:p>
    <w:p>
      <w:pPr>
        <w:jc w:val="right"/>
      </w:pPr>
      <w:r>
        <w:t>تو، آہ، Prophet نے ایک بار مسجد میں announce کیا کہ the food for one person should be enough for two.</w:t>
      </w:r>
    </w:p>
    <w:p>
      <w:r>
        <w:rPr>
          <w:b/>
        </w:rPr>
        <w:t xml:space="preserve">[17:15] </w:t>
      </w:r>
      <w:r>
        <w:t>And the food for two should be enough for three. And the food for three should be enough for four. Yani yeh matlab hai ke Madina ke logon se kaha hai ke jo bhi tumhare paas extra food hai, bring that to the masjid and share it with Ashab al-Suffah.</w:t>
      </w:r>
    </w:p>
    <w:p>
      <w:pPr>
        <w:jc w:val="right"/>
      </w:pPr>
      <w:r>
        <w:t>And the food for two should be enough for three. And the food for three should be enough for four. یعنی یہ مطلب ہے کہ مدینہ کے لوگوں سے کہا ہے کہ جو بھی تمہارے پاس extra food ہے، bring that to the مسجد and share it with اصحاب الصفہ۔</w:t>
      </w:r>
    </w:p>
    <w:p>
      <w:r>
        <w:rPr>
          <w:b/>
        </w:rPr>
        <w:t xml:space="preserve">[17:31] </w:t>
      </w:r>
      <w:r>
        <w:t>Chounkay is qadar difficult halaat thay.</w:t>
      </w:r>
    </w:p>
    <w:p>
      <w:pPr>
        <w:jc w:val="right"/>
      </w:pPr>
      <w:r>
        <w:t>کیونکہ اس قدر difficult حالات تھے۔</w:t>
      </w:r>
    </w:p>
    <w:p>
      <w:r>
        <w:rPr>
          <w:b/>
        </w:rPr>
        <w:t xml:space="preserve">[17:34] </w:t>
      </w:r>
      <w:r>
        <w:t>To aisay hi jab harvest season hota tha, hmm, aur wahan par khajoor, pata hai, khajoor ki woh hoti hai dates, to jab bhi harvest season hota tha to Ansar zyada tar, aah, kheti waghera karte thay.</w:t>
      </w:r>
    </w:p>
    <w:p>
      <w:pPr>
        <w:jc w:val="right"/>
      </w:pPr>
      <w:r>
        <w:t>تو ایسے ہی جب harvest season ہوتا تھا، ہمم، اور وہاں پر کھجور، پتہ ہے، کھجور کی وہ ہوتی ہے dates، تو جب بھی harvest season ہوتا تھا تو انصار زیادہ تر، آہ، کھیتی وغیرہ کرتے تھے۔</w:t>
      </w:r>
    </w:p>
    <w:p>
      <w:r>
        <w:rPr>
          <w:b/>
        </w:rPr>
        <w:t xml:space="preserve">[17:50] </w:t>
      </w:r>
      <w:r>
        <w:t>To woh, aah, pehla jo un ka crop hota tha, woh le ke aate thay aur masjid mein tang dete thay. Hmm. To Ashab al-Suffah dekhte thay, phir woh is mein se aa ke, ji, lete thay.</w:t>
      </w:r>
    </w:p>
    <w:p>
      <w:pPr>
        <w:jc w:val="right"/>
      </w:pPr>
      <w:r>
        <w:t>تو وہ، آہ، پہلا جو ان کا crop ہوتا تھا، وہ لے کے آتے تھے اور مسجد میں ٹانگ دیتے تھے۔ ہمم۔ تو اصحاب الصفہ دیکھتے تھے، پھر وہ اس میں سے آ کے، جی، لیتے تھے۔</w:t>
      </w:r>
    </w:p>
    <w:p>
      <w:r>
        <w:rPr>
          <w:b/>
        </w:rPr>
        <w:t xml:space="preserve">[18:02] </w:t>
      </w:r>
      <w:r>
        <w:t>To yeh, aah, aur aap ko yaad hai hum ne Hazrat Fatima R.A. ka kiya tha aik session, to is mein yeh tha ke un ko aik servant ki zaroorat thi.</w:t>
      </w:r>
    </w:p>
    <w:p>
      <w:pPr>
        <w:jc w:val="right"/>
      </w:pPr>
      <w:r>
        <w:t>تو یہ، آہ، اور آپ کو یاد ہے ہم نے حضرت فاطمہ رضی اللہ عنہا کا کیا تھا ایک session، تو اس میں یہ تھا کہ ان کو ایک servant کی ضرورت تھی۔</w:t>
      </w:r>
    </w:p>
    <w:p>
      <w:r>
        <w:rPr>
          <w:b/>
        </w:rPr>
        <w:t xml:space="preserve">[18:13] </w:t>
      </w:r>
      <w:r>
        <w:t>to woh gaen. Hazrat Ali ne bhi kaha ke jaao aur, aah, apne father se ek servant le lo, choonke aaj kal kuch aaye hue hain log.</w:t>
      </w:r>
    </w:p>
    <w:p>
      <w:pPr>
        <w:jc w:val="right"/>
      </w:pPr>
      <w:r>
        <w:t>تو وہ گئیں۔ حضرت علی نے بھی کہا کہ جاؤ اور، آہ، اپنے father سے ایک servant لے لو، چونکہ آج کل کچھ آئے ہوئے ہیں لوگ۔</w:t>
      </w:r>
    </w:p>
    <w:p>
      <w:r>
        <w:rPr>
          <w:b/>
        </w:rPr>
        <w:t xml:space="preserve">[18:22] </w:t>
      </w:r>
      <w:r>
        <w:t>to gaen aur kaha ke mere haath mein chhaale pad gaye hain aur meri kamar mein dard hota hai, to aap ek servant deden, jo khaadim, jo meri madad kare.</w:t>
      </w:r>
    </w:p>
    <w:p>
      <w:pPr>
        <w:jc w:val="right"/>
      </w:pPr>
      <w:r>
        <w:t>تو گئیں اور کہا کہ میرے ہاتھ میں چھالے پڑ گئے ہیں اور میری کمر میں درد ہوتا ہے، تو آپ ایک servant دے دیں، جو خادم، جو میری مدد کرے۔</w:t>
      </w:r>
    </w:p>
    <w:p>
      <w:r>
        <w:rPr>
          <w:b/>
        </w:rPr>
        <w:t xml:space="preserve">[18:31] </w:t>
      </w:r>
      <w:r>
        <w:t>to Rasool Allah ne kaha tha uss waqt ke I cannot give you a servant. While the people of Suffa lie hungry.</w:t>
      </w:r>
    </w:p>
    <w:p>
      <w:pPr>
        <w:jc w:val="right"/>
      </w:pPr>
      <w:r>
        <w:t>تو رسول اللہ نے کہا تھا اس وقت کہ I cannot give you a servant. While the people of Suffa lie hungry.</w:t>
      </w:r>
    </w:p>
    <w:p>
      <w:r>
        <w:rPr>
          <w:b/>
        </w:rPr>
        <w:t xml:space="preserve">[18:43] </w:t>
      </w:r>
      <w:r>
        <w:t>kitni zabardast baat kahi hai. It shows his integrity. haalanke Rasool Allah das servant de sakte</w:t>
      </w:r>
    </w:p>
    <w:p>
      <w:pPr>
        <w:jc w:val="right"/>
      </w:pPr>
      <w:r>
        <w:t>کتنی زبردست بات کہی ہے۔ It shows his integrity. حالانکہ رسول اللہ دس servant دے سکتے</w:t>
      </w:r>
    </w:p>
    <w:p>
      <w:r>
        <w:rPr>
          <w:b/>
        </w:rPr>
        <w:t xml:space="preserve">[18:50] </w:t>
      </w:r>
      <w:r>
        <w:t>the. Ji. Lekin apni beti, jo sab se mehboob thi, Fatima, uss se kaha ke nahin, yeh servant nahin doonga main. Choonke I have to, uh, see, uh, the, uh, the, the problems of Ashab-e-Suffa.</w:t>
      </w:r>
    </w:p>
    <w:p>
      <w:pPr>
        <w:jc w:val="right"/>
      </w:pPr>
      <w:r>
        <w:t>تھے۔ جی۔ لیکن اپنی بیٹی، جو سب سے محبوب تھی، فاطمہ، اس سے کہا کہ نہیں، یہ servant نہیں دوں گا میں۔ چونکہ I have to, uh, see, uh, the, uh, the, the problems of اصحاب الصفہ۔</w:t>
      </w:r>
    </w:p>
    <w:p>
      <w:r>
        <w:rPr>
          <w:b/>
        </w:rPr>
        <w:t xml:space="preserve">[19:04] </w:t>
      </w:r>
      <w:r>
        <w:t>Ji.</w:t>
      </w:r>
    </w:p>
    <w:p>
      <w:pPr>
        <w:jc w:val="right"/>
      </w:pPr>
      <w:r>
        <w:t>جی۔</w:t>
      </w:r>
    </w:p>
    <w:p>
      <w:r>
        <w:rPr>
          <w:b/>
        </w:rPr>
        <w:t xml:space="preserve">[19:05] </w:t>
      </w:r>
      <w:r>
        <w:t>to yeh, aah, aah, aisi ek ek sahabi aap ko sirf andaaza karne ke liye ek misaal le raha hoon.</w:t>
      </w:r>
    </w:p>
    <w:p>
      <w:pPr>
        <w:jc w:val="right"/>
      </w:pPr>
      <w:r>
        <w:t>تو یہ، آہ، آہ، ایسی ایک ایک صحابی آپ کو صرف اندازہ کرنے کے لیے ایک مثال لے رہا ہوں۔</w:t>
      </w:r>
    </w:p>
    <w:p>
      <w:r>
        <w:rPr>
          <w:b/>
        </w:rPr>
        <w:t xml:space="preserve">[19:14] </w:t>
      </w:r>
      <w:r>
        <w:t>ek ek sahabi the, aaj woh bhi Ashab-e-Suffa ke mein the aur woh he was a young sahabi. Ji. To un ka naam tha Rabi'a ibn Ka'b al-Aslami.</w:t>
      </w:r>
    </w:p>
    <w:p>
      <w:pPr>
        <w:jc w:val="right"/>
      </w:pPr>
      <w:r>
        <w:t>ایک ایک صحابی تھے، آج وہ بھی اصحاب الصفہ کے میں تھے اور وہ he was a young صحابی۔ جی۔ تو ان کا نام تھا ربیعہ ابن کعب الاسلمی۔</w:t>
      </w:r>
    </w:p>
    <w:p>
      <w:r>
        <w:rPr>
          <w:b/>
        </w:rPr>
        <w:t xml:space="preserve">[19:26] </w:t>
      </w:r>
      <w:r>
        <w:t>Aslam ek tribe ka naam hai. Hmm. To woh Aslami log kehte hain, woh jo iss tribe se</w:t>
      </w:r>
    </w:p>
    <w:p>
      <w:pPr>
        <w:jc w:val="right"/>
      </w:pPr>
      <w:r>
        <w:t>اسلم ایک tribe کا نام ہے۔ ہمم۔ تو وہ اسلمی لوگ کہتے ہیں، وہ جو اس tribe سے</w:t>
      </w:r>
    </w:p>
    <w:p>
      <w:r>
        <w:rPr>
          <w:b/>
        </w:rPr>
        <w:t xml:space="preserve">[19:32] </w:t>
      </w:r>
      <w:r>
        <w:t>. So he was a young sahabi. And he would, uh, act sort of khaadim to the Prophet.</w:t>
      </w:r>
    </w:p>
    <w:p>
      <w:pPr>
        <w:jc w:val="right"/>
      </w:pPr>
      <w:r>
        <w:t>۔ So he was a young صحابی۔ And he would, uh, act sort of خادم to the Prophet۔</w:t>
      </w:r>
    </w:p>
    <w:p>
      <w:r>
        <w:rPr>
          <w:b/>
        </w:rPr>
        <w:t xml:space="preserve">[19:41] </w:t>
      </w:r>
      <w:r>
        <w:t>yaani kuch, koi, koi chhota mota kaam hai ke yeh saamaan le aao ya kuch le aao. So he would sleep right in front of the Prophet's door.</w:t>
      </w:r>
    </w:p>
    <w:p>
      <w:pPr>
        <w:jc w:val="right"/>
      </w:pPr>
      <w:r>
        <w:t>یعنی کچھ، کوئی، کوئی چھوٹا موٹا کام ہے کہ یہ سامان لے آؤ یا کچھ لے آؤ۔ So he would sleepright in front of the Prophet's door.</w:t>
      </w:r>
    </w:p>
    <w:p>
      <w:r>
        <w:rPr>
          <w:b/>
        </w:rPr>
        <w:t xml:space="preserve">[19:50] </w:t>
      </w:r>
      <w:r>
        <w:t>choonke masjid aur ghar Rasool Allah ka mila hua</w:t>
      </w:r>
    </w:p>
    <w:p>
      <w:pPr>
        <w:jc w:val="right"/>
      </w:pPr>
      <w:r>
        <w:t>چونکہ مسجد اور گھر رسول اللہ کا ملا ہوا</w:t>
      </w:r>
    </w:p>
    <w:p>
      <w:r>
        <w:rPr>
          <w:b/>
        </w:rPr>
        <w:t xml:space="preserve">[19:54] </w:t>
      </w:r>
      <w:r>
        <w:t>tha. To jo Prophet ka ghar ka darwaaza tha, bilkul koi saamne rehte the, wahin sote the. Taake jab bhi zaroorat ho Rasool Allah ko aawaaz dein to foran ja ke kuch kaam kar dein, koi chhota mota.</w:t>
      </w:r>
    </w:p>
    <w:p>
      <w:pPr>
        <w:jc w:val="right"/>
      </w:pPr>
      <w:r>
        <w:t>تھا۔ تو جو Prophet کا گھر کا دروازہ تھا، بالکل کوئی سامنے رہتے تھے، وہیں سوتے تھے۔ تاکہ جب بھی ضرورت ہو رسول اللہ کو آواز دیں تو فوراً جا کے کچھ کام کر دیں، کوئی چھوٹا موٹا۔</w:t>
      </w:r>
    </w:p>
    <w:p>
      <w:r>
        <w:rPr>
          <w:b/>
        </w:rPr>
        <w:t xml:space="preserve">[20:05] </w:t>
      </w:r>
      <w:r>
        <w:t>to ek din Prophet ne knock kiya, aawaaz di to woh uth gaye aur foran, aah, labbaik ya Rasool Allah keh ke gaye aur paani laaye.</w:t>
      </w:r>
    </w:p>
    <w:p>
      <w:pPr>
        <w:jc w:val="right"/>
      </w:pPr>
      <w:r>
        <w:t>تو ایک دن Prophet نے knock کیا، آواز دی تو وہ اٹھ گئے اور فوراً، آہ، لبیک یا رسول اللہ کہہ کے گئے اور پانی لائے۔</w:t>
      </w:r>
    </w:p>
    <w:p>
      <w:r>
        <w:rPr>
          <w:b/>
        </w:rPr>
        <w:t xml:space="preserve">[20:17] </w:t>
      </w:r>
      <w:r>
        <w:t>t</w:t>
      </w:r>
    </w:p>
    <w:p>
      <w:pPr>
        <w:jc w:val="right"/>
      </w:pPr>
      <w:r>
        <w:t>ت</w:t>
      </w:r>
    </w:p>
    <w:p>
      <w:r>
        <w:rPr>
          <w:b/>
        </w:rPr>
        <w:t xml:space="preserve">[20:18] </w:t>
      </w:r>
      <w:r>
        <w:t>Hajr ka waqt tha to paani la ke Prophet ki help ki. Woh Prophet ne wuzu kiya. To uss waqt Rasool Allah ne dekha un ki, un ki problems ko, kaha ke kuch tum chahte ho to batao, kuch maango.</w:t>
      </w:r>
    </w:p>
    <w:p>
      <w:pPr>
        <w:jc w:val="right"/>
      </w:pPr>
      <w:r>
        <w:t>ہجد کا وقت تھا تو پانی لا کے Prophet کی help کی۔ وہ Prophet نے وضو کیا۔ تو اس وقت رسول اللہ نے دیکھا ان کی، ان کی problems کو، کہا کہ کچھ تم چاہتے ہو تو بتاؤ، کچھ مانگو۔</w:t>
      </w:r>
    </w:p>
    <w:p>
      <w:r>
        <w:rPr>
          <w:b/>
        </w:rPr>
        <w:t xml:space="preserve">[20:34] </w:t>
      </w:r>
      <w:r>
        <w:t>to unhon ne socha, to unhon ne kaha ke bas main aap ki companionship chahta hoon jannat mein. Hmm</w:t>
      </w:r>
    </w:p>
    <w:p>
      <w:pPr>
        <w:jc w:val="right"/>
      </w:pPr>
      <w:r>
        <w:t>تو انہوں نے سوچا، تو انہوں نے کہا کہ بس میں آپ کی companionship چاہتا ہوں جنت میں۔ ہمم</w:t>
      </w:r>
    </w:p>
    <w:p>
      <w:r>
        <w:rPr>
          <w:b/>
        </w:rPr>
        <w:t xml:space="preserve">[20:42] </w:t>
      </w:r>
      <w:r>
        <w:t>. To Rasool Allah ne kaha ke nahin bhai, kuch matlab aakhirat ki baat nahin, dunya ki koi cheez ho to batao. You need a house, you need a wife, you need a family, you need money, whatever you need.</w:t>
      </w:r>
    </w:p>
    <w:p>
      <w:pPr>
        <w:jc w:val="right"/>
      </w:pPr>
      <w:r>
        <w:t>۔ تو رسول اللہ نے کہا کہ نہیں بھئی، کچھ مطلب آخرت کی بات نہیں، دنیا کی کوئی چیز ہو تو بتاؤ۔ You need a house, you need a wife, you need a family, you need money, whatever you need.</w:t>
      </w:r>
    </w:p>
    <w:p>
      <w:r>
        <w:rPr>
          <w:b/>
        </w:rPr>
        <w:t xml:space="preserve">[20:53] </w:t>
      </w:r>
      <w:r>
        <w:t>Ji. Yaani Rasool Allah dua kar dete to aasmaan se sona baras jaata. To phir unhon ne wohi kaha. You know, I need your companionship in Jannah.</w:t>
      </w:r>
    </w:p>
    <w:p>
      <w:pPr>
        <w:jc w:val="right"/>
      </w:pPr>
      <w:r>
        <w:t>جی۔ یعنی رسول اللہ دعا کر دیتے تو آسمان سے سونا برس جاتا۔ تو پھر انہوں نے وہی کہا۔ You know, I need your companionship in Jannah.</w:t>
      </w:r>
    </w:p>
    <w:p>
      <w:r>
        <w:rPr>
          <w:b/>
        </w:rPr>
        <w:t xml:space="preserve">[21:03] </w:t>
      </w:r>
      <w:r>
        <w:t>to Rasool Allah ne kaha achha tum ne bahut bhaari cheez maangi hai mujh se. Ji. To tum thoda sajdon ko apna badhao. Ji. To uss se pata chalta hai ke kis tarah ke, hmm, log the, kitna dedication tha un ka.</w:t>
      </w:r>
    </w:p>
    <w:p>
      <w:pPr>
        <w:jc w:val="right"/>
      </w:pPr>
      <w:r>
        <w:t>تو رسول اللہ نے کہا اچھا تم نے بہت بھاری چیز مانگی ہے مجھ سے۔ جی۔ تو تم تھوڑا سجدوں کو اپنا بڑھاؤ۔ جی۔ تو اس سے پتہ چلتا ہے کہ کس طرح کے، ہمم، لوگ تھے، کتنا dedication تھا ان کا۔</w:t>
      </w:r>
    </w:p>
    <w:p>
      <w:r>
        <w:rPr>
          <w:b/>
        </w:rPr>
        <w:t xml:space="preserve">[21:15] </w:t>
      </w:r>
      <w:r>
        <w:t>Ji. Haalanke kitne difficult haalaat se guzar rahe the. Bilkul. Khaane peene ke liye kapde nahin hote the. Yaani Hazrat Abu Huraira kehte hain ke</w:t>
      </w:r>
    </w:p>
    <w:p>
      <w:pPr>
        <w:jc w:val="right"/>
      </w:pPr>
      <w:r>
        <w:t>جی۔ حالانکہ کتنے difficult حالات سے گزر رہے تھے۔ بالکل۔ کھانے پینے کے لیے کپڑے نہیں ہوتے تھے۔ یعنی حضرت ابو ہریرہ کہتے ہیں کہ</w:t>
      </w:r>
    </w:p>
    <w:p>
      <w:r>
        <w:rPr>
          <w:b/>
        </w:rPr>
        <w:t xml:space="preserve">[21:23] </w:t>
      </w:r>
      <w:r>
        <w:t>bahut se aise Ashab-e-Suffa mein se log the jin ke paas they don't even have the upper garment. Hmm. Yaani iss iss tarah ke different difficult haalaat se guzre, phir bhi dekhiye kehte hain ke I need your companionship.</w:t>
      </w:r>
    </w:p>
    <w:p>
      <w:pPr>
        <w:jc w:val="right"/>
      </w:pPr>
      <w:r>
        <w:t>بہت سے ایسے اصحاب الصفہ میں سے لوگ تھے جن کے پاس they don't even have the upper garment. ہمم۔ یعنی اس اس طرح کے different difficult حالات سے گزرے، پھر بھی دیکھیے کہتے ہیں کہ I need your companionship.</w:t>
      </w:r>
    </w:p>
    <w:p>
      <w:r>
        <w:rPr>
          <w:b/>
        </w:rPr>
        <w:t xml:space="preserve">[21:37] </w:t>
      </w:r>
      <w:r>
        <w:t>Ji. To bahut hi exceptional log the. Bilkul.</w:t>
      </w:r>
    </w:p>
    <w:p>
      <w:pPr>
        <w:jc w:val="right"/>
      </w:pPr>
      <w:r>
        <w:t>جی۔ تو بہت ہی exceptional لوگ تھے۔ بالکل۔</w:t>
      </w:r>
    </w:p>
    <w:p>
      <w:r>
        <w:rPr>
          <w:b/>
        </w:rPr>
        <w:t xml:space="preserve">[21:41] </w:t>
      </w:r>
      <w:r>
        <w:t>Doctor sahib, it's very hard to imagine, like, from the times that we are in, ke kitni hardships rahi hongi. And I was also reading about, uh, people of the Suffa ke khaana bilkul jaise aap ne bataya, khaana nahin hota tha, kapde nahin hote the.</w:t>
      </w:r>
    </w:p>
    <w:p>
      <w:pPr>
        <w:jc w:val="right"/>
      </w:pPr>
      <w:r>
        <w:t>Doctor صاحب, it's very hard to imagine, like, from the times that we are in, کہ کتنی hardships رہی ہوں گی۔ And I was also reading about, uh, people of the Suffa کہ کھانا بالکل جیسے آپ نے بتایا، کھانا نہیں ہوتا تھا، کپڑے نہیں ہوتے تھے۔</w:t>
      </w:r>
    </w:p>
    <w:p>
      <w:r>
        <w:rPr>
          <w:b/>
        </w:rPr>
        <w:t xml:space="preserve">[21:57] </w:t>
      </w:r>
      <w:r>
        <w:t>In fact, uh, uh, kai baar aisa hota tha aur ek ek incident yeh maine padha ke namaz padhte padhte faint ho jaate the bhook ki wajah se.</w:t>
      </w:r>
    </w:p>
    <w:p>
      <w:pPr>
        <w:jc w:val="right"/>
      </w:pPr>
      <w:r>
        <w:t>In fact, uh, uh, کئی بار ایسا ہوتا تھا اور ایک ایک incident یہ میں نے پڑھا کہ نماز پڑھتے پڑھتے faint ہو جاتے تھے بھوک کی وجہ سے۔</w:t>
      </w:r>
    </w:p>
    <w:p>
      <w:r>
        <w:rPr>
          <w:b/>
        </w:rPr>
        <w:t xml:space="preserve">[22:06] </w:t>
      </w:r>
      <w:r>
        <w:t>to wahan pe jo log hotay thay wo kehtay thay these are the crazy ones. humm. to aik murt</w:t>
      </w:r>
    </w:p>
    <w:p>
      <w:pPr>
        <w:jc w:val="right"/>
      </w:pPr>
      <w:r>
        <w:t>تو وہاں پہ جو لوگ ہوتے تھے وہ کہتے تھے these are the crazy ones. ہمم۔ تو ایک مرت</w:t>
      </w:r>
    </w:p>
    <w:p>
      <w:r>
        <w:rPr>
          <w:b/>
        </w:rPr>
        <w:t xml:space="preserve">[22:11] </w:t>
      </w:r>
      <w:r>
        <w:t>bah majnoon samajhtay thay, samajhtay thay yeh log pagal hain keh. ji. to rasool Allah ne namaz khatam kar ke un ki taraf dekha aur kaha keh uh, if you know what God has kept for you, then you will love more hunger and poverty.</w:t>
      </w:r>
    </w:p>
    <w:p>
      <w:pPr>
        <w:jc w:val="right"/>
      </w:pPr>
      <w:r>
        <w:t>بہ مجنون سمجھتے تھے، سمجھتے تھے یہ لوگ پاگل ہیں کہ۔ جی۔ تو رسول اللہ نے نماز ختم کر کے ان کی طرف دیکھا اور کہا کہ uh, if you know what God has kept for you, then you will love more hunger and poverty.</w:t>
      </w:r>
    </w:p>
    <w:p>
      <w:r>
        <w:rPr>
          <w:b/>
        </w:rPr>
        <w:t xml:space="preserve">[22:25] </w:t>
      </w:r>
      <w:r>
        <w:t>meaning agar aap faith ko follow karo to you can't imagine what reward God has kept for you. aur aap bhook ko aur poverty ko aap ziyada, aah, chaho gay.</w:t>
      </w:r>
    </w:p>
    <w:p>
      <w:pPr>
        <w:jc w:val="right"/>
      </w:pPr>
      <w:r>
        <w:t>Meaning اگر آپ faith کو follow کرو تو you can't imagine what reward God has kept for you. اور آپ بھوک کو اور poverty کو آپ زیادہ، آہ، چاہو گے۔</w:t>
      </w:r>
    </w:p>
    <w:p>
      <w:r>
        <w:rPr>
          <w:b/>
        </w:rPr>
        <w:t xml:space="preserve">[22:35] </w:t>
      </w:r>
      <w:r>
        <w:t>to is qadar ke wo log thay aur jaisay abhi aap ne zikr kiya.</w:t>
      </w:r>
    </w:p>
    <w:p>
      <w:pPr>
        <w:jc w:val="right"/>
      </w:pPr>
      <w:r>
        <w:t>تو اس قدر کے وہ لوگ تھے اور جیسے ابھی آپ نے ذکر کیا۔</w:t>
      </w:r>
    </w:p>
    <w:p>
      <w:r>
        <w:rPr>
          <w:b/>
        </w:rPr>
        <w:t xml:space="preserve">[22:39] </w:t>
      </w:r>
      <w:r>
        <w:t>bilkul. Doctor sahib, aik incident yeh bhi aata hai, aah, un ki zindagi se aik miracle ko le kar, aah, which is related to a bowl of milk.</w:t>
      </w:r>
    </w:p>
    <w:p>
      <w:pPr>
        <w:jc w:val="right"/>
      </w:pPr>
      <w:r>
        <w:t>بالکل۔ Doctor صاحب، ایک incident یہ بھی آتا ہے، آہ، ان کی زندگی سے ایک miracle کو لے کر، آہ، which is related to a bowl of milk.</w:t>
      </w:r>
    </w:p>
    <w:p>
      <w:r>
        <w:rPr>
          <w:b/>
        </w:rPr>
        <w:t xml:space="preserve">[22:48] </w:t>
      </w:r>
      <w:r>
        <w:t>to mein chahoon ga is ke baray mein bhi aap hamein batayein keh kya miracle tha wo Hazrat Abu Hurairah ki zindagi mein. haan, Hazrat Abu Hurairah ka yeh waqia hai, chounkay wo batatay hain keh I was a poor man from the poor men of ashab al-suffah.</w:t>
      </w:r>
    </w:p>
    <w:p>
      <w:pPr>
        <w:jc w:val="right"/>
      </w:pPr>
      <w:r>
        <w:t>تو میں چاہوں گا اس کے بارے میں بھی آپ ہمیں بتائیں کہ کیا miracle تھا وہ حضرت ابو ہریرہ کی زندگی میں۔ ہاں، حضرت ابو ہریرہ کا یہ واقعہ ہے، چونکہ وہ بتاتے ہیں کہ I was a poor man from the poor men of اصحاب الصفہ۔</w:t>
      </w:r>
    </w:p>
    <w:p>
      <w:r>
        <w:rPr>
          <w:b/>
        </w:rPr>
        <w:t xml:space="preserve">[23:06] </w:t>
      </w:r>
      <w:r>
        <w:t>ji.</w:t>
      </w:r>
    </w:p>
    <w:p>
      <w:pPr>
        <w:jc w:val="right"/>
      </w:pPr>
      <w:r>
        <w:t>جی۔</w:t>
      </w:r>
    </w:p>
    <w:p>
      <w:r>
        <w:rPr>
          <w:b/>
        </w:rPr>
        <w:t xml:space="preserve">[23:07] </w:t>
      </w:r>
      <w:r>
        <w:t>to chounkay wo rasool Allah ke sath, un ka sirf aik hi mission tha keh kisi tareeqay se rasool Allah ke sath rahein wo. humm.</w:t>
      </w:r>
    </w:p>
    <w:p>
      <w:pPr>
        <w:jc w:val="right"/>
      </w:pPr>
      <w:r>
        <w:t>تو چونکہ وہ رسول اللہ کے ساتھ، ان کا صرف ایک ہی mission تھا کہ کسی طریقے سے رسول اللہ کے ساتھ رہیں وہ۔ ہمم۔</w:t>
      </w:r>
    </w:p>
    <w:p>
      <w:r>
        <w:rPr>
          <w:b/>
        </w:rPr>
        <w:t xml:space="preserve">[23:15] </w:t>
      </w:r>
      <w:r>
        <w:t>chahay unhein khana milay ya na milay. humm. bhook ho ya piyas ho to kisi na kisi tareeqay se wo rasool Allah ke sath chahtay thay, chounkay kuch baatein sun lein.</w:t>
      </w:r>
    </w:p>
    <w:p>
      <w:pPr>
        <w:jc w:val="right"/>
      </w:pPr>
      <w:r>
        <w:t>چاہے انہیں کھانا ملے یا نہ ملے۔ ہمم۔ بھوک ہو یا پیاس ہو تو کسی نہ کسی طریقے سے وہ رسول اللہ کے ساتھ چاہتے تھے، چونکہ کچھ باتیں سن لیں۔</w:t>
      </w:r>
    </w:p>
    <w:p>
      <w:r>
        <w:rPr>
          <w:b/>
        </w:rPr>
        <w:t xml:space="preserve">[23:26] </w:t>
      </w:r>
      <w:r>
        <w:t>to aik baar, aah, yeh hua keh keh bohat bhook lagi unhein.</w:t>
      </w:r>
    </w:p>
    <w:p>
      <w:pPr>
        <w:jc w:val="right"/>
      </w:pPr>
      <w:r>
        <w:t>تو ایک بار، آہ، یہ ہوا کہ کہ بہت بھوک لگی انہیں۔</w:t>
      </w:r>
    </w:p>
    <w:p>
      <w:r>
        <w:rPr>
          <w:b/>
        </w:rPr>
        <w:t xml:space="preserve">[23:33] </w:t>
      </w:r>
      <w:r>
        <w:t>is qadar bhook lagi, is qadar, aah, aah, bhook lagi keh wo bahir aa ke masjid ke bahir jo rastah tha jahan se log guzartay thay, wahan aa ke baith gaye.</w:t>
      </w:r>
    </w:p>
    <w:p>
      <w:pPr>
        <w:jc w:val="right"/>
      </w:pPr>
      <w:r>
        <w:t>اس قدر بھوک لگی، اس قدر، آہ، آہ، بھوک لگی کہ وہ باہر آ کے مسجد کے باہر جو راستہ تھا جہاں سے لوگ گزرتے تھے، وہاں آ کے بیٹھ گئے۔</w:t>
      </w:r>
    </w:p>
    <w:p>
      <w:r>
        <w:rPr>
          <w:b/>
        </w:rPr>
        <w:t xml:space="preserve">[23:46] </w:t>
      </w:r>
      <w:r>
        <w:t>is umeed se keh koi shayad guzray to is, is ko, i mean, he was too dignified to ask that I am hungry, give me food.</w:t>
      </w:r>
    </w:p>
    <w:p>
      <w:pPr>
        <w:jc w:val="right"/>
      </w:pPr>
      <w:r>
        <w:t>اس امید سے کہ کوئی شاید گزرے تو اس، اس کو، آہ، I mean, he was too dignified to ask that I am hungry, give me food.</w:t>
      </w:r>
    </w:p>
    <w:p>
      <w:r>
        <w:rPr>
          <w:b/>
        </w:rPr>
        <w:t xml:space="preserve">[23:56] </w:t>
      </w:r>
      <w:r>
        <w:t>ji.</w:t>
      </w:r>
    </w:p>
    <w:p>
      <w:pPr>
        <w:jc w:val="right"/>
      </w:pPr>
      <w:r>
        <w:t>جی۔</w:t>
      </w:r>
    </w:p>
    <w:p>
      <w:r>
        <w:rPr>
          <w:b/>
        </w:rPr>
        <w:t xml:space="preserve">[23:57] </w:t>
      </w:r>
      <w:r>
        <w:t>to wo aa ke baith gaye keh koi shayad guzray meri halat ko pehchanay aur meri help karay. to wo aa ke baith gaye to, aah, kehtay hain keh famarra bi Abu Bakr, Abu Bakr Razi Allah Anhu guzray.</w:t>
      </w:r>
    </w:p>
    <w:p>
      <w:pPr>
        <w:jc w:val="right"/>
      </w:pPr>
      <w:r>
        <w:t>تو وہ آ کے بیٹھ گئے کہ کوئی شاید گزرے میری حالت کو پہچانے اور میری help کرے۔ تو وہ آ کے بیٹھ گئے تو، آہ، کہتے ہیں کہ فمرّ بھی ابوبکر، ابوبکر رضی اللہ عنہ گزرے۔</w:t>
      </w:r>
    </w:p>
    <w:p>
      <w:r>
        <w:rPr>
          <w:b/>
        </w:rPr>
        <w:t xml:space="preserve">[24:14] </w:t>
      </w:r>
      <w:r>
        <w:t>to unhon ne aik, aah, sawal poocha aik kisi Quran ki verse ke baray mein. kehtay hain keh mujhe zaroorat nahi thi sawal ki.</w:t>
      </w:r>
    </w:p>
    <w:p>
      <w:pPr>
        <w:jc w:val="right"/>
      </w:pPr>
      <w:r>
        <w:t>تو انہوں نے ایک، آہ، سوال پوچھا ایک کسی قرآن کی verse کے بارے میں۔ کہتے ہیں کہ مجھے ضرورت نہیں تھی سوال کی۔</w:t>
      </w:r>
    </w:p>
    <w:p>
      <w:r>
        <w:rPr>
          <w:b/>
        </w:rPr>
        <w:t xml:space="preserve">[24:22] </w:t>
      </w:r>
      <w:r>
        <w:t>ji. mein ne sirf is liye poocha keh shayad wo mujh se baat karein aur meri jo takleef hai un ko andaza ho. and he would give me some food.</w:t>
      </w:r>
    </w:p>
    <w:p>
      <w:pPr>
        <w:jc w:val="right"/>
      </w:pPr>
      <w:r>
        <w:t>جی۔ میں نے صرف اس لیے پوچھا کہ شاید وہ مجھ سے بات کریں اور میری جو تکلیف ہے ان کو اندازہ ہو۔ And he would give me some food.</w:t>
      </w:r>
    </w:p>
    <w:p>
      <w:r>
        <w:rPr>
          <w:b/>
        </w:rPr>
        <w:t xml:space="preserve">[24:30] </w:t>
      </w:r>
      <w:r>
        <w:t>humm. sirf is liye sawal kiya. to, aah, aah, sa'altu 'an ayat fi Kitab Allah I asked a question from the book of God, from the Quran.</w:t>
      </w:r>
    </w:p>
    <w:p>
      <w:pPr>
        <w:jc w:val="right"/>
      </w:pPr>
      <w:r>
        <w:t>ہمم۔ صرف اس لیے سوال کیا۔ تو، آہ، آہ، سألت عن آية فی کتاب اللہ I asked a question from the book of God, from the Quran.</w:t>
      </w:r>
    </w:p>
    <w:p>
      <w:r>
        <w:rPr>
          <w:b/>
        </w:rPr>
        <w:t xml:space="preserve">[24:42] </w:t>
      </w:r>
      <w:r>
        <w:t>humm. to Hazrat Abu Bakr Razi Allah Anhu ne jawab diya aur wo chalay gaye.</w:t>
      </w:r>
    </w:p>
    <w:p>
      <w:pPr>
        <w:jc w:val="right"/>
      </w:pPr>
      <w:r>
        <w:t>ہمم۔ تو حضرت ابوبکر رضی اللہ عنہ نے جواب دیا اور وہ چلے گئے۔</w:t>
      </w:r>
    </w:p>
    <w:p>
      <w:r>
        <w:rPr>
          <w:b/>
        </w:rPr>
        <w:t xml:space="preserve">[24:49] </w:t>
      </w:r>
      <w:r>
        <w:t>famarra wa lam yaf'al keh he moved on and he didn't do anything. ji. phir kehtay hain keh famarra 'Umar fakadhlik Hazrat Umar Razi Allah Anhu guzray, un un se bhi aik sawal kiya koi verse ke baray mein.</w:t>
      </w:r>
    </w:p>
    <w:p>
      <w:pPr>
        <w:jc w:val="right"/>
      </w:pPr>
      <w:r>
        <w:t>فمرّ ولم يفعل کہ he moved on and he didn't do anything. جی۔ پھر کہتے ہیں کہ فمرّ عمر فكذلك حضرت عمر رضی اللہ عنہ گزرے، ان ان سے بھی ایک سوال کیا کوئی verse کے بارے میں۔</w:t>
      </w:r>
    </w:p>
    <w:p>
      <w:r>
        <w:rPr>
          <w:b/>
        </w:rPr>
        <w:t xml:space="preserve">[25:04] </w:t>
      </w:r>
      <w:r>
        <w:t>to unhon ne bhi jawab diya aur wo bhi chalay gaye. humm. to phir kehtay hain keh hatta marra Abu al-Qasim Abu al-Qasim rasool Allah ke ka nick</w:t>
      </w:r>
    </w:p>
    <w:p>
      <w:pPr>
        <w:jc w:val="right"/>
      </w:pPr>
      <w:r>
        <w:t>تو انہوں نے بھی جواب دیا اور وہ بھی چلے گئے۔ ہمم۔ تو پھر کہتے ہیں کہ حتّى مرّ أبو القاسم ابو القاسم رسول اللہ کے کا nick</w:t>
      </w:r>
    </w:p>
    <w:p>
      <w:r>
        <w:rPr>
          <w:b/>
        </w:rPr>
        <w:t xml:space="preserve">[25:13] </w:t>
      </w:r>
      <w:r>
        <w:t>name tha. hatta marra Abu al-Qasim rasool Allah Sallallahu Alaihi Wasallam fa'arafa ma fi wajhi wa ma fi qalbi And he knew what was on my face and what was in my heart.</w:t>
      </w:r>
    </w:p>
    <w:p>
      <w:pPr>
        <w:jc w:val="right"/>
      </w:pPr>
      <w:r>
        <w:t>name تھا۔ حتّى مرّ أبو القاسم رسول اللہ صلی اللہ علیہ وسلم فعرف ما فی وجهي وما فی قلبي And he knew what was on my face and what was in my heart.</w:t>
      </w:r>
    </w:p>
    <w:p>
      <w:r>
        <w:rPr>
          <w:b/>
        </w:rPr>
        <w:t xml:space="preserve">[25:27] </w:t>
      </w:r>
      <w:r>
        <w:t>yani un ko pata chal gaya rasool Allah ko keh mein bohat bhooka hoon. to bolay, aah, he smiled and he said ya Aba Huraira.</w:t>
      </w:r>
    </w:p>
    <w:p>
      <w:pPr>
        <w:jc w:val="right"/>
      </w:pPr>
      <w:r>
        <w:t>یعنی ان کو پتہ چل گیا رسول اللہ کو کہ میں بہت بھوکا ہوں۔ تو بولے، آہ، he smiled and he said یا ابا حر۔</w:t>
      </w:r>
    </w:p>
    <w:p>
      <w:r>
        <w:rPr>
          <w:b/>
        </w:rPr>
        <w:t xml:space="preserve">[25:38] </w:t>
      </w:r>
      <w:r>
        <w:t>thoda humorous andaaz mein halkay se, aa</w:t>
      </w:r>
    </w:p>
    <w:p>
      <w:pPr>
        <w:jc w:val="right"/>
      </w:pPr>
      <w:r>
        <w:t>تھوڑا humorous انداز میں ہلکے سے، آ</w:t>
      </w:r>
    </w:p>
    <w:p>
      <w:r>
        <w:rPr>
          <w:b/>
        </w:rPr>
        <w:t xml:space="preserve">[25:42] </w:t>
      </w:r>
      <w:r>
        <w:t>ha, Abu Hurairah ke bajaye kaha hai Aba Hurr. asal mein Hur kehtay hain cat ko Arabic mein, isi se Hur hai. to bigger cat, haan, Hurairah is a small cat, kitten.</w:t>
      </w:r>
    </w:p>
    <w:p>
      <w:pPr>
        <w:jc w:val="right"/>
      </w:pPr>
      <w:r>
        <w:t>ہ، ابو ہریرہ کے بجائے کہا ہے ابا حر۔ اصل میں حر کہتے ہیں cat کو Arabic میں، اسی سے حر ہے۔ تو bigger cat، ہاں، ہریرہ is a small cat، kitten۔</w:t>
      </w:r>
    </w:p>
    <w:p>
      <w:r>
        <w:rPr>
          <w:b/>
        </w:rPr>
        <w:t xml:space="preserve">[25:56] </w:t>
      </w:r>
      <w:r>
        <w:t>to unhon ne thoda sa, thoda sa humorous andaaz mein kaha ya Aba Hurr. to unhon ne kaha labbaik ya rasool Allah. to, aah, rasool Allah ne kaha keh keh come let's go</w:t>
      </w:r>
    </w:p>
    <w:p>
      <w:pPr>
        <w:jc w:val="right"/>
      </w:pPr>
      <w:r>
        <w:t>تو انہوں نے تھوڑا سا، تھوڑا سا humorous انداز میں کہا یا ابا حر۔ تو انہوں نے کہا لبیک یا رسول اللہ۔ تو، آہ، رسول اللہ نے کہا کہ کہ come let's go</w:t>
      </w:r>
    </w:p>
    <w:p>
      <w:r>
        <w:rPr>
          <w:b/>
        </w:rPr>
        <w:t xml:space="preserve">[26:09] </w:t>
      </w:r>
      <w:r>
        <w:t>to he started to follow the prophet and reached his home. the prophet knocked, uh, and sought permission. asal mein is zamane mein bare primitive ghar hote thay.</w:t>
      </w:r>
    </w:p>
    <w:p>
      <w:pPr>
        <w:jc w:val="right"/>
      </w:pPr>
      <w:r>
        <w:t>تو he started to follow the Prophet and reached his home. The Prophet knocked, uh, and sought permission. اصل میں اس زمانے میں بڑے primitive گھر ہوتے تھے۔</w:t>
      </w:r>
    </w:p>
    <w:p>
      <w:r>
        <w:rPr>
          <w:b/>
        </w:rPr>
        <w:t xml:space="preserve">[26:19] </w:t>
      </w:r>
      <w:r>
        <w:t>hmm. aaj kal ki tarah nahi, bas ek kamra hota tha, usi mein sab log hote thay, sab saman hota tha, wahi sab kuch hota tha. to knock kar ke permission li.</w:t>
      </w:r>
    </w:p>
    <w:p>
      <w:pPr>
        <w:jc w:val="right"/>
      </w:pPr>
      <w:r>
        <w:t>ہمم۔ آج کل کی طرح نہیں، بس ایک کمرہ ہوتا تھا، اسی میں سب لوگ ہوتے تھے، سب سامان ہوتا تھا، وہی سب کچھ ہوتا تھا۔ تو knock کر کے permission لی۔</w:t>
      </w:r>
    </w:p>
    <w:p>
      <w:r>
        <w:rPr>
          <w:b/>
        </w:rPr>
        <w:t xml:space="preserve">[26:28] </w:t>
      </w:r>
      <w:r>
        <w:t>hmm. to andar gaye dono, prophet bhi aur hazrat abu huraira bhi.</w:t>
      </w:r>
    </w:p>
    <w:p>
      <w:pPr>
        <w:jc w:val="right"/>
      </w:pPr>
      <w:r>
        <w:t>ہمم۔ تو اندر گئے دونوں، Prophet بھی اور حضرت ابو ہریرہ بھی۔</w:t>
      </w:r>
    </w:p>
    <w:p>
      <w:r>
        <w:rPr>
          <w:b/>
        </w:rPr>
        <w:t xml:space="preserve">[26:35] </w:t>
      </w:r>
      <w:r>
        <w:t>to prophet saw there was a picture of milk aur a bowl of milk kept, uh, on on some table or something. so he asked, uh, where do you get it from?</w:t>
      </w:r>
    </w:p>
    <w:p>
      <w:pPr>
        <w:jc w:val="right"/>
      </w:pPr>
      <w:r>
        <w:t>تو Prophet saw there was a picture of milk اور a bowl of milk kept, uh, on on some table or something. So he asked, uh, where do you get it from?</w:t>
      </w:r>
    </w:p>
    <w:p>
      <w:r>
        <w:rPr>
          <w:b/>
        </w:rPr>
        <w:t xml:space="preserve">[26:47] </w:t>
      </w:r>
      <w:r>
        <w:t>jo ghar mein log thay, ghaliban hazrat aisha r.a. se poocha. to unhon ne kaha such and such ansari sent this bowl of milk for you as a gift.</w:t>
      </w:r>
    </w:p>
    <w:p>
      <w:pPr>
        <w:jc w:val="right"/>
      </w:pPr>
      <w:r>
        <w:t>جو گھر میں لوگ تھے، غالباً حضرت عائشہ رضی اللہ عنہا سے پوچھا۔ تو انہوں نے کہا such and such Ansari sent this bowl of milk for you as a gift.</w:t>
      </w:r>
    </w:p>
    <w:p>
      <w:r>
        <w:rPr>
          <w:b/>
        </w:rPr>
        <w:t xml:space="preserve">[26:56] </w:t>
      </w:r>
      <w:r>
        <w:t>hmm. yani is waqt ghar mein ek glass doodh bhi nahi hota tha. hmm. doodh bhi koi bhejta tha ek gift ke taur</w:t>
      </w:r>
    </w:p>
    <w:p>
      <w:pPr>
        <w:jc w:val="right"/>
      </w:pPr>
      <w:r>
        <w:t>ہمم۔ یعنی اس وقت گھر میں ایک گلاس دودھ بھی نہیں ہوتا تھا۔ ہمم۔ دودھ بھی کوئی بھیجتا تھا ایک gift کے طور</w:t>
      </w:r>
    </w:p>
    <w:p>
      <w:r>
        <w:rPr>
          <w:b/>
        </w:rPr>
        <w:t xml:space="preserve">[27:03] </w:t>
      </w:r>
      <w:r>
        <w:t>peh. to rasoolullah ne kaha ya aba hurra call all, go and call all the ashab al suffa. to abu huraira ne dil mein socha kaise hoga kaha ke yeh zara sa to doodh hai aur sare logon ko bula rahe hain.</w:t>
      </w:r>
    </w:p>
    <w:p>
      <w:pPr>
        <w:jc w:val="right"/>
      </w:pPr>
      <w:r>
        <w:t>پہ۔ تو رسول اللہ نے کہا یا ابا حر جی call all, go and call all the اصحاب الصفہ۔ تو ابو ہریرہ نے دل میں سوچا کیسے ہوگا کہا کہ یہ ذرا سا تو دودھ ہے اور سارے لوگوں کو بلا رہے ہیں۔</w:t>
      </w:r>
    </w:p>
    <w:p>
      <w:r>
        <w:rPr>
          <w:b/>
        </w:rPr>
        <w:t xml:space="preserve">[27:23] </w:t>
      </w:r>
      <w:r>
        <w:t>aah, aur woh yeh bhi soch rahe thay ke sab se pehle to mujhe zaroorat hai. yani is qadar un ko</w:t>
      </w:r>
    </w:p>
    <w:p>
      <w:pPr>
        <w:jc w:val="right"/>
      </w:pPr>
      <w:r>
        <w:t>آہ، اور وہ یہ بھی سوچ رہے تھے کہ سب سے پہلے تو مجھے ضرورت ہے۔ یعنی اس قدر ان کو</w:t>
      </w:r>
    </w:p>
    <w:p>
      <w:r>
        <w:rPr>
          <w:b/>
        </w:rPr>
        <w:t xml:space="preserve">[27:30] </w:t>
      </w:r>
      <w:r>
        <w:t>bhook thi, woh woh chahte thay ke foran mein pi loon use to lekin unhon ne kaha bohat achi baat, aah, apne dil mein unhon ne kaha ke ke i had no choice other than to obey allah and his messenger.</w:t>
      </w:r>
    </w:p>
    <w:p>
      <w:pPr>
        <w:jc w:val="right"/>
      </w:pPr>
      <w:r>
        <w:t>بھوک تھی، وہ وہ چاہتے تھے کہ فوراً میں پی لوں اسے تو لیکن انہوں نے کہا بہت اچھی بات، آہ، اپنے دل میں انہوں نے کہا کہ کہ I had no choice other than to obey اللہ and his messenger۔</w:t>
      </w:r>
    </w:p>
    <w:p>
      <w:r>
        <w:rPr>
          <w:b/>
        </w:rPr>
        <w:t xml:space="preserve">[27:49] </w:t>
      </w:r>
      <w:r>
        <w:t>hmm. yani yani yeh ek bohat achi baat hai ke jab koi command khuda ka hai aur rasoolullah ka hai to us ko har haal mein obey</w:t>
      </w:r>
    </w:p>
    <w:p>
      <w:pPr>
        <w:jc w:val="right"/>
      </w:pPr>
      <w:r>
        <w:t>ہمم۔ یعنی یعنی یہ ایک بہت اچھی بات ہے کہ جب کوئی کمانڈ خدا کا ہے اور رسول اللہ کا ہے تو اس کو ہر حال میں obey</w:t>
      </w:r>
    </w:p>
    <w:p>
      <w:r>
        <w:rPr>
          <w:b/>
        </w:rPr>
        <w:t xml:space="preserve">[27:57] </w:t>
      </w:r>
      <w:r>
        <w:t>karna hai. to woh gaye aur ja ke sab ko le aaye, knock kiya aur sab log andar aa gaye to poora ghar bhar gaya. ji. ashab al suffa ke itne sare log thay ke poora ghar bhar gaya.</w:t>
      </w:r>
    </w:p>
    <w:p>
      <w:pPr>
        <w:jc w:val="right"/>
      </w:pPr>
      <w:r>
        <w:t>کرنا ہے۔ تو وہ گئے اور جا کے سب کو لے آئے، knock کیا اور سب لوگ اندر آ گئے تو پورا گھر بھر گیا۔ جی۔ اصحاب الصفہ کے اتنے سارے لوگ تھے کہ پورا گھر بھر گیا۔</w:t>
      </w:r>
    </w:p>
    <w:p>
      <w:r>
        <w:rPr>
          <w:b/>
        </w:rPr>
        <w:t xml:space="preserve">[28:08] </w:t>
      </w:r>
      <w:r>
        <w:t>to rasoolullah ne kaha ke give the bowl of milk to them one by one. to unhon ne liya aur phir unhon ne socha ke yeh jab tak yeh, aah, log piyenge tab tak to khatam ho jayega, mera number kab ayega.</w:t>
      </w:r>
    </w:p>
    <w:p>
      <w:pPr>
        <w:jc w:val="right"/>
      </w:pPr>
      <w:r>
        <w:t>تو رسول اللہ نے کہا کہ give the bowl of milk to them one by one. تو انہوں نے لیا اور پھر انہوں نے سوچا کہ یہ جب تک یہ، آہ، لوگ پیئیں گے تب تک تو ختم ہو جائے گا، میرا نمبر کب آئے گا۔</w:t>
      </w:r>
    </w:p>
    <w:p>
      <w:r>
        <w:rPr>
          <w:b/>
        </w:rPr>
        <w:t xml:space="preserve">[28:23] </w:t>
      </w:r>
      <w:r>
        <w:t>ji.</w:t>
      </w:r>
    </w:p>
    <w:p>
      <w:pPr>
        <w:jc w:val="right"/>
      </w:pPr>
      <w:r>
        <w:t>جی۔</w:t>
      </w:r>
    </w:p>
    <w:p>
      <w:r>
        <w:rPr>
          <w:b/>
        </w:rPr>
        <w:t xml:space="preserve">[28:24] </w:t>
      </w:r>
      <w:r>
        <w:t>to phir unhon ne diya aur sab ko ek ke baad ek ke baad ek ke baad ek ke baad sab ko dete dete tees chalis log to rahe honge. ji. to sab ne pi liya, phir bhi doodh us mein maujood tha.</w:t>
      </w:r>
    </w:p>
    <w:p>
      <w:pPr>
        <w:jc w:val="right"/>
      </w:pPr>
      <w:r>
        <w:t>تو پھر انہوں نے دیا اور سب کو ایک کے بعد ایک کے بعد ایک کے بعد ایک کے بعد سب کو دیتے دیتے تیس چالیس لوگ تو رہے ہوں گے۔ جی۔ تو سب نے پی لیا، پھر بھی دودھ اس میں موجود تھا۔</w:t>
      </w:r>
    </w:p>
    <w:p>
      <w:r>
        <w:rPr>
          <w:b/>
        </w:rPr>
        <w:t xml:space="preserve">[28:37] </w:t>
      </w:r>
      <w:r>
        <w:t>to phir rasoolullah ne sab ko, ashab al suffa ko bhej diya ke ab tum log jao</w:t>
      </w:r>
    </w:p>
    <w:p>
      <w:pPr>
        <w:jc w:val="right"/>
      </w:pPr>
      <w:r>
        <w:t>تو پھر رسول اللہ نے سب کو، اصحاب الصفہ کو بھیج دیا کہ اب تم لوگ جاؤ</w:t>
      </w:r>
    </w:p>
    <w:p>
      <w:r>
        <w:rPr>
          <w:b/>
        </w:rPr>
        <w:t xml:space="preserve">[28:44] </w:t>
      </w:r>
      <w:r>
        <w:t>aur phir thora sa, aah, humorous andaaz mein, little humor kaha ke baqiyat ana wa inta ke ab ab hum do baqi reh gaye.</w:t>
      </w:r>
    </w:p>
    <w:p>
      <w:pPr>
        <w:jc w:val="right"/>
      </w:pPr>
      <w:r>
        <w:t>اور پھر تھوڑا سا، آہ، humorous انداز میں، little humor کہا کہ بقيت أنا وانت کہ اب اب ہم دو باقی رہ گئے۔</w:t>
      </w:r>
    </w:p>
    <w:p>
      <w:r>
        <w:rPr>
          <w:b/>
        </w:rPr>
        <w:t xml:space="preserve">[28:57] </w:t>
      </w:r>
      <w:r>
        <w:t>ji. to unhon ne kaha ke sadqat ya rasoolullah you have said the truth o messenger of allah. to rasoolullah ne bol diya un ko, kaha ke ashrib now you drink to unhon ne kaha nahi pehle aap lijiye.</w:t>
      </w:r>
    </w:p>
    <w:p>
      <w:pPr>
        <w:jc w:val="right"/>
      </w:pPr>
      <w:r>
        <w:t>جی۔ تو انہوں نے کہا کہ صدقت یا رسول اللہ you have said the truth او messenger of اللہ۔ تو رسول اللہ نے بول دیا ان کو، کہا کہ اشرب now you drink تو انہوں نے کہا نہیں پہلے آپ لیجیے۔</w:t>
      </w:r>
    </w:p>
    <w:p>
      <w:r>
        <w:rPr>
          <w:b/>
        </w:rPr>
        <w:t xml:space="preserve">[29:11] </w:t>
      </w:r>
      <w:r>
        <w:t>to unhon ne kaha no first you drink</w:t>
      </w:r>
    </w:p>
    <w:p>
      <w:pPr>
        <w:jc w:val="right"/>
      </w:pPr>
      <w:r>
        <w:t>تو انہوں نے کہا no first you drink</w:t>
      </w:r>
    </w:p>
    <w:p>
      <w:r>
        <w:rPr>
          <w:b/>
        </w:rPr>
        <w:t xml:space="preserve">[29:14] </w:t>
      </w:r>
      <w:r>
        <w:t>to khair unhon ne baithe aur peena shuru kiya aur phir wapas bol diya rasoolullah ko.</w:t>
      </w:r>
    </w:p>
    <w:p>
      <w:pPr>
        <w:jc w:val="right"/>
      </w:pPr>
      <w:r>
        <w:t>تو خیر انہوں نے بیٹھے اور پینا شروع کیا اور پھر واپس بول دیا رسول اللہ کو۔</w:t>
      </w:r>
    </w:p>
    <w:p>
      <w:r>
        <w:rPr>
          <w:b/>
        </w:rPr>
        <w:t xml:space="preserve">[29:23] </w:t>
      </w:r>
      <w:r>
        <w:t>to rasoolullah ne kaha ke no drink ashrib ashrib ashrib bar bar kehte rahe, kai bar. to unhon ne kaha ke, aah, ke ab mere pait mein zara si ganjaihs bhi nahi hai.</w:t>
      </w:r>
    </w:p>
    <w:p>
      <w:pPr>
        <w:jc w:val="right"/>
      </w:pPr>
      <w:r>
        <w:t>تو رسول اللہ نے کہا کہ no drink اشرب اشرب اشرب بار بار کہتے رہے، کئی بار۔ تو انہوں نے کہا کہ، آہ، کہ اب میرے پیٹ میں ذرا سی گنجائش بھی نہیں ہے۔</w:t>
      </w:r>
    </w:p>
    <w:p>
      <w:r>
        <w:rPr>
          <w:b/>
        </w:rPr>
        <w:t xml:space="preserve">[29:35] </w:t>
      </w:r>
      <w:r>
        <w:t>ji. bilkul mera pait bhar chuka hai. to rasoolullah ne kaha ke acha theek hai now give it back to me to rasoolullah ne allah taala ka ki بڑai bayan ki, hamd</w:t>
      </w:r>
    </w:p>
    <w:p>
      <w:pPr>
        <w:jc w:val="right"/>
      </w:pPr>
      <w:r>
        <w:t>جی۔ بالکل میرا پیٹ بھر چکا ہے۔ تو رسول اللہ نے کہا کہ اچھا ٹھیک ہے now give it back to me تو رسول اللہ نے اللہ تعالی کا کی بڑائی بیان کی، حمدہ</w:t>
      </w:r>
    </w:p>
    <w:p>
      <w:r>
        <w:rPr>
          <w:b/>
        </w:rPr>
        <w:t xml:space="preserve">[29:45] </w:t>
      </w:r>
      <w:r>
        <w:t>hamd allah and he said bismillah and drank the rest of the milk to yeh ek waqia jo hai yeh ek koi nusrat keh sakte hain hum, yani allah ki khaas madad.</w:t>
      </w:r>
    </w:p>
    <w:p>
      <w:pPr>
        <w:jc w:val="right"/>
      </w:pPr>
      <w:r>
        <w:t>حمد اللہ and he said bismillah and drank the rest of the milk تو یہ ایک واقعہ جو ہے یہ ایک کوئی نصرت کہہ سکتے ہیں ہم، یعنی اللہ کی خاص مدد۔</w:t>
      </w:r>
    </w:p>
    <w:p>
      <w:r>
        <w:rPr>
          <w:b/>
        </w:rPr>
        <w:t xml:space="preserve">[29:57] </w:t>
      </w:r>
      <w:r>
        <w:t>har insan ki zindagi mein aise waqiat hote hain lekin ek paighambar ki zindagi mein yeh bohat wazeh hota hai. ji. bilkul. to hazrat abu huraira kehte hain ke kuch dinon ke baad mujhe umar r.a. mile</w:t>
      </w:r>
    </w:p>
    <w:p>
      <w:pPr>
        <w:jc w:val="right"/>
      </w:pPr>
      <w:r>
        <w:t>ہر انسان کی زندگی میں ایسے واقعات ہوتے ہیں لیکن ایک پیغمبر کی زندگی میں یہ بہت واضح ہوتا ہے۔ جی۔ بالکل۔ تو حضرت ابو ہریرہ کہتے ہیں کہ کچھ دنوں کے بعد مجھے عمر رضی اللہ عنہ ملے</w:t>
      </w:r>
    </w:p>
    <w:p>
      <w:r>
        <w:rPr>
          <w:b/>
        </w:rPr>
        <w:t xml:space="preserve">[30:10] </w:t>
      </w:r>
      <w:r>
        <w:t>to mein ne sara waqia bataya ke aap aaye aur mein ne poocha aur aap ko andaza nahi hua ke mein kitna bhooka tha us waqt. aur phir rasoolullah aaye, woh humein le gaye aur sari baat batayi.</w:t>
      </w:r>
    </w:p>
    <w:p>
      <w:pPr>
        <w:jc w:val="right"/>
      </w:pPr>
      <w:r>
        <w:t>تو میں نے سارا واقعہ بتایا کہ آپ آئے اور میں نے پوچھا اور آپ کو اندازہ نہیں ہوا کہ میں کتنا بھوکا تھا اس وقت۔ اور پھر رسول اللہ آئے، وہ ہمیں لے گئے اور ساری بات بتائی۔</w:t>
      </w:r>
    </w:p>
    <w:p>
      <w:r>
        <w:rPr>
          <w:b/>
        </w:rPr>
        <w:t xml:space="preserve">[30:20] </w:t>
      </w:r>
      <w:r>
        <w:t>ji. to unhein bara regret</w:t>
      </w:r>
    </w:p>
    <w:p>
      <w:pPr>
        <w:jc w:val="right"/>
      </w:pPr>
      <w:r>
        <w:t>جی۔ تو انہیں بڑا regret</w:t>
      </w:r>
    </w:p>
    <w:p>
      <w:r>
        <w:rPr>
          <w:b/>
        </w:rPr>
        <w:t xml:space="preserve">[30:23] </w:t>
      </w:r>
      <w:r>
        <w:t>hua, bolay ke, aah, aye abu abu huraira if on that day I would have recognized you and given you something to eat that would have been better for a valley full of red camels yani mujhe kitna bara award milta,</w:t>
      </w:r>
    </w:p>
    <w:p>
      <w:pPr>
        <w:jc w:val="right"/>
      </w:pPr>
      <w:r>
        <w:t>ہوا، بولے کہ، آہ، اے ابو ابو ہریرہ if on that day I would have recognized you and given you something to eat that would have been better for a valley full of red camels یعنی مجھے کتنا بڑا award ملتا،</w:t>
      </w:r>
    </w:p>
    <w:p>
      <w:r>
        <w:rPr>
          <w:b/>
        </w:rPr>
        <w:t xml:space="preserve">[30:42] </w:t>
      </w:r>
      <w:r>
        <w:t>reward milta agar mein tumhein is din tumhari help ki hoti.</w:t>
      </w:r>
    </w:p>
    <w:p>
      <w:pPr>
        <w:jc w:val="right"/>
      </w:pPr>
      <w:r>
        <w:t>reward ملتا اگر میں تمہیں اس دن تمہاری help کی ہوتی۔</w:t>
      </w:r>
    </w:p>
    <w:p>
      <w:r>
        <w:rPr>
          <w:b/>
        </w:rPr>
        <w:t xml:space="preserve">[30:47] </w:t>
      </w:r>
      <w:r>
        <w:t>ji. to yeh, aah, aah, yani kitnay extreme situation mein yeh log rahay. ji. allah taala un ke darjat buland karay. aameen.</w:t>
      </w:r>
    </w:p>
    <w:p>
      <w:pPr>
        <w:jc w:val="right"/>
      </w:pPr>
      <w:r>
        <w:t>جی۔ تو یہ، آہ، آہ، یعنی کتنے extreme situation میں یہ لوگ رہے۔ جی۔ اللہ تعالی ان کے درجات بلند کرے۔ آمین۔</w:t>
      </w:r>
    </w:p>
    <w:p>
      <w:r>
        <w:rPr>
          <w:b/>
        </w:rPr>
        <w:t xml:space="preserve">[30:56] </w:t>
      </w:r>
      <w:r>
        <w:t>very interesting, doctor sahib. doctor sahib, many of the companions also, uh, they were amazed at the number of hadiths that abu huraira used to narrate.</w:t>
      </w:r>
    </w:p>
    <w:p>
      <w:pPr>
        <w:jc w:val="right"/>
      </w:pPr>
      <w:r>
        <w:t>Very interesting, Doctor صاحب. Doctor صاحب, many of the companions also, uh, they were amazed at the number of hadiths that Abu Huraira used to narrate.</w:t>
      </w:r>
    </w:p>
    <w:p>
      <w:r>
        <w:rPr>
          <w:b/>
        </w:rPr>
        <w:t xml:space="preserve">[31:05] </w:t>
      </w:r>
      <w:r>
        <w:t>in fact, it also gave rise to a controversy once, uh, when abdullah ibn umar expressed his concern about, you know, the number of hadiths that he</w:t>
      </w:r>
    </w:p>
    <w:p>
      <w:pPr>
        <w:jc w:val="right"/>
      </w:pPr>
      <w:r>
        <w:t>In fact, it also gave rise to a controversy once, uh, when Abdullah ibn Umar expressed his concern about, you know, the number of hadiths that he</w:t>
      </w:r>
    </w:p>
    <w:p>
      <w:r>
        <w:rPr>
          <w:b/>
        </w:rPr>
        <w:t xml:space="preserve">[31:15] </w:t>
      </w:r>
      <w:r>
        <w:t>would narrate. to woh kya controversy thi, aah, is ke baray mein bhi aap hum sab ko batayen. haan, chounkay aik baar, aah, hazrat abu huraira ne bataya ke there is a great blessing in the jenazah prayer, funeral prayer.</w:t>
      </w:r>
    </w:p>
    <w:p>
      <w:pPr>
        <w:jc w:val="right"/>
      </w:pPr>
      <w:r>
        <w:t>would narrate. تو وہ کیا controversy تھی، آہ، اس کے بارے میں بھی آپ ہم سب کو بتائیں۔ ہاں، چونکہ ایک بار، آہ، حضرت ابو ہریرہ نے بتایا کہ there is a great blessing in the jenazah prayer, funeral prayer.</w:t>
      </w:r>
    </w:p>
    <w:p>
      <w:r>
        <w:rPr>
          <w:b/>
        </w:rPr>
        <w:t xml:space="preserve">[31:29] </w:t>
      </w:r>
      <w:r>
        <w:t>whoever prays the funeral prayer, he will get a reward like a mountain, and that too of the size of an uhud mountain. humm. uhud ke pahar ke barabar sawab mile ga.</w:t>
      </w:r>
    </w:p>
    <w:p>
      <w:pPr>
        <w:jc w:val="right"/>
      </w:pPr>
      <w:r>
        <w:t>Whoever prays the funeral prayer, he will get a reward like a mountain, and that too of the size of an Uhud mountain. ہمم۔ احد کے پہاڑ کے برابر ثواب ملے گا۔</w:t>
      </w:r>
    </w:p>
    <w:p>
      <w:r>
        <w:rPr>
          <w:b/>
        </w:rPr>
        <w:t xml:space="preserve">[31:39] </w:t>
      </w:r>
      <w:r>
        <w:t>ji.</w:t>
      </w:r>
    </w:p>
    <w:p>
      <w:pPr>
        <w:jc w:val="right"/>
      </w:pPr>
      <w:r>
        <w:t>جی۔</w:t>
      </w:r>
    </w:p>
    <w:p>
      <w:r>
        <w:rPr>
          <w:b/>
        </w:rPr>
        <w:t xml:space="preserve">[31:41] </w:t>
      </w:r>
      <w:r>
        <w:t>aur kaha ke agar woh shakhs jaye janazay ke sath qabristan aur wahan par jo brel hai, tadfeen hai, us mein bhi participate karay to he will get a reward of two mountains.</w:t>
      </w:r>
    </w:p>
    <w:p>
      <w:pPr>
        <w:jc w:val="right"/>
      </w:pPr>
      <w:r>
        <w:t>اور کہا کہ اگر وہ شخص جائے جنازے کے ساتھ قبرستان اور وہاں پر جو بریل ہے، تدفین ہے، اس میں بھی participate کرے تو he will get a reward of two mountains.</w:t>
      </w:r>
    </w:p>
    <w:p>
      <w:r>
        <w:rPr>
          <w:b/>
        </w:rPr>
        <w:t xml:space="preserve">[31:54] </w:t>
      </w:r>
      <w:r>
        <w:t>humm. that too like the mountain of uhud. to hazrat ibn umar maujood thay wahan, abdullah ibn umar, aah, hazrat umar ke betay.</w:t>
      </w:r>
    </w:p>
    <w:p>
      <w:pPr>
        <w:jc w:val="right"/>
      </w:pPr>
      <w:r>
        <w:t>ہمم۔ that too like the mountain of Uhud. تو حضرت ابن عمر موجود تھے وہاں، عبداللہ ابن عمر، آہ، حضرت عمر کے بیٹے۔</w:t>
      </w:r>
    </w:p>
    <w:p>
      <w:r>
        <w:rPr>
          <w:b/>
        </w:rPr>
        <w:t xml:space="preserve">[32:06] </w:t>
      </w:r>
      <w:r>
        <w:t>humm. to unhon ne kaha bhai, aah, abu huraira tum bohat ziyada hadithain bayan kar rahay ho, mein ne to suna nahi hai aisa kuch. humm. you narrate too many hadiths.</w:t>
      </w:r>
    </w:p>
    <w:p>
      <w:pPr>
        <w:jc w:val="right"/>
      </w:pPr>
      <w:r>
        <w:t>ہمم۔ تو انہوں نے کہا بھئی، آہ، ابو ہریرہ تم بہت زیادہ حدیثیں بیان کر رہے ہو، میں نے تو سنا نہیں ہے ایسا کچھ۔ ہمم۔ you narrate too many hadiths.</w:t>
      </w:r>
    </w:p>
    <w:p>
      <w:r>
        <w:rPr>
          <w:b/>
        </w:rPr>
        <w:t xml:space="preserve">[32:17] </w:t>
      </w:r>
      <w:r>
        <w:t>to hazrat abu huraira gaye aisha razi allah anha ke pas, woh to hayat theen woh bhi, aur poocha yeh hadith batayi ke, aah, aap ne suni hai ya kya yeh hadith, aah, prophet se janazay ke baray mein?</w:t>
      </w:r>
    </w:p>
    <w:p>
      <w:pPr>
        <w:jc w:val="right"/>
      </w:pPr>
      <w:r>
        <w:t>تو حضرت ابو ہریرہ گئے عائشہ رضی اللہ عنہا کے پاس، وہ تو حیات تھیں وہ بھی، اور پوچھا یہ حدیث بتائی کہ، آہ، آپ نے سنی ہے یا کیا یہ حدیث، آہ، Prophet سے جنازے کے بارے میں؟</w:t>
      </w:r>
    </w:p>
    <w:p>
      <w:r>
        <w:rPr>
          <w:b/>
        </w:rPr>
        <w:t xml:space="preserve">[32:32] </w:t>
      </w:r>
      <w:r>
        <w:t>to unhon ne kaha yes i have heard it.</w:t>
      </w:r>
    </w:p>
    <w:p>
      <w:pPr>
        <w:jc w:val="right"/>
      </w:pPr>
      <w:r>
        <w:t>تو انہوں نے کہا yes I have heard it.</w:t>
      </w:r>
    </w:p>
    <w:p>
      <w:r>
        <w:rPr>
          <w:b/>
        </w:rPr>
        <w:t xml:space="preserve">[32:34] </w:t>
      </w:r>
      <w:r>
        <w:t>humm. to wapas aaye. and and he said that aisha has also heard it. she also confirmed it. to us waqt, aah, aah, abdullah ibn umar razi allah anha ne bari achi baat kahi ke if that was the case then you stayed with the prophet more than us.</w:t>
      </w:r>
    </w:p>
    <w:p>
      <w:pPr>
        <w:jc w:val="right"/>
      </w:pPr>
      <w:r>
        <w:t>ہمم۔ تو واپس آئے۔ and and he said that عائشہ has also heard it. She also confirmed it. تو اس وقت، آہ، آہ، عبداللہ ابن عمر رضی اللہ عنہ نے بڑی اچھی بات کہی کہ if that was the case then you stayed with the Prophet more than us.</w:t>
      </w:r>
    </w:p>
    <w:p>
      <w:r>
        <w:rPr>
          <w:b/>
        </w:rPr>
        <w:t xml:space="preserve">[32:55] </w:t>
      </w:r>
      <w:r>
        <w:t>humm. and you are more knowledgeable in hadith than most of us. humm. to unhon ne acknowledge kiya, aa</w:t>
      </w:r>
    </w:p>
    <w:p>
      <w:pPr>
        <w:jc w:val="right"/>
      </w:pPr>
      <w:r>
        <w:t>ہمم. and you are more knowledgeable in hadith than most of us. ہمم. تو انہوں نے acknowledge کیا، آ</w:t>
      </w:r>
    </w:p>
    <w:p>
      <w:r>
        <w:rPr>
          <w:b/>
        </w:rPr>
        <w:t xml:space="preserve">[33:04] </w:t>
      </w:r>
      <w:r>
        <w:t>ha, yani hazrat ibn umar, aah, rasool, hazrat umar ke betay thay. he grew up with the prophet.</w:t>
      </w:r>
    </w:p>
    <w:p>
      <w:pPr>
        <w:jc w:val="right"/>
      </w:pPr>
      <w:r>
        <w:t>ہ، یعنی حضرت ابن عمر، آہ، رسول، حضرت عمر کے بیٹے تھے۔ he grew up with the Prophet.</w:t>
      </w:r>
    </w:p>
    <w:p>
      <w:r>
        <w:rPr>
          <w:b/>
        </w:rPr>
        <w:t xml:space="preserve">[33:13] </w:t>
      </w:r>
      <w:r>
        <w:t>he was like a son to the prophet. ji. lekin unhon ne bhi yeh baat acknowledge ki, halankay woh hazrat abu huraira sirf teen char saal rahay aur yeh log, yeh yeh to poori zindagi sath mein rahay.</w:t>
      </w:r>
    </w:p>
    <w:p>
      <w:pPr>
        <w:jc w:val="right"/>
      </w:pPr>
      <w:r>
        <w:t>He was like a son to the Prophet. جی. لیکن انہوں نے بھی یہ بات acknowledge کی، حالانکہ وہ حضرت ابو ہریرہ صرف تین چار سال رہے اور یہ لوگ، یہ یہ تو پوری زندگی ساتھ میں رہے۔</w:t>
      </w:r>
    </w:p>
    <w:p>
      <w:r>
        <w:rPr>
          <w:b/>
        </w:rPr>
        <w:t xml:space="preserve">[33:25] </w:t>
      </w:r>
      <w:r>
        <w:t>humm. to is ke bawajood, aah, aah, halankay he was also one of the great narrators of the hadith.</w:t>
      </w:r>
    </w:p>
    <w:p>
      <w:pPr>
        <w:jc w:val="right"/>
      </w:pPr>
      <w:r>
        <w:t>ہمم. تو اس کے باوجود، آہ، آہ، حالانکہ he was also one of the great narrators of the حدیث۔</w:t>
      </w:r>
    </w:p>
    <w:p>
      <w:r>
        <w:rPr>
          <w:b/>
        </w:rPr>
        <w:t xml:space="preserve">[33:32] </w:t>
      </w:r>
      <w:r>
        <w:t>char panch jo log, aah, hazrat abu huraira ke baad atay hain, un mein se hi he is one of them. ji. hazrat aisha aur yeh yeh log se.</w:t>
      </w:r>
    </w:p>
    <w:p>
      <w:pPr>
        <w:jc w:val="right"/>
      </w:pPr>
      <w:r>
        <w:t>چار پانچ جو لوگ، آہ، حضرت ابو ہریرہ کے بعد آتے ہیں، ان میں سے ہی he is one of them. جی. حضرت عائشہ اور یہ یہ لوگ سے۔</w:t>
      </w:r>
    </w:p>
    <w:p>
      <w:r>
        <w:rPr>
          <w:b/>
        </w:rPr>
        <w:t xml:space="preserve">[33:40] </w:t>
      </w:r>
      <w:r>
        <w:t>to, aah, aah, unhon ne explain kiya hazrat abu huraira ne ke mein kyun itna ziyada narration</w:t>
      </w:r>
    </w:p>
    <w:p>
      <w:pPr>
        <w:jc w:val="right"/>
      </w:pPr>
      <w:r>
        <w:t>تو، آہ، آہ، انہوں نے explain کیا حضرت ابو ہریرہ نے کہ میں کیوں اتنا زیادہ narration</w:t>
      </w:r>
    </w:p>
    <w:p>
      <w:r>
        <w:rPr>
          <w:b/>
        </w:rPr>
        <w:t xml:space="preserve">[33:52] </w:t>
      </w:r>
      <w:r>
        <w:t>karta hoon. unhon ne kaha ke jo muhajireen hain, humm, yani jo makkah se aaye thay, humm, aah, woh apne business mein, humm, apna waqt lagatay hain.</w:t>
      </w:r>
    </w:p>
    <w:p>
      <w:pPr>
        <w:jc w:val="right"/>
      </w:pPr>
      <w:r>
        <w:t>کرتا ہوں۔ انہوں نے کہا کہ جو مہاجرین ہیں، ہمم، یعنی جو مکہ سے آئے تھے، ہمم، آہ، وہ اپنے business میں، ہمم، اپنا وقت لگاتے ہیں۔</w:t>
      </w:r>
    </w:p>
    <w:p>
      <w:r>
        <w:rPr>
          <w:b/>
        </w:rPr>
        <w:t xml:space="preserve">[34:02] </w:t>
      </w:r>
      <w:r>
        <w:t>ji. chounkay they were more more traders like merchants. aur jo ansar hain, humm, aah, madina ke log, humm, woh ziyada tar agriculture mein busy rehtay hain.</w:t>
      </w:r>
    </w:p>
    <w:p>
      <w:pPr>
        <w:jc w:val="right"/>
      </w:pPr>
      <w:r>
        <w:t>جی. چونکہ they were more more traders like merchants. اور جو انصار ہیں، ہمم، آہ، مدینہ کے لوگ، ہمم، وہ زیادہ تر agriculture میں busy رہتے ہیں۔</w:t>
      </w:r>
    </w:p>
    <w:p>
      <w:r>
        <w:rPr>
          <w:b/>
        </w:rPr>
        <w:t xml:space="preserve">[34:15] </w:t>
      </w:r>
      <w:r>
        <w:t>kabhi subah atay hain rasool allah ke pas aur kabhi sham ko atay hain. humm. aur mein to chobees ghantay sath mein rehta hoon.</w:t>
      </w:r>
    </w:p>
    <w:p>
      <w:pPr>
        <w:jc w:val="right"/>
      </w:pPr>
      <w:r>
        <w:t>کبھی صبح آتے ہیں رسول اللہ کے پاس اور کبھی شام کو آتے ہیں۔ ہمم. اور میں تو چوبیس گھنٹے ساتھ میں رہتا ہوں۔</w:t>
      </w:r>
    </w:p>
    <w:p>
      <w:r>
        <w:rPr>
          <w:b/>
        </w:rPr>
        <w:t xml:space="preserve">[34:26] </w:t>
      </w:r>
      <w:r>
        <w:t>kuntu wa kuntu alzam rasool allah sallallahu alaihi wasallam ala mul baṭn yani mein rasool allah ke sath rehta hoon chahe mere pait mein khana ho ya na ho.</w:t>
      </w:r>
    </w:p>
    <w:p>
      <w:pPr>
        <w:jc w:val="right"/>
      </w:pPr>
      <w:r>
        <w:t>كنت وکنت الزم رسول اللہ صلی اللہ علیہ وسلم علی مل بطن یعنی میں رسول اللہ کے ساتھ رہتا ہوں چاہے میرے پیٹ میں کھانا ہو یا نہ ہو۔</w:t>
      </w:r>
    </w:p>
    <w:p>
      <w:r>
        <w:rPr>
          <w:b/>
        </w:rPr>
        <w:t xml:space="preserve">[34:36] </w:t>
      </w:r>
      <w:r>
        <w:t>humm. har haal mein. humm. to kehtay hain ashhadu idha ghabu aah i used to be present when they were absent.</w:t>
      </w:r>
    </w:p>
    <w:p>
      <w:pPr>
        <w:jc w:val="right"/>
      </w:pPr>
      <w:r>
        <w:t>ہمم. ہر حال میں۔ ہمم. تو کہتے ہیں اشھد اذا غابوا آہ I used to be present when they were absent.</w:t>
      </w:r>
    </w:p>
    <w:p>
      <w:r>
        <w:rPr>
          <w:b/>
        </w:rPr>
        <w:t xml:space="preserve">[34:46] </w:t>
      </w:r>
      <w:r>
        <w:t>hmm.</w:t>
      </w:r>
    </w:p>
    <w:p>
      <w:pPr>
        <w:jc w:val="right"/>
      </w:pPr>
      <w:r>
        <w:t>ہمم.</w:t>
      </w:r>
    </w:p>
    <w:p>
      <w:r>
        <w:rPr>
          <w:b/>
        </w:rPr>
        <w:t xml:space="preserve">[34:48] </w:t>
      </w:r>
      <w:r>
        <w:t>to chaar saal ke liye ke mein yeh inhone taqreeban chaar saal rahe aur Rasool Allah ke saath saaye ki tarah rahe.</w:t>
      </w:r>
    </w:p>
    <w:p>
      <w:pPr>
        <w:jc w:val="right"/>
      </w:pPr>
      <w:r>
        <w:t>واحفظ اذا نسوا I used to remember when they used to forget. ہمم. تو چار سال کے لیے کہ میں یہ انہوں نے تقریباً چار سال رہے اور رسول اللہ کے ساتھ سائے کی طرح رہے۔</w:t>
      </w:r>
    </w:p>
    <w:p>
      <w:r>
        <w:rPr>
          <w:b/>
        </w:rPr>
        <w:t xml:space="preserve">[35:04] </w:t>
      </w:r>
      <w:r>
        <w:t>to itni, aah, zyada hadeesein colle</w:t>
      </w:r>
    </w:p>
    <w:p>
      <w:pPr>
        <w:jc w:val="right"/>
      </w:pPr>
      <w:r>
        <w:t>تو اتنی، آہ، زیادہ حدیثیں colle</w:t>
      </w:r>
    </w:p>
    <w:p>
      <w:r>
        <w:rPr>
          <w:b/>
        </w:rPr>
        <w:t xml:space="preserve">[35:08] </w:t>
      </w:r>
      <w:r>
        <w:t>ct kaeen. Ek baar Prophet ne kaha ke tumhare jo saathi hain mujh se, aah, aksar kuch maangte hain paise waghera mein deta hoon tum ko bhi mein kuch he offered some money koi business waghera karo kuch.</w:t>
      </w:r>
    </w:p>
    <w:p>
      <w:pPr>
        <w:jc w:val="right"/>
      </w:pPr>
      <w:r>
        <w:t>ct کیں۔ ایک بار Prophet نے کہا کہ تمہارے جو ساتھی ہیں مجھ سے، آہ، اکثر کچھ مانگتے ہیں پیسے وغیرہ میں دیتا ہوں تم کو بھی میں کچھ he offered some money کوئی business وغیرہ کرو کچھ۔</w:t>
      </w:r>
    </w:p>
    <w:p>
      <w:r>
        <w:rPr>
          <w:b/>
        </w:rPr>
        <w:t xml:space="preserve">[35:24] </w:t>
      </w:r>
      <w:r>
        <w:t>to he declined. hmm. and he said beautiful thing he said ke mein mujhe kuch paise waghera neeche chahiye he said asaluka anta'allimani mima'allamakallah</w:t>
      </w:r>
    </w:p>
    <w:p>
      <w:pPr>
        <w:jc w:val="right"/>
      </w:pPr>
      <w:r>
        <w:t>to he declined. ہمم. and he said beautiful thing he said کہ میں مجھے کچھ پیسے وغیرہ نیچے چاہیے he said asaluka anta'allimani mima'allamakallah</w:t>
      </w:r>
    </w:p>
    <w:p>
      <w:r>
        <w:rPr>
          <w:b/>
        </w:rPr>
        <w:t xml:space="preserve">[35:37] </w:t>
      </w:r>
      <w:r>
        <w:t>hmm. I only I only want o Prophet that you teach me what Allah has taught you. hmm. Yaani un ka concern bas ek hi tha ke Rasool Allah se woh baatein yaani focus dekhein aap paise de rahe hain aur haalaat itne mushkil hain ke kuch business waghera kar lein lekin inhone kaha nahi mera bas ek hi ek hi goal hai ek hi mission hai ke aap mujhe woh bataein jo Allah ne aap ko bataya hai.</w:t>
      </w:r>
    </w:p>
    <w:p>
      <w:pPr>
        <w:jc w:val="right"/>
      </w:pPr>
      <w:r>
        <w:t>ہمم. I only I only want او Prophet that you teach me what Allah has taught you. ہمم. یعنی ان کا concern بس ایک ہی تھا کہ رسول اللہ سے وہ باتیں یعنی focus دیکھیں آپ پیسے دے رہے ہیں اور حالات اتنے مشکل ہیں کہ کچھ business وغیرہ کر لیں لیکن انہوں نے کہا نہیں میرا بس ایک ہی ایک ہی goal ہے ایک ہی mission ہے کہ آپ مجھے وہ بتائیں جو اللہ نے آپ کو بتایا ہے۔</w:t>
      </w:r>
    </w:p>
    <w:p>
      <w:r>
        <w:rPr>
          <w:b/>
        </w:rPr>
        <w:t xml:space="preserve">[36:02] </w:t>
      </w:r>
      <w:r>
        <w:t>ji.</w:t>
      </w:r>
    </w:p>
    <w:p>
      <w:pPr>
        <w:jc w:val="right"/>
      </w:pPr>
      <w:r>
        <w:t>جی.</w:t>
      </w:r>
    </w:p>
    <w:p>
      <w:r>
        <w:rPr>
          <w:b/>
        </w:rPr>
        <w:t xml:space="preserve">[36:03] </w:t>
      </w:r>
      <w:r>
        <w:t>to yeh jo focus hai yeh bohat hi, aah, yaani, aah, teen chaar saal mein Rasool Allah ke ke bohat hi close companion ban gaye.</w:t>
      </w:r>
    </w:p>
    <w:p>
      <w:pPr>
        <w:jc w:val="right"/>
      </w:pPr>
      <w:r>
        <w:t>تو یہ جو focus ہے یہ بہت ہی، آہ، یعنی، آہ، تین چار سال میں رسول اللہ کے کے بہت ہی close companion بن گئے۔</w:t>
      </w:r>
    </w:p>
    <w:p>
      <w:r>
        <w:rPr>
          <w:b/>
        </w:rPr>
        <w:t xml:space="preserve">[36:14] </w:t>
      </w:r>
      <w:r>
        <w:t>he was like his secretary his personal assistant his manfrieday his confidant he is very very trusted and andright hand man ji.</w:t>
      </w:r>
    </w:p>
    <w:p>
      <w:pPr>
        <w:jc w:val="right"/>
      </w:pPr>
      <w:r>
        <w:t>he was like his secretary his personal assistant his manfrieday his confidant he is very very trusted and andright hand man جی.</w:t>
      </w:r>
    </w:p>
    <w:p>
      <w:r>
        <w:rPr>
          <w:b/>
        </w:rPr>
        <w:t xml:space="preserve">[36:23] </w:t>
      </w:r>
      <w:r>
        <w:t>to yeh, aah, chunaanche in ki jo jo dilchaspi thi, aah, us ki wajah se inhone Rasool Allah ke dil mein bohat bari jagah bana li.</w:t>
      </w:r>
    </w:p>
    <w:p>
      <w:pPr>
        <w:jc w:val="right"/>
      </w:pPr>
      <w:r>
        <w:t>تو یہ، آہ، چونکہ ان کی جو جو دلچسپی تھی، آہ، اس کی وجہ سے انہوں نے رسول اللہ کے دل میں بہت بڑی جگہ بنا لی۔</w:t>
      </w:r>
    </w:p>
    <w:p>
      <w:r>
        <w:rPr>
          <w:b/>
        </w:rPr>
        <w:t xml:space="preserve">[36:32] </w:t>
      </w:r>
      <w:r>
        <w:t>hmm. Ji. Ji. Aah, bilkul Doctor sahib bohat achhe se wazeh kiya aap ne in fact aah Hazrat Talha in ko bhi kisi ne isi tareeqe se question kiya in ko le kar to inhone wahi kaha jaise aap ne bataya ke hum log to apne aah kaam mein busy rehte the hum log Prophet se milte the morning mein evening mein lekin hum log ghar pe chale jaate the lekin Hazrat Abu Hurairah woh to saara waqt Rasool Allah ke saath rehte the his hand will be in the hand of Prophet and he will go wherever he goes a</w:t>
      </w:r>
    </w:p>
    <w:p>
      <w:pPr>
        <w:jc w:val="right"/>
      </w:pPr>
      <w:r>
        <w:t>ہمم. جی. جی. آہ، بالکل Doctor صاحب بہت اچھے سے واضح کیا آپ نے in fact آہ حضرت طلحہ ان کو بھی کسی نے اسی طریقے سے question کیا ان کو لے کر تو انہوں نے وہی کہا جیسے آپ نے بتایا کہ ہم لوگ تو اپنے آہ کام میں busy رہتے تھے ہم لوگ Prophet سے ملتے تھے morning میں evening میں لیکن ہم لوگ گھر پہ چلے جاتے تھے لیکن حضرت ابو ہریرہ وہ تو سارا وقت رسول اللہ کے ساتھ رہتے تھے his hand will be in the hand of Prophet and he will go wherever he goes آ</w:t>
      </w:r>
    </w:p>
    <w:p>
      <w:r>
        <w:rPr>
          <w:b/>
        </w:rPr>
        <w:t xml:space="preserve">[37:01] </w:t>
      </w:r>
      <w:r>
        <w:t>ha so he knows he knew about things that we did not know aah and by God he will never fake any hadees to inhone bhi yahi jawab diya</w:t>
      </w:r>
    </w:p>
    <w:p>
      <w:pPr>
        <w:jc w:val="right"/>
      </w:pPr>
      <w:r>
        <w:t>ہ so he knows he knew about things that we did not know آہ and by God he will never fake any حدیث تو انہوں نے بھی یہی جواب دیا</w:t>
      </w:r>
    </w:p>
    <w:p>
      <w:r>
        <w:rPr>
          <w:b/>
        </w:rPr>
        <w:t xml:space="preserve">[37:11] </w:t>
      </w:r>
      <w:r>
        <w:t>aur ek aur baat hai jo un ka stature tha jo un ka maqam tha us ka andaaza is se hota tha woh hota hai ke when Hafsa Razi Allah Anha passed away ji the wife of the Prophet he led the jenazah prayer ji and when Aisha Razi Allah Anha passed away he was the chosen imam to lead the jenazah prayer ji and when Umm Salama passed away ji Prophet's wife he led the</w:t>
      </w:r>
    </w:p>
    <w:p>
      <w:pPr>
        <w:jc w:val="right"/>
      </w:pPr>
      <w:r>
        <w:t>اور ایک اور بات ہے جو ان کا stature تھا جو ان کا مقام تھا اس کا اندازہ اس سے ہوتا تھا وہ ہوتا ہے کہ when حفصہ رضی اللہ عنہا passed away جی the wife of the Prophet he led the jenazah prayer جی and when عائشہ رضی اللہ عنہا passed away he was the chosen imam to lead the jenazah prayer جی and when ام سلمہ passed away جی Prophet's wife he led the</w:t>
      </w:r>
    </w:p>
    <w:p>
      <w:r>
        <w:rPr>
          <w:b/>
        </w:rPr>
        <w:t xml:space="preserve">[37:36] </w:t>
      </w:r>
      <w:r>
        <w:t>jenazah prayer to is se pata chalta hai ke un ka stature aur status aur maqam kya tha haalaanke us waqt Sahaba maujood the Ibn Umar Razi Allah Anhu maujood the ji lekin aah namaz inhone padhai to is se un ka jo maqam tha jo status tha woh stature tha woh nazar aata hai Doctor sahib to mein chahunga ke aap yahi aap ne jo bataya ke stature un ka itna zyada aah strong tha us time par bhi a</w:t>
      </w:r>
    </w:p>
    <w:p>
      <w:pPr>
        <w:jc w:val="right"/>
      </w:pPr>
      <w:r>
        <w:t>jenazah prayer تو اس سے پتہ چلتا ہے کہ ان کا stature اور status اور مقام کیا تھا حالانکہ اس وقت صحابہ موجود تھے ابن عمر رضی اللہ عنہ موجود تھے جی لیکن آہ نماز انہوں نے پڑھائی تو اس سے ان کا جو مقام تھا جو status تھا وہ stature تھا وہ نظر آتا ہے Doctor صاحب تو میں چاہوں گا کہ آپ یہی آپ نے جو بتایا کہ stature ان کا اتنا زیادہ آہ strong تھا اس ٹائم پر بھی آ</w:t>
      </w:r>
    </w:p>
    <w:p>
      <w:r>
        <w:rPr>
          <w:b/>
        </w:rPr>
        <w:t xml:space="preserve">[38:01] </w:t>
      </w:r>
      <w:r>
        <w:t>ha un ke andar jo ek jazba tha seekhne ke liye you know quest for knowledge ji he would go you know at any length aah to learn hadees to mein chahunga ke thoda sa un ke dedication ke bare mein bhi aap bataein ji ji haan ab maine yaani koi aur aise Sahabi ki misaal nahi milti jo dedication tha un ka yaani inhone chaar saal tak shaadi nahi ki hmm taake woh bilkul focus karein is is is is kaam pe Prophet ke death ke baad inhone shaadi ki</w:t>
      </w:r>
    </w:p>
    <w:p>
      <w:pPr>
        <w:jc w:val="right"/>
      </w:pPr>
      <w:r>
        <w:t>ہ ان کے اندر جو ایک جذبہ تھا سیکھنے کے لیے you know quest for knowledge جی he would go you know at any length آہ to learn حدیث تو میں چاہوں گا کہ تھوڑا سا ان کے dedication کے بارے میں بھی آپ بتائیں جی جی ہاں اب میں نے یعنی کوئی اور ایسے صحابی کی مثال نہیں ملتی جو dedication تھا ان کا یعنی انہوں نے چار سال تک شادی نہیں کی ہمم تاکہ وہ بالکل focus کریں اس اس اس اس کام پہ Prophet کے death کے بعد انہوں نے شادی کی</w:t>
      </w:r>
    </w:p>
    <w:p>
      <w:r>
        <w:rPr>
          <w:b/>
        </w:rPr>
        <w:t xml:space="preserve">[38:30] </w:t>
      </w:r>
      <w:r>
        <w:t>ji aur aah aah aah yaani aap yeh dekhiye ke kitni kitni curiosity thi ke bohat hi bareek bareek baatein poochte the hmm jo aam aadmi ko nazar nahi aati aah jaise ek hadees mein aata hai inhone kaha ke fida abi wa ummi</w:t>
      </w:r>
    </w:p>
    <w:p>
      <w:pPr>
        <w:jc w:val="right"/>
      </w:pPr>
      <w:r>
        <w:t>جی اور آہ آہ آہ یعنی آپ یہ دیکھیے کہ کتنی کتنی curiosity تھی کہ بہت ہی باریک باریک باتیں پوچھتے تھے ہمم جو عام آدمی کو نظر نہیں آتی آہ جیسے ایک حدیث میں آتا ہے انہوں نے کہا کہ فداء أبي وأمي</w:t>
      </w:r>
    </w:p>
    <w:p>
      <w:r>
        <w:rPr>
          <w:b/>
        </w:rPr>
        <w:t xml:space="preserve">[38:49] </w:t>
      </w:r>
      <w:r>
        <w:t>yeh yeh phrase aam taur se Arab log use karte hain ke aah aah mere parents aap ke upar qurban jaaein hmm yaani my my my parents be sacrificed for you hmm</w:t>
      </w:r>
    </w:p>
    <w:p>
      <w:pPr>
        <w:jc w:val="right"/>
      </w:pPr>
      <w:r>
        <w:t>یہ یہ phrase عام طور سے عرب لوگ use کرتے ہیں کہ آہ آہ میرے parents آپ کے اوپر قربان جائیں ہمم یعنی my my my parents be sacrificed for you ہمم</w:t>
      </w:r>
    </w:p>
    <w:p>
      <w:r>
        <w:rPr>
          <w:b/>
        </w:rPr>
        <w:t xml:space="preserve">[39:04] </w:t>
      </w:r>
      <w:r>
        <w:t>to is tarah se kaha inhone aur poocha ke ke jo aah jab aah namaz shuru karte hain aap Allahu Akbar kehte hain hmm aah aur phir aah haath baandhte hain aise aise Allahu Akbar phir haath baandha phir Surah Fatiha ki recitation shuru hoti hai</w:t>
      </w:r>
    </w:p>
    <w:p>
      <w:pPr>
        <w:jc w:val="right"/>
      </w:pPr>
      <w:r>
        <w:t>تو اس طرح سے کہا انہوں نے اور پوچھا کہ کہ جو آہ جب آہ نماز شروع کرتے ہیں آپ اللہ اکبر کہتے ہیں ہمم آہ اور پھر آہ ہاتھ باندھتے ہیں ایسے ایسے اللہ اکبر پھر ہاتھ باندھا پھر سورہ فاتحہ کی recitation شروع ہوتی ہے</w:t>
      </w:r>
    </w:p>
    <w:p>
      <w:r>
        <w:rPr>
          <w:b/>
        </w:rPr>
        <w:t xml:space="preserve">[39:25] </w:t>
      </w:r>
      <w:r>
        <w:t>to woh kehte hain ke aah Rasool Allah se poochte hain ke what do you say between Allahu Akbar and the recitation of Surah Fatiha hmm hmm yaani few seconds ka gap hota hai matlab paanch second Allahu Akbar keh ke paanch chhe second Imam khamosh rehta hai phir aah Surah</w:t>
      </w:r>
    </w:p>
    <w:p>
      <w:pPr>
        <w:jc w:val="right"/>
      </w:pPr>
      <w:r>
        <w:t>تو وہ کہتے ہیں کہ آہ رسول اللہ سے پوچھتے ہیں کہ what do you say between اللہ اکبر and the recitation of سورہ فاتحہ ہمم ہمم یعنی few سیکنڈز کا gap ہوتا ہے مطلب پانچ سیکنڈ اللہ اکبر کہہ کے پانچ چھ سیکنڈ امام خاموش رہتا ہے پھر آہ سورہ</w:t>
      </w:r>
    </w:p>
    <w:p>
      <w:r>
        <w:rPr>
          <w:b/>
        </w:rPr>
        <w:t xml:space="preserve">[39:46] </w:t>
      </w:r>
      <w:r>
        <w:t>Fatiha to itni bareek baat poochhi inhone aur Rasool Allah ne bohat achhi dua batai ke jo mein dua karta hoon aur woh yeh hai Allahumma ba'id bayni wa bayna khataaya kama ba'adta baynal mashriqi wal maghrib ke o Allah distance me from my sins from my mistakes as you have distanced East and West masha'</w:t>
      </w:r>
    </w:p>
    <w:p>
      <w:pPr>
        <w:jc w:val="right"/>
      </w:pPr>
      <w:r>
        <w:t>فاتحہ تو اتنی باریک بات پوچھی انہوں نے اور رسول اللہ نے بہت اچھی دعا بتائی کہ جو میں دعا کر کرتا ہوں اور وہ یہ ہے اللہم باعد بینی وبین خطای کما بعت بین المشرق والمغرب کہ او اللہ distance me from my sins from my mistakes as you have distanced East and West ماشاء</w:t>
      </w:r>
    </w:p>
    <w:p>
      <w:r>
        <w:rPr>
          <w:b/>
        </w:rPr>
        <w:t xml:space="preserve">[40:12] </w:t>
      </w:r>
      <w:r>
        <w:t>Allah yani mashriq aur maghrib humm ki jo doori hai itne door kar de mujhe meri gunahon se</w:t>
      </w:r>
    </w:p>
    <w:p>
      <w:pPr>
        <w:jc w:val="right"/>
      </w:pPr>
      <w:r>
        <w:t>اللہ یعنی مشرق اور مغرب ہمم کی جو دوری ہے اتنے دور کر دے مجھے میری گناہوں سے</w:t>
      </w:r>
    </w:p>
    <w:p>
      <w:r>
        <w:rPr>
          <w:b/>
        </w:rPr>
        <w:t xml:space="preserve">[40:19] </w:t>
      </w:r>
      <w:r>
        <w:t>aur aisi ek aur bataya allāhumma naqqinī min khaṭāyāya kamā yunaqqā</w:t>
      </w:r>
    </w:p>
    <w:p>
      <w:pPr>
        <w:jc w:val="right"/>
      </w:pPr>
      <w:r>
        <w:t>اور ایسی ایک اور بتایا اللہم نقینی من خطایا کما ينقى</w:t>
      </w:r>
    </w:p>
    <w:p>
      <w:r>
        <w:rPr>
          <w:b/>
        </w:rPr>
        <w:t xml:space="preserve">[40:26] </w:t>
      </w:r>
      <w:r>
        <w:t>aṣ-ṣawbu l-abyaḍu mina d-danasi ki ae Allah tu meri jo kamiyan hain jo mistakes hain jo</w:t>
      </w:r>
    </w:p>
    <w:p>
      <w:pPr>
        <w:jc w:val="right"/>
      </w:pPr>
      <w:r>
        <w:t>الصوب الابيض من الدنس کہ اے اللہ تو میری جو کمیاں ہیں جو mistakes ہیں جو</w:t>
      </w:r>
    </w:p>
    <w:p>
      <w:r>
        <w:rPr>
          <w:b/>
        </w:rPr>
        <w:t xml:space="preserve">[40:35] </w:t>
      </w:r>
      <w:r>
        <w:t>gunah hain unko bilkul is tarah se dho de jaise white garment jab dhul jata hai stains</w:t>
      </w:r>
    </w:p>
    <w:p>
      <w:pPr>
        <w:jc w:val="right"/>
      </w:pPr>
      <w:r>
        <w:t>گناہ ہیں ان کو بالکل اس طرح سے دھو دے جیسے وائٹ گارمنٹ جب دھل جاتا ہے stains</w:t>
      </w:r>
    </w:p>
    <w:p>
      <w:r>
        <w:rPr>
          <w:b/>
        </w:rPr>
        <w:t xml:space="preserve">[40:42] </w:t>
      </w:r>
      <w:r>
        <w:t>waghairah hote hain woh mit jat</w:t>
      </w:r>
    </w:p>
    <w:p>
      <w:pPr>
        <w:jc w:val="right"/>
      </w:pPr>
      <w:r>
        <w:t>وغیرہ ہوتے ہیں وہ مٹ جات</w:t>
      </w:r>
    </w:p>
    <w:p>
      <w:r>
        <w:rPr>
          <w:b/>
        </w:rPr>
        <w:t xml:space="preserve">[40:43] </w:t>
      </w:r>
      <w:r>
        <w:t>ein aise hi ek aur bataya Allahumma aghsilni min khataaya bithalji wal ma'i wal barad o Allah wash away my sins with ice with water and frost yaani bilkul saaf kar de to yeh jo alfaaz hain aah yeh ehsaasaat ki akaasi hai yaani jo dili ehsaasaat Rasool Allah Sallallahu Alaihi Wasallam ke us waqt hote the woh un alfaaz mein nikle</w:t>
      </w:r>
    </w:p>
    <w:p>
      <w:pPr>
        <w:jc w:val="right"/>
      </w:pPr>
      <w:r>
        <w:t>ے ہیں ایسے ہی ایک اور بتایا اللہم اغسلنی من خطایا بالثلج والماء والبرد او اللہ wash away my sins with آئس with water and frost یعنی بالکل صاف کر دے تو یہ جو الفاظ ہیں آہ یہ احساسات کی عکاسی ہے یعنی جو دلی احساسات رسول اللہ صلی اللہ علیہ وسلم کے اس وقت ہوتے تھے وہ ان الفاظ میں نکلے</w:t>
      </w:r>
    </w:p>
    <w:p>
      <w:r>
        <w:rPr>
          <w:b/>
        </w:rPr>
        <w:t xml:space="preserve">[41:12] </w:t>
      </w:r>
      <w:r>
        <w:t>aah abhi ab ab kya ho raha hai ki log kehte hain yeh yeh dua padh lo humm</w:t>
      </w:r>
    </w:p>
    <w:p>
      <w:pPr>
        <w:jc w:val="right"/>
      </w:pPr>
      <w:r>
        <w:t>آہ ابھی اب اب کیا ہو رہا ہے کہ لوگ کہتے ہیں یہ یہ دعا پڑھ لو ہمم</w:t>
      </w:r>
    </w:p>
    <w:p>
      <w:r>
        <w:rPr>
          <w:b/>
        </w:rPr>
        <w:t xml:space="preserve">[41:16] </w:t>
      </w:r>
      <w:r>
        <w:t>yeh dua chalis bar padh lo woh dua shaam ko padh lo yeh dua sau bar padho yeh</w:t>
      </w:r>
    </w:p>
    <w:p>
      <w:pPr>
        <w:jc w:val="right"/>
      </w:pPr>
      <w:r>
        <w:t>یہ دعا چالیس بار پڑھ لو وہ دعا شام کو پڑھ لو یہ دعا سو بار پڑھو یہ</w:t>
      </w:r>
    </w:p>
    <w:p>
      <w:r>
        <w:rPr>
          <w:b/>
        </w:rPr>
        <w:t xml:space="preserve">[41:22] </w:t>
      </w:r>
      <w:r>
        <w:t>dua parhne ka mamla nahi hai aap ke dil mein agar emotions jaag rahe hain gehre jee to</w:t>
      </w:r>
    </w:p>
    <w:p>
      <w:pPr>
        <w:jc w:val="right"/>
      </w:pPr>
      <w:r>
        <w:t>دعا پڑھنے کا معاملہ نہیں ہے آپ کے دل میں اگر emotions جاگ رہے ہیں گہرے جی تو</w:t>
      </w:r>
    </w:p>
    <w:p>
      <w:r>
        <w:rPr>
          <w:b/>
        </w:rPr>
        <w:t xml:space="preserve">[41:29] </w:t>
      </w:r>
      <w:r>
        <w:t>woh phir kuch alfaaz bhi niklen ge asal cheez woh hai yeh nahi ke bas aap ne kuch</w:t>
      </w:r>
    </w:p>
    <w:p>
      <w:pPr>
        <w:jc w:val="right"/>
      </w:pPr>
      <w:r>
        <w:t>وہ پھر کچھ الفاظ بھی نکلیں گے اصل چیز وہ ہے یہ نہیں کہ بس آپ نے کچھ</w:t>
      </w:r>
    </w:p>
    <w:p>
      <w:r>
        <w:rPr>
          <w:b/>
        </w:rPr>
        <w:t xml:space="preserve">[41:34] </w:t>
      </w:r>
      <w:r>
        <w:t>arabic mein mein aaj kal yahi sunta hoon hmm ke aah yeh dua parh lijiye formula bana liya</w:t>
      </w:r>
    </w:p>
    <w:p>
      <w:pPr>
        <w:jc w:val="right"/>
      </w:pPr>
      <w:r>
        <w:t>عربک میں میں آج کل یہی سنتا ہوں ہمم کہ آہ یہ دعا پڑھ لیجئے فارمولا بنا لیا</w:t>
      </w:r>
    </w:p>
    <w:p>
      <w:r>
        <w:rPr>
          <w:b/>
        </w:rPr>
        <w:t xml:space="preserve">[41:40] </w:t>
      </w:r>
      <w:r>
        <w:t>dua formula bana liya jee aur chaalees baar parhi hai yani aap chaalees baar parhen pachas baar parhen</w:t>
      </w:r>
    </w:p>
    <w:p>
      <w:pPr>
        <w:jc w:val="right"/>
      </w:pPr>
      <w:r>
        <w:t>دعا فارمولا بنا لیا جی اور چالیس بار پڑھی ہے یعنی آپ چالیس بار پڑھیں پچاس بار پڑھیں</w:t>
      </w:r>
    </w:p>
    <w:p>
      <w:r>
        <w:rPr>
          <w:b/>
        </w:rPr>
        <w:t xml:space="preserve">[41:44] </w:t>
      </w:r>
      <w:r>
        <w:t>aur koi aap ke dil mein کیفیت hi nahi hai to dua ka matlab hai ke dili کیفیت</w:t>
      </w:r>
    </w:p>
    <w:p>
      <w:pPr>
        <w:jc w:val="right"/>
      </w:pPr>
      <w:r>
        <w:t>اور کوئی آپ کے دل میں کیفیت ہی نہیں ہے تو دعا کا مطلب ہے کہ دلی کیفیت</w:t>
      </w:r>
    </w:p>
    <w:p>
      <w:r>
        <w:rPr>
          <w:b/>
        </w:rPr>
        <w:t xml:space="preserve">[41:49] </w:t>
      </w:r>
      <w:r>
        <w:t>ka ehsaas aur woh کیفیت alfaaz mein bhi dhal jati hai lekin asal cheez hai ke</w:t>
      </w:r>
    </w:p>
    <w:p>
      <w:pPr>
        <w:jc w:val="right"/>
      </w:pPr>
      <w:r>
        <w:t>کا احساس اور وہ کیفیت الفاظ میں بھی ڈھل جاتی ہے لیکن اصل چیز ہے کہ</w:t>
      </w:r>
    </w:p>
    <w:p>
      <w:r>
        <w:rPr>
          <w:b/>
        </w:rPr>
        <w:t xml:space="preserve">[41:55] </w:t>
      </w:r>
      <w:r>
        <w:t>dili کیفیت woh us ke andar mil rahi hai hamein aur jo sab se zabardast cheez mil rahi hai woh yeh hai ke kitna he used to monitor the Prophet so closely hmm ke aap jo yeh chand seconds hain is mein kya kehte hain ji to ek wahi shakhs aisi baat aisa sawaal kar sakta hai ke jo bohat hi bareeki se dekhta ho Prophet ko aur us se yeh bhi pata chalta hai ke woh sawaal karte the ji to Rasool Allah ne sawaal kiya to yeh bohat hi umda baat mili</w:t>
      </w:r>
    </w:p>
    <w:p>
      <w:pPr>
        <w:jc w:val="right"/>
      </w:pPr>
      <w:r>
        <w:t>دلی کیفیت وہ اس کے اندر مل رہی ہے ہمیں اور جو سب سے زبردست چیز مل رہی ہے وہ یہ ہے کہ کتنا he used to monitor the Prophet so closely ہمم کہ آپ جو یہ چند سیکنڈ ہیں اس میں کیا کہتے ہیں جی تو ایک وہی شخص ایسی بات ایسا سوال کر سکتا ہے کہ جو بہت ہی باریکی سے دیکھتا ہو Prophet کو اور اس سے یہ بھی پتہ چلتا ہے کہ وہ سوال کرتے تھے جی تو رسول اللہ نے سوال کیا تو یہ بہت ہی عمدہ بات ملی</w:t>
      </w:r>
    </w:p>
    <w:p>
      <w:r>
        <w:rPr>
          <w:b/>
        </w:rPr>
        <w:t xml:space="preserve">[42:25] </w:t>
      </w:r>
      <w:r>
        <w:t>aur ek aur isi tarah ka sawaal kiya tha Hazrat Abu Abu Hurairah ne Rasool Allah Sallallahu Alaihi Wasallam se kaha tha ke ya Rasool Allah man as'adu annaasi bishafa'atika yawmal qiyamah ke who will be who will have the greatest chance of your shafa'at your intercession on the day of judgment ha</w:t>
      </w:r>
    </w:p>
    <w:p>
      <w:pPr>
        <w:jc w:val="right"/>
      </w:pPr>
      <w:r>
        <w:t>اور ایک اور اسی طرح کا سوال کیا تھا حضرت اب اہ ابو ہریرہ نے رسول اللہ صلی اللہ علیہ وسلم سے کہا تھا کہ یا رسول اللہ من اسعد الناس بشفاعک یوم القیامہ کہ who will be who will have the greatest chance of your شفاعت your intercession on the day of judgment ہ</w:t>
      </w:r>
    </w:p>
    <w:p>
      <w:r>
        <w:rPr>
          <w:b/>
        </w:rPr>
        <w:t xml:space="preserve">[42:47] </w:t>
      </w:r>
      <w:r>
        <w:t>mim to rasool Allah ne kaha ke abu huraira mujhe umeed thi ke yeh sawal tum se pehle koi nahi karega ji because of your eagerness of knowing hadith because of your enthusi</w:t>
      </w:r>
    </w:p>
    <w:p>
      <w:pPr>
        <w:jc w:val="right"/>
      </w:pPr>
      <w:r>
        <w:t>مم تو رسول اللہ نے کہا کہ ابو ہریرہ مجھے امید تھی کہ یہ سوال تم سے پہلے کوئی نہیں کرے گا جی because of your eagerness of knowing حدیث because of your enthusi</w:t>
      </w:r>
    </w:p>
    <w:p>
      <w:r>
        <w:rPr>
          <w:b/>
        </w:rPr>
        <w:t xml:space="preserve">[42:59] </w:t>
      </w:r>
      <w:r>
        <w:t>asm humm to rasool Allah ne jawab diya ke man qala la ilaha illallah khalisan min qabli nafsi ke whoever says la ilaha illallah there is no deity except Allah with ikhlas yani with sincerity of heart he will have the utmost chance to get my intercession my my shafa'at</w:t>
      </w:r>
    </w:p>
    <w:p>
      <w:pPr>
        <w:jc w:val="right"/>
      </w:pPr>
      <w:r>
        <w:t>asm ہمم تو رسول اللہ نے جواب دیا کہ من قال لا الہ الا اللہ خالصا من قبل نفسی کہ whoever says لا الہ الا اللہ there is no deity except Allah with اخلاص یعنی with sincerity of heart he will have the utmost chance to get my intercession my my شفاعت</w:t>
      </w:r>
    </w:p>
    <w:p>
      <w:r>
        <w:rPr>
          <w:b/>
        </w:rPr>
        <w:t xml:space="preserve">[43:26] </w:t>
      </w:r>
      <w:r>
        <w:t>to yeh jo ek relationship thi rasool Allah sal Allah alaihi wasallam ki aur abu huraira ki woh bohat hi unique thi aur discussion karte the bar bar sawal puchte the to isi wajah se aap dekhen ke har subject pe hadith hai humm hazrat abu huraira ne jo hadithain narrate ki hain aap ko har subject pe woh hadith mil mil jayegi aur ek ek aur cheez dekhen ke inka dedication kaisa</w:t>
      </w:r>
    </w:p>
    <w:p>
      <w:pPr>
        <w:jc w:val="right"/>
      </w:pPr>
      <w:r>
        <w:t>تو یہ جو ایک relationship تھی رسول اللہ صلی اللہ علیہ وسلم کی اور ابو ہریرہ کی وہ بہت ہی unique تھی اور discussion کرتے تھے بار بار سوال پوچھتے تھے تو اسی وجہ سے آپ دیکھیں کہ ہر subject پہ حدیث ہے ہمم حضرت ابو ہریرہ نے جو حدیثیں narrate کی ہیں آپ کو ہر subject پہ وہ حدیث مل مل جائے گی اور ایک ایک اور چیز دیکھیے کہ ان کا dedication کیسا</w:t>
      </w:r>
    </w:p>
    <w:p>
      <w:r>
        <w:rPr>
          <w:b/>
        </w:rPr>
        <w:t xml:space="preserve">[43:53] </w:t>
      </w:r>
      <w:r>
        <w:t>tha apne ek student se unhon ne kaha tha ke I I divide my night by by in three parts humm ah one part for salah for namaz for namaz and one part for sleep and one part for memorization of hadith mashallah yani kitna zabardast what a level of dedication unthinkable ji</w:t>
      </w:r>
    </w:p>
    <w:p>
      <w:pPr>
        <w:jc w:val="right"/>
      </w:pPr>
      <w:r>
        <w:t>تھا اپنے ایک student سے انہوں نے کہا تھا کہ I I divide my night by by in three parts ہمم آہ one part for Salah for نماز one part for نماز and one part for sleep and one part for memorization of Hadith ماشاءاللہ یعنی کتنا زبردست what a level of dedication unthinkable جی</w:t>
      </w:r>
    </w:p>
    <w:p>
      <w:r>
        <w:rPr>
          <w:b/>
        </w:rPr>
        <w:t xml:space="preserve">[44:19] </w:t>
      </w:r>
      <w:r>
        <w:t>ji doctor sahib kyunke waqt bhi ho gaya hai lekin sawal to bohat sare baki hain to hamesha ek aur session karna parega ah but ek ek question kyunke aap ne student ka zikr kiya to main chahunga aap is sawal par aap aaj ka session khatam karen ah he must have had very notable students during his lifetime to main chahunga ke kuch unke bare mein bhi bataen</w:t>
      </w:r>
    </w:p>
    <w:p>
      <w:pPr>
        <w:jc w:val="right"/>
      </w:pPr>
      <w:r>
        <w:t>جی Doctor صاحب کیونکہ وقت بھی ہو گیا ہے لیکن سوال تو بہت سارے باقی ہیں تو ہمیشہ ایک اور session کرنا پڑے گا آہ but ایک ایک question کیونکہ آپ نے student کا ذکر کیا تو میں چاہوں گا آپ اس سوال پر آپ آج کا session ختم کریں آہ he must have had very notable students during his lifetime تو میں چاہوں گا کہ کچھ ان کے بارے میں بھی بتائیں</w:t>
      </w:r>
    </w:p>
    <w:p>
      <w:r>
        <w:rPr>
          <w:b/>
        </w:rPr>
        <w:t xml:space="preserve">[44:42] </w:t>
      </w:r>
      <w:r>
        <w:t>haan jo asal mein kya hua ke prophet ki death ke baad ah he was more involved in teaching to jo masjid thi masjid mein ah unka halqa hota tha halqa yani gathering circle</w:t>
      </w:r>
    </w:p>
    <w:p>
      <w:pPr>
        <w:jc w:val="right"/>
      </w:pPr>
      <w:r>
        <w:t>ہاں جو اصل میں کیا ہوا کہ Prophet کی death کے بعد آہ he was more involved in teaching تو جو مسجد تھی مسجد میں آہ ان کا حلقہ ہوتا تھا حلقہ یعنی gathering circle</w:t>
      </w:r>
    </w:p>
    <w:p>
      <w:r>
        <w:rPr>
          <w:b/>
        </w:rPr>
        <w:t xml:space="preserve">[45:03] </w:t>
      </w:r>
      <w:r>
        <w:t>aaj kal bhi masjidon mein aap dekh sakte hain kahin kahin ke koi imam hai ya koi aalim hai unke paas log aa ke baith jate hain aur woh unki baaten sunte hain yani class to unki jo class hoti thi masjid nabwi mein jo chali saalon bohat saal chali woh aur uske jo students the mostly woh tabieen the next generation after the sahaba</w:t>
      </w:r>
    </w:p>
    <w:p>
      <w:pPr>
        <w:jc w:val="right"/>
      </w:pPr>
      <w:r>
        <w:t>آج کل بھی مسجدوں میں آپ دیکھ سکتے ہیں کہیں کہیں کہ کوئی امام ہے یا کوئی عالم ہے ان کے پاس لوگ آ کے بیٹھ جاتے ہیں اور وہ ان کی باتیں سنتے ہیں یعنی کلاس تو ان کی جو کلاس ہوتی تھی مسجد نبوی میں جو چلی سالوں بہت سال چلی وہ اور اس کے جو students تھے mostly وہ تابعین تھے next generation after the صحابہ</w:t>
      </w:r>
    </w:p>
    <w:p>
      <w:r>
        <w:rPr>
          <w:b/>
        </w:rPr>
        <w:t xml:space="preserve">[45:28] </w:t>
      </w:r>
      <w:r>
        <w:t>to woh sab se bari class hoti thi sab se bara halqa hota tha masjid nabwi mein hazrat abu huraira ka aur woh start hota tha fajar ke waqt aur zuhar tak chalta tha to bare bare tabieen jinke hum naam sunte hain woh unke student the maslan muhammad ibn sirin jo ke bohat bare scholar the aur unki kitab interpretation of dreams kitab al ahlam bohat hi ah yani famous hai and he was son-in-law of abu huraira also</w:t>
      </w:r>
    </w:p>
    <w:p>
      <w:pPr>
        <w:jc w:val="right"/>
      </w:pPr>
      <w:r>
        <w:t>تو وہ سب سے بڑی کلاس ہوتی تھی سب سے بڑا حلقہ ہوتا تھا مسجد نبوی میں حضرت ابو ہریرہ کا اور وہ start ہوتا تھا فجر کے وقت اور ظہر تک چلتا تھا تو بڑے بڑے تابعین جن کے ہم نام سنتے ہیں وہ ان کے student تھے مثلا محمد ابن سیرین جو کہ بہت بڑے scholar تھے اور ان کی کتاب Interpretation of Dreams کتاب الاحلام بہت ہی آہ یعنی famous ہے and he was son-in-law of Abu Huraira also</w:t>
      </w:r>
    </w:p>
    <w:p>
      <w:r>
        <w:rPr>
          <w:b/>
        </w:rPr>
        <w:t xml:space="preserve">[45:58] </w:t>
      </w:r>
      <w:r>
        <w:t>abu huraira his daughter was married to ibn sirin aise hi saeed ibn musayyab jo bohat hi bare scholar aur jurist the he was also student of abu huraira and hamam ibn munabbah jo bohat hi bare scholar the aur unki kitab ah ah sahih hamam ibn munabbah bohat hi mashhoor hai</w:t>
      </w:r>
    </w:p>
    <w:p>
      <w:pPr>
        <w:jc w:val="right"/>
      </w:pPr>
      <w:r>
        <w:t>ابو ہریرہ his daughter was married to ابن سیرین ایسے ہی سعید ابن مسیب جو بہت ہی بڑے scholar اور jurist تھے he was also student of ابو ہریرہ and حمام ابن منبہ جو بہت ہی بڑے scholar تھے اور ان کی کتاب آہ آہ صحیفہ حمام ابن منبہ بہت ہی مشہور ہے</w:t>
      </w:r>
    </w:p>
    <w:p>
      <w:r>
        <w:rPr>
          <w:b/>
        </w:rPr>
        <w:t xml:space="preserve">[46:22] </w:t>
      </w:r>
      <w:r>
        <w:t>to yeh log is tarah ke bare bare students the jo ah hazrat ah abu huraira ke ah shagird the aise hi ek aur tabai the jinka naam tha usman al nahdi to yeh kehte hain ke I once stayed in abu huraira house taqreeban ek hafte wahan rahe the to kehte hain ke he was one of the most generous person</w:t>
      </w:r>
    </w:p>
    <w:p>
      <w:pPr>
        <w:jc w:val="right"/>
      </w:pPr>
      <w:r>
        <w:t>تو یہ لوگ اس طرح کے بڑے بڑے students تھے جو آہ حضرت آہ ابو ہریرہ کے آہ شاگرد تھے ایسے ہی ایک اور تابعی تھے جن کا نام تھا عثمان النہدی تو یہ کہتے ہیں کہ I once stayed in ابو ہریرہ ہاؤس تقریبا ایک ہفتے وہاں رہے تھے تو کہتے ہیں کہ he was one of the most generous person</w:t>
      </w:r>
    </w:p>
    <w:p>
      <w:r>
        <w:rPr>
          <w:b/>
        </w:rPr>
        <w:t xml:space="preserve">[46:48] </w:t>
      </w:r>
      <w:r>
        <w:t>aur batate hain ke ek bohat hi zabardast ah system unhon ne apne ghar mein establish kiya tha woh yeh tha ke raat ko jo one third hai woh namaz padhte the humm first one third yani ah jisko kehte hain qiyam al lail ya tahajjud jise ab hum kehne lage hain to jo ah sab se pehle woh padhte the raat ki namaz one third aur phir apni wife ko jaga dete the</w:t>
      </w:r>
    </w:p>
    <w:p>
      <w:pPr>
        <w:jc w:val="right"/>
      </w:pPr>
      <w:r>
        <w:t>اور بتاتے ہیں کہ ایک بہت ہی زبردست آہ سسٹم انہوں نے اپنے گھر میں establish کیا تھا وہ یہ تھا کہ رات کو جو ون تھرڈ ہے وہ نماز پڑھتے تھے ہمم فرسٹ ون تھرڈ یعنی آہ جس کو کہتے ہیں قیام اللیل یا تہجد جسے اب ہم کہنے لگے ہیں تو جو آہ سب سے پہلے وہ پڑھتے تھے رات کی نماز ون تھرڈ اور پھر اپنی wife کو جگا دیتے تھے</w:t>
      </w:r>
    </w:p>
    <w:p>
      <w:r>
        <w:rPr>
          <w:b/>
        </w:rPr>
        <w:t xml:space="preserve">[47:18] </w:t>
      </w:r>
      <w:r>
        <w:t>to wife padhti thi ji next one third aur phir jab woh ah woh woh so jate the aur wife ah one third jo raat hai woh namaz padhti thi aur phir woh jab complete karti thi unki wife to woh apni beti ko aur apne ah servant ko jaga deti thi ji to woh so jati thi aur woh namaz humm beti continue karti</w:t>
      </w:r>
    </w:p>
    <w:p>
      <w:pPr>
        <w:jc w:val="right"/>
      </w:pPr>
      <w:r>
        <w:t>تو wife پڑھتی تھی جی نیکسٹ ون تھرڈ اور پھر جب وہ آہ وہ وہ سو جاتے تھے اور wife آہ ون تھرڈ جو رات ہے وہ نماز پڑھتی تھی اور پھر وہ جب complete کرتی تھی ان کی wife تو وہ اپنی بیٹی کو اور اپنے آہ servant کو جگا دیتی تھی جی تو وہ سو جاتی تھی اور وہ نماز ہمم بیٹی continue کرتی</w:t>
      </w:r>
    </w:p>
    <w:p>
      <w:r>
        <w:rPr>
          <w:b/>
        </w:rPr>
        <w:t xml:space="preserve">[47:43] </w:t>
      </w:r>
      <w:r>
        <w:t>thi yani kitna ajeeb hai ke ek ghar mein poori raat koi na koi namaz ji padh raha hai to yeh ah is se bohat hi zyada jo unka unka dedication tha ji uska andaza hota hai Allah taala ah darjat buland kare inshallah jaise aap ne kaha ho sakta hai ke ek aur session karna pare ji inshallah</w:t>
      </w:r>
    </w:p>
    <w:p>
      <w:pPr>
        <w:jc w:val="right"/>
      </w:pPr>
      <w:r>
        <w:t>تھی یعنی کتنا عجیب ہے کہ ایک گھر میں پوری رات کوئی نہ کوئی نماز جی پڑھ رہا ہے تو یہ آہ اس سے بہت ہی زیادہ جو ان کا ان کا dedication تھا جی اس کا اندازہ ہوتا ہے اللہ تعالی آہ درجات بلند کرے انشاءاللہ جیسے آپ نے کہا ہو سکتا ہے کہ ایک اور session کرنا پڑے جی انشاءاللہ</w:t>
      </w:r>
    </w:p>
    <w:p>
      <w:r>
        <w:rPr>
          <w:b/>
        </w:rPr>
        <w:t xml:space="preserve">[48:06] </w:t>
      </w:r>
      <w:r>
        <w:t>ji inshallah ji ji ji ji ji ji ji ji ji ji jazaak Allah doctor sahib that was really amazing giving us you know and knowledge about hazrat abu huraira life we will definitely do one more session doctor sahib maybe next week inshallah so with this we will end today's session just one last announcement goodword books and CPS has participated in the book fair in ranchi</w:t>
      </w:r>
    </w:p>
    <w:p>
      <w:pPr>
        <w:jc w:val="right"/>
      </w:pPr>
      <w:r>
        <w:t>جی انشاءاللہ جی جی جی جی جی جی جی جی جی جی جزاک اللہ ڈاکٹر صاحب that was really amazing گیونگ اس یو نو اینڈ نالج اباؤٹ حضرت ابو ہریرہ لائف we will definitely do one more session ڈاکٹر صاحب maybe next week انشاءاللہ so with this we will end today's session جسٹ ون لاسٹ اناؤنسمنٹ goodword books and CPS has participated in the book fair in Ranchi</w:t>
      </w:r>
    </w:p>
    <w:p>
      <w:r>
        <w:rPr>
          <w:b/>
        </w:rPr>
        <w:t xml:space="preserve">[48:30] </w:t>
      </w:r>
      <w:r>
        <w:t>so all those people who are residing in that area can visit the book stall and take books of Maulana Wahiduddin Khan sahib the book fair will continue till seventh of January and it is being held at zila school campus upper bazaar so you can visit the stall, meet the CPS members, and take all those books that have been written by Maulana Wahiduddin Khan sahib so with this we will end tod</w:t>
      </w:r>
    </w:p>
    <w:p>
      <w:pPr>
        <w:jc w:val="right"/>
      </w:pPr>
      <w:r>
        <w:t>سو all those people who are residing in that area can visit the book stall and take books of مولانا وحید الدین خان صاحب the book fair will continue till seventh of January and it is being held at ضلع سکول کیمپس اپر بازار so you can visit the stall, meet the CPS members, and take all those books that have been written by مولانا وحید الدین خان صاحب so with this we will end tod</w:t>
      </w:r>
    </w:p>
    <w:p>
      <w:r>
        <w:rPr>
          <w:b/>
        </w:rPr>
        <w:t xml:space="preserve">[48:58] </w:t>
      </w:r>
      <w:r>
        <w:t>ay's session; we'll be back next Sunday at 10:30 AM thank you.</w:t>
      </w:r>
    </w:p>
    <w:p>
      <w:pPr>
        <w:jc w:val="right"/>
      </w:pPr>
      <w:r>
        <w:t>ay's session; we'll be back next Sunday at 10:30 AM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