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Help July 21, 2019 Maulana Wahiduddin Khan</w:t>
      </w:r>
    </w:p>
    <w:p>
      <w:r>
        <w:t>https://www.youtube.com/watch?v=Phjyu1GUuS8</w:t>
      </w:r>
    </w:p>
    <w:p>
      <w:r>
        <w:rPr>
          <w:b/>
        </w:rPr>
        <w:t xml:space="preserve">[00:13] </w:t>
      </w:r>
      <w:r>
        <w:t>bismillah hir rehman nir rahim, wa salli allah ala nabiyyil karim. rab ishrah li sadri, wa yassir li amri, wah lul uqdatan min lisani,</w:t>
      </w:r>
    </w:p>
    <w:p>
      <w:pPr>
        <w:jc w:val="right"/>
      </w:pPr>
      <w:r>
        <w:t>بسم اللہ الرحمن الرحیم، وصلی اللہ علی نبی الکریم۔ رب اشرح لی صدری، ویسر لی امری، واحل العقدۃ من لسانی،</w:t>
      </w:r>
    </w:p>
    <w:p>
      <w:r>
        <w:rPr>
          <w:b/>
        </w:rPr>
        <w:t xml:space="preserve">[00:29] </w:t>
      </w:r>
      <w:r>
        <w:t>yaf qahu qawli.</w:t>
      </w:r>
    </w:p>
    <w:p>
      <w:pPr>
        <w:jc w:val="right"/>
      </w:pPr>
      <w:r>
        <w:t>یفقہ قولی۔</w:t>
      </w:r>
    </w:p>
    <w:p>
      <w:r>
        <w:rPr>
          <w:b/>
        </w:rPr>
        <w:t xml:space="preserve">[00:38] </w:t>
      </w:r>
      <w:r>
        <w:t>aap jante hain ke aaj sunday ka din hai, har sunday ko hamara weekly program hota hai.</w:t>
      </w:r>
    </w:p>
    <w:p>
      <w:pPr>
        <w:jc w:val="right"/>
      </w:pPr>
      <w:r>
        <w:t>آپ جانتے ہیں کہ آج سنڈے کا دن ہے، ہر سنڈے کو ہمارا ویکلی پروگرام ہوتا ہے۔</w:t>
      </w:r>
    </w:p>
    <w:p>
      <w:r>
        <w:rPr>
          <w:b/>
        </w:rPr>
        <w:t xml:space="preserve">[00:54] </w:t>
      </w:r>
      <w:r>
        <w:t>aaj subah ko jab mein utha bistar se to mein sochne laga, sochne laga ke aaj ka topic kya hona chahiye,</w:t>
      </w:r>
    </w:p>
    <w:p>
      <w:pPr>
        <w:jc w:val="right"/>
      </w:pPr>
      <w:r>
        <w:t>آج صبح کو جب میں اٹھا بستر سے تو میں سوچنے لگا، سوچنے لگا کہ آج کا ٹاپک کیا ہونا چاہیے،</w:t>
      </w:r>
    </w:p>
    <w:p>
      <w:r>
        <w:rPr>
          <w:b/>
        </w:rPr>
        <w:t xml:space="preserve">[01:12] </w:t>
      </w:r>
      <w:r>
        <w:t>to kuch soch mein nahi aaya. bohat der tak sochta raha,</w:t>
      </w:r>
    </w:p>
    <w:p>
      <w:pPr>
        <w:jc w:val="right"/>
      </w:pPr>
      <w:r>
        <w:t>تو کچھ سوچ میں نہیں آیا۔ بہت دیر تک سوچتا رہا،</w:t>
      </w:r>
    </w:p>
    <w:p>
      <w:r>
        <w:rPr>
          <w:b/>
        </w:rPr>
        <w:t xml:space="preserve">[01:21] </w:t>
      </w:r>
      <w:r>
        <w:t>kuch soch mein nahi aaya ke aaj ka topic kya hona chahiye. yahan tak ke time ho gaya yahan aane ka, hamare saathi</w:t>
      </w:r>
    </w:p>
    <w:p>
      <w:pPr>
        <w:jc w:val="right"/>
      </w:pPr>
      <w:r>
        <w:t>کچھ سوچ میں نہیں آیا کہ آج کا ٹاپک کیا ہونا چاہیے۔ یہاں تک کہ ٹائم ہو گیا یہاں آنے کا، ہمارے ساتھی</w:t>
      </w:r>
    </w:p>
    <w:p>
      <w:r>
        <w:rPr>
          <w:b/>
        </w:rPr>
        <w:t xml:space="preserve">[01:37] </w:t>
      </w:r>
      <w:r>
        <w:t>wheel chair le kar aa gaye,</w:t>
      </w:r>
    </w:p>
    <w:p>
      <w:pPr>
        <w:jc w:val="right"/>
      </w:pPr>
      <w:r>
        <w:t>ویل چیئر لے کر آ گئے،</w:t>
      </w:r>
    </w:p>
    <w:p>
      <w:r>
        <w:rPr>
          <w:b/>
        </w:rPr>
        <w:t xml:space="preserve">[01:41] </w:t>
      </w:r>
      <w:r>
        <w:t>aur mein us par baith gaya. wheel chair</w:t>
      </w:r>
    </w:p>
    <w:p>
      <w:pPr>
        <w:jc w:val="right"/>
      </w:pPr>
      <w:r>
        <w:t>اور میں اس پر بیٹھ گیا۔ ویل چیئر</w:t>
      </w:r>
    </w:p>
    <w:p>
      <w:r>
        <w:rPr>
          <w:b/>
        </w:rPr>
        <w:t xml:space="preserve">[01:49] </w:t>
      </w:r>
      <w:r>
        <w:t>wahan se chalti hui hamare ghar ke samne, us ke paas jo park hai, wahan pahunchi.</w:t>
      </w:r>
    </w:p>
    <w:p>
      <w:pPr>
        <w:jc w:val="right"/>
      </w:pPr>
      <w:r>
        <w:t>وہاں سے چلتی ہوئی ہمارے گھر کے سامنے، اس کے پاس جو پارک ہے، وہاں پہنچی۔</w:t>
      </w:r>
    </w:p>
    <w:p>
      <w:r>
        <w:rPr>
          <w:b/>
        </w:rPr>
        <w:t xml:space="preserve">[02:01] </w:t>
      </w:r>
      <w:r>
        <w:t>jab park ke gate ke samne hamari wheel chair pahunchi to achaanak mujhe ek qissa yaad aaya.</w:t>
      </w:r>
    </w:p>
    <w:p>
      <w:pPr>
        <w:jc w:val="right"/>
      </w:pPr>
      <w:r>
        <w:t>جب پارک کے گیٹ کے سامنے ہماری ویل چیئر پہنچی تو اچانک مجھے ایک قصہ یاد آیا۔</w:t>
      </w:r>
    </w:p>
    <w:p>
      <w:r>
        <w:rPr>
          <w:b/>
        </w:rPr>
        <w:t xml:space="preserve">[02:15] </w:t>
      </w:r>
      <w:r>
        <w:t>mein apne office ke khirki ke samne baitha hua tha, jo park ki taraf khulta hai, to park ki taraf mujhe kuch awaz sunai di,</w:t>
      </w:r>
    </w:p>
    <w:p>
      <w:pPr>
        <w:jc w:val="right"/>
      </w:pPr>
      <w:r>
        <w:t>میں اپنے آفس کے کھڑکی کے سامنے بیٹھا ہوا تھا، جو پارک کی طرف کھلتا ہے، تو پارک کی طرف مجھے کچھ آواز سنائی دی،</w:t>
      </w:r>
    </w:p>
    <w:p>
      <w:r>
        <w:rPr>
          <w:b/>
        </w:rPr>
        <w:t xml:space="preserve">[02:31] </w:t>
      </w:r>
      <w:r>
        <w:t>jo bilkul hamare office se mila hua tha.</w:t>
      </w:r>
    </w:p>
    <w:p>
      <w:pPr>
        <w:jc w:val="right"/>
      </w:pPr>
      <w:r>
        <w:t>جو بالکل ہمارے آفس سے ملا ہوا تھا۔</w:t>
      </w:r>
    </w:p>
    <w:p>
      <w:r>
        <w:rPr>
          <w:b/>
        </w:rPr>
        <w:t xml:space="preserve">[02:38] </w:t>
      </w:r>
      <w:r>
        <w:t>mein ne suna ke do bachche, mein ne dekha ke do bachche aapas mein baat kar rahe hain. ek ladki hai jo thori choti hai, ek ladka hai jo thora bada hai.</w:t>
      </w:r>
    </w:p>
    <w:p>
      <w:pPr>
        <w:jc w:val="right"/>
      </w:pPr>
      <w:r>
        <w:t>میں نے سنا کہ دو بچے، میں نے دیکھا کہ دو بچے آپس میں بات کر رہے ہیں۔ ایک لڑکی ہے جو تھوڑی چھوٹی ہے، ایک لڑکا ہے جو تھوڑا بڑا ہے۔</w:t>
      </w:r>
    </w:p>
    <w:p>
      <w:r>
        <w:rPr>
          <w:b/>
        </w:rPr>
        <w:t xml:space="preserve">[02:53] </w:t>
      </w:r>
      <w:r>
        <w:t>ladki ro rahi thi,</w:t>
      </w:r>
    </w:p>
    <w:p>
      <w:pPr>
        <w:jc w:val="right"/>
      </w:pPr>
      <w:r>
        <w:t>لڑکی رو رہی تھی،</w:t>
      </w:r>
    </w:p>
    <w:p>
      <w:r>
        <w:rPr>
          <w:b/>
        </w:rPr>
        <w:t xml:space="preserve">[02:57] </w:t>
      </w:r>
      <w:r>
        <w:t>park mein dono the aur ladki ro rahi thi. to ladka kehta hai, "kyun ro rahi hai?</w:t>
      </w:r>
    </w:p>
    <w:p>
      <w:pPr>
        <w:jc w:val="right"/>
      </w:pPr>
      <w:r>
        <w:t>پارک میں دونوں تھے اور لڑکی رو رہی تھی۔ تو لڑکا کہتا ہے، "کیوں رو رہی ہے؟</w:t>
      </w:r>
    </w:p>
    <w:p>
      <w:r>
        <w:rPr>
          <w:b/>
        </w:rPr>
        <w:t xml:space="preserve">[03:10] </w:t>
      </w:r>
      <w:r>
        <w:t>kis liye ro rahi hai?" to ladki kehti hai ke "Maa chali gayi. us ki maa jo thi, kisi wajah se dono bachchon ko chhod kar park mein bahar chali gayi thi."</w:t>
      </w:r>
    </w:p>
    <w:p>
      <w:pPr>
        <w:jc w:val="right"/>
      </w:pPr>
      <w:r>
        <w:t>کس لیے رو رہی ہے؟" تو لڑکی کہتی ہے کہ "ماں چلی گئی۔ اس کی ماں جو تھی، کسی وجہ سے دونوں بچوں کو چھوڑ کر پارک میں باہر چلی گئی تھی۔"</w:t>
      </w:r>
    </w:p>
    <w:p>
      <w:r>
        <w:rPr>
          <w:b/>
        </w:rPr>
        <w:t xml:space="preserve">[03:28] </w:t>
      </w:r>
      <w:r>
        <w:t>to larki kehti hai ke "maan chali gayi."</w:t>
      </w:r>
    </w:p>
    <w:p>
      <w:pPr>
        <w:jc w:val="right"/>
      </w:pPr>
      <w:r>
        <w:t>تو لڑکی کہتی ہے کہ "ماں چلی گئی۔"</w:t>
      </w:r>
    </w:p>
    <w:p>
      <w:r>
        <w:rPr>
          <w:b/>
        </w:rPr>
        <w:t xml:space="preserve">[03:35] </w:t>
      </w:r>
      <w:r>
        <w:t>to larka jo hai, woh poori</w:t>
      </w:r>
    </w:p>
    <w:p>
      <w:pPr>
        <w:jc w:val="right"/>
      </w:pPr>
      <w:r>
        <w:t>تو لڑکا جو ہے، وہ پوری</w:t>
      </w:r>
    </w:p>
    <w:p>
      <w:r>
        <w:rPr>
          <w:b/>
        </w:rPr>
        <w:t xml:space="preserve">[03:41] </w:t>
      </w:r>
      <w:r>
        <w:t>conviction ke sath bola, "main jo hoon."</w:t>
      </w:r>
    </w:p>
    <w:p>
      <w:pPr>
        <w:jc w:val="right"/>
      </w:pPr>
      <w:r>
        <w:t>کنوکشن کے ساتھ بولا، "میں جو ہوں۔"</w:t>
      </w:r>
    </w:p>
    <w:p>
      <w:r>
        <w:rPr>
          <w:b/>
        </w:rPr>
        <w:t xml:space="preserve">[03:49] </w:t>
      </w:r>
      <w:r>
        <w:t>woh shayad us ki behan thi. to larka apni behan se kehta hai, "main jo hoon."</w:t>
      </w:r>
    </w:p>
    <w:p>
      <w:pPr>
        <w:jc w:val="right"/>
      </w:pPr>
      <w:r>
        <w:t>وہ شاید اس کی بہن تھی۔ تو لڑکا اپنی بہن سے کہتا ہے، "میں جو ہوں۔"</w:t>
      </w:r>
    </w:p>
    <w:p>
      <w:r>
        <w:rPr>
          <w:b/>
        </w:rPr>
        <w:t xml:space="preserve">[04:00] </w:t>
      </w:r>
      <w:r>
        <w:t>to jab hamari wheel chair park ke gate ke samne pohnchi to mujhe ek qissa yaad aa gaya.</w:t>
      </w:r>
    </w:p>
    <w:p>
      <w:pPr>
        <w:jc w:val="right"/>
      </w:pPr>
      <w:r>
        <w:t>تو جب ہماری ویل چیئر پارک کے گیٹ کے سامنے پہنچی تو مجھے ایک قصہ یاد آ گیا۔</w:t>
      </w:r>
    </w:p>
    <w:p>
      <w:r>
        <w:rPr>
          <w:b/>
        </w:rPr>
        <w:t xml:space="preserve">[04:12] </w:t>
      </w:r>
      <w:r>
        <w:t>main jo hoon,</w:t>
      </w:r>
    </w:p>
    <w:p>
      <w:pPr>
        <w:jc w:val="right"/>
      </w:pPr>
      <w:r>
        <w:t>میں جو ہوں،</w:t>
      </w:r>
    </w:p>
    <w:p>
      <w:r>
        <w:rPr>
          <w:b/>
        </w:rPr>
        <w:t xml:space="preserve">[04:17] </w:t>
      </w:r>
      <w:r>
        <w:t>main samajhta hoon ke har bande, har insan,</w:t>
      </w:r>
    </w:p>
    <w:p>
      <w:pPr>
        <w:jc w:val="right"/>
      </w:pPr>
      <w:r>
        <w:t>میں سمجھتا ہوں کہ ہر بندہ، ہر انسان،</w:t>
      </w:r>
    </w:p>
    <w:p>
      <w:r>
        <w:rPr>
          <w:b/>
        </w:rPr>
        <w:t xml:space="preserve">[04:26] </w:t>
      </w:r>
      <w:r>
        <w:t>jab woh</w:t>
      </w:r>
    </w:p>
    <w:p>
      <w:pPr>
        <w:jc w:val="right"/>
      </w:pPr>
      <w:r>
        <w:t>جب وہ</w:t>
      </w:r>
    </w:p>
    <w:p>
      <w:r>
        <w:rPr>
          <w:b/>
        </w:rPr>
        <w:t xml:space="preserve">[04:31] </w:t>
      </w:r>
      <w:r>
        <w:t>kisi sankat mein gharta hai, koi sankat, koi crisis,</w:t>
      </w:r>
    </w:p>
    <w:p>
      <w:pPr>
        <w:jc w:val="right"/>
      </w:pPr>
      <w:r>
        <w:t>کسی سنکٹ میں گھرتا ہے، کوئی سنکٹ، کوئی کرائسز،</w:t>
      </w:r>
    </w:p>
    <w:p>
      <w:r>
        <w:rPr>
          <w:b/>
        </w:rPr>
        <w:t xml:space="preserve">[04:42] </w:t>
      </w:r>
      <w:r>
        <w:t>aur woh apne rab ko pukarta hai</w:t>
      </w:r>
    </w:p>
    <w:p>
      <w:pPr>
        <w:jc w:val="right"/>
      </w:pPr>
      <w:r>
        <w:t>اور وہ اپنے رب کو پکارتا ہے</w:t>
      </w:r>
    </w:p>
    <w:p>
      <w:r>
        <w:rPr>
          <w:b/>
        </w:rPr>
        <w:t xml:space="preserve">[04:49] </w:t>
      </w:r>
      <w:r>
        <w:t>to quran mein hai ke "وَإِذَا صَالَكَ عِبَادِيَّ فَإِنِّي قَرِيبٌ۔"</w:t>
      </w:r>
    </w:p>
    <w:p>
      <w:pPr>
        <w:jc w:val="right"/>
      </w:pPr>
      <w:r>
        <w:t>تو قرآن میں ہے کہ "وَإِذَا صَالَكَ عِبَادِيَّ فَإِنِّي قَرِيبٌ۔"</w:t>
      </w:r>
    </w:p>
    <w:p>
      <w:r>
        <w:rPr>
          <w:b/>
        </w:rPr>
        <w:t xml:space="preserve">[04:58] </w:t>
      </w:r>
      <w:r>
        <w:t>وَإِذَا صَالَكَ عِبَادِيَّ فَإِنِّي قَرِيبٌ۔ jab mera koi banda mujh se poochta hai, mujh ko pukarta hai to main us ke qareeb hoon.</w:t>
      </w:r>
    </w:p>
    <w:p>
      <w:pPr>
        <w:jc w:val="right"/>
      </w:pPr>
      <w:r>
        <w:t>وَإِذَا صَالَكَ عِبَادِيَّ فَإِنِّي قَرِيبٌ۔ جب میرا کوئی بندہ مجھ سے پوچھتا ہے، مجھ کو پکارتا ہے تو میں اس کے قریب ہوں۔</w:t>
      </w:r>
    </w:p>
    <w:p>
      <w:r>
        <w:rPr>
          <w:b/>
        </w:rPr>
        <w:t xml:space="preserve">[05:15] </w:t>
      </w:r>
      <w:r>
        <w:t>jab mera koi banda mujh ko pukarta hai to main us ke qareeb hoon.</w:t>
      </w:r>
    </w:p>
    <w:p>
      <w:pPr>
        <w:jc w:val="right"/>
      </w:pPr>
      <w:r>
        <w:t>جب میرا کوئی بندہ مجھ کو پکارتا ہے تو میں اس کے قریب ہوں۔</w:t>
      </w:r>
    </w:p>
    <w:p>
      <w:r>
        <w:rPr>
          <w:b/>
        </w:rPr>
        <w:t xml:space="preserve">[05:26] </w:t>
      </w:r>
      <w:r>
        <w:t>to yeh kya hai? yeh wahi to hai yeh ke main jo, main jo hoon, yani rab-ul-alameen, jo hamara creator hai, us ki awaz aati hai ke "main jo hoon."</w:t>
      </w:r>
    </w:p>
    <w:p>
      <w:pPr>
        <w:jc w:val="right"/>
      </w:pPr>
      <w:r>
        <w:t>تو یہ کیا ہے؟ یہ وحی تو ہے یہ کہ میں جو، میں جو ہوں، یعنی رب العالمین، جو ہمارا کریٹر ہے، اس کی آواز آتی ہے کہ "میں جو ہوں۔"</w:t>
      </w:r>
    </w:p>
    <w:p>
      <w:r>
        <w:rPr>
          <w:b/>
        </w:rPr>
        <w:t xml:space="preserve">[05:45] </w:t>
      </w:r>
      <w:r>
        <w:t>to ghabrate kyun ho? kyun rehte ho? pareshan kyun ho? "main jo hoon."</w:t>
      </w:r>
    </w:p>
    <w:p>
      <w:pPr>
        <w:jc w:val="right"/>
      </w:pPr>
      <w:r>
        <w:t>تو گھبراتے کیوں ہو؟ کیوں رہتے ہو؟ پریشان کیوں ہو؟ "میں جو ہوں۔"</w:t>
      </w:r>
    </w:p>
    <w:p>
      <w:r>
        <w:rPr>
          <w:b/>
        </w:rPr>
        <w:t xml:space="preserve">[05:55] </w:t>
      </w:r>
      <w:r>
        <w:t>to dekhiye, hamara jo rab hai, hamara jo khaliq hai, woh har mauqe par hamari madad ke liye aata hai.</w:t>
      </w:r>
    </w:p>
    <w:p>
      <w:pPr>
        <w:jc w:val="right"/>
      </w:pPr>
      <w:r>
        <w:t>تو دیکھیے، ہمارا جو رب ہے، ہمارا جو خالق ہے، وہ ہر موقع پر ہماری مدد کے لیے آتا ہے۔</w:t>
      </w:r>
    </w:p>
    <w:p>
      <w:r>
        <w:rPr>
          <w:b/>
        </w:rPr>
        <w:t xml:space="preserve">[06:08] </w:t>
      </w:r>
      <w:r>
        <w:t>woh kehta hai ke "main jo hoon." aap ka</w:t>
      </w:r>
    </w:p>
    <w:p>
      <w:pPr>
        <w:jc w:val="right"/>
      </w:pPr>
      <w:r>
        <w:t>وہ کہتا ہے کہ "میں جو ہوں۔" آپ کا</w:t>
      </w:r>
    </w:p>
    <w:p>
      <w:r>
        <w:rPr>
          <w:b/>
        </w:rPr>
        <w:t xml:space="preserve">[06:16] </w:t>
      </w:r>
      <w:r>
        <w:t>ehsas itna shadeed, zabardast hona chahiye ke aap Khuda ki khamosh awaz ko sun saken, apne apne creator ki khamosh awaz ko sun saken.</w:t>
      </w:r>
    </w:p>
    <w:p>
      <w:pPr>
        <w:jc w:val="right"/>
      </w:pPr>
      <w:r>
        <w:t>احساس اتنا شدید، زبردست ہونا چاہیے کہ آپ خدا کی خاموش آواز کو سن سکیں، اپنے اپنے کریٹر کی خاموش آواز کو سن سکیں۔</w:t>
      </w:r>
    </w:p>
    <w:p>
      <w:r>
        <w:rPr>
          <w:b/>
        </w:rPr>
        <w:t xml:space="preserve">[06:31] </w:t>
      </w:r>
      <w:r>
        <w:t>to dekhiye, main aap ko ek bohat hi important baat arz karta hoon jo main ne quran mein parhi hai aur jo mera apna experience bhi hai,</w:t>
      </w:r>
    </w:p>
    <w:p>
      <w:pPr>
        <w:jc w:val="right"/>
      </w:pPr>
      <w:r>
        <w:t>تو دیکھیے، میں آپ کو ایک بہت ہی امپورٹنٹ بات عرض کرتا ہوں جو میں نے قرآن میں پڑھی ہے اور جو میرا اپنا ایکسپیرینس بھی ہے،</w:t>
      </w:r>
    </w:p>
    <w:p>
      <w:r>
        <w:rPr>
          <w:b/>
        </w:rPr>
        <w:t xml:space="preserve">[06:46] </w:t>
      </w:r>
      <w:r>
        <w:t>woh yeh hai: Khuda aap ki madad karta hai zaroor, lekin woh manaj kar ke madad karta hai. Khuda ka tareeqa manaj karne ka tareeqa hai.</w:t>
      </w:r>
    </w:p>
    <w:p>
      <w:pPr>
        <w:jc w:val="right"/>
      </w:pPr>
      <w:r>
        <w:t>وہ یہ ہے: خدا آپ کی مدد کرتا ہے ضرور، لیکن وہ مانج کر کے مدد کرتا ہے۔ خدا کا طریقہ مانج کرنے کا طریقہ ہے۔</w:t>
      </w:r>
    </w:p>
    <w:p>
      <w:r>
        <w:rPr>
          <w:b/>
        </w:rPr>
        <w:t xml:space="preserve">[06:58] </w:t>
      </w:r>
      <w:r>
        <w:t>yani is tarah ke halaat, is tarah ke situation, situation create karna jo aap ki madad ki taraf ja rahi hon.</w:t>
      </w:r>
    </w:p>
    <w:p>
      <w:pPr>
        <w:jc w:val="right"/>
      </w:pPr>
      <w:r>
        <w:t>یعنی اس طرح کے حالات، اس طرح کے سچوئیشن، سچوئیشن کریٹ کرنا جو آپ کی مدد کی طرف جا رہی ہوں۔</w:t>
      </w:r>
    </w:p>
    <w:p>
      <w:r>
        <w:rPr>
          <w:b/>
        </w:rPr>
        <w:t xml:space="preserve">[07:13] </w:t>
      </w:r>
      <w:r>
        <w:t>jaise main aap ko isi jagah ka ek qissa batata hoon</w:t>
      </w:r>
    </w:p>
    <w:p>
      <w:pPr>
        <w:jc w:val="right"/>
      </w:pPr>
      <w:r>
        <w:t>جیسے میں آپ کو اسی جگہ کا ایک قصہ بتاتا ہوں</w:t>
      </w:r>
    </w:p>
    <w:p>
      <w:r>
        <w:rPr>
          <w:b/>
        </w:rPr>
        <w:t xml:space="preserve">[07:20] </w:t>
      </w:r>
      <w:r>
        <w:t>jahan hamari office hai,</w:t>
      </w:r>
    </w:p>
    <w:p>
      <w:pPr>
        <w:jc w:val="right"/>
      </w:pPr>
      <w:r>
        <w:t>جہاں ہماری آفس ہے،</w:t>
      </w:r>
    </w:p>
    <w:p>
      <w:r>
        <w:rPr>
          <w:b/>
        </w:rPr>
        <w:t xml:space="preserve">[07:26] </w:t>
      </w:r>
      <w:r>
        <w:t>Nizamuddin West mein. to main is se pehle rehta tha purane Delhi mein. to ek sahab aksar hamare paas aate the, boorhe.</w:t>
      </w:r>
    </w:p>
    <w:p>
      <w:pPr>
        <w:jc w:val="right"/>
      </w:pPr>
      <w:r>
        <w:t>نظام الدین ویسٹ میں۔ تو میں اس سے پہلے رہتا تھا پرانے دہلی میں۔ تو ایک صاحب اکثر ہمارے پاس آتے تھے، بوڑھے۔</w:t>
      </w:r>
    </w:p>
    <w:p>
      <w:r>
        <w:rPr>
          <w:b/>
        </w:rPr>
        <w:t xml:space="preserve">[07:40] </w:t>
      </w:r>
      <w:r>
        <w:t>woh kehte the ke "aap purane Delhi mein kyun hain? aap naye Delhi mein jaiye." to naam lete the woh Nizamuddin Colony ka ke "wahan jaiye kyunke Nizamuddin, aap jante hain ke yeh ek sangam hai purane Delhi ka aur naye Delhi ka sangam hai."</w:t>
      </w:r>
    </w:p>
    <w:p>
      <w:pPr>
        <w:jc w:val="right"/>
      </w:pPr>
      <w:r>
        <w:t>وہ کہتے تھے کہ "آپ پرانے دہلی میں کیوں ہیں؟ آپ نئے دہلی میں جائیے۔" تو نام لیتے تھے وہ نظام الدین کالنی کا کہ "وہاں جائیے کیونکہ نظام الدین، آپ جانتے ہیں کہ یہ ایک سنگم ہے پرانے دہلی کا اور نئے دہلی کا سنگم ہے۔</w:t>
      </w:r>
    </w:p>
    <w:p>
      <w:r>
        <w:rPr>
          <w:b/>
        </w:rPr>
        <w:t xml:space="preserve">[08:01] </w:t>
      </w:r>
      <w:r>
        <w:t>to wahan jaiye, wo aap ke liye zyada acha mauqa hai." to main is ko leta tha aise hi light mode mein kyunke mere halaat aise nahi the ke main Nizamuddin mein koi land loon, yahan par koi office banaoon.</w:t>
      </w:r>
    </w:p>
    <w:p>
      <w:pPr>
        <w:jc w:val="right"/>
      </w:pPr>
      <w:r>
        <w:t>تو وہاں جائیے، وہ آپ کے لیے زیادہ اچھا موقع ہے۔" تو میں اس کو لیتا تھا ایسے ہی لائٹ موڈ میں کیونکہ میرے حالات ایسے نہیں تھے کہ میں نظام الدین میں کوئی لینڈ لوں، یہاں پر کوئی آفس بناؤں۔</w:t>
      </w:r>
    </w:p>
    <w:p>
      <w:r>
        <w:rPr>
          <w:b/>
        </w:rPr>
        <w:t xml:space="preserve">[08:25] </w:t>
      </w:r>
      <w:r>
        <w:t>mere halaat aise nahi the. to mujhe ek bohat door ki baat lagti thi aise. to aate the, wo kehte the, aur main sun kar is ko ignore karta tha.</w:t>
      </w:r>
    </w:p>
    <w:p>
      <w:pPr>
        <w:jc w:val="right"/>
      </w:pPr>
      <w:r>
        <w:t>میرے حالات ایسے نہیں تھے۔ تو مجھے ایک بہت دور کی بات لگتی تھی ایسی۔ تو آتے تھے، وہ کہتے تھے، اور میں سن کر اس کو اگنور کرتا تھا۔</w:t>
      </w:r>
    </w:p>
    <w:p>
      <w:r>
        <w:rPr>
          <w:b/>
        </w:rPr>
        <w:t xml:space="preserve">[08:39] </w:t>
      </w:r>
      <w:r>
        <w:t>to phir kya hua? ye jo Nizamuddin West hai ya Nizamuddin East hai, ye partition ke baad banaya hai.</w:t>
      </w:r>
    </w:p>
    <w:p>
      <w:pPr>
        <w:jc w:val="right"/>
      </w:pPr>
      <w:r>
        <w:t>تو پھر کیا ہوا؟ یہ جو نظام الدین ویسٹ ہے یا نظام الدین ایسٹ ہے، یہ پارٹیشن کے بعد بنایا ہے۔</w:t>
      </w:r>
    </w:p>
    <w:p>
      <w:r>
        <w:rPr>
          <w:b/>
        </w:rPr>
        <w:t xml:space="preserve">[08:52] </w:t>
      </w:r>
      <w:r>
        <w:t>partition ke baad jo log aaye wahan se doosri taraf se, to government ne un ko zameenain allot kaen.</w:t>
      </w:r>
    </w:p>
    <w:p>
      <w:pPr>
        <w:jc w:val="right"/>
      </w:pPr>
      <w:r>
        <w:t>پارٹیشن کے بعد جو لوگ آئے وہاں سے دوسری طرف سے، تو گورنمنٹ نے ان کو زمینیں الاٹ کیں۔</w:t>
      </w:r>
    </w:p>
    <w:p>
      <w:r>
        <w:rPr>
          <w:b/>
        </w:rPr>
        <w:t xml:space="preserve">[09:06] </w:t>
      </w:r>
      <w:r>
        <w:t>to ye us waqt khali thi, ye jagah us waqt khali thi. to government ne is ko allot kiya. to ye jo hamare paas hai, do jagah hain: C one aur C 29.</w:t>
      </w:r>
    </w:p>
    <w:p>
      <w:pPr>
        <w:jc w:val="right"/>
      </w:pPr>
      <w:r>
        <w:t>تو یہ اس وقت خالی تھی، یہ جگہ اس وقت خالی تھی۔ تو گورنمنٹ نے اس کو الاٹ کیا۔ تو یہ جو ہمارے پاس ہے، دو جگہیں ہیں: سی ون اور سی 29۔</w:t>
      </w:r>
    </w:p>
    <w:p>
      <w:r>
        <w:rPr>
          <w:b/>
        </w:rPr>
        <w:t xml:space="preserve">[09:22] </w:t>
      </w:r>
      <w:r>
        <w:t>ye ek kisi ko di gayi,</w:t>
      </w:r>
    </w:p>
    <w:p>
      <w:pPr>
        <w:jc w:val="right"/>
      </w:pPr>
      <w:r>
        <w:t>یہ ایک کسی کو دی گئی،</w:t>
      </w:r>
    </w:p>
    <w:p>
      <w:r>
        <w:rPr>
          <w:b/>
        </w:rPr>
        <w:t xml:space="preserve">[09:28] </w:t>
      </w:r>
      <w:r>
        <w:t>kisi ko di gayi. lekin phir is ke bete settle ho gaye Shimla mein. to beton ne kaha ke "aap is ko bech dijiye aur Shimla aa jaiye."</w:t>
      </w:r>
    </w:p>
    <w:p>
      <w:pPr>
        <w:jc w:val="right"/>
      </w:pPr>
      <w:r>
        <w:t>کسی کو دی گئی۔ لیکن پھر اس کے بیٹے سیٹل ہو گئے شملہ میں۔ تو بیٹوں نے کہا کہ "آپ اس کو بیچ دیجئے اور شملہ آ جائیے۔"</w:t>
      </w:r>
    </w:p>
    <w:p>
      <w:r>
        <w:rPr>
          <w:b/>
        </w:rPr>
        <w:t xml:space="preserve">[09:42] </w:t>
      </w:r>
      <w:r>
        <w:t>to jis ko yeh jagah allot hui thi, us ne chaha ke us ko beche.</w:t>
      </w:r>
    </w:p>
    <w:p>
      <w:pPr>
        <w:jc w:val="right"/>
      </w:pPr>
      <w:r>
        <w:t>تو جس کو یہ جگہ الاٹ ہوئی تھی، اس نے چاہا کہ اس کو بیچے۔</w:t>
      </w:r>
    </w:p>
    <w:p>
      <w:r>
        <w:rPr>
          <w:b/>
        </w:rPr>
        <w:t xml:space="preserve">[09:49] </w:t>
      </w:r>
      <w:r>
        <w:t>lekin us ki ek anokhi shart thi: "Yahi management hai,</w:t>
      </w:r>
    </w:p>
    <w:p>
      <w:pPr>
        <w:jc w:val="right"/>
      </w:pPr>
      <w:r>
        <w:t>لیکن اس کی ایک انوکھی شرط تھی: "یہی مینجمنٹ ہے،</w:t>
      </w:r>
    </w:p>
    <w:p>
      <w:r>
        <w:rPr>
          <w:b/>
        </w:rPr>
        <w:t xml:space="preserve">[09:55] </w:t>
      </w:r>
      <w:r>
        <w:t>yehi management hai.</w:t>
      </w:r>
    </w:p>
    <w:p>
      <w:pPr>
        <w:jc w:val="right"/>
      </w:pPr>
      <w:r>
        <w:t>یہی مینجمنٹ ہے۔"</w:t>
      </w:r>
    </w:p>
    <w:p>
      <w:r>
        <w:rPr>
          <w:b/>
        </w:rPr>
        <w:t xml:space="preserve">[09:57] </w:t>
      </w:r>
      <w:r>
        <w:t>yani khuda ne is ke dil mein daal diya</w:t>
      </w:r>
    </w:p>
    <w:p>
      <w:pPr>
        <w:jc w:val="right"/>
      </w:pPr>
      <w:r>
        <w:t>یعنی خدا نے اس کے دل میں ڈال دیا</w:t>
      </w:r>
    </w:p>
    <w:p>
      <w:r>
        <w:rPr>
          <w:b/>
        </w:rPr>
        <w:t xml:space="preserve">[10:02] </w:t>
      </w:r>
      <w:r>
        <w:t>apne apne halaat ke lehaaz se ke "bhai, abhi to</w:t>
      </w:r>
    </w:p>
    <w:p>
      <w:pPr>
        <w:jc w:val="right"/>
      </w:pPr>
      <w:r>
        <w:t>اپنے اپنے حالات کے لحاظ سے کہ "بھئی، ابھی تو</w:t>
      </w:r>
    </w:p>
    <w:p>
      <w:r>
        <w:rPr>
          <w:b/>
        </w:rPr>
        <w:t xml:space="preserve">[10:08] </w:t>
      </w:r>
      <w:r>
        <w:t>tum jis ko kehte hain sale deal, abhi tum sale ka mamla na kar sakte ho,</w:t>
      </w:r>
    </w:p>
    <w:p>
      <w:pPr>
        <w:jc w:val="right"/>
      </w:pPr>
      <w:r>
        <w:t>تم جس کو کہتے ہیں سیل ڈیل، ابھی تم سیل کا معاملہ نہ کر سکتے ہو،</w:t>
      </w:r>
    </w:p>
    <w:p>
      <w:r>
        <w:rPr>
          <w:b/>
        </w:rPr>
        <w:t xml:space="preserve">[10:17] </w:t>
      </w:r>
      <w:r>
        <w:t>sale deed nahi likh sakte ho. to koi aisa dhoondo, aisa aadmi jo tum ko pehle se advance payment kar de tumhari zameen ka, baghair is seller likhe hue.</w:t>
      </w:r>
    </w:p>
    <w:p>
      <w:pPr>
        <w:jc w:val="right"/>
      </w:pPr>
      <w:r>
        <w:t>سیل ڈیل نہیں لکھ سکتے ہو۔ تو کوئی ایسا ڈھونڈو، ایسا آدمی جو تم کو پہلے سے ایڈوانس پیمنٹ کر دے تمہاری زمین کا، بغیر اس سیلر لکھے ہوئے۔</w:t>
      </w:r>
    </w:p>
    <w:p>
      <w:r>
        <w:rPr>
          <w:b/>
        </w:rPr>
        <w:t xml:space="preserve">[10:36] </w:t>
      </w:r>
      <w:r>
        <w:t>is ko kuch riayat de do, kuch riayat." to jo aadmi is zameen ka malik tha, wo is par raazi hoga ke kuch kam par kisi ko de de, lekin bashart ke wo aadmi advance payment kar de.</w:t>
      </w:r>
    </w:p>
    <w:p>
      <w:pPr>
        <w:jc w:val="right"/>
      </w:pPr>
      <w:r>
        <w:t>اس کو کچھ رعایت دے دو، کچھ رعایت۔" تو جو آدمی اس زمین کا مالک تھا، وہ اس پر راضی ہوگا کہ کچھ کم پر کسی کو دے دے، لیکن بشرط کہ وہ آدمی ایڈوانس پیمنٹ کر دے۔</w:t>
      </w:r>
    </w:p>
    <w:p>
      <w:r>
        <w:rPr>
          <w:b/>
        </w:rPr>
        <w:t xml:space="preserve">[10:55] </w:t>
      </w:r>
      <w:r>
        <w:t>ye isi ko kehte hain maanj, maanj karna. Allah ne maanj kiya ke is ke bete chale gaye Shimla. phir is ke halaat aise the ke wo chahta tha ke mujhe payment mil jaye is se pehle ke main sale deed likhoon.</w:t>
      </w:r>
    </w:p>
    <w:p>
      <w:pPr>
        <w:jc w:val="right"/>
      </w:pPr>
      <w:r>
        <w:t>یہ اسی کو کہتے ہیں مانج، مانج کرنا۔ اللہ نے مانج کیا کہ اس کے بیٹے چلے گئے شملہ۔ پھر اس کے حالات ایسے تھے کہ وہ چاہتا تھا کہ مجھے پیمنٹ مل جائے اس سے پہلے کہ میں سیل ڈیڈ لکھوں۔</w:t>
      </w:r>
    </w:p>
    <w:p>
      <w:r>
        <w:rPr>
          <w:b/>
        </w:rPr>
        <w:t xml:space="preserve">[11:14] </w:t>
      </w:r>
      <w:r>
        <w:t>ye bhi is ke halaat the. to is ne ye shart laga di. to yahan bohat se log the jo is zameen ko khareedna chahte the.</w:t>
      </w:r>
    </w:p>
    <w:p>
      <w:pPr>
        <w:jc w:val="right"/>
      </w:pPr>
      <w:r>
        <w:t>یہ بھی اس کے حالات تھے۔ تو اس نے یہ شرط لگا دی۔ تو یہاں بہت سے لوگ تھے جو اس زمین کو خریدنا چاہتے تھے۔</w:t>
      </w:r>
    </w:p>
    <w:p>
      <w:r>
        <w:rPr>
          <w:b/>
        </w:rPr>
        <w:t xml:space="preserve">[11:25] </w:t>
      </w:r>
      <w:r>
        <w:t>ye do jagah jo hamare paas hain: ek C one aur doosri C 29. to is ne kaha ke "aap koi sahib is ko le lein, lekin abhi main sale deed nahi likhoon ga, abhi aap ko paisa paisa dena hoga." to us waqt koi bhi raazi nahi hua is ke liye ke halanke wo kam daam par de raha tha,</w:t>
      </w:r>
    </w:p>
    <w:p>
      <w:pPr>
        <w:jc w:val="right"/>
      </w:pPr>
      <w:r>
        <w:t>یہ دو جگہیں جو ہمارے پاس ہیں: ایک سی ون اور دوسری سی 29۔ تو اس نے کہا کہ "آپ کوئی صاحب اس کو لے لیں، لیکن ابھی میں سیل ڈیڈ نہیں لکھوں گا، ابھی آپ کو پیسہ پیسہ دینا ہوگا۔" تو اس وقت کوئی بھی راضی نہیں ہوا اس کے لیے کہ حالانکہ وہ کم دام پر دے رہا تھا،</w:t>
      </w:r>
    </w:p>
    <w:p>
      <w:r>
        <w:rPr>
          <w:b/>
        </w:rPr>
        <w:t xml:space="preserve">[11:52] </w:t>
      </w:r>
      <w:r>
        <w:t>koi raazi nahi hua. isi ko main kehta hoon maanj karna. Allah ne is ke halaat aise banaye, aise halaat ke is ne ye condition laga di.</w:t>
      </w:r>
    </w:p>
    <w:p>
      <w:pPr>
        <w:jc w:val="right"/>
      </w:pPr>
      <w:r>
        <w:t>کوئی راضی نہیں ہوا۔ اسی کو میں کہتا ہوں مانج کرنا۔ اللہ نے اس کے حالات ایسے بنائے، ایسے حالات کہ اس نے یہ کنڈیشن لگا دی۔</w:t>
      </w:r>
    </w:p>
    <w:p>
      <w:r>
        <w:rPr>
          <w:b/>
        </w:rPr>
        <w:t xml:space="preserve">[12:05] </w:t>
      </w:r>
      <w:r>
        <w:t>to main ne apne bete Dr. Science Man se kaha ke "is ko mere paas lao, is aadmi ko mere paas lao." wo shayad Punjabi tha, ghaliban.</w:t>
      </w:r>
    </w:p>
    <w:p>
      <w:pPr>
        <w:jc w:val="right"/>
      </w:pPr>
      <w:r>
        <w:t>تو میں نے اپنے بیٹے ڈاکٹر سائنس مین سے کہا کہ "اس کو میرے پاس لاؤ، اس آدمی کو میرے پاس لاؤ۔" وہ شاید پنجابی تھا، غالباً۔</w:t>
      </w:r>
    </w:p>
    <w:p>
      <w:r>
        <w:rPr>
          <w:b/>
        </w:rPr>
        <w:t xml:space="preserve">[12:20] </w:t>
      </w:r>
      <w:r>
        <w:t>to wo le aaye mere paas. to main Allah ke fazl se face reading karta hoon.</w:t>
      </w:r>
    </w:p>
    <w:p>
      <w:pPr>
        <w:jc w:val="right"/>
      </w:pPr>
      <w:r>
        <w:t>تو وہ لے آئے میرے پاس۔ تو میں اللہ کے فضل سے فیس ریڈنگ کرتا ہوں۔</w:t>
      </w:r>
    </w:p>
    <w:p>
      <w:r>
        <w:rPr>
          <w:b/>
        </w:rPr>
        <w:t xml:space="preserve">[12:29] </w:t>
      </w:r>
      <w:r>
        <w:t>jab wo aaya mere paas to main ne face reading ki. face reading mein main ne paya ke wo aadmi sacha aadmi hai aur kuch genuine reason is ki hai jis ki wajah se wo aisa keh raha hai ke "paisa abhi de do, lekin hum likhein ge baat ko." is ki face reading se maani hai jaana ke aadmi sacha aadmi hai,</w:t>
      </w:r>
    </w:p>
    <w:p>
      <w:pPr>
        <w:jc w:val="right"/>
      </w:pPr>
      <w:r>
        <w:t>جب وہ آیا میرے پاس تو میں نے فیس ریڈنگ کی۔ فیس ریڈنگ میں میں نے پایا کہ وہ آدمی سچا آدمی ہے اور کچھ جرین ریزن اس کی ہے جس کی وجہ سے وہ ایسا کہہ رہا ہے کہ "پیسہ ابھی دے دو، لیکن ہم لکھیں گے بات کو۔" اس کی فیس ریڈنگ سے معنی ہے جانا کہ آدمی سچا آدمی ہے،</w:t>
      </w:r>
    </w:p>
    <w:p>
      <w:r>
        <w:rPr>
          <w:b/>
        </w:rPr>
        <w:t xml:space="preserve">[12:55] </w:t>
      </w:r>
      <w:r>
        <w:t>is ka case genuine case hai. to wo raazi ho gaya. main ne apne bete se kaha ke "paisa de do is ko." to is ko paisa de diya gaya aur is ne hamein ye zameen, dono zameen de di.</w:t>
      </w:r>
    </w:p>
    <w:p>
      <w:pPr>
        <w:jc w:val="right"/>
      </w:pPr>
      <w:r>
        <w:t>اس کا کیس جرین کیس ہے۔ تو وہ راضی ہو گیا۔ میں نے اپنے بیٹے سے کہا کہ "پیسہ دے دو اس کو۔" تو اس کو پیسہ دے دیا گیا اور اس نے ہمیں یہ زمین، دونوں زمین دے دی۔</w:t>
      </w:r>
    </w:p>
    <w:p>
      <w:r>
        <w:rPr>
          <w:b/>
        </w:rPr>
        <w:t xml:space="preserve">[13:12] </w:t>
      </w:r>
      <w:r>
        <w:t>ye zameen wo aur wo zameen hai.</w:t>
      </w:r>
    </w:p>
    <w:p>
      <w:pPr>
        <w:jc w:val="right"/>
      </w:pPr>
      <w:r>
        <w:t>یہ زمین وہ اور وہ زمین ہے۔</w:t>
      </w:r>
    </w:p>
    <w:p>
      <w:r>
        <w:rPr>
          <w:b/>
        </w:rPr>
        <w:t xml:space="preserve">[13:16] </w:t>
      </w:r>
      <w:r>
        <w:t>is ne kaha ke "bhai, chhe mahine ke baad aaon ga Shimla se to main likh doon ga aap ko zameen." to hum ne kaha "jaane do." to paisa de diya gaya aur wo chala gaya Shimla.</w:t>
      </w:r>
    </w:p>
    <w:p>
      <w:pPr>
        <w:jc w:val="right"/>
      </w:pPr>
      <w:r>
        <w:t>اس نے کہا کہ "بھئی، چھ مہینے کے بعد آؤں گا شملہ سے تو میں لکھ دوں گا آپ کو زمین۔" تو ہم نے کہا "جانے دو۔" تو پیسہ دے دیا گیا اور وہ چلا گیا شملہ۔</w:t>
      </w:r>
    </w:p>
    <w:p>
      <w:r>
        <w:rPr>
          <w:b/>
        </w:rPr>
        <w:t xml:space="preserve">[13:30] </w:t>
      </w:r>
      <w:r>
        <w:t>koi is par raazi nahi tha yahan ke ye paisa de diya hai, wo jo hai wo chala jaye aur chhe mahine ke baad aa kar likhe. lekin saaf wo ek aisa aadmi tha ke theek date par aaya, wo ek din bhi is ne late nahi kiya.</w:t>
      </w:r>
    </w:p>
    <w:p>
      <w:pPr>
        <w:jc w:val="right"/>
      </w:pPr>
      <w:r>
        <w:t>کوئی اس پر راضی نہیں تھا یہاں کہ یہ پیسہ دے دیا ہے، وہ جو ہے وہ چلا جائے اور چھ مہینے کے بعد آ کر لکھے۔ لیکن صاف وہ ایک ایسا آدمی تھا کہ ٹھیک ڈیٹ پر آیا، وہ ایک دن بھی اس نے لیٹ نہیں کیا۔</w:t>
      </w:r>
    </w:p>
    <w:p>
      <w:r>
        <w:rPr>
          <w:b/>
        </w:rPr>
        <w:t xml:space="preserve">[13:50] </w:t>
      </w:r>
      <w:r>
        <w:t>chala gaya Shimla, chala gaya. wo beech mein ek mahine tak hum se koi communication nahi.</w:t>
      </w:r>
    </w:p>
    <w:p>
      <w:pPr>
        <w:jc w:val="right"/>
      </w:pPr>
      <w:r>
        <w:t>چلا گیا شملہ، چلا گیا۔ وہ بیچ میں ایک مہینے تک ہم سے کوئی کمیونیکیشن نہیں۔</w:t>
      </w:r>
    </w:p>
    <w:p>
      <w:r>
        <w:rPr>
          <w:b/>
        </w:rPr>
        <w:t xml:space="preserve">[14:01] </w:t>
      </w:r>
      <w:r>
        <w:t>to wo theek waqt par aaya. mujhe theek se yaad nahi hai ke ek ek mahina tha ya zyada time tha, Dr. Science Man ko yaad hoga.</w:t>
      </w:r>
    </w:p>
    <w:p>
      <w:pPr>
        <w:jc w:val="right"/>
      </w:pPr>
      <w:r>
        <w:t>تو وہ ٹھیک وقت پر آیا۔ مجھے ٹھیک سے یاد نہیں ہے کہ ایک ایک مہینہ تھا یا زیادہ ٹائم تھا، ڈاکٹر سائنس مین کو یاد ہوگا۔</w:t>
      </w:r>
    </w:p>
    <w:p>
      <w:r>
        <w:rPr>
          <w:b/>
        </w:rPr>
        <w:t xml:space="preserve">[14:14] </w:t>
      </w:r>
      <w:r>
        <w:t>aur is ne theek apne promise ke mutabiq likh diya aur zameen hum ko de di. tab hum yahan aaye, aaye, aaye hain.</w:t>
      </w:r>
    </w:p>
    <w:p>
      <w:pPr>
        <w:jc w:val="right"/>
      </w:pPr>
      <w:r>
        <w:t>اور اس نے ٹھیک اپنے پرومس کے مطابق لکھ دیا اور زمین ہم کو دے دیا۔ تب ہم یہاں آئے، آئے، آئے ہیں۔</w:t>
      </w:r>
    </w:p>
    <w:p>
      <w:r>
        <w:rPr>
          <w:b/>
        </w:rPr>
        <w:t xml:space="preserve">[14:27] </w:t>
      </w:r>
      <w:r>
        <w:t>ye dono zameen kam qeemat par hamein mili thi kyunke is ki shart poori karne ka mamla tha. to dekhiye, jab bhi Allah Rabbul Alameen se aap kuch mangen, koi dua karen to yaad rakhiye ke Rabbul Alameen ka apna method kya hai.</w:t>
      </w:r>
    </w:p>
    <w:p>
      <w:pPr>
        <w:jc w:val="right"/>
      </w:pPr>
      <w:r>
        <w:t>یہ دونوں زمین کم قیمت پر ہمیں ملی تھی کیونکہ اس کی شرط پوری کرنے کا معاملہ تھا۔ تو دیکھیے، جب بھی اللہ رب العالمین سے آپ کچھ مانگیں، کوئی دعا کریں تو یاد رکھیے کہ رب العالمین کا اپنا میتھڈ کیا ہے۔</w:t>
      </w:r>
    </w:p>
    <w:p>
      <w:r>
        <w:rPr>
          <w:b/>
        </w:rPr>
        <w:t xml:space="preserve">[14:50] </w:t>
      </w:r>
      <w:r>
        <w:t>yeh mat samjhiye ke aap ne mohsin kaha aur idhar koi tray tray mein rakh kar ke aa gaya. Aisa nahi hota.</w:t>
      </w:r>
    </w:p>
    <w:p>
      <w:pPr>
        <w:jc w:val="right"/>
      </w:pPr>
      <w:r>
        <w:t>یہ مت سمجھیے کہ آپ نے محسن کہا اور ادھر کوئی ٹرے ٹرے میں رکھ کر کے آ گیا۔ ایسا نہیں ہوتا۔</w:t>
      </w:r>
    </w:p>
    <w:p>
      <w:r>
        <w:rPr>
          <w:b/>
        </w:rPr>
        <w:t xml:space="preserve">[15:01] </w:t>
      </w:r>
      <w:r>
        <w:t>Aap mangein aur koi tray mein rakh kar aa jaye aap ke paas, aisa nahi hota. Woh hamesha manage karta hai, yaani halaat ko is tareeqe se aap ke liye mawafeq banata hai ke result aap ke liye nikle.</w:t>
      </w:r>
    </w:p>
    <w:p>
      <w:pPr>
        <w:jc w:val="right"/>
      </w:pPr>
      <w:r>
        <w:t>آپ مانگیں اور کوئی ٹرے میں رکھ کر آ جائے آپ کے پاس، ایسا نہیں ہوتا۔ وہ ہمیشہ مینج کرتا ہے، یعنی حالات کو اس طریقے سے آپ کے لیے موافق بناتا ہے کہ رزلٹ آپ کے لیے نکلے۔</w:t>
      </w:r>
    </w:p>
    <w:p>
      <w:r>
        <w:rPr>
          <w:b/>
        </w:rPr>
        <w:t xml:space="preserve">[15:25] </w:t>
      </w:r>
      <w:r>
        <w:t>Toh is ke beton ke dil mein kya aaya, baap ke dil mein kya aaya, shimla mein is ke kya halaat paida hue, woh sab tha management.</w:t>
      </w:r>
    </w:p>
    <w:p>
      <w:pPr>
        <w:jc w:val="right"/>
      </w:pPr>
      <w:r>
        <w:t>تو اس کے بیٹوں کے دل میں کیا آیا، باپ کے دل میں کیا آیا، شملہ میں اس کے کیا حالات پیدا ہوئے، وہ سب تھا مینجمنٹ۔</w:t>
      </w:r>
    </w:p>
    <w:p>
      <w:r>
        <w:rPr>
          <w:b/>
        </w:rPr>
        <w:t xml:space="preserve">[15:35] </w:t>
      </w:r>
      <w:r>
        <w:t>Management. Toh agar aap chahte hain ke apne rab ki, yaani rab jo hai, har mauqe par maujood hai kehne ke liye ke "main jo hoon,</w:t>
      </w:r>
    </w:p>
    <w:p>
      <w:pPr>
        <w:jc w:val="right"/>
      </w:pPr>
      <w:r>
        <w:t>مینجمنٹ۔ تو اگر آپ چاہتے ہیں کہ اپنے رب کی، یعنی رب جو ہے، ہر موقع پر موجود ہے کہنے کے لیے کہ "میں جو ہوں،</w:t>
      </w:r>
    </w:p>
    <w:p>
      <w:r>
        <w:rPr>
          <w:b/>
        </w:rPr>
        <w:t xml:space="preserve">[15:50] </w:t>
      </w:r>
      <w:r>
        <w:t>Ae mere bande, main teri madad karunga." Toh jab bhi aap ko koi problem ho, koi sankat ho, kuch aap chahein apne rab se aur pukarein aap toh chahe kitna hi bada crisis ho, yaad rakhiye,</w:t>
      </w:r>
    </w:p>
    <w:p>
      <w:pPr>
        <w:jc w:val="right"/>
      </w:pPr>
      <w:r>
        <w:t>اے میرے بندے، میں تیری مدد کروں گا۔" تو جب بھی آپ کو کوئی پرابلم ہو، کوئی سنکٹ ہو، کچھ آپ چاہیں اپنے رب سے اور پکاریں آپ تو چاہے کتنا ہی بڑا کرائسس ہو، یاد رکھیے،</w:t>
      </w:r>
    </w:p>
    <w:p>
      <w:r>
        <w:rPr>
          <w:b/>
        </w:rPr>
        <w:t xml:space="preserve">[16:13] </w:t>
      </w:r>
      <w:r>
        <w:t>kitna hi bada crisis ho, aap ka rab wahan yeh kehne ke liye maujood hota hai ke "main jo hoon,</w:t>
      </w:r>
    </w:p>
    <w:p>
      <w:pPr>
        <w:jc w:val="right"/>
      </w:pPr>
      <w:r>
        <w:t>کتنا ہی بڑا کرائسس ہو، آپ کا رب وہاں یہ کہنے کے لیے موجود ہوتا ہے کہ "میں جو ہوں،</w:t>
      </w:r>
    </w:p>
    <w:p>
      <w:r>
        <w:rPr>
          <w:b/>
        </w:rPr>
        <w:t xml:space="preserve">[16:24] </w:t>
      </w:r>
      <w:r>
        <w:t>main jo hoon." Toh ek hadith hai ke</w:t>
      </w:r>
    </w:p>
    <w:p>
      <w:pPr>
        <w:jc w:val="right"/>
      </w:pPr>
      <w:r>
        <w:t>میں جو ہوں۔" تو ایک حدیث ہے کہ</w:t>
      </w:r>
    </w:p>
    <w:p>
      <w:r>
        <w:rPr>
          <w:b/>
        </w:rPr>
        <w:t xml:space="preserve">[16:32] </w:t>
      </w:r>
      <w:r>
        <w:t>"Intezar karna, wait karna, yeh bohat bari ibadat hai."</w:t>
      </w:r>
    </w:p>
    <w:p>
      <w:pPr>
        <w:jc w:val="right"/>
      </w:pPr>
      <w:r>
        <w:t>"انتظار کرنا، ویٹ کرنا، یہ بہت بڑی عبادت ہے۔"</w:t>
      </w:r>
    </w:p>
    <w:p>
      <w:r>
        <w:rPr>
          <w:b/>
        </w:rPr>
        <w:t xml:space="preserve">[16:42] </w:t>
      </w:r>
      <w:r>
        <w:t>Afzal ul ibadat intezar ul faraj hai. Yeh kyun ibadat? Kyun hai intezar karna? Jise mani intezar kiya ke woh aadmi baghair muamla kiye hue paisa le kar chala jaye shimla,</w:t>
      </w:r>
    </w:p>
    <w:p>
      <w:pPr>
        <w:jc w:val="right"/>
      </w:pPr>
      <w:r>
        <w:t>افضل العبادت انتظار الفرج ہے۔ یہ کیوں عبادت؟ کیوں ہے انتظار کرنا؟ جسے معنی انتظار کیا کہ وہ آدمی بغیر معاملہ کیے ہوئے پیسہ لے کر چلا جائے شملہ،</w:t>
      </w:r>
    </w:p>
    <w:p>
      <w:r>
        <w:rPr>
          <w:b/>
        </w:rPr>
        <w:t xml:space="preserve">[17:01] </w:t>
      </w:r>
      <w:r>
        <w:t>baad ko muamla kare.</w:t>
      </w:r>
    </w:p>
    <w:p>
      <w:pPr>
        <w:jc w:val="right"/>
      </w:pPr>
      <w:r>
        <w:t>بعد کو معاملہ کرے۔</w:t>
      </w:r>
    </w:p>
    <w:p>
      <w:r>
        <w:rPr>
          <w:b/>
        </w:rPr>
        <w:t xml:space="preserve">[17:07] </w:t>
      </w:r>
      <w:r>
        <w:t>Toh yeh jo hai intezar karna, yeh trust ki baat hai, trust ki baat hai.</w:t>
      </w:r>
    </w:p>
    <w:p>
      <w:pPr>
        <w:jc w:val="right"/>
      </w:pPr>
      <w:r>
        <w:t>تو یہ جو ہے انتظار کرنا، یہ ٹرسٹ کی بات ہے، ٹرسٹ کی بات ہے۔</w:t>
      </w:r>
    </w:p>
    <w:p>
      <w:r>
        <w:rPr>
          <w:b/>
        </w:rPr>
        <w:t xml:space="preserve">[17:17] </w:t>
      </w:r>
      <w:r>
        <w:t>Allah jab manage karega toh time lega woh kyunke manage karne mein insano ko manage karna parta hai. Yeh jaise aasani ke farishte wahan se kudte hain aur aap ko de dete hain plate mein.</w:t>
      </w:r>
    </w:p>
    <w:p>
      <w:pPr>
        <w:jc w:val="right"/>
      </w:pPr>
      <w:r>
        <w:t>اللہ جب مانج کرے گا تو ٹائم لے گا وہ کیونکہ مینج کرنے میں انسانوں کو مینج کرنا پڑتا ہے۔ یہ جیسے آسانی کے فرشتے وہاں سے کودتے ہیں اور آپ کو دے دیتے ہیں پلیٹ میں۔</w:t>
      </w:r>
    </w:p>
    <w:p>
      <w:r>
        <w:rPr>
          <w:b/>
        </w:rPr>
        <w:t xml:space="preserve">[17:33] </w:t>
      </w:r>
      <w:r>
        <w:t>Aisa nahi hota. Allah Rabb ul Alameen ya aap ka khaliq insano ko manage karta hai.</w:t>
      </w:r>
    </w:p>
    <w:p>
      <w:pPr>
        <w:jc w:val="right"/>
      </w:pPr>
      <w:r>
        <w:t>ایسا نہیں ہوتا۔ اللہ رب العالمین یا آپ کا خالق انسانوں کو مانج کرتا ہے۔</w:t>
      </w:r>
    </w:p>
    <w:p>
      <w:r>
        <w:rPr>
          <w:b/>
        </w:rPr>
        <w:t xml:space="preserve">[17:44] </w:t>
      </w:r>
      <w:r>
        <w:t>Jaise mere case mein is ke bete ko manage kiya, is ke baap ko manage kiya, shimla mein halaat is ke liye mawafeq banaye.</w:t>
      </w:r>
    </w:p>
    <w:p>
      <w:pPr>
        <w:jc w:val="right"/>
      </w:pPr>
      <w:r>
        <w:t>جیسے میرے کیس میں اس کے بیٹے کو مینج کیا، اس کے باپ کو مینج کیا، شملہ میں حالات اس کے لیے موافق بنائے۔</w:t>
      </w:r>
    </w:p>
    <w:p>
      <w:r>
        <w:rPr>
          <w:b/>
        </w:rPr>
        <w:t xml:space="preserve">[17:54] </w:t>
      </w:r>
      <w:r>
        <w:t>Yeh sara muamla jo hai is tareeqe se manage kiya gaya ke result hamare muwafiq nikal aaya. Toh aap ko trust karna parega.</w:t>
      </w:r>
    </w:p>
    <w:p>
      <w:pPr>
        <w:jc w:val="right"/>
      </w:pPr>
      <w:r>
        <w:t>یہ سارا معاملہ جو ہے اس طریقے سے مینج کیا گیا کہ رزلٹ ہمارے موافق نکل آیا۔ تو آپ کو ٹرسٹ کرنا پڑے گا۔</w:t>
      </w:r>
    </w:p>
    <w:p>
      <w:r>
        <w:rPr>
          <w:b/>
        </w:rPr>
        <w:t xml:space="preserve">[18:07] </w:t>
      </w:r>
      <w:r>
        <w:t>Jaise maine face read, face reading ki dua kiya, is insaan ko samajhne ki koshish ki bani ke woh insaan kya hai.</w:t>
      </w:r>
    </w:p>
    <w:p>
      <w:pPr>
        <w:jc w:val="right"/>
      </w:pPr>
      <w:r>
        <w:t>جیسے میں نے فیس ریڈ، فیس ریڈنگ کی دعا کیا، اس انسان کو سمجھنے کی کوشش کی بنی کہ وہ انسان کیا ہے۔</w:t>
      </w:r>
    </w:p>
    <w:p>
      <w:r>
        <w:rPr>
          <w:b/>
        </w:rPr>
        <w:t xml:space="preserve">[18:17] </w:t>
      </w:r>
      <w:r>
        <w:t>Jab maine paya ke woh insaan trust worthy hai, waqai woh sahi aadmi hai, sahi aadmi hai, toh is ke bharose mein maine is ko paisa de diya aur woh waqatan itna pak nikla ke theek waqt par woh aya hua aur poora payment de diya hai.</w:t>
      </w:r>
    </w:p>
    <w:p>
      <w:pPr>
        <w:jc w:val="right"/>
      </w:pPr>
      <w:r>
        <w:t>جب میں نے پایا کہ وہ انسان ٹرسٹ وردی ہے، واقعی وہ صحیح آدمی ہے، صحیح آدمی ہے، تو اس کے بھروسے میں میں نے اس کو پیسہ دے دیا اور وہ واقعتا اتنا پکا نکلا کہ ٹھیک وقت پر وہ آیا ہوا اور پورا پیمنٹ دے دیا ہے۔</w:t>
      </w:r>
    </w:p>
    <w:p>
      <w:r>
        <w:rPr>
          <w:b/>
        </w:rPr>
        <w:t xml:space="preserve">[18:42] </w:t>
      </w:r>
      <w:r>
        <w:t>Toh aap intezar karna seekhiye, trust karna seekhiye, dua karna seekhiye. Aur sab se bari baat yeh hai ke yeh seekhiye ke Allah ka tareeqa manage karna hai.</w:t>
      </w:r>
    </w:p>
    <w:p>
      <w:pPr>
        <w:jc w:val="right"/>
      </w:pPr>
      <w:r>
        <w:t>تو آپ انتظار کرنا سیکھیے، ٹرسٹ کرنا سیکھیے، دعا کرنا سیکھیے۔ اور سب سے بڑی بات یہ ہے کہ یہ سیکھیے کہ اللہ کا طریقہ مینج کرنا ہے۔</w:t>
      </w:r>
    </w:p>
    <w:p>
      <w:r>
        <w:rPr>
          <w:b/>
        </w:rPr>
        <w:t xml:space="preserve">[18:56] </w:t>
      </w:r>
      <w:r>
        <w:t>Waisa nahi ke aap ne apne bete se kiya kiya, baap ne kiya kiya kar diya, waisa nahi hai. Woh alag, woh alag method hai.</w:t>
      </w:r>
    </w:p>
    <w:p>
      <w:pPr>
        <w:jc w:val="right"/>
      </w:pPr>
      <w:r>
        <w:t>ویسا نہیں کہ آپ نے اپنے بیٹے سے کیا کیا، باپ نے کیا کیا کر دیا، ویسا نہیں ہے۔ وہ الگ، وہ الگ میتھڈ ہے۔</w:t>
      </w:r>
    </w:p>
    <w:p>
      <w:r>
        <w:rPr>
          <w:b/>
        </w:rPr>
        <w:t xml:space="preserve">[19:06] </w:t>
      </w:r>
      <w:r>
        <w:t>Baap bete se muamla hota toh woh alag method hai. Khuda se, apne rab se jab mangte hain toh wahan par jo method hai, woh hai manage karna.</w:t>
      </w:r>
    </w:p>
    <w:p>
      <w:pPr>
        <w:jc w:val="right"/>
      </w:pPr>
      <w:r>
        <w:t>باپ بیٹے سے معاملہ ہوتا تو وہ الگ میتھڈ ہے۔ خدا سے، اپنے رب سے جب مانگتے ہیں تو وہاں پر جو میتھڈ ہے، وہ ہے مانج کرنا۔</w:t>
      </w:r>
    </w:p>
    <w:p>
      <w:r>
        <w:rPr>
          <w:b/>
        </w:rPr>
        <w:t xml:space="preserve">[19:21] </w:t>
      </w:r>
      <w:r>
        <w:t>Yeh jo maine ek qism batayi aap ko, aisa bohat si qism mere paas hai</w:t>
      </w:r>
    </w:p>
    <w:p>
      <w:pPr>
        <w:jc w:val="right"/>
      </w:pPr>
      <w:r>
        <w:t>یہ جو میں نے ایک قسم بتائی آپ کو، ایسا بہت سی قسم میرے پاس ہے</w:t>
      </w:r>
    </w:p>
    <w:p>
      <w:r>
        <w:rPr>
          <w:b/>
        </w:rPr>
        <w:t xml:space="preserve">[19:28] </w:t>
      </w:r>
      <w:r>
        <w:t>ke jab meri zaroorat thi toh fori taur par kuch bhi nahi hua. Fori taur par woh sankat tha, ek crisis tha.</w:t>
      </w:r>
    </w:p>
    <w:p>
      <w:pPr>
        <w:jc w:val="right"/>
      </w:pPr>
      <w:r>
        <w:t>کہ جب میری ضرورت تھی تو فوری طور پر کچھ بھی نہیں ہوا۔ فوری طور پر وہ سنکٹ تھا، ایک کرائسس تھا۔</w:t>
      </w:r>
    </w:p>
    <w:p>
      <w:r>
        <w:rPr>
          <w:b/>
        </w:rPr>
        <w:t xml:space="preserve">[19:39] </w:t>
      </w:r>
      <w:r>
        <w:t>Lekin aisa Allah ne aisa manage kiya, manage karte karte result mere haq mein aa gaya.</w:t>
      </w:r>
    </w:p>
    <w:p>
      <w:pPr>
        <w:jc w:val="right"/>
      </w:pPr>
      <w:r>
        <w:t>لیکن ایسا اللہ نے ایسا مینج کیا، مینج کرتے کرتے رزلٹ میرے حق میں آ گیا۔</w:t>
      </w:r>
    </w:p>
    <w:p>
      <w:r>
        <w:rPr>
          <w:b/>
        </w:rPr>
        <w:t xml:space="preserve">[19:48] </w:t>
      </w:r>
      <w:r>
        <w:t>Toh aaj jab main wahan aya park ke paas aur woh qissa mujhe yaad aya ke is ladke ne kaha tha, "Manage, main jo hoon, main jo hoon." Toh agar aap ki jareen talab hai,</w:t>
      </w:r>
    </w:p>
    <w:p>
      <w:pPr>
        <w:jc w:val="right"/>
      </w:pPr>
      <w:r>
        <w:t>تو آج جب میں وہاں آیا پارک کے پاس اور وہ قصہ مجھے یاد آیا کہ اس لڑکے نے کہا تھا، "مانج، میں جو ہوں، میں جو ہوں۔" تو اگر آپ کی جرین طلب ہے،</w:t>
      </w:r>
    </w:p>
    <w:p>
      <w:r>
        <w:rPr>
          <w:b/>
        </w:rPr>
        <w:t xml:space="preserve">[20:05] </w:t>
      </w:r>
      <w:r>
        <w:t>yaad rakhiye, jareen,</w:t>
      </w:r>
    </w:p>
    <w:p>
      <w:pPr>
        <w:jc w:val="right"/>
      </w:pPr>
      <w:r>
        <w:t>یاد رکھیے، جرین،</w:t>
      </w:r>
    </w:p>
    <w:p>
      <w:r>
        <w:rPr>
          <w:b/>
        </w:rPr>
        <w:t xml:space="preserve">[20:10] </w:t>
      </w:r>
      <w:r>
        <w:t>jarain hona chahiye to zaroor allah poori karta hai. is ko jarain aap ki khwahish ke mutabiq nahi, khwahish ke mutabiq nahi.</w:t>
      </w:r>
    </w:p>
    <w:p>
      <w:pPr>
        <w:jc w:val="right"/>
      </w:pPr>
      <w:r>
        <w:t>جرین ہونا چاہیے تو ضرور اللہ پوری کرتا ہے۔ اس کو جرین آپ کی خواہش کے مطابق نہیں، خواہش کے مطابق نہیں۔</w:t>
      </w:r>
    </w:p>
    <w:p>
      <w:r>
        <w:rPr>
          <w:b/>
        </w:rPr>
        <w:t xml:space="preserve">[20:24] </w:t>
      </w:r>
      <w:r>
        <w:t>agar aap ki talab, aap ki dua jarain hai, jarain to yaad rakhiye, woh zaroor poori hogi.</w:t>
      </w:r>
    </w:p>
    <w:p>
      <w:pPr>
        <w:jc w:val="right"/>
      </w:pPr>
      <w:r>
        <w:t>اگر آپ کی طلب، آپ کی دعا جرین ہے، جرین تو یاد رکھیے، وہ ضرور پوری ہوگی۔</w:t>
      </w:r>
    </w:p>
    <w:p>
      <w:r>
        <w:rPr>
          <w:b/>
        </w:rPr>
        <w:t xml:space="preserve">[20:36] </w:t>
      </w:r>
      <w:r>
        <w:t>aap to ek qatra mang rahe hain, wahan to samandar hai.</w:t>
      </w:r>
    </w:p>
    <w:p>
      <w:pPr>
        <w:jc w:val="right"/>
      </w:pPr>
      <w:r>
        <w:t>آپ تو ایک قطرہ مانگ رہے ہیں، وہاں تو سمندر ہے۔</w:t>
      </w:r>
    </w:p>
    <w:p>
      <w:r>
        <w:rPr>
          <w:b/>
        </w:rPr>
        <w:t xml:space="preserve">[20:43] </w:t>
      </w:r>
      <w:r>
        <w:t>aap to ek qatra mang rahe hain, wahan to samandar ka samandar hai. lekin aap janiye ke allah ki is ke waqt theek kiya hai,</w:t>
      </w:r>
    </w:p>
    <w:p>
      <w:pPr>
        <w:jc w:val="right"/>
      </w:pPr>
      <w:r>
        <w:t>آپ تو ایک قطرہ مانگ رہے ہیں، وہاں تو سمندر کا سمندر ہے۔ لیکن آپ جانیے کہ اللہ کی اس کے وقت ٹھیک کیا ہے،</w:t>
      </w:r>
    </w:p>
    <w:p>
      <w:r>
        <w:rPr>
          <w:b/>
        </w:rPr>
        <w:t xml:space="preserve">[20:56] </w:t>
      </w:r>
      <w:r>
        <w:t>allah ki planning kiya hai, allah ka method kiya hai, allah ka management kiya chahta hai. is ko jaan kar ke aap ko wait karna parega, aap ko hope mein jeena parega.</w:t>
      </w:r>
    </w:p>
    <w:p>
      <w:pPr>
        <w:jc w:val="right"/>
      </w:pPr>
      <w:r>
        <w:t>اللہ کی پلاننگ کیا ہے، اللہ کا میتھڈ کیا ہے، اللہ کا مینجمنٹ کیا چاہتا ہے۔ اس کو جان کر کے آپ کو ویٹ کرنا پڑے گا، آپ کو ہوپ میں جینا پڑے گا۔</w:t>
      </w:r>
    </w:p>
    <w:p>
      <w:r>
        <w:rPr>
          <w:b/>
        </w:rPr>
        <w:t xml:space="preserve">[21:19] </w:t>
      </w:r>
      <w:r>
        <w:t>hope, its khud ek dua hai. yaad rakhiye, yaad rakhiye, hope khud ek dua hai. is liye ke jab aap hope karte hain apne rab se to is ka matlab jante hain kiya hai.</w:t>
      </w:r>
    </w:p>
    <w:p>
      <w:pPr>
        <w:jc w:val="right"/>
      </w:pPr>
      <w:r>
        <w:t>ہوپ، اٹس خود ایک دعا ہے۔ یاد رکھیے، یاد رکھیے، ہوپ خود ایک دعا ہے۔ اس لیے کہ جب آپ ہوپ کرتے ہیں اپنے رب سے تو اس کا مطلب جانتے ہیں کیا ہے۔</w:t>
      </w:r>
    </w:p>
    <w:p>
      <w:r>
        <w:rPr>
          <w:b/>
        </w:rPr>
        <w:t xml:space="preserve">[21:33] </w:t>
      </w:r>
      <w:r>
        <w:t>is ka matlab hai trust. hope ka matlab hai trust.</w:t>
      </w:r>
    </w:p>
    <w:p>
      <w:pPr>
        <w:jc w:val="right"/>
      </w:pPr>
      <w:r>
        <w:t>اس کا مطلب ہے ٹرسٹ۔ ہوپ کا مطلب ہے ٹرسٹ۔</w:t>
      </w:r>
    </w:p>
    <w:p>
      <w:r>
        <w:rPr>
          <w:b/>
        </w:rPr>
        <w:t xml:space="preserve">[21:41] </w:t>
      </w:r>
      <w:r>
        <w:t>jab aap dua kar ke apne aap ko umeed pe rakh rahe hain, rakhte hain</w:t>
      </w:r>
    </w:p>
    <w:p>
      <w:pPr>
        <w:jc w:val="right"/>
      </w:pPr>
      <w:r>
        <w:t>جب آپ دعا کر کے اپنے آپ کو امید پہ رکھ رہے ہیں، رکھتے ہیں</w:t>
      </w:r>
    </w:p>
    <w:p>
      <w:r>
        <w:rPr>
          <w:b/>
        </w:rPr>
        <w:t xml:space="preserve">[21:54] </w:t>
      </w:r>
      <w:r>
        <w:t>to khuda zaroor kehta hai ke "mein jo hoon". lekin "mein jo hoon" ke baad khuda mang karega. is mein time lagega mang karne mein.</w:t>
      </w:r>
    </w:p>
    <w:p>
      <w:pPr>
        <w:jc w:val="right"/>
      </w:pPr>
      <w:r>
        <w:t>تو خدا ضرور کہتا ہے کہ "میں جو ہوں"۔ لیکن "میں جو ہوں" کے بعد خدا مانج کرے گا۔ اس میں ٹائم لگے گا مانج کرنے میں۔</w:t>
      </w:r>
    </w:p>
    <w:p>
      <w:r>
        <w:rPr>
          <w:b/>
        </w:rPr>
        <w:t xml:space="preserve">[22:04] </w:t>
      </w:r>
      <w:r>
        <w:t>kyun ke dekhiye, basic baat samjhiye ke khuda aap ki dua ko poori poori karta hai.</w:t>
      </w:r>
    </w:p>
    <w:p>
      <w:pPr>
        <w:jc w:val="right"/>
      </w:pPr>
      <w:r>
        <w:t>کیونکہ دیکھیے، بیسک بات سمجھیے کہ خدا آپ کی دعا کو پوری پوری کرتا ہے۔</w:t>
      </w:r>
    </w:p>
    <w:p>
      <w:r>
        <w:rPr>
          <w:b/>
        </w:rPr>
        <w:t xml:space="preserve">[22:12] </w:t>
      </w:r>
      <w:r>
        <w:t>is tarah nahi ke doosre insano ke taqaze ko woh abalash kar de, insan ki azadi azadi ko abalash kar de.</w:t>
      </w:r>
    </w:p>
    <w:p>
      <w:pPr>
        <w:jc w:val="right"/>
      </w:pPr>
      <w:r>
        <w:t>اس طرح نہیں کہ دوسرے انسانوں کے تقاضے کو وہ ابالش کر دے، انسان کی آزادی آزادی کو ابالش کر دے۔</w:t>
      </w:r>
    </w:p>
    <w:p>
      <w:r>
        <w:rPr>
          <w:b/>
        </w:rPr>
        <w:t xml:space="preserve">[22:25] </w:t>
      </w:r>
      <w:r>
        <w:t>khuda aisa aisa kabhi nahi karta. woh insano ki azadi ko abalash kar de, phir aap ka kaam kare.</w:t>
      </w:r>
    </w:p>
    <w:p>
      <w:pPr>
        <w:jc w:val="right"/>
      </w:pPr>
      <w:r>
        <w:t>خدا ایسا ایسا کبھی نہیں کرتا۔ وہ انسانوں کی آزادی کو ابالش کر دے، پھر آپ کا کام کرے۔</w:t>
      </w:r>
    </w:p>
    <w:p>
      <w:r>
        <w:rPr>
          <w:b/>
        </w:rPr>
        <w:t xml:space="preserve">[22:36] </w:t>
      </w:r>
      <w:r>
        <w:t>aisa nahi karta,</w:t>
      </w:r>
    </w:p>
    <w:p>
      <w:pPr>
        <w:jc w:val="right"/>
      </w:pPr>
      <w:r>
        <w:t>ایسا نہیں کرتا،</w:t>
      </w:r>
    </w:p>
    <w:p>
      <w:r>
        <w:rPr>
          <w:b/>
        </w:rPr>
        <w:t xml:space="preserve">[22:41] </w:t>
      </w:r>
      <w:r>
        <w:t>aisa nahi karta.</w:t>
      </w:r>
    </w:p>
    <w:p>
      <w:pPr>
        <w:jc w:val="right"/>
      </w:pPr>
      <w:r>
        <w:t>ایسا نہیں کرتا۔</w:t>
      </w:r>
    </w:p>
    <w:p>
      <w:r>
        <w:rPr>
          <w:b/>
        </w:rPr>
        <w:t xml:space="preserve">[22:46] </w:t>
      </w:r>
      <w:r>
        <w:t>ek qissa mujhe yaad hai up ka, lucknow ka. ek sahib ke ka ek mamla tha to wahan par isp,</w:t>
      </w:r>
    </w:p>
    <w:p>
      <w:pPr>
        <w:jc w:val="right"/>
      </w:pPr>
      <w:r>
        <w:t>ایک قصہ مجھے یاد ہے یو پی کا، لکھنو کا۔ ایک صاحب کے کا ایک معاملہ تھا تو وہاں پر آئی ایس پی،</w:t>
      </w:r>
    </w:p>
    <w:p>
      <w:r>
        <w:rPr>
          <w:b/>
        </w:rPr>
        <w:t xml:space="preserve">[23:01] </w:t>
      </w:r>
      <w:r>
        <w:t>woh bara ek afsar hota tha, ics. bara afsar, us ko pata hai, mashhoor tha ke woh bohat acha hai, bohat bohat hi logon ke kaam poora karta hai.</w:t>
      </w:r>
    </w:p>
    <w:p>
      <w:pPr>
        <w:jc w:val="right"/>
      </w:pPr>
      <w:r>
        <w:t>وہ بڑا ایک افسر ہوتا تھا، آئی سی ایس۔ بڑا افسر، اس کو پتہ ہے، مشہور تھا کہ وہ بہت اچھا ہے، بہت بہت ہی لوگوں کے کام پورا کرتا ہے۔</w:t>
      </w:r>
    </w:p>
    <w:p>
      <w:r>
        <w:rPr>
          <w:b/>
        </w:rPr>
        <w:t xml:space="preserve">[23:14] </w:t>
      </w:r>
      <w:r>
        <w:t>woh to ek sahib sun kar ke ke woh bohat acha afsar hai, us ke baad gaye, us ke afsar mile, us ko to us se kaha ke "mujhe mera falan kaam hai, woh to kar dijiye".</w:t>
      </w:r>
    </w:p>
    <w:p>
      <w:pPr>
        <w:jc w:val="right"/>
      </w:pPr>
      <w:r>
        <w:t>وہ تو ایک صاحب سن کر کے کہ وہ بہت اچھا افسر ہے، اس کے بعد گئے، اس کے افسر ملے، اس کو تو اس سے کہا کہ "مجھے میرا فلاں کام ہے، وہ تو کر دیجئے"۔</w:t>
      </w:r>
    </w:p>
    <w:p>
      <w:r>
        <w:rPr>
          <w:b/>
        </w:rPr>
        <w:t xml:space="preserve">[23:31] </w:t>
      </w:r>
      <w:r>
        <w:t>to afsar ne bohat ghor se suna, bohat ghor se, aur us ke baad un ko kaha ke "acha, jaiye".</w:t>
      </w:r>
    </w:p>
    <w:p>
      <w:pPr>
        <w:jc w:val="right"/>
      </w:pPr>
      <w:r>
        <w:t>تو افسر نے بہت غور سے سنا، بہت غور سے، اور اس کے بعد ان کو کہا کہ "اچھا، جائیے"۔</w:t>
      </w:r>
    </w:p>
    <w:p>
      <w:r>
        <w:rPr>
          <w:b/>
        </w:rPr>
        <w:t xml:space="preserve">[23:43] </w:t>
      </w:r>
      <w:r>
        <w:t>to wapas aaya woh to bohat hi, yani us ko koi umeed nahi thi, hopeless ho kar aaya ke "sahib, afsar sahib ne meri baat sun to li?" kaha kuch nahi,</w:t>
      </w:r>
    </w:p>
    <w:p>
      <w:pPr>
        <w:jc w:val="right"/>
      </w:pPr>
      <w:r>
        <w:t>تو واپس آیا وہ تو بہت ہی، یعنی اس کو کوئی امید نہیں تھی، ہوپ لیس ہو کر آیا کہ "صاحب، افسر صاحب نے میری بات سن تو لی؟" کہا کچھ نہیں،</w:t>
      </w:r>
    </w:p>
    <w:p>
      <w:r>
        <w:rPr>
          <w:b/>
        </w:rPr>
        <w:t xml:space="preserve">[23:59] </w:t>
      </w:r>
      <w:r>
        <w:t>kaha kuch nahi. to batane wale ne bataya ke us ne kaha ke "tum jante nahi ke un ka tareeqa kiya hai?" jab aap, jab tum baat kar rahe the,</w:t>
      </w:r>
    </w:p>
    <w:p>
      <w:pPr>
        <w:jc w:val="right"/>
      </w:pPr>
      <w:r>
        <w:t>کہا کچھ نہیں۔ تو بتانے والے نے بتایا کہ اس نے کہا کہ "تم جانتے نہیں کہ ان کا طریقہ کیا ہے؟" جب آپ، جب تم بات کر رہے تھے،</w:t>
      </w:r>
    </w:p>
    <w:p>
      <w:r>
        <w:rPr>
          <w:b/>
        </w:rPr>
        <w:t xml:space="preserve">[24:14] </w:t>
      </w:r>
      <w:r>
        <w:t>us waqt to apni diary note kar raha tha. woh jab tum keh rahe the to woh apni diary ab note kar raha tha, aur jaise hi tum aaye, waise hi usay call kiya, us aadmi ko jo wahan par tha,</w:t>
      </w:r>
    </w:p>
    <w:p>
      <w:pPr>
        <w:jc w:val="right"/>
      </w:pPr>
      <w:r>
        <w:t>اس وقت تو اپنی ڈائری نوٹ کر رہا تھا۔ وہ جب تم کہہ رہے تھے تو وہ اپنی ڈائری اب نوٹ کر رہا تھا، اور جیسے ہی تم آئے، ویسے ہی اسے کال کیا، اس آدمی کو جو وہاں پر تھا،</w:t>
      </w:r>
    </w:p>
    <w:p>
      <w:r>
        <w:rPr>
          <w:b/>
        </w:rPr>
        <w:t xml:space="preserve">[24:34] </w:t>
      </w:r>
      <w:r>
        <w:t>aur usay kaha ke "dekho, yeh kaam karna hai". to us jis ne wahan ja kar ke us se kaha tha, aap ne to usay to kuch nahi kaha, lekin jo aadmi se mamla tha,</w:t>
      </w:r>
    </w:p>
    <w:p>
      <w:pPr>
        <w:jc w:val="right"/>
      </w:pPr>
      <w:r>
        <w:t>اور اسے کہا کہ "دیکھو، یہ کام کرنا ہے"۔ تو اس جس نے وہاں جا کر کے اس سے کہا تھا، آپ نے تو اسے تو کچھ نہیں کہا، لیکن جو آدمی سے معاملہ تھا،</w:t>
      </w:r>
    </w:p>
    <w:p>
      <w:r>
        <w:rPr>
          <w:b/>
        </w:rPr>
        <w:t xml:space="preserve">[24:52] </w:t>
      </w:r>
      <w:r>
        <w:t>us se us ne foran telephone kiya ke "yeh kaam karna hai", aur kaam bilkul theek waqt par ho gaya.</w:t>
      </w:r>
    </w:p>
    <w:p>
      <w:pPr>
        <w:jc w:val="right"/>
      </w:pPr>
      <w:r>
        <w:t>اس سے اس نے فوراً ٹیلی فون کیا کہ "یہ کام کرنا ہے"، اور کام بالکل ٹھیک وقت پر ہو گیا۔</w:t>
      </w:r>
    </w:p>
    <w:p>
      <w:r>
        <w:rPr>
          <w:b/>
        </w:rPr>
        <w:t xml:space="preserve">[25:02] </w:t>
      </w:r>
      <w:r>
        <w:t>yeh waqea hai mere apne janne ka waqea hai, aur yeh up ka waqea hai. to dekhiye, sab se pehli baat yeh janna chahiye aap ko ke khuda ya rab alameen aap ka kaam banaye ga.</w:t>
      </w:r>
    </w:p>
    <w:p>
      <w:pPr>
        <w:jc w:val="right"/>
      </w:pPr>
      <w:r>
        <w:t>یہ واقعہ ہے میرے اپنے جاننے کا واقعہ ہے، اور یہ یو پی کا واقعہ ہے۔ تو دیکھیے، سب سے پہلی بات یہ جاننا چاہیے آپ کو کہ خدا یا رب العالمین آپ کا کام بنائے گا۔</w:t>
      </w:r>
    </w:p>
    <w:p>
      <w:r>
        <w:rPr>
          <w:b/>
        </w:rPr>
        <w:t xml:space="preserve">[25:23] </w:t>
      </w:r>
      <w:r>
        <w:t>to is tarah nahi ke doosre ki azadi ko abalash kar de. aisa nahi, kabhi nahi, aisa kabhi aisa nahi ho sakta.</w:t>
      </w:r>
    </w:p>
    <w:p>
      <w:pPr>
        <w:jc w:val="right"/>
      </w:pPr>
      <w:r>
        <w:t>تو اس طرح نہیں کہ دوسرے کی آزادی کو ابالش کر دے۔ ایسا نہیں، کبھی نہیں، ایسا کبھی ایسا نہیں ہو سکتا۔</w:t>
      </w:r>
    </w:p>
    <w:p>
      <w:r>
        <w:rPr>
          <w:b/>
        </w:rPr>
        <w:t xml:space="preserve">[25:36] </w:t>
      </w:r>
      <w:r>
        <w:t>aap ghhor kijiye, mein aik waqia aksar sochta hoon, kaghbar sahib ka, yeh uhud ka ghazwa tha.</w:t>
      </w:r>
    </w:p>
    <w:p>
      <w:pPr>
        <w:jc w:val="right"/>
      </w:pPr>
      <w:r>
        <w:t>آپ غور کیجئے، میں ایک واقعہ اکثر سوچتا ہوں، کاغبر صاحب کا، یہ احد کا غزوہ تھا۔</w:t>
      </w:r>
    </w:p>
    <w:p>
      <w:r>
        <w:rPr>
          <w:b/>
        </w:rPr>
        <w:t xml:space="preserve">[25:47] </w:t>
      </w:r>
      <w:r>
        <w:t>uhud ke ghazwe mein taqreeban 70 sahabi maare gaye thay, 70 sahabi.</w:t>
      </w:r>
    </w:p>
    <w:p>
      <w:pPr>
        <w:jc w:val="right"/>
      </w:pPr>
      <w:r>
        <w:t>احد کے غزوے میں تقریباً 70 صحابی مارے گئے تھے، 70 صحابی۔</w:t>
      </w:r>
    </w:p>
    <w:p>
      <w:r>
        <w:rPr>
          <w:b/>
        </w:rPr>
        <w:t xml:space="preserve">[25:58] </w:t>
      </w:r>
      <w:r>
        <w:t>to jo doosre fareeq ka jo sardar tha, woh charh gaya is par,</w:t>
      </w:r>
    </w:p>
    <w:p>
      <w:pPr>
        <w:jc w:val="right"/>
      </w:pPr>
      <w:r>
        <w:t>تو جو دوسرے فریق کا جو سردار تھا، وہ چڑھ گیا اس پر،</w:t>
      </w:r>
    </w:p>
    <w:p>
      <w:r>
        <w:rPr>
          <w:b/>
        </w:rPr>
        <w:t xml:space="preserve">[26:13] </w:t>
      </w:r>
      <w:r>
        <w:t>pahaar ki choti par, choti pahaari hoti thi. us ne ailaan kiya ke "hum hum jeet gaye".</w:t>
      </w:r>
    </w:p>
    <w:p>
      <w:pPr>
        <w:jc w:val="right"/>
      </w:pPr>
      <w:r>
        <w:t>پہاڑ کی چوٹی پر، چھوٹی پہاڑی ہوتی تھی۔ اس نے اعلان کیا کہ "ہم ہم جیت گئے"۔</w:t>
      </w:r>
    </w:p>
    <w:p>
      <w:r>
        <w:rPr>
          <w:b/>
        </w:rPr>
        <w:t xml:space="preserve">[26:24] </w:t>
      </w:r>
      <w:r>
        <w:t>us ne kaha tha ke "nal al uzza wala uzza lakum". uzza un ke but ka naam tha, to hamare but ka naam uzza hai.</w:t>
      </w:r>
    </w:p>
    <w:p>
      <w:pPr>
        <w:jc w:val="right"/>
      </w:pPr>
      <w:r>
        <w:t>اس نے کہا تھا کہ "نل العزہ ولا عزہ لکم"۔ عزہ ان کے بت کا نام تھا، تو ہمارے بت کا نام عزہ ہے۔</w:t>
      </w:r>
    </w:p>
    <w:p>
      <w:r>
        <w:rPr>
          <w:b/>
        </w:rPr>
        <w:t xml:space="preserve">[26:34] </w:t>
      </w:r>
      <w:r>
        <w:t>uzza ka maani izzat wala, izzat wala. to us ne hamein izzat di, hamein fateh di, hamein kamyabi di. tumhare paas to kuch nahi.</w:t>
      </w:r>
    </w:p>
    <w:p>
      <w:pPr>
        <w:jc w:val="right"/>
      </w:pPr>
      <w:r>
        <w:t>عزہ کا معنی عزت والا، عزت والا۔ تو اس نے ہمیں عزت دی، ہمیں فتح دی، ہمیں کامیابی دی۔ تمہارے پاس تو کچھ نہیں۔</w:t>
      </w:r>
    </w:p>
    <w:p>
      <w:r>
        <w:rPr>
          <w:b/>
        </w:rPr>
        <w:t xml:space="preserve">[26:44] </w:t>
      </w:r>
      <w:r>
        <w:t>to rasool Allah ne sahaba se kaha ke "tum bolte kyun nahi?"</w:t>
      </w:r>
    </w:p>
    <w:p>
      <w:pPr>
        <w:jc w:val="right"/>
      </w:pPr>
      <w:r>
        <w:t>تو رسول اللہ نے صحابہ سے کہا کہ "تم بولتے کیوں نہیں؟"</w:t>
      </w:r>
    </w:p>
    <w:p>
      <w:r>
        <w:rPr>
          <w:b/>
        </w:rPr>
        <w:t xml:space="preserve">[26:53] </w:t>
      </w:r>
      <w:r>
        <w:t>to sahaba ne kaha ke "hum kya bolein?"</w:t>
      </w:r>
    </w:p>
    <w:p>
      <w:pPr>
        <w:jc w:val="right"/>
      </w:pPr>
      <w:r>
        <w:t>تو صحابہ نے کہا کہ "ہم کیا بولیں؟"</w:t>
      </w:r>
    </w:p>
    <w:p>
      <w:r>
        <w:rPr>
          <w:b/>
        </w:rPr>
        <w:t xml:space="preserve">[26:58] </w:t>
      </w:r>
      <w:r>
        <w:t>to aap ne kaha ke "bolo, Allah Maulana wala Mola lakum".</w:t>
      </w:r>
    </w:p>
    <w:p>
      <w:pPr>
        <w:jc w:val="right"/>
      </w:pPr>
      <w:r>
        <w:t>تو آپ نے کہا کہ "بولو، اللہ مولانا ولا مولا لکم"۔</w:t>
      </w:r>
    </w:p>
    <w:p>
      <w:r>
        <w:rPr>
          <w:b/>
        </w:rPr>
        <w:t xml:space="preserve">[27:09] </w:t>
      </w:r>
      <w:r>
        <w:t>Allah hamara maalik hai, aur tumhara koi Allah nahi. to unhon ne aawaz lagai ke "Allah Maulana wala Mola lakum".</w:t>
      </w:r>
    </w:p>
    <w:p>
      <w:pPr>
        <w:jc w:val="right"/>
      </w:pPr>
      <w:r>
        <w:t>اللہ ہمارا مالک ہے، اور تمہارا کوئی اللہ نہیں۔ تو انہوں نے آواز لگائی کہ "اللہ مولانا ولا مولا لکم"۔</w:t>
      </w:r>
    </w:p>
    <w:p>
      <w:r>
        <w:rPr>
          <w:b/>
        </w:rPr>
        <w:t xml:space="preserve">[27:23] </w:t>
      </w:r>
      <w:r>
        <w:t>is ke kuch dino ke baad phir halaat badle, aur aap jante hain ke phir halaat aise hue ke poora arab Islamize ho gaya.</w:t>
      </w:r>
    </w:p>
    <w:p>
      <w:pPr>
        <w:jc w:val="right"/>
      </w:pPr>
      <w:r>
        <w:t>اس کے کچھ دنوں کے بعد پھر حالات بدلے، اور آپ جانتے ہیں کہ پھر حالات ایسے ہوئے کہ پورا عرب اسلامائز ہو گیا۔</w:t>
      </w:r>
    </w:p>
    <w:p>
      <w:r>
        <w:rPr>
          <w:b/>
        </w:rPr>
        <w:t xml:space="preserve">[27:35] </w:t>
      </w:r>
      <w:r>
        <w:t>to mein soch raha tha ke jab aap ne kaha tha ke "kaho tum ke Allah Maulana wala Mola lakum", to is ke baad matlab kya hua ke Allah ne aik process history mein jaari kiya.</w:t>
      </w:r>
    </w:p>
    <w:p>
      <w:pPr>
        <w:jc w:val="right"/>
      </w:pPr>
      <w:r>
        <w:t>تو میں سوچ رہا تھا کہ جب آپ نے کہا تھا کہ "کہو تم کہ اللہ مولانا ولا مولا لکم"، تو اس کے بعد مطلب کیا ہوا کہ اللہ نے ایک پروسیس ہسٹری میں جاری کیا۔</w:t>
      </w:r>
    </w:p>
    <w:p>
      <w:r>
        <w:rPr>
          <w:b/>
        </w:rPr>
        <w:t xml:space="preserve">[27:53] </w:t>
      </w:r>
      <w:r>
        <w:t>uhud ke baad Allah ne, yaani maalik kainat ne, history mein aik process jaari kiya.</w:t>
      </w:r>
    </w:p>
    <w:p>
      <w:pPr>
        <w:jc w:val="right"/>
      </w:pPr>
      <w:r>
        <w:t>احد کے بعد اللہ نے، یعنی مالک کائنات نے، ہسٹری میں ایک پروسیس جاری کیا۔</w:t>
      </w:r>
    </w:p>
    <w:p>
      <w:r>
        <w:rPr>
          <w:b/>
        </w:rPr>
        <w:t xml:space="preserve">[28:03] </w:t>
      </w:r>
      <w:r>
        <w:t>woh parha chalta raha, chalta raha, chalta raha,</w:t>
      </w:r>
    </w:p>
    <w:p>
      <w:pPr>
        <w:jc w:val="right"/>
      </w:pPr>
      <w:r>
        <w:t>وہ پڑھا چلتا رہا، چلتا رہا، چلتا رہا،</w:t>
      </w:r>
    </w:p>
    <w:p>
      <w:r>
        <w:rPr>
          <w:b/>
        </w:rPr>
        <w:t xml:space="preserve">[28:08] </w:t>
      </w:r>
      <w:r>
        <w:t>yahan tak ke</w:t>
      </w:r>
    </w:p>
    <w:p>
      <w:pPr>
        <w:jc w:val="right"/>
      </w:pPr>
      <w:r>
        <w:t>یہاں تک کہ</w:t>
      </w:r>
    </w:p>
    <w:p>
      <w:r>
        <w:rPr>
          <w:b/>
        </w:rPr>
        <w:t xml:space="preserve">[28:12] </w:t>
      </w:r>
      <w:r>
        <w:t>zamana badla, hazar saal se ziyada muddat guzar gayi,</w:t>
      </w:r>
    </w:p>
    <w:p>
      <w:pPr>
        <w:jc w:val="right"/>
      </w:pPr>
      <w:r>
        <w:t>زمانہ بدلا، ہزار سال سے زیادہ مدت گزر گئی،</w:t>
      </w:r>
    </w:p>
    <w:p>
      <w:r>
        <w:rPr>
          <w:b/>
        </w:rPr>
        <w:t xml:space="preserve">[28:22] </w:t>
      </w:r>
      <w:r>
        <w:t>aur phir saare halaat is tarah badle ke woh log, jo log wahan par</w:t>
      </w:r>
    </w:p>
    <w:p>
      <w:pPr>
        <w:jc w:val="right"/>
      </w:pPr>
      <w:r>
        <w:t>اور پھر سارے حالات اس طرح بدلے کہ وہ لوگ، جو لوگ وہاں پر</w:t>
      </w:r>
    </w:p>
    <w:p>
      <w:r>
        <w:rPr>
          <w:b/>
        </w:rPr>
        <w:t xml:space="preserve">[28:32] </w:t>
      </w:r>
      <w:r>
        <w:t>jin ko haar hui thi, un ko jeet hui, aur fateh makka pesh aaya.</w:t>
      </w:r>
    </w:p>
    <w:p>
      <w:pPr>
        <w:jc w:val="right"/>
      </w:pPr>
      <w:r>
        <w:t>جن کو ہار ہوئی تھی، ان کو جیت ہوئی، اور فتح مکہ پیش آیا۔</w:t>
      </w:r>
    </w:p>
    <w:p>
      <w:r>
        <w:rPr>
          <w:b/>
        </w:rPr>
        <w:t xml:space="preserve">[28:44] </w:t>
      </w:r>
      <w:r>
        <w:t>to mein aap ko yeh aaj yeh baat batana chahta hoon ke aap ka jo maalik hai, woh zaroor aap ki madad karega.</w:t>
      </w:r>
    </w:p>
    <w:p>
      <w:pPr>
        <w:jc w:val="right"/>
      </w:pPr>
      <w:r>
        <w:t>تو میں آپ کو یہ آج یہ بات بتانا چاہتا ہوں کہ آپ کا جو مالک ہے، وہ ضرور آپ کی مدد کرے گا۔</w:t>
      </w:r>
    </w:p>
    <w:p>
      <w:r>
        <w:rPr>
          <w:b/>
        </w:rPr>
        <w:t xml:space="preserve">[29:03] </w:t>
      </w:r>
      <w:r>
        <w:t>woh kya ayat hai? "kaan haqqan ala rasool al momineen".</w:t>
      </w:r>
    </w:p>
    <w:p>
      <w:pPr>
        <w:jc w:val="right"/>
      </w:pPr>
      <w:r>
        <w:t>وہ کیا آیت ہے؟ "کان حقاً علی رسول المومنین"۔</w:t>
      </w:r>
    </w:p>
    <w:p>
      <w:r>
        <w:rPr>
          <w:b/>
        </w:rPr>
        <w:t xml:space="preserve">[29:12] </w:t>
      </w:r>
      <w:r>
        <w:t>"kaan haqqan ala rasool al momineen" yaani hum par farz hai ke hum apne bando par madad karein,</w:t>
      </w:r>
    </w:p>
    <w:p>
      <w:pPr>
        <w:jc w:val="right"/>
      </w:pPr>
      <w:r>
        <w:t>"کان حقاً علی رسول المومنین" یعنی ہم پر فرض ہے کہ ہم اپنے بندوں پر مدد کریں،</w:t>
      </w:r>
    </w:p>
    <w:p>
      <w:r>
        <w:rPr>
          <w:b/>
        </w:rPr>
        <w:t xml:space="preserve">[29:25] </w:t>
      </w:r>
      <w:r>
        <w:t>lekin woh maeeshat kar ke madad karega, aise hi nahi, pyaar se aik phal tapak pare, aisa nahi.</w:t>
      </w:r>
    </w:p>
    <w:p>
      <w:pPr>
        <w:jc w:val="right"/>
      </w:pPr>
      <w:r>
        <w:t>لیکن وہ معیشت کر کے مدد کرے گا، ایسے ہی نہیں، پیار سے ایک پھل ٹپک پڑے، ایسا نہیں۔</w:t>
      </w:r>
    </w:p>
    <w:p>
      <w:r>
        <w:rPr>
          <w:b/>
        </w:rPr>
        <w:t xml:space="preserve">[29:34] </w:t>
      </w:r>
      <w:r>
        <w:t>woh madad kare, woh isi waqt bolega, woh farishton ki zabaan pe ke "mein jo hoon". lekin "mein jo hoon" keh kar ke phir history ko aik naya process history mein chalega, woh apne time pe poora hoga.</w:t>
      </w:r>
    </w:p>
    <w:p>
      <w:pPr>
        <w:jc w:val="right"/>
      </w:pPr>
      <w:r>
        <w:t>وہ مدد کرے، وہ اسی وقت بولے گا، وہ فرشتوں کی زبان پہ کہ "میں جو ہوں"۔ لیکن "میں جو ہوں" کہہ کر کے پھر ہسٹری کو ایک نیا پروسیس ہسٹری میں چلے گا، وہ اپنے ٹائم پہ پورا ہوگا۔</w:t>
      </w:r>
    </w:p>
    <w:p>
      <w:r>
        <w:rPr>
          <w:b/>
        </w:rPr>
        <w:t xml:space="preserve">[29:53] </w:t>
      </w:r>
      <w:r>
        <w:t>to aap ko wait karna parega. yeh hai mera aaj ka message aap logon ke liye.</w:t>
      </w:r>
    </w:p>
    <w:p>
      <w:pPr>
        <w:jc w:val="right"/>
      </w:pPr>
      <w:r>
        <w:t>تو آپ کو ویٹ کرنا پڑے گا۔ یہ ہے میرا آج کا میسج آپ لوگوں کے لیے۔</w:t>
      </w:r>
    </w:p>
    <w:p>
      <w:r>
        <w:rPr>
          <w:b/>
        </w:rPr>
        <w:t xml:space="preserve">[30:02] </w:t>
      </w:r>
      <w:r>
        <w:t>Allah taala aap sab logon ki madad kare, aap sab logon ka ziyada se ziyada madadgar ho. Assalam o Alaikum wa Rahmatullahi.</w:t>
      </w:r>
    </w:p>
    <w:p>
      <w:pPr>
        <w:jc w:val="right"/>
      </w:pPr>
      <w:r>
        <w:t>اللہ تعالی آپ سب لوگوں کی مدد کرے، آپ سب لوگوں کا زیادہ سے زیادہ مددگار ہو۔ السلام علیکم ورحمۃ اللہ۔</w:t>
      </w:r>
    </w:p>
    <w:p>
      <w:r>
        <w:rPr>
          <w:b/>
        </w:rPr>
        <w:t xml:space="preserve">[30:26] </w:t>
      </w:r>
      <w:r>
        <w:t>okay, we start with the question answer and comment session. i would request all the viewers are watching this, please mention your location when you send your comments and questions.</w:t>
      </w:r>
    </w:p>
    <w:p>
      <w:pPr>
        <w:jc w:val="right"/>
      </w:pPr>
      <w:r>
        <w:t>اوکے، وی سٹارٹ ود دی کوسچن انسر اینڈ کمنٹ سیشن۔ آئی وڈ ریکویسٹ آل دی ویورز آر واچنگ دس، پلیز مینشن یور لوکیشن وین یو سینڈ یور کمنٹس اینڈ کوسچنز۔</w:t>
      </w:r>
    </w:p>
    <w:p>
      <w:r>
        <w:rPr>
          <w:b/>
        </w:rPr>
        <w:t xml:space="preserve">[30:39] </w:t>
      </w:r>
      <w:r>
        <w:t>maulana, sab se pehle comment lena chahenge. yeh comment bheja hai miss karotolin ne, ah, srinagar se. unhon ne likha hai: "art of face reading is really a blessing.</w:t>
      </w:r>
    </w:p>
    <w:p>
      <w:pPr>
        <w:jc w:val="right"/>
      </w:pPr>
      <w:r>
        <w:t>مولانا، سب سے پہلے کمنٹ لینا چاہیں گے۔ یہ کمنٹ بھیجا ہے مس کروتولین نے، آہ، سری نگر سے۔ انہوں نے لکھا ہے: "ارٹ آف فیس ریڈنگ از ریلی ا بلیسنگ۔</w:t>
      </w:r>
    </w:p>
    <w:p>
      <w:r>
        <w:rPr>
          <w:b/>
        </w:rPr>
        <w:t xml:space="preserve">[30:53] </w:t>
      </w:r>
      <w:r>
        <w:t>god manages according to his own plans when interest of subjects are genuine and based on facts.</w:t>
      </w:r>
    </w:p>
    <w:p>
      <w:pPr>
        <w:jc w:val="right"/>
      </w:pPr>
      <w:r>
        <w:t>گاڈ مینجز اکارڈنگ ٹو ہز اون پلانز وین انٹرسٹ آف سبجیکٹس آر جینون اینڈ بیسڈ آن فیکٹس۔</w:t>
      </w:r>
    </w:p>
    <w:p>
      <w:r>
        <w:rPr>
          <w:b/>
        </w:rPr>
        <w:t xml:space="preserve">[31:02] </w:t>
      </w:r>
      <w:r>
        <w:t>one has to be patient and wait for his favor and blessings. when one trusts in him, he never lets, he never let down by god.</w:t>
      </w:r>
    </w:p>
    <w:p>
      <w:pPr>
        <w:jc w:val="right"/>
      </w:pPr>
      <w:r>
        <w:t>ون ہیز ٹو بی پیشنٹ اینڈ ویٹ فار ہز فیور اینڈ بلیسنگز۔ وین ون ٹرسٹ ان ہم، ہی نیور لیٹس، ہی نیور لیٹ ڈاؤن بائی گاڈ۔</w:t>
      </w:r>
    </w:p>
    <w:p>
      <w:r>
        <w:rPr>
          <w:b/>
        </w:rPr>
        <w:t xml:space="preserve">[31:13] </w:t>
      </w:r>
      <w:r>
        <w:t>what an enlighten message that god manages to take care of genuine interest of his subjects. thank you for such a beautiful narration." maulana, ek sawal lena chahenge.</w:t>
      </w:r>
    </w:p>
    <w:p>
      <w:pPr>
        <w:jc w:val="right"/>
      </w:pPr>
      <w:r>
        <w:t>واٹ این انلائٹن میسج دیٹ گاڈ مینجز ٹو ٹیک کیئر آف جینون انٹرسٹ آف ہز سبجیکٹس۔ تھینک یو فار سچ ا بیوٹی فل نیریشن۔" مولانا، ایک سوال لینا چاہیں گے۔</w:t>
      </w:r>
    </w:p>
    <w:p>
      <w:r>
        <w:rPr>
          <w:b/>
        </w:rPr>
        <w:t xml:space="preserve">[31:26] </w:t>
      </w:r>
      <w:r>
        <w:t>yeh lucknow se bheja hai anwar sadat sahib ne. unhon ne likha hai: "maulana sahib, how do you manage to step positive and at the same time give huge hope to all of us?</w:t>
      </w:r>
    </w:p>
    <w:p>
      <w:pPr>
        <w:jc w:val="right"/>
      </w:pPr>
      <w:r>
        <w:t>یہ لکھنو سے بھیجا ہے انور سادات صاحب نے۔ انہوں نے لکھا ہے: "مولانا صاحب، ہاؤ ڈو یو مینج ٹو سٹیپ پوزیٹیو اینڈ ایٹ دا سیم ٹائم گیو ہیوج ہوپ ٹو آل آف اس؟</w:t>
      </w:r>
    </w:p>
    <w:p>
      <w:r>
        <w:rPr>
          <w:b/>
        </w:rPr>
        <w:t xml:space="preserve">[31:39] </w:t>
      </w:r>
      <w:r>
        <w:t>can an ordinary person like me also do this? what is your advice for people like me?" dekhiye, main samajh lijiye ke main bhi ek ordinary aadmi hoon,</w:t>
      </w:r>
    </w:p>
    <w:p>
      <w:pPr>
        <w:jc w:val="right"/>
      </w:pPr>
      <w:r>
        <w:t>کین این آرڈینری پرسن لائک می السو ڈو دس؟ واٹ از یور ایڈوائس فار پیپل لائک می؟" دیکھیے، میں سمجھ لیجئے کہ میں بھی ایک آرڈینری آدمی ہوں،</w:t>
      </w:r>
    </w:p>
    <w:p>
      <w:r>
        <w:rPr>
          <w:b/>
        </w:rPr>
        <w:t xml:space="preserve">[31:55] </w:t>
      </w:r>
      <w:r>
        <w:t>ordinary, bilkul</w:t>
      </w:r>
    </w:p>
    <w:p>
      <w:pPr>
        <w:jc w:val="right"/>
      </w:pPr>
      <w:r>
        <w:t>آرڈینری، بالکل</w:t>
      </w:r>
    </w:p>
    <w:p>
      <w:r>
        <w:rPr>
          <w:b/>
        </w:rPr>
        <w:t xml:space="preserve">[32:00] </w:t>
      </w:r>
      <w:r>
        <w:t>mamooli aadmi.</w:t>
      </w:r>
    </w:p>
    <w:p>
      <w:pPr>
        <w:jc w:val="right"/>
      </w:pPr>
      <w:r>
        <w:t>معمولی آدمی۔</w:t>
      </w:r>
    </w:p>
    <w:p>
      <w:r>
        <w:rPr>
          <w:b/>
        </w:rPr>
        <w:t xml:space="preserve">[32:04] </w:t>
      </w:r>
      <w:r>
        <w:t>to agar mere andar yeh aitmad aata hai aur allah par bharosa aata hai to aap ko bohat adar bhi zaroor aa sakta hai.</w:t>
      </w:r>
    </w:p>
    <w:p>
      <w:pPr>
        <w:jc w:val="right"/>
      </w:pPr>
      <w:r>
        <w:t>تو اگر میرے اندر یہ اعتماد آتا ہے اور اللہ پر بھروسہ آتا ہے تو آپ کو بہت ادر بھی ضرور آ سکتا ہے۔</w:t>
      </w:r>
    </w:p>
    <w:p>
      <w:r>
        <w:rPr>
          <w:b/>
        </w:rPr>
        <w:t xml:space="preserve">[32:17] </w:t>
      </w:r>
      <w:r>
        <w:t>sirf yeh hai ke aap janiye is baat ko ke jo tareeqa method aap ka hai, woh method god ka nahi ho sakta.</w:t>
      </w:r>
    </w:p>
    <w:p>
      <w:pPr>
        <w:jc w:val="right"/>
      </w:pPr>
      <w:r>
        <w:t>صرف یہ ہے کہ آپ جانیے اس بات کو کہ جو طریقہ میتھڈ آپ کا ہے، وہ میتھڈ گاڈ کا نہیں ہو سکتا۔</w:t>
      </w:r>
    </w:p>
    <w:p>
      <w:r>
        <w:rPr>
          <w:b/>
        </w:rPr>
        <w:t xml:space="preserve">[32:28] </w:t>
      </w:r>
      <w:r>
        <w:t>khuda ko jo scheme of things hai, woh aap wali nahi ho sakti.</w:t>
      </w:r>
    </w:p>
    <w:p>
      <w:pPr>
        <w:jc w:val="right"/>
      </w:pPr>
      <w:r>
        <w:t>خدا کو جو اسکیم آف تھنگز ہے، وہ آپ والی نہیں ہو سکتی۔</w:t>
      </w:r>
    </w:p>
    <w:p>
      <w:r>
        <w:rPr>
          <w:b/>
        </w:rPr>
        <w:t xml:space="preserve">[32:35] </w:t>
      </w:r>
      <w:r>
        <w:t>to is ka method of management janiye, aur hadith mein jo aaya hai ke "intezar, intezar karo, intezar karo, intezar karo" to aap ka rab wahan yeh kehne ke liye maujood hai ke "main jo hoon,</w:t>
      </w:r>
    </w:p>
    <w:p>
      <w:pPr>
        <w:jc w:val="right"/>
      </w:pPr>
      <w:r>
        <w:t>تو اس کا میتھڈ آف مینجمنٹ جانیے، اور حدیث میں جو آیا ہے کہ "انتظار، انتظار کرو، انتظار کرو، انتظار کرو" تو آپ کا رب وہاں یہ کہنے کے لیے موجود ہے کہ "میں جو ہوں،</w:t>
      </w:r>
    </w:p>
    <w:p>
      <w:r>
        <w:rPr>
          <w:b/>
        </w:rPr>
        <w:t xml:space="preserve">[32:55] </w:t>
      </w:r>
      <w:r>
        <w:t>hamesha main jo hoon".</w:t>
      </w:r>
    </w:p>
    <w:p>
      <w:pPr>
        <w:jc w:val="right"/>
      </w:pPr>
      <w:r>
        <w:t>ہمیشہ میں جو ہوں"۔</w:t>
      </w:r>
    </w:p>
    <w:p>
      <w:r>
        <w:rPr>
          <w:b/>
        </w:rPr>
        <w:t xml:space="preserve">[33:01] </w:t>
      </w:r>
      <w:r>
        <w:t>lekin aap ko intezar karna parega, lekin shart yeh hai ke aap ka chahna genuine chahna ho.</w:t>
      </w:r>
    </w:p>
    <w:p>
      <w:pPr>
        <w:jc w:val="right"/>
      </w:pPr>
      <w:r>
        <w:t>لیکن آپ کو انتظار کرنا پڑے گا، لیکن شرط یہ ہے کہ آپ کا چاہنا جینون چاہنا ہو۔</w:t>
      </w:r>
    </w:p>
    <w:p>
      <w:r>
        <w:rPr>
          <w:b/>
        </w:rPr>
        <w:t xml:space="preserve">[33:11] </w:t>
      </w:r>
      <w:r>
        <w:t>genuine, agar genuine nahi hai to woh radd bhi daal diya jayega.</w:t>
      </w:r>
    </w:p>
    <w:p>
      <w:pPr>
        <w:jc w:val="right"/>
      </w:pPr>
      <w:r>
        <w:t>جینون، اگر جینون نہیں ہے تو وہ رد بھی ڈال دیا جائے گا۔</w:t>
      </w:r>
    </w:p>
    <w:p>
      <w:r>
        <w:rPr>
          <w:b/>
        </w:rPr>
        <w:t xml:space="preserve">[33:21] </w:t>
      </w:r>
      <w:r>
        <w:t>mera ek bohat ziyada is par mere paas misalein hain.</w:t>
      </w:r>
    </w:p>
    <w:p>
      <w:pPr>
        <w:jc w:val="right"/>
      </w:pPr>
      <w:r>
        <w:t>میرا ایک بہت زیادہ اس پر میرے پاس مثالیں ہیں۔</w:t>
      </w:r>
    </w:p>
    <w:p>
      <w:r>
        <w:rPr>
          <w:b/>
        </w:rPr>
        <w:t xml:space="preserve">[33:27] </w:t>
      </w:r>
      <w:r>
        <w:t>agar koi janna chahe misalein to mein bohat ziyada misalein bata sakta hoon ke jeenon jab ho aap</w:t>
      </w:r>
    </w:p>
    <w:p>
      <w:pPr>
        <w:jc w:val="right"/>
      </w:pPr>
      <w:r>
        <w:t>اگر کوئی جاننا چاہے مثالیں تو میں بہت زیادہ مثالیں بتا سکتا ہوں کہ جینون جب ہو آپ</w:t>
      </w:r>
    </w:p>
    <w:p>
      <w:r>
        <w:rPr>
          <w:b/>
        </w:rPr>
        <w:t xml:space="preserve">[33:35] </w:t>
      </w:r>
      <w:r>
        <w:t>ka case aur aap janiye ke Allah manage kar ke aap ko</w:t>
      </w:r>
    </w:p>
    <w:p>
      <w:pPr>
        <w:jc w:val="right"/>
      </w:pPr>
      <w:r>
        <w:t>کا کیس اور آپ جانیں کہ اللہ مینج کر کے آپ کو</w:t>
      </w:r>
    </w:p>
    <w:p>
      <w:r>
        <w:rPr>
          <w:b/>
        </w:rPr>
        <w:t xml:space="preserve">[33:44] </w:t>
      </w:r>
      <w:r>
        <w:t>madad karega, manage kar ke to apne time par zaroor woh hota hai, ho kar rehta hai.</w:t>
      </w:r>
    </w:p>
    <w:p>
      <w:pPr>
        <w:jc w:val="right"/>
      </w:pPr>
      <w:r>
        <w:t>مدد کرے گا، مینج کر کے تو اپنے ٹائم پر ضرور وہ ہوتا ہے، ہو کر رہتا ہے۔</w:t>
      </w:r>
    </w:p>
    <w:p>
      <w:r>
        <w:rPr>
          <w:b/>
        </w:rPr>
        <w:t xml:space="preserve">[33:52] </w:t>
      </w:r>
      <w:r>
        <w:t>mere paas bohat zyada misalein hain is ki hain.</w:t>
      </w:r>
    </w:p>
    <w:p>
      <w:pPr>
        <w:jc w:val="right"/>
      </w:pPr>
      <w:r>
        <w:t>میرے پاس بہت زیادہ مثالیں ہیں اس کی ہیں۔</w:t>
      </w:r>
    </w:p>
    <w:p>
      <w:r>
        <w:rPr>
          <w:b/>
        </w:rPr>
        <w:t xml:space="preserve">[33:58] </w:t>
      </w:r>
      <w:r>
        <w:t>jis ko shakk ho to main bohat misalein is ko bata sakta hoon.</w:t>
      </w:r>
    </w:p>
    <w:p>
      <w:pPr>
        <w:jc w:val="right"/>
      </w:pPr>
      <w:r>
        <w:t>جس کو شک ہو تو میں بہت مثالیں اس کو بتا سکتا ہوں۔</w:t>
      </w:r>
    </w:p>
    <w:p>
      <w:r>
        <w:rPr>
          <w:b/>
        </w:rPr>
        <w:t xml:space="preserve">[34:10] </w:t>
      </w:r>
      <w:r>
        <w:t>maulana, agla comment parhna chahenge. yeh nagpur se bheja hai sajid ahmed khan sahib ne. unhon ne likha hai: "jazak allah maulana sahib, aaj bilkul nai baat samne sunne ko mili.</w:t>
      </w:r>
    </w:p>
    <w:p>
      <w:pPr>
        <w:jc w:val="right"/>
      </w:pPr>
      <w:r>
        <w:t>مولانا، اگلا کمنٹ پڑھنا چاہیں گے۔ یہ ناکپور سے بھیجا ہے ساجد احمد خان صاحب نے۔ انہوں نے لکھا ہے: "جزاک اللہ مولانا صاحب، آج بالکل نئی بات سامنے سننے کو ملی۔</w:t>
      </w:r>
    </w:p>
    <w:p>
      <w:r>
        <w:rPr>
          <w:b/>
        </w:rPr>
        <w:t xml:space="preserve">[34:22] </w:t>
      </w:r>
      <w:r>
        <w:t>intezar karna bhi ek ibadat hai. is ke liye intezar karna bohat mushkil hai. is lecture se yeh baat samajh mein aayi ke intezar ko agar ibadat ki tarah liya jaye to yeh amal asaan ho jata hai.</w:t>
      </w:r>
    </w:p>
    <w:p>
      <w:pPr>
        <w:jc w:val="right"/>
      </w:pPr>
      <w:r>
        <w:t>انتظار کرنا بھی ایک عبادت ہے۔ اس کے لیے انتظار کرنا بہت مشکل ہے۔ اس لیکچر سے یہ بات سمجھ میں آئی کہ انتظار کو اگر عبادت کی طرح لیا جائے تو یہ عمل آسان ہو جاتا ہے۔</w:t>
      </w:r>
    </w:p>
    <w:p>
      <w:r>
        <w:rPr>
          <w:b/>
        </w:rPr>
        <w:t xml:space="preserve">[34:38] </w:t>
      </w:r>
      <w:r>
        <w:t>allah kareem hum sab ko is aham baat ko samajhne ki tofeeq ata farmaye, inshallah." doctor naghma siddiqui ne delhi se likha hai: "maulana, i completely agree that divine help comes every time, but the method of god takes some time during which period we have to wait patiently, and this is an ibadat.</w:t>
      </w:r>
    </w:p>
    <w:p>
      <w:pPr>
        <w:jc w:val="right"/>
      </w:pPr>
      <w:r>
        <w:t>اللہ کریم ہم سب کو اس اہم بات کو سمجھنے کی توفیق عطا فرمائے، انشاءاللہ۔" ڈاکٹر نغمہ صدیقی نے دلی سے لکھا ہے: "مولانا، آئی کمپلیٹلی ایگری دیٹ ڈیوائن ہیلپ کمز ایوری ٹائم، بٹ دا میتھڈ آف گاڈ ٹیکس سم ٹائم ڈیورنگ وچ پیریڈ وی ہیو ٹو ویٹ پیشنٹلی، اینڈ دس از این عبادت۔</w:t>
      </w:r>
    </w:p>
    <w:p>
      <w:r>
        <w:rPr>
          <w:b/>
        </w:rPr>
        <w:t xml:space="preserve">[35:02] </w:t>
      </w:r>
      <w:r>
        <w:t>jazak allah maulana for making us understand this." doctor safeena tabassum ne saharanpur se likha hai: "aaj bohat tafseel se wazeh hua ke patience ka itna ajr kyun hai insaan ke liye.</w:t>
      </w:r>
    </w:p>
    <w:p>
      <w:pPr>
        <w:jc w:val="right"/>
      </w:pPr>
      <w:r>
        <w:t>جزاک اللہ مولانا فار میکنگ اس انڈرسٹینڈ دس۔" ڈاکٹر سفینہ تبسم نے سارن پور سے لکھا ہے: "آج بہت تفصیل سے واضح ہوا کہ پیشنس کا اتنا اجر کیوں ہے انسان کے لیے۔</w:t>
      </w:r>
    </w:p>
    <w:p>
      <w:r>
        <w:rPr>
          <w:b/>
        </w:rPr>
        <w:t xml:space="preserve">[35:17] </w:t>
      </w:r>
      <w:r>
        <w:t>patience reflects our hope and trust in our god and letting him do things in his own ways. jazak allah." maulana, agla sawal lena chahenge.</w:t>
      </w:r>
    </w:p>
    <w:p>
      <w:pPr>
        <w:jc w:val="right"/>
      </w:pPr>
      <w:r>
        <w:t>پیشنس ریفلیکٹس آر ہوپ اینڈ ٹرسٹ ان اور گاڈ اینڈ لیٹنگ ہم ڈو تھنگز ان ہز اون ویز۔ جزاک اللہ۔" مولانا، اگلا سوال لینا چاہیں گے۔</w:t>
      </w:r>
    </w:p>
    <w:p>
      <w:r>
        <w:rPr>
          <w:b/>
        </w:rPr>
        <w:t xml:space="preserve">[35:30] </w:t>
      </w:r>
      <w:r>
        <w:t>kanpur se bheja hai khurshid sahib ne. unhon ne likha hai: "maulana, sometimes one faces a long period of failure and no planning works.</w:t>
      </w:r>
    </w:p>
    <w:p>
      <w:pPr>
        <w:jc w:val="right"/>
      </w:pPr>
      <w:r>
        <w:t>کانپور سے بھیجا ہے خورشید صاحب نے۔ انہوں نے لکھا ہے: "مولانا، سم ٹائمز ون فیسز ا لانگ پیریڈ آف فیلیر اینڈ نو پلاننگ ورکس۔</w:t>
      </w:r>
    </w:p>
    <w:p>
      <w:r>
        <w:rPr>
          <w:b/>
        </w:rPr>
        <w:t xml:space="preserve">[35:42] </w:t>
      </w:r>
      <w:r>
        <w:t>does it mean that god is angry with us, and that is why things are not working? what should one do in such a situation?</w:t>
      </w:r>
    </w:p>
    <w:p>
      <w:pPr>
        <w:jc w:val="right"/>
      </w:pPr>
      <w:r>
        <w:t>ڈز اٹ مین دیٹ گاڈ از اینگری ود اس، اینڈ دیٹ از وائی تھنگز آر ناٹ ورکنگ؟ واٹ شوڈ ون ڈو ان سچ ا سچویشن؟</w:t>
      </w:r>
    </w:p>
    <w:p>
      <w:r>
        <w:rPr>
          <w:b/>
        </w:rPr>
        <w:t xml:space="preserve">[35:53] </w:t>
      </w:r>
      <w:r>
        <w:t>how can we maintain positivity or a normal self? bhai, aap mujh se miliye, main aap ko misaalain bataunga ke maine pachas saal tak wait kiya.</w:t>
      </w:r>
    </w:p>
    <w:p>
      <w:pPr>
        <w:jc w:val="right"/>
      </w:pPr>
      <w:r>
        <w:t>ہاؤ کین وی مینٹین پوزیٹیوٹی اور ا نارمل سیلف؟" بھئی، آپ مجھ سے ملیے، میں آپ کو مثالیں بتاؤں گا کہ میں نے پچاس سال تک ویٹ کیا۔</w:t>
      </w:r>
    </w:p>
    <w:p>
      <w:r>
        <w:rPr>
          <w:b/>
        </w:rPr>
        <w:t xml:space="preserve">[36:09] </w:t>
      </w:r>
      <w:r>
        <w:t>pachas saal tak khud jahan yeh aap dekh rahe hain ke hamara yeh office hai, yahan lift lagi hui hai, hum program kar rahe hain. is jagah ko paane ke liye maine pachas saal se zyada wait kiya.</w:t>
      </w:r>
    </w:p>
    <w:p>
      <w:pPr>
        <w:jc w:val="right"/>
      </w:pPr>
      <w:r>
        <w:t>پچاس سال تک خود جہاں یہ آپ دیکھ رہے ہیں کہ ہمارا یہ افس ہے، یہاں لفٹ لگی ہوئی ہے، ہم پروگرام کر رہے ہیں۔ اس جگہ کو پانے کے لیے میں نے پچاس سال سے زیادہ ویٹ کیا۔</w:t>
      </w:r>
    </w:p>
    <w:p>
      <w:r>
        <w:rPr>
          <w:b/>
        </w:rPr>
        <w:t xml:space="preserve">[36:24] </w:t>
      </w:r>
      <w:r>
        <w:t>is jagah ko paane ke liye main aap ko dikha sakta hoon kyunke hua yeh ke main purane dilli mein tha.</w:t>
      </w:r>
    </w:p>
    <w:p>
      <w:pPr>
        <w:jc w:val="right"/>
      </w:pPr>
      <w:r>
        <w:t>اس جگہ کو پانے کے لیے میں آپ کو دکھا سکتا ہوں کیونکہ ہوا یہ کہ میں پرانے دلی میں تھا۔</w:t>
      </w:r>
    </w:p>
    <w:p>
      <w:r>
        <w:rPr>
          <w:b/>
        </w:rPr>
        <w:t xml:space="preserve">[36:34] </w:t>
      </w:r>
      <w:r>
        <w:t>purane dilli mein koi kaam theek se hota nahi tha. mujhe ek aur jagah chahiye thi. mere paas is ke asbab nahi thay.</w:t>
      </w:r>
    </w:p>
    <w:p>
      <w:pPr>
        <w:jc w:val="right"/>
      </w:pPr>
      <w:r>
        <w:t>پرانے دلی میں کوئی کام ٹھیک سے ہوتا نہیں تھا۔ مجھے ایک اور جگہ چاہیے تھی۔ میرے پاس اس کے اسباب نہیں تھے۔</w:t>
      </w:r>
    </w:p>
    <w:p>
      <w:r>
        <w:rPr>
          <w:b/>
        </w:rPr>
        <w:t xml:space="preserve">[36:46] </w:t>
      </w:r>
      <w:r>
        <w:t>to meri biwi ne khwab dekha. bohat naik theen, woh bohat naik theen, bohat naik theen, aur woh bilkul yahi.</w:t>
      </w:r>
    </w:p>
    <w:p>
      <w:pPr>
        <w:jc w:val="right"/>
      </w:pPr>
      <w:r>
        <w:t>تو میری بیوی نے خواب دیکھا۔ بہت نیک تھیں، وہ بہت نیک تھیں، بہت نیک تھیں، اور وہ بالکل یہی۔</w:t>
      </w:r>
    </w:p>
    <w:p>
      <w:r>
        <w:rPr>
          <w:b/>
        </w:rPr>
        <w:t xml:space="preserve">[36:55] </w:t>
      </w:r>
      <w:r>
        <w:t>yeh dono jagahain hamare paas jo hain na, is ko khwab mein dekha tha. unhon ne pesh ki aaj se pachas saal pehle to maine intezar kiya Allah ke fazl se, aur theek waqt par yeh dono jagahain hamein milain.</w:t>
      </w:r>
    </w:p>
    <w:p>
      <w:pPr>
        <w:jc w:val="right"/>
      </w:pPr>
      <w:r>
        <w:t>یہ دونوں جگہیں ہمارے پاس جو ہیں نا، اس کو خواب میں دیکھا تھا۔ انہوں نے پیش کی آج سے پچاس سال پہلے تو میں نے انتظار کیا اللہ کے فضل سے، اور ٹھیک وقت پر یہ دونوں جگہیں ہمیں ملیں۔</w:t>
      </w:r>
    </w:p>
    <w:p>
      <w:r>
        <w:rPr>
          <w:b/>
        </w:rPr>
        <w:t xml:space="preserve">[37:14] </w:t>
      </w:r>
      <w:r>
        <w:t>to genuine hona chahiye aap ka, aap ki dua genuine ho. aap janiye ke Allah kis ke aap think kya hai, Allah ka management ka tareeqa kya hai.</w:t>
      </w:r>
    </w:p>
    <w:p>
      <w:pPr>
        <w:jc w:val="right"/>
      </w:pPr>
      <w:r>
        <w:t>تو جینون ہونا چاہیے آپ کا، آپ کی دعا جینون ہو۔ آپ جانیں کہ اللہ کس کے آپ تھنک کیا ہے، اللہ کا مینجمنٹ کا طریقہ کیا ہے۔</w:t>
      </w:r>
    </w:p>
    <w:p>
      <w:r>
        <w:rPr>
          <w:b/>
        </w:rPr>
        <w:t xml:space="preserve">[37:27] </w:t>
      </w:r>
      <w:r>
        <w:t>yeh sab janiye aap aur is par bharosa karein, aur woh spirit aap ke andar aap ko maloom ho ke main jo hoon.</w:t>
      </w:r>
    </w:p>
    <w:p>
      <w:pPr>
        <w:jc w:val="right"/>
      </w:pPr>
      <w:r>
        <w:t>یہ سب جانیں آپ اور اس پر بھروسہ کریں، اور وہ اسپیٹ آپ کے اندر آپ کو معلوم ہو کہ میں جو ہوں۔</w:t>
      </w:r>
    </w:p>
    <w:p>
      <w:r>
        <w:rPr>
          <w:b/>
        </w:rPr>
        <w:t xml:space="preserve">[37:41] </w:t>
      </w:r>
      <w:r>
        <w:t>yeh sab shart purani karte hain, bas khwah makhwah yaani umeedon mein jeete hain. woh tamanna alal Allah jo hadith mein aata hai, to is se kuch nahi hoga.</w:t>
      </w:r>
    </w:p>
    <w:p>
      <w:pPr>
        <w:jc w:val="right"/>
      </w:pPr>
      <w:r>
        <w:t>یہ سب شرط پرانی کرتے ہیں، بس خوامخواہ یعنی امیدوں میں جیتے ہیں۔ وہ تمنا علی اللہ جو حدیث میں آتا ہے، تو اس سے کچھ نہیں ہوگا۔</w:t>
      </w:r>
    </w:p>
    <w:p>
      <w:r>
        <w:rPr>
          <w:b/>
        </w:rPr>
        <w:t xml:space="preserve">[38:04] </w:t>
      </w:r>
      <w:r>
        <w:t>Maulana, kuch aur aaj bhi dekhiye, subah se main is mein tha ke apa se pooch lijiye, aap doctor sanson se pooch lijiye.</w:t>
      </w:r>
    </w:p>
    <w:p>
      <w:pPr>
        <w:jc w:val="right"/>
      </w:pPr>
      <w:r>
        <w:t>مولانا، کچھ اور آج بھی دیکھیے، صبح سے میں اس میں تھا کہ آپا سے پوچھ لیجئے، آپ ڈاکٹر سانسن سے پوچھ لیجئے۔</w:t>
      </w:r>
    </w:p>
    <w:p>
      <w:r>
        <w:rPr>
          <w:b/>
        </w:rPr>
        <w:t xml:space="preserve">[38:14] </w:t>
      </w:r>
      <w:r>
        <w:t>aaj hi maine unhon ne is ko kaha ke bhai, mere paas kuch nahi hai, ab tum log ja karo jo karna hai, ya resist aap karein jo karna hai.</w:t>
      </w:r>
    </w:p>
    <w:p>
      <w:pPr>
        <w:jc w:val="right"/>
      </w:pPr>
      <w:r>
        <w:t>آج ہی میں نے انہوں نے اس کو کہا کہ بھائی، میرے پاس کچھ نہیں ہے، اب تم لوگ جا کرو جو کرنا ہے، یا ریزسٹ آپ کریں جو کرنا ہے۔</w:t>
      </w:r>
    </w:p>
    <w:p>
      <w:r>
        <w:rPr>
          <w:b/>
        </w:rPr>
        <w:t xml:space="preserve">[38:31] </w:t>
      </w:r>
      <w:r>
        <w:t>lekin ain waqt par aap dekhiye, ab mujhe intezar karna karna tha. jab main is point pe pohancha jahan woh ladka aur woh ladki baithe thay, aur unhon ne kaha tha ke main jo hoon,</w:t>
      </w:r>
    </w:p>
    <w:p>
      <w:pPr>
        <w:jc w:val="right"/>
      </w:pPr>
      <w:r>
        <w:t>لیکن عین وقت پر آپ دیکھیے، اب مجھے انتظار کرنا کرنا تھا۔ جب میں اس پوائنٹ پہ پہنچا جہاں وہ لڑکا اور وہ لڑکی بیٹھے تھے، اور انہوں نے کہا تھا کہ میں جو ہوں،</w:t>
      </w:r>
    </w:p>
    <w:p>
      <w:r>
        <w:rPr>
          <w:b/>
        </w:rPr>
        <w:t xml:space="preserve">[38:47] </w:t>
      </w:r>
      <w:r>
        <w:t>to main dekhiye, aaj subah se do jazbat mein jee raha tha. woh jo hadith mein aata hai ke "al-iman raja'a wal-khauf" yaani umeed aur khauf, umeed aur khauf ke beech mein.</w:t>
      </w:r>
    </w:p>
    <w:p>
      <w:pPr>
        <w:jc w:val="right"/>
      </w:pPr>
      <w:r>
        <w:t>تو میں دیکھیے، آج صبح سے دو جذبات میں جی رہا تھا۔ وہ جو حدیث میں آتا ہے کہ "الایمان رجاء والخوف" یعنی امید اور خوف، امید اور خوف کے بیچ میں۔</w:t>
      </w:r>
    </w:p>
    <w:p>
      <w:r>
        <w:rPr>
          <w:b/>
        </w:rPr>
        <w:t xml:space="preserve">[39:05] </w:t>
      </w:r>
      <w:r>
        <w:t>to ain waqt par jab hamari gaadi gate pe pohanchi, park ke gate par, to wahan par farishte ne mere mere mann mein daal diya.</w:t>
      </w:r>
    </w:p>
    <w:p>
      <w:pPr>
        <w:jc w:val="right"/>
      </w:pPr>
      <w:r>
        <w:t>تو عین وقت پر جب ہماری گاڑی گیٹ پہ پہنچی، پارک کے گیٹ پر، تو وہاں پر فرشتے نے میرے میرے من میں ڈال دیا۔</w:t>
      </w:r>
    </w:p>
    <w:p>
      <w:r>
        <w:rPr>
          <w:b/>
        </w:rPr>
        <w:t xml:space="preserve">[39:19] </w:t>
      </w:r>
      <w:r>
        <w:t>to aaj jo main bola hoon, kuch bhi mere aaj subah se kuch bhi mere mann mein nahi tha. to aap Allah par bharosa bharosa kijiye, aur yeh yeh janiye ke aap ki aap ki talab genuine talab ho, aur aap intezar karein, aap Khuda ki sharton ko poora karein.</w:t>
      </w:r>
    </w:p>
    <w:p>
      <w:pPr>
        <w:jc w:val="right"/>
      </w:pPr>
      <w:r>
        <w:t>تو آج جو میں بولا ہوں، کچھ بھی میرے آج صبح سے کچھ بھی میرے من میں نہیں تھا۔ تو آپ اللہ پر بھروسہ بھروسہ کیجئے، اور یہ یہ جانیے کہ آپ کی آپ کی طلب جینون طلب ہو، اور آپ انتظار کریں، آپ خدا کی شرطوں کو پورا کریں۔</w:t>
      </w:r>
    </w:p>
    <w:p>
      <w:r>
        <w:rPr>
          <w:b/>
        </w:rPr>
        <w:t xml:space="preserve">[39:46] </w:t>
      </w:r>
      <w:r>
        <w:t>tab to aap ke liye wahi ho jayega ke Khuda kahega ke main jo hoon.</w:t>
      </w:r>
    </w:p>
    <w:p>
      <w:pPr>
        <w:jc w:val="right"/>
      </w:pPr>
      <w:r>
        <w:t>تب تو آپ کے لیے وہی ہو جائے گا کہ خدا کہے گا کہ میں جو ہوں۔</w:t>
      </w:r>
    </w:p>
    <w:p>
      <w:r>
        <w:rPr>
          <w:b/>
        </w:rPr>
        <w:t xml:space="preserve">[40:00] </w:t>
      </w:r>
      <w:r>
        <w:t>Maulana, agla comment bheja hai Shafi Ahmed Dar sahib ne Srinagar se. unhon ne likha hai: "it was really thrilling word, main jo hoon, and patience for dua is key for divine help.</w:t>
      </w:r>
    </w:p>
    <w:p>
      <w:pPr>
        <w:jc w:val="right"/>
      </w:pPr>
      <w:r>
        <w:t>مولانا، اگلا کمنٹ بھیجا ہے شفیع احمد ڈار صاحب نے سری نگر سے۔ انہوں نے لکھا ہے: "اٹ واز ریلی تھرلنگ ورڈ، میں جو ہوں، اینڈ پیشنس فار دعا از کی فار ڈیوائن ہیلپ۔</w:t>
      </w:r>
    </w:p>
    <w:p>
      <w:r>
        <w:rPr>
          <w:b/>
        </w:rPr>
        <w:t xml:space="preserve">[40:13] </w:t>
      </w:r>
      <w:r>
        <w:t>thank you Maulana for such a divine guidance."</w:t>
      </w:r>
    </w:p>
    <w:p>
      <w:pPr>
        <w:jc w:val="right"/>
      </w:pPr>
      <w:r>
        <w:t>تھینک یو مولانا فار سچ ا ڈیوائن گائیڈنس۔"</w:t>
      </w:r>
    </w:p>
    <w:p>
      <w:r>
        <w:rPr>
          <w:b/>
        </w:rPr>
        <w:t xml:space="preserve">[40:22] </w:t>
      </w:r>
      <w:r>
        <w:t>Sartaj Siddiqui sahib ne likha hai Purbani se: "a mind unlocking lecture from Maulana about true nature of a dua.</w:t>
      </w:r>
    </w:p>
    <w:p>
      <w:pPr>
        <w:jc w:val="right"/>
      </w:pPr>
      <w:r>
        <w:t>سرتاج صدیقی صاحب نے لکھا ہے پربنی سے: "ا مائنڈ انلاکنگ لیکچر فرام مولانا اباؤٹ ٹرو نیچر اف ا دعا۔</w:t>
      </w:r>
    </w:p>
    <w:p>
      <w:r>
        <w:rPr>
          <w:b/>
        </w:rPr>
        <w:t xml:space="preserve">[40:31] </w:t>
      </w:r>
      <w:r>
        <w:t>hoping towards God is a form of dua. a dua must be genuine and not according to a wishful thinking.</w:t>
      </w:r>
    </w:p>
    <w:p>
      <w:pPr>
        <w:jc w:val="right"/>
      </w:pPr>
      <w:r>
        <w:t>ہوپنگ ٹورڈز گاڈ از ا فارم اف دعا۔ ا دعا مسٹ بی جینون اینڈ ناٹ اکارڈنگ ٹو ا وش فل تھنکنگ۔</w:t>
      </w:r>
    </w:p>
    <w:p>
      <w:r>
        <w:rPr>
          <w:b/>
        </w:rPr>
        <w:t xml:space="preserve">[40:40] </w:t>
      </w:r>
      <w:r>
        <w:t>jazak Allah Maulana sahib." Aamir Mori sahib ne likha hai: "today lecture was so special that anyone who listen to it will definitely develop the love for God.</w:t>
      </w:r>
    </w:p>
    <w:p>
      <w:pPr>
        <w:jc w:val="right"/>
      </w:pPr>
      <w:r>
        <w:t>جزاک اللہ مولانا صاحب۔" عامر موری صاحب نے لکھا ہے: "ٹوڈے لیکچر واز سو سپیشل دیٹ اینی ون ہو لسن ٹو اٹ ول ڈیفینیٹلی ڈیویلپ دا لو فار گاڈ۔</w:t>
      </w:r>
    </w:p>
    <w:p>
      <w:r>
        <w:rPr>
          <w:b/>
        </w:rPr>
        <w:t xml:space="preserve">[40:53] </w:t>
      </w:r>
      <w:r>
        <w:t>you said that hope is also the type of worship. this is really thrilling statement. thank you Maulana sahib." Maulana, agla sawal bheja hai Muhammad Zakariya sahib ne.</w:t>
      </w:r>
    </w:p>
    <w:p>
      <w:pPr>
        <w:jc w:val="right"/>
      </w:pPr>
      <w:r>
        <w:t>یو سیڈ دیٹ ہوپ از السو دا ٹائپ اف ورشپ۔ دس از ریلی تھرلنگ سٹیٹمنٹ۔ تھینک یو مولانا صاحب۔" مولانا، اگلا سوال بھیجا ہے محمد زکریا صاحب نے۔</w:t>
      </w:r>
    </w:p>
    <w:p>
      <w:r>
        <w:rPr>
          <w:b/>
        </w:rPr>
        <w:t xml:space="preserve">[41:07] </w:t>
      </w:r>
      <w:r>
        <w:t>unhon ne likha hai: "Maulana, just wanted to know about a verse in Quran which says: jaise log honge, waise hi hukmaran bheje jayenge.</w:t>
      </w:r>
    </w:p>
    <w:p>
      <w:pPr>
        <w:jc w:val="right"/>
      </w:pPr>
      <w:r>
        <w:t>انہوں نے لکھا ہے: "مولانا، جسٹ وانٹڈ ٹو نو اباؤٹ ا ورس ان قرآن وچ سیز: جیسے لوگ ہوں گے، ویسے ہی حکمراں بھیجے جائیں گے۔</w:t>
      </w:r>
    </w:p>
    <w:p>
      <w:r>
        <w:rPr>
          <w:b/>
        </w:rPr>
        <w:t xml:space="preserve">[41:19] </w:t>
      </w:r>
      <w:r>
        <w:t>Maulana, is ke bare mein kuch bataein."</w:t>
      </w:r>
    </w:p>
    <w:p>
      <w:pPr>
        <w:jc w:val="right"/>
      </w:pPr>
      <w:r>
        <w:t>مولانا، اس کے بارے میں کچھ بتائیں۔"</w:t>
      </w:r>
    </w:p>
    <w:p>
      <w:r>
        <w:rPr>
          <w:b/>
        </w:rPr>
        <w:t xml:space="preserve">[41:25] </w:t>
      </w:r>
      <w:r>
        <w:t>is waqt aap le chukay hain, aap parh lijiyay, chhupa hua hai. aap faraz abri sahib say contact kijiyay, woh aap ko reference day dain gay.</w:t>
      </w:r>
    </w:p>
    <w:p>
      <w:pPr>
        <w:jc w:val="right"/>
      </w:pPr>
      <w:r>
        <w:t>اس وقت آپ لے چکے ہیں، آپ پڑھ لیجئے، چھپا ہوا ہے۔ آپ فراز عبری صاحب سے کنٹیکٹ کیجئے، وہ آپ کو ریفرنس دے دیں گے۔</w:t>
      </w:r>
    </w:p>
    <w:p>
      <w:r>
        <w:rPr>
          <w:b/>
        </w:rPr>
        <w:t xml:space="preserve">[41:37] </w:t>
      </w:r>
      <w:r>
        <w:t>is par chhupa hua hai, is ko parh lijiyay. pehlay parh lijiyay, phir sawal kijiyay. mera tareeqa yeh hai kay jo baat mein likh chuka hoon, to aadmi ko chahiye kay us ko parhay.</w:t>
      </w:r>
    </w:p>
    <w:p>
      <w:pPr>
        <w:jc w:val="right"/>
      </w:pPr>
      <w:r>
        <w:t>اس پر چھپا ہوا ہے، اس کو پڑھ لیجئے۔ پہلے پڑھ لیجئے، پھر سوال کیجئے۔ میرا طریقہ یہ ہے کہ جو بات میں لکھ چکا ہوں، تو آدمی کو چاہیے کہ اس کو پڑھے۔</w:t>
      </w:r>
    </w:p>
    <w:p>
      <w:r>
        <w:rPr>
          <w:b/>
        </w:rPr>
        <w:t xml:space="preserve">[41:49] </w:t>
      </w:r>
      <w:r>
        <w:t>parhnay kay baad sawal karain.</w:t>
      </w:r>
    </w:p>
    <w:p>
      <w:pPr>
        <w:jc w:val="right"/>
      </w:pPr>
      <w:r>
        <w:t>پڑھنے کے بعد سوال کریں۔</w:t>
      </w:r>
    </w:p>
    <w:p>
      <w:r>
        <w:rPr>
          <w:b/>
        </w:rPr>
        <w:t xml:space="preserve">[41:56] </w:t>
      </w:r>
      <w:r>
        <w:t>maulana kashmir say mehak mehak fayaz khan sahibah nay likha hai: "maulana, maulana sahib, da same concept was in my mind from past few months.</w:t>
      </w:r>
    </w:p>
    <w:p>
      <w:pPr>
        <w:jc w:val="right"/>
      </w:pPr>
      <w:r>
        <w:t>مولانا کشمیر سے مہک مہک فیاض خان صاحبہ نے لکھا ہے: "مولانا، مولانا صاحب، دا سیم کانسیپٹ واز ان مائی مائنڈ فرام پاسٹ فیو منتھس۔</w:t>
      </w:r>
    </w:p>
    <w:p>
      <w:r>
        <w:rPr>
          <w:b/>
        </w:rPr>
        <w:t xml:space="preserve">[42:09] </w:t>
      </w:r>
      <w:r>
        <w:t>today maulana with these examples have help me build a constructive conclusion that how important it is to understand that allah while granting you something has to look at other aspects as well."</w:t>
      </w:r>
    </w:p>
    <w:p>
      <w:pPr>
        <w:jc w:val="right"/>
      </w:pPr>
      <w:r>
        <w:t>ٹوڈے مولانا ود دیز ایگزیمپلز ہیو ہیلپ می بلڈ ا کنسٹرکٹو کنکلوژن دیٹ ہاؤ امپورٹنٹ اٹ از ٹو انڈرسٹینڈ دیٹ اللہ وائل گرانٹنگ یو سمتھنگ ہیز ٹو لوک ایٹ ادر ایسپیکٹس ایز ویل۔"</w:t>
      </w:r>
    </w:p>
    <w:p>
      <w:r>
        <w:rPr>
          <w:b/>
        </w:rPr>
        <w:t xml:space="preserve">[42:28] </w:t>
      </w:r>
      <w:r>
        <w:t>kya matlab? maulana, un ka yahi comment hai kay jab allah kuch deta hai to woh bohat say aur doosray aspects ko lay kay deta hai.</w:t>
      </w:r>
    </w:p>
    <w:p>
      <w:pPr>
        <w:jc w:val="right"/>
      </w:pPr>
      <w:r>
        <w:t>کیا مطلب؟ مولانا، ان کا یہی کمنٹ ہے کہ جب اللہ کچھ دیتا ہے تو وہ بہت سے اور دوسرے ایسپیکٹس کو لے کے دیتا ہے۔</w:t>
      </w:r>
    </w:p>
    <w:p>
      <w:r>
        <w:rPr>
          <w:b/>
        </w:rPr>
        <w:t xml:space="preserve">[42:38] </w:t>
      </w:r>
      <w:r>
        <w:t>to yeh baat aaj aap kay talk say samajh aayi. meray paas bohat misaalain hain, bilkul date kay sath, jagah kay sath, sab cheez kay hawala reference kay sath.</w:t>
      </w:r>
    </w:p>
    <w:p>
      <w:pPr>
        <w:jc w:val="right"/>
      </w:pPr>
      <w:r>
        <w:t>تو یہ بات آج آپ کے ٹاک سے سمجھ آئی۔ میرے پاس بہت مثالیں ہیں، بالکل ڈیٹ کے ساتھ، جگہ کے ساتھ، سب چیز کے حوالے ریفرنس کے ساتھ۔</w:t>
      </w:r>
    </w:p>
    <w:p>
      <w:r>
        <w:rPr>
          <w:b/>
        </w:rPr>
        <w:t xml:space="preserve">[42:53] </w:t>
      </w:r>
      <w:r>
        <w:t>agar koi qeen ho, qeen to mein us ko bata sakta hoon, lekin shart wahi hai kay aap ka case genuine case ho, aap ko sach much allah par trust ho,</w:t>
      </w:r>
    </w:p>
    <w:p>
      <w:pPr>
        <w:jc w:val="right"/>
      </w:pPr>
      <w:r>
        <w:t>اگر کوئی قین ہو، قین تو میں اس کو بتا سکتا ہوں، لیکن شرط وہی ہے کہ آپ کا کیس جینون کیس ہو، آپ کو سچ مچ اللہ پر ٹرسٹ ہو،</w:t>
      </w:r>
    </w:p>
    <w:p>
      <w:r>
        <w:rPr>
          <w:b/>
        </w:rPr>
        <w:t xml:space="preserve">[43:10] </w:t>
      </w:r>
      <w:r>
        <w:t>aap allah kay behtar ko jantay hon, aur aap kay andar yeh yeh itna sabr ho kay aap intazar kar sakain 70 saal tak, 50 saal tak intazar kar sakain.</w:t>
      </w:r>
    </w:p>
    <w:p>
      <w:pPr>
        <w:jc w:val="right"/>
      </w:pPr>
      <w:r>
        <w:t>آپ اللہ کے بہتر کو جانتے ہوں، اور آپ کے اندر یہ یہ اتنا صبر ہو کہ آپ انتظار کر سکیں 70 سال تک، 50 سال تک انتظار کر سکیں۔</w:t>
      </w:r>
    </w:p>
    <w:p>
      <w:r>
        <w:rPr>
          <w:b/>
        </w:rPr>
        <w:t xml:space="preserve">[43:22] </w:t>
      </w:r>
      <w:r>
        <w:t>intazar bohat zaroori hai. yeh hadees mein aata hai kay</w:t>
      </w:r>
    </w:p>
    <w:p>
      <w:pPr>
        <w:jc w:val="right"/>
      </w:pPr>
      <w:r>
        <w:t>انتظار بہت ضروری ہے۔ یہ حدیث میں آتا ہے کہ</w:t>
      </w:r>
    </w:p>
    <w:p>
      <w:r>
        <w:rPr>
          <w:b/>
        </w:rPr>
        <w:t xml:space="preserve">[43:30] </w:t>
      </w:r>
      <w:r>
        <w:t>kay intazar karna sab say bari ibadat hai, kyun kay dekhiye, jab aap intazar kartay hain to us ka matlab hai kay allah rab ul alameen par bharosa kar rahay hain.</w:t>
      </w:r>
    </w:p>
    <w:p>
      <w:pPr>
        <w:jc w:val="right"/>
      </w:pPr>
      <w:r>
        <w:t>کہ انتظار کرنا سب سے بڑی عبادت ہے، کیونکہ دیکھیے، جب آپ انتظار کرتے ہیں تو اس کا معنی ہے کہ اللہ رب العالمین پر بھروسہ کر رہے ہیں۔</w:t>
      </w:r>
    </w:p>
    <w:p>
      <w:r>
        <w:rPr>
          <w:b/>
        </w:rPr>
        <w:t xml:space="preserve">[43:40] </w:t>
      </w:r>
      <w:r>
        <w:t>jab aap intazar kar rahay hain to aap allah rab ul alameen par bharosa bharosa kar rahay hain. to bharosa karna hamari mamooli baat hai. allah rab ul alameen kahay ga farishton kay darmian kay dekho, yeh mein yeh banda kitna ziyada</w:t>
      </w:r>
    </w:p>
    <w:p>
      <w:pPr>
        <w:jc w:val="right"/>
      </w:pPr>
      <w:r>
        <w:t>جب آپ انتظار کر رہے ہیں تو آپ اللہ رب العالمین پر بھروسہ بھروسہ کر رہے ہیں۔ تو بھروسہ کرنا ہماری معمولی بات ہے۔ اللہ رب العالمین کہے گا فرشتوں کے درمیان کہ دیکھو، یہ میں یہ بندہ کتنا زیادہ</w:t>
      </w:r>
    </w:p>
    <w:p>
      <w:r>
        <w:rPr>
          <w:b/>
        </w:rPr>
        <w:t xml:space="preserve">[43:59] </w:t>
      </w:r>
      <w:r>
        <w:t>us kay andar spirit hai kay mera intazar kar raha hai, intazar kar raha hai, intazar kar raha hai.</w:t>
      </w:r>
    </w:p>
    <w:p>
      <w:pPr>
        <w:jc w:val="right"/>
      </w:pPr>
      <w:r>
        <w:t>اس کے اندر اسپیٹ ہے کہ میرا انتظار کر رہا ہے، انتظار کر رہا ہے، انتظار کر رہا ہے۔</w:t>
      </w:r>
    </w:p>
    <w:p>
      <w:r>
        <w:rPr>
          <w:b/>
        </w:rPr>
        <w:t xml:space="preserve">[44:08] </w:t>
      </w:r>
      <w:r>
        <w:t>to ab kuch aap kuch kuch genuine kuch kuch dikhaiyain, kuch kay aap kay andar waqai kuch hai. spirit yun hi khawamkhwahi yani chahna baghair kisi yani baghair kisi</w:t>
      </w:r>
    </w:p>
    <w:p>
      <w:pPr>
        <w:jc w:val="right"/>
      </w:pPr>
      <w:r>
        <w:t>تو اب کچھ آپ کچھ کچھ جینون کچھ کچھ دکھائیے، کچھ کہ آپ کے اندر واقعی کچھ ہے۔ اسپیٹ یوں ہی خوامخواہی یعنی چاہنا بغیر کسی یعنی بغیر کسی</w:t>
      </w:r>
    </w:p>
    <w:p>
      <w:r>
        <w:rPr>
          <w:b/>
        </w:rPr>
        <w:t xml:space="preserve">[44:32] </w:t>
      </w:r>
      <w:r>
        <w:t>spirit kay to woh to kuch bhi nahi hai.</w:t>
      </w:r>
    </w:p>
    <w:p>
      <w:pPr>
        <w:jc w:val="right"/>
      </w:pPr>
      <w:r>
        <w:t>اسپیٹ کے تو وہ تو کچھ بھی نہیں ہے۔</w:t>
      </w:r>
    </w:p>
    <w:p>
      <w:r>
        <w:rPr>
          <w:b/>
        </w:rPr>
        <w:t xml:space="preserve">[44:40] </w:t>
      </w:r>
      <w:r>
        <w:t>maulana am irshad sahibah nay likha hai chennai say: "maulana, saray dars ko sun kar mein bohat ro rahi hoon aur dua kar rahi hoon kay khuda meri sari zindagi cps mission mein laga day.</w:t>
      </w:r>
    </w:p>
    <w:p>
      <w:pPr>
        <w:jc w:val="right"/>
      </w:pPr>
      <w:r>
        <w:t>مولانا ام ارشاد صاحبہ نے لکھا ہے چنئی سے: "مولانا، سارے درس کو سن کر میں بہت رو رہی ہوں اور دعا کر رہی ہوں کہ خدا میری ساری زندگی سی پی ایس مشن میں لگا دے۔</w:t>
      </w:r>
    </w:p>
    <w:p>
      <w:r>
        <w:rPr>
          <w:b/>
        </w:rPr>
        <w:t xml:space="preserve">[44:55] </w:t>
      </w:r>
      <w:r>
        <w:t>meray liye dua karain, maulana."</w:t>
      </w:r>
    </w:p>
    <w:p>
      <w:pPr>
        <w:jc w:val="right"/>
      </w:pPr>
      <w:r>
        <w:t>میرے لیے دعا کریں، مولانا۔"</w:t>
      </w:r>
    </w:p>
    <w:p>
      <w:r>
        <w:rPr>
          <w:b/>
        </w:rPr>
        <w:t xml:space="preserve">[45:01] </w:t>
      </w:r>
      <w:r>
        <w:t>faisal saleem sahib nay likha hai bangalore say: "my take away from today lecture is that when we hope, it means we are trusting allah completely, and having patience within will help us to have faith in allah and his divine power.</w:t>
      </w:r>
    </w:p>
    <w:p>
      <w:pPr>
        <w:jc w:val="right"/>
      </w:pPr>
      <w:r>
        <w:t>فیصل سلیم صاحب نے لکھا ہے بینگلور سے: "مائی ٹیک اوے فرام ٹوڈے لیکچر از دیٹ وین وی ہوپ، اٹ مینز وی آر ٹرسٹنگ اللہ کمپلیٹلی، اینڈ ہیونگ پیشنس ود ان ویل ہیلپ اس ٹو ہیو فیتھ ان اللہ اینڈ ہز ڈیوائن پاور۔</w:t>
      </w:r>
    </w:p>
    <w:p>
      <w:r>
        <w:rPr>
          <w:b/>
        </w:rPr>
        <w:t xml:space="preserve">[45:21] </w:t>
      </w:r>
      <w:r>
        <w:t>thank you for this important enlightenment." mashallah.</w:t>
      </w:r>
    </w:p>
    <w:p>
      <w:pPr>
        <w:jc w:val="right"/>
      </w:pPr>
      <w:r>
        <w:t>تھینک یو فار دس امپورٹنٹ انلائٹنمنٹ۔" ماشاءاللہ۔</w:t>
      </w:r>
    </w:p>
    <w:p>
      <w:r>
        <w:rPr>
          <w:b/>
        </w:rPr>
        <w:t xml:space="preserve">[45:27] </w:t>
      </w:r>
      <w:r>
        <w:t>maulana yaqoob umri nay delhi say likha hai: "maulana, the lecture was very enlightening and and has increase my trust in god.</w:t>
      </w:r>
    </w:p>
    <w:p>
      <w:pPr>
        <w:jc w:val="right"/>
      </w:pPr>
      <w:r>
        <w:t>مولانا یعقوب عمری نے دلی سے لکھا ہے: "مولانا، دا لیکچر واز ویری انلائٹننگ اینڈ اینڈ ہیز انکریز مائی ٹرسٹ ان گاڈ۔</w:t>
      </w:r>
    </w:p>
    <w:p>
      <w:r>
        <w:rPr>
          <w:b/>
        </w:rPr>
        <w:t xml:space="preserve">[45:36] </w:t>
      </w:r>
      <w:r>
        <w:t>hope is actually trust. when i listen to this sentence, i feel that i have got the real meaning of it today."</w:t>
      </w:r>
    </w:p>
    <w:p>
      <w:pPr>
        <w:jc w:val="right"/>
      </w:pPr>
      <w:r>
        <w:t>ہوپ از ایکچولی ٹرسٹ۔ وین ائی لسن ٹو دس سینٹنس، ائی فیل دیٹ ائی ہیو گاٹ دا ریئل میننگ اف اٹ ٹوڈے۔"</w:t>
      </w:r>
    </w:p>
    <w:p>
      <w:r>
        <w:rPr>
          <w:b/>
        </w:rPr>
        <w:t xml:space="preserve">[45:47] </w:t>
      </w:r>
      <w:r>
        <w:t>dekhiye, mein aap ko aik misaal deta hoon. abhi aik party ki jeet ho gayi, itni z</w:t>
      </w:r>
    </w:p>
    <w:p>
      <w:pPr>
        <w:jc w:val="right"/>
      </w:pPr>
      <w:r>
        <w:t>دیکھیے، میں آپ کو ایک مثال دیتا ہوں۔ ابھی ایک پارٹی کی جیت ہو گئی، اتنی 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