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Way of Spirituality July 7, 2019 Maulana Wahiduddin Khan</w:t>
      </w:r>
    </w:p>
    <w:p>
      <w:r>
        <w:t>https://www.youtube.com/watch?v=N_ejXO_o-Oo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[00:20] </w:t>
      </w:r>
      <w:r>
        <w:t>wasalli allah ala nabiyil karim. rab ishrah li sadri, wa yassir li amri, wahal uqdatan min lisani,</w:t>
      </w:r>
    </w:p>
    <w:p>
      <w:pPr>
        <w:jc w:val="right"/>
      </w:pPr>
      <w:r>
        <w:t>وصلی اللہ علی نبی الکریم۔ رب اشرح لی صدری، ویسر لی امری، واحل العقدۃ من لسانی،</w:t>
      </w:r>
    </w:p>
    <w:p>
      <w:r>
        <w:rPr>
          <w:b/>
        </w:rPr>
        <w:t xml:space="preserve">[00:34] </w:t>
      </w:r>
      <w:r>
        <w:t>yakhul qawli.</w:t>
      </w:r>
    </w:p>
    <w:p>
      <w:pPr>
        <w:jc w:val="right"/>
      </w:pPr>
      <w:r>
        <w:t>یکھو قولی۔</w:t>
      </w:r>
    </w:p>
    <w:p>
      <w:r>
        <w:rPr>
          <w:b/>
        </w:rPr>
        <w:t xml:space="preserve">[00:40] </w:t>
      </w:r>
      <w:r>
        <w:t>ek sahab ne yeh sawal kiya</w:t>
      </w:r>
    </w:p>
    <w:p>
      <w:pPr>
        <w:jc w:val="right"/>
      </w:pPr>
      <w:r>
        <w:t>ایک صاحب نے یہ سوال کیا</w:t>
      </w:r>
    </w:p>
    <w:p>
      <w:r>
        <w:rPr>
          <w:b/>
        </w:rPr>
        <w:t xml:space="preserve">[00:45] </w:t>
      </w:r>
      <w:r>
        <w:t>ke spirituality ko attend karne ke kitne tareeqe hain?</w:t>
      </w:r>
    </w:p>
    <w:p>
      <w:pPr>
        <w:jc w:val="right"/>
      </w:pPr>
      <w:r>
        <w:t>کہ اسپیچولیٹی کو اٹینڈ کرنے کے کتنے طریقے ہیں؟</w:t>
      </w:r>
    </w:p>
    <w:p>
      <w:r>
        <w:rPr>
          <w:b/>
        </w:rPr>
        <w:t xml:space="preserve">[00:56] </w:t>
      </w:r>
      <w:r>
        <w:t>spirituality ko attend karne ke kitne tareeqe hain?</w:t>
      </w:r>
    </w:p>
    <w:p>
      <w:pPr>
        <w:jc w:val="right"/>
      </w:pPr>
      <w:r>
        <w:t>اسپیچولیٹی کو اٹینڈ کرنے کے کتنے طریقے ہیں؟</w:t>
      </w:r>
    </w:p>
    <w:p>
      <w:r>
        <w:rPr>
          <w:b/>
        </w:rPr>
        <w:t xml:space="preserve">[01:08] </w:t>
      </w:r>
      <w:r>
        <w:t>to main kahunga ke</w:t>
      </w:r>
    </w:p>
    <w:p>
      <w:pPr>
        <w:jc w:val="right"/>
      </w:pPr>
      <w:r>
        <w:t>تو میں کہوں گا کہ</w:t>
      </w:r>
    </w:p>
    <w:p>
      <w:r>
        <w:rPr>
          <w:b/>
        </w:rPr>
        <w:t xml:space="preserve">[01:15] </w:t>
      </w:r>
      <w:r>
        <w:t>is sawal ka matlab yeh hai ke aap spirituality ko understand kar rahe hain.</w:t>
      </w:r>
    </w:p>
    <w:p>
      <w:pPr>
        <w:jc w:val="right"/>
      </w:pPr>
      <w:r>
        <w:t>اس سوال کا مطلب یہ ہے کہ آپ اسپیچولیٹی کو انڈرسٹیبل کر رہے ہیں۔</w:t>
      </w:r>
    </w:p>
    <w:p>
      <w:r>
        <w:rPr>
          <w:b/>
        </w:rPr>
        <w:t xml:space="preserve">[01:27] </w:t>
      </w:r>
      <w:r>
        <w:t>spirituality ko understand kar rahe hain. Kya koi ek do tareeqa hoga is mein? Spirituality mile aap ko?</w:t>
      </w:r>
    </w:p>
    <w:p>
      <w:pPr>
        <w:jc w:val="right"/>
      </w:pPr>
      <w:r>
        <w:t>اسپیچولیٹی کو انڈرسٹیبل کر رہے ہیں۔ کیا کوئی ایک دو طریقہ ہوگا اس میں؟ اسپیچولیٹی ملے آپ کو؟</w:t>
      </w:r>
    </w:p>
    <w:p>
      <w:r>
        <w:rPr>
          <w:b/>
        </w:rPr>
        <w:t xml:space="preserve">[01:39] </w:t>
      </w:r>
      <w:r>
        <w:t>Spirituality to naam hai Allah Rabbul Alameen ki marifat ka. To kya jo cheez Allah Rabbul Alameen ki marifat ka zariya ho, woh koi ek do ho sakta hai?</w:t>
      </w:r>
    </w:p>
    <w:p>
      <w:pPr>
        <w:jc w:val="right"/>
      </w:pPr>
      <w:r>
        <w:t>اسپیچولیٹی تو نام ہے اللہ رب العالمین کی معرفت کا۔ تو کیا جو چیز اللہ رب العالمین کی معرفت کا ذریعہ ہو، وہ کوئی ایک دو ہو سکتا ہے؟</w:t>
      </w:r>
    </w:p>
    <w:p>
      <w:r>
        <w:rPr>
          <w:b/>
        </w:rPr>
        <w:t xml:space="preserve">[01:59] </w:t>
      </w:r>
      <w:r>
        <w:t>jo sari kainat hogi, har har lamha hoga,</w:t>
      </w:r>
    </w:p>
    <w:p>
      <w:pPr>
        <w:jc w:val="right"/>
      </w:pPr>
      <w:r>
        <w:t>جو ساری کائنات ہوگی، ہر ہر لمحہ ہوگا،</w:t>
      </w:r>
    </w:p>
    <w:p>
      <w:r>
        <w:rPr>
          <w:b/>
        </w:rPr>
        <w:t xml:space="preserve">[02:08] </w:t>
      </w:r>
      <w:r>
        <w:t>har waqt aap ko koi na koi dhoondh milega, koi koi khurak milegi.</w:t>
      </w:r>
    </w:p>
    <w:p>
      <w:pPr>
        <w:jc w:val="right"/>
      </w:pPr>
      <w:r>
        <w:t>ہر وقت آپ کو کوئی نہ کوئی ڈھونڈ ملے گا، کوئی کوئی خوراک ملے گی۔</w:t>
      </w:r>
    </w:p>
    <w:p>
      <w:r>
        <w:rPr>
          <w:b/>
        </w:rPr>
        <w:t xml:space="preserve">[02:19] </w:t>
      </w:r>
      <w:r>
        <w:t>jaise main aap ko misaal deta hoon,</w:t>
      </w:r>
    </w:p>
    <w:p>
      <w:pPr>
        <w:jc w:val="right"/>
      </w:pPr>
      <w:r>
        <w:t>جیسے میں آپ کو مثال دیتا ہوں،</w:t>
      </w:r>
    </w:p>
    <w:p>
      <w:r>
        <w:rPr>
          <w:b/>
        </w:rPr>
        <w:t xml:space="preserve">[02:24] </w:t>
      </w:r>
      <w:r>
        <w:t>aaj kya tareekh hai</w:t>
      </w:r>
    </w:p>
    <w:p>
      <w:pPr>
        <w:jc w:val="right"/>
      </w:pPr>
      <w:r>
        <w:t>آج کیا تاریخ ہے</w:t>
      </w:r>
    </w:p>
    <w:p>
      <w:r>
        <w:rPr>
          <w:b/>
        </w:rPr>
        <w:t xml:space="preserve">[02:26] </w:t>
      </w:r>
      <w:r>
        <w:t>? Saat July. Aaj saat July hai, July seven.</w:t>
      </w:r>
    </w:p>
    <w:p>
      <w:pPr>
        <w:jc w:val="right"/>
      </w:pPr>
      <w:r>
        <w:t>؟ سات جولائی۔ آج سات جولائی ہے، جولائی سیون۔</w:t>
      </w:r>
    </w:p>
    <w:p>
      <w:r>
        <w:rPr>
          <w:b/>
        </w:rPr>
        <w:t xml:space="preserve">[02:36] </w:t>
      </w:r>
      <w:r>
        <w:t>main jab apne office se</w:t>
      </w:r>
    </w:p>
    <w:p>
      <w:pPr>
        <w:jc w:val="right"/>
      </w:pPr>
      <w:r>
        <w:t>میں جب اپنے آفس سے</w:t>
      </w:r>
    </w:p>
    <w:p>
      <w:r>
        <w:rPr>
          <w:b/>
        </w:rPr>
        <w:t xml:space="preserve">[02:43] </w:t>
      </w:r>
      <w:r>
        <w:t>chala</w:t>
      </w:r>
    </w:p>
    <w:p>
      <w:pPr>
        <w:jc w:val="right"/>
      </w:pPr>
      <w:r>
        <w:t>چلا</w:t>
      </w:r>
    </w:p>
    <w:p>
      <w:r>
        <w:rPr>
          <w:b/>
        </w:rPr>
        <w:t xml:space="preserve">[02:49] </w:t>
      </w:r>
      <w:r>
        <w:t>to aap jante hain ke mujhe is se pehle stroke hua tha.</w:t>
      </w:r>
    </w:p>
    <w:p>
      <w:pPr>
        <w:jc w:val="right"/>
      </w:pPr>
      <w:r>
        <w:t>تو آپ جانتے ہیں کہ مجھے اس سے پہلے اسٹروک ہوا تھا۔</w:t>
      </w:r>
    </w:p>
    <w:p>
      <w:r>
        <w:rPr>
          <w:b/>
        </w:rPr>
        <w:t xml:space="preserve">[02:57] </w:t>
      </w:r>
      <w:r>
        <w:t>dono pa</w:t>
      </w:r>
    </w:p>
    <w:p>
      <w:pPr>
        <w:jc w:val="right"/>
      </w:pPr>
      <w:r>
        <w:t>دونوں 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