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 of the Quran July 14, 2019 Maulana Wahiduddin khan</w:t>
      </w:r>
    </w:p>
    <w:p>
      <w:r>
        <w:t>https://www.youtube.com/watch?v=vUuC3CcKnxw</w:t>
      </w:r>
    </w:p>
    <w:p>
      <w:r>
        <w:rPr>
          <w:b/>
        </w:rPr>
        <w:t xml:space="preserve">[00:14] </w:t>
      </w:r>
      <w:r>
        <w:t>Bismillah Rehman-e-Rahim, wa salla Allahu ala Nabiyyil Kareem. Rabbishrah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 14 July 2019.</w:t>
      </w:r>
    </w:p>
    <w:p>
      <w:pPr>
        <w:jc w:val="right"/>
      </w:pPr>
      <w:r>
        <w:t>واحل العقدۃ من لسانی یفقہ قولی۔ 14 جولائی 2019۔</w:t>
      </w:r>
    </w:p>
    <w:p>
      <w:r>
        <w:rPr>
          <w:b/>
        </w:rPr>
        <w:t xml:space="preserve">[00:40] </w:t>
      </w:r>
      <w:r>
        <w:t>aaj ka topic hai: Hajj-e-Quran.</w:t>
      </w:r>
    </w:p>
    <w:p>
      <w:pPr>
        <w:jc w:val="right"/>
      </w:pPr>
      <w:r>
        <w:t>آج کا ٹاپک ہے: حج القرآن۔</w:t>
      </w:r>
    </w:p>
    <w:p>
      <w:r>
        <w:rPr>
          <w:b/>
        </w:rPr>
        <w:t xml:space="preserve">[00:48] </w:t>
      </w:r>
      <w:r>
        <w:t>aaj ki jo baat cheet hai woh Quran ki ek ayat ko le kar hogi. Is ayat ko pehle suniye aap.</w:t>
      </w:r>
    </w:p>
    <w:p>
      <w:pPr>
        <w:jc w:val="right"/>
      </w:pPr>
      <w:r>
        <w:t>آج کی جو بات چیت ہے وہ قرآن کی ایک آیت کو لے کر ہوگی۔ اس آیت کو پہلے سنیے آپ۔</w:t>
      </w:r>
    </w:p>
    <w:p>
      <w:r>
        <w:rPr>
          <w:b/>
        </w:rPr>
        <w:t xml:space="preserve">[01:02] </w:t>
      </w:r>
      <w:r>
        <w:t>Bismillah Rehman-e-Rahim.</w:t>
      </w:r>
    </w:p>
    <w:p>
      <w:pPr>
        <w:jc w:val="right"/>
      </w:pPr>
      <w:r>
        <w:t>بسم اللہ الرحمن الرحیم۔</w:t>
      </w:r>
    </w:p>
    <w:p>
      <w:r>
        <w:rPr>
          <w:b/>
        </w:rPr>
        <w:t xml:space="preserve">[01:07] </w:t>
      </w:r>
      <w:r>
        <w:t>Tabarakallazi nazzal Furqana ala abdihi li yakuna lil alameen nadhira. Surah Furqan chapter number 25, verse number 1.</w:t>
      </w:r>
    </w:p>
    <w:p>
      <w:pPr>
        <w:jc w:val="right"/>
      </w:pPr>
      <w:r>
        <w:t>تبارک الذی نزل الفرقان علی عبدہ لیکون للعالمین نذیرا۔ سورہ الفرقان چیپٹر نمبر 25، ورس نمبر 1۔</w:t>
      </w:r>
    </w:p>
    <w:p>
      <w:r>
        <w:rPr>
          <w:b/>
        </w:rPr>
        <w:t xml:space="preserve">[01:21] </w:t>
      </w:r>
      <w:r>
        <w:t>Barkat wali hai woh zaat jis ne apne bande par Furqan utara taake woh jahan walon ke liye aagah karne wala ho.</w:t>
      </w:r>
    </w:p>
    <w:p>
      <w:pPr>
        <w:jc w:val="right"/>
      </w:pPr>
      <w:r>
        <w:t>برکت والی ہے وہ ذات جس نے اپنے بندے پر فرقان اتارا تاکہ وہ جہان والوں کے لیے آگاہ کرنے والا ہو۔</w:t>
      </w:r>
    </w:p>
    <w:p>
      <w:r>
        <w:rPr>
          <w:b/>
        </w:rPr>
        <w:t xml:space="preserve">[01:33] </w:t>
      </w:r>
      <w:r>
        <w:t>dekhiye, yeh jo ayat hai yeh utri thi Makki daur mein. Yani Makki daur mein kuch bhi nahi tha.</w:t>
      </w:r>
    </w:p>
    <w:p>
      <w:pPr>
        <w:jc w:val="right"/>
      </w:pPr>
      <w:r>
        <w:t>دیکھیے، یہ جو آیت ہے یہ اتری تھی مکی دور میں۔ یعنی مکی دور میں کچھ بھی نہیں تھا۔</w:t>
      </w:r>
    </w:p>
    <w:p>
      <w:r>
        <w:rPr>
          <w:b/>
        </w:rPr>
        <w:t xml:space="preserve">[01:49] </w:t>
      </w:r>
      <w:r>
        <w:t>us waqt Quran yeh keh raha hai ke Allah ne yeh jo kitaab utari hai yeh saare alam ke liye</w:t>
      </w:r>
    </w:p>
    <w:p>
      <w:pPr>
        <w:jc w:val="right"/>
      </w:pPr>
      <w:r>
        <w:t>اس وقت قرآن یہ کہہ رہا ہے کہ اللہ نے یہ جو کتاب اتاری ہے یہ سارے عالم کے لیے</w:t>
      </w:r>
    </w:p>
    <w:p>
      <w:r>
        <w:rPr>
          <w:b/>
        </w:rPr>
        <w:t xml:space="preserve">[02:05] </w:t>
      </w:r>
      <w:r>
        <w:t>nazeer bane. nazeer ka matlab hai aagah karne wala, ba-khabar karne wala, batane wala. to is zamane ke lehaz se aap dekhen to bohat anokhi baat lage gi aap ko.</w:t>
      </w:r>
    </w:p>
    <w:p>
      <w:pPr>
        <w:jc w:val="right"/>
      </w:pPr>
      <w:r>
        <w:t>نظیر بنے۔ نظیر کا مطلب ہے آگاہ کرنے والا، باخبر کرنے والا، بتانے والا۔ تو اس زمانے کے لحاظ سے آپ دیکھیں تو بہت انوکھی بات لگے گی آپ کو۔</w:t>
      </w:r>
    </w:p>
    <w:p>
      <w:r>
        <w:rPr>
          <w:b/>
        </w:rPr>
        <w:t xml:space="preserve">[02:24] </w:t>
      </w:r>
      <w:r>
        <w:t>phir yeh kehne ka matlab kya tha? is ka matlab yeh tha</w:t>
      </w:r>
    </w:p>
    <w:p>
      <w:pPr>
        <w:jc w:val="right"/>
      </w:pPr>
      <w:r>
        <w:t>پھر یہ کہنے کا مطلب کیا تھا؟ اس کا مطلب یہ تھا</w:t>
      </w:r>
    </w:p>
    <w:p>
      <w:r>
        <w:rPr>
          <w:b/>
        </w:rPr>
        <w:t xml:space="preserve">[02:32] </w:t>
      </w:r>
      <w:r>
        <w:t>ke quran jis hasti ne utara hai woh sare alam ka malik hai. quran ko utarte hi woh sare alam mein ek global process jari kare ga.</w:t>
      </w:r>
    </w:p>
    <w:p>
      <w:pPr>
        <w:jc w:val="right"/>
      </w:pPr>
      <w:r>
        <w:t>کہ قرآن جس ہستی نے اتارا ہے وہ سارے عالم کا مالک ہے۔ قرآن کو اتارتے ہی وہ سارے عالم میں ایک گلوبل پراسیس جاری کرے گا۔</w:t>
      </w:r>
    </w:p>
    <w:p>
      <w:r>
        <w:rPr>
          <w:b/>
        </w:rPr>
        <w:t xml:space="preserve">[02:52] </w:t>
      </w:r>
      <w:r>
        <w:t>global process.</w:t>
      </w:r>
    </w:p>
    <w:p>
      <w:pPr>
        <w:jc w:val="right"/>
      </w:pPr>
      <w:r>
        <w:t>گلوبل پراسیس۔</w:t>
      </w:r>
    </w:p>
    <w:p>
      <w:r>
        <w:rPr>
          <w:b/>
        </w:rPr>
        <w:t xml:space="preserve">[02:56] </w:t>
      </w:r>
      <w:r>
        <w:t>yeh process jab mukammal hoga to yeh sab kuch mumkin ho jayega ke sare alam ke liye woh nazeer bane, sare alam ke liye woh ba-khabar karne wala bane.</w:t>
      </w:r>
    </w:p>
    <w:p>
      <w:pPr>
        <w:jc w:val="right"/>
      </w:pPr>
      <w:r>
        <w:t>یہ پراسیس جب مکمل ہوگا تو یہ سب کچھ ممکن ہو جائے گا کہ سارے عالم کے لیے وہ نظیر بنے، سارے عالم کے لیے وہ باخبر کرنے والا بنے۔</w:t>
      </w:r>
    </w:p>
    <w:p>
      <w:r>
        <w:rPr>
          <w:b/>
        </w:rPr>
        <w:t xml:space="preserve">[03:17] </w:t>
      </w:r>
      <w:r>
        <w:t>ab yeh waqea ho chuka hai.</w:t>
      </w:r>
    </w:p>
    <w:p>
      <w:pPr>
        <w:jc w:val="right"/>
      </w:pPr>
      <w:r>
        <w:t>اب یہ واقعہ ہو چکا ہے۔</w:t>
      </w:r>
    </w:p>
    <w:p>
      <w:r>
        <w:rPr>
          <w:b/>
        </w:rPr>
        <w:t xml:space="preserve">[03:22] </w:t>
      </w:r>
      <w:r>
        <w:t>aap jante hain ke jab quran utra us waqt dunya mein kitabat ka fun bhi maujood nahi tha.</w:t>
      </w:r>
    </w:p>
    <w:p>
      <w:pPr>
        <w:jc w:val="right"/>
      </w:pPr>
      <w:r>
        <w:t>آپ جانتے ہیں کہ جب قرآن اترا اس وقت دنیا میں کتابت کا فن بھی موجود نہیں تھا۔</w:t>
      </w:r>
    </w:p>
    <w:p>
      <w:r>
        <w:rPr>
          <w:b/>
        </w:rPr>
        <w:t xml:space="preserve">[03:33] </w:t>
      </w:r>
      <w:r>
        <w:t>agar tha to bohat si ibtidai halat mein tha. is ke baad dunya mein kitabat ka fun develop hua.</w:t>
      </w:r>
    </w:p>
    <w:p>
      <w:pPr>
        <w:jc w:val="right"/>
      </w:pPr>
      <w:r>
        <w:t>اگر تھا تو بہت سی ابتدائی حالت میں تھا۔ اس کے بعد دنیا میں کتابت کا فن ڈیولپ ہوا۔</w:t>
      </w:r>
    </w:p>
    <w:p>
      <w:r>
        <w:rPr>
          <w:b/>
        </w:rPr>
        <w:t xml:space="preserve">[03:45] </w:t>
      </w:r>
      <w:r>
        <w:t>likha jane laga.</w:t>
      </w:r>
    </w:p>
    <w:p>
      <w:pPr>
        <w:jc w:val="right"/>
      </w:pPr>
      <w:r>
        <w:t>لکھا جانے لگا۔</w:t>
      </w:r>
    </w:p>
    <w:p>
      <w:r>
        <w:rPr>
          <w:b/>
        </w:rPr>
        <w:t xml:space="preserve">[03:50] </w:t>
      </w:r>
      <w:r>
        <w:t>printing press aya.</w:t>
      </w:r>
    </w:p>
    <w:p>
      <w:pPr>
        <w:jc w:val="right"/>
      </w:pPr>
      <w:r>
        <w:t>پرنٹنگ پریس آیا۔</w:t>
      </w:r>
    </w:p>
    <w:p>
      <w:r>
        <w:rPr>
          <w:b/>
        </w:rPr>
        <w:t xml:space="preserve">[03:55] </w:t>
      </w:r>
      <w:r>
        <w:t>age of communication aya. yahan tak ke age of computer aya.</w:t>
      </w:r>
    </w:p>
    <w:p>
      <w:pPr>
        <w:jc w:val="right"/>
      </w:pPr>
      <w:r>
        <w:t>ایج آف کمیونیکیشن آیا۔ یہاں تک کہ ایج آف کمپیوٹر آیا۔</w:t>
      </w:r>
    </w:p>
    <w:p>
      <w:r>
        <w:rPr>
          <w:b/>
        </w:rPr>
        <w:t xml:space="preserve">[04:03] </w:t>
      </w:r>
      <w:r>
        <w:t>aur ek nai dunya ban kar samne aa gayi hai. aaj yeh halat hai ke aaj ka jo mobile hai agar woh equipped mobile hai yani woh is mein woh system hai jo aaj ka system hota hai woh sabhi ke pas hota hai.</w:t>
      </w:r>
    </w:p>
    <w:p>
      <w:pPr>
        <w:jc w:val="right"/>
      </w:pPr>
      <w:r>
        <w:t>اور ایک نئی دنیا بن کر سامنے آ گئی ہے۔ آج یہ حالت ہے کہ آج کا جو موبائل ہے اگر وہ ایکوپڈ موبائل ہے یعنی وہ اس میں وہ سسٹم ہے جو آج کا سسٹم ہوتا ہے وہ سبھی کے پاس ہوتا ہے۔</w:t>
      </w:r>
    </w:p>
    <w:p>
      <w:r>
        <w:rPr>
          <w:b/>
        </w:rPr>
        <w:t xml:space="preserve">[04:29] </w:t>
      </w:r>
      <w:r>
        <w:t>shayad mere pas sirf mere mujh ko chhod kar dunya mein koi nahi hoga jis ki jeeb mein woh equipped mobile na ho.</w:t>
      </w:r>
    </w:p>
    <w:p>
      <w:pPr>
        <w:jc w:val="right"/>
      </w:pPr>
      <w:r>
        <w:t>شاید میرے پاس صرف میرے مجھ کو چھوڑ کر دنیا میں کوئی نہیں ہوگا جس کی جیب میں وہ ایکوپڈ موبائل نہ ہو۔</w:t>
      </w:r>
    </w:p>
    <w:p>
      <w:r>
        <w:rPr>
          <w:b/>
        </w:rPr>
        <w:t xml:space="preserve">[04:41] </w:t>
      </w:r>
      <w:r>
        <w:t>aap utariye airport par to kisi shakhs se bhi us ki zaban kuch bhi ho aap baat kar sakte hain mobile ke zariye.</w:t>
      </w:r>
    </w:p>
    <w:p>
      <w:pPr>
        <w:jc w:val="right"/>
      </w:pPr>
      <w:r>
        <w:t>آپ اتریے ایئرپورٹ پر تو کسی شخص سے بھی اس کی زبان کچھ بھی ہو آپ بات کر سکتے ہیں موبائل کے ذریعے۔</w:t>
      </w:r>
    </w:p>
    <w:p>
      <w:r>
        <w:rPr>
          <w:b/>
        </w:rPr>
        <w:t xml:space="preserve">[04:53] </w:t>
      </w:r>
      <w:r>
        <w:t>aap bolenge apni zaban woh boley ga apni zaban dono ek doosre ki zaban samajhe samajhe ga. yeh hai age of communication.</w:t>
      </w:r>
    </w:p>
    <w:p>
      <w:pPr>
        <w:jc w:val="right"/>
      </w:pPr>
      <w:r>
        <w:t>آپ بولیں گے اپنی زبان وہ بولے گا اپنی زبان دونوں ایک دوسرے کی زبان سمجھیں سمجھیں گے۔ یہ ہے ایج آف کمیونیکیشن۔</w:t>
      </w:r>
    </w:p>
    <w:p>
      <w:r>
        <w:rPr>
          <w:b/>
        </w:rPr>
        <w:t xml:space="preserve">[05:05] </w:t>
      </w:r>
      <w:r>
        <w:t>to hamara jo mission hai cps ka jo mission hai woh</w:t>
      </w:r>
    </w:p>
    <w:p>
      <w:pPr>
        <w:jc w:val="right"/>
      </w:pPr>
      <w:r>
        <w:t>تو ہمارا جو مشن ہے سی پی ایس کا جو مشن ہے وہ</w:t>
      </w:r>
    </w:p>
    <w:p>
      <w:r>
        <w:rPr>
          <w:b/>
        </w:rPr>
        <w:t xml:space="preserve">[05:15] </w:t>
      </w:r>
      <w:r>
        <w:t>modern age ki is opportunity ko avail karne ke liye hai.</w:t>
      </w:r>
    </w:p>
    <w:p>
      <w:pPr>
        <w:jc w:val="right"/>
      </w:pPr>
      <w:r>
        <w:t>ماڈرن ایج کی اس اپرچونیٹی کو اویل کرنے کے لیے ہے۔</w:t>
      </w:r>
    </w:p>
    <w:p>
      <w:r>
        <w:rPr>
          <w:b/>
        </w:rPr>
        <w:t xml:space="preserve">[05:24] </w:t>
      </w:r>
      <w:r>
        <w:t>yeh yeh jo process chala Allah ke hukum se aur is ka</w:t>
      </w:r>
    </w:p>
    <w:p>
      <w:pPr>
        <w:jc w:val="right"/>
      </w:pPr>
      <w:r>
        <w:t>یہ یہ جو پراسیس چلا اللہ کے حکم سے اور اس کا</w:t>
      </w:r>
    </w:p>
    <w:p>
      <w:r>
        <w:rPr>
          <w:b/>
        </w:rPr>
        <w:t xml:space="preserve">[05:33] </w:t>
      </w:r>
      <w:r>
        <w:t>aakhri phase dunya mein aa gaya 21 century mein aaj yeh mumkin hoga ke aap woh jo peshangoyian thin quran mein aur hadith mein ke sare alam ke ek ek fard ke liye quran ba-khabar karne wali kitab bane</w:t>
      </w:r>
    </w:p>
    <w:p>
      <w:pPr>
        <w:jc w:val="right"/>
      </w:pPr>
      <w:r>
        <w:t>آخری فیز دنیا میں آ گیا 21 سینچری میں آج یہ ممکن ہوگا کہ آپ وہ جو پیشنگوئیاں تھیں قرآن میں اور حدیث میں کہ سارے عالم کے ایک ایک فرد کے لیے قرآن باخبر کرنے والی کتاب بنے</w:t>
      </w:r>
    </w:p>
    <w:p>
      <w:r>
        <w:rPr>
          <w:b/>
        </w:rPr>
        <w:t xml:space="preserve">[05:59] </w:t>
      </w:r>
      <w:r>
        <w:t>to aap sari dunya ke zaban mein quran ka tarjuma karen is ka cassette tayar karen</w:t>
      </w:r>
    </w:p>
    <w:p>
      <w:pPr>
        <w:jc w:val="right"/>
      </w:pPr>
      <w:r>
        <w:t>تو آپ ساری دنیا کے زبان میں قرآن کا ترجمہ کریں اس کا کیسٹ تیار کریں</w:t>
      </w:r>
    </w:p>
    <w:p>
      <w:r>
        <w:rPr>
          <w:b/>
        </w:rPr>
        <w:t xml:space="preserve">[06:13] </w:t>
      </w:r>
      <w:r>
        <w:t>is ko mukhtalif shakalain jo hain communication ki is ke lehaz se is ko tayar karen</w:t>
      </w:r>
    </w:p>
    <w:p>
      <w:pPr>
        <w:jc w:val="right"/>
      </w:pPr>
      <w:r>
        <w:t>اس کو مختلف شکلیں جو ہیں کمیونیکیشن کی اس کے لحاظ سے اس کو تیار کریں</w:t>
      </w:r>
    </w:p>
    <w:p>
      <w:r>
        <w:rPr>
          <w:b/>
        </w:rPr>
        <w:t xml:space="preserve">[06:23] </w:t>
      </w:r>
      <w:r>
        <w:t>to khud communication khud kam khud khud khud technology</w:t>
      </w:r>
    </w:p>
    <w:p>
      <w:pPr>
        <w:jc w:val="right"/>
      </w:pPr>
      <w:r>
        <w:t>تو خود کمیونیکیشن خود کم خود خود خود ٹیکنالوجی</w:t>
      </w:r>
    </w:p>
    <w:p>
      <w:r>
        <w:rPr>
          <w:b/>
        </w:rPr>
        <w:t xml:space="preserve">[06:36] </w:t>
      </w:r>
      <w:r>
        <w:t>woh sab kuch karne lagi jo karne lagi jo pehle insan karta tha. kaisi ajeeb baat hai.</w:t>
      </w:r>
    </w:p>
    <w:p>
      <w:pPr>
        <w:jc w:val="right"/>
      </w:pPr>
      <w:r>
        <w:t>وہ سب کچھ کرنے لگی جو کرنے لگی جو پہلے انسان کرتا تھا۔ کیسی عجیب بات ہے۔</w:t>
      </w:r>
    </w:p>
    <w:p>
      <w:r>
        <w:rPr>
          <w:b/>
        </w:rPr>
        <w:t xml:space="preserve">[06:52] </w:t>
      </w:r>
      <w:r>
        <w:t>kaisi ajeeb baat hai.</w:t>
      </w:r>
    </w:p>
    <w:p>
      <w:pPr>
        <w:jc w:val="right"/>
      </w:pPr>
      <w:r>
        <w:t>کیسی عجیب بات ہے۔</w:t>
      </w:r>
    </w:p>
    <w:p>
      <w:r>
        <w:rPr>
          <w:b/>
        </w:rPr>
        <w:t xml:space="preserve">[06:58] </w:t>
      </w:r>
      <w:r>
        <w:t>quran mein aya hai ke ek zamana aye ga jab ke har cheez boley gi sara alam boley ga pathar boley ge loha boley ga</w:t>
      </w:r>
    </w:p>
    <w:p>
      <w:pPr>
        <w:jc w:val="right"/>
      </w:pPr>
      <w:r>
        <w:t>قرآن میں آیا ہے کہ ایک زمانہ آئے گا جب کہ ہر چیز بولے گی سارا عالم بولے گا پتھر بولیں گے لوہا بولے گا</w:t>
      </w:r>
    </w:p>
    <w:p>
      <w:r>
        <w:rPr>
          <w:b/>
        </w:rPr>
        <w:t xml:space="preserve">[07:19] </w:t>
      </w:r>
      <w:r>
        <w:t>to wahi to hai ye</w:t>
      </w:r>
    </w:p>
    <w:p>
      <w:pPr>
        <w:jc w:val="right"/>
      </w:pPr>
      <w:r>
        <w:t>تو وہی تو ہے یہ</w:t>
      </w:r>
    </w:p>
    <w:p>
      <w:r>
        <w:rPr>
          <w:b/>
        </w:rPr>
        <w:t xml:space="preserve">[07:26] </w:t>
      </w:r>
      <w:r>
        <w:t>pehlay zamanay mein sirf insan bolta tha aaj technology bol rahi hai</w:t>
      </w:r>
    </w:p>
    <w:p>
      <w:pPr>
        <w:jc w:val="right"/>
      </w:pPr>
      <w:r>
        <w:t>پہلے زمانے میں صرف انسان بولتا تھا آج ٹیکنالوجی بول رہی ہے</w:t>
      </w:r>
    </w:p>
    <w:p>
      <w:r>
        <w:rPr>
          <w:b/>
        </w:rPr>
        <w:t xml:space="preserve">[07:35] </w:t>
      </w:r>
      <w:r>
        <w:t>to ab ye aik ye aik imkan tha lekin ab usman phansay hue thay apnay</w:t>
      </w:r>
    </w:p>
    <w:p>
      <w:pPr>
        <w:jc w:val="right"/>
      </w:pPr>
      <w:r>
        <w:t>تو اب یہ ایک یہ ایک امکان تھا لیکن اب عثمان پھنسے ہوئے تھے اپنے</w:t>
      </w:r>
    </w:p>
    <w:p>
      <w:r>
        <w:rPr>
          <w:b/>
        </w:rPr>
        <w:t xml:space="preserve">[07:46] </w:t>
      </w:r>
      <w:r>
        <w:t>khud sakhta problem mein to woh is ko samajh nahi sake ke yeh daur wohi to hai jo</w:t>
      </w:r>
    </w:p>
    <w:p>
      <w:pPr>
        <w:jc w:val="right"/>
      </w:pPr>
      <w:r>
        <w:t>خود ساختہ پرابلم میں تو وہ اس کو سمجھ نہیں سکے کہ یہ دور وہی تو ہے جو</w:t>
      </w:r>
    </w:p>
    <w:p>
      <w:r>
        <w:rPr>
          <w:b/>
        </w:rPr>
        <w:t xml:space="preserve">[07:52] </w:t>
      </w:r>
      <w:r>
        <w:t>jis ki peshangoi thi Quran majeed mein aur is ko hamein avail kar ke saare alam tak Allah</w:t>
      </w:r>
    </w:p>
    <w:p>
      <w:pPr>
        <w:jc w:val="right"/>
      </w:pPr>
      <w:r>
        <w:t>جس کی پیشنگوئی تھی قرآن مجید میں اور اس کو ہمیں اویل کر کے سارے عالم تک اللہ</w:t>
      </w:r>
    </w:p>
    <w:p>
      <w:r>
        <w:rPr>
          <w:b/>
        </w:rPr>
        <w:t xml:space="preserve">[07:59] </w:t>
      </w:r>
      <w:r>
        <w:t>ke kalam ko pahunchana hai</w:t>
      </w:r>
    </w:p>
    <w:p>
      <w:pPr>
        <w:jc w:val="right"/>
      </w:pPr>
      <w:r>
        <w:t>کے کلام کو پہنچانا ہے</w:t>
      </w:r>
    </w:p>
    <w:p>
      <w:r>
        <w:rPr>
          <w:b/>
        </w:rPr>
        <w:t xml:space="preserve">[08:03] </w:t>
      </w:r>
      <w:r>
        <w:t>to hamari planning jo ab matloob thi woh Quran ko le kar thi</w:t>
      </w:r>
    </w:p>
    <w:p>
      <w:pPr>
        <w:jc w:val="right"/>
      </w:pPr>
      <w:r>
        <w:t>تو ہماری پلاننگ جو اب مطلوب تھی وہ قرآن کو لے کر تھی</w:t>
      </w:r>
    </w:p>
    <w:p>
      <w:r>
        <w:rPr>
          <w:b/>
        </w:rPr>
        <w:t xml:space="preserve">[08:10] </w:t>
      </w:r>
      <w:r>
        <w:t>lekin planning to kuch ki nahi logon ne bas ladna bhadna</w:t>
      </w:r>
    </w:p>
    <w:p>
      <w:pPr>
        <w:jc w:val="right"/>
      </w:pPr>
      <w:r>
        <w:t>لیکن پلاننگ تو کچھ کی نہیں لوگوں نے بس لڑنا بھڑنا</w:t>
      </w:r>
    </w:p>
    <w:p>
      <w:r>
        <w:rPr>
          <w:b/>
        </w:rPr>
        <w:t xml:space="preserve">[08:16] </w:t>
      </w:r>
      <w:r>
        <w:t>nafrat phailana yeh sab hone laga kyunke unhone farz kar liya ke saari duniya Islam ki dushman</w:t>
      </w:r>
    </w:p>
    <w:p>
      <w:pPr>
        <w:jc w:val="right"/>
      </w:pPr>
      <w:r>
        <w:t>نفرت پھیلانا یہ سب ہونے لگا کیونکہ انہوں نے فرض کر لیا کہ ساری دنیا اسلام کی دشمن</w:t>
      </w:r>
    </w:p>
    <w:p>
      <w:r>
        <w:rPr>
          <w:b/>
        </w:rPr>
        <w:t xml:space="preserve">[08:24] </w:t>
      </w:r>
      <w:r>
        <w:t>hai saari duniya Usman ki dushman hai haalankeh saari duniya</w:t>
      </w:r>
    </w:p>
    <w:p>
      <w:pPr>
        <w:jc w:val="right"/>
      </w:pPr>
      <w:r>
        <w:t>ہے ساری دنیا عثمان کی دشمن ہے حالانکہ ساری دنیا</w:t>
      </w:r>
    </w:p>
    <w:p>
      <w:r>
        <w:rPr>
          <w:b/>
        </w:rPr>
        <w:t xml:space="preserve">[08:32] </w:t>
      </w:r>
      <w:r>
        <w:t>saari</w:t>
      </w:r>
    </w:p>
    <w:p>
      <w:pPr>
        <w:jc w:val="right"/>
      </w:pPr>
      <w:r>
        <w:t>ساری</w:t>
      </w:r>
    </w:p>
    <w:p>
      <w:r>
        <w:rPr>
          <w:b/>
        </w:rPr>
        <w:t xml:space="preserve">[08:32] </w:t>
      </w:r>
      <w:r>
        <w:t>technology pro islam ban chuki thi</w:t>
      </w:r>
    </w:p>
    <w:p>
      <w:pPr>
        <w:jc w:val="right"/>
      </w:pPr>
      <w:r>
        <w:t>ٹیکنالوجی پرو اسلام بن چکی تھی</w:t>
      </w:r>
    </w:p>
    <w:p>
      <w:r>
        <w:rPr>
          <w:b/>
        </w:rPr>
        <w:t xml:space="preserve">[08:40] </w:t>
      </w:r>
      <w:r>
        <w:t>to</w:t>
      </w:r>
    </w:p>
    <w:p>
      <w:pPr>
        <w:jc w:val="right"/>
      </w:pPr>
      <w:r>
        <w:t>تو</w:t>
      </w:r>
    </w:p>
    <w:p>
      <w:r>
        <w:rPr>
          <w:b/>
        </w:rPr>
        <w:t xml:space="preserve">[08:44] </w:t>
      </w:r>
      <w:r>
        <w:t>allah ke fazal se hamaray sathiyon ne is opportunity ko discover kiya is ki planning ki</w:t>
      </w:r>
    </w:p>
    <w:p>
      <w:pPr>
        <w:jc w:val="right"/>
      </w:pPr>
      <w:r>
        <w:t>اللہ کے فضل سے ہمارے ساتھیوں نے اس اپرچونیٹی کو ڈسکور کیا اس کی پلاننگ کی</w:t>
      </w:r>
    </w:p>
    <w:p>
      <w:r>
        <w:rPr>
          <w:b/>
        </w:rPr>
        <w:t xml:space="preserve">[08:55] </w:t>
      </w:r>
      <w:r>
        <w:t>is ke mutabiq tayari ki is ke mutabiq apnay aap ko equip kiya tayar kiya aur ab allah ke fazal se CPS is is position mein hai ke sari dunya ke tamam zabanon mein wo quran ko logon tak pohancha sakay bohat hi ajeeb o ghareeb baat hai ye</w:t>
      </w:r>
    </w:p>
    <w:p>
      <w:pPr>
        <w:jc w:val="right"/>
      </w:pPr>
      <w:r>
        <w:t>اس کے مطابق تیاری کی اس کے مطابق اپنے اپ کو ایکوپ کیا تیار کیا اور اب اللہ کے فضل سے سی پی ایس اس اس پوزیشن میں ہے کہ ساری دنیا کے تمام زبانوں میں وہ قرآن کو لوگوں تک پہنچا سکے بہت ہی عجیب و غریب بات ہے یہ</w:t>
      </w:r>
    </w:p>
    <w:p>
      <w:r>
        <w:rPr>
          <w:b/>
        </w:rPr>
        <w:t xml:space="preserve">[09:25] </w:t>
      </w:r>
      <w:r>
        <w:t>yani jo paishangoii</w:t>
      </w:r>
    </w:p>
    <w:p>
      <w:pPr>
        <w:jc w:val="right"/>
      </w:pPr>
      <w:r>
        <w:t>یعنی جو پیشنگوئی</w:t>
      </w:r>
    </w:p>
    <w:p>
      <w:r>
        <w:rPr>
          <w:b/>
        </w:rPr>
        <w:t xml:space="preserve">[09:30] </w:t>
      </w:r>
      <w:r>
        <w:t>satveen sadi eesvi mein makkah mein ki gayi thi is ke baad wo process allah ke hukum se jari hua yahan tak ke ab wo is ka culmination ho chuka hai</w:t>
      </w:r>
    </w:p>
    <w:p>
      <w:pPr>
        <w:jc w:val="right"/>
      </w:pPr>
      <w:r>
        <w:t>ساتویں صدی عیسوی میں مکہ میں کی گئی تھی اس کے بعد وہ پراسیس اللہ کے حکم سے جاری ہوا یہاں تک کہ اب وہ اس کا کنمیشن ہو چکا ہے</w:t>
      </w:r>
    </w:p>
    <w:p>
      <w:r>
        <w:rPr>
          <w:b/>
        </w:rPr>
        <w:t xml:space="preserve">[09:47] </w:t>
      </w:r>
      <w:r>
        <w:t>ab aap chahe dilli mein hon ya london mein hon brazil mein hon ya new zealand mein hon kahin bhi hon technology ki madad se aap allah ke paigham ko har zaban mein har zaban mein har zaban mein</w:t>
      </w:r>
    </w:p>
    <w:p>
      <w:pPr>
        <w:jc w:val="right"/>
      </w:pPr>
      <w:r>
        <w:t>اب آپ چاہے دلی میں ہوں یا لندن میں ہوں برازیل میں ہوں یا نیوزی لینڈ میں ہوں کہیں بھی ہوں ٹیکنالوجی کی مدد سے آپ اللہ کے پیغام کو ہر زبان میں ہر زبان میں ہر زبان میں</w:t>
      </w:r>
    </w:p>
    <w:p>
      <w:r>
        <w:rPr>
          <w:b/>
        </w:rPr>
        <w:t xml:space="preserve">[10:10] </w:t>
      </w:r>
      <w:r>
        <w:t>yun to pohancha sakte hain</w:t>
      </w:r>
    </w:p>
    <w:p>
      <w:pPr>
        <w:jc w:val="right"/>
      </w:pPr>
      <w:r>
        <w:t>یوں تو پہنچا سکتے ہیں</w:t>
      </w:r>
    </w:p>
    <w:p>
      <w:r>
        <w:rPr>
          <w:b/>
        </w:rPr>
        <w:t xml:space="preserve">[10:16] </w:t>
      </w:r>
      <w:r>
        <w:t>misal ke tor par agar aap kisi bhi airport par utrain kisi bhi airport par aur wahan kisi bhi shakhs se baat karna chahein to aap ke paas jo technology hai wo technology kafi hai ke aap ke baad us ko pohanchay us ke baad aap ko pohanchay</w:t>
      </w:r>
    </w:p>
    <w:p>
      <w:pPr>
        <w:jc w:val="right"/>
      </w:pPr>
      <w:r>
        <w:t>مثلاً اگر آپ کسی بھی ایئرپورٹ پر اتریں کسی بھی ایئرپورٹ پر اور وہاں کسی بھی شخص سے بات کرنا چاہیں تو آپ کے پاس جو ٹیکنالوجی ہے وہ ٹیکنالوجی کافی ہے کہ آپ کے بعد اس کو پہنچے اس کے بعد آپ کو پہنچے</w:t>
      </w:r>
    </w:p>
    <w:p>
      <w:r>
        <w:rPr>
          <w:b/>
        </w:rPr>
        <w:t xml:space="preserve">[10:43] </w:t>
      </w:r>
      <w:r>
        <w:t>kaisa ajeeb hai ye allah ka</w:t>
      </w:r>
    </w:p>
    <w:p>
      <w:pPr>
        <w:jc w:val="right"/>
      </w:pPr>
      <w:r>
        <w:t>کیسا عجیب ہے یہ اللہ کا</w:t>
      </w:r>
    </w:p>
    <w:p>
      <w:r>
        <w:rPr>
          <w:b/>
        </w:rPr>
        <w:t xml:space="preserve">[10:50] </w:t>
      </w:r>
      <w:r>
        <w:t>mamla</w:t>
      </w:r>
    </w:p>
    <w:p>
      <w:pPr>
        <w:jc w:val="right"/>
      </w:pPr>
      <w:r>
        <w:t>معاملہ</w:t>
      </w:r>
    </w:p>
    <w:p>
      <w:r>
        <w:rPr>
          <w:b/>
        </w:rPr>
        <w:t xml:space="preserve">[10:55] </w:t>
      </w:r>
      <w:r>
        <w:t>to wahi hai liqon lil alameen nazeeraha wahi hai ke wo ke wo ho sare alam ke liye hoshyar karne wala ba khabar karne wala allah ki baat ko batane wala</w:t>
      </w:r>
    </w:p>
    <w:p>
      <w:pPr>
        <w:jc w:val="right"/>
      </w:pPr>
      <w:r>
        <w:t>تو یہی ہے لیکون للعالمین نظیرہ یہی ہے کہ وہ کہ وہ ہو سارے عالم کے لیے ہوشیار کرنے والا باخبر کرنے والا اللہ کی بات کو بتانے والا</w:t>
      </w:r>
    </w:p>
    <w:p>
      <w:r>
        <w:rPr>
          <w:b/>
        </w:rPr>
        <w:t xml:space="preserve">[11:18] </w:t>
      </w:r>
      <w:r>
        <w:t>to potentially aaj ye sab kuch maujood mumkin ho chuka hai ab sirf is ko is imkan ko istemal karna hai</w:t>
      </w:r>
    </w:p>
    <w:p>
      <w:pPr>
        <w:jc w:val="right"/>
      </w:pPr>
      <w:r>
        <w:t>تو پوٹینشلی آج یہ سب کچھ موجود ممکن ہو چکا ہے اب صرف اس کو اس امکان کو استعمال کرنا ہے</w:t>
      </w:r>
    </w:p>
    <w:p>
      <w:r>
        <w:rPr>
          <w:b/>
        </w:rPr>
        <w:t xml:space="preserve">[11:31] </w:t>
      </w:r>
      <w:r>
        <w:t>bohat hi anokhi baat hai</w:t>
      </w:r>
    </w:p>
    <w:p>
      <w:pPr>
        <w:jc w:val="right"/>
      </w:pPr>
      <w:r>
        <w:t>بہت ہی انوکھی بات ہے</w:t>
      </w:r>
    </w:p>
    <w:p>
      <w:r>
        <w:rPr>
          <w:b/>
        </w:rPr>
        <w:t xml:space="preserve">[11:35] </w:t>
      </w:r>
      <w:r>
        <w:t>to mein apni taraf se poori team ki taraf se sare log jo jure hue hain is mission mein quran is quran mein mission mein in sab ki taraf se allah rab ul alameen ka shukriya ada karta hoon ke is ne</w:t>
      </w:r>
    </w:p>
    <w:p>
      <w:pPr>
        <w:jc w:val="right"/>
      </w:pPr>
      <w:r>
        <w:t>تو میں اپنی طرف سے پوری ٹیم کی طرف سے سارے لوگ جو جڑے ہوئے ہیں اس مشن میں قرآن اس قرآن میں مشن میں ان سب کی طرف سے اللہ رب العالمین کا شکریہ ادا کرتا ہوں کہ اس نے</w:t>
      </w:r>
    </w:p>
    <w:p>
      <w:r>
        <w:rPr>
          <w:b/>
        </w:rPr>
        <w:t xml:space="preserve">[12:04] </w:t>
      </w:r>
      <w:r>
        <w:t>na sirf quran utara balkay aik dunya create kar di communication ki jis jis ko istemal kar ke hum</w:t>
      </w:r>
    </w:p>
    <w:p>
      <w:pPr>
        <w:jc w:val="right"/>
      </w:pPr>
      <w:r>
        <w:t>نہ صرف قرآن اتارا بلکہ ایک دنیا کریٹ کر دی کمیونیکیشن کی جس جس کو استعمال کر کے ہم</w:t>
      </w:r>
    </w:p>
    <w:p>
      <w:r>
        <w:rPr>
          <w:b/>
        </w:rPr>
        <w:t xml:space="preserve">[12:18] </w:t>
      </w:r>
      <w:r>
        <w:t>quran ke paigham ko aalami satah par university level par hum logon tak pohancha sakein</w:t>
      </w:r>
    </w:p>
    <w:p>
      <w:pPr>
        <w:jc w:val="right"/>
      </w:pPr>
      <w:r>
        <w:t>قرآن کے پیغام کو عالمی سطح پر یونیورسٹی لیول پر ہم لوگوں تک پہنچا سکیں</w:t>
      </w:r>
    </w:p>
    <w:p>
      <w:r>
        <w:rPr>
          <w:b/>
        </w:rPr>
        <w:t xml:space="preserve">[12:30] </w:t>
      </w:r>
      <w:r>
        <w:t>to aaj ka jo program hai inshallah isi ki tafseel batane ke liye hoga</w:t>
      </w:r>
    </w:p>
    <w:p>
      <w:pPr>
        <w:jc w:val="right"/>
      </w:pPr>
      <w:r>
        <w:t>تو آج کا جو پروگرام ہے انشاءاللہ اسی کی تفصیل بتانے کے لیے ہوگا</w:t>
      </w:r>
    </w:p>
    <w:p>
      <w:r>
        <w:rPr>
          <w:b/>
        </w:rPr>
        <w:t xml:space="preserve">[12:43] </w:t>
      </w:r>
      <w:r>
        <w:t>mein invite karunga doctor rajat bloch ko ke wo karwai ko aagay barhaein aur aaj jo</w:t>
      </w:r>
    </w:p>
    <w:p>
      <w:pPr>
        <w:jc w:val="right"/>
      </w:pPr>
      <w:r>
        <w:t>میں انوائٹ کراؤں گا ڈاکٹر رجت بلوچہ کو کہ وہ کاروائی کو آگے بڑھائیں اور آج جو</w:t>
      </w:r>
    </w:p>
    <w:p>
      <w:r>
        <w:rPr>
          <w:b/>
        </w:rPr>
        <w:t xml:space="preserve">[12:56] </w:t>
      </w:r>
      <w:r>
        <w:t>jo kaam hone wala hai khwaja karimuddin sahib ke presence mein un ki rehnumai mein is ko shuru karein jazakallah</w:t>
      </w:r>
    </w:p>
    <w:p>
      <w:pPr>
        <w:jc w:val="right"/>
      </w:pPr>
      <w:r>
        <w:t>جو کام ہونے والا ہے خواجہ کریم الدین صاحب کے پریزنس میں ان کی رہنمائی میں اس کو شروع کریں جزاکم اللہ</w:t>
      </w:r>
    </w:p>
    <w:p>
      <w:r>
        <w:rPr>
          <w:b/>
        </w:rPr>
        <w:t xml:space="preserve">[13:11] </w:t>
      </w:r>
      <w:r>
        <w:t>okay so we will get into the second part of the program today ah its raining good news</w:t>
      </w:r>
    </w:p>
    <w:p>
      <w:pPr>
        <w:jc w:val="right"/>
      </w:pPr>
      <w:r>
        <w:t>اوکے سو وی ویل گیٹ انٹو دی سیکنڈ پارٹ اف دی پروگرام ٹوڈے اہ اٹس ریننگ گڈ نیوز</w:t>
      </w:r>
    </w:p>
    <w:p>
      <w:r>
        <w:rPr>
          <w:b/>
        </w:rPr>
        <w:t xml:space="preserve">[13:18] </w:t>
      </w:r>
      <w:r>
        <w:t>for all the CPS members globally and we be sharing with you ah couple of things</w:t>
      </w:r>
    </w:p>
    <w:p>
      <w:pPr>
        <w:jc w:val="right"/>
      </w:pPr>
      <w:r>
        <w:t>فار ال دی سی پی ایس ممبرز گلوبلی اینڈ وی بی شیئرنگ ود یو اہ کپل اف تھنگز</w:t>
      </w:r>
    </w:p>
    <w:p>
      <w:r>
        <w:rPr>
          <w:b/>
        </w:rPr>
        <w:t xml:space="preserve">[13:24] </w:t>
      </w:r>
      <w:r>
        <w:t>today also as Maulana mentioned we have with us in our presence Khwaja Kaleemuddin sahib who is</w:t>
      </w:r>
    </w:p>
    <w:p>
      <w:pPr>
        <w:jc w:val="right"/>
      </w:pPr>
      <w:r>
        <w:t>ٹوڈے السو ایز مولانا مینشنڈ وی ہیو ود اس ان اور پریزنس خواجہ کلیم الدین صاحب ہو از</w:t>
      </w:r>
    </w:p>
    <w:p>
      <w:r>
        <w:rPr>
          <w:b/>
        </w:rPr>
        <w:t xml:space="preserve">[13:31] </w:t>
      </w:r>
      <w:r>
        <w:t>the chapter head for US and he will share interesting perspectives and some great news in the</w:t>
      </w:r>
    </w:p>
    <w:p>
      <w:pPr>
        <w:jc w:val="right"/>
      </w:pPr>
      <w:r>
        <w:t>دی چیپٹر ہیڈ فار یو ایس اینڈ ہی ویل شیئر انٹرسٹنگ پرسپیکٹوز اینڈ سم گریٹ نیوز ان دی</w:t>
      </w:r>
    </w:p>
    <w:p>
      <w:r>
        <w:rPr>
          <w:b/>
        </w:rPr>
        <w:t xml:space="preserve">[13:38] </w:t>
      </w:r>
      <w:r>
        <w:t>da'wah front ah but before that we wanted to share with all of you a very important update</w:t>
      </w:r>
    </w:p>
    <w:p>
      <w:pPr>
        <w:jc w:val="right"/>
      </w:pPr>
      <w:r>
        <w:t>دعوی فرنٹ اہ بٹ بیفور دیٹ وی وانٹڈ ٹو شیئر ود ال اف یو ا ویری امپورٹنٹ اپڈیٹ</w:t>
      </w:r>
    </w:p>
    <w:p>
      <w:r>
        <w:rPr>
          <w:b/>
        </w:rPr>
        <w:t xml:space="preserve">[13:45] </w:t>
      </w:r>
      <w:r>
        <w:t>there is a significant addition in the da'wah efforts which Maulana Wahiduddin Khan sahib be launching as</w:t>
      </w:r>
    </w:p>
    <w:p>
      <w:pPr>
        <w:jc w:val="right"/>
      </w:pPr>
      <w:r>
        <w:t>دیر از ا سگنیفیکنٹ ایڈیشن ان دی دعوی ایفرٹس وچ مولانا وحید الدین خان صاحب بی لانچنگ ایز</w:t>
      </w:r>
    </w:p>
    <w:p>
      <w:r>
        <w:rPr>
          <w:b/>
        </w:rPr>
        <w:t xml:space="preserve">[13:54] </w:t>
      </w:r>
      <w:r>
        <w:t>an initiative today ah but before</w:t>
      </w:r>
    </w:p>
    <w:p>
      <w:pPr>
        <w:jc w:val="right"/>
      </w:pPr>
      <w:r>
        <w:t>این انیشیٹیو ٹوڈے اہ بٹ بیفور</w:t>
      </w:r>
    </w:p>
    <w:p>
      <w:r>
        <w:rPr>
          <w:b/>
        </w:rPr>
        <w:t xml:space="preserve">[13:56] </w:t>
      </w:r>
      <w:r>
        <w:t>doing that i just want to say that any institution or a mission becomes great and successful</w:t>
      </w:r>
    </w:p>
    <w:p>
      <w:pPr>
        <w:jc w:val="right"/>
      </w:pPr>
      <w:r>
        <w:t>ڈوئنگ دیٹ ائی جسٹ وانٹ ٹو سے دیٹ اینی انسٹیٹیوشن اور ا مشن بیکمز گریٹ اینڈ سکسیس فل</w:t>
      </w:r>
    </w:p>
    <w:p>
      <w:r>
        <w:rPr>
          <w:b/>
        </w:rPr>
        <w:t xml:space="preserve">[14:04] </w:t>
      </w:r>
      <w:r>
        <w:t>only if all the members work with same utmost passion with a common goal for example if you</w:t>
      </w:r>
    </w:p>
    <w:p>
      <w:pPr>
        <w:jc w:val="right"/>
      </w:pPr>
      <w:r>
        <w:t>اونلی اف ال دی ممبرز ورک ود سیم اٹموسٹ پیشن ود ا کامن گول فار ایگزیمپل اف یو</w:t>
      </w:r>
    </w:p>
    <w:p>
      <w:r>
        <w:rPr>
          <w:b/>
        </w:rPr>
        <w:t xml:space="preserve">[14:12] </w:t>
      </w:r>
      <w:r>
        <w:t>is k any cps member in any part of the world what is that single most priority</w:t>
      </w:r>
    </w:p>
    <w:p>
      <w:pPr>
        <w:jc w:val="right"/>
      </w:pPr>
      <w:r>
        <w:t>اسک اینی سی پی ایس ممبر ان اینی پارٹ اف دا ورلڈ واٹ از دیٹ سنگل موسٹ پرائرٹی</w:t>
      </w:r>
    </w:p>
    <w:p>
      <w:r>
        <w:rPr>
          <w:b/>
        </w:rPr>
        <w:t xml:space="preserve">[14:18] </w:t>
      </w:r>
      <w:r>
        <w:t>or the single most goal that a cps member has so you will find that each</w:t>
      </w:r>
    </w:p>
    <w:p>
      <w:pPr>
        <w:jc w:val="right"/>
      </w:pPr>
      <w:r>
        <w:t>اور دا سنگل موسٹ گول دیٹ ا سی پی ایس ممبر ہیز سو یو ویل فائنڈ دیٹ ایچ</w:t>
      </w:r>
    </w:p>
    <w:p>
      <w:r>
        <w:rPr>
          <w:b/>
        </w:rPr>
        <w:t xml:space="preserve">[14:25] </w:t>
      </w:r>
      <w:r>
        <w:t>one of them respond with the absolute clarity and with the same response which is taking the quran</w:t>
      </w:r>
    </w:p>
    <w:p>
      <w:pPr>
        <w:jc w:val="right"/>
      </w:pPr>
      <w:r>
        <w:t>ون اف دیم ریسپانڈ ود دا ایبسولیوٹ کلیرٹی اینڈ ود دا سیم رسپانس وچ از ٹیکنگ دا قرآن</w:t>
      </w:r>
    </w:p>
    <w:p>
      <w:r>
        <w:rPr>
          <w:b/>
        </w:rPr>
        <w:t xml:space="preserve">[14:32] </w:t>
      </w:r>
      <w:r>
        <w:t>to each and every house ah we have time and again shared that how translation of quran has</w:t>
      </w:r>
    </w:p>
    <w:p>
      <w:pPr>
        <w:jc w:val="right"/>
      </w:pPr>
      <w:r>
        <w:t>ٹو ایچ اینڈ ایوری ہاؤس اہ وی ہیو ٹائم اینڈ اگین شیئرڈ دیٹ ہاؤ ٹرانسلیشن اف قرآن ہیز</w:t>
      </w:r>
    </w:p>
    <w:p>
      <w:r>
        <w:rPr>
          <w:b/>
        </w:rPr>
        <w:t xml:space="preserve">[14:40] </w:t>
      </w:r>
      <w:r>
        <w:t>been done in several</w:t>
      </w:r>
    </w:p>
    <w:p>
      <w:pPr>
        <w:jc w:val="right"/>
      </w:pPr>
      <w:r>
        <w:t>بین ڈن ان سیورل</w:t>
      </w:r>
    </w:p>
    <w:p>
      <w:r>
        <w:rPr>
          <w:b/>
        </w:rPr>
        <w:t xml:space="preserve">[14:41] </w:t>
      </w:r>
      <w:r>
        <w:t>national and international languages this project has been spear headed by dr saniya haseen khan and so far</w:t>
      </w:r>
    </w:p>
    <w:p>
      <w:pPr>
        <w:jc w:val="right"/>
      </w:pPr>
      <w:r>
        <w:t>نیشنل اینڈ انٹرنیشنل لینگویجز دس پراجیکٹ ہیز بین سپیئر ہیڈڈ بائے ڈاکٹر ثانیہ حسنین خان اینڈ سو فار</w:t>
      </w:r>
    </w:p>
    <w:p>
      <w:r>
        <w:rPr>
          <w:b/>
        </w:rPr>
        <w:t xml:space="preserve">[14:49] </w:t>
      </w:r>
      <w:r>
        <w:t>maulana wahiduddin khan sahib has launched almost 26 quran translations ah in various languages</w:t>
      </w:r>
    </w:p>
    <w:p>
      <w:pPr>
        <w:jc w:val="right"/>
      </w:pPr>
      <w:r>
        <w:t>مولانا وحید الدین خان صاحب ہیز لانچڈ الموسٹ 26 قرآن ٹرانسلیشنز اہ ان ویریس لینگویجز</w:t>
      </w:r>
    </w:p>
    <w:p>
      <w:r>
        <w:rPr>
          <w:b/>
        </w:rPr>
        <w:t xml:space="preserve">[14:58] </w:t>
      </w:r>
      <w:r>
        <w:t>ah however you would all agree that it is not easy to carry all the 26 translations</w:t>
      </w:r>
    </w:p>
    <w:p>
      <w:pPr>
        <w:jc w:val="right"/>
      </w:pPr>
      <w:r>
        <w:t>اہ ہاؤ ایور یو وڈ ال ایگری دیٹ اٹ از ناٹ ایزی ٹو کیری ال دا 26 ٹرانسلیشنز</w:t>
      </w:r>
    </w:p>
    <w:p>
      <w:r>
        <w:rPr>
          <w:b/>
        </w:rPr>
        <w:t xml:space="preserve">[15:05] </w:t>
      </w:r>
      <w:r>
        <w:t>ah with the when somebody travelling or interacting ah with anybody ah in any part of the</w:t>
      </w:r>
    </w:p>
    <w:p>
      <w:pPr>
        <w:jc w:val="right"/>
      </w:pPr>
      <w:r>
        <w:t>اہ ود دا وین سمبڈی ٹریولنگ اور انٹریکٹنگ اہ ود اینی بڈی اہ ان اینی پارٹ اف دا</w:t>
      </w:r>
    </w:p>
    <w:p>
      <w:r>
        <w:rPr>
          <w:b/>
        </w:rPr>
        <w:t xml:space="preserve">[15:12] </w:t>
      </w:r>
      <w:r>
        <w:t>world so realizing the importance of this center for peace bangalore chapter ah launched ah cps</w:t>
      </w:r>
    </w:p>
    <w:p>
      <w:pPr>
        <w:jc w:val="right"/>
      </w:pPr>
      <w:r>
        <w:t>ورلڈ سو ریلائزنگ دی امپورٹنس اف دس سینٹر فار پیس بینگلور چیپٹر اہ لانچڈ اہ سی پی ایس</w:t>
      </w:r>
    </w:p>
    <w:p>
      <w:r>
        <w:rPr>
          <w:b/>
        </w:rPr>
        <w:t xml:space="preserve">[15:21] </w:t>
      </w:r>
      <w:r>
        <w:t>quran dot com website what they have done is that with the click of</w:t>
      </w:r>
    </w:p>
    <w:p>
      <w:pPr>
        <w:jc w:val="right"/>
      </w:pPr>
      <w:r>
        <w:t>قرآن ڈاٹ کام ویب سائٹ واٹ دے ہیو ڈن از دیٹ ود دا کلک اف</w:t>
      </w:r>
    </w:p>
    <w:p>
      <w:r>
        <w:rPr>
          <w:b/>
        </w:rPr>
        <w:t xml:space="preserve">[15:26] </w:t>
      </w:r>
      <w:r>
        <w:t>a button you can actually present quran ah in 26 languages so far to any person ah while</w:t>
      </w:r>
    </w:p>
    <w:p>
      <w:pPr>
        <w:jc w:val="right"/>
      </w:pPr>
      <w:r>
        <w:t>ا بٹن یو کین ایکچولی پریزنٹ قرآن اہ ان 26 لینگویجز سو فار ٹو اینی پرسن اہ وائل</w:t>
      </w:r>
    </w:p>
    <w:p>
      <w:r>
        <w:rPr>
          <w:b/>
        </w:rPr>
        <w:t xml:space="preserve">[15:34] </w:t>
      </w:r>
      <w:r>
        <w:t>you are travelling or interacting in any part of the world and it is this initiative which be</w:t>
      </w:r>
    </w:p>
    <w:p>
      <w:pPr>
        <w:jc w:val="right"/>
      </w:pPr>
      <w:r>
        <w:t>یو آر ٹریولنگ اور انٹریکٹنگ ان اینی پارٹ اف دا ورلڈ اینڈ اٹ از دس انیشیٹیو وچ بی</w:t>
      </w:r>
    </w:p>
    <w:p>
      <w:r>
        <w:rPr>
          <w:b/>
        </w:rPr>
        <w:t xml:space="preserve">[15:41] </w:t>
      </w:r>
      <w:r>
        <w:t>launched by maulana sahib today and before i ask him to launch the quran website i want</w:t>
      </w:r>
    </w:p>
    <w:p>
      <w:pPr>
        <w:jc w:val="right"/>
      </w:pPr>
      <w:r>
        <w:t>لانچڈ بائے مولانا صاحب ٹوڈے اینڈ بیفور ائی اسک ہم ٹو لانچ دی قرآن ویب سائٹ ائی وانٹ</w:t>
      </w:r>
    </w:p>
    <w:p>
      <w:r>
        <w:rPr>
          <w:b/>
        </w:rPr>
        <w:t xml:space="preserve">[15:50] </w:t>
      </w:r>
      <w:r>
        <w:t>to read this message which has been sent to us by miss fatima sarah who heads the bangalore</w:t>
      </w:r>
    </w:p>
    <w:p>
      <w:pPr>
        <w:jc w:val="right"/>
      </w:pPr>
      <w:r>
        <w:t>ٹو ریڈ دس میسج وچ ہیز بین سینڈ ٹو اس بائے مس فاطمہ سارہ ہو ہیڈز دی بینگلور</w:t>
      </w:r>
    </w:p>
    <w:p>
      <w:r>
        <w:rPr>
          <w:b/>
        </w:rPr>
        <w:t xml:space="preserve">[15:56] </w:t>
      </w:r>
      <w:r>
        <w:t>chapter ah this message goes like this</w:t>
      </w:r>
    </w:p>
    <w:p>
      <w:pPr>
        <w:jc w:val="right"/>
      </w:pPr>
      <w:r>
        <w:t>چیپٹر اہ دس میسج گوز لائک دس</w:t>
      </w:r>
    </w:p>
    <w:p>
      <w:r>
        <w:rPr>
          <w:b/>
        </w:rPr>
        <w:t xml:space="preserve">[16:01] </w:t>
      </w:r>
      <w:r>
        <w:t>this is the inauguration message for the quran cps quran website</w:t>
      </w:r>
    </w:p>
    <w:p>
      <w:pPr>
        <w:jc w:val="right"/>
      </w:pPr>
      <w:r>
        <w:t>دس از دی اناگریشن میسج فار دی قرآن سی پی ایس قرآن ویب سائٹ</w:t>
      </w:r>
    </w:p>
    <w:p>
      <w:r>
        <w:rPr>
          <w:b/>
        </w:rPr>
        <w:t xml:space="preserve">[16:07] </w:t>
      </w:r>
      <w:r>
        <w:t>in the name of allah the most beneficent the most merciful all</w:t>
      </w:r>
    </w:p>
    <w:p>
      <w:pPr>
        <w:jc w:val="right"/>
      </w:pPr>
      <w:r>
        <w:t>ان دی نیم اف اللہ دا موسٹ بینیفیشنٹ دا موسٹ مرسی فل ال</w:t>
      </w:r>
    </w:p>
    <w:p>
      <w:r>
        <w:rPr>
          <w:b/>
        </w:rPr>
        <w:t xml:space="preserve">[16:12] </w:t>
      </w:r>
      <w:r>
        <w:t>Praise is to Allah through whom all good things are accomplished</w:t>
      </w:r>
    </w:p>
    <w:p>
      <w:pPr>
        <w:jc w:val="right"/>
      </w:pPr>
      <w:r>
        <w:t>پریز از ٹو اللہ تھرو ہم ال گڈ تھنگز ار اکمپلش</w:t>
      </w:r>
    </w:p>
    <w:p>
      <w:r>
        <w:rPr>
          <w:b/>
        </w:rPr>
        <w:t xml:space="preserve">[16:18] </w:t>
      </w:r>
      <w:r>
        <w:t>may allah in his infinite mercies forgive our sins and accept our humble efforts in his way</w:t>
      </w:r>
    </w:p>
    <w:p>
      <w:pPr>
        <w:jc w:val="right"/>
      </w:pPr>
      <w:r>
        <w:t>می اللہ ان ہز انفائنائٹ مرسیز فورگیو اور سنز اینڈ ایکسیپٹ اور ہمبل ایفرٹس ان ہز وے</w:t>
      </w:r>
    </w:p>
    <w:p>
      <w:r>
        <w:rPr>
          <w:b/>
        </w:rPr>
        <w:t xml:space="preserve">[16:28] </w:t>
      </w:r>
      <w:r>
        <w:t>when the prophet of god said that there will be no home remaining big or small into which</w:t>
      </w:r>
    </w:p>
    <w:p>
      <w:pPr>
        <w:jc w:val="right"/>
      </w:pPr>
      <w:r>
        <w:t>وین دا پرافٹ اف گاڈ سیڈ دیٹ دیر ول بی نو ہوم ریمیننگ بگ اور سمال انٹو وچ</w:t>
      </w:r>
    </w:p>
    <w:p>
      <w:r>
        <w:rPr>
          <w:b/>
        </w:rPr>
        <w:t xml:space="preserve">[16:35] </w:t>
      </w:r>
      <w:r>
        <w:t>allah will not have caused his word to enter</w:t>
      </w:r>
    </w:p>
    <w:p>
      <w:pPr>
        <w:jc w:val="right"/>
      </w:pPr>
      <w:r>
        <w:t>گاڈ ول ناٹ ہیو کازڈ ہز ورڈ ٹو انٹر</w:t>
      </w:r>
    </w:p>
    <w:p>
      <w:r>
        <w:rPr>
          <w:b/>
        </w:rPr>
        <w:t xml:space="preserve">[16:39] </w:t>
      </w:r>
      <w:r>
        <w:t>his companions accepted it though the task seemed enormous</w:t>
      </w:r>
    </w:p>
    <w:p>
      <w:pPr>
        <w:jc w:val="right"/>
      </w:pPr>
      <w:r>
        <w:t>ہز کمپینینز ایکسیپٹڈ اٹ دو دا ٹاسک سیمڈ انارمس</w:t>
      </w:r>
    </w:p>
    <w:p>
      <w:r>
        <w:rPr>
          <w:b/>
        </w:rPr>
        <w:t xml:space="preserve">[16:45] </w:t>
      </w:r>
      <w:r>
        <w:t>in an age in which communications between remote areas was non existent</w:t>
      </w:r>
    </w:p>
    <w:p>
      <w:pPr>
        <w:jc w:val="right"/>
      </w:pPr>
      <w:r>
        <w:t>ان این ایج ان وچ کمیونیکیشنز بٹوین ریموٹ ایریاز واز نان ایگزسٹنٹ</w:t>
      </w:r>
    </w:p>
    <w:p>
      <w:r>
        <w:rPr>
          <w:b/>
        </w:rPr>
        <w:t xml:space="preserve">[16:52] </w:t>
      </w:r>
      <w:r>
        <w:t>talking about communicating the word of god in every nook and corner of the world was in</w:t>
      </w:r>
    </w:p>
    <w:p>
      <w:pPr>
        <w:jc w:val="right"/>
      </w:pPr>
      <w:r>
        <w:t>ٹاکنگ اباؤٹ کمیونیکیٹنگ دا ورڈ اف گاڈ ان ایوری نوک اینڈ کارنر اف دا ورلڈ واز ان</w:t>
      </w:r>
    </w:p>
    <w:p>
      <w:r>
        <w:rPr>
          <w:b/>
        </w:rPr>
        <w:t xml:space="preserve">[16:58] </w:t>
      </w:r>
      <w:r>
        <w:t>comprehensible indeed. Today when Maulana Sahib narrates this hadith, we can all understand it as a reality.</w:t>
      </w:r>
    </w:p>
    <w:p>
      <w:pPr>
        <w:jc w:val="right"/>
      </w:pPr>
      <w:r>
        <w:t>کمپرہنسیبل انڈیڈ ٹوڈے وین مولانا صاحب نیریٹس دس حدیث وی کین ال انڈرسٹینڈ اٹ ایز ا ریلیٹی</w:t>
      </w:r>
    </w:p>
    <w:p>
      <w:r>
        <w:rPr>
          <w:b/>
        </w:rPr>
        <w:t xml:space="preserve">[17:07] </w:t>
      </w:r>
      <w:r>
        <w:t>in this age allah has opened the flood gates of advanced technology for the benefit of humankind</w:t>
      </w:r>
    </w:p>
    <w:p>
      <w:pPr>
        <w:jc w:val="right"/>
      </w:pPr>
      <w:r>
        <w:t>ان دس ایج اللہ ہیز اوپنڈ دا فلڈ گیٹس اف ایڈوانس ٹیکنالوجی فار دا بینیفٹ اف ہیومن کائنڈ</w:t>
      </w:r>
    </w:p>
    <w:p>
      <w:r>
        <w:rPr>
          <w:b/>
        </w:rPr>
        <w:t xml:space="preserve">[17:17] </w:t>
      </w:r>
      <w:r>
        <w:t>rabarts ar performing medical operations alexa is switching off lights and cartina is taking a verbal commands in</w:t>
      </w:r>
    </w:p>
    <w:p>
      <w:pPr>
        <w:jc w:val="right"/>
      </w:pPr>
      <w:r>
        <w:t>رابرٹس ار پرفارمنگ میڈیکل اپریشنز الیکسا از سوئچنگ اف لائٹس اینڈ کارٹینا از ٹیکنگ ا وربل کمانڈز ان</w:t>
      </w:r>
    </w:p>
    <w:p>
      <w:r>
        <w:rPr>
          <w:b/>
        </w:rPr>
        <w:t xml:space="preserve">[17:25] </w:t>
      </w:r>
      <w:r>
        <w:t>da computer and much more</w:t>
      </w:r>
    </w:p>
    <w:p>
      <w:pPr>
        <w:jc w:val="right"/>
      </w:pPr>
      <w:r>
        <w:t>دا کمپیوٹر اینڈ مچ مور</w:t>
      </w:r>
    </w:p>
    <w:p>
      <w:r>
        <w:rPr>
          <w:b/>
        </w:rPr>
        <w:t xml:space="preserve">[17:28] </w:t>
      </w:r>
      <w:r>
        <w:t>sadly da only doors that remain still closed ar da doors of da minds of many people who</w:t>
      </w:r>
    </w:p>
    <w:p>
      <w:pPr>
        <w:jc w:val="right"/>
      </w:pPr>
      <w:r>
        <w:t>سیڈلی دا اونلی ڈورز دیٹ ریمین سٹل کلوزڈ ار دا ڈورز اف دا مائنڈز اف مینی پیپل ہو</w:t>
      </w:r>
    </w:p>
    <w:p>
      <w:r>
        <w:rPr>
          <w:b/>
        </w:rPr>
        <w:t xml:space="preserve">[17:35] </w:t>
      </w:r>
      <w:r>
        <w:t>fail to see the opportunities to convey Allah word to the world</w:t>
      </w:r>
    </w:p>
    <w:p>
      <w:pPr>
        <w:jc w:val="right"/>
      </w:pPr>
      <w:r>
        <w:t>فیل ٹو سی دی اپرچونیٹیز ٹو کنوے اللہ ورڈ ٹو دا ورلڈ</w:t>
      </w:r>
    </w:p>
    <w:p>
      <w:r>
        <w:rPr>
          <w:b/>
        </w:rPr>
        <w:t xml:space="preserve">[17:41] </w:t>
      </w:r>
      <w:r>
        <w:t>maulana has continuously</w:t>
      </w:r>
    </w:p>
    <w:p>
      <w:pPr>
        <w:jc w:val="right"/>
      </w:pPr>
      <w:r>
        <w:t>مولانا ہیز کنٹینیوسلی</w:t>
      </w:r>
    </w:p>
    <w:p>
      <w:r>
        <w:rPr>
          <w:b/>
        </w:rPr>
        <w:t xml:space="preserve">[17:44] </w:t>
      </w:r>
      <w:r>
        <w:t>and painstakingy brought our attention towards realizing this hadith in the present age the cps</w:t>
      </w:r>
    </w:p>
    <w:p>
      <w:pPr>
        <w:jc w:val="right"/>
      </w:pPr>
      <w:r>
        <w:t>اینڈ پین سٹیکنگلی براٹ اور اٹینشن ٹورڈز ریلائزنگ دس حدیث ان دا پریزنٹ ایج دا سی پی ایس</w:t>
      </w:r>
    </w:p>
    <w:p>
      <w:r>
        <w:rPr>
          <w:b/>
        </w:rPr>
        <w:t xml:space="preserve">[17:51] </w:t>
      </w:r>
      <w:r>
        <w:t>team under the guidance of Maulana sahib in reservedly believes that it is the sole responsibility of the</w:t>
      </w:r>
    </w:p>
    <w:p>
      <w:pPr>
        <w:jc w:val="right"/>
      </w:pPr>
      <w:r>
        <w:t>ٹیم انڈر دی گائیڈنس اف مولانا صاحب ان ریزروڈلی بیلیوز دیٹ اٹ از دی سالم ریسپانسبیلٹی اف دا</w:t>
      </w:r>
    </w:p>
    <w:p>
      <w:r>
        <w:rPr>
          <w:b/>
        </w:rPr>
        <w:t xml:space="preserve">[17:58] </w:t>
      </w:r>
      <w:r>
        <w:t>muslims to convey the word of God to the world in a language the world understands</w:t>
      </w:r>
    </w:p>
    <w:p>
      <w:pPr>
        <w:jc w:val="right"/>
      </w:pPr>
      <w:r>
        <w:t>مسلمز ٹو کنوے دی ورڈ اف گاڈ ٹو دا ورلڈ ان ا لینگویج دی ورلڈ انڈرسٹینڈز</w:t>
      </w:r>
    </w:p>
    <w:p>
      <w:r>
        <w:rPr>
          <w:b/>
        </w:rPr>
        <w:t xml:space="preserve">[18:07] </w:t>
      </w:r>
      <w:r>
        <w:t>the cps team trusts in Allah promises of help and is doing its best to positively</w:t>
      </w:r>
    </w:p>
    <w:p>
      <w:pPr>
        <w:jc w:val="right"/>
      </w:pPr>
      <w:r>
        <w:t>دا سی پی ایس ٹیم ٹرسٹ ان اللہ پرومس اف ہیلپ اینڈ از ڈوئنگ اٹس بیسٹ ٹو پوزیٹیولی</w:t>
      </w:r>
    </w:p>
    <w:p>
      <w:r>
        <w:rPr>
          <w:b/>
        </w:rPr>
        <w:t xml:space="preserve">[18:13] </w:t>
      </w:r>
      <w:r>
        <w:t>avail the opportunities present in the modern times</w:t>
      </w:r>
    </w:p>
    <w:p>
      <w:pPr>
        <w:jc w:val="right"/>
      </w:pPr>
      <w:r>
        <w:t>اویل دی اپرچونیٹیز پریزنٹ ان دی ماڈرن ٹائمز</w:t>
      </w:r>
    </w:p>
    <w:p>
      <w:r>
        <w:rPr>
          <w:b/>
        </w:rPr>
        <w:t xml:space="preserve">[18:18] </w:t>
      </w:r>
      <w:r>
        <w:t>towards achieving this goal state teams have worked to get the quran translated in their respective languages</w:t>
      </w:r>
    </w:p>
    <w:p>
      <w:pPr>
        <w:jc w:val="right"/>
      </w:pPr>
      <w:r>
        <w:t>ٹورڈز اچیونگ دس گول سٹیٹ ٹیمز ہیو ورک ٹو گیٹ دا قرآن ٹرانسلیٹڈ ان دیر ریسپیکٹیو لینگویجز</w:t>
      </w:r>
    </w:p>
    <w:p>
      <w:r>
        <w:rPr>
          <w:b/>
        </w:rPr>
        <w:t xml:space="preserve">[18:26] </w:t>
      </w:r>
      <w:r>
        <w:t>doctor saniya hasnain khan sahib has published these</w:t>
      </w:r>
    </w:p>
    <w:p>
      <w:pPr>
        <w:jc w:val="right"/>
      </w:pPr>
      <w:r>
        <w:t>ڈاکٹر ثانیہ حسنین خان صاحب ہیز پبلش دیز</w:t>
      </w:r>
    </w:p>
    <w:p>
      <w:r>
        <w:rPr>
          <w:b/>
        </w:rPr>
        <w:t xml:space="preserve">[18:29] </w:t>
      </w:r>
      <w:r>
        <w:t>translations through good word books new delhi inspired by the zeal center for peace bangalore is launching a</w:t>
      </w:r>
    </w:p>
    <w:p>
      <w:pPr>
        <w:jc w:val="right"/>
      </w:pPr>
      <w:r>
        <w:t>ٹرانسلیشنز تھرو گڈ ورڈ بکس نیو دہلی انسپائرڈ بائے دے زیل سینٹر فار پیس بینگلورو از لانچنگ ا</w:t>
      </w:r>
    </w:p>
    <w:p>
      <w:r>
        <w:rPr>
          <w:b/>
        </w:rPr>
        <w:t xml:space="preserve">[18:38] </w:t>
      </w:r>
      <w:r>
        <w:t>website wwwcpsquran.com</w:t>
      </w:r>
    </w:p>
    <w:p>
      <w:pPr>
        <w:jc w:val="right"/>
      </w:pPr>
      <w:r>
        <w:t>ویب سائٹ wwwcpsquran.com</w:t>
      </w:r>
    </w:p>
    <w:p>
      <w:r>
        <w:rPr>
          <w:b/>
        </w:rPr>
        <w:t xml:space="preserve">[18:43] </w:t>
      </w:r>
      <w:r>
        <w:t>this website contains translation of the quran in 24 languages and commentaries of the quran in four</w:t>
      </w:r>
    </w:p>
    <w:p>
      <w:pPr>
        <w:jc w:val="right"/>
      </w:pPr>
      <w:r>
        <w:t>دس ویب سائٹ کنٹینز ٹرانسلیشن اف دا قرآن ان 24 لینگویجز اینڈ کمنٹریز اف دا قرآن ان فور</w:t>
      </w:r>
    </w:p>
    <w:p>
      <w:r>
        <w:rPr>
          <w:b/>
        </w:rPr>
        <w:t xml:space="preserve">[18:51] </w:t>
      </w:r>
      <w:r>
        <w:t>languages the numbers keep increasing inshallah</w:t>
      </w:r>
    </w:p>
    <w:p>
      <w:pPr>
        <w:jc w:val="right"/>
      </w:pPr>
      <w:r>
        <w:t>لینگویجز دا نمبرز کیپ انکریزنگ انشاءاللہ</w:t>
      </w:r>
    </w:p>
    <w:p>
      <w:r>
        <w:rPr>
          <w:b/>
        </w:rPr>
        <w:t xml:space="preserve">[18:56] </w:t>
      </w:r>
      <w:r>
        <w:t>cps is carving out the identity as an organization that works tirelessly to present the true</w:t>
      </w:r>
    </w:p>
    <w:p>
      <w:pPr>
        <w:jc w:val="right"/>
      </w:pPr>
      <w:r>
        <w:t>سی پی ایس از کارونگ اؤٹ دی ائیڈینٹی ایز این ارگنائزیشن دیٹ ورکس ٹائرلیسلی ٹو پریزنٹ دا ٹرو</w:t>
      </w:r>
    </w:p>
    <w:p>
      <w:r>
        <w:rPr>
          <w:b/>
        </w:rPr>
        <w:t xml:space="preserve">[19:02] </w:t>
      </w:r>
      <w:r>
        <w:t>face of Islam</w:t>
      </w:r>
    </w:p>
    <w:p>
      <w:pPr>
        <w:jc w:val="right"/>
      </w:pPr>
      <w:r>
        <w:t>فیس اف اسلام</w:t>
      </w:r>
    </w:p>
    <w:p>
      <w:r>
        <w:rPr>
          <w:b/>
        </w:rPr>
        <w:t xml:space="preserve">[19:04] </w:t>
      </w:r>
      <w:r>
        <w:t>when the world thinks about knowing about Islam it is our endeavor cps should be among</w:t>
      </w:r>
    </w:p>
    <w:p>
      <w:pPr>
        <w:jc w:val="right"/>
      </w:pPr>
      <w:r>
        <w:t>وین دی ورلڈ تھنکس اباؤٹ نوئنگ اباؤٹ اسلام اٹ از اور انڈیور سی پی ایس شوڈ بی امنگ</w:t>
      </w:r>
    </w:p>
    <w:p>
      <w:r>
        <w:rPr>
          <w:b/>
        </w:rPr>
        <w:t xml:space="preserve">[19:11] </w:t>
      </w:r>
      <w:r>
        <w:t>the topmost searches</w:t>
      </w:r>
    </w:p>
    <w:p>
      <w:pPr>
        <w:jc w:val="right"/>
      </w:pPr>
      <w:r>
        <w:t>دا ٹاپ موسٹ سرچز</w:t>
      </w:r>
    </w:p>
    <w:p>
      <w:r>
        <w:rPr>
          <w:b/>
        </w:rPr>
        <w:t xml:space="preserve">[19:14] </w:t>
      </w:r>
      <w:r>
        <w:t>to</w:t>
      </w:r>
    </w:p>
    <w:p>
      <w:pPr>
        <w:jc w:val="right"/>
      </w:pPr>
      <w:r>
        <w:t>ٹو</w:t>
      </w:r>
    </w:p>
    <w:p>
      <w:r>
        <w:rPr>
          <w:b/>
        </w:rPr>
        <w:t xml:space="preserve">[19:14] </w:t>
      </w:r>
      <w:r>
        <w:t>develop this identity therefore the vernacular websites are now being renamed as cps marathi</w:t>
      </w:r>
    </w:p>
    <w:p>
      <w:pPr>
        <w:jc w:val="right"/>
      </w:pPr>
      <w:r>
        <w:t>ڈویلپ دس ائیڈینٹی دیر فور دا ونیکولر ویب سائٹس ار ناو بینگ رینیمڈ ایز سی پی ایس مراتھی</w:t>
      </w:r>
    </w:p>
    <w:p>
      <w:r>
        <w:rPr>
          <w:b/>
        </w:rPr>
        <w:t xml:space="preserve">[19:22] </w:t>
      </w:r>
      <w:r>
        <w:t>CPS Canada, CPS Tamil and CPS Malayalam and the like we are</w:t>
      </w:r>
    </w:p>
    <w:p>
      <w:pPr>
        <w:jc w:val="right"/>
      </w:pPr>
      <w:r>
        <w:t>سی پی ایس کناڈا سی پی ایس تمل اینڈ سی پی ایس ملیالم اینڈ دا لائک وی ار</w:t>
      </w:r>
    </w:p>
    <w:p>
      <w:r>
        <w:rPr>
          <w:b/>
        </w:rPr>
        <w:t xml:space="preserve">[19:28] </w:t>
      </w:r>
      <w:r>
        <w:t>privilege to have many websites that aid and as our Dawah work but the Quran website</w:t>
      </w:r>
    </w:p>
    <w:p>
      <w:pPr>
        <w:jc w:val="right"/>
      </w:pPr>
      <w:r>
        <w:t>پریولج ٹو ہیو مینی ویب سائٹس دیٹ ایڈ اینڈ ایز اور داور ورک بٹ دا قرآن ویب سائٹ</w:t>
      </w:r>
    </w:p>
    <w:p>
      <w:r>
        <w:rPr>
          <w:b/>
        </w:rPr>
        <w:t xml:space="preserve">[19:35] </w:t>
      </w:r>
      <w:r>
        <w:t>be unique in the sense that it brings together all the missionaries of CPS under the</w:t>
      </w:r>
    </w:p>
    <w:p>
      <w:pPr>
        <w:jc w:val="right"/>
      </w:pPr>
      <w:r>
        <w:t>بی یونیک ان دا سینس دیٹ اٹ برنگ ٹوگیدر ال دا مشنریز اف سی پی ایس انڈر دی</w:t>
      </w:r>
    </w:p>
    <w:p>
      <w:r>
        <w:rPr>
          <w:b/>
        </w:rPr>
        <w:t xml:space="preserve">[19:42] </w:t>
      </w:r>
      <w:r>
        <w:t>primary work namely conveying the word of God to humankind all CPS teams worldwide</w:t>
      </w:r>
    </w:p>
    <w:p>
      <w:pPr>
        <w:jc w:val="right"/>
      </w:pPr>
      <w:r>
        <w:t>پرائمری ورک نیملی کنوینگ دا ورڈ اف گاڈ ٹو ہیومن کائنڈ ال سی پی ایس ٹیمز ورلڈ وائیڈ</w:t>
      </w:r>
    </w:p>
    <w:p>
      <w:r>
        <w:rPr>
          <w:b/>
        </w:rPr>
        <w:t xml:space="preserve">[19:50] </w:t>
      </w:r>
      <w:r>
        <w:t>have their own projects suitable to their local needs but the Quran project binds us all together firmly</w:t>
      </w:r>
    </w:p>
    <w:p>
      <w:pPr>
        <w:jc w:val="right"/>
      </w:pPr>
      <w:r>
        <w:t>ہیو دیر اون پراجیکٹس سوٹیبل ٹو دیر لوکل نیڈز بٹ دی قرآن پراجیکٹ بائنڈز اس ال ٹوگیدر فرملی</w:t>
      </w:r>
    </w:p>
    <w:p>
      <w:r>
        <w:rPr>
          <w:b/>
        </w:rPr>
        <w:t xml:space="preserve">[19:58] </w:t>
      </w:r>
      <w:r>
        <w:t>like the quran described</w:t>
      </w:r>
    </w:p>
    <w:p>
      <w:pPr>
        <w:jc w:val="right"/>
      </w:pPr>
      <w:r>
        <w:t>لائک دا قرآن ڈسکرائب</w:t>
      </w:r>
    </w:p>
    <w:p>
      <w:r>
        <w:rPr>
          <w:b/>
        </w:rPr>
        <w:t xml:space="preserve">[20:00] </w:t>
      </w:r>
      <w:r>
        <w:t>as if they were a solid cemented structure</w:t>
      </w:r>
    </w:p>
    <w:p>
      <w:pPr>
        <w:jc w:val="right"/>
      </w:pPr>
      <w:r>
        <w:t>ایز اف دے وار ا سولڈ سیمنٹڈ سٹرکچر</w:t>
      </w:r>
    </w:p>
    <w:p>
      <w:r>
        <w:rPr>
          <w:b/>
        </w:rPr>
        <w:t xml:space="preserve">[20:06] </w:t>
      </w:r>
      <w:r>
        <w:t>May Almighty Allah shower His choicest blessings upon Maulana in this world and in the next world for</w:t>
      </w:r>
    </w:p>
    <w:p>
      <w:pPr>
        <w:jc w:val="right"/>
      </w:pPr>
      <w:r>
        <w:t>می المائٹی اللہ شاور ہز چوائسز بلیسنگز اپون مولانا ان دس ورلڈ اینڈ ان دا نیکسٹ ورلڈ فار</w:t>
      </w:r>
    </w:p>
    <w:p>
      <w:r>
        <w:rPr>
          <w:b/>
        </w:rPr>
        <w:t xml:space="preserve">[20:14] </w:t>
      </w:r>
      <w:r>
        <w:t>installing in us the spirit of both marfat for ourselves and global dawah the website belongs</w:t>
      </w:r>
    </w:p>
    <w:p>
      <w:pPr>
        <w:jc w:val="right"/>
      </w:pPr>
      <w:r>
        <w:t>انسٹلنگ ان اس دا سپرٹ اف بوتھ معرفہ فار اور سیلز اینڈ گلوبل دعوی دا ویب سائٹ بیلنگز</w:t>
      </w:r>
    </w:p>
    <w:p>
      <w:r>
        <w:rPr>
          <w:b/>
        </w:rPr>
        <w:t xml:space="preserve">[20:23] </w:t>
      </w:r>
      <w:r>
        <w:t>to all of us. We are forever obliged to everyone who has helped us directly or</w:t>
      </w:r>
    </w:p>
    <w:p>
      <w:pPr>
        <w:jc w:val="right"/>
      </w:pPr>
      <w:r>
        <w:t>ٹو ال اف اس وی ار فار ایور ابلائیج ٹو ایوری ون ہو ہیز ہیلپڈ اس ڈائریکٹلی اور</w:t>
      </w:r>
    </w:p>
    <w:p>
      <w:r>
        <w:rPr>
          <w:b/>
        </w:rPr>
        <w:t xml:space="preserve">[20:30] </w:t>
      </w:r>
      <w:r>
        <w:t>indirectly in this project</w:t>
      </w:r>
    </w:p>
    <w:p>
      <w:pPr>
        <w:jc w:val="right"/>
      </w:pPr>
      <w:r>
        <w:t>ان ڈائریکٹلی ان دس پراجیکٹ</w:t>
      </w:r>
    </w:p>
    <w:p>
      <w:r>
        <w:rPr>
          <w:b/>
        </w:rPr>
        <w:t xml:space="preserve">[20:33] </w:t>
      </w:r>
      <w:r>
        <w:t>We request Maulana Sahib to do dua for the entire CPS team on this occasion.</w:t>
      </w:r>
    </w:p>
    <w:p>
      <w:pPr>
        <w:jc w:val="right"/>
      </w:pPr>
      <w:r>
        <w:t>وی ریکویسٹ مولانا صاحب ٹو ڈو دعا فار دی انٹائر سی پی ایس ٹیم ان دس اوکیژن</w:t>
      </w:r>
    </w:p>
    <w:p>
      <w:r>
        <w:rPr>
          <w:b/>
        </w:rPr>
        <w:t xml:space="preserve">[20:44] </w:t>
      </w:r>
      <w:r>
        <w:t>so with this i will request</w:t>
      </w:r>
    </w:p>
    <w:p>
      <w:pPr>
        <w:jc w:val="right"/>
      </w:pPr>
      <w:r>
        <w:t>سو ود دس ائی ویل ریکویسٹ</w:t>
      </w:r>
    </w:p>
    <w:p>
      <w:r>
        <w:rPr>
          <w:b/>
        </w:rPr>
        <w:t xml:space="preserve">[20:47] </w:t>
      </w:r>
      <w:r>
        <w:t>Maulana Sahib to launch the website and thereafter take about a minute to show all of</w:t>
      </w:r>
    </w:p>
    <w:p>
      <w:pPr>
        <w:jc w:val="right"/>
      </w:pPr>
      <w:r>
        <w:t>مولانا صاحب ٹو لانچ دی ویب سائٹ اینڈ دیر افٹر ٹیک اباؤٹ ا منٹ ٹو شو ال اف</w:t>
      </w:r>
    </w:p>
    <w:p>
      <w:r>
        <w:rPr>
          <w:b/>
        </w:rPr>
        <w:t xml:space="preserve">[20:53] </w:t>
      </w:r>
      <w:r>
        <w:t>You on the screen, how does this new website look like and a little bit about it.</w:t>
      </w:r>
    </w:p>
    <w:p>
      <w:pPr>
        <w:jc w:val="right"/>
      </w:pPr>
      <w:r>
        <w:t>یو ان دا سکرین ہاؤ ڈز دس نیو ویب سائٹ لوک لائک اینڈ ا لٹل بٹ اباؤٹ اف</w:t>
      </w:r>
    </w:p>
    <w:p>
      <w:r>
        <w:rPr>
          <w:b/>
        </w:rPr>
        <w:t xml:space="preserve">[20:59] </w:t>
      </w:r>
      <w:r>
        <w:t>at so i will request molana sahib to officially launch wwwqurancps.com</w:t>
      </w:r>
    </w:p>
    <w:p>
      <w:pPr>
        <w:jc w:val="right"/>
      </w:pPr>
      <w:r>
        <w:t>اٹ سو ائی ویل ریکویسٹ مولانا صاحب ٹو افیشلی لانچ wwwqurancps.com</w:t>
      </w:r>
    </w:p>
    <w:p>
      <w:r>
        <w:rPr>
          <w:b/>
        </w:rPr>
        <w:t xml:space="preserve">[21:15] </w:t>
      </w:r>
      <w:r>
        <w:t>yeh ek anokha khwab hai hum sab ka</w:t>
      </w:r>
    </w:p>
    <w:p>
      <w:pPr>
        <w:jc w:val="right"/>
      </w:pPr>
      <w:r>
        <w:t>یہ ایک انوکھا خواب ہے ہم سب کا</w:t>
      </w:r>
    </w:p>
    <w:p>
      <w:r>
        <w:rPr>
          <w:b/>
        </w:rPr>
        <w:t xml:space="preserve">[21:23] </w:t>
      </w:r>
      <w:r>
        <w:t>hum mein se koi shakhs</w:t>
      </w:r>
    </w:p>
    <w:p>
      <w:pPr>
        <w:jc w:val="right"/>
      </w:pPr>
      <w:r>
        <w:t>ہم میں سے کوئی شخص</w:t>
      </w:r>
    </w:p>
    <w:p>
      <w:r>
        <w:rPr>
          <w:b/>
        </w:rPr>
        <w:t xml:space="preserve">[21:27] </w:t>
      </w:r>
      <w:r>
        <w:t>janta nahi tha</w:t>
      </w:r>
    </w:p>
    <w:p>
      <w:pPr>
        <w:jc w:val="right"/>
      </w:pPr>
      <w:r>
        <w:t>جانتا نہیں تھا</w:t>
      </w:r>
    </w:p>
    <w:p>
      <w:r>
        <w:rPr>
          <w:b/>
        </w:rPr>
        <w:t xml:space="preserve">[21:31] </w:t>
      </w:r>
      <w:r>
        <w:t>ke hamari apni umar hi mein yeh waqia pesh aayega ke hum</w:t>
      </w:r>
    </w:p>
    <w:p>
      <w:pPr>
        <w:jc w:val="right"/>
      </w:pPr>
      <w:r>
        <w:t>کہ ہماری اپنی عمر ہی میں یہ واقعہ پیش ائے گا کہ ہم</w:t>
      </w:r>
    </w:p>
    <w:p>
      <w:r>
        <w:rPr>
          <w:b/>
        </w:rPr>
        <w:t xml:space="preserve">[21:43] </w:t>
      </w:r>
      <w:r>
        <w:t>global</w:t>
      </w:r>
    </w:p>
    <w:p>
      <w:pPr>
        <w:jc w:val="right"/>
      </w:pPr>
      <w:r>
        <w:t>گلوبل</w:t>
      </w:r>
    </w:p>
    <w:p>
      <w:r>
        <w:rPr>
          <w:b/>
        </w:rPr>
        <w:t xml:space="preserve">[21:47] </w:t>
      </w:r>
      <w:r>
        <w:t>pure almi satah par allah ke kalam ko</w:t>
      </w:r>
    </w:p>
    <w:p>
      <w:pPr>
        <w:jc w:val="right"/>
      </w:pPr>
      <w:r>
        <w:t>پورے عالمی سطح پر اللہ کے کلام کو</w:t>
      </w:r>
    </w:p>
    <w:p>
      <w:r>
        <w:rPr>
          <w:b/>
        </w:rPr>
        <w:t xml:space="preserve">[21:52] </w:t>
      </w:r>
      <w:r>
        <w:t>pohanchane ke qabil ho saken ge yeh allah taala ka</w:t>
      </w:r>
    </w:p>
    <w:p>
      <w:pPr>
        <w:jc w:val="right"/>
      </w:pPr>
      <w:r>
        <w:t>پہنچانے کے قابل ہو سکیں گے یہ اللہ تعالی کا</w:t>
      </w:r>
    </w:p>
    <w:p>
      <w:r>
        <w:rPr>
          <w:b/>
        </w:rPr>
        <w:t xml:space="preserve">[21:59] </w:t>
      </w:r>
      <w:r>
        <w:t>ajeeb o ghareeb ehsan hai</w:t>
      </w:r>
    </w:p>
    <w:p>
      <w:pPr>
        <w:jc w:val="right"/>
      </w:pPr>
      <w:r>
        <w:t>عجیب و غریب احسان ہے</w:t>
      </w:r>
    </w:p>
    <w:p>
      <w:r>
        <w:rPr>
          <w:b/>
        </w:rPr>
        <w:t xml:space="preserve">[22:03] </w:t>
      </w:r>
      <w:r>
        <w:t>ke is ne hamare se kamzor</w:t>
      </w:r>
    </w:p>
    <w:p>
      <w:pPr>
        <w:jc w:val="right"/>
      </w:pPr>
      <w:r>
        <w:t>کہ اس نے ہمارے سے کمزور</w:t>
      </w:r>
    </w:p>
    <w:p>
      <w:r>
        <w:rPr>
          <w:b/>
        </w:rPr>
        <w:t xml:space="preserve">[22:07] </w:t>
      </w:r>
      <w:r>
        <w:t>bandon ko chuna is kaam ke liye</w:t>
      </w:r>
    </w:p>
    <w:p>
      <w:pPr>
        <w:jc w:val="right"/>
      </w:pPr>
      <w:r>
        <w:t>بندوں کو چنا اس کام کے لیے</w:t>
      </w:r>
    </w:p>
    <w:p>
      <w:r>
        <w:rPr>
          <w:b/>
        </w:rPr>
        <w:t xml:space="preserve">[22:12] </w:t>
      </w:r>
      <w:r>
        <w:t>yeh kaam to</w:t>
      </w:r>
    </w:p>
    <w:p>
      <w:pPr>
        <w:jc w:val="right"/>
      </w:pPr>
      <w:r>
        <w:t>یہ کام تو</w:t>
      </w:r>
    </w:p>
    <w:p>
      <w:r>
        <w:rPr>
          <w:b/>
        </w:rPr>
        <w:t xml:space="preserve">[22:16] </w:t>
      </w:r>
      <w:r>
        <w:t>allah ke plan ke mutabiq bohat pehle se</w:t>
      </w:r>
    </w:p>
    <w:p>
      <w:pPr>
        <w:jc w:val="right"/>
      </w:pPr>
      <w:r>
        <w:t>اللہ کے پلان کے مطابق بہت پہلے سے</w:t>
      </w:r>
    </w:p>
    <w:p>
      <w:r>
        <w:rPr>
          <w:b/>
        </w:rPr>
        <w:t xml:space="preserve">[22:21] </w:t>
      </w:r>
      <w:r>
        <w:t>tay tha lekin is ka process jab mukammal hua</w:t>
      </w:r>
    </w:p>
    <w:p>
      <w:pPr>
        <w:jc w:val="right"/>
      </w:pPr>
      <w:r>
        <w:t>طے تھا لیکن اس کا پراسیس جب مکمل ہوا</w:t>
      </w:r>
    </w:p>
    <w:p>
      <w:r>
        <w:rPr>
          <w:b/>
        </w:rPr>
        <w:t xml:space="preserve">[22:28] </w:t>
      </w:r>
      <w:r>
        <w:t>to koi chahiye tha allah taala ko jo is</w:t>
      </w:r>
    </w:p>
    <w:p>
      <w:pPr>
        <w:jc w:val="right"/>
      </w:pPr>
      <w:r>
        <w:t>تو کوئی چاہیے تھا اللہ تعالی کو جو اس</w:t>
      </w:r>
    </w:p>
    <w:p>
      <w:r>
        <w:rPr>
          <w:b/>
        </w:rPr>
        <w:t xml:space="preserve">[22:32] </w:t>
      </w:r>
      <w:r>
        <w:t>kaam ko le kar uthe to allah ne</w:t>
      </w:r>
    </w:p>
    <w:p>
      <w:pPr>
        <w:jc w:val="right"/>
      </w:pPr>
      <w:r>
        <w:t>کام کو لے کر اٹھے تو اللہ نے</w:t>
      </w:r>
    </w:p>
    <w:p>
      <w:r>
        <w:rPr>
          <w:b/>
        </w:rPr>
        <w:t xml:space="preserve">[22:37] </w:t>
      </w:r>
      <w:r>
        <w:t>hum logon hamare jaise kamzor insanon ko</w:t>
      </w:r>
    </w:p>
    <w:p>
      <w:pPr>
        <w:jc w:val="right"/>
      </w:pPr>
      <w:r>
        <w:t>ہم لوگوں ہمارے جیسے کمزور انسانوں کو</w:t>
      </w:r>
    </w:p>
    <w:p>
      <w:r>
        <w:rPr>
          <w:b/>
        </w:rPr>
        <w:t xml:space="preserve">[22:43] </w:t>
      </w:r>
      <w:r>
        <w:t>chuna is kaam ke liye to main apni taraf se puri team ki taraf se</w:t>
      </w:r>
    </w:p>
    <w:p>
      <w:pPr>
        <w:jc w:val="right"/>
      </w:pPr>
      <w:r>
        <w:t>چنا اس کام کے لیے تو میں اپنی طرف سے پوری ٹیم کی طرف سے</w:t>
      </w:r>
    </w:p>
    <w:p>
      <w:r>
        <w:rPr>
          <w:b/>
        </w:rPr>
        <w:t xml:space="preserve">[22:51] </w:t>
      </w:r>
      <w:r>
        <w:t>mujhe nahi maloom ke mere paas</w:t>
      </w:r>
    </w:p>
    <w:p>
      <w:pPr>
        <w:jc w:val="right"/>
      </w:pPr>
      <w:r>
        <w:t>مجھے نہیں معلوم کہ میرے پاس</w:t>
      </w:r>
    </w:p>
    <w:p>
      <w:r>
        <w:rPr>
          <w:b/>
        </w:rPr>
        <w:t xml:space="preserve">[22:54] </w:t>
      </w:r>
      <w:r>
        <w:t>meri jo degree dictionary hai meri jo vocabulary hai is mein woh aise alfaaz hain ke hum allah</w:t>
      </w:r>
    </w:p>
    <w:p>
      <w:pPr>
        <w:jc w:val="right"/>
      </w:pPr>
      <w:r>
        <w:t>میری جو ڈگری ڈکشنری ہے میری جو وکیبلری ہے اس میں وہ ایسے الفاظ ہیں کہ ہم اللہ</w:t>
      </w:r>
    </w:p>
    <w:p>
      <w:r>
        <w:rPr>
          <w:b/>
        </w:rPr>
        <w:t xml:space="preserve">[23:01] </w:t>
      </w:r>
      <w:r>
        <w:t>rab ul alameen ka shukr ada kar saken</w:t>
      </w:r>
    </w:p>
    <w:p>
      <w:pPr>
        <w:jc w:val="right"/>
      </w:pPr>
      <w:r>
        <w:t>رب العالمین کا شکر ادا کر سکیں</w:t>
      </w:r>
    </w:p>
    <w:p>
      <w:r>
        <w:rPr>
          <w:b/>
        </w:rPr>
        <w:t xml:space="preserve">[23:06] </w:t>
      </w:r>
      <w:r>
        <w:t>haqeeqat yeh hai ke hamare paas</w:t>
      </w:r>
    </w:p>
    <w:p>
      <w:pPr>
        <w:jc w:val="right"/>
      </w:pPr>
      <w:r>
        <w:t>حقیقت یہ ہے کہ ہمارے پاس</w:t>
      </w:r>
    </w:p>
    <w:p>
      <w:r>
        <w:rPr>
          <w:b/>
        </w:rPr>
        <w:t xml:space="preserve">[23:09] </w:t>
      </w:r>
      <w:r>
        <w:t>ya tamam zabanon ki dictionaries hamare paas hon tab bhi hum is ajeeb o ghareeb</w:t>
      </w:r>
    </w:p>
    <w:p>
      <w:pPr>
        <w:jc w:val="right"/>
      </w:pPr>
      <w:r>
        <w:t>یا تمام زبانوں کی ڈکشنریاں ہمارے پاس ہوں تب بھی ہم اس عجیب و غریب</w:t>
      </w:r>
    </w:p>
    <w:p>
      <w:r>
        <w:rPr>
          <w:b/>
        </w:rPr>
        <w:t xml:space="preserve">[23:17] </w:t>
      </w:r>
      <w:r>
        <w:t>nemmat ka shukr nahi kar sakte</w:t>
      </w:r>
    </w:p>
    <w:p>
      <w:pPr>
        <w:jc w:val="right"/>
      </w:pPr>
      <w:r>
        <w:t>نعمت کا شکر نہیں کر سکتے</w:t>
      </w:r>
    </w:p>
    <w:p>
      <w:r>
        <w:rPr>
          <w:b/>
        </w:rPr>
        <w:t xml:space="preserve">[23:22] </w:t>
      </w:r>
      <w:r>
        <w:t>ke hum allah taala ka</w:t>
      </w:r>
    </w:p>
    <w:p>
      <w:pPr>
        <w:jc w:val="right"/>
      </w:pPr>
      <w:r>
        <w:t>کہ ہم اللہ تعالی کا</w:t>
      </w:r>
    </w:p>
    <w:p>
      <w:r>
        <w:rPr>
          <w:b/>
        </w:rPr>
        <w:t xml:space="preserve">[23:26] </w:t>
      </w:r>
      <w:r>
        <w:t>ka woh plan</w:t>
      </w:r>
    </w:p>
    <w:p>
      <w:pPr>
        <w:jc w:val="right"/>
      </w:pPr>
      <w:r>
        <w:t>کا وہ پلان</w:t>
      </w:r>
    </w:p>
    <w:p>
      <w:r>
        <w:rPr>
          <w:b/>
        </w:rPr>
        <w:t xml:space="preserve">[23:28] </w:t>
      </w:r>
      <w:r>
        <w:t>ke lakon alameen</w:t>
      </w:r>
    </w:p>
    <w:p>
      <w:pPr>
        <w:jc w:val="right"/>
      </w:pPr>
      <w:r>
        <w:t>کہ لیکون العالمین</w:t>
      </w:r>
    </w:p>
    <w:p>
      <w:r>
        <w:rPr>
          <w:b/>
        </w:rPr>
        <w:t xml:space="preserve">[23:32] </w:t>
      </w:r>
      <w:r>
        <w:t>nazeer is ki takmeel par</w:t>
      </w:r>
    </w:p>
    <w:p>
      <w:pPr>
        <w:jc w:val="right"/>
      </w:pPr>
      <w:r>
        <w:t>نذیرہ اس کی تکمیل پر</w:t>
      </w:r>
    </w:p>
    <w:p>
      <w:r>
        <w:rPr>
          <w:b/>
        </w:rPr>
        <w:t xml:space="preserve">[23:35] </w:t>
      </w:r>
      <w:r>
        <w:t>is ko waqea banane ke liye is opportunity ko avail karne ke liye allah taala ne</w:t>
      </w:r>
    </w:p>
    <w:p>
      <w:pPr>
        <w:jc w:val="right"/>
      </w:pPr>
      <w:r>
        <w:t>اس کو واقعہ بنانے کے لیے اس اپرچونیٹی کو اویل کرنے کے لیے اللہ تعالی نے</w:t>
      </w:r>
    </w:p>
    <w:p>
      <w:r>
        <w:rPr>
          <w:b/>
        </w:rPr>
        <w:t xml:space="preserve">[23:44] </w:t>
      </w:r>
      <w:r>
        <w:t>hamare se kamzor bandon ko</w:t>
      </w:r>
    </w:p>
    <w:p>
      <w:pPr>
        <w:jc w:val="right"/>
      </w:pPr>
      <w:r>
        <w:t>ہمارے سے کمزور بندوں کو</w:t>
      </w:r>
    </w:p>
    <w:p>
      <w:r>
        <w:rPr>
          <w:b/>
        </w:rPr>
        <w:t xml:space="preserve">[23:47] </w:t>
      </w:r>
      <w:r>
        <w:t>muntakhab kiya Allah ka lakh lakh shukar hai</w:t>
      </w:r>
    </w:p>
    <w:p>
      <w:pPr>
        <w:jc w:val="right"/>
      </w:pPr>
      <w:r>
        <w:t>منتخب کیا اللہ کا لاکھ لاکھ شکر ہے</w:t>
      </w:r>
    </w:p>
    <w:p>
      <w:r>
        <w:rPr>
          <w:b/>
        </w:rPr>
        <w:t xml:space="preserve">[23:53] </w:t>
      </w:r>
      <w:r>
        <w:t>miliyan billion shukar hai</w:t>
      </w:r>
    </w:p>
    <w:p>
      <w:pPr>
        <w:jc w:val="right"/>
      </w:pPr>
      <w:r>
        <w:t>ملین بلین شکر ہے</w:t>
      </w:r>
    </w:p>
    <w:p>
      <w:r>
        <w:rPr>
          <w:b/>
        </w:rPr>
        <w:t xml:space="preserve">[23:56] </w:t>
      </w:r>
      <w:r>
        <w:t>is is mauqe par main apni poori team ki taraf se tamam sathiyon</w:t>
      </w:r>
    </w:p>
    <w:p>
      <w:pPr>
        <w:jc w:val="right"/>
      </w:pPr>
      <w:r>
        <w:t>اس اس موقع پر میں اپنی پوری ٹیم کی طرف سے تمام ساتھیوں</w:t>
      </w:r>
    </w:p>
    <w:p>
      <w:r>
        <w:rPr>
          <w:b/>
        </w:rPr>
        <w:t xml:space="preserve">[24:03] </w:t>
      </w:r>
      <w:r>
        <w:t>ki taraf se allah ka shukr karta hoon aur yeh dua karta hoon ke allah hum sab ko mazeed tofeeq ata farmaye taake yeh kaam yeh sabooti jaari rahe aur apni manzil tak pahunche</w:t>
      </w:r>
    </w:p>
    <w:p>
      <w:pPr>
        <w:jc w:val="right"/>
      </w:pPr>
      <w:r>
        <w:t>کی طرف سے اللہ کا شکر کرتا ہوں اور یہ دعا کرتا ہوں کہ اللہ ہم سب کو مزید توفیق عطا فرمائے تاکہ یہ کام یہ ثبوتی جاری رہے اور اپنی منزل تک پہنچے</w:t>
      </w:r>
    </w:p>
    <w:p>
      <w:r>
        <w:rPr>
          <w:b/>
        </w:rPr>
        <w:t xml:space="preserve">[24:26] </w:t>
      </w:r>
      <w:r>
        <w:t>so with this ah great initiative now center for peace teams next task or the next effort be to promote this website in social media as well as print media and keep you keep all of you posted from time to time i will now request doctor saniya haseen khan sahib to come here and say a few words</w:t>
      </w:r>
    </w:p>
    <w:p>
      <w:pPr>
        <w:jc w:val="right"/>
      </w:pPr>
      <w:r>
        <w:t>سو ود دس اہ گریٹ انیشیٹیو ناو سینٹر فار پیس ٹیمز نیکسٹ ٹاسک اور دا نیکسٹ ایفرٹ بی ٹو پروموٹ دس ویب سائٹ ان سوشل میڈیا ایز ویل ایز پرنٹ میڈیا اینڈ کیپ یو کیپ ال اف یو پوسٹڈ فرام ٹائم ٹو ٹائم ائی ویل ناو ریکویسٹ ڈاکٹر ثانیہ حسنین خان صاحب ٹو کم ہیر اینڈ سے ا فیو ورڈز</w:t>
      </w:r>
    </w:p>
    <w:p>
      <w:r>
        <w:rPr>
          <w:b/>
        </w:rPr>
        <w:t xml:space="preserve">[24:48] </w:t>
      </w:r>
      <w:r>
        <w:t>bismillah rehman rehim</w:t>
      </w:r>
    </w:p>
    <w:p>
      <w:pPr>
        <w:jc w:val="right"/>
      </w:pPr>
      <w:r>
        <w:t>بسم اللہ الرحمن الرحیم</w:t>
      </w:r>
    </w:p>
    <w:p>
      <w:r>
        <w:rPr>
          <w:b/>
        </w:rPr>
        <w:t xml:space="preserve">[24:51] </w:t>
      </w:r>
      <w:r>
        <w:t>be had khushi ki baat hai aur main Allah taala ka shukar ada karta hoon ke Bangalore ki</w:t>
      </w:r>
    </w:p>
    <w:p>
      <w:pPr>
        <w:jc w:val="right"/>
      </w:pPr>
      <w:r>
        <w:t>بے حد خوشی کی بات ہے اور میں اللہ تعالی کا شکر ادا کرتا ہوں کہ بینگلور کی</w:t>
      </w:r>
    </w:p>
    <w:p>
      <w:r>
        <w:rPr>
          <w:b/>
        </w:rPr>
        <w:t xml:space="preserve">[24:57] </w:t>
      </w:r>
      <w:r>
        <w:t>team ne khaas taur se ah Sarah Fatima sahiba ne yeh bohat hi bada initiative liya ke Quran</w:t>
      </w:r>
    </w:p>
    <w:p>
      <w:pPr>
        <w:jc w:val="right"/>
      </w:pPr>
      <w:r>
        <w:t>ٹیم نے خاص طور سے اہ سارہ فاطمہ صاحبہ نے یہ بہت ہی بڑا انیشیٹیو لیا کہ قرآن</w:t>
      </w:r>
    </w:p>
    <w:p>
      <w:r>
        <w:rPr>
          <w:b/>
        </w:rPr>
        <w:t xml:space="preserve">[25:06] </w:t>
      </w:r>
      <w:r>
        <w:t>ke jitne translations hain hamare ab ab tak hamare paas unko website pe launch kiya jaye</w:t>
      </w:r>
    </w:p>
    <w:p>
      <w:pPr>
        <w:jc w:val="right"/>
      </w:pPr>
      <w:r>
        <w:t>کے جتنے ٹرانسلیشنز ہیں ہمارے اب اب تک ہمارے پاس ان کو ویب سائٹ پہ لانچ کیا جائے</w:t>
      </w:r>
    </w:p>
    <w:p>
      <w:r>
        <w:rPr>
          <w:b/>
        </w:rPr>
        <w:t xml:space="preserve">[25:13] </w:t>
      </w:r>
      <w:r>
        <w:t>taake log isko ah faida utha saken</w:t>
      </w:r>
    </w:p>
    <w:p>
      <w:pPr>
        <w:jc w:val="right"/>
      </w:pPr>
      <w:r>
        <w:t>تاکہ لوگ اس کو اہ فائدہ اٹھا سکیں</w:t>
      </w:r>
    </w:p>
    <w:p>
      <w:r>
        <w:rPr>
          <w:b/>
        </w:rPr>
        <w:t xml:space="preserve">[25:18] </w:t>
      </w:r>
      <w:r>
        <w:t>jaise Maulana ne kaha aaj ke ah Quran Age naam diya aaj ke talk ka to darasal yeh</w:t>
      </w:r>
    </w:p>
    <w:p>
      <w:pPr>
        <w:jc w:val="right"/>
      </w:pPr>
      <w:r>
        <w:t>جیسے مولانا نے کہا اج کے اہ قرآن ایج نام دیا اج کے ٹاک کا تو دراصل یہ</w:t>
      </w:r>
    </w:p>
    <w:p>
      <w:r>
        <w:rPr>
          <w:b/>
        </w:rPr>
        <w:t xml:space="preserve">[25:27] </w:t>
      </w:r>
      <w:r>
        <w:t>digital age hai balke kitab bhi aayi thi ah Google ke founder ki is</w:t>
      </w:r>
    </w:p>
    <w:p>
      <w:pPr>
        <w:jc w:val="right"/>
      </w:pPr>
      <w:r>
        <w:t>ڈیجیٹل ایج ہے بلکہ کتاب بھی ائی تھی اہ گوگل کے فاؤنڈر کی اس</w:t>
      </w:r>
    </w:p>
    <w:p>
      <w:r>
        <w:rPr>
          <w:b/>
        </w:rPr>
        <w:t xml:space="preserve">[25:33] </w:t>
      </w:r>
      <w:r>
        <w:t>ka naam hi tha digital age ah Eric Shmertz ki kitab thi woh to is mein unhon ne</w:t>
      </w:r>
    </w:p>
    <w:p>
      <w:pPr>
        <w:jc w:val="right"/>
      </w:pPr>
      <w:r>
        <w:t>کا نام ہی تھا ڈیجیٹل ایج اہ ایرک شمرز کی کتاب تھی وہ تو اس میں انہوں نے</w:t>
      </w:r>
    </w:p>
    <w:p>
      <w:r>
        <w:rPr>
          <w:b/>
        </w:rPr>
        <w:t xml:space="preserve">[25:39] </w:t>
      </w:r>
      <w:r>
        <w:t>likha tha ke by 2025</w:t>
      </w:r>
    </w:p>
    <w:p>
      <w:pPr>
        <w:jc w:val="right"/>
      </w:pPr>
      <w:r>
        <w:t>لکھا تھا کہ بائی 2025</w:t>
      </w:r>
    </w:p>
    <w:p>
      <w:r>
        <w:rPr>
          <w:b/>
        </w:rPr>
        <w:t xml:space="preserve">[25:44] </w:t>
      </w:r>
      <w:r>
        <w:t>ah almost the entire population of the world be connected with internet. Taqriban eight billion log online.</w:t>
      </w:r>
    </w:p>
    <w:p>
      <w:pPr>
        <w:jc w:val="right"/>
      </w:pPr>
      <w:r>
        <w:t>اہ الموسٹ دا انٹائر پاپولیشن اف دی ورلڈ بی کنیکٹڈ ود انٹرنیٹ تقریبا ایٹ بلین لوگ ان لائن</w:t>
      </w:r>
    </w:p>
    <w:p>
      <w:r>
        <w:rPr>
          <w:b/>
        </w:rPr>
        <w:t xml:space="preserve">[25:53] </w:t>
      </w:r>
      <w:r>
        <w:t>honge to yani ek aisi cheez wajood mein aayi hai ke aap agar apni baat ko phailana</w:t>
      </w:r>
    </w:p>
    <w:p>
      <w:pPr>
        <w:jc w:val="right"/>
      </w:pPr>
      <w:r>
        <w:t>ہوں گے تو یعنی ایک ایسی چیز وجود میں ائی ہے کہ اپ اگر اپنی بات کو پھیلانا</w:t>
      </w:r>
    </w:p>
    <w:p>
      <w:r>
        <w:rPr>
          <w:b/>
        </w:rPr>
        <w:t xml:space="preserve">[26:00] </w:t>
      </w:r>
      <w:r>
        <w:t>chahen to bohat aasani se yeh kaam kiya ja sakta hai main abhi soch raha tha ke Quran</w:t>
      </w:r>
    </w:p>
    <w:p>
      <w:pPr>
        <w:jc w:val="right"/>
      </w:pPr>
      <w:r>
        <w:t>چاہیں تو بہت اسانی سے یہ کام کیا جا سکتا ہے میں ابھی سوچ رہا تھا کہ قرآن</w:t>
      </w:r>
    </w:p>
    <w:p>
      <w:r>
        <w:rPr>
          <w:b/>
        </w:rPr>
        <w:t xml:space="preserve">[26:07] </w:t>
      </w:r>
      <w:r>
        <w:t>mein Hazrat Musa ka waqea hai ke Hazrat Musa ki maa ne unko darya mein dala Allah</w:t>
      </w:r>
    </w:p>
    <w:p>
      <w:pPr>
        <w:jc w:val="right"/>
      </w:pPr>
      <w:r>
        <w:t>میں حضرت موسی کا واقعہ ہے کہ حضرت موسی کی ماں نے ان کو دریا میں ڈالا اللہ</w:t>
      </w:r>
    </w:p>
    <w:p>
      <w:r>
        <w:rPr>
          <w:b/>
        </w:rPr>
        <w:t xml:space="preserve">[26:15] </w:t>
      </w:r>
      <w:r>
        <w:t>taala ne unko inspire kiya ke tum is bachche ko darya mein dal</w:t>
      </w:r>
    </w:p>
    <w:p>
      <w:pPr>
        <w:jc w:val="right"/>
      </w:pPr>
      <w:r>
        <w:t>تعالی نے ان کو انسپائر کیا کہ تم اس بچے کو دریا میں ڈال</w:t>
      </w:r>
    </w:p>
    <w:p>
      <w:r>
        <w:rPr>
          <w:b/>
        </w:rPr>
        <w:t xml:space="preserve">[26:19] </w:t>
      </w:r>
      <w:r>
        <w:t>do to unhon ne ek ah sanduq banaya ek box banaya aur chhote bachche ko darya mein dal</w:t>
      </w:r>
    </w:p>
    <w:p>
      <w:pPr>
        <w:jc w:val="right"/>
      </w:pPr>
      <w:r>
        <w:t>دو تو انہوں نے ایک اہ صندوق بنایا ایک باکس بنایا اور چھوٹے بچے کو دریا میں ڈال</w:t>
      </w:r>
    </w:p>
    <w:p>
      <w:r>
        <w:rPr>
          <w:b/>
        </w:rPr>
        <w:t xml:space="preserve">[26:26] </w:t>
      </w:r>
      <w:r>
        <w:t>diya jab darya mein dala to woh ghabrane lagi</w:t>
      </w:r>
    </w:p>
    <w:p>
      <w:pPr>
        <w:jc w:val="right"/>
      </w:pPr>
      <w:r>
        <w:t>دیا جب دریا میں ڈالا تو وہ گھبرانے لگی</w:t>
      </w:r>
    </w:p>
    <w:p>
      <w:r>
        <w:rPr>
          <w:b/>
        </w:rPr>
        <w:t xml:space="preserve">[26:30] </w:t>
      </w:r>
      <w:r>
        <w:t>ke yeh ke jab lahrein is box ko le ke aage badhein to unke andar ghabrahat paida</w:t>
      </w:r>
    </w:p>
    <w:p>
      <w:pPr>
        <w:jc w:val="right"/>
      </w:pPr>
      <w:r>
        <w:t>کہ یہ کہ جب لہریں اس باکس کو لے کے اگے بڑھیں تو ان کے اندر گھبراہٹ پیدا</w:t>
      </w:r>
    </w:p>
    <w:p>
      <w:r>
        <w:rPr>
          <w:b/>
        </w:rPr>
        <w:t xml:space="preserve">[26:36] </w:t>
      </w:r>
      <w:r>
        <w:t>hui zahir hai ek maa thi to us waqt Quran mein aata hai ke warabattana ala qalbi ke</w:t>
      </w:r>
    </w:p>
    <w:p>
      <w:pPr>
        <w:jc w:val="right"/>
      </w:pPr>
      <w:r>
        <w:t>ہوئی ظاہر ہے ایک ماں تھی تو اس وقت قرآن میں اتا ہے کہ وربتنا علی قلبہ کہ</w:t>
      </w:r>
    </w:p>
    <w:p>
      <w:r>
        <w:rPr>
          <w:b/>
        </w:rPr>
        <w:t xml:space="preserve">[26:42] </w:t>
      </w:r>
      <w:r>
        <w:t>hum ne unke dil mein itminan paida kiya jis ke bare mein Maulana ne kal taqreer mein</w:t>
      </w:r>
    </w:p>
    <w:p>
      <w:pPr>
        <w:jc w:val="right"/>
      </w:pPr>
      <w:r>
        <w:t>ہم نے ان کے دل میں اطمینان پیدا کیا جس کے بارے میں مولانا نے کل تقریر میں</w:t>
      </w:r>
    </w:p>
    <w:p>
      <w:r>
        <w:rPr>
          <w:b/>
        </w:rPr>
        <w:t xml:space="preserve">[26:48] </w:t>
      </w:r>
      <w:r>
        <w:t>kaha tha sakina nazil kiya to phir warna woh shor macha deti hain ke haaye mera bachcha</w:t>
      </w:r>
    </w:p>
    <w:p>
      <w:pPr>
        <w:jc w:val="right"/>
      </w:pPr>
      <w:r>
        <w:t>کہا تھا سکینہ نازل کیا تو پھر ورنہ وہ شور مچا دیتی ہیں کہ ہائے میرا بچہ</w:t>
      </w:r>
    </w:p>
    <w:p>
      <w:r>
        <w:rPr>
          <w:b/>
        </w:rPr>
        <w:t xml:space="preserve">[26:55] </w:t>
      </w:r>
      <w:r>
        <w:t>haaye main yeh woh to woh sara jo plan tha Allah ka woh ah woh khatm ho jata</w:t>
      </w:r>
    </w:p>
    <w:p>
      <w:pPr>
        <w:jc w:val="right"/>
      </w:pPr>
      <w:r>
        <w:t>ہائے میں یہ وہ تو وہ سارا جو پلان تھا اللہ کا وہ اہ وہ ختم ہو جاتا</w:t>
      </w:r>
    </w:p>
    <w:p>
      <w:r>
        <w:rPr>
          <w:b/>
        </w:rPr>
        <w:t xml:space="preserve">[27:01] </w:t>
      </w:r>
      <w:r>
        <w:t>to phir aap ko maloom hai ke woh jo box tha woh pahuncha Firon ke darbar tak aur</w:t>
      </w:r>
    </w:p>
    <w:p>
      <w:pPr>
        <w:jc w:val="right"/>
      </w:pPr>
      <w:r>
        <w:t>تو پھر اپ کو معلوم ہے کہ وہ جو باکس تھا وہ پہنچا فرعون کے دربار تک اور</w:t>
      </w:r>
    </w:p>
    <w:p>
      <w:r>
        <w:rPr>
          <w:b/>
        </w:rPr>
        <w:t xml:space="preserve">[27:08] </w:t>
      </w:r>
      <w:r>
        <w:t>sari history aap ko pata hai to yeh jo efforts hain jo hum kar rahe hain digital ah</w:t>
      </w:r>
    </w:p>
    <w:p>
      <w:pPr>
        <w:jc w:val="right"/>
      </w:pPr>
      <w:r>
        <w:t>ساری ہسٹری اپ کو پتہ ہے تو یہ جو ایفرٹس ہیں جو ہم کر رہے ہیں ڈیجیٹل اہ</w:t>
      </w:r>
    </w:p>
    <w:p>
      <w:r>
        <w:rPr>
          <w:b/>
        </w:rPr>
        <w:t xml:space="preserve">[27:16] </w:t>
      </w:r>
      <w:r>
        <w:t>ah platforms pe darasal yeh jo internet hai yeh bhi aik darya hai yeh samandar hai balkay</w:t>
      </w:r>
    </w:p>
    <w:p>
      <w:pPr>
        <w:jc w:val="right"/>
      </w:pPr>
      <w:r>
        <w:t>اہ پلیٹ فارمز پہ دراصل یہ جو انٹرنیٹ ہے یہ بھی ایک دریا ہے یہ سمندر ہے بلکہ</w:t>
      </w:r>
    </w:p>
    <w:p>
      <w:r>
        <w:rPr>
          <w:b/>
        </w:rPr>
        <w:t xml:space="preserve">[27:22] </w:t>
      </w:r>
      <w:r>
        <w:t>aur koi bhi cheez jo aap ah internet ke zariye karte hain chahe aik video ho jaise yeh</w:t>
      </w:r>
    </w:p>
    <w:p>
      <w:pPr>
        <w:jc w:val="right"/>
      </w:pPr>
      <w:r>
        <w:t>اور کوئی بھی چیز جو اپ اہ انٹرنیٹ کے ذریعے کرتے ہیں چاہے ایک ویڈیو ہو جیسے یہ</w:t>
      </w:r>
    </w:p>
    <w:p>
      <w:r>
        <w:rPr>
          <w:b/>
        </w:rPr>
        <w:t xml:space="preserve">[27:31] </w:t>
      </w:r>
      <w:r>
        <w:t>meng hain aur suhaib waghera aik video daalte hain facebook pe ya koi audio hai ya koi</w:t>
      </w:r>
    </w:p>
    <w:p>
      <w:pPr>
        <w:jc w:val="right"/>
      </w:pPr>
      <w:r>
        <w:t>مینگ ہیں اور صہیب وغیرہ ایک ویڈیو ڈالتے ہیں فیس بک پہ یا کوئی اڈیو ہے یا کوئی</w:t>
      </w:r>
    </w:p>
    <w:p>
      <w:r>
        <w:rPr>
          <w:b/>
        </w:rPr>
        <w:t xml:space="preserve">[27:38] </w:t>
      </w:r>
      <w:r>
        <w:t>website hai ya koi app hai to</w:t>
      </w:r>
    </w:p>
    <w:p>
      <w:pPr>
        <w:jc w:val="right"/>
      </w:pPr>
      <w:r>
        <w:t>ویب سائٹ ہے یا کوئی ایپ ہے تو</w:t>
      </w:r>
    </w:p>
    <w:p>
      <w:r>
        <w:rPr>
          <w:b/>
        </w:rPr>
        <w:t xml:space="preserve">[27:40] </w:t>
      </w:r>
      <w:r>
        <w:t>yeh darasal aik drop hai is darya mein is samandar mein internet ke samandar mein to jaise Moosa</w:t>
      </w:r>
    </w:p>
    <w:p>
      <w:pPr>
        <w:jc w:val="right"/>
      </w:pPr>
      <w:r>
        <w:t>یہ دراصل ایک ڈراپ ہے اس دریا میں اس سمندر میں انٹرنیٹ کے سمندر میں تو جیسے موسی</w:t>
      </w:r>
    </w:p>
    <w:p>
      <w:r>
        <w:rPr>
          <w:b/>
        </w:rPr>
        <w:t xml:space="preserve">[27:48] </w:t>
      </w:r>
      <w:r>
        <w:t>aleh-is-slam ki maan ne apna effort kiya tha aur woh bachay ko darya mein dala tha isi</w:t>
      </w:r>
    </w:p>
    <w:p>
      <w:pPr>
        <w:jc w:val="right"/>
      </w:pPr>
      <w:r>
        <w:t>علیہ السلام کی ماں نے اپنا ایفرٹ کیا تھا اور وہ بچے کو دریا میں ڈالا تھا اسی</w:t>
      </w:r>
    </w:p>
    <w:p>
      <w:r>
        <w:rPr>
          <w:b/>
        </w:rPr>
        <w:t xml:space="preserve">[27:56] </w:t>
      </w:r>
      <w:r>
        <w:t>tareeqay se hamein bhi aik koshish karna hai ke hum bhi jo internet ka samandar hai us mein</w:t>
      </w:r>
    </w:p>
    <w:p>
      <w:pPr>
        <w:jc w:val="right"/>
      </w:pPr>
      <w:r>
        <w:t>طریقے سے ہمیں بھی ایک کوشش کرنا ہے کہ ہم بھی جو انٹرنیٹ کا سمندر ہے اس میں</w:t>
      </w:r>
    </w:p>
    <w:p>
      <w:r>
        <w:rPr>
          <w:b/>
        </w:rPr>
        <w:t xml:space="preserve">[28:02] </w:t>
      </w:r>
      <w:r>
        <w:t>cheezon ko daalein phir Allah taala ah jo seekers hain un tak un ko pohanchaye ga chounkay hamara</w:t>
      </w:r>
    </w:p>
    <w:p>
      <w:pPr>
        <w:jc w:val="right"/>
      </w:pPr>
      <w:r>
        <w:t>چیزوں کو ڈالیں پھر اللہ تعالی اہ جو سیکرز ہیں ان تک ان کو پہنچائے گا چونکہ ہمارا</w:t>
      </w:r>
    </w:p>
    <w:p>
      <w:r>
        <w:rPr>
          <w:b/>
        </w:rPr>
        <w:t xml:space="preserve">[28:10] </w:t>
      </w:r>
      <w:r>
        <w:t>hamara kaam bas yahin yahin tak hai ke hum cheezon ko available kar dein baqi Allah taala dil</w:t>
      </w:r>
    </w:p>
    <w:p>
      <w:pPr>
        <w:jc w:val="right"/>
      </w:pPr>
      <w:r>
        <w:t>ہمارا کام بس یہیں یہیں تک ہے کہ ہم چیزوں کو اویلیبل کر دیں باقی اللہ تعالی دل</w:t>
      </w:r>
    </w:p>
    <w:p>
      <w:r>
        <w:rPr>
          <w:b/>
        </w:rPr>
        <w:t xml:space="preserve">[28:15] </w:t>
      </w:r>
      <w:r>
        <w:t>mein daalne wala hai to yeh inshallah jo 27 translations ab tak complete ho gaye hain aur baqi</w:t>
      </w:r>
    </w:p>
    <w:p>
      <w:pPr>
        <w:jc w:val="right"/>
      </w:pPr>
      <w:r>
        <w:t>میں ڈالنے والا ہے تو یہ انشاءاللہ جو 27 ٹرانسلیشنز اب تک کمپلیٹ ہو گئے ہیں اور باقی</w:t>
      </w:r>
    </w:p>
    <w:p>
      <w:r>
        <w:rPr>
          <w:b/>
        </w:rPr>
        <w:t xml:space="preserve">[28:24] </w:t>
      </w:r>
      <w:r>
        <w:t>ah aur tarjmay</w:t>
      </w:r>
    </w:p>
    <w:p>
      <w:pPr>
        <w:jc w:val="right"/>
      </w:pPr>
      <w:r>
        <w:t>اہ اور ترجمے</w:t>
      </w:r>
    </w:p>
    <w:p>
      <w:r>
        <w:rPr>
          <w:b/>
        </w:rPr>
        <w:t xml:space="preserve">[28:26] </w:t>
      </w:r>
      <w:r>
        <w:t>bhi ah hain taqreeban sau ke qareeb tarjmay aa chukay hain hamare paas jis cheez pe kaam chal</w:t>
      </w:r>
    </w:p>
    <w:p>
      <w:pPr>
        <w:jc w:val="right"/>
      </w:pPr>
      <w:r>
        <w:t>بھی اہ ہیں تقریبا سو کے قریب ترجمے ا چکے ہیں ہمارے پاس جس چیز پہ کام چل</w:t>
      </w:r>
    </w:p>
    <w:p>
      <w:r>
        <w:rPr>
          <w:b/>
        </w:rPr>
        <w:t xml:space="preserve">[28:32] </w:t>
      </w:r>
      <w:r>
        <w:t>raha hai to inshallah next phase mein is website pe ah taqreeban sau translations ho jayenge</w:t>
      </w:r>
    </w:p>
    <w:p>
      <w:pPr>
        <w:jc w:val="right"/>
      </w:pPr>
      <w:r>
        <w:t>رہا ہے تو انشاءاللہ نیکسٹ فیز میں اس ویب سائٹ پہ اہ تقریبا سو ٹرانسلیشنز ہو جائیں گے</w:t>
      </w:r>
    </w:p>
    <w:p>
      <w:r>
        <w:rPr>
          <w:b/>
        </w:rPr>
        <w:t xml:space="preserve">[28:39] </w:t>
      </w:r>
      <w:r>
        <w:t>jis se taqreeban dunya ke sara sari jo major languages hain cover ho jayengi abhi bhi jo</w:t>
      </w:r>
    </w:p>
    <w:p>
      <w:pPr>
        <w:jc w:val="right"/>
      </w:pPr>
      <w:r>
        <w:t>جس سے تقریبا دنیا کے سارا ساری جو میجر لینگویجز ہیں کور ہو جائیں گی ابھی بھی جو</w:t>
      </w:r>
    </w:p>
    <w:p>
      <w:r>
        <w:rPr>
          <w:b/>
        </w:rPr>
        <w:t xml:space="preserve">[28:46] </w:t>
      </w:r>
      <w:r>
        <w:t>zubanein hain jaise abhi Kaleem sahib Brazil ke safar se aaye hain ah Brazil mein portuguese chalti hai</w:t>
      </w:r>
    </w:p>
    <w:p>
      <w:pPr>
        <w:jc w:val="right"/>
      </w:pPr>
      <w:r>
        <w:t>زبانیں ہیں جیسے ابھی کلیم صاحب برازیل کے سفر سے ائے ہیں اہ برازیل میں پرتگالیز چلتی ہے</w:t>
      </w:r>
    </w:p>
    <w:p>
      <w:r>
        <w:rPr>
          <w:b/>
        </w:rPr>
        <w:t xml:space="preserve">[28:54] </w:t>
      </w:r>
      <w:r>
        <w:t>aur Spanish chalti hai woh dono translations hamare paas maujood hain to is tareeqay se jo bari languages</w:t>
      </w:r>
    </w:p>
    <w:p>
      <w:pPr>
        <w:jc w:val="right"/>
      </w:pPr>
      <w:r>
        <w:t>اور اسپینش چلتی ہے وہ دونوں ٹرانسلیشنز ہمارے پاس موجود ہیں تو اس طریقے سے جو بڑی لینگویجز</w:t>
      </w:r>
    </w:p>
    <w:p>
      <w:r>
        <w:rPr>
          <w:b/>
        </w:rPr>
        <w:t xml:space="preserve">[29:01] </w:t>
      </w:r>
      <w:r>
        <w:t>hain major in mein kaam ho ho gaya hai baqi kuch zubanon mein kaam baqi hai yahan jo</w:t>
      </w:r>
    </w:p>
    <w:p>
      <w:pPr>
        <w:jc w:val="right"/>
      </w:pPr>
      <w:r>
        <w:t>ہیں میجر ان میں کام ہو ہو گیا ہے باقی کچھ زبانوں میں کام باقی ہے یہاں جو</w:t>
      </w:r>
    </w:p>
    <w:p>
      <w:r>
        <w:rPr>
          <w:b/>
        </w:rPr>
        <w:t xml:space="preserve">[29:06] </w:t>
      </w:r>
      <w:r>
        <w:t>India ki languages hain major is mein bhi saray kaam ho gaye hain abhi choti languages</w:t>
      </w:r>
    </w:p>
    <w:p>
      <w:pPr>
        <w:jc w:val="right"/>
      </w:pPr>
      <w:r>
        <w:t>انڈیا کی لینگویجز ہیں میجر اس میں بھی سارے کام ہو گئے ہیں ابھی چھوٹی لینگویجز</w:t>
      </w:r>
    </w:p>
    <w:p>
      <w:r>
        <w:rPr>
          <w:b/>
        </w:rPr>
        <w:t xml:space="preserve">[29:11] </w:t>
      </w:r>
      <w:r>
        <w:t>mein baqi hai to meri dua hai ke Allah taala is kaam ko qabool kare aur ajr azeem ata kare aur is kaam ke zariye Quran ke paighamon ko insanon tak pahunchaye taake un ko bhi hidayat mile aur woh bhi jannat ke rastay pe safar shuru karein apna aakhir دعوانا الحمدللہ رب العالمین</w:t>
      </w:r>
    </w:p>
    <w:p>
      <w:pPr>
        <w:jc w:val="right"/>
      </w:pPr>
      <w:r>
        <w:t>میں باقی ہے تو میری دعا ہے کہ اللہ تعالی اس کام کو قبول کرے اور اجر عظیم عطا کرے اور اس کام کے ذریعے قرآن کے پیغاموں کو انسانوں تک پہنچائے تاکہ ان کو بھی ہدایت ملے اور وہ بھی جنت کے راستے پہ سفر شروع کریں اپنا اخر دعوانا الحمدللہ رب العالمین</w:t>
      </w:r>
    </w:p>
    <w:p>
      <w:r>
        <w:rPr>
          <w:b/>
        </w:rPr>
        <w:t xml:space="preserve">[29:31] </w:t>
      </w:r>
      <w:r>
        <w:t>okay so this is the new website wwwcpsquran.com</w:t>
      </w:r>
    </w:p>
    <w:p>
      <w:pPr>
        <w:jc w:val="right"/>
      </w:pPr>
      <w:r>
        <w:t>اوکے سو دس از دی نیو ویب سائٹ wwwcpsquran.com</w:t>
      </w:r>
    </w:p>
    <w:p>
      <w:r>
        <w:rPr>
          <w:b/>
        </w:rPr>
        <w:t xml:space="preserve">[29:37] </w:t>
      </w:r>
      <w:r>
        <w:t>and you can see that ah so far about 26 languages</w:t>
      </w:r>
    </w:p>
    <w:p>
      <w:pPr>
        <w:jc w:val="right"/>
      </w:pPr>
      <w:r>
        <w:t>اینڈ یو کین سی دیٹ اہ سو فار اباؤٹ 26 لینگویجز</w:t>
      </w:r>
    </w:p>
    <w:p>
      <w:r>
        <w:rPr>
          <w:b/>
        </w:rPr>
        <w:t xml:space="preserve">[29:44] </w:t>
      </w:r>
      <w:r>
        <w:t>ah that good word has published is uploaded on the website and therefore it becomes very</w:t>
      </w:r>
    </w:p>
    <w:p>
      <w:pPr>
        <w:jc w:val="right"/>
      </w:pPr>
      <w:r>
        <w:t>اہ دیٹ گڈ ورڈ ہیز پبلشڈ از اپلوڈڈ ان دا ویب سائٹ اینڈ دیر فور اٹ بیکمز ویری</w:t>
      </w:r>
    </w:p>
    <w:p>
      <w:r>
        <w:rPr>
          <w:b/>
        </w:rPr>
        <w:t xml:space="preserve">[29:50] </w:t>
      </w:r>
      <w:r>
        <w:t>easy simple for all of us whether we are traveling outside our country or we are interacting</w:t>
      </w:r>
    </w:p>
    <w:p>
      <w:pPr>
        <w:jc w:val="right"/>
      </w:pPr>
      <w:r>
        <w:t>ایزی سمپل فار ال اف اس ویدر وی ار ٹریولنگ اؤٹ سائیڈ اور کنٹری اور وی ار انٹریکٹنگ</w:t>
      </w:r>
    </w:p>
    <w:p>
      <w:r>
        <w:rPr>
          <w:b/>
        </w:rPr>
        <w:t xml:space="preserve">[29:57] </w:t>
      </w:r>
      <w:r>
        <w:t>with people from different nationalities to download in split seconds the entire Quran and share it with</w:t>
      </w:r>
    </w:p>
    <w:p>
      <w:pPr>
        <w:jc w:val="right"/>
      </w:pPr>
      <w:r>
        <w:t>ود پیپل فرام ڈفرنٹ نیشنلٹیز ٹو ڈاؤن لوڈ ان سپلٹ سیکنڈز دی انٹائر قرآن اینڈ شیئر اٹ ود</w:t>
      </w:r>
    </w:p>
    <w:p>
      <w:r>
        <w:rPr>
          <w:b/>
        </w:rPr>
        <w:t xml:space="preserve">[30:07] </w:t>
      </w:r>
      <w:r>
        <w:t>the person ah who understands that language ah the other thing is that its more than you know</w:t>
      </w:r>
    </w:p>
    <w:p>
      <w:pPr>
        <w:jc w:val="right"/>
      </w:pPr>
      <w:r>
        <w:t>دی پرسن اہ ہو انڈرسٹینڈز دیٹ لینگویج اہ دی ادر تھنگ از دیٹ اٹس مور دین یو نو</w:t>
      </w:r>
    </w:p>
    <w:p>
      <w:r>
        <w:rPr>
          <w:b/>
        </w:rPr>
        <w:t xml:space="preserve">[30:13] </w:t>
      </w:r>
      <w:r>
        <w:t>the Quran website because it also offers</w:t>
      </w:r>
    </w:p>
    <w:p>
      <w:pPr>
        <w:jc w:val="right"/>
      </w:pPr>
      <w:r>
        <w:t>دی قرآن ویب سائٹ بیکاز اٹ السو افرز</w:t>
      </w:r>
    </w:p>
    <w:p>
      <w:r>
        <w:rPr>
          <w:b/>
        </w:rPr>
        <w:t xml:space="preserve">[30:16] </w:t>
      </w:r>
      <w:r>
        <w:t>adra features like an easy and instant access to the spirit of Islam website which you can</w:t>
      </w:r>
    </w:p>
    <w:p>
      <w:pPr>
        <w:jc w:val="right"/>
      </w:pPr>
      <w:r>
        <w:t>ادر فیچرز لائک این ایزی اینڈ انسٹنٹ ایکسس ٹو دا سپرٹ اف اسلام ویب سائٹ وچ یو کین</w:t>
      </w:r>
    </w:p>
    <w:p>
      <w:r>
        <w:rPr>
          <w:b/>
        </w:rPr>
        <w:t xml:space="preserve">[30:23] </w:t>
      </w:r>
      <w:r>
        <w:t>see at the bottom then it you can introduce CPS international while talking to that person</w:t>
      </w:r>
    </w:p>
    <w:p>
      <w:pPr>
        <w:jc w:val="right"/>
      </w:pPr>
      <w:r>
        <w:t>سی ایٹ دا باٹم دین اٹ یو کین انٹروڈیوس سی پی ایس انٹرنیشنل وائل ٹاکنگ ٹو دیٹ پرسن</w:t>
      </w:r>
    </w:p>
    <w:p>
      <w:r>
        <w:rPr>
          <w:b/>
        </w:rPr>
        <w:t xml:space="preserve">[30:30] </w:t>
      </w:r>
      <w:r>
        <w:t>ah while you are talking about Quran and he can have through this website instant access to</w:t>
      </w:r>
    </w:p>
    <w:p>
      <w:pPr>
        <w:jc w:val="right"/>
      </w:pPr>
      <w:r>
        <w:t>اہ وائل یو ار ٹاکنگ اباؤٹ قرآن اینڈ ہی کین ہیو تھرو دس ویب سائٹ انسٹنٹ ایکسس ٹو</w:t>
      </w:r>
    </w:p>
    <w:p>
      <w:r>
        <w:rPr>
          <w:b/>
        </w:rPr>
        <w:t xml:space="preserve">[30:36] </w:t>
      </w:r>
      <w:r>
        <w:t>our main CPS website Maulana Wahiduddin Khan Facebook page that link is also</w:t>
      </w:r>
    </w:p>
    <w:p>
      <w:pPr>
        <w:jc w:val="right"/>
      </w:pPr>
      <w:r>
        <w:t>اور مین سی پی ایس ویب سائٹ مولانا وحید الدین خان فیس بک پیج دیٹ لنک از السو</w:t>
      </w:r>
    </w:p>
    <w:p>
      <w:r>
        <w:rPr>
          <w:b/>
        </w:rPr>
        <w:t xml:space="preserve">[30:44] </w:t>
      </w:r>
      <w:r>
        <w:t>there so a person can easily get into the Facebook page see all the videos all the</w:t>
      </w:r>
    </w:p>
    <w:p>
      <w:pPr>
        <w:jc w:val="right"/>
      </w:pPr>
      <w:r>
        <w:t>دیر سو ا پرسن کین ایزیلی گیٹ انٹو دی فیس بک پیج سی ال دا ویڈیوز ال دی</w:t>
      </w:r>
    </w:p>
    <w:p>
      <w:r>
        <w:rPr>
          <w:b/>
        </w:rPr>
        <w:t xml:space="preserve">[30:52] </w:t>
      </w:r>
      <w:r>
        <w:t>Sunday talks and articles and all other information that is uploaded on the Facebook page and if</w:t>
      </w:r>
    </w:p>
    <w:p>
      <w:pPr>
        <w:jc w:val="right"/>
      </w:pPr>
      <w:r>
        <w:t>سنڈے ٹاکس اینڈ ارٹیکلز اینڈ ال ادر انفارمیشن دیٹ از اپلوڈڈ ان دا فیس بک پیج اینڈ اف</w:t>
      </w:r>
    </w:p>
    <w:p>
      <w:r>
        <w:rPr>
          <w:b/>
        </w:rPr>
        <w:t xml:space="preserve">[30:58] </w:t>
      </w:r>
      <w:r>
        <w:t>of course the vernacular websites which have been renamed</w:t>
      </w:r>
    </w:p>
    <w:p>
      <w:pPr>
        <w:jc w:val="right"/>
      </w:pPr>
      <w:r>
        <w:t>کورس دی ورنیکولر ویب سائٹس وچ ہیو بین رینیمڈ</w:t>
      </w:r>
    </w:p>
    <w:p>
      <w:r>
        <w:rPr>
          <w:b/>
        </w:rPr>
        <w:t xml:space="preserve">[31:02] </w:t>
      </w:r>
      <w:r>
        <w:t>as CPS Canada CPS Marathi CPS Tamil and CPS Malayalam</w:t>
      </w:r>
    </w:p>
    <w:p>
      <w:pPr>
        <w:jc w:val="right"/>
      </w:pPr>
      <w:r>
        <w:t>ایز سی پی ایس کینیڈا سی پی ایس مراٹھی سی پی ایس تمل اینڈ سی پی ایس ملیالم</w:t>
      </w:r>
    </w:p>
    <w:p>
      <w:r>
        <w:rPr>
          <w:b/>
        </w:rPr>
        <w:t xml:space="preserve">[31:07] </w:t>
      </w:r>
      <w:r>
        <w:t>So I show you it's very simple just look at you know the English translation which I just</w:t>
      </w:r>
    </w:p>
    <w:p>
      <w:pPr>
        <w:jc w:val="right"/>
      </w:pPr>
      <w:r>
        <w:t>سو ائی شو یو اٹس ویری سمپل جسٹ لوک ایٹ یو نو دا انگلش ٹرانسلیشن وچ ائی جسٹ</w:t>
      </w:r>
    </w:p>
    <w:p>
      <w:r>
        <w:rPr>
          <w:b/>
        </w:rPr>
        <w:t xml:space="preserve">[31:14] </w:t>
      </w:r>
      <w:r>
        <w:t>click and within split seconds you know the entire Quran comes before us and we can down</w:t>
      </w:r>
    </w:p>
    <w:p>
      <w:pPr>
        <w:jc w:val="right"/>
      </w:pPr>
      <w:r>
        <w:t>کلک اینڈ ود ان سپلٹ سیکنڈز یو نو دا انٹائر قرآن کمز بیفور اس اینڈ وی کین ڈاؤن</w:t>
      </w:r>
    </w:p>
    <w:p>
      <w:r>
        <w:rPr>
          <w:b/>
        </w:rPr>
        <w:t xml:space="preserve">[31:21] </w:t>
      </w:r>
      <w:r>
        <w:t>load and immediately share it with the person who understands that language. So it's a great effort by</w:t>
      </w:r>
    </w:p>
    <w:p>
      <w:pPr>
        <w:jc w:val="right"/>
      </w:pPr>
      <w:r>
        <w:t>لوڈ اینڈ امیڈیٹلی شیئر اٹ ود دی پرسن ہو انڈرسٹینڈز دیٹ لینگویج سو اٹس ا گریٹ ایفرٹ بائے</w:t>
      </w:r>
    </w:p>
    <w:p>
      <w:r>
        <w:rPr>
          <w:b/>
        </w:rPr>
        <w:t xml:space="preserve">[31:29] </w:t>
      </w:r>
      <w:r>
        <w:t>CPS Bangalore team and we pray for the entire team who has made this possible for</w:t>
      </w:r>
    </w:p>
    <w:p>
      <w:pPr>
        <w:jc w:val="right"/>
      </w:pPr>
      <w:r>
        <w:t>سی پی ایس بینگلور ٹیم اینڈ وی پری فار دی انٹائر ٹیم ہو ہیز میڈ دس پوسیبل فار</w:t>
      </w:r>
    </w:p>
    <w:p>
      <w:r>
        <w:rPr>
          <w:b/>
        </w:rPr>
        <w:t xml:space="preserve">[31:36] </w:t>
      </w:r>
      <w:r>
        <w:t>us to have all the Quran at one place and as Dr. Saniya Hasnain Khan mentioned this well</w:t>
      </w:r>
    </w:p>
    <w:p>
      <w:pPr>
        <w:jc w:val="right"/>
      </w:pPr>
      <w:r>
        <w:t>اس ٹو ہیو ال دی قرآن ایٹ ون پلیس اینڈ ایز ڈاکٹر ثانیہ حسنین خان مینشن دس ویل</w:t>
      </w:r>
    </w:p>
    <w:p>
      <w:r>
        <w:rPr>
          <w:b/>
        </w:rPr>
        <w:t xml:space="preserve">[31:43] </w:t>
      </w:r>
      <w:r>
        <w:t>soon slowly reach up to about hundred translations</w:t>
      </w:r>
    </w:p>
    <w:p>
      <w:pPr>
        <w:jc w:val="right"/>
      </w:pPr>
      <w:r>
        <w:t>سون سلولی ریچ اپ ٹو اباؤٹ ہنڈرڈ ٹرانسلیشنز</w:t>
      </w:r>
    </w:p>
    <w:p>
      <w:r>
        <w:rPr>
          <w:b/>
        </w:rPr>
        <w:t xml:space="preserve">[31:47] </w:t>
      </w:r>
      <w:r>
        <w:t>which will come cover entire globe inshallah so we will now resume the session okay we have with</w:t>
      </w:r>
    </w:p>
    <w:p>
      <w:pPr>
        <w:jc w:val="right"/>
      </w:pPr>
      <w:r>
        <w:t>وچ ویل کم کور انٹائر گلوب انشاءاللہ سو وی ویل ناو ریزیوم دا سیشن اوکے وی ہیو ود</w:t>
      </w:r>
    </w:p>
    <w:p>
      <w:r>
        <w:rPr>
          <w:b/>
        </w:rPr>
        <w:t xml:space="preserve">[31:56] </w:t>
      </w:r>
      <w:r>
        <w:t>us as I mentioned Khwaja Kaleemuddin sahib from Pennsylvania USA and we also know Khwaja</w:t>
      </w:r>
    </w:p>
    <w:p>
      <w:pPr>
        <w:jc w:val="right"/>
      </w:pPr>
      <w:r>
        <w:t>اس ایز ائی مینشن خواجہ کلیم الدین صاحب فرام پینسلوینیا یو ایس اے اینڈ وی ال نو خواجہ</w:t>
      </w:r>
    </w:p>
    <w:p>
      <w:r>
        <w:rPr>
          <w:b/>
        </w:rPr>
        <w:t xml:space="preserve">[32:05] </w:t>
      </w:r>
      <w:r>
        <w:t>Kaleemuddin sahib we all love him he is a very big pillar of CPS International and</w:t>
      </w:r>
    </w:p>
    <w:p>
      <w:pPr>
        <w:jc w:val="right"/>
      </w:pPr>
      <w:r>
        <w:t>کلیم الدین صاحب وی ال لو ہم ہیز ا ویری بگ پلر اف سی پی ایس انٹرنیشنل اینڈ</w:t>
      </w:r>
    </w:p>
    <w:p>
      <w:r>
        <w:rPr>
          <w:b/>
        </w:rPr>
        <w:t xml:space="preserve">[32:13] </w:t>
      </w:r>
      <w:r>
        <w:t>he has been traveling a lot he has traveled to many places to Canada to Brazil to Mexico and several</w:t>
      </w:r>
    </w:p>
    <w:p>
      <w:pPr>
        <w:jc w:val="right"/>
      </w:pPr>
      <w:r>
        <w:t>ہیز بین ٹریولنگ ا لاٹ ہیز ٹریول ٹو مینی پلیسز ٹو کینیڈا ٹو برازیل ٹو میکسیکو اینڈ سیورل</w:t>
      </w:r>
    </w:p>
    <w:p>
      <w:r>
        <w:rPr>
          <w:b/>
        </w:rPr>
        <w:t xml:space="preserve">[32:20] </w:t>
      </w:r>
      <w:r>
        <w:t>other places and Dr. Saniya Hasnain Khan rightly calls him the Ibn Battuta of CPS International</w:t>
      </w:r>
    </w:p>
    <w:p>
      <w:pPr>
        <w:jc w:val="right"/>
      </w:pPr>
      <w:r>
        <w:t>ادر پلیسز اینڈ ڈاکٹر ثانیہ حسنین خان رائٹلی کالز ہم دی ابن بٹوٹا اف سی پی ایس انٹرنیشنل</w:t>
      </w:r>
    </w:p>
    <w:p>
      <w:r>
        <w:rPr>
          <w:b/>
        </w:rPr>
        <w:t xml:space="preserve">[32:27] </w:t>
      </w:r>
      <w:r>
        <w:t>and he brings to all of us many interesting experiences so</w:t>
      </w:r>
    </w:p>
    <w:p>
      <w:pPr>
        <w:jc w:val="right"/>
      </w:pPr>
      <w:r>
        <w:t>اینڈ ہیز ہی برنگز ٹو ال اف اس مینی انٹرسٹنگ ایکسپیرینسز سو</w:t>
      </w:r>
    </w:p>
    <w:p>
      <w:r>
        <w:rPr>
          <w:b/>
        </w:rPr>
        <w:t xml:space="preserve">[32:33] </w:t>
      </w:r>
      <w:r>
        <w:t>I will request Khwaja Kaleemuddin sahib to come here and share some of his dawah experiences about his journey</w:t>
      </w:r>
    </w:p>
    <w:p>
      <w:pPr>
        <w:jc w:val="right"/>
      </w:pPr>
      <w:r>
        <w:t>ائی ویل ریکویسٹ خواجہ کلیم الدین صاحب ٹو کم ہیر اینڈ شیئر سم اف ہز دعوی ایکسپیرینسز اباؤٹ ہز جرنی</w:t>
      </w:r>
    </w:p>
    <w:p>
      <w:r>
        <w:rPr>
          <w:b/>
        </w:rPr>
        <w:t xml:space="preserve">[32:41] </w:t>
      </w:r>
      <w:r>
        <w:t>Assalamu Alaikum Bismillah Rahman Rahim</w:t>
      </w:r>
    </w:p>
    <w:p>
      <w:pPr>
        <w:jc w:val="right"/>
      </w:pPr>
      <w:r>
        <w:t>السلام علیکم بسم اللہ الرحمن الرحیم</w:t>
      </w:r>
    </w:p>
    <w:p>
      <w:r>
        <w:rPr>
          <w:b/>
        </w:rPr>
        <w:t xml:space="preserve">[32:46] </w:t>
      </w:r>
      <w:r>
        <w:t>wa salallahu ala nabiyil kareem</w:t>
      </w:r>
    </w:p>
    <w:p>
      <w:pPr>
        <w:jc w:val="right"/>
      </w:pPr>
      <w:r>
        <w:t>و صلی اللہ علی النبی الکریم</w:t>
      </w:r>
    </w:p>
    <w:p>
      <w:r>
        <w:rPr>
          <w:b/>
        </w:rPr>
        <w:t xml:space="preserve">[32:50] </w:t>
      </w:r>
      <w:r>
        <w:t>ah Rajat has</w:t>
      </w:r>
    </w:p>
    <w:p>
      <w:pPr>
        <w:jc w:val="right"/>
      </w:pPr>
      <w:r>
        <w:t>اہ رجت ہیز</w:t>
      </w:r>
    </w:p>
    <w:p>
      <w:r>
        <w:rPr>
          <w:b/>
        </w:rPr>
        <w:t xml:space="preserve">[32:54] </w:t>
      </w:r>
      <w:r>
        <w:t>termed me that I am the strongest pillar but I feel myself the weakest</w:t>
      </w:r>
    </w:p>
    <w:p>
      <w:pPr>
        <w:jc w:val="right"/>
      </w:pPr>
      <w:r>
        <w:t>ٹرمڈ می دیٹ ائی ایم دا سٹرانگسٹ پلر بٹ ائی فیل مائی سیلف دا ویکسٹ</w:t>
      </w:r>
    </w:p>
    <w:p>
      <w:r>
        <w:rPr>
          <w:b/>
        </w:rPr>
        <w:t xml:space="preserve">[33:02] </w:t>
      </w:r>
      <w:r>
        <w:t>ah but with the inspiration of ah</w:t>
      </w:r>
    </w:p>
    <w:p>
      <w:pPr>
        <w:jc w:val="right"/>
      </w:pPr>
      <w:r>
        <w:t>اہ بٹ ود دی انسپیریشن اف اہ</w:t>
      </w:r>
    </w:p>
    <w:p>
      <w:r>
        <w:rPr>
          <w:b/>
        </w:rPr>
        <w:t xml:space="preserve">[33:07] </w:t>
      </w:r>
      <w:r>
        <w:t>Maulana mission ah we all feel ah strong ah</w:t>
      </w:r>
    </w:p>
    <w:p>
      <w:pPr>
        <w:jc w:val="right"/>
      </w:pPr>
      <w:r>
        <w:t>مولانا مشن اہ وی ال فیل اہ سٹرونگ اہ</w:t>
      </w:r>
    </w:p>
    <w:p>
      <w:r>
        <w:rPr>
          <w:b/>
        </w:rPr>
        <w:t xml:space="preserve">[33:16] </w:t>
      </w:r>
      <w:r>
        <w:t>so first of all I will speak ah little bit about the mission and then my experiences</w:t>
      </w:r>
    </w:p>
    <w:p>
      <w:pPr>
        <w:jc w:val="right"/>
      </w:pPr>
      <w:r>
        <w:t>سو فرسٹ اف ال ائی ویل سپیک اہ لٹل بٹ اباؤٹ دا مشن اینڈ دین مائی ایکسپیرینسز</w:t>
      </w:r>
    </w:p>
    <w:p>
      <w:r>
        <w:rPr>
          <w:b/>
        </w:rPr>
        <w:t xml:space="preserve">[33:24] </w:t>
      </w:r>
      <w:r>
        <w:t>ah as</w:t>
      </w:r>
    </w:p>
    <w:p>
      <w:pPr>
        <w:jc w:val="right"/>
      </w:pPr>
      <w:r>
        <w:t>اہ ایز</w:t>
      </w:r>
    </w:p>
    <w:p>
      <w:r>
        <w:rPr>
          <w:b/>
        </w:rPr>
        <w:t xml:space="preserve">[33:27] </w:t>
      </w:r>
      <w:r>
        <w:t>you all know that this mission has started not</w:t>
      </w:r>
    </w:p>
    <w:p>
      <w:pPr>
        <w:jc w:val="right"/>
      </w:pPr>
      <w:r>
        <w:t>یو ال نو دیٹ دس مشن از ہیز سٹارٹڈ ناٹ</w:t>
      </w:r>
    </w:p>
    <w:p>
      <w:r>
        <w:rPr>
          <w:b/>
        </w:rPr>
        <w:t xml:space="preserve">[33:35] </w:t>
      </w:r>
      <w:r>
        <w:t>di vid di reaction to any thing like you see so many missions in the world they</w:t>
      </w:r>
    </w:p>
    <w:p>
      <w:pPr>
        <w:jc w:val="right"/>
      </w:pPr>
      <w:r>
        <w:t>دی ود دی ری ایکشن ٹو اینی تھنگ لائک یو سی سو مینی مشنز ان دا ورلڈ دے</w:t>
      </w:r>
    </w:p>
    <w:p>
      <w:r>
        <w:rPr>
          <w:b/>
        </w:rPr>
        <w:t xml:space="preserve">[33:43] </w:t>
      </w:r>
      <w:r>
        <w:t>ar they were started in reaction to sum</w:t>
      </w:r>
    </w:p>
    <w:p>
      <w:pPr>
        <w:jc w:val="right"/>
      </w:pPr>
      <w:r>
        <w:t>ار دے ورسٹارٹڈ ان ری ایکشن ٹو سم</w:t>
      </w:r>
    </w:p>
    <w:p>
      <w:r>
        <w:rPr>
          <w:b/>
        </w:rPr>
        <w:t xml:space="preserve">[33:51] </w:t>
      </w:r>
      <w:r>
        <w:t>incidents and then they grew into missions but Maulana mission or CPS mission is not in</w:t>
      </w:r>
    </w:p>
    <w:p>
      <w:pPr>
        <w:jc w:val="right"/>
      </w:pPr>
      <w:r>
        <w:t>انسیڈنٹس اینڈ دین دے گرو انٹو مشنز بٹ مولانا مشن اور سی پی ایس مشن از ناٹ ان</w:t>
      </w:r>
    </w:p>
    <w:p>
      <w:r>
        <w:rPr>
          <w:b/>
        </w:rPr>
        <w:t xml:space="preserve">[34:01] </w:t>
      </w:r>
      <w:r>
        <w:t>reaction to any worldly incidents</w:t>
      </w:r>
    </w:p>
    <w:p>
      <w:pPr>
        <w:jc w:val="right"/>
      </w:pPr>
      <w:r>
        <w:t>ری ایکشن ٹو اینی ورلڈلی انسیڈنٹس</w:t>
      </w:r>
    </w:p>
    <w:p>
      <w:r>
        <w:rPr>
          <w:b/>
        </w:rPr>
        <w:t xml:space="preserve">[34:04] </w:t>
      </w:r>
      <w:r>
        <w:t>it is only with the inspiration and with the marifa of Allah subhanahu wa ta'ala that is quite</w:t>
      </w:r>
    </w:p>
    <w:p>
      <w:pPr>
        <w:jc w:val="right"/>
      </w:pPr>
      <w:r>
        <w:t>اٹ از اونلی ود دی انسپیریشن اینڈ ود دا معرفہ اف اللہ سبحانہ و تعالی دیٹ از کوائٹ</w:t>
      </w:r>
    </w:p>
    <w:p>
      <w:r>
        <w:rPr>
          <w:b/>
        </w:rPr>
        <w:t xml:space="preserve">[34:12] </w:t>
      </w:r>
      <w:r>
        <w:t>clear in Maulana</w:t>
      </w:r>
    </w:p>
    <w:p>
      <w:pPr>
        <w:jc w:val="right"/>
      </w:pPr>
      <w:r>
        <w:t>کلیئر ان مولانا</w:t>
      </w:r>
    </w:p>
    <w:p>
      <w:r>
        <w:rPr>
          <w:b/>
        </w:rPr>
        <w:t xml:space="preserve">[34:16] </w:t>
      </w:r>
      <w:r>
        <w:t>200 books one who goes through</w:t>
      </w:r>
    </w:p>
    <w:p>
      <w:pPr>
        <w:jc w:val="right"/>
      </w:pPr>
      <w:r>
        <w:t>200 بکس ون ہو گوز تھرو</w:t>
      </w:r>
    </w:p>
    <w:p>
      <w:r>
        <w:rPr>
          <w:b/>
        </w:rPr>
        <w:t xml:space="preserve">[34:20] </w:t>
      </w:r>
      <w:r>
        <w:t>Maulana</w:t>
      </w:r>
    </w:p>
    <w:p>
      <w:pPr>
        <w:jc w:val="right"/>
      </w:pPr>
      <w:r>
        <w:t>مولانا</w:t>
      </w:r>
    </w:p>
    <w:p>
      <w:r>
        <w:rPr>
          <w:b/>
        </w:rPr>
        <w:t xml:space="preserve">[34:21] </w:t>
      </w:r>
      <w:r>
        <w:t>literature one will be knowing his thought or his</w:t>
      </w:r>
    </w:p>
    <w:p>
      <w:pPr>
        <w:jc w:val="right"/>
      </w:pPr>
      <w:r>
        <w:t>لٹریچر ون ویل بی نوئنگ ہز تھاٹ اور ہز</w:t>
      </w:r>
    </w:p>
    <w:p>
      <w:r>
        <w:rPr>
          <w:b/>
        </w:rPr>
        <w:t xml:space="preserve">[34:31] </w:t>
      </w:r>
      <w:r>
        <w:t>mission it is divine mission</w:t>
      </w:r>
    </w:p>
    <w:p>
      <w:pPr>
        <w:jc w:val="right"/>
      </w:pPr>
      <w:r>
        <w:t>مشن اٹ از ڈیوائن مشن</w:t>
      </w:r>
    </w:p>
    <w:p>
      <w:r>
        <w:rPr>
          <w:b/>
        </w:rPr>
        <w:t xml:space="preserve">[34:35] </w:t>
      </w:r>
      <w:r>
        <w:t>godly mission when I came across with it</w:t>
      </w:r>
    </w:p>
    <w:p>
      <w:pPr>
        <w:jc w:val="right"/>
      </w:pPr>
      <w:r>
        <w:t>گاڈلی مشن وین ائی کیم اکراس ود اٹ</w:t>
      </w:r>
    </w:p>
    <w:p>
      <w:r>
        <w:rPr>
          <w:b/>
        </w:rPr>
        <w:t xml:space="preserve">[34:42] </w:t>
      </w:r>
      <w:r>
        <w:t>of course I am not an</w:t>
      </w:r>
    </w:p>
    <w:p>
      <w:pPr>
        <w:jc w:val="right"/>
      </w:pPr>
      <w:r>
        <w:t>اف کورس ائی ایم ناٹ این</w:t>
      </w:r>
    </w:p>
    <w:p>
      <w:r>
        <w:rPr>
          <w:b/>
        </w:rPr>
        <w:t xml:space="preserve">[34:44] </w:t>
      </w:r>
      <w:r>
        <w:t>intelligent person or any I was a simple man from a small village</w:t>
      </w:r>
    </w:p>
    <w:p>
      <w:pPr>
        <w:jc w:val="right"/>
      </w:pPr>
      <w:r>
        <w:t>انٹیلیجنٹ پرسن اور اینی ائی واز ا سمپل مین فرام اے سمال ولیج</w:t>
      </w:r>
    </w:p>
    <w:p>
      <w:r>
        <w:rPr>
          <w:b/>
        </w:rPr>
        <w:t xml:space="preserve">[34:52] </w:t>
      </w:r>
      <w:r>
        <w:t>When I came across in 1976, when I started reading it, it slowly affected me and it slowly</w:t>
      </w:r>
    </w:p>
    <w:p>
      <w:pPr>
        <w:jc w:val="right"/>
      </w:pPr>
      <w:r>
        <w:t>وین ائی کیم اکراس ان 1976 وین ائی سٹارٹڈ ریڈنگ اٹ اٹ سلولی افیکٹڈ می اینڈ اٹ سلولی</w:t>
      </w:r>
    </w:p>
    <w:p>
      <w:r>
        <w:rPr>
          <w:b/>
        </w:rPr>
        <w:t xml:space="preserve">[35:01] </w:t>
      </w:r>
      <w:r>
        <w:t>and I think it seems as the experience with everyone that</w:t>
      </w:r>
    </w:p>
    <w:p>
      <w:pPr>
        <w:jc w:val="right"/>
      </w:pPr>
      <w:r>
        <w:t>اینڈ ائی تھنک اٹ سیم از دا ایکسپیرینس ود ایوری ون دیٹ</w:t>
      </w:r>
    </w:p>
    <w:p>
      <w:r>
        <w:rPr>
          <w:b/>
        </w:rPr>
        <w:t xml:space="preserve">[35:10] </w:t>
      </w:r>
      <w:r>
        <w:t>you don't start with a being as you see with members of other missions and</w:t>
      </w:r>
    </w:p>
    <w:p>
      <w:pPr>
        <w:jc w:val="right"/>
      </w:pPr>
      <w:r>
        <w:t>یو ڈونٹ سٹارٹ ود ا بینگ ایز یو سی ود ممبرز اف ادر مشنز اینڈ</w:t>
      </w:r>
    </w:p>
    <w:p>
      <w:r>
        <w:rPr>
          <w:b/>
        </w:rPr>
        <w:t xml:space="preserve">[35:16] </w:t>
      </w:r>
      <w:r>
        <w:t>they see get overwhelmed by a high profile speaker and then you start and then you calm down</w:t>
      </w:r>
    </w:p>
    <w:p>
      <w:pPr>
        <w:jc w:val="right"/>
      </w:pPr>
      <w:r>
        <w:t>دے سی گیٹ اوورویلم بائی ا ہائی پروفائل سپیکر اینڈ دین یو سٹارٹ اینڈ دین یو کام ڈاؤن</w:t>
      </w:r>
    </w:p>
    <w:p>
      <w:r>
        <w:rPr>
          <w:b/>
        </w:rPr>
        <w:t xml:space="preserve">[35:24] </w:t>
      </w:r>
      <w:r>
        <w:t>so this has this this doesn't happen with the members of CPS here once they get</w:t>
      </w:r>
    </w:p>
    <w:p>
      <w:pPr>
        <w:jc w:val="right"/>
      </w:pPr>
      <w:r>
        <w:t>سو دس ہیز دس دس ڈزنٹ ہیپن ود دی ممبرز اف سی پی ایس ہیر ونس دے گیٹ</w:t>
      </w:r>
    </w:p>
    <w:p>
      <w:r>
        <w:rPr>
          <w:b/>
        </w:rPr>
        <w:t xml:space="preserve">[35:33] </w:t>
      </w:r>
      <w:r>
        <w:t>into it and they gradually grow into it they gradually become universal da'is and this much is true</w:t>
      </w:r>
    </w:p>
    <w:p>
      <w:pPr>
        <w:jc w:val="right"/>
      </w:pPr>
      <w:r>
        <w:t>انٹو اٹ اینڈ دے گریجولی گرو انٹو اٹ دے گریجولی بیکم یونیورسل دائیز اینڈ دس مچ از ٹرو</w:t>
      </w:r>
    </w:p>
    <w:p>
      <w:r>
        <w:rPr>
          <w:b/>
        </w:rPr>
        <w:t xml:space="preserve">[35:45] </w:t>
      </w:r>
      <w:r>
        <w:t>and you can study any</w:t>
      </w:r>
    </w:p>
    <w:p>
      <w:pPr>
        <w:jc w:val="right"/>
      </w:pPr>
      <w:r>
        <w:t>اینڈ یو کین سٹڈی اینی</w:t>
      </w:r>
    </w:p>
    <w:p>
      <w:r>
        <w:rPr>
          <w:b/>
        </w:rPr>
        <w:t xml:space="preserve">[35:50] </w:t>
      </w:r>
      <w:r>
        <w:t>CPS members life that they got into it and then they grow in different ways and I am seeing here in within this Delhi unit</w:t>
      </w:r>
    </w:p>
    <w:p>
      <w:pPr>
        <w:jc w:val="right"/>
      </w:pPr>
      <w:r>
        <w:t>سی پی ایس ممبرز لائف دیٹ دے گاٹ انٹو اٹ اینڈ دین دے گرو ان ڈفرنٹ ویز اینڈ ائی ایم سینگ ہیر ان ود ان دس ڈیلھی یونٹ</w:t>
      </w:r>
    </w:p>
    <w:p>
      <w:r>
        <w:rPr>
          <w:b/>
        </w:rPr>
        <w:t xml:space="preserve">[36:08] </w:t>
      </w:r>
      <w:r>
        <w:t>following the Rasul Allah tradition</w:t>
      </w:r>
    </w:p>
    <w:p>
      <w:pPr>
        <w:jc w:val="right"/>
      </w:pPr>
      <w:r>
        <w:t>فالونگ دی رسول اللہ ٹریڈیشن</w:t>
      </w:r>
    </w:p>
    <w:p>
      <w:r>
        <w:rPr>
          <w:b/>
        </w:rPr>
        <w:t xml:space="preserve">[36:14] </w:t>
      </w:r>
      <w:r>
        <w:t>as Felicity said that the nursery of heroes were created there and same tradition is being</w:t>
      </w:r>
    </w:p>
    <w:p>
      <w:pPr>
        <w:jc w:val="right"/>
      </w:pPr>
      <w:r>
        <w:t>ایز فیلیپٹی سیڈ دیٹ دی نرسری اف ہیروز وار کریٹڈ دیر اینڈ سیم ٹریڈیشن از بینگ</w:t>
      </w:r>
    </w:p>
    <w:p>
      <w:r>
        <w:rPr>
          <w:b/>
        </w:rPr>
        <w:t xml:space="preserve">[36:26] </w:t>
      </w:r>
      <w:r>
        <w:t>revived here that people are growing in different ways and in Delhi I am seeing the CP</w:t>
      </w:r>
    </w:p>
    <w:p>
      <w:pPr>
        <w:jc w:val="right"/>
      </w:pPr>
      <w:r>
        <w:t>ریوائیوڈ ہیر دیٹ پیپل ار گروئنگ ان ڈفرنٹ ویز اینڈ ان ڈیلھی ائی ایم سینگ دی سی پی</w:t>
      </w:r>
    </w:p>
    <w:p>
      <w:r>
        <w:rPr>
          <w:b/>
        </w:rPr>
        <w:t xml:space="preserve">[36:35] </w:t>
      </w:r>
      <w:r>
        <w:t>S members getting PhDs so we have a basket of PhDs here Alhamdulillah</w:t>
      </w:r>
    </w:p>
    <w:p>
      <w:pPr>
        <w:jc w:val="right"/>
      </w:pPr>
      <w:r>
        <w:t>ایس ممبرز گیٹنگ پی ایچ ڈیز سو وی ہیو ا باسکٹ اف پی ایچ ڈیز ہیر الحمدللہ</w:t>
      </w:r>
    </w:p>
    <w:p>
      <w:r>
        <w:rPr>
          <w:b/>
        </w:rPr>
        <w:t xml:space="preserve">[36:42] </w:t>
      </w:r>
      <w:r>
        <w:t>its Allah mercy</w:t>
      </w:r>
    </w:p>
    <w:p>
      <w:pPr>
        <w:jc w:val="right"/>
      </w:pPr>
      <w:r>
        <w:t>اٹس اللہ مرسی</w:t>
      </w:r>
    </w:p>
    <w:p>
      <w:r>
        <w:rPr>
          <w:b/>
        </w:rPr>
        <w:t xml:space="preserve">[36:46] </w:t>
      </w:r>
      <w:r>
        <w:t>and Maulana inspiration</w:t>
      </w:r>
    </w:p>
    <w:p>
      <w:pPr>
        <w:jc w:val="right"/>
      </w:pPr>
      <w:r>
        <w:t>اینڈ مولانا انسپیریشن</w:t>
      </w:r>
    </w:p>
    <w:p>
      <w:r>
        <w:rPr>
          <w:b/>
        </w:rPr>
        <w:t xml:space="preserve">[36:56] </w:t>
      </w:r>
      <w:r>
        <w:t>with the same call Maulana you know gave I mean inspired all of us to do the dawah he have to mention three books dawah Haq Islami dawah and dawah Islam there are three major books of of you read them one will not</w:t>
      </w:r>
    </w:p>
    <w:p>
      <w:pPr>
        <w:jc w:val="right"/>
      </w:pPr>
      <w:r>
        <w:t>ود دی سیم کال مولانا یو نو گیو ائی مین انسپائر ال اف اس ٹو ڈو داور ہی ہیو ٹو مینشن تھری بکس دعوت حق اسلامی دعوت اینڈ دعوت اسلام دیر ار تھری میجر بکس اف اف یو ریڈ دیم ون ویل ناٹ</w:t>
      </w:r>
    </w:p>
    <w:p>
      <w:r>
        <w:rPr>
          <w:b/>
        </w:rPr>
        <w:t xml:space="preserve">[37:26] </w:t>
      </w:r>
      <w:r>
        <w:t>rest without being a da'i as Quranic ayats and the hadith read here al-amin and other and then Hajjat al-wada Prophet Muhammad Sallallahu Alaihi Wasallam said in Allah</w:t>
      </w:r>
    </w:p>
    <w:p>
      <w:pPr>
        <w:jc w:val="right"/>
      </w:pPr>
      <w:r>
        <w:t>ریسٹ وداؤٹ بینگ اے دائی ایز قرانک ایات اینڈ دی حدیث ریڈ ہیر العالمین اینڈ ادر اینڈ دین حجۃ الوداع پرافٹ محمد صلی اللہ علیہ وسلم سیڈ ان اللہ</w:t>
      </w:r>
    </w:p>
    <w:p>
      <w:r>
        <w:rPr>
          <w:b/>
        </w:rPr>
        <w:t xml:space="preserve">[37:55] </w:t>
      </w:r>
      <w:r>
        <w:t>kaft al-nas with this</w:t>
      </w:r>
    </w:p>
    <w:p>
      <w:pPr>
        <w:jc w:val="right"/>
      </w:pPr>
      <w:r>
        <w:t>کافت الناسی ود دس</w:t>
      </w:r>
    </w:p>
    <w:p>
      <w:r>
        <w:rPr>
          <w:b/>
        </w:rPr>
        <w:t xml:space="preserve">[37:57] </w:t>
      </w:r>
      <w:r>
        <w:t>advice sahaba went through all over the world and they spread Islam and</w:t>
      </w:r>
    </w:p>
    <w:p>
      <w:pPr>
        <w:jc w:val="right"/>
      </w:pPr>
      <w:r>
        <w:t>ایڈوائس صحابہ وینٹ تھرو ال اوور دا ورلڈ اینڈ دے سپریڈ اسلام اینڈ</w:t>
      </w:r>
    </w:p>
    <w:p>
      <w:r>
        <w:rPr>
          <w:b/>
        </w:rPr>
        <w:t xml:space="preserve">[38:06] </w:t>
      </w:r>
      <w:r>
        <w:t>now that the same tradition Maulana has revived and Quran has been translated in year 2009 and the</w:t>
      </w:r>
    </w:p>
    <w:p>
      <w:pPr>
        <w:jc w:val="right"/>
      </w:pPr>
      <w:r>
        <w:t>ناو دیٹ دی سیم ٹریڈیشن مولانا ہیز ریوائیوڈ اینڈ قرآن ہیز بین ٹرانسلیٹڈ ان ایئر 2009 اینڈ دا</w:t>
      </w:r>
    </w:p>
    <w:p>
      <w:r>
        <w:rPr>
          <w:b/>
        </w:rPr>
        <w:t xml:space="preserve">[38:17] </w:t>
      </w:r>
      <w:r>
        <w:t>first Quran conference was held in 2010</w:t>
      </w:r>
    </w:p>
    <w:p>
      <w:pPr>
        <w:jc w:val="right"/>
      </w:pPr>
      <w:r>
        <w:t>فرسٹ قرآن کانفرنس واز ہیلڈ ان 2010</w:t>
      </w:r>
    </w:p>
    <w:p>
      <w:r>
        <w:rPr>
          <w:b/>
        </w:rPr>
        <w:t xml:space="preserve">[38:21] </w:t>
      </w:r>
      <w:r>
        <w:t>at the time Maulana gave a call that this the message of Quran must go into each and</w:t>
      </w:r>
    </w:p>
    <w:p>
      <w:pPr>
        <w:jc w:val="right"/>
      </w:pPr>
      <w:r>
        <w:t>ایٹ دا ٹائم مولانا گیو ا کال دیٹ دس دا میسج اف قرآن مسٹ گو انٹو ایچ اینڈ</w:t>
      </w:r>
    </w:p>
    <w:p>
      <w:r>
        <w:rPr>
          <w:b/>
        </w:rPr>
        <w:t xml:space="preserve">[38:29] </w:t>
      </w:r>
      <w:r>
        <w:t>every house because the time is right now the</w:t>
      </w:r>
    </w:p>
    <w:p>
      <w:pPr>
        <w:jc w:val="right"/>
      </w:pPr>
      <w:r>
        <w:t>ایوری ہاؤس بیکاز دا ٹائم از رائٹ ناو دی</w:t>
      </w:r>
    </w:p>
    <w:p>
      <w:r>
        <w:rPr>
          <w:b/>
        </w:rPr>
        <w:t xml:space="preserve">[38:35] </w:t>
      </w:r>
      <w:r>
        <w:t>when these advices Quranic and ahadith advices were there</w:t>
      </w:r>
    </w:p>
    <w:p>
      <w:pPr>
        <w:jc w:val="right"/>
      </w:pPr>
      <w:r>
        <w:t>وین دیز ایڈوائسز قرانک اینڈ احادیث ایڈوائسز وار دیر</w:t>
      </w:r>
    </w:p>
    <w:p>
      <w:r>
        <w:rPr>
          <w:b/>
        </w:rPr>
        <w:t xml:space="preserve">[38:40] </w:t>
      </w:r>
      <w:r>
        <w:t>that that time even though</w:t>
      </w:r>
    </w:p>
    <w:p>
      <w:pPr>
        <w:jc w:val="right"/>
      </w:pPr>
      <w:r>
        <w:t>دیٹ دیٹ ٹائم ایون دو</w:t>
      </w:r>
    </w:p>
    <w:p>
      <w:r>
        <w:rPr>
          <w:b/>
        </w:rPr>
        <w:t xml:space="preserve">[38:45] </w:t>
      </w:r>
      <w:r>
        <w:t>resources were not there they worked hard and then a new age</w:t>
      </w:r>
    </w:p>
    <w:p>
      <w:pPr>
        <w:jc w:val="right"/>
      </w:pPr>
      <w:r>
        <w:t>ریسورسز وار ناٹ دیر دے ورک ہارڈ اینڈ دین ا نیو ایج</w:t>
      </w:r>
    </w:p>
    <w:p>
      <w:r>
        <w:rPr>
          <w:b/>
        </w:rPr>
        <w:t xml:space="preserve">[38:52] </w:t>
      </w:r>
      <w:r>
        <w:t>came in and now we have all the tools Maulana said and it should be spread so each</w:t>
      </w:r>
    </w:p>
    <w:p>
      <w:pPr>
        <w:jc w:val="right"/>
      </w:pPr>
      <w:r>
        <w:t>کیم ان اینڈ ناو وی ہیو ال دا ٹولز مولانا سیڈ اینڈ اٹ شوڈ بی سپریڈ سو ایچ</w:t>
      </w:r>
    </w:p>
    <w:p>
      <w:r>
        <w:rPr>
          <w:b/>
        </w:rPr>
        <w:t xml:space="preserve">[38:59] </w:t>
      </w:r>
      <w:r>
        <w:t>one of us was trying in their own level how this can be done and now the Quran</w:t>
      </w:r>
    </w:p>
    <w:p>
      <w:pPr>
        <w:jc w:val="right"/>
      </w:pPr>
      <w:r>
        <w:t>ون اف اس وار ٹرائنگ ان دیر اون لیول ہاؤ دس کین بی ڈن اینڈ ناو دی قرآن</w:t>
      </w:r>
    </w:p>
    <w:p>
      <w:r>
        <w:rPr>
          <w:b/>
        </w:rPr>
        <w:t xml:space="preserve">[39:08] </w:t>
      </w:r>
      <w:r>
        <w:t>conference second one was held in I think 2015</w:t>
      </w:r>
    </w:p>
    <w:p>
      <w:pPr>
        <w:jc w:val="right"/>
      </w:pPr>
      <w:r>
        <w:t>کانفرنس سیکنڈ ون واز ہیلڈ ان ائی تھنک 2015</w:t>
      </w:r>
    </w:p>
    <w:p>
      <w:r>
        <w:rPr>
          <w:b/>
        </w:rPr>
        <w:t xml:space="preserve">[39:12] </w:t>
      </w:r>
      <w:r>
        <w:t>and then the recent conference is the witness that how much progress was done and when that days</w:t>
      </w:r>
    </w:p>
    <w:p>
      <w:pPr>
        <w:jc w:val="right"/>
      </w:pPr>
      <w:r>
        <w:t>اینڈ دین دا ریسنٹ کانفرنس از دا وٹنس دیٹ ہاؤ مچ پروگریس واز ڈن اینڈ وین دیٹ ڈیز</w:t>
      </w:r>
    </w:p>
    <w:p>
      <w:r>
        <w:rPr>
          <w:b/>
        </w:rPr>
        <w:t xml:space="preserve">[39:22] </w:t>
      </w:r>
      <w:r>
        <w:t>I mean that conference still in the face</w:t>
      </w:r>
    </w:p>
    <w:p>
      <w:pPr>
        <w:jc w:val="right"/>
      </w:pPr>
      <w:r>
        <w:t>ائی مین دیٹ کانفرنس اسٹل ان دی فیس</w:t>
      </w:r>
    </w:p>
    <w:p>
      <w:r>
        <w:rPr>
          <w:b/>
        </w:rPr>
        <w:t xml:space="preserve">[39:25] </w:t>
      </w:r>
      <w:r>
        <w:t>book of it is of one watches realizes that each one one is working hard and with that same inspiration myself also</w:t>
      </w:r>
    </w:p>
    <w:p>
      <w:pPr>
        <w:jc w:val="right"/>
      </w:pPr>
      <w:r>
        <w:t>بک اف اٹ از اف ون واچز ریلائزز دیٹ ایچ ون ون از ورکنگ ہارڈ اینڈ ود دیٹ سیم انسپیریشن مائی سیلف السو</w:t>
      </w:r>
    </w:p>
    <w:p>
      <w:r>
        <w:rPr>
          <w:b/>
        </w:rPr>
        <w:t xml:space="preserve">[39:45] </w:t>
      </w:r>
      <w:r>
        <w:t>doing the work I I mean it came to my mind that when these so many translations are there then they should be taken to so few years back I</w:t>
      </w:r>
    </w:p>
    <w:p>
      <w:pPr>
        <w:jc w:val="right"/>
      </w:pPr>
      <w:r>
        <w:t>ڈوئنگ دا ورک ائی ائی مین اٹ کیم ٹو مائی مائنڈ دیٹ وین دیز سو مینی ٹرانسلیشنز ار دیر دین دے شوڈ بی ٹیکن ٹو سو فیو ایئرز بیک ائی</w:t>
      </w:r>
    </w:p>
    <w:p>
      <w:r>
        <w:rPr>
          <w:b/>
        </w:rPr>
        <w:t xml:space="preserve">[40:06] </w:t>
      </w:r>
      <w:r>
        <w:t>came to know lady in</w:t>
      </w:r>
    </w:p>
    <w:p>
      <w:pPr>
        <w:jc w:val="right"/>
      </w:pPr>
      <w:r>
        <w:t>کیم ٹو نو لیڈی ان</w:t>
      </w:r>
    </w:p>
    <w:p>
      <w:r>
        <w:rPr>
          <w:b/>
        </w:rPr>
        <w:t xml:space="preserve">[40:12] </w:t>
      </w:r>
      <w:r>
        <w:t>Brazil her name is sister Salma</w:t>
      </w:r>
    </w:p>
    <w:p>
      <w:pPr>
        <w:jc w:val="right"/>
      </w:pPr>
      <w:r>
        <w:t>برازیل ہر نیم از سسٹر سلمہ</w:t>
      </w:r>
    </w:p>
    <w:p>
      <w:r>
        <w:rPr>
          <w:b/>
        </w:rPr>
        <w:t xml:space="preserve">[40:18] </w:t>
      </w:r>
      <w:r>
        <w:t>one Pakistani CPS member had mentioned it to me that she works harder in dawah and</w:t>
      </w:r>
    </w:p>
    <w:p>
      <w:pPr>
        <w:jc w:val="right"/>
      </w:pPr>
      <w:r>
        <w:t>ون پاکستانی سی پی ایس ممبر ہیڈ مینشنڈ اٹ ٹو می دیٹ شی ورکس ہارڈر ان داور اینڈ</w:t>
      </w:r>
    </w:p>
    <w:p>
      <w:r>
        <w:rPr>
          <w:b/>
        </w:rPr>
        <w:t xml:space="preserve">[40:28] </w:t>
      </w:r>
      <w:r>
        <w:t>at the time the persis translation from CPS</w:t>
      </w:r>
    </w:p>
    <w:p>
      <w:pPr>
        <w:jc w:val="right"/>
      </w:pPr>
      <w:r>
        <w:t>ایٹ دی ٹائم دا پرسگیز ٹرانسلیشن فرام سی پی ایس</w:t>
      </w:r>
    </w:p>
    <w:p>
      <w:r>
        <w:rPr>
          <w:b/>
        </w:rPr>
        <w:t xml:space="preserve">[40:34] </w:t>
      </w:r>
      <w:r>
        <w:t>also was published so it came to my mind that this Quran must be sent to her and</w:t>
      </w:r>
    </w:p>
    <w:p>
      <w:pPr>
        <w:jc w:val="right"/>
      </w:pPr>
      <w:r>
        <w:t>السو واز پبلشڈ سو اٹ کیم ٹو مائی مائنڈ دیٹ دس قرآن مسٹ بی سینڈ ٹو ہر اینڈ</w:t>
      </w:r>
    </w:p>
    <w:p>
      <w:r>
        <w:rPr>
          <w:b/>
        </w:rPr>
        <w:t xml:space="preserve">[40:41] </w:t>
      </w:r>
      <w:r>
        <w:t>then I must visit that place and with that inspiration now I have an inspiration or idea of</w:t>
      </w:r>
    </w:p>
    <w:p>
      <w:pPr>
        <w:jc w:val="right"/>
      </w:pPr>
      <w:r>
        <w:t>دین ائی مسٹ وزٹ دیٹ پلیس اینڈ ود دیٹ انسپیریشن ناو ائی ہیو ان انسپیریشن اور ائیڈیا اف</w:t>
      </w:r>
    </w:p>
    <w:p>
      <w:r>
        <w:rPr>
          <w:b/>
        </w:rPr>
        <w:t xml:space="preserve">[40:51] </w:t>
      </w:r>
      <w:r>
        <w:t>going</w:t>
      </w:r>
    </w:p>
    <w:p>
      <w:pPr>
        <w:jc w:val="right"/>
      </w:pPr>
      <w:r>
        <w:t>گوئنگ</w:t>
      </w:r>
    </w:p>
    <w:p>
      <w:r>
        <w:rPr>
          <w:b/>
        </w:rPr>
        <w:t xml:space="preserve">[40:52] </w:t>
      </w:r>
      <w:r>
        <w:t>to various countries because by going personally over there you will know that what are the chances and</w:t>
      </w:r>
    </w:p>
    <w:p>
      <w:pPr>
        <w:jc w:val="right"/>
      </w:pPr>
      <w:r>
        <w:t>ٹو ویریس کنٹریز بیکاز بائی گوئنگ پرسنلی اوور دیر یو ویل نو دیٹ واٹ ار دا چانسز اینڈ</w:t>
      </w:r>
    </w:p>
    <w:p>
      <w:r>
        <w:rPr>
          <w:b/>
        </w:rPr>
        <w:t xml:space="preserve">[41:02] </w:t>
      </w:r>
      <w:r>
        <w:t>how we can take this Quran to</w:t>
      </w:r>
    </w:p>
    <w:p>
      <w:pPr>
        <w:jc w:val="right"/>
      </w:pPr>
      <w:r>
        <w:t>ہاؤ وی کین ٹیک دس قرآن ٹو</w:t>
      </w:r>
    </w:p>
    <w:p>
      <w:r>
        <w:rPr>
          <w:b/>
        </w:rPr>
        <w:t xml:space="preserve">[41:06] </w:t>
      </w:r>
      <w:r>
        <w:t>different people and in the ways we can come across so my first visit</w:t>
      </w:r>
    </w:p>
    <w:p>
      <w:pPr>
        <w:jc w:val="right"/>
      </w:pPr>
      <w:r>
        <w:t>ڈفرنٹ پیپل اینڈ ان دا ویز وی کین کم اکراس سو مائی فرسٹ وزٹ</w:t>
      </w:r>
    </w:p>
    <w:p>
      <w:r>
        <w:rPr>
          <w:b/>
        </w:rPr>
        <w:t xml:space="preserve">[41:16] </w:t>
      </w:r>
      <w:r>
        <w:t>happened in last year itself December and I went there and</w:t>
      </w:r>
    </w:p>
    <w:p>
      <w:pPr>
        <w:jc w:val="right"/>
      </w:pPr>
      <w:r>
        <w:t>ہیپنڈ ان لاسٹ ایئر اٹ سیلف دسمبر اینڈ ائی وین دیر اینڈ</w:t>
      </w:r>
    </w:p>
    <w:p>
      <w:r>
        <w:rPr>
          <w:b/>
        </w:rPr>
        <w:t xml:space="preserve">[41:24] </w:t>
      </w:r>
      <w:r>
        <w:t>I felt, you know, amazed that how much people are waiting for</w:t>
      </w:r>
    </w:p>
    <w:p>
      <w:pPr>
        <w:jc w:val="right"/>
      </w:pPr>
      <w:r>
        <w:t>ائی فیلٹ یو نو امیز دیٹ ہاؤ مچ پیپل ار ویٹنگ فور</w:t>
      </w:r>
    </w:p>
    <w:p>
      <w:r>
        <w:rPr>
          <w:b/>
        </w:rPr>
        <w:t xml:space="preserve">[41:31] </w:t>
      </w:r>
      <w:r>
        <w:t>the Quran</w:t>
      </w:r>
    </w:p>
    <w:p>
      <w:pPr>
        <w:jc w:val="right"/>
      </w:pPr>
      <w:r>
        <w:t>دا قرآن</w:t>
      </w:r>
    </w:p>
    <w:p>
      <w:r>
        <w:rPr>
          <w:b/>
        </w:rPr>
        <w:t xml:space="preserve">[41:35] </w:t>
      </w:r>
      <w:r>
        <w:t>everyone they were</w:t>
      </w:r>
    </w:p>
    <w:p>
      <w:pPr>
        <w:jc w:val="right"/>
      </w:pPr>
      <w:r>
        <w:t>ایوری ون دے وار</w:t>
      </w:r>
    </w:p>
    <w:p>
      <w:r>
        <w:rPr>
          <w:b/>
        </w:rPr>
        <w:t xml:space="preserve">[41:39] </w:t>
      </w:r>
      <w:r>
        <w:t>So happy you will see from their faces that I am we are waiting for this Quran you</w:t>
      </w:r>
    </w:p>
    <w:p>
      <w:pPr>
        <w:jc w:val="right"/>
      </w:pPr>
      <w:r>
        <w:t>سو ہیپی یو ویل سی فرام دیر فیسز دیٹ ائی ایم وی ار ویٹنگ فور دس قرآن یو</w:t>
      </w:r>
    </w:p>
    <w:p>
      <w:r>
        <w:rPr>
          <w:b/>
        </w:rPr>
        <w:t xml:space="preserve">[41:46] </w:t>
      </w:r>
      <w:r>
        <w:t>Now we want to know more about Islam and especially Persians, people are so nice.</w:t>
      </w:r>
    </w:p>
    <w:p>
      <w:pPr>
        <w:jc w:val="right"/>
      </w:pPr>
      <w:r>
        <w:t>نو وی وانٹ ٹو نو مور اباؤٹ اسلام اینڈ اسپیشلی پرسگیز پیپل ار سو نائس</w:t>
      </w:r>
    </w:p>
    <w:p>
      <w:r>
        <w:rPr>
          <w:b/>
        </w:rPr>
        <w:t xml:space="preserve">[41:53] </w:t>
      </w:r>
      <w:r>
        <w:t>The immediately when they see Quran you will see the happiness in their faces immediately they said I</w:t>
      </w:r>
    </w:p>
    <w:p>
      <w:pPr>
        <w:jc w:val="right"/>
      </w:pPr>
      <w:r>
        <w:t>دے امیڈیٹلی وین دے سی قرآن یو ویل سی دا ہیپینس ان دیر فیسز امیڈیٹلی دے سیڈ ائی</w:t>
      </w:r>
    </w:p>
    <w:p>
      <w:r>
        <w:rPr>
          <w:b/>
        </w:rPr>
        <w:t xml:space="preserve">[42:01] </w:t>
      </w:r>
      <w:r>
        <w:t>have been, you know, looking for, you know, precise translation. I want to read and know what it</w:t>
      </w:r>
    </w:p>
    <w:p>
      <w:pPr>
        <w:jc w:val="right"/>
      </w:pPr>
      <w:r>
        <w:t>ہیو بین یو نو لوکنگ فور یو نو پرسگیز ٹرانسلیشن ائی وانٹ ٹو ریڈ اینڈ نو واٹ اٹ</w:t>
      </w:r>
    </w:p>
    <w:p>
      <w:r>
        <w:rPr>
          <w:b/>
        </w:rPr>
        <w:t xml:space="preserve">[42:09] </w:t>
      </w:r>
      <w:r>
        <w:t>as so now then I decided to I mean with the help of the group over there mostly</w:t>
      </w:r>
    </w:p>
    <w:p>
      <w:pPr>
        <w:jc w:val="right"/>
      </w:pPr>
      <w:r>
        <w:t>از سو ناو دین ائی ڈیسائیڈڈ ٹو ائی مین ود دا ہیلپ اف دا گروپ اوور دیر موسٹلی</w:t>
      </w:r>
    </w:p>
    <w:p>
      <w:r>
        <w:rPr>
          <w:b/>
        </w:rPr>
        <w:t xml:space="preserve">[42:21] </w:t>
      </w:r>
      <w:r>
        <w:t>Many women are there and they and one more special thing of Brazil</w:t>
      </w:r>
    </w:p>
    <w:p>
      <w:pPr>
        <w:jc w:val="right"/>
      </w:pPr>
      <w:r>
        <w:t>مینی وومن ار دیر اینڈ دے اینڈ ون مور سپیشل تھنگ اف برازیل</w:t>
      </w:r>
    </w:p>
    <w:p>
      <w:r>
        <w:rPr>
          <w:b/>
        </w:rPr>
        <w:t xml:space="preserve">[42:30] </w:t>
      </w:r>
      <w:r>
        <w:t>Brazilians, as Brazilian women, are very active.</w:t>
      </w:r>
    </w:p>
    <w:p>
      <w:pPr>
        <w:jc w:val="right"/>
      </w:pPr>
      <w:r>
        <w:t>برازیلینز از برازیلین وومن ار ویری ایکٹیو</w:t>
      </w:r>
    </w:p>
    <w:p>
      <w:r>
        <w:rPr>
          <w:b/>
        </w:rPr>
        <w:t xml:space="preserve">[42:35] </w:t>
      </w:r>
      <w:r>
        <w:t>they have a special</w:t>
      </w:r>
    </w:p>
    <w:p>
      <w:pPr>
        <w:jc w:val="right"/>
      </w:pPr>
      <w:r>
        <w:t>دے ہیو اے سپیشل</w:t>
      </w:r>
    </w:p>
    <w:p>
      <w:r>
        <w:rPr>
          <w:b/>
        </w:rPr>
        <w:t xml:space="preserve">[42:38] </w:t>
      </w:r>
      <w:r>
        <w:t>talent in worldly and as well as once they come into this area also they do very hard</w:t>
      </w:r>
    </w:p>
    <w:p>
      <w:pPr>
        <w:jc w:val="right"/>
      </w:pPr>
      <w:r>
        <w:t>ٹیلنٹ ان ورلڈلی اینڈ ایز ویل ایز ونس دے کم انٹو دس ایریا السو دے ڈو ویری ہارڈ</w:t>
      </w:r>
    </w:p>
    <w:p>
      <w:r>
        <w:rPr>
          <w:b/>
        </w:rPr>
        <w:t xml:space="preserve">[42:46] </w:t>
      </w:r>
      <w:r>
        <w:t>work and they have established a Facebook through which many</w:t>
      </w:r>
    </w:p>
    <w:p>
      <w:pPr>
        <w:jc w:val="right"/>
      </w:pPr>
      <w:r>
        <w:t>ورک اینڈ دے ہیو اسٹیبلش اے فیس بک تھرو وچ مینی</w:t>
      </w:r>
    </w:p>
    <w:p>
      <w:r>
        <w:rPr>
          <w:b/>
        </w:rPr>
        <w:t xml:space="preserve">[42:55] </w:t>
      </w:r>
      <w:r>
        <w:t>Brazilians they make contacts and then online over</w:t>
      </w:r>
    </w:p>
    <w:p>
      <w:pPr>
        <w:jc w:val="right"/>
      </w:pPr>
      <w:r>
        <w:t>برازیلینز دے میک کانٹیکٹس اینڈ دین ان لائن اوور</w:t>
      </w:r>
    </w:p>
    <w:p>
      <w:r>
        <w:rPr>
          <w:b/>
        </w:rPr>
        <w:t xml:space="preserve">[43:04] </w:t>
      </w:r>
      <w:r>
        <w:t>People found their way, they gave their shahadah. You know, that is another amazing feature of Brazil that</w:t>
      </w:r>
    </w:p>
    <w:p>
      <w:pPr>
        <w:jc w:val="right"/>
      </w:pPr>
      <w:r>
        <w:t>پیپلز فون دیر دے گیو دیر شہادت دے یو نو دیٹ از انادر امیزنگ فیچر اف برازیل دیٹ</w:t>
      </w:r>
    </w:p>
    <w:p>
      <w:r>
        <w:rPr>
          <w:b/>
        </w:rPr>
        <w:t xml:space="preserve">[43:15] </w:t>
      </w:r>
      <w:r>
        <w:t>People read it then they get convinced and a number of people they gave their shahadat online</w:t>
      </w:r>
    </w:p>
    <w:p>
      <w:pPr>
        <w:jc w:val="right"/>
      </w:pPr>
      <w:r>
        <w:t>پیپل ریڈ اٹ دین دے گیٹ کنونسڈ اینڈ ا نمبر اف پیپل دے گیو دیر شہادت ان لائن</w:t>
      </w:r>
    </w:p>
    <w:p>
      <w:r>
        <w:rPr>
          <w:b/>
        </w:rPr>
        <w:t xml:space="preserve">[43:26] </w:t>
      </w:r>
      <w:r>
        <w:t>and they redirect them ask them to go to the local mosque for further</w:t>
      </w:r>
    </w:p>
    <w:p>
      <w:pPr>
        <w:jc w:val="right"/>
      </w:pPr>
      <w:r>
        <w:t>اینڈ دے ری ڈائریکٹ دیم اسک دیم ٹو گو ٹو دا لوکل ماسک فور فردر</w:t>
      </w:r>
    </w:p>
    <w:p>
      <w:r>
        <w:rPr>
          <w:b/>
        </w:rPr>
        <w:t xml:space="preserve">[43:33] </w:t>
      </w:r>
      <w:r>
        <w:t>practice of Islam so in that connection</w:t>
      </w:r>
    </w:p>
    <w:p>
      <w:pPr>
        <w:jc w:val="right"/>
      </w:pPr>
      <w:r>
        <w:t>پریکٹس اف اسلام سو ان دیٹ کنیکشن</w:t>
      </w:r>
    </w:p>
    <w:p>
      <w:r>
        <w:rPr>
          <w:b/>
        </w:rPr>
        <w:t xml:space="preserve">[43:39] </w:t>
      </w:r>
      <w:r>
        <w:t>I, you know, for the distribution of Quran, Dr. Saniya Husnain Khan</w:t>
      </w:r>
    </w:p>
    <w:p>
      <w:pPr>
        <w:jc w:val="right"/>
      </w:pPr>
      <w:r>
        <w:t>ائی یو نو فار دا ڈسٹریبیوشن اف قرآن ڈاکٹر ثانیہ حسنین خان</w:t>
      </w:r>
    </w:p>
    <w:p>
      <w:r>
        <w:rPr>
          <w:b/>
        </w:rPr>
        <w:t xml:space="preserve">[43:46] </w:t>
      </w:r>
      <w:r>
        <w:t>wud hiz help so far we have</w:t>
      </w:r>
    </w:p>
    <w:p>
      <w:pPr>
        <w:jc w:val="right"/>
      </w:pPr>
      <w:r>
        <w:t>ود ہز ہیلپ سو فار وی ہیو</w:t>
      </w:r>
    </w:p>
    <w:p>
      <w:r>
        <w:rPr>
          <w:b/>
        </w:rPr>
        <w:t xml:space="preserve">[43:51] </w:t>
      </w:r>
      <w:r>
        <w:t>shipt</w:t>
      </w:r>
    </w:p>
    <w:p>
      <w:pPr>
        <w:jc w:val="right"/>
      </w:pPr>
      <w:r>
        <w:t>شپٹ</w:t>
      </w:r>
    </w:p>
    <w:p>
      <w:r>
        <w:rPr>
          <w:b/>
        </w:rPr>
        <w:t xml:space="preserve">[43:52] </w:t>
      </w:r>
      <w:r>
        <w:t>20 tha copies of</w:t>
      </w:r>
    </w:p>
    <w:p>
      <w:pPr>
        <w:jc w:val="right"/>
      </w:pPr>
      <w:r>
        <w:t>20 تھا کاپیز اف</w:t>
      </w:r>
    </w:p>
    <w:p>
      <w:r>
        <w:rPr>
          <w:b/>
        </w:rPr>
        <w:t xml:space="preserve">[43:56] </w:t>
      </w:r>
      <w:r>
        <w:t>persgiz quran plus 5000</w:t>
      </w:r>
    </w:p>
    <w:p>
      <w:pPr>
        <w:jc w:val="right"/>
      </w:pPr>
      <w:r>
        <w:t>پرسگیز قرآن پلس 5000</w:t>
      </w:r>
    </w:p>
    <w:p>
      <w:r>
        <w:rPr>
          <w:b/>
        </w:rPr>
        <w:t xml:space="preserve">[43:59] </w:t>
      </w:r>
      <w:r>
        <w:t>Spanish. So because you know I have an idea. I</w:t>
      </w:r>
    </w:p>
    <w:p>
      <w:pPr>
        <w:jc w:val="right"/>
      </w:pPr>
      <w:r>
        <w:t>سپینش سو بیکاز یو نو ائی ہیو این ائیڈیا ائی</w:t>
      </w:r>
    </w:p>
    <w:p>
      <w:r>
        <w:rPr>
          <w:b/>
        </w:rPr>
        <w:t xml:space="preserve">[44:08] </w:t>
      </w:r>
      <w:r>
        <w:t>live in America in both continents. So I thought that it should be not only Portuguese but the</w:t>
      </w:r>
    </w:p>
    <w:p>
      <w:pPr>
        <w:jc w:val="right"/>
      </w:pPr>
      <w:r>
        <w:t>لیو ان امریکہ ان بوتھ کانٹیننٹس سو ائی تھاٹ دیٹ اٹ شوڈ بی ناٹ اونلی پرسگیز بٹ دا</w:t>
      </w:r>
    </w:p>
    <w:p>
      <w:r>
        <w:rPr>
          <w:b/>
        </w:rPr>
        <w:t xml:space="preserve">[44:16] </w:t>
      </w:r>
      <w:r>
        <w:t>hol of america must be covered</w:t>
      </w:r>
    </w:p>
    <w:p>
      <w:pPr>
        <w:jc w:val="right"/>
      </w:pPr>
      <w:r>
        <w:t>ہول اف امریکہ مسٹ بی کورڈ</w:t>
      </w:r>
    </w:p>
    <w:p>
      <w:r>
        <w:rPr>
          <w:b/>
        </w:rPr>
        <w:t xml:space="preserve">[44:22] </w:t>
      </w:r>
      <w:r>
        <w:t>They not only America but Portuguese countries. These Portuguese countries are called Lusophone.</w:t>
      </w:r>
    </w:p>
    <w:p>
      <w:pPr>
        <w:jc w:val="right"/>
      </w:pPr>
      <w:r>
        <w:t>دی ناٹ اونلی امریکہ بٹ پرسگیز کنٹریز دیس پرسگیز کنٹریز ار کالڈ لوسوفون</w:t>
      </w:r>
    </w:p>
    <w:p>
      <w:r>
        <w:rPr>
          <w:b/>
        </w:rPr>
        <w:t xml:space="preserve">[44:31] </w:t>
      </w:r>
      <w:r>
        <w:t>countries there are seven countries</w:t>
      </w:r>
    </w:p>
    <w:p>
      <w:pPr>
        <w:jc w:val="right"/>
      </w:pPr>
      <w:r>
        <w:t>کنٹریز دیر ار سیون کنٹریز</w:t>
      </w:r>
    </w:p>
    <w:p>
      <w:r>
        <w:rPr>
          <w:b/>
        </w:rPr>
        <w:t xml:space="preserve">[44:36] </w:t>
      </w:r>
      <w:r>
        <w:t>These Brazil is the largest and then Mozambique and Angola</w:t>
      </w:r>
    </w:p>
    <w:p>
      <w:pPr>
        <w:jc w:val="right"/>
      </w:pPr>
      <w:r>
        <w:t>دیز برازیل از دا لارجسٹ اینڈ دین موزامبیک اینڈ انگولا</w:t>
      </w:r>
    </w:p>
    <w:p>
      <w:r>
        <w:rPr>
          <w:b/>
        </w:rPr>
        <w:t xml:space="preserve">[44:42] </w:t>
      </w:r>
      <w:r>
        <w:t>and other four small countries are there. Likewise, South America is a</w:t>
      </w:r>
    </w:p>
    <w:p>
      <w:pPr>
        <w:jc w:val="right"/>
      </w:pPr>
      <w:r>
        <w:t>اینڈ ادر فور سمال کنٹریز ار دیر لائک وائز ساؤتھ امریکہ از اے</w:t>
      </w:r>
    </w:p>
    <w:p>
      <w:r>
        <w:rPr>
          <w:b/>
        </w:rPr>
        <w:t xml:space="preserve">[44:49] </w:t>
      </w:r>
      <w:r>
        <w:t>latin or spanish speaking country</w:t>
      </w:r>
    </w:p>
    <w:p>
      <w:pPr>
        <w:jc w:val="right"/>
      </w:pPr>
      <w:r>
        <w:t>لاطن اور سپینش سپیکنگ کنٹری</w:t>
      </w:r>
    </w:p>
    <w:p>
      <w:r>
        <w:rPr>
          <w:b/>
        </w:rPr>
        <w:t xml:space="preserve">[44:54] </w:t>
      </w:r>
      <w:r>
        <w:t>that is called</w:t>
      </w:r>
    </w:p>
    <w:p>
      <w:pPr>
        <w:jc w:val="right"/>
      </w:pPr>
      <w:r>
        <w:t>دیٹ از کالڈ</w:t>
      </w:r>
    </w:p>
    <w:p>
      <w:r>
        <w:rPr>
          <w:b/>
        </w:rPr>
        <w:t xml:space="preserve">[44:57] </w:t>
      </w:r>
      <w:r>
        <w:t>ہسپانوفون کنٹریز you know, world is divided into</w:t>
      </w:r>
    </w:p>
    <w:p>
      <w:pPr>
        <w:jc w:val="right"/>
      </w:pPr>
      <w:r>
        <w:t>ہسپانوفون کنٹریز یو نو ورلڈ از ڈیوائیڈڈ انٹو</w:t>
      </w:r>
    </w:p>
    <w:p>
      <w:r>
        <w:rPr>
          <w:b/>
        </w:rPr>
        <w:t xml:space="preserve">[45:01] </w:t>
      </w:r>
      <w:r>
        <w:t>five major languages francophone</w:t>
      </w:r>
    </w:p>
    <w:p>
      <w:pPr>
        <w:jc w:val="right"/>
      </w:pPr>
      <w:r>
        <w:t>فائیو میجر لینگویجز فرینکوفون</w:t>
      </w:r>
    </w:p>
    <w:p>
      <w:r>
        <w:rPr>
          <w:b/>
        </w:rPr>
        <w:t xml:space="preserve">[45:08] </w:t>
      </w:r>
      <w:r>
        <w:t>anglo</w:t>
      </w:r>
    </w:p>
    <w:p>
      <w:pPr>
        <w:jc w:val="right"/>
      </w:pPr>
      <w:r>
        <w:t>اینگلو</w:t>
      </w:r>
    </w:p>
    <w:p>
      <w:r>
        <w:rPr>
          <w:b/>
        </w:rPr>
        <w:t xml:space="preserve">[45:08] </w:t>
      </w:r>
      <w:r>
        <w:t>fon</w:t>
      </w:r>
    </w:p>
    <w:p>
      <w:pPr>
        <w:jc w:val="right"/>
      </w:pPr>
      <w:r>
        <w:t>فون</w:t>
      </w:r>
    </w:p>
    <w:p>
      <w:r>
        <w:rPr>
          <w:b/>
        </w:rPr>
        <w:t xml:space="preserve">[45:12] </w:t>
      </w:r>
      <w:r>
        <w:t>lusophone which is portuguese and sinophone which is chinese language so alhamdulillah in all of des languages we have the translations i mean all des four major like spanish for hispanophone</w:t>
      </w:r>
    </w:p>
    <w:p>
      <w:pPr>
        <w:jc w:val="right"/>
      </w:pPr>
      <w:r>
        <w:t>لوسوفون وچ از پرسگیز اینڈ سائنوفون وچ از چائنیز لینگویج سو الحمدللہ ان ال اف دیز لینگویجز وی ہیو دا ٹرانسلیشنز ائی مین ال دیز فور میجر لائک سپینش فور ہسپانوفون</w:t>
      </w:r>
    </w:p>
    <w:p>
      <w:r>
        <w:rPr>
          <w:b/>
        </w:rPr>
        <w:t xml:space="preserve">[45:38] </w:t>
      </w:r>
      <w:r>
        <w:t>speaking countries so</w:t>
      </w:r>
    </w:p>
    <w:p>
      <w:pPr>
        <w:jc w:val="right"/>
      </w:pPr>
      <w:r>
        <w:t>سپیکنگ کنٹریز سو</w:t>
      </w:r>
    </w:p>
    <w:p>
      <w:r>
        <w:rPr>
          <w:b/>
        </w:rPr>
        <w:t xml:space="preserve">[45:46] </w:t>
      </w:r>
      <w:r>
        <w:t>in brazil i know with the help of local person brother waleed was very helpful for me</w:t>
      </w:r>
    </w:p>
    <w:p>
      <w:pPr>
        <w:jc w:val="right"/>
      </w:pPr>
      <w:r>
        <w:t>ان برازیل ائی نو ود دا ہیلپ اف لوکل پرسن برادر ولید واز ویری ہیلپ فل فار می</w:t>
      </w:r>
    </w:p>
    <w:p>
      <w:r>
        <w:rPr>
          <w:b/>
        </w:rPr>
        <w:t xml:space="preserve">[45:55] </w:t>
      </w:r>
      <w:r>
        <w:t>in recent trip</w:t>
      </w:r>
    </w:p>
    <w:p>
      <w:pPr>
        <w:jc w:val="right"/>
      </w:pPr>
      <w:r>
        <w:t>ان ریسنٹ ٹرپ</w:t>
      </w:r>
    </w:p>
    <w:p>
      <w:r>
        <w:rPr>
          <w:b/>
        </w:rPr>
        <w:t xml:space="preserve">[45:57] </w:t>
      </w:r>
      <w:r>
        <w:t>i drove across the country about as doctor saniya hussain said 6000 kilometers i drove went to various</w:t>
      </w:r>
    </w:p>
    <w:p>
      <w:pPr>
        <w:jc w:val="right"/>
      </w:pPr>
      <w:r>
        <w:t>ائی ڈرو اکراس دا کنٹری اباؤٹ ایز ڈاکٹر ثانیہ حسنین سیڈ 6000 کلومیٹرز ائی ڈرو وینٹ ٹو ویریس</w:t>
      </w:r>
    </w:p>
    <w:p>
      <w:r>
        <w:rPr>
          <w:b/>
        </w:rPr>
        <w:t xml:space="preserve">[46:10] </w:t>
      </w:r>
      <w:r>
        <w:t>masjid centers and</w:t>
      </w:r>
    </w:p>
    <w:p>
      <w:pPr>
        <w:jc w:val="right"/>
      </w:pPr>
      <w:r>
        <w:t>ماسک سینٹرز اینڈ</w:t>
      </w:r>
    </w:p>
    <w:p>
      <w:r>
        <w:rPr>
          <w:b/>
        </w:rPr>
        <w:t xml:space="preserve">[46:14] </w:t>
      </w:r>
      <w:r>
        <w:t>and i myself witnessed that they are waiting for quran so i said no as long as</w:t>
      </w:r>
    </w:p>
    <w:p>
      <w:pPr>
        <w:jc w:val="right"/>
      </w:pPr>
      <w:r>
        <w:t>اینڈ ائی مائی سیلف وٹنسڈ دیٹ دے ار ویٹنگ فور قرآن سو ائی سیڈ نو ایز لانگ ایز</w:t>
      </w:r>
    </w:p>
    <w:p>
      <w:r>
        <w:rPr>
          <w:b/>
        </w:rPr>
        <w:t xml:space="preserve">[46:23] </w:t>
      </w:r>
      <w:r>
        <w:t>the quran is in demand here we we will be sending in millions i have calculated</w:t>
      </w:r>
    </w:p>
    <w:p>
      <w:pPr>
        <w:jc w:val="right"/>
      </w:pPr>
      <w:r>
        <w:t>دا قرآن از ان ڈیمانڈ ہیر وی ویل بی سینڈنگ ان ملینز ائی ہیو کیلکولیٹڈ</w:t>
      </w:r>
    </w:p>
    <w:p>
      <w:r>
        <w:rPr>
          <w:b/>
        </w:rPr>
        <w:t xml:space="preserve">[46:31] </w:t>
      </w:r>
      <w:r>
        <w:t>that about i mean the brazilian population is 210</w:t>
      </w:r>
    </w:p>
    <w:p>
      <w:pPr>
        <w:jc w:val="right"/>
      </w:pPr>
      <w:r>
        <w:t>دیٹ اباؤٹ ائی مین دا برازیلین پاپولیشن از 210</w:t>
      </w:r>
    </w:p>
    <w:p>
      <w:r>
        <w:rPr>
          <w:b/>
        </w:rPr>
        <w:t xml:space="preserve">[46:40] </w:t>
      </w:r>
      <w:r>
        <w:t>million and all lusophone countries are 577</w:t>
      </w:r>
    </w:p>
    <w:p>
      <w:pPr>
        <w:jc w:val="right"/>
      </w:pPr>
      <w:r>
        <w:t>ملین اینڈ ال لوسوفون کنٹریز ار 577</w:t>
      </w:r>
    </w:p>
    <w:p>
      <w:r>
        <w:rPr>
          <w:b/>
        </w:rPr>
        <w:t xml:space="preserve">[46:45] </w:t>
      </w:r>
      <w:r>
        <w:t>million you know this is 270 and they</w:t>
      </w:r>
    </w:p>
    <w:p>
      <w:pPr>
        <w:jc w:val="right"/>
      </w:pPr>
      <w:r>
        <w:t>ملین یو نو دس از 270 اینڈ دی</w:t>
      </w:r>
    </w:p>
    <w:p>
      <w:r>
        <w:rPr>
          <w:b/>
        </w:rPr>
        <w:t xml:space="preserve">[46:51] </w:t>
      </w:r>
      <w:r>
        <w:t>spanish speaking hispanophone are 577</w:t>
      </w:r>
    </w:p>
    <w:p>
      <w:pPr>
        <w:jc w:val="right"/>
      </w:pPr>
      <w:r>
        <w:t>سپینش سپیکنگ ہسپانوفون ار 577</w:t>
      </w:r>
    </w:p>
    <w:p>
      <w:r>
        <w:rPr>
          <w:b/>
        </w:rPr>
        <w:t xml:space="preserve">[46:55] </w:t>
      </w:r>
      <w:r>
        <w:t>so we need for america one billion quran</w:t>
      </w:r>
    </w:p>
    <w:p>
      <w:pPr>
        <w:jc w:val="right"/>
      </w:pPr>
      <w:r>
        <w:t>سو وی نیڈ فار امریکہ ون بلین قرآن</w:t>
      </w:r>
    </w:p>
    <w:p>
      <w:r>
        <w:rPr>
          <w:b/>
        </w:rPr>
        <w:t xml:space="preserve">[47:00] </w:t>
      </w:r>
      <w:r>
        <w:t>one billion quran</w:t>
      </w:r>
    </w:p>
    <w:p>
      <w:pPr>
        <w:jc w:val="right"/>
      </w:pPr>
      <w:r>
        <w:t>ون بلین قرآن</w:t>
      </w:r>
    </w:p>
    <w:p>
      <w:r>
        <w:rPr>
          <w:b/>
        </w:rPr>
        <w:t xml:space="preserve">[47:05] </w:t>
      </w:r>
      <w:r>
        <w:t>you know the choice is there.</w:t>
      </w:r>
    </w:p>
    <w:p>
      <w:pPr>
        <w:jc w:val="right"/>
      </w:pPr>
      <w:r>
        <w:t>یو نو دی چوائس از دیر.</w:t>
      </w:r>
    </w:p>
    <w:p>
      <w:r>
        <w:rPr>
          <w:b/>
        </w:rPr>
        <w:t xml:space="preserve">[47:09] </w:t>
      </w:r>
      <w:r>
        <w:t>so inshallah cps can do dat and it will send dos many copies to</w:t>
      </w:r>
    </w:p>
    <w:p>
      <w:pPr>
        <w:jc w:val="right"/>
      </w:pPr>
      <w:r>
        <w:t>سو انشاءاللہ سی پی ایس کین ڈو دیٹ اینڈ اٹ ویل سینڈ دوز مینی کاپیز ٹو</w:t>
      </w:r>
    </w:p>
    <w:p>
      <w:r>
        <w:rPr>
          <w:b/>
        </w:rPr>
        <w:t xml:space="preserve">[47:26] </w:t>
      </w:r>
      <w:r>
        <w:t>the american continents both america starting from brazil</w:t>
      </w:r>
    </w:p>
    <w:p>
      <w:pPr>
        <w:jc w:val="right"/>
      </w:pPr>
      <w:r>
        <w:t>دی امریکن کانٹیننٹس بوتھ امریکہ سٹارٹنگ فرام برازیل</w:t>
      </w:r>
    </w:p>
    <w:p>
      <w:r>
        <w:rPr>
          <w:b/>
        </w:rPr>
        <w:t xml:space="preserve">[47:33] </w:t>
      </w:r>
      <w:r>
        <w:t>brazil is the you know seven spanish countries sorry all spanish countries are neighboring to it so from</w:t>
      </w:r>
    </w:p>
    <w:p>
      <w:pPr>
        <w:jc w:val="right"/>
      </w:pPr>
      <w:r>
        <w:t>برازیل از دی یو نو سیون سپینش کنٹریز سوری ال سپینش کنٹریز ار نیبرنگ ٹو اٹ سو فرام</w:t>
      </w:r>
    </w:p>
    <w:p>
      <w:r>
        <w:rPr>
          <w:b/>
        </w:rPr>
        <w:t xml:space="preserve">[47:42] </w:t>
      </w:r>
      <w:r>
        <w:t>der aai hew</w:t>
      </w:r>
    </w:p>
    <w:p>
      <w:pPr>
        <w:jc w:val="right"/>
      </w:pPr>
      <w:r>
        <w:t>دیر ائی ہیو</w:t>
      </w:r>
    </w:p>
    <w:p>
      <w:r>
        <w:rPr>
          <w:b/>
        </w:rPr>
        <w:t xml:space="preserve">[47:45] </w:t>
      </w:r>
      <w:r>
        <w:t>found few very dedicated brothers and sisters who are willing to travel</w:t>
      </w:r>
    </w:p>
    <w:p>
      <w:pPr>
        <w:jc w:val="right"/>
      </w:pPr>
      <w:r>
        <w:t>فاؤنڈ فیو ویری ڈیڈیکیٹڈ برادرز اینڈ سسٹرز ہو ار ولنگ ٹو ٹریول</w:t>
      </w:r>
    </w:p>
    <w:p>
      <w:r>
        <w:rPr>
          <w:b/>
        </w:rPr>
        <w:t xml:space="preserve">[47:56] </w:t>
      </w:r>
      <w:r>
        <w:t>together to go to all these centers and spread distribute this quran make those centers distribution centers so</w:t>
      </w:r>
    </w:p>
    <w:p>
      <w:pPr>
        <w:jc w:val="right"/>
      </w:pPr>
      <w:r>
        <w:t>ٹوگیدر ٹو گو ٹو ال دیز سینٹرز اینڈ سپریڈ ڈسٹریبیوٹ دس قرآن میک دوز سینٹرز ڈسٹریبیوشن سینٹرز سو</w:t>
      </w:r>
    </w:p>
    <w:p>
      <w:r>
        <w:rPr>
          <w:b/>
        </w:rPr>
        <w:t xml:space="preserve">[48:07] </w:t>
      </w:r>
      <w:r>
        <w:t>it is amazing experience</w:t>
      </w:r>
    </w:p>
    <w:p>
      <w:pPr>
        <w:jc w:val="right"/>
      </w:pPr>
      <w:r>
        <w:t>اٹ از امیزنگ ایکسپیرینس</w:t>
      </w:r>
    </w:p>
    <w:p>
      <w:r>
        <w:rPr>
          <w:b/>
        </w:rPr>
        <w:t xml:space="preserve">[48:10] </w:t>
      </w:r>
      <w:r>
        <w:t>adar small</w:t>
      </w:r>
    </w:p>
    <w:p>
      <w:pPr>
        <w:jc w:val="right"/>
      </w:pPr>
      <w:r>
        <w:t>ادر سمال</w:t>
      </w:r>
    </w:p>
    <w:p>
      <w:r>
        <w:rPr>
          <w:b/>
        </w:rPr>
        <w:t xml:space="preserve">[48:13] </w:t>
      </w:r>
      <w:r>
        <w:t>and big experiences are dat and moreover you dont feel completely alienated because you dont know the language de</w:t>
      </w:r>
    </w:p>
    <w:p>
      <w:pPr>
        <w:jc w:val="right"/>
      </w:pPr>
      <w:r>
        <w:t>اینڈ بگ ایکسپیرینسز ار دیٹ اینڈ مور اوور یو ڈونٹ فیل کمپلیٹلی ایلینیٹڈ بیکاز یو ڈونٹ نو دا لینگویج دی</w:t>
      </w:r>
    </w:p>
    <w:p>
      <w:r>
        <w:rPr>
          <w:b/>
        </w:rPr>
        <w:t xml:space="preserve">[48:28] </w:t>
      </w:r>
      <w:r>
        <w:t>app the Google translator you don't feel completely</w:t>
      </w:r>
    </w:p>
    <w:p>
      <w:pPr>
        <w:jc w:val="right"/>
      </w:pPr>
      <w:r>
        <w:t>ایپ دا گوگل ٹرانسلیٹر یو ڈونٹ فیل کمپلیٹلی</w:t>
      </w:r>
    </w:p>
    <w:p>
      <w:r>
        <w:rPr>
          <w:b/>
        </w:rPr>
        <w:t xml:space="preserve">[48:37] </w:t>
      </w:r>
      <w:r>
        <w:t>dumb and you can't communicate you can easily communicate you speak your language whatever you want to</w:t>
      </w:r>
    </w:p>
    <w:p>
      <w:pPr>
        <w:jc w:val="right"/>
      </w:pPr>
      <w:r>
        <w:t>ڈم اور یو کینٹ کمیونیکیٹ یو کین ایزیلی کمیونیکیٹ یو سپیک یور لینگویج واٹ ایور یو وانٹ ٹو</w:t>
      </w:r>
    </w:p>
    <w:p>
      <w:r>
        <w:rPr>
          <w:b/>
        </w:rPr>
        <w:t xml:space="preserve">[48:43] </w:t>
      </w:r>
      <w:r>
        <w:t>say to the person immediately your phone says in other person's</w:t>
      </w:r>
    </w:p>
    <w:p>
      <w:pPr>
        <w:jc w:val="right"/>
      </w:pPr>
      <w:r>
        <w:t>سی ٹو دا پرسن امیڈیٹلی یور فون سیز ان ادر پرسنز</w:t>
      </w:r>
    </w:p>
    <w:p>
      <w:r>
        <w:rPr>
          <w:b/>
        </w:rPr>
        <w:t xml:space="preserve">[48:50] </w:t>
      </w:r>
      <w:r>
        <w:t>language so with that i felt very</w:t>
      </w:r>
    </w:p>
    <w:p>
      <w:pPr>
        <w:jc w:val="right"/>
      </w:pPr>
      <w:r>
        <w:t>لینگویج سو ود دیٹ ائی فیلٹ ویری</w:t>
      </w:r>
    </w:p>
    <w:p>
      <w:r>
        <w:rPr>
          <w:b/>
        </w:rPr>
        <w:t xml:space="preserve">[48:54] </w:t>
      </w:r>
      <w:r>
        <w:t>easy to go around the</w:t>
      </w:r>
    </w:p>
    <w:p>
      <w:pPr>
        <w:jc w:val="right"/>
      </w:pPr>
      <w:r>
        <w:t>ایزی ٹو گو اراؤنڈ دا</w:t>
      </w:r>
    </w:p>
    <w:p>
      <w:r>
        <w:rPr>
          <w:b/>
        </w:rPr>
        <w:t xml:space="preserve">[48:58] </w:t>
      </w:r>
      <w:r>
        <w:t>whole world in fact so</w:t>
      </w:r>
    </w:p>
    <w:p>
      <w:pPr>
        <w:jc w:val="right"/>
      </w:pPr>
      <w:r>
        <w:t>ہول ورلڈ ان فیکٹ سو</w:t>
      </w:r>
    </w:p>
    <w:p>
      <w:r>
        <w:rPr>
          <w:b/>
        </w:rPr>
        <w:t xml:space="preserve">[49:02] </w:t>
      </w:r>
      <w:r>
        <w:t>now Alhamdulillah we are set and next</w:t>
      </w:r>
    </w:p>
    <w:p>
      <w:pPr>
        <w:jc w:val="right"/>
      </w:pPr>
      <w:r>
        <w:t>ناو الحمدللہ وی ار سیٹ اینڈ نیکسٹ</w:t>
      </w:r>
    </w:p>
    <w:p>
      <w:r>
        <w:rPr>
          <w:b/>
        </w:rPr>
        <w:t xml:space="preserve">[49:20] </w:t>
      </w:r>
      <w:r>
        <w:t>we are up to the task now also</w:t>
      </w:r>
    </w:p>
    <w:p>
      <w:pPr>
        <w:jc w:val="right"/>
      </w:pPr>
      <w:r>
        <w:t>وی ار اپ ٹو دا ٹاسک ناو السو</w:t>
      </w:r>
    </w:p>
    <w:p>
      <w:r>
        <w:rPr>
          <w:b/>
        </w:rPr>
        <w:t xml:space="preserve">[49:27] </w:t>
      </w:r>
      <w:r>
        <w:t>when the incident in new zealand occurred</w:t>
      </w:r>
    </w:p>
    <w:p>
      <w:pPr>
        <w:jc w:val="right"/>
      </w:pPr>
      <w:r>
        <w:t>وین دی انسیڈنٹ ان نیوزی لینڈ اکرڈ</w:t>
      </w:r>
    </w:p>
    <w:p>
      <w:r>
        <w:rPr>
          <w:b/>
        </w:rPr>
        <w:t xml:space="preserve">[49:33] </w:t>
      </w:r>
      <w:r>
        <w:t>last february we have seen that so many new zealanders are coming to the mosque to show their</w:t>
      </w:r>
    </w:p>
    <w:p>
      <w:pPr>
        <w:jc w:val="right"/>
      </w:pPr>
      <w:r>
        <w:t>لاسٹ فروری وی ہیو سین دیٹ سو مینی نیوزی لینڈرز ار کمنگ ٹو دا ماسک ٹو شو دیر</w:t>
      </w:r>
    </w:p>
    <w:p>
      <w:r>
        <w:rPr>
          <w:b/>
        </w:rPr>
        <w:t xml:space="preserve">[49:44] </w:t>
      </w:r>
      <w:r>
        <w:t>sympathy and not only just they are showing sympathy but also they want to learn more about</w:t>
      </w:r>
    </w:p>
    <w:p>
      <w:pPr>
        <w:jc w:val="right"/>
      </w:pPr>
      <w:r>
        <w:t>سمپتھی اینڈ ناٹ اونلی جسٹ دے ار شوئنگ سمپتھی بٹ السو دے وانٹ ٹو لرن مور اباؤٹ</w:t>
      </w:r>
    </w:p>
    <w:p>
      <w:r>
        <w:rPr>
          <w:b/>
        </w:rPr>
        <w:t xml:space="preserve">[49:52] </w:t>
      </w:r>
      <w:r>
        <w:t>islam so when i saw that on the tv immediately i called doctor saniya hassanain to tell</w:t>
      </w:r>
    </w:p>
    <w:p>
      <w:pPr>
        <w:jc w:val="right"/>
      </w:pPr>
      <w:r>
        <w:t>اسلام سو وین ائی ساؤ دیٹ ان دی ٹی وی امیڈیٹلی ائی کالڈ ڈاکٹر ثانیہ حسنین ٹو ٹیل</w:t>
      </w:r>
    </w:p>
    <w:p>
      <w:r>
        <w:rPr>
          <w:b/>
        </w:rPr>
        <w:t xml:space="preserve">[50:01] </w:t>
      </w:r>
      <w:r>
        <w:t>that you know people are coming and leaving mosque without</w:t>
      </w:r>
    </w:p>
    <w:p>
      <w:pPr>
        <w:jc w:val="right"/>
      </w:pPr>
      <w:r>
        <w:t>دیٹ یو نو پیپل ار کمنگ اینڈ لیونگ ماسک وداؤٹ</w:t>
      </w:r>
    </w:p>
    <w:p>
      <w:r>
        <w:rPr>
          <w:b/>
        </w:rPr>
        <w:t xml:space="preserve">[50:05] </w:t>
      </w:r>
      <w:r>
        <w:t>having the quran with them so we must do something</w:t>
      </w:r>
    </w:p>
    <w:p>
      <w:pPr>
        <w:jc w:val="right"/>
      </w:pPr>
      <w:r>
        <w:t>ہیونگ دی قرآن ود دیم سو وی مسٹ ڈو سمتھنگ</w:t>
      </w:r>
    </w:p>
    <w:p>
      <w:r>
        <w:rPr>
          <w:b/>
        </w:rPr>
        <w:t xml:space="preserve">[50:15] </w:t>
      </w:r>
      <w:r>
        <w:t>with that idea</w:t>
      </w:r>
    </w:p>
    <w:p>
      <w:pPr>
        <w:jc w:val="right"/>
      </w:pPr>
      <w:r>
        <w:t>ود دیٹ ائیڈیا</w:t>
      </w:r>
    </w:p>
    <w:p>
      <w:r>
        <w:rPr>
          <w:b/>
        </w:rPr>
        <w:t xml:space="preserve">[50:18] </w:t>
      </w:r>
      <w:r>
        <w:t>we thought that</w:t>
      </w:r>
    </w:p>
    <w:p>
      <w:pPr>
        <w:jc w:val="right"/>
      </w:pPr>
      <w:r>
        <w:t>وی تھاٹ دیٹ</w:t>
      </w:r>
    </w:p>
    <w:p>
      <w:r>
        <w:rPr>
          <w:b/>
        </w:rPr>
        <w:t xml:space="preserve">[50:21] </w:t>
      </w:r>
      <w:r>
        <w:t>new zealand population is five million so at least if one million copies are distributed over there and</w:t>
      </w:r>
    </w:p>
    <w:p>
      <w:pPr>
        <w:jc w:val="right"/>
      </w:pPr>
      <w:r>
        <w:t>نیوزی لینڈ پاپولیشن از فائیو ملین سو ایٹ لیسٹ اف ون ملین کاپیز ار ڈسٹریبیوٹڈ اوور دیر اینڈ</w:t>
      </w:r>
    </w:p>
    <w:p>
      <w:r>
        <w:rPr>
          <w:b/>
        </w:rPr>
        <w:t xml:space="preserve">[50:29] </w:t>
      </w:r>
      <w:r>
        <w:t>quran would have been well be in every household so we decided that million copies should be</w:t>
      </w:r>
    </w:p>
    <w:p>
      <w:pPr>
        <w:jc w:val="right"/>
      </w:pPr>
      <w:r>
        <w:t>قرآن وڈ ہیو بین ویل بی ان ایوری ہاؤس ہولڈ سو وی ڈیسائیڈڈ دیٹ ملین کاپیز شوڈ بی</w:t>
      </w:r>
    </w:p>
    <w:p>
      <w:r>
        <w:rPr>
          <w:b/>
        </w:rPr>
        <w:t xml:space="preserve">[50:40] </w:t>
      </w:r>
      <w:r>
        <w:t>sent to new zealand so with that aim in april i made a trip over there and made</w:t>
      </w:r>
    </w:p>
    <w:p>
      <w:pPr>
        <w:jc w:val="right"/>
      </w:pPr>
      <w:r>
        <w:t>سینڈ ٹو نیوزی لینڈ سو ود دیٹ ایم ان اپریل ائی میڈ ا ٹرپ اوور دیر اینڈ میڈ</w:t>
      </w:r>
    </w:p>
    <w:p>
      <w:r>
        <w:rPr>
          <w:b/>
        </w:rPr>
        <w:t xml:space="preserve">[50:46] </w:t>
      </w:r>
      <w:r>
        <w:t>contacts and again</w:t>
      </w:r>
    </w:p>
    <w:p>
      <w:pPr>
        <w:jc w:val="right"/>
      </w:pPr>
      <w:r>
        <w:t>کانٹیکٹس اینڈ اگین</w:t>
      </w:r>
    </w:p>
    <w:p>
      <w:r>
        <w:rPr>
          <w:b/>
        </w:rPr>
        <w:t xml:space="preserve">[50:49] </w:t>
      </w:r>
      <w:r>
        <w:t>the same experience amazing that everyone is waiting for the quran everyone want to i mean</w:t>
      </w:r>
    </w:p>
    <w:p>
      <w:pPr>
        <w:jc w:val="right"/>
      </w:pPr>
      <w:r>
        <w:t>دی سیم ایکسپیرینس امیزنگ دیٹ ایوری ون از ویٹنگ فور دا قرآن ایوری ون وانٹ ٹو ائی مین</w:t>
      </w:r>
    </w:p>
    <w:p>
      <w:r>
        <w:rPr>
          <w:b/>
        </w:rPr>
        <w:t xml:space="preserve">[50:58] </w:t>
      </w:r>
      <w:r>
        <w:t>new zealanders are so such</w:t>
      </w:r>
    </w:p>
    <w:p>
      <w:pPr>
        <w:jc w:val="right"/>
      </w:pPr>
      <w:r>
        <w:t>نیوزی لینڈرز ار سو سچ</w:t>
      </w:r>
    </w:p>
    <w:p>
      <w:r>
        <w:rPr>
          <w:b/>
        </w:rPr>
        <w:t xml:space="preserve">[51:00] </w:t>
      </w:r>
      <w:r>
        <w:t>a nice people kind and they want to listen they come and sit in the mosque and with</w:t>
      </w:r>
    </w:p>
    <w:p>
      <w:pPr>
        <w:jc w:val="right"/>
      </w:pPr>
      <w:r>
        <w:t>ا نائس پیپل کائنڈ اینڈ دے وانٹ ٹو لسن دے کم اینڈ سٹ ان دا ماسک اینڈ ود</w:t>
      </w:r>
    </w:p>
    <w:p>
      <w:r>
        <w:rPr>
          <w:b/>
        </w:rPr>
        <w:t xml:space="preserve">[51:07] </w:t>
      </w:r>
      <w:r>
        <w:t>all attention they listen whatever about islam and quran so</w:t>
      </w:r>
    </w:p>
    <w:p>
      <w:pPr>
        <w:jc w:val="right"/>
      </w:pPr>
      <w:r>
        <w:t>ال اٹینشن دے لسن واٹ ایور اباؤٹ اسلام اینڈ قرآن سو</w:t>
      </w:r>
    </w:p>
    <w:p>
      <w:r>
        <w:rPr>
          <w:b/>
        </w:rPr>
        <w:t xml:space="preserve">[51:14] </w:t>
      </w:r>
      <w:r>
        <w:t>nau we made contacts and we have already</w:t>
      </w:r>
    </w:p>
    <w:p>
      <w:pPr>
        <w:jc w:val="right"/>
      </w:pPr>
      <w:r>
        <w:t>ناو وی میڈ کانٹیکٹس اینڈ وی ہیو الریڈی</w:t>
      </w:r>
    </w:p>
    <w:p>
      <w:r>
        <w:rPr>
          <w:b/>
        </w:rPr>
        <w:t xml:space="preserve">[51:20] </w:t>
      </w:r>
      <w:r>
        <w:t>ship a large number about 25th and another 5000 shipment also recently sent with the special packages</w:t>
      </w:r>
    </w:p>
    <w:p>
      <w:pPr>
        <w:jc w:val="right"/>
      </w:pPr>
      <w:r>
        <w:t>شپ ا لارج نمبر اباؤٹ 25 تھا اینڈ انادر 5000 شپمنٹ السو ریسنٹلی سینڈ ود دے سپیشل پیکجز</w:t>
      </w:r>
    </w:p>
    <w:p>
      <w:r>
        <w:rPr>
          <w:b/>
        </w:rPr>
        <w:t xml:space="preserve">[51:31] </w:t>
      </w:r>
      <w:r>
        <w:t>and it will be distributed in the place where it is a ground zero where these incidents occurred</w:t>
      </w:r>
    </w:p>
    <w:p>
      <w:pPr>
        <w:jc w:val="right"/>
      </w:pPr>
      <w:r>
        <w:t>اینڈ اٹ ویل بی ڈسٹریبیوٹڈ ان دا پلیس ویر اٹ از اے گراؤنڈ زیرو ویر دیس انسیڈنٹس اکرڈ</w:t>
      </w:r>
    </w:p>
    <w:p>
      <w:r>
        <w:rPr>
          <w:b/>
        </w:rPr>
        <w:t xml:space="preserve">[51:38] </w:t>
      </w:r>
      <w:r>
        <w:t>And so now I am also, I mean, traveling next week to New Zealand to start</w:t>
      </w:r>
    </w:p>
    <w:p>
      <w:pPr>
        <w:jc w:val="right"/>
      </w:pPr>
      <w:r>
        <w:t>اینڈ سو ناو ائی ایم السو ائی مین ٹریولنگ نیکسٹ ویک ٹو نیوزی لینڈ ٹو سٹارٹ</w:t>
      </w:r>
    </w:p>
    <w:p>
      <w:r>
        <w:rPr>
          <w:b/>
        </w:rPr>
        <w:t xml:space="preserve">[51:45] </w:t>
      </w:r>
      <w:r>
        <w:t>this process of distributing one million copies of quran in new zealand so</w:t>
      </w:r>
    </w:p>
    <w:p>
      <w:pPr>
        <w:jc w:val="right"/>
      </w:pPr>
      <w:r>
        <w:t>دس پراسیس اف ڈسٹریبیوٹنگ ون ملین کاپیز اف قرآن ان نیوزی لینڈ سو</w:t>
      </w:r>
    </w:p>
    <w:p>
      <w:r>
        <w:rPr>
          <w:b/>
        </w:rPr>
        <w:t xml:space="preserve">[51:55] </w:t>
      </w:r>
      <w:r>
        <w:t>i ask maulana to pray for us</w:t>
      </w:r>
    </w:p>
    <w:p>
      <w:pPr>
        <w:jc w:val="right"/>
      </w:pPr>
      <w:r>
        <w:t>ائی اسک مولانا ٹو پری فار اس</w:t>
      </w:r>
    </w:p>
    <w:p>
      <w:r>
        <w:rPr>
          <w:b/>
        </w:rPr>
        <w:t xml:space="preserve">[52:00] </w:t>
      </w:r>
      <w:r>
        <w:t>that we are able to do it easily</w:t>
      </w:r>
    </w:p>
    <w:p>
      <w:pPr>
        <w:jc w:val="right"/>
      </w:pPr>
      <w:r>
        <w:t>دیٹ وی ار ایبل ٹو ڈو اٹ ایزیلی</w:t>
      </w:r>
    </w:p>
    <w:p>
      <w:r>
        <w:rPr>
          <w:b/>
        </w:rPr>
        <w:t xml:space="preserve">[52:06] </w:t>
      </w:r>
      <w:r>
        <w:t>inshallah aziz so thank you very much huzoor qibla ya.</w:t>
      </w:r>
    </w:p>
    <w:p>
      <w:pPr>
        <w:jc w:val="right"/>
      </w:pPr>
      <w:r>
        <w:t>انشاءاللہ عزیز سو تھینک یو ویری مچ حضور قبلہ یا.</w:t>
      </w:r>
    </w:p>
    <w:p>
      <w:r>
        <w:rPr>
          <w:b/>
        </w:rPr>
        <w:t xml:space="preserve">[52:25] </w:t>
      </w:r>
      <w:r>
        <w:t>okay one more good news that we wanted to share with all of you this news comes from</w:t>
      </w:r>
    </w:p>
    <w:p>
      <w:pPr>
        <w:jc w:val="right"/>
      </w:pPr>
      <w:r>
        <w:t>اوکے ون مور گڈ نیوز دیٹ وی وانٹڈ ٹو شیئر ود ال اف یو دس نیوز کمز فرام</w:t>
      </w:r>
    </w:p>
    <w:p>
      <w:r>
        <w:rPr>
          <w:b/>
        </w:rPr>
        <w:t xml:space="preserve">[52:31] </w:t>
      </w:r>
      <w:r>
        <w:t>kashmir maulana sahib has always been saying one thing that that is one place which offers huge opportunities</w:t>
      </w:r>
    </w:p>
    <w:p>
      <w:pPr>
        <w:jc w:val="right"/>
      </w:pPr>
      <w:r>
        <w:t>کشمیر مولانا صاحب ہیز الویز بین سینگ ون تھنگ دیٹ دیٹ از ون پلیس وچ افرز ہیوج اپرچونیٹیز</w:t>
      </w:r>
    </w:p>
    <w:p>
      <w:r>
        <w:rPr>
          <w:b/>
        </w:rPr>
        <w:t xml:space="preserve">[52:40] </w:t>
      </w:r>
      <w:r>
        <w:t>for dawah work especially because people from all over the world come there as tourist and we have</w:t>
      </w:r>
    </w:p>
    <w:p>
      <w:pPr>
        <w:jc w:val="right"/>
      </w:pPr>
      <w:r>
        <w:t>فار داوا ورک اسپیشلی بیکاز پیپل فرام ال اوور دا ورلڈ کم دیر ایز ٹورسٹ اینڈ وی ہیو</w:t>
      </w:r>
    </w:p>
    <w:p>
      <w:r>
        <w:rPr>
          <w:b/>
        </w:rPr>
        <w:t xml:space="preserve">[52:48] </w:t>
      </w:r>
      <w:r>
        <w:t>a very vibrant team in kashmir and they have sort of re energized them self and doing a</w:t>
      </w:r>
    </w:p>
    <w:p>
      <w:pPr>
        <w:jc w:val="right"/>
      </w:pPr>
      <w:r>
        <w:t>ا ویری وائبرنٹ ٹیم ان کشمیر اینڈ دے ہیو سورٹ اف ری انرجائزڈ دیم سیلف اینڈ ڈوئنگ ا</w:t>
      </w:r>
    </w:p>
    <w:p>
      <w:r>
        <w:rPr>
          <w:b/>
        </w:rPr>
        <w:t xml:space="preserve">[52:56] </w:t>
      </w:r>
      <w:r>
        <w:t>lot of dawah work in a very organized manner last month good word books</w:t>
      </w:r>
    </w:p>
    <w:p>
      <w:pPr>
        <w:jc w:val="right"/>
      </w:pPr>
      <w:r>
        <w:t>لاٹ اف داوا ورک ان ا ویری ارگنائزڈ مینر لاسٹ منتھ گڈ ورڈ بکس</w:t>
      </w:r>
    </w:p>
    <w:p>
      <w:r>
        <w:rPr>
          <w:b/>
        </w:rPr>
        <w:t xml:space="preserve">[53:03] </w:t>
      </w:r>
      <w:r>
        <w:t>participated in 23rd all india book fair which was organized in university of kashmir in front of allama</w:t>
      </w:r>
    </w:p>
    <w:p>
      <w:pPr>
        <w:jc w:val="right"/>
      </w:pPr>
      <w:r>
        <w:t>پارٹیسپیٹڈ ان 23rd ال انڈیا بک فیئر وچ واز ارگنائزڈ ان یونیورسٹی اف کشمیر ان فرنٹ اف علامہ</w:t>
      </w:r>
    </w:p>
    <w:p>
      <w:r>
        <w:rPr>
          <w:b/>
        </w:rPr>
        <w:t xml:space="preserve">[53:10] </w:t>
      </w:r>
      <w:r>
        <w:t>iqbal library at hazrat bal srinagar and we are being told that you know the experience and</w:t>
      </w:r>
    </w:p>
    <w:p>
      <w:pPr>
        <w:jc w:val="right"/>
      </w:pPr>
      <w:r>
        <w:t>اقبال لائبریری ایٹ حضرت بل سری نگر اینڈ وی ار بینگ ٹولڈ دیٹ یو نو دی ایکسپیرینس اینڈ</w:t>
      </w:r>
    </w:p>
    <w:p>
      <w:r>
        <w:rPr>
          <w:b/>
        </w:rPr>
        <w:t xml:space="preserve">[53:17] </w:t>
      </w:r>
      <w:r>
        <w:t>the feedback had been simply more than amazing</w:t>
      </w:r>
    </w:p>
    <w:p>
      <w:pPr>
        <w:jc w:val="right"/>
      </w:pPr>
      <w:r>
        <w:t>دا فیڈ بیک ہیڈ بین سمپلی مور دین امیزنگ</w:t>
      </w:r>
    </w:p>
    <w:p>
      <w:r>
        <w:rPr>
          <w:b/>
        </w:rPr>
        <w:t xml:space="preserve">[53:21] </w:t>
      </w:r>
      <w:r>
        <w:t>sameer abbas shah who was the incharge of the stall out there he was sharing that the hospitality</w:t>
      </w:r>
    </w:p>
    <w:p>
      <w:pPr>
        <w:jc w:val="right"/>
      </w:pPr>
      <w:r>
        <w:t>سمیر عباس شاہ ہو واز دی انچارج اف دی سٹال اؤٹ دیر ہی واز شیئرنگ دیٹ دی ہاسپٹیلٹی</w:t>
      </w:r>
    </w:p>
    <w:p>
      <w:r>
        <w:rPr>
          <w:b/>
        </w:rPr>
        <w:t xml:space="preserve">[53:29] </w:t>
      </w:r>
      <w:r>
        <w:t>particularly of the people general public was more than expected in fact he was saying that i am</w:t>
      </w:r>
    </w:p>
    <w:p>
      <w:pPr>
        <w:jc w:val="right"/>
      </w:pPr>
      <w:r>
        <w:t>پرٹیکولرلی اف دا پیپل جنرل پبلک واز مور دین ایکسپیکٹڈ ان فیکٹ ہی واز سینگ دیٹ ائی ایم</w:t>
      </w:r>
    </w:p>
    <w:p>
      <w:r>
        <w:rPr>
          <w:b/>
        </w:rPr>
        <w:t xml:space="preserve">[53:36] </w:t>
      </w:r>
      <w:r>
        <w:t>that i am very thankful that dr saniya hasnain khan offered me to go there and represent</w:t>
      </w:r>
    </w:p>
    <w:p>
      <w:pPr>
        <w:jc w:val="right"/>
      </w:pPr>
      <w:r>
        <w:t>دیٹ ائی ایم ویری تھینک فل دیٹ ڈاکٹر ثانیہ حسنین خان افرڈ می ٹو گو دیر اینڈ ریپریزنٹ</w:t>
      </w:r>
    </w:p>
    <w:p>
      <w:r>
        <w:rPr>
          <w:b/>
        </w:rPr>
        <w:t xml:space="preserve">[53:43] </w:t>
      </w:r>
      <w:r>
        <w:t>good word books and also interact with people</w:t>
      </w:r>
    </w:p>
    <w:p>
      <w:pPr>
        <w:jc w:val="right"/>
      </w:pPr>
      <w:r>
        <w:t>گڈ ورڈ بکس اینڈ السو انٹریکٹ ود پیپل</w:t>
      </w:r>
    </w:p>
    <w:p>
      <w:r>
        <w:rPr>
          <w:b/>
        </w:rPr>
        <w:t xml:space="preserve">[53:47] </w:t>
      </w:r>
      <w:r>
        <w:t>so der were lot of people who came forward to help our teams out der special mention of of course hameedullah hameed sahib who is the kashmir chapter head he came with his entire team and particular mention of doctor shad sahib who is a hod and he was actually lifting the cartons of books into the stall and helping in distribution of a</w:t>
      </w:r>
    </w:p>
    <w:p>
      <w:pPr>
        <w:jc w:val="right"/>
      </w:pPr>
      <w:r>
        <w:t>سو دیر وار لاٹ اف پیپل ہو کیم فارورڈ ٹو ہیلپ اور ٹیمز اؤٹ دیر سپیشل مینشن اف اف کورس حمید اللہ حمید صاحب ہو از دی کشمیر چیپٹر ہیڈ ہی کیم ود ہز انٹائر ٹیم اینڈ پرٹیکولر مینشن اف ڈاکٹر شاد صاحب ہو از ا ایچ او ڈی اینڈ ہی واز ایکچولی لفٹنگ دی کارٹنز اف بکس انٹو دی سٹال اینڈ ہیلپنگ ان ڈسٹریبیوشن اف ا</w:t>
      </w:r>
    </w:p>
    <w:p>
      <w:r>
        <w:rPr>
          <w:b/>
        </w:rPr>
        <w:t xml:space="preserve">[54:14] </w:t>
      </w:r>
      <w:r>
        <w:t>to muhammad shafi dar sahib muhammad saleem mir sahib in fact the guni kashmiri boys hostel many volunteers</w:t>
      </w:r>
    </w:p>
    <w:p>
      <w:pPr>
        <w:jc w:val="right"/>
      </w:pPr>
      <w:r>
        <w:t>ٹ محمد شفیع ڈار صاحب محمد سلیم میر صاحب ان فیکٹ دی گنی کشمیری بوائز ہاسٹل مینی والنٹیئرز</w:t>
      </w:r>
    </w:p>
    <w:p>
      <w:r>
        <w:rPr>
          <w:b/>
        </w:rPr>
        <w:t xml:space="preserve">[54:24] </w:t>
      </w:r>
      <w:r>
        <w:t>came from the hostel particularly led by anwar shah kashmiri and they helped in distribution so sameer abbas</w:t>
      </w:r>
    </w:p>
    <w:p>
      <w:pPr>
        <w:jc w:val="right"/>
      </w:pPr>
      <w:r>
        <w:t>کیم فرام دی ہاسٹل پرٹیکولرلی لیڈ بائے انور شاہ کشمیری اینڈ دے ہیلپڈ ان ڈسٹریبیوشن سو سمیر عباس</w:t>
      </w:r>
    </w:p>
    <w:p>
      <w:r>
        <w:rPr>
          <w:b/>
        </w:rPr>
        <w:t xml:space="preserve">[54:33] </w:t>
      </w:r>
      <w:r>
        <w:t>shah was sharing that among all the stalls that were there in the urdu book fair good word</w:t>
      </w:r>
    </w:p>
    <w:p>
      <w:pPr>
        <w:jc w:val="right"/>
      </w:pPr>
      <w:r>
        <w:t>شاہ واز شیئرنگ دیٹ امنگ ال دی سٹالز دیٹ وار دیر ان دی اردو بک فیئر گڈ ورڈ</w:t>
      </w:r>
    </w:p>
    <w:p>
      <w:r>
        <w:rPr>
          <w:b/>
        </w:rPr>
        <w:t xml:space="preserve">[54:40] </w:t>
      </w:r>
      <w:r>
        <w:t>stall always saw a lot of people you know visiting and taking books most of the books that got</w:t>
      </w:r>
    </w:p>
    <w:p>
      <w:pPr>
        <w:jc w:val="right"/>
      </w:pPr>
      <w:r>
        <w:t>سٹال الویز ساؤ لاٹ اف پیپل یو نو وزٹنگ اینڈ ٹیکنگ بکس موسٹ اف دا بکس دیٹ گاٹ</w:t>
      </w:r>
    </w:p>
    <w:p>
      <w:r>
        <w:rPr>
          <w:b/>
        </w:rPr>
        <w:t xml:space="preserve">[54:49] </w:t>
      </w:r>
      <w:r>
        <w:t>sold out there were mazhab aur jadeed challenge taabeer ki ghalati god arises in fact some of the</w:t>
      </w:r>
    </w:p>
    <w:p>
      <w:pPr>
        <w:jc w:val="right"/>
      </w:pPr>
      <w:r>
        <w:t>سولڈ اؤٹ دیر وار مذہب اور جدید چیلنج تعبیر کی غلطی گاڈ ارائزز ان فیکٹ سم اف دا</w:t>
      </w:r>
    </w:p>
    <w:p>
      <w:r>
        <w:rPr>
          <w:b/>
        </w:rPr>
        <w:t xml:space="preserve">[54:57] </w:t>
      </w:r>
      <w:r>
        <w:t>people have contacts as recent</w:t>
      </w:r>
    </w:p>
    <w:p>
      <w:pPr>
        <w:jc w:val="right"/>
      </w:pPr>
      <w:r>
        <w:t>پیپل ہیو کانٹیکٹ ایز ریسنٹ</w:t>
      </w:r>
    </w:p>
    <w:p>
      <w:r>
        <w:rPr>
          <w:b/>
        </w:rPr>
        <w:t xml:space="preserve">[54:59] </w:t>
      </w:r>
      <w:r>
        <w:t>as two days back</w:t>
      </w:r>
    </w:p>
    <w:p>
      <w:pPr>
        <w:jc w:val="right"/>
      </w:pPr>
      <w:r>
        <w:t>ایز ٹو ڈیز بیک</w:t>
      </w:r>
    </w:p>
    <w:p>
      <w:r>
        <w:rPr>
          <w:b/>
        </w:rPr>
        <w:t xml:space="preserve">[55:01] </w:t>
      </w:r>
      <w:r>
        <w:t>after reading the book they have taken more books of maulana sahib and these are youth who are</w:t>
      </w:r>
    </w:p>
    <w:p>
      <w:pPr>
        <w:jc w:val="right"/>
      </w:pPr>
      <w:r>
        <w:t>افٹر ریڈنگ دا بک دے ہیو ٹیکن مور بکس اف مولانا صاحب اینڈ دیز ار یوتھ ہو ار</w:t>
      </w:r>
    </w:p>
    <w:p>
      <w:r>
        <w:rPr>
          <w:b/>
        </w:rPr>
        <w:t xml:space="preserve">[55:08] </w:t>
      </w:r>
      <w:r>
        <w:t>reading a lot of Maulana literature so this is really a wonderful news it is a result of</w:t>
      </w:r>
    </w:p>
    <w:p>
      <w:pPr>
        <w:jc w:val="right"/>
      </w:pPr>
      <w:r>
        <w:t>ریڈنگ ا لاٹ اف مولانا لٹریچر سو دس از ریلی ا ونڈرفل نیوز اٹ از ا رزلٹ اف</w:t>
      </w:r>
    </w:p>
    <w:p>
      <w:r>
        <w:rPr>
          <w:b/>
        </w:rPr>
        <w:t xml:space="preserve">[55:14] </w:t>
      </w:r>
      <w:r>
        <w:t>all the efforts that is being put by the local Kashmir team and we feel that there will</w:t>
      </w:r>
    </w:p>
    <w:p>
      <w:pPr>
        <w:jc w:val="right"/>
      </w:pPr>
      <w:r>
        <w:t>ال دی ایفرٹس دیٹ از بین پٹ بائے دا لوکل کشمیر ٹیم اینڈ وی فیل دیٹ دیر ویل</w:t>
      </w:r>
    </w:p>
    <w:p>
      <w:r>
        <w:rPr>
          <w:b/>
        </w:rPr>
        <w:t xml:space="preserve">[55:20] </w:t>
      </w:r>
      <w:r>
        <w:t>be a new Kashmir which will be emerging out of these new efforts that are being put into</w:t>
      </w:r>
    </w:p>
    <w:p>
      <w:pPr>
        <w:jc w:val="right"/>
      </w:pPr>
      <w:r>
        <w:t>بی ا نیو کشمیر وچ ویل بی ایمرجنگ اؤٹ اف دیز نیو ایفرٹس دیٹ ار بینگ پٹ انٹو</w:t>
      </w:r>
    </w:p>
    <w:p>
      <w:r>
        <w:rPr>
          <w:b/>
        </w:rPr>
        <w:t xml:space="preserve">[55:26] </w:t>
      </w:r>
      <w:r>
        <w:t>that place so I will now read out few comments before ending the session today</w:t>
      </w:r>
    </w:p>
    <w:p>
      <w:pPr>
        <w:jc w:val="right"/>
      </w:pPr>
      <w:r>
        <w:t>دیٹ پلیس سو ائی ویل ناو ریڈ اؤٹ فیو کمنٹس بیفور اینڈنگ دا سیشن ٹوڈے</w:t>
      </w:r>
    </w:p>
    <w:p>
      <w:r>
        <w:rPr>
          <w:b/>
        </w:rPr>
        <w:t xml:space="preserve">[55:34] </w:t>
      </w:r>
      <w:r>
        <w:t>Maulana yeh comment bheja hai Miss Karoot Lene Srinagar se unhone likha hai launching Quran</w:t>
      </w:r>
    </w:p>
    <w:p>
      <w:pPr>
        <w:jc w:val="right"/>
      </w:pPr>
      <w:r>
        <w:t>مولانا یہ کمنٹ بھیجا ہے مس کروت لین نے سری نگر سے انہوں نے لکھا ہے لانچنگ قرآن</w:t>
      </w:r>
    </w:p>
    <w:p>
      <w:r>
        <w:rPr>
          <w:b/>
        </w:rPr>
        <w:t xml:space="preserve">[55:42] </w:t>
      </w:r>
      <w:r>
        <w:t>website is a great achievement</w:t>
      </w:r>
    </w:p>
    <w:p>
      <w:pPr>
        <w:jc w:val="right"/>
      </w:pPr>
      <w:r>
        <w:t>ویب سائٹ از ا گریٹ اچیومنٹ</w:t>
      </w:r>
    </w:p>
    <w:p>
      <w:r>
        <w:rPr>
          <w:b/>
        </w:rPr>
        <w:t xml:space="preserve">[55:45] </w:t>
      </w:r>
      <w:r>
        <w:t>and CPS Bangalore</w:t>
      </w:r>
    </w:p>
    <w:p>
      <w:pPr>
        <w:jc w:val="right"/>
      </w:pPr>
      <w:r>
        <w:t>اینڈ سی پی ایس بینگلور</w:t>
      </w:r>
    </w:p>
    <w:p>
      <w:r>
        <w:rPr>
          <w:b/>
        </w:rPr>
        <w:t xml:space="preserve">[55:47] </w:t>
      </w:r>
      <w:r>
        <w:t>team deserves a big applause heartiest congratulations</w:t>
      </w:r>
    </w:p>
    <w:p>
      <w:pPr>
        <w:jc w:val="right"/>
      </w:pPr>
      <w:r>
        <w:t>ٹیم ڈیزروز ا بگ اپلوز ہارٹیسٹ کانگریچولیشنز</w:t>
      </w:r>
    </w:p>
    <w:p>
      <w:r>
        <w:rPr>
          <w:b/>
        </w:rPr>
        <w:t xml:space="preserve">[55:52] </w:t>
      </w:r>
      <w:r>
        <w:t>hope all others follow the spirit may God reward you for such an achievement</w:t>
      </w:r>
    </w:p>
    <w:p>
      <w:pPr>
        <w:jc w:val="right"/>
      </w:pPr>
      <w:r>
        <w:t>ہوپ ال ادر فالو دا سپرٹ می گاڈ ریوارڈ یو فار سچ اینڈ اچیومنٹ</w:t>
      </w:r>
    </w:p>
    <w:p>
      <w:r>
        <w:rPr>
          <w:b/>
        </w:rPr>
        <w:t xml:space="preserve">[55:59] </w:t>
      </w:r>
      <w:r>
        <w:t>Anwar Hussain sahib ne Kolkata se likha hai Allah ka shukar hai ke yeh nayi technology se poori</w:t>
      </w:r>
    </w:p>
    <w:p>
      <w:pPr>
        <w:jc w:val="right"/>
      </w:pPr>
      <w:r>
        <w:t>انور حسین صاحب نے کلکتہ سے لکھا ہے اللہ کا شکر ہے کہ یہ نئی ٹیکنالوجی سے پوری</w:t>
      </w:r>
    </w:p>
    <w:p>
      <w:r>
        <w:rPr>
          <w:b/>
        </w:rPr>
        <w:t xml:space="preserve">[56:06] </w:t>
      </w:r>
      <w:r>
        <w:t>mankind ko benefit pahunchega Mahtab Ahmed sahib ne Dhampur se likha hai</w:t>
      </w:r>
    </w:p>
    <w:p>
      <w:pPr>
        <w:jc w:val="right"/>
      </w:pPr>
      <w:r>
        <w:t>مین کائنڈ کو بینیفٹ پہنچے گا مہتاب احمد صاحب نے دھامپور سے لکھا ہے</w:t>
      </w:r>
    </w:p>
    <w:p>
      <w:r>
        <w:rPr>
          <w:b/>
        </w:rPr>
        <w:t xml:space="preserve">[56:13] </w:t>
      </w:r>
      <w:r>
        <w:t>Maulana sahib really the new technology is very very beneficent for the dawah work may God bless all the</w:t>
      </w:r>
    </w:p>
    <w:p>
      <w:pPr>
        <w:jc w:val="right"/>
      </w:pPr>
      <w:r>
        <w:t>مولانا صاحب ریلی دا نیو ٹیکنالوجی از ویری ویری بینیفیشینٹ فار داوا ورک می گاڈ بلیس ال دا</w:t>
      </w:r>
    </w:p>
    <w:p>
      <w:r>
        <w:rPr>
          <w:b/>
        </w:rPr>
        <w:t xml:space="preserve">[56:21] </w:t>
      </w:r>
      <w:r>
        <w:t>Western countries unhone phir likha hai Khwaja Kaleemuddin sahib you are really a great dahi I</w:t>
      </w:r>
    </w:p>
    <w:p>
      <w:pPr>
        <w:jc w:val="right"/>
      </w:pPr>
      <w:r>
        <w:t>ویسٹرن کنٹریز انہوں نے پھر لکھا ہے خواجہ کلیم الدین صاحب یو ار ریلی ا گریٹ دائی ائی</w:t>
      </w:r>
    </w:p>
    <w:p>
      <w:r>
        <w:rPr>
          <w:b/>
        </w:rPr>
        <w:t xml:space="preserve">[56:29] </w:t>
      </w:r>
      <w:r>
        <w:t>know you as a Quran man may God</w:t>
      </w:r>
    </w:p>
    <w:p>
      <w:pPr>
        <w:jc w:val="right"/>
      </w:pPr>
      <w:r>
        <w:t>نو یو ایز ا قرآن مین می گاڈ</w:t>
      </w:r>
    </w:p>
    <w:p>
      <w:r>
        <w:rPr>
          <w:b/>
        </w:rPr>
        <w:t xml:space="preserve">[56:32] </w:t>
      </w:r>
      <w:r>
        <w:t>bless you Sajid Dar sahib ne Srinagar se likha hai we are thankful to Maulana who</w:t>
      </w:r>
    </w:p>
    <w:p>
      <w:pPr>
        <w:jc w:val="right"/>
      </w:pPr>
      <w:r>
        <w:t>بلیس یو ساجد ڈار صاحب نے سری نگر سے لکھا ہے وی ار تھینک فل ٹو مولانا ہو</w:t>
      </w:r>
    </w:p>
    <w:p>
      <w:r>
        <w:rPr>
          <w:b/>
        </w:rPr>
        <w:t xml:space="preserve">[56:39] </w:t>
      </w:r>
      <w:r>
        <w:t>have given us a mission Maulana is a man with mission may Allah help us to perform this</w:t>
      </w:r>
    </w:p>
    <w:p>
      <w:pPr>
        <w:jc w:val="right"/>
      </w:pPr>
      <w:r>
        <w:t>ہیو گیون اس ا مشن مولانا از ا مین ود مشن می اللہ ہیلپ اس ٹو پرفارم دس</w:t>
      </w:r>
    </w:p>
    <w:p>
      <w:r>
        <w:rPr>
          <w:b/>
        </w:rPr>
        <w:t xml:space="preserve">[56:46] </w:t>
      </w:r>
      <w:r>
        <w:t>mission in our entire life</w:t>
      </w:r>
    </w:p>
    <w:p>
      <w:pPr>
        <w:jc w:val="right"/>
      </w:pPr>
      <w:r>
        <w:t>مشن ان اور انٹائر لائف</w:t>
      </w:r>
    </w:p>
    <w:p>
      <w:r>
        <w:rPr>
          <w:b/>
        </w:rPr>
        <w:t xml:space="preserve">[56:50] </w:t>
      </w:r>
      <w:r>
        <w:t>Sajid Anwar sahib ne Mumbai se likha hai the launch of the CPS Quran website</w:t>
      </w:r>
    </w:p>
    <w:p>
      <w:pPr>
        <w:jc w:val="right"/>
      </w:pPr>
      <w:r>
        <w:t>ساجد انور صاحب نے ممبئی سے لکھا ہے دا لانچ اف دا سی پی ایس قرآن ویب سائٹ</w:t>
      </w:r>
    </w:p>
    <w:p>
      <w:r>
        <w:rPr>
          <w:b/>
        </w:rPr>
        <w:t xml:space="preserve">[56:55] </w:t>
      </w:r>
      <w:r>
        <w:t>is a great milestone for all of us the efforts taken by Sarah Apa and her entire</w:t>
      </w:r>
    </w:p>
    <w:p>
      <w:pPr>
        <w:jc w:val="right"/>
      </w:pPr>
      <w:r>
        <w:t>از ا گریٹ مائل سٹون فار ال اف اس دی ایفرٹس ٹیکن بائے سارہ اپا اینڈ ہر انٹائر</w:t>
      </w:r>
    </w:p>
    <w:p>
      <w:r>
        <w:rPr>
          <w:b/>
        </w:rPr>
        <w:t xml:space="preserve">[57:02] </w:t>
      </w:r>
      <w:r>
        <w:t>team who had made it possible is so much admirable this will help all of us to take</w:t>
      </w:r>
    </w:p>
    <w:p>
      <w:pPr>
        <w:jc w:val="right"/>
      </w:pPr>
      <w:r>
        <w:t>ٹیم ہو ہیڈ میڈ اٹ پوسیبل از سو مچ ایڈمیریبل دس ویل ہیلپ ال اف اس ٹو ٹیک</w:t>
      </w:r>
    </w:p>
    <w:p>
      <w:r>
        <w:rPr>
          <w:b/>
        </w:rPr>
        <w:t xml:space="preserve">[57:09] </w:t>
      </w:r>
      <w:r>
        <w:t>the Quran to entire humanity inshallah may Allah reward Sarah Apa and her team abundantly for this</w:t>
      </w:r>
    </w:p>
    <w:p>
      <w:pPr>
        <w:jc w:val="right"/>
      </w:pPr>
      <w:r>
        <w:t>دا قرآن ٹو انٹائر ہیومینٹی انشاءاللہ می اللہ ریوارڈ سارہ اپا اینڈ ہر ٹیم ابنڈنٹلی فار دس</w:t>
      </w:r>
    </w:p>
    <w:p>
      <w:r>
        <w:rPr>
          <w:b/>
        </w:rPr>
        <w:t xml:space="preserve">[57:18] </w:t>
      </w:r>
      <w:r>
        <w:t>great work</w:t>
      </w:r>
    </w:p>
    <w:p>
      <w:pPr>
        <w:jc w:val="right"/>
      </w:pPr>
      <w:r>
        <w:t>گریٹ ورک</w:t>
      </w:r>
    </w:p>
    <w:p>
      <w:r>
        <w:rPr>
          <w:b/>
        </w:rPr>
        <w:t xml:space="preserve">[57:23] </w:t>
      </w:r>
      <w:r>
        <w:t>miss shabina ali ne kolkata se likha hai</w:t>
      </w:r>
    </w:p>
    <w:p>
      <w:pPr>
        <w:jc w:val="right"/>
      </w:pPr>
      <w:r>
        <w:t>مس شبینہ علی نے کلکتہ سے لکھا ہے</w:t>
      </w:r>
    </w:p>
    <w:p>
      <w:r>
        <w:rPr>
          <w:b/>
        </w:rPr>
        <w:t xml:space="preserve">[57:28] </w:t>
      </w:r>
      <w:r>
        <w:t>this is this is amazing and great experience to be part of this great mission movement which is changing the face of human history and the world towards peace and spirituality the vibrancy and dedication of each dahi has added head speed to the distribution of the words of god in the entire world</w:t>
      </w:r>
    </w:p>
    <w:p>
      <w:pPr>
        <w:jc w:val="right"/>
      </w:pPr>
      <w:r>
        <w:t>دس از دس از امیزنگ اینڈ گریٹ ایکسپیرینس ٹو بی پارٹ اف دس گریٹ مشن موومنٹ وچ از چینجنگ دا فیس اف ہیومن ہسٹری اینڈ دی ورلڈ ٹورڈز پیس اینڈ سپرچویلٹی دا وائبرنسی اینڈ ڈیڈیکیشن اف ایچ دائی ہیز ایڈڈ ہیڈ سپیڈ ٹو دا ڈسٹریبیوشن اف دا ورڈز اف گاڈ ان دی انٹائر ورلڈ</w:t>
      </w:r>
    </w:p>
    <w:p>
      <w:r>
        <w:rPr>
          <w:b/>
        </w:rPr>
        <w:t xml:space="preserve">[57:58] </w:t>
      </w:r>
      <w:r>
        <w:t>aamir mori sahib ne srinagar se likha hai gods help is surely with cps with the launch of new website cps has now become the face of global dawa thank you team bangalore for all the efforts may god bless and reward you immensely</w:t>
      </w:r>
    </w:p>
    <w:p>
      <w:pPr>
        <w:jc w:val="right"/>
      </w:pPr>
      <w:r>
        <w:t>عامر موری صاحب نے سری نگر سے لکھا ہے گاڈز ہیلپ از شورلی ود سی پی ایس ود دا لانچ اف نیو ویب سائٹ سی پی ایس ہیز ناو بیکم دا فیس اف گلوبل داوا تھینک یو ٹیم بینگلور فار ال دی ایفرٹس می گاڈ بلیس اینڈ ریوارڈ یو ایمنسلی</w:t>
      </w:r>
    </w:p>
    <w:p>
      <w:r>
        <w:rPr>
          <w:b/>
        </w:rPr>
        <w:t xml:space="preserve">[58:19] </w:t>
      </w:r>
      <w:r>
        <w:t>okay so we will</w:t>
      </w:r>
    </w:p>
    <w:p>
      <w:pPr>
        <w:jc w:val="right"/>
      </w:pPr>
      <w:r>
        <w:t>اوکے سو وی ویل</w:t>
      </w:r>
    </w:p>
    <w:p>
      <w:r>
        <w:rPr>
          <w:b/>
        </w:rPr>
        <w:t xml:space="preserve">[58:21] </w:t>
      </w:r>
      <w:r>
        <w:t>and the session now thank you.</w:t>
      </w:r>
    </w:p>
    <w:p>
      <w:pPr>
        <w:jc w:val="right"/>
      </w:pPr>
      <w:r>
        <w:t>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