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Present Muslims Mind 14 April, 2013 Maulana Wahiduddin Khan</w:t>
      </w:r>
    </w:p>
    <w:p>
      <w:r>
        <w:t>https://www.youtube.com/watch?v=Gb545Y17vSI</w:t>
      </w:r>
    </w:p>
    <w:p>
      <w:r>
        <w:rPr>
          <w:b/>
        </w:rPr>
        <w:t xml:space="preserve">[00:13] </w:t>
      </w:r>
      <w:r>
        <w:t>aaj ka topic hai, yaani</w:t>
      </w:r>
    </w:p>
    <w:p>
      <w:pPr>
        <w:jc w:val="right"/>
      </w:pPr>
      <w:r>
        <w:t>آج کا ٹاپک ہے، یعنی</w:t>
      </w:r>
    </w:p>
    <w:p>
      <w:r>
        <w:rPr>
          <w:b/>
        </w:rPr>
        <w:t xml:space="preserve">[00:20] </w:t>
      </w:r>
      <w:r>
        <w:t>muslim mind, present muslim mind. aaj ka, aaj ke zamane mein musalmanon ki soch.</w:t>
      </w:r>
    </w:p>
    <w:p>
      <w:pPr>
        <w:jc w:val="right"/>
      </w:pPr>
      <w:r>
        <w:t>مسلم مائنڈ، پریزنٹ مسلم مائنڈ۔ آج کا، آج کے زمانے میں مسلمانوں کی سوچ۔</w:t>
      </w:r>
    </w:p>
    <w:p>
      <w:r>
        <w:rPr>
          <w:b/>
        </w:rPr>
        <w:t xml:space="preserve">[00:30] </w:t>
      </w:r>
      <w:r>
        <w:t>asal mein yeh hai ke maine haal mein ek bohat lamba article padha, jo kai installment mein chhaapa hai.</w:t>
      </w:r>
    </w:p>
    <w:p>
      <w:pPr>
        <w:jc w:val="right"/>
      </w:pPr>
      <w:r>
        <w:t>اصل میں یہ ہے کہ میں نے حال میں ایک بہت لمبا آرٹیکل پڑھا، جو کئی انسٹالمنٹ میں چھپا ہے۔</w:t>
      </w:r>
    </w:p>
    <w:p>
      <w:r>
        <w:rPr>
          <w:b/>
        </w:rPr>
        <w:t xml:space="preserve">[00:41] </w:t>
      </w:r>
      <w:r>
        <w:t>ek sahab ne, jis ne likha hai. to maujoodah zamane mein arbon ki jo kitaabein chhaapi hain, sankaron ki tadaad mein,</w:t>
      </w:r>
    </w:p>
    <w:p>
      <w:pPr>
        <w:jc w:val="right"/>
      </w:pPr>
      <w:r>
        <w:t>ایک صاحب نے، جس نے لکھا ہے۔ تو موجودہ زمانے میں عربوں کی جو کتابیں چھپی ہیں، سینکڑوں کی تعداد میں،</w:t>
      </w:r>
    </w:p>
    <w:p>
      <w:r>
        <w:rPr>
          <w:b/>
        </w:rPr>
        <w:t xml:space="preserve">[00:54] </w:t>
      </w:r>
      <w:r>
        <w:t>islam aur west ke mauzu par, islam aur maghrib ke mauzu par.</w:t>
      </w:r>
    </w:p>
    <w:p>
      <w:pPr>
        <w:jc w:val="right"/>
      </w:pPr>
      <w:r>
        <w:t>اسلام اور ویسٹ کے موضوع پر، اسلام اور مغرب کے موضوع پر۔</w:t>
      </w:r>
    </w:p>
    <w:p>
      <w:r>
        <w:rPr>
          <w:b/>
        </w:rPr>
        <w:t xml:space="preserve">[01:02] </w:t>
      </w:r>
      <w:r>
        <w:t>to is par jo kitaabein hain, is ko unhon ne padha, is par, is ko le kar is ka khulasa kiya hai. is zamane mein sankaron ki tadaad mein kitaabein chhaapi hain, arabi mein, urdu mein, har zabaan mein, is mauzu par, islam and the west.</w:t>
      </w:r>
    </w:p>
    <w:p>
      <w:pPr>
        <w:jc w:val="right"/>
      </w:pPr>
      <w:r>
        <w:t>تو اس پر جو کتابیں ہیں، اس کو انہوں نے پڑھا، اس پر، اس کو لے کر اس کا خلاصہ کیا ہے۔ اس زمانے میں سینکڑوں کی تعداد میں کتابیں چھپی ہیں، عربی میں، اردو میں، ہر زبان میں، اس موضوع پر، اسلام اینڈ دی ویسٹ۔</w:t>
      </w:r>
    </w:p>
    <w:p>
      <w:r>
        <w:rPr>
          <w:b/>
        </w:rPr>
        <w:t xml:space="preserve">[01:20] </w:t>
      </w:r>
      <w:r>
        <w:t>to in saari kitaabon mein</w:t>
      </w:r>
    </w:p>
    <w:p>
      <w:pPr>
        <w:jc w:val="right"/>
      </w:pPr>
      <w:r>
        <w:t>تو ان ساری کتابوں میں</w:t>
      </w:r>
    </w:p>
    <w:p>
      <w:r>
        <w:rPr>
          <w:b/>
        </w:rPr>
        <w:t xml:space="preserve">[01:25] </w:t>
      </w:r>
      <w:r>
        <w:t>jo baat kahi gayi hai, is ka khulasa unhon ne jo bataya hai, woh yeh hai ke maghrib ko bohat hi</w:t>
      </w:r>
    </w:p>
    <w:p>
      <w:pPr>
        <w:jc w:val="right"/>
      </w:pPr>
      <w:r>
        <w:t>جو بات کہی گئی ہے، اس کا خلاصہ انہوں نے جو بتایا ہے، وہ یہ ہے کہ مغرب کو بہت ہی</w:t>
      </w:r>
    </w:p>
    <w:p>
      <w:r>
        <w:rPr>
          <w:b/>
        </w:rPr>
        <w:t xml:space="preserve">[01:36] </w:t>
      </w:r>
      <w:r>
        <w:t>ek evil ke roop mein bataya hai, basically do cheezon ko le kar. ek to yeh maghribi tehzeeb, maghribi culture mein, maslan nudity hai, corruption hai,</w:t>
      </w:r>
    </w:p>
    <w:p>
      <w:pPr>
        <w:jc w:val="right"/>
      </w:pPr>
      <w:r>
        <w:t>ایک ایول کے روپ میں بتایا ہے، بیسکلی دو چیزوں کو لے کر۔ ایک تو یہ مغربی تہذیب، مغربی کلچر میں، مثلاً نیوڈیٹی ہے، کرپشن ہے،</w:t>
      </w:r>
    </w:p>
    <w:p>
      <w:r>
        <w:rPr>
          <w:b/>
        </w:rPr>
        <w:t xml:space="preserve">[01:54] </w:t>
      </w:r>
      <w:r>
        <w:t>materialism hai, anarchy hai, in cheezon ko le kar ke. is ke unhon ne hawale diye hain ke dekho, western culture kitna zyada inhuman culture hai.</w:t>
      </w:r>
    </w:p>
    <w:p>
      <w:pPr>
        <w:jc w:val="right"/>
      </w:pPr>
      <w:r>
        <w:t>مٹیریلزم ہے، انارکی ہے، ان چیزوں کو لے کر کے۔ اس کے انہوں نے حوالے دیے ہیں کہ دیکھو، ویسٹرن کلچر کتنا زیادہ ان ہیومن کلچر ہے۔</w:t>
      </w:r>
    </w:p>
    <w:p>
      <w:r>
        <w:rPr>
          <w:b/>
        </w:rPr>
        <w:t xml:space="preserve">[02:10] </w:t>
      </w:r>
      <w:r>
        <w:t>aur doosri cheez jo unhon ne highlight ki hai, woh hai maghrib ki islam dushmani. maslan falasteen ke maamle mein maghrib israel ki side leta hai,</w:t>
      </w:r>
    </w:p>
    <w:p>
      <w:pPr>
        <w:jc w:val="right"/>
      </w:pPr>
      <w:r>
        <w:t>اور دوسری چیز جو انہوں نے ہائی لائٹ کی ہے، وہ ہے مغرب کی اسلام دشمنی۔ مثلاً فلسطین کے معاملے میں مغرب اسرائیل کی سائیڈ لیتا ہے،</w:t>
      </w:r>
    </w:p>
    <w:p>
      <w:r>
        <w:rPr>
          <w:b/>
        </w:rPr>
        <w:t xml:space="preserve">[02:25] </w:t>
      </w:r>
      <w:r>
        <w:t>ya inhi maghribi qaumon ne iraq par bombardment kiya, waghera waghera. to basically yeh do cheezon ko le kar maghrib ko ek devil ke roop mein unhon ne pesh kiya hai.</w:t>
      </w:r>
    </w:p>
    <w:p>
      <w:pPr>
        <w:jc w:val="right"/>
      </w:pPr>
      <w:r>
        <w:t>یا انہی مغربی قوموں نے عراق پر بمبارمنٹ کیا، وغیرہ وغیرہ۔ تو بیسکلی یہ دو چیزوں کو لے کر مغرب کو ایک ڈیول کے روپ میں انہوں نے پیش کیا ہے۔</w:t>
      </w:r>
    </w:p>
    <w:p>
      <w:r>
        <w:rPr>
          <w:b/>
        </w:rPr>
        <w:t xml:space="preserve">[02:46] </w:t>
      </w:r>
      <w:r>
        <w:t>aur yahi is waqt tamam musalmanon ki soch hai. jab bhi maghrib ka naam aata hai, maghribi qaumon ka naam aata hai, to saare musalman ke zehan mein negative thought jaag uthte hain.</w:t>
      </w:r>
    </w:p>
    <w:p>
      <w:pPr>
        <w:jc w:val="right"/>
      </w:pPr>
      <w:r>
        <w:t>اور یہی اس وقت تمام مسلمانوں کی سوچ ہے۔ جب بھی مغرب کا نام آتا ہے، مغربی قوموں کا نام آتا ہے، تو سارے مسلمان کے ذہن میں نیگیٹیو تھاٹ جاگ اٹھتے ہیں۔</w:t>
      </w:r>
    </w:p>
    <w:p>
      <w:r>
        <w:rPr>
          <w:b/>
        </w:rPr>
        <w:t xml:space="preserve">[03:01] </w:t>
      </w:r>
      <w:r>
        <w:t>woh samajhte hain ke yeh log islam dushman hain, yeh bohat bure log hain. achha, is lambe mazmoon ko padhne ke baad maine socha ke mera haal to aisa nahi hai.</w:t>
      </w:r>
    </w:p>
    <w:p>
      <w:pPr>
        <w:jc w:val="right"/>
      </w:pPr>
      <w:r>
        <w:t>وہ سمجھتے ہیں کہ یہ لوگ اسلام دشمن ہیں، یہ بہت برے لوگ ہیں۔ اچھا، اس لمبے مضمون کو پڑھنے کے بعد میں نے سوچا کہ میرا حال تو ایسا نہیں ہے۔</w:t>
      </w:r>
    </w:p>
    <w:p>
      <w:r>
        <w:rPr>
          <w:b/>
        </w:rPr>
        <w:t xml:space="preserve">[03:13] </w:t>
      </w:r>
      <w:r>
        <w:t>maine maghribi literature ko bohat zyada padha hai, bohat safar kiya hai, baar baar. to meri rai to bilkul is ke bar aks hai.</w:t>
      </w:r>
    </w:p>
    <w:p>
      <w:pPr>
        <w:jc w:val="right"/>
      </w:pPr>
      <w:r>
        <w:t>میں نے مغربی لٹریچر کو بہت زیادہ پڑھا ہے، بہت سفر کیا ہے، بار بار۔ تو میری رائے تو بالکل اس کے برعکس ہے۔</w:t>
      </w:r>
    </w:p>
    <w:p>
      <w:r>
        <w:rPr>
          <w:b/>
        </w:rPr>
        <w:t xml:space="preserve">[03:24] </w:t>
      </w:r>
      <w:r>
        <w:t>yaani maghrib ke, maghrib ko ya western civilization ko main islam ke liye ek nemat samajhta hoon, boon, ek blessing.</w:t>
      </w:r>
    </w:p>
    <w:p>
      <w:pPr>
        <w:jc w:val="right"/>
      </w:pPr>
      <w:r>
        <w:t>یعنی مغرب کے، مغرب کو یا ویسٹرن سویلائزیشن کو میں اسلام کے لیے ایک نعمت سمجھتا ہوں، بون، ایک بلیسنگ۔</w:t>
      </w:r>
    </w:p>
    <w:p>
      <w:r>
        <w:rPr>
          <w:b/>
        </w:rPr>
        <w:t xml:space="preserve">[03:41] </w:t>
      </w:r>
      <w:r>
        <w:t>to maine socha ke yeh farq kyun hai?</w:t>
      </w:r>
    </w:p>
    <w:p>
      <w:pPr>
        <w:jc w:val="right"/>
      </w:pPr>
      <w:r>
        <w:t>تو میں نے سوچا کہ یہ فرق کیوں ہے؟</w:t>
      </w:r>
    </w:p>
    <w:p>
      <w:r>
        <w:rPr>
          <w:b/>
        </w:rPr>
        <w:t xml:space="preserve">[03:47] </w:t>
      </w:r>
      <w:r>
        <w:t>is par main bohat zyada ghaur karta raha, ghaur karta raha ke itna zabardast farq kyun hai? same western world hai,</w:t>
      </w:r>
    </w:p>
    <w:p>
      <w:pPr>
        <w:jc w:val="right"/>
      </w:pPr>
      <w:r>
        <w:t>اس پر میں بہت زیادہ غور کرتا رہا، غور کرتا رہا کہ اتنا زبردست فرق کیوں ہے؟ سیم ویسٹرن ورلڈ ہے،</w:t>
      </w:r>
    </w:p>
    <w:p>
      <w:r>
        <w:rPr>
          <w:b/>
        </w:rPr>
        <w:t xml:space="preserve">[04:00] </w:t>
      </w:r>
      <w:r>
        <w:t>iske baare mein saare musalmanon ki soch negative hai. is ko woh devil samajhte hain.</w:t>
      </w:r>
    </w:p>
    <w:p>
      <w:pPr>
        <w:jc w:val="right"/>
      </w:pPr>
      <w:r>
        <w:t>اس کے بارے میں سارے مسلمانوں کی سوچ نیگیٹیو ہے۔ اس کو وہ ڈیول سمجھتے ہیں۔</w:t>
      </w:r>
    </w:p>
    <w:p>
      <w:r>
        <w:rPr>
          <w:b/>
        </w:rPr>
        <w:t xml:space="preserve">[04:11] </w:t>
      </w:r>
      <w:r>
        <w:t>aur meri soch bilkul bar aks hai ke main is ko is tarah blessing samajhta hoon, ek nemat samajhta hoon.</w:t>
      </w:r>
    </w:p>
    <w:p>
      <w:pPr>
        <w:jc w:val="right"/>
      </w:pPr>
      <w:r>
        <w:t>اور میری سوچ بالکل برعکس ہے کہ میں اس کو اس طرح بلیسنگ سمجھتا ہوں، ایک نعمت سمجھتا ہوں۔</w:t>
      </w:r>
    </w:p>
    <w:p>
      <w:r>
        <w:rPr>
          <w:b/>
        </w:rPr>
        <w:t xml:space="preserve">[04:21] </w:t>
      </w:r>
      <w:r>
        <w:t>is par ghaur karte hue meri samajh mein aaya ke yeh saare musalman ek cheez ko bhule hue hain, ek islam ke ek principle ko.</w:t>
      </w:r>
    </w:p>
    <w:p>
      <w:pPr>
        <w:jc w:val="right"/>
      </w:pPr>
      <w:r>
        <w:t>اس پر غور کرتے ہوئے میری سمجھ میں آیا کہ یہ سارے مسلمان ایک چیز کو بھولے ہوئے ہیں، ایک اسلام کے ایک پرنسپل کو۔</w:t>
      </w:r>
    </w:p>
    <w:p>
      <w:r>
        <w:rPr>
          <w:b/>
        </w:rPr>
        <w:t xml:space="preserve">[04:34] </w:t>
      </w:r>
      <w:r>
        <w:t>islam ka ek bohat hi bada principle hai, jis ki misaal jo usooli taur par quran mein bataya gaya hai, aur jis ki bohat zabardast misaal rasool Allah salallahu alaihi wasallam ki zindagi mein maujood hai.</w:t>
      </w:r>
    </w:p>
    <w:p>
      <w:pPr>
        <w:jc w:val="right"/>
      </w:pPr>
      <w:r>
        <w:t>اسلام کا ایک بہت ہی بڑا پرنسپل ہے، جس کی مثال جو اصولی طور پر قرآن میں بتایا گیا ہے، اور جس کی بہت زبردست مثال رسول اللہ صلی اللہ علیہ وسلم کی زندگی میں موجود ہے۔</w:t>
      </w:r>
    </w:p>
    <w:p>
      <w:r>
        <w:rPr>
          <w:b/>
        </w:rPr>
        <w:t xml:space="preserve">[04:48] </w:t>
      </w:r>
      <w:r>
        <w:t>woh principal kya hai? un mawal usr-o-yusr. usr ke sath yusr hota hai.</w:t>
      </w:r>
    </w:p>
    <w:p>
      <w:pPr>
        <w:jc w:val="right"/>
      </w:pPr>
      <w:r>
        <w:t>وہ پرنسپل کیا ہے؟ ان موال عسر یسرا۔ عسر کے ساتھ یسر ہوتا ہے۔</w:t>
      </w:r>
    </w:p>
    <w:p>
      <w:r>
        <w:rPr>
          <w:b/>
        </w:rPr>
        <w:t xml:space="preserve">[05:00] </w:t>
      </w:r>
      <w:r>
        <w:t>yani</w:t>
      </w:r>
    </w:p>
    <w:p>
      <w:pPr>
        <w:jc w:val="right"/>
      </w:pPr>
      <w:r>
        <w:t>یعنی</w:t>
      </w:r>
    </w:p>
    <w:p>
      <w:r>
        <w:rPr>
          <w:b/>
        </w:rPr>
        <w:t xml:space="preserve">[05:05] </w:t>
      </w:r>
      <w:r>
        <w:t>mushkil ke sath aasani hoti hai.</w:t>
      </w:r>
    </w:p>
    <w:p>
      <w:pPr>
        <w:jc w:val="right"/>
      </w:pPr>
      <w:r>
        <w:t>مشکل کے ساتھ آسانی ہوتی ہے۔</w:t>
      </w:r>
    </w:p>
    <w:p>
      <w:r>
        <w:rPr>
          <w:b/>
        </w:rPr>
        <w:t xml:space="preserve">[05:09] </w:t>
      </w:r>
      <w:r>
        <w:t>yeh principal hai. yani is principal ka matlab kya hai? Allah taala ne jis naqshe ke mutabiq yeh duniya ko banaya hai, woh naqsha yahi hai.</w:t>
      </w:r>
    </w:p>
    <w:p>
      <w:pPr>
        <w:jc w:val="right"/>
      </w:pPr>
      <w:r>
        <w:t>یہ پرنسپل ہے۔ یعنی اس پرنسپل کا مطلب کیا ہے؟ اللہ تعالیٰ نے جس نقشے کے مطابق یہ دنیا کو بنایا ہے، وہ نقشہ یہی ہے۔</w:t>
      </w:r>
    </w:p>
    <w:p>
      <w:r>
        <w:rPr>
          <w:b/>
        </w:rPr>
        <w:t xml:space="preserve">[05:24] </w:t>
      </w:r>
      <w:r>
        <w:t>yani jo Allah taala ka jo creation plan hai, us ke mutabiq duniya mein yahi hona hai, yeh qayamat tak yahi rahega. ke dono cheezein duniya mein pai jayengi, usr bhi, yusr bhi.</w:t>
      </w:r>
    </w:p>
    <w:p>
      <w:pPr>
        <w:jc w:val="right"/>
      </w:pPr>
      <w:r>
        <w:t>یعنی جو اللہ تعالیٰ کا جو کرشن پلان ہے، اس کے مطابق دنیا میں یہی ہونا ہے، یہ قیامت تک یہی رہے گا۔ کہ دونوں چیزیں دنیا میں پائی جائیں گی، عسر بھی، یسر بھی۔</w:t>
      </w:r>
    </w:p>
    <w:p>
      <w:r>
        <w:rPr>
          <w:b/>
        </w:rPr>
        <w:t xml:space="preserve">[05:39] </w:t>
      </w:r>
      <w:r>
        <w:t>mushkilat bhi aur mawaqe bhi, dono cheezein pai jayengi. toh humein karna kya hai? hum usr ko ignore kar ke yusr ko dekhein.</w:t>
      </w:r>
    </w:p>
    <w:p>
      <w:pPr>
        <w:jc w:val="right"/>
      </w:pPr>
      <w:r>
        <w:t>مشکلات بھی اور مواقع بھی، دونوں چیزیں پائی جائیں گی۔ تو ہمیں کرنا کیا ہے؟ ہم عسر کو اگنور کر کے یسر کو دیکھیں۔</w:t>
      </w:r>
    </w:p>
    <w:p>
      <w:r>
        <w:rPr>
          <w:b/>
        </w:rPr>
        <w:t xml:space="preserve">[05:56] </w:t>
      </w:r>
      <w:r>
        <w:t>mushkilat ko minus kar ke mawaqe ko dekhein.</w:t>
      </w:r>
    </w:p>
    <w:p>
      <w:pPr>
        <w:jc w:val="right"/>
      </w:pPr>
      <w:r>
        <w:t>مشکلات کو مائنس کر کے مواقع کو دیکھیں۔</w:t>
      </w:r>
    </w:p>
    <w:p>
      <w:r>
        <w:rPr>
          <w:b/>
        </w:rPr>
        <w:t xml:space="preserve">[06:07] </w:t>
      </w:r>
      <w:r>
        <w:t>yeh ek bohat bari wisdom hai jo Quran mein batai gayi hai. aur Rasool Allah Salallahu Alaihi Wasallam ne is ko amalan kar ke dikhaya hai.</w:t>
      </w:r>
    </w:p>
    <w:p>
      <w:pPr>
        <w:jc w:val="right"/>
      </w:pPr>
      <w:r>
        <w:t>یہ ایک بہت بڑی وزڈم ہے جو قرآن میں بتائی گئی ہے۔ اور رسول اللہ صلی اللہ علیہ وسلم نے اس کو عملاً کر کے دکھایا ہے۔</w:t>
      </w:r>
    </w:p>
    <w:p>
      <w:r>
        <w:rPr>
          <w:b/>
        </w:rPr>
        <w:t xml:space="preserve">[06:17] </w:t>
      </w:r>
      <w:r>
        <w:t>lekin ajib baat hai ke sare musalman yeh wisdom se bekhabar hain.</w:t>
      </w:r>
    </w:p>
    <w:p>
      <w:pPr>
        <w:jc w:val="right"/>
      </w:pPr>
      <w:r>
        <w:t>لیکن عجیب بات ہے کہ سارے مسلمان یہ وزڈم سے بے خبر ہیں۔</w:t>
      </w:r>
    </w:p>
    <w:p>
      <w:r>
        <w:rPr>
          <w:b/>
        </w:rPr>
        <w:t xml:space="preserve">[06:25] </w:t>
      </w:r>
      <w:r>
        <w:t>yani kyun shikayatein liye baithe hain sare musalman? India mein bhi, jis ko dekhiye, India mein musalman jitne bhi likhne bolne wale hain, shikayati boli bolte hain, complaint ki boli bolte hain.</w:t>
      </w:r>
    </w:p>
    <w:p>
      <w:pPr>
        <w:jc w:val="right"/>
      </w:pPr>
      <w:r>
        <w:t>یعنی کیوں شکایتیں لیے بیٹھے ہیں سارے مسلمان؟ انڈیا میں بھی، جس کو دیکھیے، انڈیا میں مسلمان جتنے بھی لکھنے بولنے والے ہیں، شکایتی بولی بولتے ہیں، کمپلینٹ کی بولی بولتے ہیں۔</w:t>
      </w:r>
    </w:p>
    <w:p>
      <w:r>
        <w:rPr>
          <w:b/>
        </w:rPr>
        <w:t xml:space="preserve">[06:39] </w:t>
      </w:r>
      <w:r>
        <w:t>woh kehte hain ke India hamare liye ek problem country hai, hamare liye zulm ho raha hai, discrimination hota hai. aur yahi Europe mein, yahi America mein, yahi Israel mein, yahi har jagah.</w:t>
      </w:r>
    </w:p>
    <w:p>
      <w:pPr>
        <w:jc w:val="right"/>
      </w:pPr>
      <w:r>
        <w:t>وہ کہتے ہیں کہ انڈیا ہمارے لیے ایک پرابلم کنٹری ہے، ہمارے لیے ظلم ہو رہا ہے، ڈسکریمینیشن ہوتا ہے۔ اور یہی یورپ میں، یہی امریکہ میں، یہی اسرائیل میں، یہی ہر جگہ۔</w:t>
      </w:r>
    </w:p>
    <w:p>
      <w:r>
        <w:rPr>
          <w:b/>
        </w:rPr>
        <w:t xml:space="preserve">[06:51] </w:t>
      </w:r>
      <w:r>
        <w:t>toh Arab se le kar non-Arab tak sab yahi boli bolte hain. toh kyun woh is hikmat ko nahi samjhe, is wisdom ko nahi samjhe ke</w:t>
      </w:r>
    </w:p>
    <w:p>
      <w:pPr>
        <w:jc w:val="right"/>
      </w:pPr>
      <w:r>
        <w:t>تو عرب سے لے کر نان عرب تک سب یہی بولی بولتے ہیں۔ تو کیوں وہ اس حکمت کو نہیں سمجھے، اس وزڈم کو نہیں سمجھے کہ</w:t>
      </w:r>
    </w:p>
    <w:p>
      <w:r>
        <w:rPr>
          <w:b/>
        </w:rPr>
        <w:t xml:space="preserve">[07:06] </w:t>
      </w:r>
      <w:r>
        <w:t>yeh duniya mein usr toh rahega, humein kya karna hai? usr ko ignore kar ke yusr ko dekhein. kyunke sath sath woh bhi rahega. yani kaante toh rahenge, lekin sath sath phool bhi rahega.</w:t>
      </w:r>
    </w:p>
    <w:p>
      <w:pPr>
        <w:jc w:val="right"/>
      </w:pPr>
      <w:r>
        <w:t>یہ دنیا میں عصر تو رہے گا، ہمیں کیا کرنا ہے؟ عصر کو اگنور کر کے یسر کو دیکھیں۔ کیونکہ ساتھ ساتھ وہ بھی رہے گا۔ یعنی کانٹے تو رہیں گے، لیکن ساتھ ساتھ پھول بھی رہے گا۔</w:t>
      </w:r>
    </w:p>
    <w:p>
      <w:r>
        <w:rPr>
          <w:b/>
        </w:rPr>
        <w:t xml:space="preserve">[07:19] </w:t>
      </w:r>
      <w:r>
        <w:t>toh kaante ke kaanton ko randaz karo aur phool ko dekho. is hikmat se sare musalman bekhabar hain.</w:t>
      </w:r>
    </w:p>
    <w:p>
      <w:pPr>
        <w:jc w:val="right"/>
      </w:pPr>
      <w:r>
        <w:t>تو کانٹے کے کانٹوں کو رانداز کرو اور پھول کو دیکھو۔ اس حکمت سے سارے مسلمان بے خبر ہیں۔</w:t>
      </w:r>
    </w:p>
    <w:p>
      <w:r>
        <w:rPr>
          <w:b/>
        </w:rPr>
        <w:t xml:space="preserve">[07:29] </w:t>
      </w:r>
      <w:r>
        <w:t>aur musalman hi nahi, sari duniya bekhabar hai. main samajhta hoon ke sari duniya ke jitne reformer hain, philosopher hain, sab ka case ek lafz mein kya hai?</w:t>
      </w:r>
    </w:p>
    <w:p>
      <w:pPr>
        <w:jc w:val="right"/>
      </w:pPr>
      <w:r>
        <w:t>اور مسلمان ہی نہیں، ساری دنیا بے خبر ہے۔ میں سمجھتا ہوں کہ ساری دنیا کے جتنے ریفارمر ہیں، فلاسفر ہیں، سب کا کیس ایک لفظ میں کیا ہے؟</w:t>
      </w:r>
    </w:p>
    <w:p>
      <w:r>
        <w:rPr>
          <w:b/>
        </w:rPr>
        <w:t xml:space="preserve">[07:39] </w:t>
      </w:r>
      <w:r>
        <w:t>misinterpretation of history. sab ka case. misinterpretation of history. dekhiye, jitne philosophers hain, woh kab kya kehte hain?</w:t>
      </w:r>
    </w:p>
    <w:p>
      <w:pPr>
        <w:jc w:val="right"/>
      </w:pPr>
      <w:r>
        <w:t>مس انٹرپریشن آف ہسٹری۔ سب کا کیس۔ مس انٹرپریشن آف ہسٹری۔ دیکھیے، جتنے فلاسفرز ہیں، وہ کب کیا کہتے ہیں؟</w:t>
      </w:r>
    </w:p>
    <w:p>
      <w:r>
        <w:rPr>
          <w:b/>
        </w:rPr>
        <w:t xml:space="preserve">[07:52] </w:t>
      </w:r>
      <w:r>
        <w:t>un ka ek kehna yeh hai ke duniya mein problem of evil hai. sab shikayat karte hain ke duniya mein evil hai, evil hai.</w:t>
      </w:r>
    </w:p>
    <w:p>
      <w:pPr>
        <w:jc w:val="right"/>
      </w:pPr>
      <w:r>
        <w:t>ان کا ایک کہنا یہ ہے کہ دنیا میں پرابلم آف ایول ہے۔ سب شکایت کرتے ہیں کہ دنیا میں ایول ہے، ایول ہے۔</w:t>
      </w:r>
    </w:p>
    <w:p>
      <w:r>
        <w:rPr>
          <w:b/>
        </w:rPr>
        <w:t xml:space="preserve">[08:04] </w:t>
      </w:r>
      <w:r>
        <w:t>toh evil ko le kar ke sochte hain woh.</w:t>
      </w:r>
    </w:p>
    <w:p>
      <w:pPr>
        <w:jc w:val="right"/>
      </w:pPr>
      <w:r>
        <w:t>تو ایول کو لے کر کے سوچتے ہیں وہ۔</w:t>
      </w:r>
    </w:p>
    <w:p>
      <w:r>
        <w:rPr>
          <w:b/>
        </w:rPr>
        <w:t xml:space="preserve">[08:11] </w:t>
      </w:r>
      <w:r>
        <w:t>evil ko le kar ke sochte hain. Givon ne likha hai ke duniya jo hai, yeh tareekh jo hai, woh bhari hui hai crime se.</w:t>
      </w:r>
    </w:p>
    <w:p>
      <w:pPr>
        <w:jc w:val="right"/>
      </w:pPr>
      <w:r>
        <w:t>ایول کو لے کر کے سوچتے ہیں۔ گیون نے لکھا ہے کہ دنیا جو ہے، یہ تاریخ جو ہے، وہ بھری ہوئی ہے کرائم سے۔</w:t>
      </w:r>
    </w:p>
    <w:p>
      <w:r>
        <w:rPr>
          <w:b/>
        </w:rPr>
        <w:t xml:space="preserve">[08:23] </w:t>
      </w:r>
      <w:r>
        <w:t>tareekh crime se bhari hui hai.</w:t>
      </w:r>
    </w:p>
    <w:p>
      <w:pPr>
        <w:jc w:val="right"/>
      </w:pPr>
      <w:r>
        <w:t>تاریخ کرائم سے بھری ہوئی ہے۔</w:t>
      </w:r>
    </w:p>
    <w:p>
      <w:r>
        <w:rPr>
          <w:b/>
        </w:rPr>
        <w:t xml:space="preserve">[08:27] </w:t>
      </w:r>
      <w:r>
        <w:t>aur musalman yeh samajhte hain ke duniya sazish se aur zulm se bhari hui hai. sab ki soch ek hi soch hai, chahe Muslim ho ya non-Muslim.</w:t>
      </w:r>
    </w:p>
    <w:p>
      <w:pPr>
        <w:jc w:val="right"/>
      </w:pPr>
      <w:r>
        <w:t>اور مسلمان یہ سمجھتے ہیں کہ دنیا سازش سے اور ظلم سے بھری ہوئی ہے۔ سب کی سوچ ایک ہی سوچ ہے، چاہے مسلم ہو یا نان مسلم۔</w:t>
      </w:r>
    </w:p>
    <w:p>
      <w:r>
        <w:rPr>
          <w:b/>
        </w:rPr>
        <w:t xml:space="preserve">[08:38] </w:t>
      </w:r>
      <w:r>
        <w:t>toh kyun woh creation of creation of God jo hai, creation plan of God jo us se bekhabar hain? sab ka case misinterpretation, misinterpretation of history ka case hai.</w:t>
      </w:r>
    </w:p>
    <w:p>
      <w:pPr>
        <w:jc w:val="right"/>
      </w:pPr>
      <w:r>
        <w:t>تو کیوں وہ کرشن آف کرشن آف گاڈ جو ہے، کرشن پلان آف گاڈ جو اس سے بے خبر ہیں؟ سب کا کیس مس انٹرپریشن، مس انٹرپریشن آف ہسٹری کا کیس ہے۔</w:t>
      </w:r>
    </w:p>
    <w:p>
      <w:r>
        <w:rPr>
          <w:b/>
        </w:rPr>
        <w:t xml:space="preserve">[08:56] </w:t>
      </w:r>
      <w:r>
        <w:t>dekhiye, aap Quran ko padhein ghaur se, sirf sawab ke liye, tilawat ke liye nahi, tadabbur ke zariye se.</w:t>
      </w:r>
    </w:p>
    <w:p>
      <w:pPr>
        <w:jc w:val="right"/>
      </w:pPr>
      <w:r>
        <w:t>دیکھیے، آپ قرآن کو پڑھیں غور سے، صرف ثواب کے لیے، تلاوت کے لیے نہیں، تدبر کے ذریعے سے۔</w:t>
      </w:r>
    </w:p>
    <w:p>
      <w:r>
        <w:rPr>
          <w:b/>
        </w:rPr>
        <w:t xml:space="preserve">[09:05] </w:t>
      </w:r>
      <w:r>
        <w:t>toh aap ko maloom hoga ke Allah taala ne insaan ko azadi di hai. total freedom. full freedom, full discretion.</w:t>
      </w:r>
    </w:p>
    <w:p>
      <w:pPr>
        <w:jc w:val="right"/>
      </w:pPr>
      <w:r>
        <w:t>تو آپ کو معلوم ہوگا کہ اللہ تعالیٰ نے انسان کو آزادی دی ہے۔ ٹوٹل فریڈم۔ فون شاہ فلیم، فون شاہ فلیکفر۔</w:t>
      </w:r>
    </w:p>
    <w:p>
      <w:r>
        <w:rPr>
          <w:b/>
        </w:rPr>
        <w:t xml:space="preserve">[09:18] </w:t>
      </w:r>
      <w:r>
        <w:t>yahan tak ke is iblis ne apni sari jinnati biradari ko le kar Allah ke khilaf bagawat kar di. toh Allah taala ne azadi de di, us ko bhi azadi de di.</w:t>
      </w:r>
    </w:p>
    <w:p>
      <w:pPr>
        <w:jc w:val="right"/>
      </w:pPr>
      <w:r>
        <w:t>یہاں تک کہ اس ابلیس نے اپنی ساری جناتی برادری کو لے کر اللہ کے خلاف بغاوت کر دی۔ تو اللہ تعالیٰ نے آزادی دے دی، اس کو بھی آزادی دے دی۔</w:t>
      </w:r>
    </w:p>
    <w:p>
      <w:r>
        <w:rPr>
          <w:b/>
        </w:rPr>
        <w:t xml:space="preserve">[09:30] </w:t>
      </w:r>
      <w:r>
        <w:t>qayamat tak to woh azadi hai. Allah taala ne is ko khatam nahi kiya. To Allah taala insan ki aur jinnat ki azadi ko abash nahi karega.</w:t>
      </w:r>
    </w:p>
    <w:p>
      <w:pPr>
        <w:jc w:val="right"/>
      </w:pPr>
      <w:r>
        <w:t>قیامت تک تو وہ آزادی ہے۔ اللہ تعالیٰ نے اس کو ختم نہیں کر دیا۔ تو اللہ تعالیٰ انسان کی اور جنات کی آزادی کو ابائش نہیں کرے گا۔</w:t>
      </w:r>
    </w:p>
    <w:p>
      <w:r>
        <w:rPr>
          <w:b/>
        </w:rPr>
        <w:t xml:space="preserve">[09:44] </w:t>
      </w:r>
      <w:r>
        <w:t>acha, jab azadi hai to azadi aadmi sirf proper use karega azadi ka? Woh misuse bhi karega, azadi ka misuse bhi karega?</w:t>
      </w:r>
    </w:p>
    <w:p>
      <w:pPr>
        <w:jc w:val="right"/>
      </w:pPr>
      <w:r>
        <w:t>اچھا، جب آزادی ہے تو آزادی آدمی صرف پراپر یوز کرے گا آزادی کا؟ وہ مس یوز بھی کرے گا، آزادی کا مس یوز بھی کرے گا؟</w:t>
      </w:r>
    </w:p>
    <w:p>
      <w:r>
        <w:rPr>
          <w:b/>
        </w:rPr>
        <w:t xml:space="preserve">[09:56] </w:t>
      </w:r>
      <w:r>
        <w:t>chunaanche dekhiye, jin sazishon aur jin jin mazalim ko musalman batate hain, jin buraiyon, buraiyon ko batate hain, west mein ya india mein ya kahin bhi, woh sab ki sab muslim dunya mein pehle bhi thi, aaj bhi hain.</w:t>
      </w:r>
    </w:p>
    <w:p>
      <w:pPr>
        <w:jc w:val="right"/>
      </w:pPr>
      <w:r>
        <w:t>چنانچہ دیکھیے، جن سازشوں اور جن جن مظالم کو مسلمان بتاتے ہیں، جن برائیوں، برائیوں کو بتاتے ہیں، ویسٹ میں یا انڈیا میں یا کہیں بھی، وہ سب کی سب مسلم دنیا میں پہلے بھی تھیں، آج بھی ہیں۔</w:t>
      </w:r>
    </w:p>
    <w:p>
      <w:r>
        <w:rPr>
          <w:b/>
        </w:rPr>
        <w:t xml:space="preserve">[10:14] </w:t>
      </w:r>
      <w:r>
        <w:t>hata ke khilafat rashida ke zamane mein bhi woh sari evil maujood thi.</w:t>
      </w:r>
    </w:p>
    <w:p>
      <w:pPr>
        <w:jc w:val="right"/>
      </w:pPr>
      <w:r>
        <w:t>حتیٰ کہ خلافت راشدہ کے زمانے میں بھی وہ ساری ایول موجود تھیں۔</w:t>
      </w:r>
    </w:p>
    <w:p>
      <w:r>
        <w:rPr>
          <w:b/>
        </w:rPr>
        <w:t xml:space="preserve">[10:25] </w:t>
      </w:r>
      <w:r>
        <w:t>to agar aap yeh is tarike se sochenge to khilafat rashida jo hai, khilafat rashida nahi rahegi woh. Kyun ke mere nazdeek hai woh khilafat rashida.</w:t>
      </w:r>
    </w:p>
    <w:p>
      <w:pPr>
        <w:jc w:val="right"/>
      </w:pPr>
      <w:r>
        <w:t>تو اگر آپ یہ اس طریقے سے سوچیں گے تو خلافت راشدہ جو ہے، خلافت راشدہ نہیں رہے گی وہ۔ کیونکہ میرے نزدیک ہے وہ خلافت راشدہ۔</w:t>
      </w:r>
    </w:p>
    <w:p>
      <w:r>
        <w:rPr>
          <w:b/>
        </w:rPr>
        <w:t xml:space="preserve">[10:35] </w:t>
      </w:r>
      <w:r>
        <w:t>kyun? Insan ko azadi hai to us ko yeh bhi azadi hai ke woh apni field ko misuse kare. Woh Hazrat Umar ko qatal kar de, Hazrat Usman ko qatal kar de,</w:t>
      </w:r>
    </w:p>
    <w:p>
      <w:pPr>
        <w:jc w:val="right"/>
      </w:pPr>
      <w:r>
        <w:t>کیوں؟ انسان کو آزادی ہے تو اس کو یہ بھی آزادی ہے کہ وہ اپنی فیلڈ کو مس یوز کرے۔ وہ حضرت عمر کو قتل کر دے، حضرت عثمان کو قتل کر دے،</w:t>
      </w:r>
    </w:p>
    <w:p>
      <w:r>
        <w:rPr>
          <w:b/>
        </w:rPr>
        <w:t xml:space="preserve">[10:49] </w:t>
      </w:r>
      <w:r>
        <w:t>us ko azadi hai. Woh Hussain ko qatal kar de, woh aapas mein jang kare. Yeh misuse of freedom ke cases hain.</w:t>
      </w:r>
    </w:p>
    <w:p>
      <w:pPr>
        <w:jc w:val="right"/>
      </w:pPr>
      <w:r>
        <w:t>اس کو آزادی ہے۔ وہ حسین کو قتل کر دے، وہ آپس میں جنگ کرے۔ یہ مس یوز آف فریڈم کے کیسز ہیں۔</w:t>
      </w:r>
    </w:p>
    <w:p>
      <w:r>
        <w:rPr>
          <w:b/>
        </w:rPr>
        <w:t xml:space="preserve">[11:01] </w:t>
      </w:r>
      <w:r>
        <w:t>to title galat hai, yaad rakhiye. Logon ne jo title bana rakha hai, evil, zulm, conspiracy, yeh title galat hai.</w:t>
      </w:r>
    </w:p>
    <w:p>
      <w:pPr>
        <w:jc w:val="right"/>
      </w:pPr>
      <w:r>
        <w:t>تو ٹائٹل غلط ہے، یاد رکھیے۔ لوگ نے جو ٹائٹل بن رکھا ہے، ایول، ظلم، کانسپریسی، یہ ٹائٹل غلط ہے۔</w:t>
      </w:r>
    </w:p>
    <w:p>
      <w:r>
        <w:rPr>
          <w:b/>
        </w:rPr>
        <w:t xml:space="preserve">[11:10] </w:t>
      </w:r>
      <w:r>
        <w:t>sahi title kya hai? Misuse of freedom.</w:t>
      </w:r>
    </w:p>
    <w:p>
      <w:pPr>
        <w:jc w:val="right"/>
      </w:pPr>
      <w:r>
        <w:t>صحیح ٹائٹل کیا ہے؟ مس یوز آف فریڈم۔</w:t>
      </w:r>
    </w:p>
    <w:p>
      <w:r>
        <w:rPr>
          <w:b/>
        </w:rPr>
        <w:t xml:space="preserve">[11:19] </w:t>
      </w:r>
      <w:r>
        <w:t>yeh dunya ke waqiyat jo ho rahe hain, in ke samajhne ke liye logon ne title hi galat bana rakha hai. Is ko evil ke title ke tehat padhte hain, zulm ke sazish ke tehat padhte hain.</w:t>
      </w:r>
    </w:p>
    <w:p>
      <w:pPr>
        <w:jc w:val="right"/>
      </w:pPr>
      <w:r>
        <w:t>یہ دنیا کے واقعات جو ہو رہے ہیں، ان کے سمجھنے کے لیے لوگوں نے ٹائٹل ہی غلط بنا رکھا ہے۔ اس کو ایول کے ٹائٹل کے تحت پڑھتے ہیں، ظلم کے سازش کے تحت پڑھتے ہیں۔</w:t>
      </w:r>
    </w:p>
    <w:p>
      <w:r>
        <w:rPr>
          <w:b/>
        </w:rPr>
        <w:t xml:space="preserve">[11:33] </w:t>
      </w:r>
      <w:r>
        <w:t>nahi, in sab ko aap ek hi title dijiye, woh hai misuse of freedom.</w:t>
      </w:r>
    </w:p>
    <w:p>
      <w:pPr>
        <w:jc w:val="right"/>
      </w:pPr>
      <w:r>
        <w:t>نہیں، ان سب کو آپ ایک ہی ٹائٹل دیجیے، وہ ہے مس یوز آف فریڈم۔</w:t>
      </w:r>
    </w:p>
    <w:p>
      <w:r>
        <w:rPr>
          <w:b/>
        </w:rPr>
        <w:t xml:space="preserve">[11:42] </w:t>
      </w:r>
      <w:r>
        <w:t>ab masla kya hai? Misuse of freedom to baqi rahega. Hum aap is ko abash kar nahi sakte. Kyun ke Khuda ki di hui cheez ko kaun abash karega?</w:t>
      </w:r>
    </w:p>
    <w:p>
      <w:pPr>
        <w:jc w:val="right"/>
      </w:pPr>
      <w:r>
        <w:t>اب مسئلہ کیا ہے؟ مس یوز آف فریڈم تو باقی رہے گا۔ ہم آپ اس کو ابالش کر نہیں سکتے۔ کیونکہ خدا کی دی ہوئی چیز کو کون ابالش کرے گا؟</w:t>
      </w:r>
    </w:p>
    <w:p>
      <w:r>
        <w:rPr>
          <w:b/>
        </w:rPr>
        <w:t xml:space="preserve">[11:55] </w:t>
      </w:r>
      <w:r>
        <w:t>kis mein itni taqat hai ke jo cheez Khuda ne de rakhi hai, us ko abash kar de, woh us ko khatam kar de?</w:t>
      </w:r>
    </w:p>
    <w:p>
      <w:pPr>
        <w:jc w:val="right"/>
      </w:pPr>
      <w:r>
        <w:t>کس میں اتنی طاقت ہے کہ جو چیز خدا نے دے رکھی ہے، اس کو ابالش کر دے، وہ اس کو ختم کر دے؟</w:t>
      </w:r>
    </w:p>
    <w:p>
      <w:r>
        <w:rPr>
          <w:b/>
        </w:rPr>
        <w:t xml:space="preserve">[12:04] </w:t>
      </w:r>
      <w:r>
        <w:t>yeh to qayamat tak rahega. Then what to do?</w:t>
      </w:r>
    </w:p>
    <w:p>
      <w:pPr>
        <w:jc w:val="right"/>
      </w:pPr>
      <w:r>
        <w:t>یہ تو قیامت تک رہے گا۔ دین واٹ ٹو ڈو؟</w:t>
      </w:r>
    </w:p>
    <w:p>
      <w:r>
        <w:rPr>
          <w:b/>
        </w:rPr>
        <w:t xml:space="preserve">[12:10] </w:t>
      </w:r>
      <w:r>
        <w:t>wohi hai, in mawal usr yusr. Yani usr ko ignore karo aur yusr ko istemal karo.</w:t>
      </w:r>
    </w:p>
    <w:p>
      <w:pPr>
        <w:jc w:val="right"/>
      </w:pPr>
      <w:r>
        <w:t>وہی ہے، ان موال عسر یسرا۔ یعنی عسر کو اگنور کرو اور یسر کو استعمال کرو۔</w:t>
      </w:r>
    </w:p>
    <w:p>
      <w:r>
        <w:rPr>
          <w:b/>
        </w:rPr>
        <w:t xml:space="preserve">[12:21] </w:t>
      </w:r>
      <w:r>
        <w:t>yani misuse of freedom ko chodo, is saath saath jo doosri cheezein hain, jo opportunities hain, jo mawaqe hain, jo scopes hain, us ko dekho.</w:t>
      </w:r>
    </w:p>
    <w:p>
      <w:pPr>
        <w:jc w:val="right"/>
      </w:pPr>
      <w:r>
        <w:t>یعنی مس یوز آف فریڈم کو چھوڑو، اس ساتھ ساتھ جو دوسری چیزیں ہیں، جو اپرچونیٹیز ہیں، جو مواقع ہیں، جو سکوپس ہیں، اس کو دیکھو۔</w:t>
      </w:r>
    </w:p>
    <w:p>
      <w:r>
        <w:rPr>
          <w:b/>
        </w:rPr>
        <w:t xml:space="preserve">[12:32] </w:t>
      </w:r>
      <w:r>
        <w:t>kyun ke woh bhi hamesha baqi rehte hain. Balkeh Allah taala history ko</w:t>
      </w:r>
    </w:p>
    <w:p>
      <w:pPr>
        <w:jc w:val="right"/>
      </w:pPr>
      <w:r>
        <w:t>کیونکہ وہ بھی ہمیشہ باقی رہتے ہیں۔ بلکہ اللہ تعالیٰ ہسٹری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