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Violence- The Second Forbidden Tree June 14, 2009</w:t>
      </w:r>
    </w:p>
    <w:p>
      <w:r>
        <w:t>https://youtu.be/lJu5kpvxssA</w:t>
      </w:r>
    </w:p>
    <w:p>
      <w:r>
        <w:rPr>
          <w:b/>
        </w:rPr>
        <w:t xml:space="preserve">[00:13] </w:t>
      </w:r>
      <w:r>
        <w:t>Bismillah hir rahman nir rahim, wa sallallahu 'alan nabiyyil karim. Rabbishrah li sadri, wa yassirli amri,</w:t>
      </w:r>
    </w:p>
    <w:p>
      <w:pPr>
        <w:jc w:val="right"/>
      </w:pPr>
      <w:r>
        <w:t>بسم اللہ الرحمن الرحیم ، وصلیاللہ علی النبی الکریم ۔ رباشرح لیصدری، و یسرلی امری،</w:t>
      </w:r>
    </w:p>
    <w:p>
      <w:r>
        <w:rPr>
          <w:b/>
        </w:rPr>
        <w:t xml:space="preserve">[00:28] </w:t>
      </w:r>
      <w:r>
        <w:t>wahlul 'uqdatam mil lisani, yafqahu qawli.</w:t>
      </w:r>
    </w:p>
    <w:p>
      <w:pPr>
        <w:jc w:val="right"/>
      </w:pPr>
      <w:r>
        <w:t>واحل العقدۃ منلسانی ،یفقہ قولی۔</w:t>
      </w:r>
    </w:p>
    <w:p>
      <w:r>
        <w:rPr>
          <w:b/>
        </w:rPr>
        <w:t xml:space="preserve">[00:36] </w:t>
      </w:r>
      <w:r>
        <w:t>aaj ka jo topic hai woh hai</w:t>
      </w:r>
    </w:p>
    <w:p>
      <w:pPr>
        <w:jc w:val="right"/>
      </w:pPr>
      <w:r>
        <w:t>آجکاجو ٹاپکہے وہہے"</w:t>
      </w:r>
    </w:p>
    <w:p>
      <w:r>
        <w:rPr>
          <w:b/>
        </w:rPr>
        <w:t xml:space="preserve">[00:44] </w:t>
      </w:r>
      <w:r>
        <w:t>violence the second forbidden tree.</w:t>
      </w:r>
    </w:p>
    <w:p>
      <w:pPr>
        <w:jc w:val="right"/>
      </w:pPr>
      <w:r>
        <w:t>وائلنس دا سیکنڈ فار بیڈنٹری"۔</w:t>
      </w:r>
    </w:p>
    <w:p>
      <w:r>
        <w:rPr>
          <w:b/>
        </w:rPr>
        <w:t xml:space="preserve">[00:51] </w:t>
      </w:r>
      <w:r>
        <w:t>tashaddud doosra shajar manoo'a.</w:t>
      </w:r>
    </w:p>
    <w:p>
      <w:pPr>
        <w:jc w:val="right"/>
      </w:pPr>
      <w:r>
        <w:t>تشدد دوسرا شجرم منوعہ۔</w:t>
      </w:r>
    </w:p>
    <w:p>
      <w:r>
        <w:rPr>
          <w:b/>
        </w:rPr>
        <w:t xml:space="preserve">[00:59] </w:t>
      </w:r>
      <w:r>
        <w:t>yeh baat maine Qur'an ke mutale'e se paayi hai.</w:t>
      </w:r>
    </w:p>
    <w:p>
      <w:pPr>
        <w:jc w:val="right"/>
      </w:pPr>
      <w:r>
        <w:t>یہ بات میںنے قرآن کےمطالعےسے پائیہے۔</w:t>
      </w:r>
    </w:p>
    <w:p>
      <w:r>
        <w:rPr>
          <w:b/>
        </w:rPr>
        <w:t xml:space="preserve">[01:07] </w:t>
      </w:r>
      <w:r>
        <w:t>dekhiye,</w:t>
      </w:r>
    </w:p>
    <w:p>
      <w:pPr>
        <w:jc w:val="right"/>
      </w:pPr>
      <w:r>
        <w:t>دیکھیے،</w:t>
      </w:r>
    </w:p>
    <w:p>
      <w:r>
        <w:rPr>
          <w:b/>
        </w:rPr>
        <w:t xml:space="preserve">[01:11] </w:t>
      </w:r>
      <w:r>
        <w:t>pehlay insan Adam thay. Allah ta'ala ne jab Adam ko paida kiya to unko jannat mein rakha.</w:t>
      </w:r>
    </w:p>
    <w:p>
      <w:pPr>
        <w:jc w:val="right"/>
      </w:pPr>
      <w:r>
        <w:t>پہلے انسان آدمتھے۔ اللہ تعالیٰنےجب آدمکوپیدا کیا توانکو جنتمیںرکھا۔</w:t>
      </w:r>
    </w:p>
    <w:p>
      <w:r>
        <w:rPr>
          <w:b/>
        </w:rPr>
        <w:t xml:space="preserve">[01:23] </w:t>
      </w:r>
      <w:r>
        <w:t>unse kaha ke jannat mein tum ko poori azaadi hogi, lekin</w:t>
      </w:r>
    </w:p>
    <w:p>
      <w:pPr>
        <w:jc w:val="right"/>
      </w:pPr>
      <w:r>
        <w:t>انسےکہا کہ جن تمیں تمکو پوریآزادیہوگی، لیکن</w:t>
      </w:r>
    </w:p>
    <w:p>
      <w:r>
        <w:rPr>
          <w:b/>
        </w:rPr>
        <w:t xml:space="preserve">[01:34] </w:t>
      </w:r>
      <w:r>
        <w:t>wahan ek darakht hai, us darakht ke paas tum mat jaana. La taqrab hadha ash-shajara fatakuna minaz zalimeen.</w:t>
      </w:r>
    </w:p>
    <w:p>
      <w:pPr>
        <w:jc w:val="right"/>
      </w:pPr>
      <w:r>
        <w:t>وہاںایک درختہے، اس درخت کے پاس تم متجانا۔ لا تقرب اهذا الشجر فت كونمن الظالمین ۔</w:t>
      </w:r>
    </w:p>
    <w:p>
      <w:r>
        <w:rPr>
          <w:b/>
        </w:rPr>
        <w:t xml:space="preserve">[01:45] </w:t>
      </w:r>
      <w:r>
        <w:t>don't approach this tree. Ek tha, usko kehte hain shajar manoo'a, forbidden tree.</w:t>
      </w:r>
    </w:p>
    <w:p>
      <w:pPr>
        <w:jc w:val="right"/>
      </w:pPr>
      <w:r>
        <w:t>ڈونٹ اپروچ دسٹری۔ ایک تھا،اسکوکہتےہیں شجر ممنوعہ، فار بیڈنٹری۔</w:t>
      </w:r>
    </w:p>
    <w:p>
      <w:r>
        <w:rPr>
          <w:b/>
        </w:rPr>
        <w:t xml:space="preserve">[01:55] </w:t>
      </w:r>
      <w:r>
        <w:t>us se mana kiya gaya tha unko. Kuch din to Adam us se bache rahe, phir temptation hua, aur temptation ke tehat woh us darakht ke paas pahunch gaye aur uska phal kha liya.</w:t>
      </w:r>
    </w:p>
    <w:p>
      <w:pPr>
        <w:jc w:val="right"/>
      </w:pPr>
      <w:r>
        <w:t>اسسے منعکیاگیاتھاانکو ۔ کچھدن تو آدم اسسےبچےرہے، پھر ٹیمپٹیشنہوا، اور ٹیمپٹیشنکےتحت وہ اس درختکےپاسپہنچگئے اور اسکا پھلکھالیا۔</w:t>
      </w:r>
    </w:p>
    <w:p>
      <w:r>
        <w:rPr>
          <w:b/>
        </w:rPr>
        <w:t xml:space="preserve">[02:14] </w:t>
      </w:r>
      <w:r>
        <w:t>uske baad kya hua? Woh jannat se nikaal diye gaye.</w:t>
      </w:r>
    </w:p>
    <w:p>
      <w:pPr>
        <w:jc w:val="right"/>
      </w:pPr>
      <w:r>
        <w:t>اسکےبعد کیا ہوا؟ وہ جنتسےنکالدیےگئے۔</w:t>
      </w:r>
    </w:p>
    <w:p>
      <w:r>
        <w:rPr>
          <w:b/>
        </w:rPr>
        <w:t xml:space="preserve">[02:20] </w:t>
      </w:r>
      <w:r>
        <w:t>yeh forbidden tree ka phal khate hi unhein jannat se nikaal diya gaya, aur yeh duniya jismein hum rehte hain, planet earth, yahan basa diya gaya.</w:t>
      </w:r>
    </w:p>
    <w:p>
      <w:pPr>
        <w:jc w:val="right"/>
      </w:pPr>
      <w:r>
        <w:t>یہفار بیڈنٹٹری کاپھلکھاتےہی انہیں جنتسےنکالدیاگیا، اور یہ دنیا جسمیںہمرہتےہیں، پلینٹارتھ ،یہاں بسادیاگیا۔</w:t>
      </w:r>
    </w:p>
    <w:p>
      <w:r>
        <w:rPr>
          <w:b/>
        </w:rPr>
        <w:t xml:space="preserve">[02:33] </w:t>
      </w:r>
      <w:r>
        <w:t>Qur'an ke mutale'e se main samjha hoon ke yahan bhi ek forbidden tree hai.</w:t>
      </w:r>
    </w:p>
    <w:p>
      <w:pPr>
        <w:jc w:val="right"/>
      </w:pPr>
      <w:r>
        <w:t>قرآنکےمطالعےسےمیںسمجھاہوںکہیہاںبھیایکفار بیڈنٹریہے۔</w:t>
      </w:r>
    </w:p>
    <w:p>
      <w:r>
        <w:rPr>
          <w:b/>
        </w:rPr>
        <w:t xml:space="preserve">[02:40] </w:t>
      </w:r>
      <w:r>
        <w:t>dekhiye, Qur'an se pata chalta hai ke Adam ki jo pehli generation thi, usmein Habil aur Qabil do bete thay.</w:t>
      </w:r>
    </w:p>
    <w:p>
      <w:pPr>
        <w:jc w:val="right"/>
      </w:pPr>
      <w:r>
        <w:t>دیکھیے، قرآنسےپتہچلتاہے کہ آدمکیجو پہلینسل تھی، اسمیں ہابیلاورقابیل دوبیٹےتھے۔</w:t>
      </w:r>
    </w:p>
    <w:p>
      <w:r>
        <w:rPr>
          <w:b/>
        </w:rPr>
        <w:t xml:space="preserve">[02:52] </w:t>
      </w:r>
      <w:r>
        <w:t>to pehlay generation mein aapas mein unmein kisi baat par controversy hui, jhagda hua, aur phir kya hua?</w:t>
      </w:r>
    </w:p>
    <w:p>
      <w:pPr>
        <w:jc w:val="right"/>
      </w:pPr>
      <w:r>
        <w:t>تو پہلے ہینسلمیں آپسمیںانمیں کسی بات پرکنٹروورسیہوئی، جھگڑاہوا، اور پھرکیا ہوا ؟</w:t>
      </w:r>
    </w:p>
    <w:p>
      <w:r>
        <w:rPr>
          <w:b/>
        </w:rPr>
        <w:t xml:space="preserve">[03:04] </w:t>
      </w:r>
      <w:r>
        <w:t>Qabil ne Habil ko maar dala.</w:t>
      </w:r>
    </w:p>
    <w:p>
      <w:pPr>
        <w:jc w:val="right"/>
      </w:pPr>
      <w:r>
        <w:t>قابیلنےہابیلکو مارڈالا۔</w:t>
      </w:r>
    </w:p>
    <w:p>
      <w:r>
        <w:rPr>
          <w:b/>
        </w:rPr>
        <w:t xml:space="preserve">[03:09] </w:t>
      </w:r>
      <w:r>
        <w:t>is par Qur'an mein do baatein kahi gayi hain. Ek to kaha gaya hai ke iske baad Allah ta'ala ne likh diya, yaani paighambaron par reveal kiya ke man qatala nafsan bighairi nafsin fasadun fi al-ardh faka'annama qatalan nasa jamee'an wa man ahyaaha faka'annama ahya an-nasa jamee'an</w:t>
      </w:r>
    </w:p>
    <w:p>
      <w:pPr>
        <w:jc w:val="right"/>
      </w:pPr>
      <w:r>
        <w:t>اسپر قرآنمیںدوباتیںکہیگئی ہیں۔ ایکتوکہاگیاہے کہ اسکےبعد اللہ تعالیٰنےلکھدیا، یعنیپیغمبروںپرریویلکیا کہ من قتل نفس ابغیرنفس ف ساد فکان ق تل الناس جمیع ومن نہ یا فکان احیاالناسجمیع</w:t>
      </w:r>
    </w:p>
    <w:p>
      <w:r>
        <w:rPr>
          <w:b/>
        </w:rPr>
        <w:t xml:space="preserve">[03:36] </w:t>
      </w:r>
      <w:r>
        <w:t>to yeh jo qissa hua ke jannat se nikalne ke baad qabeel ne habeel ko maar dala, is par khuda ne yeh aasmani hidayat utari tamam nabiyon ke oopar ke jo shakhs kisi insaan ko,</w:t>
      </w:r>
    </w:p>
    <w:p>
      <w:pPr>
        <w:jc w:val="right"/>
      </w:pPr>
      <w:r>
        <w:t>تویہجو قص ہہوا کہ جنتسےنکلنےکےبعد قابیلنےہابیلکومار ڈالا، اسپر خدانے یہ آسمانیہدایت اتاری تمام نبیوںکےاوپر کہ جو شخص کسی انسان کو،</w:t>
      </w:r>
    </w:p>
    <w:p>
      <w:r>
        <w:rPr>
          <w:b/>
        </w:rPr>
        <w:t xml:space="preserve">[03:59] </w:t>
      </w:r>
      <w:r>
        <w:t>kisi an-noosant insaan ko maar daale ga, to us ne goya ke saare insaanon ko maar daala.</w:t>
      </w:r>
    </w:p>
    <w:p>
      <w:pPr>
        <w:jc w:val="right"/>
      </w:pPr>
      <w:r>
        <w:t>کسی ان وسنٹانسانکو مار ڈالےگا، تو اسنے گویاکہ سارےانسانوںکومارڈالا۔</w:t>
      </w:r>
    </w:p>
    <w:p>
      <w:r>
        <w:rPr>
          <w:b/>
        </w:rPr>
        <w:t xml:space="preserve">[04:10] </w:t>
      </w:r>
      <w:r>
        <w:t>yani ek insaan ko maar na, saare insaanon ko maar na hai.</w:t>
      </w:r>
    </w:p>
    <w:p>
      <w:pPr>
        <w:jc w:val="right"/>
      </w:pPr>
      <w:r>
        <w:t>یعنیایکانسان کو مار نا،سارےانسانوںکومارناہے۔</w:t>
      </w:r>
    </w:p>
    <w:p>
      <w:r>
        <w:rPr>
          <w:b/>
        </w:rPr>
        <w:t xml:space="preserve">[04:15] </w:t>
      </w:r>
      <w:r>
        <w:t>killing of an innocent person means killing all mankind. to yeh tha fiber tree is duniya ke liye.</w:t>
      </w:r>
    </w:p>
    <w:p>
      <w:pPr>
        <w:jc w:val="right"/>
      </w:pPr>
      <w:r>
        <w:t>کل نگ آف این ان وسنٹپرسن مینز کل نگ آل مینکائنڈ۔ تویہتھا فائبر ٹری اسدنیا کےلیے۔</w:t>
      </w:r>
    </w:p>
    <w:p>
      <w:r>
        <w:rPr>
          <w:b/>
        </w:rPr>
        <w:t xml:space="preserve">[04:29] </w:t>
      </w:r>
      <w:r>
        <w:t>violence kaho violence tum ko nahi karna hai.</w:t>
      </w:r>
    </w:p>
    <w:p>
      <w:pPr>
        <w:jc w:val="right"/>
      </w:pPr>
      <w:r>
        <w:t>وائلنس کہوائلنستمکونہیںکرناہے۔</w:t>
      </w:r>
    </w:p>
    <w:p>
      <w:r>
        <w:rPr>
          <w:b/>
        </w:rPr>
        <w:t xml:space="preserve">[04:34] </w:t>
      </w:r>
      <w:r>
        <w:t>wahan par ek tha fibre entry, is ka tum ko phalan nahi khana hai.</w:t>
      </w:r>
    </w:p>
    <w:p>
      <w:pPr>
        <w:jc w:val="right"/>
      </w:pPr>
      <w:r>
        <w:t>وہاںپر ایک تھا فائبرانٹری، اسکا تمکوپھلنہیںکھاناہے۔</w:t>
      </w:r>
    </w:p>
    <w:p>
      <w:r>
        <w:rPr>
          <w:b/>
        </w:rPr>
        <w:t xml:space="preserve">[04:39] </w:t>
      </w:r>
      <w:r>
        <w:t>is duniya mein bhi ek ek fibre entry hai, aur woh hai violence. koi bhi conflict ho, koi bhi controversy ho, to tum ko violence tak nahi jaana.</w:t>
      </w:r>
    </w:p>
    <w:p>
      <w:pPr>
        <w:jc w:val="right"/>
      </w:pPr>
      <w:r>
        <w:t>اسدنیامیںبھیایک ایکفائبرانٹریہے،اوروہہےوائلنس ۔ کوئیبھی کانفلکٹہو،کوئیبھی کنٹروورسیہو، تو تمکو وائلنستکنہیںجانا۔</w:t>
      </w:r>
    </w:p>
    <w:p>
      <w:r>
        <w:rPr>
          <w:b/>
        </w:rPr>
        <w:t xml:space="preserve">[04:50] </w:t>
      </w:r>
      <w:r>
        <w:t>violence woh hai, absolute sense mein haraam rahe ga tumhare liye. absolute sense mein. absolute mein is liye keh raha hoon ke aage, yani yeh jo ayat maine padhi hai, ayat to surah al baqarah mein hai, chapter number second mein.</w:t>
      </w:r>
    </w:p>
    <w:p>
      <w:pPr>
        <w:jc w:val="right"/>
      </w:pPr>
      <w:r>
        <w:t>وائلنسجوہے، ایبسولیوٹسینسمیںحرامرہےگاتمہارےلیے۔ ایبسولیوٹسینسمیں۔ ایبسولیوٹمیںاسلیےکہہرہاہوںکہآگے ،یعنییہجوآیتمیںنےپڑھیہے،آیتتوسورہ البقرہمیںہے، چیپٹرنمبر سیکنڈمیں۔</w:t>
      </w:r>
    </w:p>
    <w:p>
      <w:r>
        <w:rPr>
          <w:b/>
        </w:rPr>
        <w:t xml:space="preserve">[05:07] </w:t>
      </w:r>
      <w:r>
        <w:t>ek aur baat, jab surah al maidah mein hai, chapter number five mein, to al maidah mein hai ke jab qabeel ne habeel ko maar na chaha, us waqt habeel kehta hai,</w:t>
      </w:r>
    </w:p>
    <w:p>
      <w:pPr>
        <w:jc w:val="right"/>
      </w:pPr>
      <w:r>
        <w:t>ایکاوربات ،جب سورہ المائدہمیںہے، چیپٹرنمبرفائیومیں، تو المائدہمیںہےکہجب قابیلنے ہابیلکومارناچاہا، اسوقت ہابیلکہتاہے،</w:t>
      </w:r>
    </w:p>
    <w:p>
      <w:r>
        <w:rPr>
          <w:b/>
        </w:rPr>
        <w:t xml:space="preserve">[05:22] </w:t>
      </w:r>
      <w:r>
        <w:t>yani qabeel jo qabeel jo tha, woh qaatil tha, aur habeel jo tha, woh maqtool tha.</w:t>
      </w:r>
    </w:p>
    <w:p>
      <w:pPr>
        <w:jc w:val="right"/>
      </w:pPr>
      <w:r>
        <w:t>یعنیقابیلجو قابیلجوتھا،وہ قاتلتھا، اور ہابیلجوتھا،وہمقتولتھا۔</w:t>
      </w:r>
    </w:p>
    <w:p>
      <w:r>
        <w:rPr>
          <w:b/>
        </w:rPr>
        <w:t xml:space="preserve">[05:30] </w:t>
      </w:r>
      <w:r>
        <w:t>to jis ko woh maar chaha, maar na chahta tha, jo maqtool ho gaya, woh kehta hai us waqt la-in-bast-u ilayya bi-yadika li-qatli ma-an-a ka bi-yadika li-qatli fa-in-ni akhafu-llaha</w:t>
      </w:r>
    </w:p>
    <w:p>
      <w:pPr>
        <w:jc w:val="right"/>
      </w:pPr>
      <w:r>
        <w:t>توجسکووہ مار چاہا، مارناچاہتاتھا، جو مقتولہوگیا، وہ کہتاہےاسوقت لئنبست ال ی یدکلت قتل نی ما ب باست الیک یدی لاقتلك فانی خافاللہ</w:t>
      </w:r>
    </w:p>
    <w:p>
      <w:r>
        <w:rPr>
          <w:b/>
        </w:rPr>
        <w:t xml:space="preserve">[05:51] </w:t>
      </w:r>
      <w:r>
        <w:t>ke agar tum ne apna haath badhaya mujh ko maarne ke liye, to main tum ko maarne ke liye apna haath nahi badhaunga.</w:t>
      </w:r>
    </w:p>
    <w:p>
      <w:pPr>
        <w:jc w:val="right"/>
      </w:pPr>
      <w:r>
        <w:t>کہاگر تم نے اپناہاتھبڑھایا مجھکومارنےکےلیے، تو میں تم کو مارنےکےلیے اپناہاتھنہیںبڑھاؤںگا۔</w:t>
      </w:r>
    </w:p>
    <w:p>
      <w:r>
        <w:rPr>
          <w:b/>
        </w:rPr>
        <w:t xml:space="preserve">[06:01] </w:t>
      </w:r>
      <w:r>
        <w:t>main Allah se darta hoon. to dekhiye, quran mein jagah jagah yeh baat hai ke jin mein jo entry ho gi, entry woh ho gi Allah se darne walon ke liye.</w:t>
      </w:r>
    </w:p>
    <w:p>
      <w:pPr>
        <w:jc w:val="right"/>
      </w:pPr>
      <w:r>
        <w:t>میں اللہ سےڈرتاہوں۔ تودیکھیے،قرآنمیںجگہجگہیہباتہےکہجنتمیں جو ریانٹریہوگی،ریانٹری وہہوگیاللہ سے ڈرنےوالوںکےلیے۔</w:t>
      </w:r>
    </w:p>
    <w:p>
      <w:r>
        <w:rPr>
          <w:b/>
        </w:rPr>
        <w:t xml:space="preserve">[06:15] </w:t>
      </w:r>
      <w:r>
        <w:t>Allah se darne walon ke liye, mutaqeen ke liye.</w:t>
      </w:r>
    </w:p>
    <w:p>
      <w:pPr>
        <w:jc w:val="right"/>
      </w:pPr>
      <w:r>
        <w:t>اللہ سےڈرنےوالوںکےلیے، متقینکےلیے۔</w:t>
      </w:r>
    </w:p>
    <w:p>
      <w:r>
        <w:rPr>
          <w:b/>
        </w:rPr>
        <w:t xml:space="preserve">[06:21] </w:t>
      </w:r>
      <w:r>
        <w:t>aur</w:t>
      </w:r>
    </w:p>
    <w:p>
      <w:pPr>
        <w:jc w:val="right"/>
      </w:pPr>
      <w:r>
        <w:t>اور</w:t>
      </w:r>
    </w:p>
    <w:p>
      <w:r>
        <w:rPr>
          <w:b/>
        </w:rPr>
        <w:t xml:space="preserve">[06:22] </w:t>
      </w:r>
      <w:r>
        <w:t>yahan par bataya gaya hai ke Allah se darne wala woh hai, us waqt bhi woh haath nahi uthata jab ke qaatil us ko maar na chahta hai. badi ajeeb baat hai yeh.</w:t>
      </w:r>
    </w:p>
    <w:p>
      <w:pPr>
        <w:jc w:val="right"/>
      </w:pPr>
      <w:r>
        <w:t>یہاںپر بتایاگیاہےکہ اللہ سےڈرنےوالاجوہے، اسوقت بھیوہہاتھنہیںاٹھاتا جب کہ قاتلاسکومارناچاہتاہے۔ بڑیعجیبباتہےیہ۔</w:t>
      </w:r>
    </w:p>
    <w:p>
      <w:r>
        <w:rPr>
          <w:b/>
        </w:rPr>
        <w:t xml:space="preserve">[06:36] </w:t>
      </w:r>
      <w:r>
        <w:t>phir dekhiye, rasool Allah ne aakhri zamanay mein logon ko bohat sakht hidayat di thi, jo hadith ki kitabon mein, kitab al fitan ke tehat aap dekh sakte hain.</w:t>
      </w:r>
    </w:p>
    <w:p>
      <w:pPr>
        <w:jc w:val="right"/>
      </w:pPr>
      <w:r>
        <w:t>پھردیکھیے،رسولاللہ نے آخریزمان ےمیں لوگوںکوبہت سخت ہدایت دیتھی، جو حدیثکیکتاب وںمیں، کتاب الفتنکےتحت آپدیکھسکتےہیں۔</w:t>
      </w:r>
    </w:p>
    <w:p>
      <w:r>
        <w:rPr>
          <w:b/>
        </w:rPr>
        <w:t xml:space="preserve">[06:49] </w:t>
      </w:r>
      <w:r>
        <w:t>ismein aap ne farmaya ke mere baad bohat si buraiyan aayengi, political buraiyan khaas tor par rulers ke darmiyan.</w:t>
      </w:r>
    </w:p>
    <w:p>
      <w:pPr>
        <w:jc w:val="right"/>
      </w:pPr>
      <w:r>
        <w:t>اسمیںآپنےفرمایاکہمیرےبعد بہت سے برائیاںآئیںگی، پولیٹیکلبرائیاںخاص طورپر رولرزکےدرمیان۔</w:t>
      </w:r>
    </w:p>
    <w:p>
      <w:r>
        <w:rPr>
          <w:b/>
        </w:rPr>
        <w:t xml:space="preserve">[07:01] </w:t>
      </w:r>
      <w:r>
        <w:t>to aap ne farmaya tha ke tum kisi bhi haal mein kharuj mat karna, revolt mat karna. yani rulers ke khilaaf, rulers ke khilaaf koi campaign mat chalana, rulers ko incite karne ke liye jah-o-jihad mat karna.</w:t>
      </w:r>
    </w:p>
    <w:p>
      <w:pPr>
        <w:jc w:val="right"/>
      </w:pPr>
      <w:r>
        <w:t>توآپنےفرمایاتھاکہتمکسی بھیحال میں خروجمتکرنا، ریولٹمتکرنا۔ یعنی رولرزکےخلاف ،رولرز کےخلاف کوئی کیمپینمتچلانا، رولرزکوانسیٹکرنےکےلیے جد وجہدمتکرنا۔</w:t>
      </w:r>
    </w:p>
    <w:p>
      <w:r>
        <w:rPr>
          <w:b/>
        </w:rPr>
        <w:t xml:space="preserve">[07:18] </w:t>
      </w:r>
      <w:r>
        <w:t>bas tolerate karna in ko.</w:t>
      </w:r>
    </w:p>
    <w:p>
      <w:pPr>
        <w:jc w:val="right"/>
      </w:pPr>
      <w:r>
        <w:t>بس ٹولریٹکرنا انکو۔</w:t>
      </w:r>
    </w:p>
    <w:p>
      <w:r>
        <w:rPr>
          <w:b/>
        </w:rPr>
        <w:t xml:space="preserve">[07:22] </w:t>
      </w:r>
      <w:r>
        <w:t>to ek shakhs ne poocha, ek sahabi ne rasool Allah se kaha ke agar log, agar hum un se ladne ke nahi jaate, jo ruler class hai, un se hum ladne nahi jaate, lekin un ka aadmi khud hamare ghar mein ghus aata hai aap ko maarne ke liye, to hum kya karein?</w:t>
      </w:r>
    </w:p>
    <w:p>
      <w:pPr>
        <w:jc w:val="right"/>
      </w:pPr>
      <w:r>
        <w:t>توایک شخص نےپوچھا، ایکصحابینے رسولاللہسے کہاگروہلوگ ،اگر ہم انسےلڑنےکےنہیںجاتے، جو رولیکلاسہے، انسےہملڑنےنہیںجاتے،لیکن انکا آدمیخودہمارےگھرمیں گھسآتاہےآپکومارنےکےلیے ،توہمکیاکریں؟</w:t>
      </w:r>
    </w:p>
    <w:p>
      <w:r>
        <w:rPr>
          <w:b/>
        </w:rPr>
        <w:t xml:space="preserve">[07:39] </w:t>
      </w:r>
      <w:r>
        <w:t>yeh bohat aham baat hai samajhne ki. aaj kal saare musalman kehte hain, yeh boli ke koi ghar mein ghus aaya to hum kya karein?</w:t>
      </w:r>
    </w:p>
    <w:p>
      <w:pPr>
        <w:jc w:val="right"/>
      </w:pPr>
      <w:r>
        <w:t>یہبہت اہمباتہےسمجھنےکی۔ آجکل سارے مس لمانیہکہتےہیں،یہبولی کہکوئیگھرمیںگھسآیاتوہمکیاکریں؟</w:t>
      </w:r>
    </w:p>
    <w:p>
      <w:r>
        <w:rPr>
          <w:b/>
        </w:rPr>
        <w:t xml:space="preserve">[07:47] </w:t>
      </w:r>
      <w:r>
        <w:t>Palestine ko le kar, Kashmir ko le kar, Afghanistan ko le kar, sab yeh boli bolte hain. koi ghar mein ghus aaya to hum kya karein?</w:t>
      </w:r>
    </w:p>
    <w:p>
      <w:pPr>
        <w:jc w:val="right"/>
      </w:pPr>
      <w:r>
        <w:t>فلسطینکولےکر، کشمیرکولےکر، افغان ستانکولےکر،سبیہیبولیبولتےہیں۔ کوئیگھرمیںگھسآیاتوہمکیاکریں؟</w:t>
      </w:r>
    </w:p>
    <w:p>
      <w:r>
        <w:rPr>
          <w:b/>
        </w:rPr>
        <w:t xml:space="preserve">[07:56] </w:t>
      </w:r>
      <w:r>
        <w:t>yaqeen kijiye, ek jhooti boli hai yeh. kyun? quran mein is ke khilaaf likha hua, hadith mein is ke khilaaf bhi likha hua.</w:t>
      </w:r>
    </w:p>
    <w:p>
      <w:pPr>
        <w:jc w:val="right"/>
      </w:pPr>
      <w:r>
        <w:t>یقینکیجئے،ایکجھوٹیبولیہےیہ۔ کیوں؟قرآنمیںاسکےخلاف لکھاہوا، حدیثمیںاسکےخلاف بھیلکھاہوا۔</w:t>
      </w:r>
    </w:p>
    <w:p>
      <w:r>
        <w:rPr>
          <w:b/>
        </w:rPr>
        <w:t xml:space="preserve">[08:06] </w:t>
      </w:r>
      <w:r>
        <w:t>to rasool Allah ne farmaya ke dekho, mere baad dekhein, political bigad jo hai, woh hamesha rehta rahe ga.</w:t>
      </w:r>
    </w:p>
    <w:p>
      <w:pPr>
        <w:jc w:val="right"/>
      </w:pPr>
      <w:r>
        <w:t>تورسولاللہنےفرمایاکہدیکھو، میرےبعد دیکھیں،پولیٹیکلبگاڑجوہے، وہہمیشہرہتاہیرہتاہے۔</w:t>
      </w:r>
    </w:p>
    <w:p>
      <w:r>
        <w:rPr>
          <w:b/>
        </w:rPr>
        <w:t xml:space="preserve">[08:15] </w:t>
      </w:r>
      <w:r>
        <w:t>political bigaad ko aap excuse nahi bana sakte. yaad rakhiye, political bigaad hamesha rehta hai. yeh duniya mein ideal political system ban nahi sakta,</w:t>
      </w:r>
    </w:p>
    <w:p>
      <w:pPr>
        <w:jc w:val="right"/>
      </w:pPr>
      <w:r>
        <w:t>پولیٹیکلبگاڑکوآپایکسکیوزنہیںبناسکتے۔ یادرکھیے، پولیٹیکلبگاڑہمیشہہیرہتاہے۔ یہدنیا میں آئیڈیلپولیٹیکلسسٹم بننہیںسکتا،</w:t>
      </w:r>
    </w:p>
    <w:p>
      <w:r>
        <w:rPr>
          <w:b/>
        </w:rPr>
        <w:t xml:space="preserve">[08:29] </w:t>
      </w:r>
      <w:r>
        <w:t>impossible hai. is liye political bigaad toh rehta rahega, rehta rahega. toh political bigaad ko le kar aap violence nahi kar sakte.</w:t>
      </w:r>
    </w:p>
    <w:p>
      <w:pPr>
        <w:jc w:val="right"/>
      </w:pPr>
      <w:r>
        <w:t>امپاسیبلہے۔ اسلیےپولیٹیکل بگاڑتورہےگا،رہےگا۔ تو پولیٹیکل بگاڑکولےکر آپ وائنسنہیںکرسکتے۔</w:t>
      </w:r>
    </w:p>
    <w:p>
      <w:r>
        <w:rPr>
          <w:b/>
        </w:rPr>
        <w:t xml:space="preserve">[08:40] </w:t>
      </w:r>
      <w:r>
        <w:t>karenge toh aap haraam kaam karenge.</w:t>
      </w:r>
    </w:p>
    <w:p>
      <w:pPr>
        <w:jc w:val="right"/>
      </w:pPr>
      <w:r>
        <w:t>کریںگےتوآپ حرامکامکریںگے۔</w:t>
      </w:r>
    </w:p>
    <w:p>
      <w:r>
        <w:rPr>
          <w:b/>
        </w:rPr>
        <w:t xml:space="preserve">[08:44] </w:t>
      </w:r>
      <w:r>
        <w:t>toh aap ne farmaya ke mere baad political bigaad hoga. bigaad maani according to the law of nature, yeh hona hi hona hai.</w:t>
      </w:r>
    </w:p>
    <w:p>
      <w:pPr>
        <w:jc w:val="right"/>
      </w:pPr>
      <w:r>
        <w:t>توآپنےفرمایا کہ میرےبعد پولیٹیکلبگاڑہوگا۔بگاڑمعنی اکارڈنگٹودیلاءآفنیچر، یہ ہوناہیہوناہے۔</w:t>
      </w:r>
    </w:p>
    <w:p>
      <w:r>
        <w:rPr>
          <w:b/>
        </w:rPr>
        <w:t xml:space="preserve">[08:55] </w:t>
      </w:r>
      <w:r>
        <w:t>rasool Allah rahe, tab bhi hoga bigaad. yeh mat samjhiye ke rasool Allah agar 50 baras aur zindah rehte, 100 baras aur zindah rehte toh political bigaad na hota. yeh law of nature ka maamla hai.</w:t>
      </w:r>
    </w:p>
    <w:p>
      <w:pPr>
        <w:jc w:val="right"/>
      </w:pPr>
      <w:r>
        <w:t>رسولاللہ رہے،تببھیہوگابگاڑ۔یہمتسمجھئےکہرسولاللہاگر 50 برس اور زندہرہتے،سو برساورزندہرہتےتوپولیٹیکلبگاڑنہہوتا۔ یہ لاءآفنیچرکامعاملہہے۔</w:t>
      </w:r>
    </w:p>
    <w:p>
      <w:r>
        <w:rPr>
          <w:b/>
        </w:rPr>
        <w:t xml:space="preserve">[09:08] </w:t>
      </w:r>
      <w:r>
        <w:t>yeh duniya mein Khuda ne insaan ko azaad diya hai, azaadi.</w:t>
      </w:r>
    </w:p>
    <w:p>
      <w:pPr>
        <w:jc w:val="right"/>
      </w:pPr>
      <w:r>
        <w:t>یہدنیامیں خدانےانسانکو آز ادیدیہے،آز ادی۔</w:t>
      </w:r>
    </w:p>
    <w:p>
      <w:r>
        <w:rPr>
          <w:b/>
        </w:rPr>
        <w:t xml:space="preserve">[09:12] </w:t>
      </w:r>
      <w:r>
        <w:t>toh azaadi hai toh woh misuse karta hai. misuse karne ka naam hai political bigaad. lord acton ne sahi kaha tha ke power corrupts, and absolute power corrupts, absolutely.</w:t>
      </w:r>
    </w:p>
    <w:p>
      <w:pPr>
        <w:jc w:val="right"/>
      </w:pPr>
      <w:r>
        <w:t>توآزادیہےتو وہمسیوزکرتاہے۔ مسیوزکرنےکانامہےپولیٹیکلبگاڑ۔ لارڈایک ٹرنےصحیحکہاتھا کہ پاور کرپس، اینڈایبسولیوٹپاورکرپس،ایبسولیوٹلی۔</w:t>
      </w:r>
    </w:p>
    <w:p>
      <w:r>
        <w:rPr>
          <w:b/>
        </w:rPr>
        <w:t xml:space="preserve">[09:27] </w:t>
      </w:r>
      <w:r>
        <w:t>toh rasool Allah se poocha gaya kaha agar hum na ladne jaaye rulers se, lekin unka aadmi khud humein ghar ke andar maarne aa jaaye toh hum kya karein?</w:t>
      </w:r>
    </w:p>
    <w:p>
      <w:pPr>
        <w:jc w:val="right"/>
      </w:pPr>
      <w:r>
        <w:t>تو رسولاللہسےپوچھاگیا کہاگر ہم نہلڑنےجائیں رولرزسے ،لیکن انکا آدمیخودہمیںگھرکےاندرمارنےآجائےتوہمکیاکریں؟</w:t>
      </w:r>
    </w:p>
    <w:p>
      <w:r>
        <w:rPr>
          <w:b/>
        </w:rPr>
        <w:t xml:space="preserve">[09:40] </w:t>
      </w:r>
      <w:r>
        <w:t>aap ne farmaya fa kun khair ibne aadam yeh bohat ziyadah sochne ki baat hai.</w:t>
      </w:r>
    </w:p>
    <w:p>
      <w:pPr>
        <w:jc w:val="right"/>
      </w:pPr>
      <w:r>
        <w:t>آپنےفرمایا فکن کخیر ابن آدم یہبہتزیادہسوچنےکیباتہے۔</w:t>
      </w:r>
    </w:p>
    <w:p>
      <w:r>
        <w:rPr>
          <w:b/>
        </w:rPr>
        <w:t xml:space="preserve">[09:50] </w:t>
      </w:r>
      <w:r>
        <w:t>fa kun khair ibne aadam aadam ke do beton mein se achhe bete ban jaao tum. yaani qabeel, habel dono bete the.</w:t>
      </w:r>
    </w:p>
    <w:p>
      <w:pPr>
        <w:jc w:val="right"/>
      </w:pPr>
      <w:r>
        <w:t>ف کن کخیر ابن آدم آدمکے دو بیٹوںمیںسےاچھےبیٹےبنجاؤتم۔ یعنی قابیل،ہابیلدونوںبیٹےتھے۔</w:t>
      </w:r>
    </w:p>
    <w:p>
      <w:r>
        <w:rPr>
          <w:b/>
        </w:rPr>
        <w:t xml:space="preserve">[10:02] </w:t>
      </w:r>
      <w:r>
        <w:t>qabeel maarne laga. habel ne kaha ke main tum maroge, tab bhi main nahi maroonga.</w:t>
      </w:r>
    </w:p>
    <w:p>
      <w:pPr>
        <w:jc w:val="right"/>
      </w:pPr>
      <w:r>
        <w:t>قابیل مارنےلگا۔ ہابیلنےکہاکہمیں تم ماروگے،تببھیمیںنہیںماروںگا۔</w:t>
      </w:r>
    </w:p>
    <w:p>
      <w:r>
        <w:rPr>
          <w:b/>
        </w:rPr>
        <w:t xml:space="preserve">[10:10] </w:t>
      </w:r>
      <w:r>
        <w:t>yaani literally, woh peaceful ban jaaoonga main. bohat badi baat hai sochne ki ke tum mujhe maarna chaho ge, tab bhi main tumhare upar haath nahi uthaaoonga.</w:t>
      </w:r>
    </w:p>
    <w:p>
      <w:pPr>
        <w:jc w:val="right"/>
      </w:pPr>
      <w:r>
        <w:t>یعنی ی عنیلیٹرلی، وہ پیس پیسفلبنجاؤںگامیں۔ بہتبڑیباتہےسوچنےکی کہتممجھے مارناچاہوگے، تب بھیمیںتمہارےاوپرہاتھنہیںاٹھاؤںگا۔</w:t>
      </w:r>
    </w:p>
    <w:p>
      <w:r>
        <w:rPr>
          <w:b/>
        </w:rPr>
        <w:t xml:space="preserve">[10:26] </w:t>
      </w:r>
      <w:r>
        <w:t>toh aap ne farmaya ke fa kun khair ibne aadam</w:t>
      </w:r>
    </w:p>
    <w:p>
      <w:pPr>
        <w:jc w:val="right"/>
      </w:pPr>
      <w:r>
        <w:t>توآپنےفرمایا کہ ف کن کخیرابن آدم</w:t>
      </w:r>
    </w:p>
    <w:p>
      <w:r>
        <w:rPr>
          <w:b/>
        </w:rPr>
        <w:t xml:space="preserve">[10:30] </w:t>
      </w:r>
      <w:r>
        <w:t>yeh matlabi yeh huwa ke koi maarne aata hai tumhein, yaani haakim ka aadmi, ruler, woh zaalim ban jaata hai, bhes tumhara andar daal deta hai ghar mein maarne ke liye.</w:t>
      </w:r>
    </w:p>
    <w:p>
      <w:pPr>
        <w:jc w:val="right"/>
      </w:pPr>
      <w:r>
        <w:t>یہمطلبیہکیاہوا کہ کوئی مارنےآتاہےتم ہیں ،یعنی حاکمکاآدمی، رولر، وہظالمبنجاتا ہے، بھیس تمہارااندر داخلکرتاہےگھرمیںمارنےکےلیے۔</w:t>
      </w:r>
    </w:p>
    <w:p>
      <w:r>
        <w:rPr>
          <w:b/>
        </w:rPr>
        <w:t xml:space="preserve">[10:46] </w:t>
      </w:r>
      <w:r>
        <w:t>toh tum mar jaao, lekin ladai mat chodo. kyun? that is greater evil.</w:t>
      </w:r>
    </w:p>
    <w:p>
      <w:pPr>
        <w:jc w:val="right"/>
      </w:pPr>
      <w:r>
        <w:t>تو تممرجاؤ،لیکن لڑائیمتچھوڑو۔ کیوں ؟ دیٹاز گریٹرایول ۔</w:t>
      </w:r>
    </w:p>
    <w:p>
      <w:r>
        <w:rPr>
          <w:b/>
        </w:rPr>
        <w:t xml:space="preserve">[10:53] </w:t>
      </w:r>
      <w:r>
        <w:t>ek aadmi mar gaya toh lesser evil hai, aur aap ladai chhodte hain toh greater evil hai. aap dekh lijiye, kashmir mein, falasteen mein, afghanistan mein, pakistan mein, har jagah greater evil bana hua hai.</w:t>
      </w:r>
    </w:p>
    <w:p>
      <w:pPr>
        <w:jc w:val="right"/>
      </w:pPr>
      <w:r>
        <w:t>ایک آدمی مرگیا تولیسرایول ہے، اور آپ لڑائیچھوڑتےہیںتوگریٹرایولہے۔ آپدیکھلیجئے،کشمیرمیں،فلسطینمیں،افغان ستانمیں، پاکستان میں،ہرجگہ گریٹرایولبناہواہے۔</w:t>
      </w:r>
    </w:p>
    <w:p>
      <w:r>
        <w:rPr>
          <w:b/>
        </w:rPr>
        <w:t xml:space="preserve">[11:05] </w:t>
      </w:r>
      <w:r>
        <w:t>har jagah logon ne hukoomat ki islaah ke naam par violence shuru kiya, aur kya hua?</w:t>
      </w:r>
    </w:p>
    <w:p>
      <w:pPr>
        <w:jc w:val="right"/>
      </w:pPr>
      <w:r>
        <w:t>ہرجگہلوگوںنے حکومت کی اصلاحکےنامپر وائنسشروع کیا، اور کیا ہوا ؟</w:t>
      </w:r>
    </w:p>
    <w:p>
      <w:r>
        <w:rPr>
          <w:b/>
        </w:rPr>
        <w:t xml:space="preserve">[11:14] </w:t>
      </w:r>
      <w:r>
        <w:t>greater evil saamne aa gaya har jagah.</w:t>
      </w:r>
    </w:p>
    <w:p>
      <w:pPr>
        <w:jc w:val="right"/>
      </w:pPr>
      <w:r>
        <w:t>گریٹرایولسامنےآگیا ہرجگہ۔</w:t>
      </w:r>
    </w:p>
    <w:p>
      <w:r>
        <w:rPr>
          <w:b/>
        </w:rPr>
        <w:t xml:space="preserve">[11:17] </w:t>
      </w:r>
      <w:r>
        <w:t>toh dekhiye, achhi tarah samajh lijiye ke jis tarah se jannat mein ek tha forbidden tree, toh jannat ke bahar is planet earth par bhi ek forbidden tree hai, aur woh violence hai.</w:t>
      </w:r>
    </w:p>
    <w:p>
      <w:pPr>
        <w:jc w:val="right"/>
      </w:pPr>
      <w:r>
        <w:t>تو دیکھیے،اچھیطرحسمجھلیجئےکہجسطرحسےجنتمیں ایک تھا فاربیڈنٹری، تو جنتکےباہر اس پلینٹارتھپربھیایکفار بیڈنٹریہے، اوروہوائلنسہے۔</w:t>
      </w:r>
    </w:p>
    <w:p>
      <w:r>
        <w:rPr>
          <w:b/>
        </w:rPr>
        <w:t xml:space="preserve">[11:33] </w:t>
      </w:r>
      <w:r>
        <w:t>aap ko kisi bhi excuse se warrant nahi banana chahiye. koi bhi excuse, whatsover, is not accept, not acceptable.</w:t>
      </w:r>
    </w:p>
    <w:p>
      <w:pPr>
        <w:jc w:val="right"/>
      </w:pPr>
      <w:r>
        <w:t>آپ کو کسی بھی ایکسکیوزسےوارنٹنہیںبنناہے۔ کوئیبھیایکسکیوز،واٹسایور، ازناٹایکسیپٹ،نا ٹایکسیپٹیبل۔</w:t>
      </w:r>
    </w:p>
    <w:p>
      <w:r>
        <w:rPr>
          <w:b/>
        </w:rPr>
        <w:t xml:space="preserve">[11:44] </w:t>
      </w:r>
      <w:r>
        <w:t>no excuse, whatsover, is accept, is acceptable. this disregard</w:t>
      </w:r>
    </w:p>
    <w:p>
      <w:pPr>
        <w:jc w:val="right"/>
      </w:pPr>
      <w:r>
        <w:t>نو ایکسکیوز،واٹسایور، ازایکسیپٹ، ازایکسیپٹیبل۔ دس ریگارڈ</w:t>
      </w:r>
    </w:p>
    <w:p>
      <w:r>
        <w:rPr>
          <w:b/>
        </w:rPr>
        <w:t xml:space="preserve">[11:52] </w:t>
      </w:r>
      <w:r>
        <w:t>yeh bohat hi khatarnak baat hai. yaani jannat ke ticket se maloom hi hai yeh. jannat ke forbidden tree ka phal khane ka nateeja kya hua?</w:t>
      </w:r>
    </w:p>
    <w:p>
      <w:pPr>
        <w:jc w:val="right"/>
      </w:pPr>
      <w:r>
        <w:t>یہبہت ہیخطرناکباتہے۔ یعنیجنتکےٹکٹسےمعلومہی ہےیہ۔ جنت کے فائبرٹری کاپھلکھانےکانتیجہکیاہوا؟</w:t>
      </w:r>
    </w:p>
    <w:p>
      <w:r>
        <w:rPr>
          <w:b/>
        </w:rPr>
        <w:t xml:space="preserve">[12:04] </w:t>
      </w:r>
      <w:r>
        <w:t>jannat ka passage woh hai, chhanle, chhangiya. jannat mein rehne ka jo passage tha, woh chhangiya.</w:t>
      </w:r>
    </w:p>
    <w:p>
      <w:pPr>
        <w:jc w:val="right"/>
      </w:pPr>
      <w:r>
        <w:t>جنتکا پاسجوہے،چھنلے،چھنگیا۔ جنت میںرہنےکاجوپاستھا،وہچھنگیا۔</w:t>
      </w:r>
    </w:p>
    <w:p>
      <w:r>
        <w:rPr>
          <w:b/>
        </w:rPr>
        <w:t xml:space="preserve">[12:12] </w:t>
      </w:r>
      <w:r>
        <w:t>aisi is duniya mein jo aadmi violence karega, toh usko jannat ka ticket nahi milne wala hai. yeh achhi tarah samajh lena chahiye, chahe iska naam, is violence ka naam aap jihad rakh dein, iska naam kuch bhi rakh dein, aap Islam rakh dein, iska naam naam rakh lein, kuch nahi hoga.</w:t>
      </w:r>
    </w:p>
    <w:p>
      <w:pPr>
        <w:jc w:val="right"/>
      </w:pPr>
      <w:r>
        <w:t>ایسی اسدنیا میں جوآدمیوائنسکرےگا، تواسکو جنت کاٹکٹنہیںملنےوالاہے۔ یہاچھیطرحسمجھلیناچاہیے، چاہےاسکانام ، اس وائنسکانامآپجہادرکھدیں، اسکا نامکچھبھیرکھدیں،آپاسلام رکھدیں،اسکانام نام رکھلیں،کچھنہیںہوگا۔</w:t>
      </w:r>
    </w:p>
    <w:p>
      <w:r>
        <w:rPr>
          <w:b/>
        </w:rPr>
        <w:t xml:space="preserve">[12:33] </w:t>
      </w:r>
      <w:r>
        <w:t>hadees mein aata hai ke baad ke zamane mein log haraam kaam karenge. toh toh poocha gaya ke haraam kaam kaise karenge?</w:t>
      </w:r>
    </w:p>
    <w:p>
      <w:pPr>
        <w:jc w:val="right"/>
      </w:pPr>
      <w:r>
        <w:t>حدیث میںآتاہےکہ بعد کےزمانےمیںلوگ حرامکامکریںگے۔ تو توپوچھاگیاکہحرامکامکیسےکریںگے؟</w:t>
      </w:r>
    </w:p>
    <w:p>
      <w:r>
        <w:rPr>
          <w:b/>
        </w:rPr>
        <w:t xml:space="preserve">[12:43] </w:t>
      </w:r>
      <w:r>
        <w:t>to sharab ke bare mein hai ke sharab peene lagenge log . to poocha gaya, sharab kaise piyenge? to farmaya ke ism wa nah baghair ism ha fi haloon ha yani yani ek aur naam rakh denge uska, aur phir use jaiz kar lenge.</w:t>
      </w:r>
    </w:p>
    <w:p>
      <w:pPr>
        <w:jc w:val="right"/>
      </w:pPr>
      <w:r>
        <w:t>تو شرابکےبارےمیںہےکہشرابپینےلگیںگےلوگ ۔توپوچھاگیا،شرابکیسےپیئیںگے؟ تو فرمایاکہی سم ونہ بغیراسم ہ فی حلون ہ یعنی یعنیایک اور نام رکھدیںگےاسکا،اورپھراسےجائزکرلیںگے۔</w:t>
      </w:r>
    </w:p>
    <w:p>
      <w:r>
        <w:rPr>
          <w:b/>
        </w:rPr>
        <w:t xml:space="preserve">[13:00] </w:t>
      </w:r>
      <w:r>
        <w:t>to sharab yahan pe ek ilamati lafz hai, ek symbol word hai. to violence ko keh denge islami jehad, aur phir use dhoom se bachayenge.</w:t>
      </w:r>
    </w:p>
    <w:p>
      <w:pPr>
        <w:jc w:val="right"/>
      </w:pPr>
      <w:r>
        <w:t>تو شرابیہاںپہایکعلامتیلفظہے، ایک سمبولکورڈہے۔ تو وائیلنسکو کہہدیںگےاسلامی جہاد، اورپھراسکودھومسےبچائیںگے۔</w:t>
      </w:r>
    </w:p>
    <w:p>
      <w:r>
        <w:rPr>
          <w:b/>
        </w:rPr>
        <w:t xml:space="preserve">[13:11] </w:t>
      </w:r>
      <w:r>
        <w:t>yeh matlab hai iska .</w:t>
      </w:r>
    </w:p>
    <w:p>
      <w:pPr>
        <w:jc w:val="right"/>
      </w:pPr>
      <w:r>
        <w:t>یہمطلبہےاسکا ۔</w:t>
      </w:r>
    </w:p>
    <w:p>
      <w:r>
        <w:rPr>
          <w:b/>
        </w:rPr>
        <w:t xml:space="preserve">[13:14] </w:t>
      </w:r>
      <w:r>
        <w:t>yani aap ne farmaya ke baad ke zaman e mein aisa hone wala hai ke log sharab ko halaal bana lenge, jaiz. to sahaba ne poocha, kaise kaise ho sakta hai ke sharab ko woh halaal bana len?</w:t>
      </w:r>
    </w:p>
    <w:p>
      <w:pPr>
        <w:jc w:val="right"/>
      </w:pPr>
      <w:r>
        <w:t>یعنیآپنےفرمایا کہبعد کےزمان ےمیںایساہونےوالاہے کہلوگ شرابکوحلالبنالیںگے، جائز۔ تو صحابہنےپوچھا،کیسےکیسےہوسکتاہےکہشرابکووہ حلالبنالیں؟</w:t>
      </w:r>
    </w:p>
    <w:p>
      <w:r>
        <w:rPr>
          <w:b/>
        </w:rPr>
        <w:t xml:space="preserve">[13:27] </w:t>
      </w:r>
      <w:r>
        <w:t>farmaya ke ism wa nah baghair ism hathum yuhalloon ha yani uska naam kuch aur rakh denge, aur phir usko halaal kar lenge.</w:t>
      </w:r>
    </w:p>
    <w:p>
      <w:pPr>
        <w:jc w:val="right"/>
      </w:pPr>
      <w:r>
        <w:t>فرمایاکہیسم ونہ بغیراسم ہثم یحلون ہ یعنیاسکا نام کچھاور رکھدیںگے، اورپھراسکوحلالکرلیںگے۔</w:t>
      </w:r>
    </w:p>
    <w:p>
      <w:r>
        <w:rPr>
          <w:b/>
        </w:rPr>
        <w:t xml:space="preserve">[13:37] </w:t>
      </w:r>
      <w:r>
        <w:t>yahi aa raha hai.</w:t>
      </w:r>
    </w:p>
    <w:p>
      <w:pPr>
        <w:jc w:val="right"/>
      </w:pPr>
      <w:r>
        <w:t>یہیآجہورہاہے۔</w:t>
      </w:r>
    </w:p>
    <w:p>
      <w:r>
        <w:rPr>
          <w:b/>
        </w:rPr>
        <w:t xml:space="preserve">[13:41] </w:t>
      </w:r>
      <w:r>
        <w:t>violence kiya ja raha hai, lekin naam kya rakh diya hai? islami jehad. to yaad rakhiye, violence absolutely sin mein haram hai, aur jab aap ka naam iska naam islami jehad rakha hai to double crime ho gaya, woh double crime ho gaya.</w:t>
      </w:r>
    </w:p>
    <w:p>
      <w:pPr>
        <w:jc w:val="right"/>
      </w:pPr>
      <w:r>
        <w:t>وائیلنس کیاجارہاہے، لیکن نام کیارکھدیاہے؟اسلامی جہاد۔ تو یادرکھیے، وائیلنس ایبسولیوٹسینسمیںحرامہے، اور جب آپ کا ناماسکاناماسلامی جہادرکھاہےتوڈبل کرائمہوگیا،وہ ڈبلکرائمہوگیا۔</w:t>
      </w:r>
    </w:p>
    <w:p>
      <w:r>
        <w:rPr>
          <w:b/>
        </w:rPr>
        <w:t xml:space="preserve">[13:59] </w:t>
      </w:r>
      <w:r>
        <w:t>isko bohat zyada samajhne ki zaroorat hai, kyunke yeh jannat se maloomi ka mamla hai. yeh</w:t>
      </w:r>
    </w:p>
    <w:p>
      <w:pPr>
        <w:jc w:val="right"/>
      </w:pPr>
      <w:r>
        <w:t>اسکو بہت زیادہ سمجھنےکیضرورتہے،کیونکہ یہجنتسےمعلومیکامعاملہہے۔یہ</w:t>
      </w:r>
    </w:p>
    <w:p>
      <w:r>
        <w:rPr>
          <w:b/>
        </w:rPr>
        <w:t xml:space="preserve">[14:06] </w:t>
      </w:r>
      <w:r>
        <w:t>yeh fiber interco apne liye jaiz karne ka mamla hai.</w:t>
      </w:r>
    </w:p>
    <w:p>
      <w:pPr>
        <w:jc w:val="right"/>
      </w:pPr>
      <w:r>
        <w:t>یہفائبر انٹریکواپنےلیےجائزکرنے کامعاملہہے۔</w:t>
      </w:r>
    </w:p>
    <w:p>
      <w:r>
        <w:rPr>
          <w:b/>
        </w:rPr>
        <w:t xml:space="preserve">[14:09] </w:t>
      </w:r>
      <w:r>
        <w:t>dekhiye, quran mein</w:t>
      </w:r>
    </w:p>
    <w:p>
      <w:pPr>
        <w:jc w:val="right"/>
      </w:pPr>
      <w:r>
        <w:t>دیکھیے، قرآنمیں</w:t>
      </w:r>
    </w:p>
    <w:p>
      <w:r>
        <w:rPr>
          <w:b/>
        </w:rPr>
        <w:t xml:space="preserve">[14:13] </w:t>
      </w:r>
      <w:r>
        <w:t>jannat ko kaha gaya hai dar us salam, aman ka ghar. quran mein surah yunus mein ayat hai, chapter yunus</w:t>
      </w:r>
    </w:p>
    <w:p>
      <w:pPr>
        <w:jc w:val="right"/>
      </w:pPr>
      <w:r>
        <w:t>جنتکو کہاگیاہے دار السلام، امنکاگھر۔ قرآنمیں سورہیونسمیںآیتہے، چیپٹریون س</w:t>
      </w:r>
    </w:p>
    <w:p>
      <w:r>
        <w:rPr>
          <w:b/>
        </w:rPr>
        <w:t xml:space="preserve">[14:30] </w:t>
      </w:r>
      <w:r>
        <w:t>walallahu yad'u ila daris salam</w:t>
      </w:r>
    </w:p>
    <w:p>
      <w:pPr>
        <w:jc w:val="right"/>
      </w:pPr>
      <w:r>
        <w:t>وال لہ یدعوالیدار السلام</w:t>
      </w:r>
    </w:p>
    <w:p>
      <w:r>
        <w:rPr>
          <w:b/>
        </w:rPr>
        <w:t xml:space="preserve">[14:36] </w:t>
      </w:r>
      <w:r>
        <w:t>and god calls to the home of peace. god calls to the home of peace. iska matlab kya hua ?</w:t>
      </w:r>
    </w:p>
    <w:p>
      <w:pPr>
        <w:jc w:val="right"/>
      </w:pPr>
      <w:r>
        <w:t>اینڈ گاڈ کال ز ٹوداہومآف پیس۔ گاڈ کال ز ٹوداہومآفپیس۔ اسکامطلبکیاہوا ؟</w:t>
      </w:r>
    </w:p>
    <w:p>
      <w:r>
        <w:rPr>
          <w:b/>
        </w:rPr>
        <w:t xml:space="preserve">[14:46] </w:t>
      </w:r>
      <w:r>
        <w:t>iska matlab woh god calls peaceful people to the home of peace. dekhen, wording toh yeh hai ke god calls to the home of peace</w:t>
      </w:r>
    </w:p>
    <w:p>
      <w:pPr>
        <w:jc w:val="right"/>
      </w:pPr>
      <w:r>
        <w:t>اسکامطلب وہ گاڈ کال ز پیسفل پیپلٹوداہومآفپیس۔ دیکھیں،ورڈنگتویہہے کہ گاڈ کال ز ٹوداہومآفپیس</w:t>
      </w:r>
    </w:p>
    <w:p>
      <w:r>
        <w:rPr>
          <w:b/>
        </w:rPr>
        <w:t xml:space="preserve">[14:59] </w:t>
      </w:r>
      <w:r>
        <w:t>, lekin ismein understood hai. yeh yeh baat ismein understood hai ke god calls peaceful people to the home of peace.</w:t>
      </w:r>
    </w:p>
    <w:p>
      <w:pPr>
        <w:jc w:val="right"/>
      </w:pPr>
      <w:r>
        <w:t>،لیکن اسمیںانڈ رسٹڈہے۔یہ یہباتاسمیںانڈرسٹڈہے کہ گاڈ کالز پیسفل پیپل ٹوداہومآفپیس۔</w:t>
      </w:r>
    </w:p>
    <w:p>
      <w:r>
        <w:rPr>
          <w:b/>
        </w:rPr>
        <w:t xml:space="preserve">[15:11] </w:t>
      </w:r>
      <w:r>
        <w:t>iska matlab kya hua ?</w:t>
      </w:r>
    </w:p>
    <w:p>
      <w:pPr>
        <w:jc w:val="right"/>
      </w:pPr>
      <w:r>
        <w:t>اسکامطلبکیاہوا ؟</w:t>
      </w:r>
    </w:p>
    <w:p>
      <w:r>
        <w:rPr>
          <w:b/>
        </w:rPr>
        <w:t xml:space="preserve">[15:14] </w:t>
      </w:r>
      <w:r>
        <w:t>iska matlab yeh hua ke duniya ki zindagi, jo test ki zindagi thi, test ki is duniya mein jo log peaceful bankar rahe,</w:t>
      </w:r>
    </w:p>
    <w:p>
      <w:pPr>
        <w:jc w:val="right"/>
      </w:pPr>
      <w:r>
        <w:t>اسکامطلبیہہوا کہ دنیا کیزندگی ،جوٹیسٹ کیزندگی تھی، ٹیسٹ کی اسدنیا میںجولوگ پیسفل بنکررہے،</w:t>
      </w:r>
    </w:p>
    <w:p>
      <w:r>
        <w:rPr>
          <w:b/>
        </w:rPr>
        <w:t xml:space="preserve">[15:30] </w:t>
      </w:r>
      <w:r>
        <w:t>test ki duniya mein jo log peaceful bankar rahe,</w:t>
      </w:r>
    </w:p>
    <w:p>
      <w:pPr>
        <w:jc w:val="right"/>
      </w:pPr>
      <w:r>
        <w:t>ٹیسٹ کیدنیا میں جولوگ پیسفل بنکررہے،</w:t>
      </w:r>
    </w:p>
    <w:p>
      <w:r>
        <w:rPr>
          <w:b/>
        </w:rPr>
        <w:t xml:space="preserve">[15:39] </w:t>
      </w:r>
      <w:r>
        <w:t>unke liye jannat hai, kyunke jannat peace ka ghar hai.</w:t>
      </w:r>
    </w:p>
    <w:p>
      <w:pPr>
        <w:jc w:val="right"/>
      </w:pPr>
      <w:r>
        <w:t>انکےلیے جنتہے، کیونکہ جنت پیسکاگھرہے۔</w:t>
      </w:r>
    </w:p>
    <w:p>
      <w:r>
        <w:rPr>
          <w:b/>
        </w:rPr>
        <w:t xml:space="preserve">[15:44] </w:t>
      </w:r>
      <w:r>
        <w:t>to jo log is duniya mein peaceful bankar rahe, unko pukara jayega ke aao, aao peaceful rehne walon, chalo jannat mein dakhil ho jao.</w:t>
      </w:r>
    </w:p>
    <w:p>
      <w:pPr>
        <w:jc w:val="right"/>
      </w:pPr>
      <w:r>
        <w:t>تو جولوگ اسدنیا میںپیسفلبنکررہے،انکو پکاراجائےگاکہاؤ ،اؤ پیسفل رہنےوالوں ،چلوجنتمیںداخلہوجاؤ۔</w:t>
      </w:r>
    </w:p>
    <w:p>
      <w:r>
        <w:rPr>
          <w:b/>
        </w:rPr>
        <w:t xml:space="preserve">[15:55] </w:t>
      </w:r>
      <w:r>
        <w:t>to god calls peaceful people to the home of peace.</w:t>
      </w:r>
    </w:p>
    <w:p>
      <w:pPr>
        <w:jc w:val="right"/>
      </w:pPr>
      <w:r>
        <w:t>تو گاڈ کال ز پیسفل پیپلٹوداہومآف پیس۔</w:t>
      </w:r>
    </w:p>
    <w:p>
      <w:r>
        <w:rPr>
          <w:b/>
        </w:rPr>
        <w:t xml:space="preserve">[16:02] </w:t>
      </w:r>
      <w:r>
        <w:t>yahan mein yeh add karunga ke dekhiye, violence ki do qismen hain. achhi tarah samajh lijiye is baat ko .</w:t>
      </w:r>
    </w:p>
    <w:p>
      <w:pPr>
        <w:jc w:val="right"/>
      </w:pPr>
      <w:r>
        <w:t>یہاں میںیہایڈکروںگا کہدیکھیے، وائیلنسکیدوقسم یںہیں۔ اچھیطرحسمجھلیجئےاسباتکو ۔</w:t>
      </w:r>
    </w:p>
    <w:p>
      <w:r>
        <w:rPr>
          <w:b/>
        </w:rPr>
        <w:t xml:space="preserve">[16:12] </w:t>
      </w:r>
      <w:r>
        <w:t>achha, yahan dekhiye, yeh jo jo yeh violence hai, iske liye arab mein aata hai 'anf' ka lafz. ain, fe, noon, ain, ain, noon, fe, anf .</w:t>
      </w:r>
    </w:p>
    <w:p>
      <w:pPr>
        <w:jc w:val="right"/>
      </w:pPr>
      <w:r>
        <w:t>اچھا،یہاںدیکھیے، یہجو جو یہ وائیلنسہے، اسکےلیے عربیمیںآتاہے عن فکالفظ۔عین،فے،نون، عین،عین،نون،فے،عن ف۔</w:t>
      </w:r>
    </w:p>
    <w:p>
      <w:r>
        <w:rPr>
          <w:b/>
        </w:rPr>
        <w:t xml:space="preserve">[16:26] </w:t>
      </w:r>
      <w:r>
        <w:t>anf ma'ni violence. to quran mein kahin yeh nahi hai ke jannat dar ul anf hogi, violence ki jagah hogi.</w:t>
      </w:r>
    </w:p>
    <w:p>
      <w:pPr>
        <w:jc w:val="right"/>
      </w:pPr>
      <w:r>
        <w:t>عنفمعنی وائیلنس۔ تو قرآنمیںکہیں یہنہیںہے کہ جنت دارالعنفہوگی، وائیلنسکیجگہہوگی۔</w:t>
      </w:r>
    </w:p>
    <w:p>
      <w:r>
        <w:rPr>
          <w:b/>
        </w:rPr>
        <w:t xml:space="preserve">[16:37] </w:t>
      </w:r>
      <w:r>
        <w:t>to jo log violence dikhayen, unko jannat mein jagah mil jayegi, maare kaate logon ko .</w:t>
      </w:r>
    </w:p>
    <w:p>
      <w:pPr>
        <w:jc w:val="right"/>
      </w:pPr>
      <w:r>
        <w:t>تو جولوگوائیلنسدکھائیں،انکوجنتمیںجگہملجائےگی، مارےکاٹےلوگوںکو ۔</w:t>
      </w:r>
    </w:p>
    <w:p>
      <w:r>
        <w:rPr>
          <w:b/>
        </w:rPr>
        <w:t xml:space="preserve">[16:43] </w:t>
      </w:r>
      <w:r>
        <w:t>to jannatdaar-ul-unf nahin hai, yaani home of peace hai, woh home of violence nahin hai. woh yeh sab baatein bahut zyada sochne ki hain, bahut zyada sochne ki hain.</w:t>
      </w:r>
    </w:p>
    <w:p>
      <w:pPr>
        <w:jc w:val="right"/>
      </w:pPr>
      <w:r>
        <w:t>تو جنتدارالعنفنہیںہے، یعنیہومآف پیس ہے، وہ ہومآف وائیلنسنہیںہے۔وہ یہسبباتیںبہت زیادہسوچنےکیہیں،بہتزیادہسوچنےکیہیں۔</w:t>
      </w:r>
    </w:p>
    <w:p>
      <w:r>
        <w:rPr>
          <w:b/>
        </w:rPr>
        <w:t xml:space="preserve">[16:58] </w:t>
      </w:r>
      <w:r>
        <w:t>aaj jo log violence kar rahe hain, woh samajhte hain ke jannat daar-ul-unf hai, yeh ilzaam hai quran ke upar.</w:t>
      </w:r>
    </w:p>
    <w:p>
      <w:pPr>
        <w:jc w:val="right"/>
      </w:pPr>
      <w:r>
        <w:t>آججولوگ وائیلنسکررہےہیں، وہسمجھتےہیںکہجنتدارالعنفہے، یہ الزامہےقرآنکےاوپر۔</w:t>
      </w:r>
    </w:p>
    <w:p>
      <w:r>
        <w:rPr>
          <w:b/>
        </w:rPr>
        <w:t xml:space="preserve">[17:06] </w:t>
      </w:r>
      <w:r>
        <w:t>jannat daar-ul-islam, daar-us-salaam hai, daar-ul-aman hai, home of peace hai. toh main arz karna chahunga ke violence ki do qismein hain:</w:t>
      </w:r>
    </w:p>
    <w:p>
      <w:pPr>
        <w:jc w:val="right"/>
      </w:pPr>
      <w:r>
        <w:t>جنتدار الاسلام،دارالسلام ہے، دارال امنہے، ہومآفپیسہے۔ تومیں عرضکرناچاہوںگا کہ وائیلنسکیدوقسم یںہیں:</w:t>
      </w:r>
    </w:p>
    <w:p>
      <w:r>
        <w:rPr>
          <w:b/>
        </w:rPr>
        <w:t xml:space="preserve">[17:23] </w:t>
      </w:r>
      <w:r>
        <w:t>peace violence and active violence. yeh quran se saabit hai, hadith se saabit hai.</w:t>
      </w:r>
    </w:p>
    <w:p>
      <w:pPr>
        <w:jc w:val="right"/>
      </w:pPr>
      <w:r>
        <w:t>پیسووائیلنس اینڈ ایکٹیووائیلنس۔ یہقرآنسےثابت ہے، حدیثسےثابت ہے۔</w:t>
      </w:r>
    </w:p>
    <w:p>
      <w:r>
        <w:rPr>
          <w:b/>
        </w:rPr>
        <w:t xml:space="preserve">[17:34] </w:t>
      </w:r>
      <w:r>
        <w:t>misalan dekhiye, ek hadith hai:</w:t>
      </w:r>
    </w:p>
    <w:p>
      <w:pPr>
        <w:jc w:val="right"/>
      </w:pPr>
      <w:r>
        <w:t>مثلاًدیکھیے،ایکحدیثہے:</w:t>
      </w:r>
    </w:p>
    <w:p>
      <w:r>
        <w:rPr>
          <w:b/>
        </w:rPr>
        <w:t xml:space="preserve">[17:38] </w:t>
      </w:r>
      <w:r>
        <w:t>wallahi la yuman, wallahi la yuman, wallahi la yuman allazi la yaman jaaruhu waqahu. khuda ki qasam, woh momin nahin hain.</w:t>
      </w:r>
    </w:p>
    <w:p>
      <w:pPr>
        <w:jc w:val="right"/>
      </w:pPr>
      <w:r>
        <w:t>وال لہ لایومن،واللہ لایومن،واللہ لایومن الذ ی لا یامن جارہ بواق ہ خداکیقسم،وہمومننہیںہے۔</w:t>
      </w:r>
    </w:p>
    <w:p>
      <w:r>
        <w:rPr>
          <w:b/>
        </w:rPr>
        <w:t xml:space="preserve">[17:49] </w:t>
      </w:r>
      <w:r>
        <w:t>khuda ki qasam, woh momin nahin hain. khuda ki qasam, woh momin nahin hai jis ke neyosans se uska padosi aman mein na ho.</w:t>
      </w:r>
    </w:p>
    <w:p>
      <w:pPr>
        <w:jc w:val="right"/>
      </w:pPr>
      <w:r>
        <w:t>خداکیقسم،وہمومننہیںہے۔ خداکیقسم ،وہمومننہیںہے جس کے نی وسنسسے اسکا پڑوسیامنمیںنہہو۔</w:t>
      </w:r>
    </w:p>
    <w:p>
      <w:r>
        <w:rPr>
          <w:b/>
        </w:rPr>
        <w:t xml:space="preserve">[18:00] </w:t>
      </w:r>
      <w:r>
        <w:t>neyosans kya hai?</w:t>
      </w:r>
    </w:p>
    <w:p>
      <w:pPr>
        <w:jc w:val="right"/>
      </w:pPr>
      <w:r>
        <w:t>نی وسنسکیاہے؟</w:t>
      </w:r>
    </w:p>
    <w:p>
      <w:r>
        <w:rPr>
          <w:b/>
        </w:rPr>
        <w:t xml:space="preserve">[18:02] </w:t>
      </w:r>
      <w:r>
        <w:t>yeh peace violence hai.</w:t>
      </w:r>
    </w:p>
    <w:p>
      <w:pPr>
        <w:jc w:val="right"/>
      </w:pPr>
      <w:r>
        <w:t>یہ پیسووائیلنسہے۔</w:t>
      </w:r>
    </w:p>
    <w:p>
      <w:r>
        <w:rPr>
          <w:b/>
        </w:rPr>
        <w:t xml:space="preserve">[18:06] </w:t>
      </w:r>
      <w:r>
        <w:t>toh yaad rakhiye, violence ki do qismein hain: peace violence aur active violence. peace violence kya hai?</w:t>
      </w:r>
    </w:p>
    <w:p>
      <w:pPr>
        <w:jc w:val="right"/>
      </w:pPr>
      <w:r>
        <w:t>تو یادرکھیے،وائیلنسکیدوقسم یںہیں: پیسووائیلنساور ایکٹیووائیلنس۔ پیسووائیلنسکیاہے؟</w:t>
      </w:r>
    </w:p>
    <w:p>
      <w:r>
        <w:rPr>
          <w:b/>
        </w:rPr>
        <w:t xml:space="preserve">[18:16] </w:t>
      </w:r>
      <w:r>
        <w:t>hate, intolerance,</w:t>
      </w:r>
    </w:p>
    <w:p>
      <w:pPr>
        <w:jc w:val="right"/>
      </w:pPr>
      <w:r>
        <w:t>ہیٹ، انٹولرنس،</w:t>
      </w:r>
    </w:p>
    <w:p>
      <w:r>
        <w:rPr>
          <w:b/>
        </w:rPr>
        <w:t xml:space="preserve">[18:21] </w:t>
      </w:r>
      <w:r>
        <w:t>society ke liye problem banna, neyosans create karna. yeh hai peace violence</w:t>
      </w:r>
    </w:p>
    <w:p>
      <w:pPr>
        <w:jc w:val="right"/>
      </w:pPr>
      <w:r>
        <w:t>سوسائٹیکےلیےپرابلمبننا، نی وسنسکریٹکرنا۔ یہہے پیسووائیل</w:t>
      </w:r>
    </w:p>
    <w:p>
      <w:r>
        <w:rPr>
          <w:b/>
        </w:rPr>
        <w:t xml:space="preserve">[18:27] </w:t>
      </w:r>
      <w:r>
        <w:t>نس ۔ revenge, yeh sab peace violence hai. aur active violence kya hai?</w:t>
      </w:r>
    </w:p>
    <w:p>
      <w:pPr>
        <w:jc w:val="right"/>
      </w:pPr>
      <w:r>
        <w:t>نس ۔ ریونج، یہسبپیسووائیلنسہے۔ اور ایکٹیووائیلنسکیاہے؟</w:t>
      </w:r>
    </w:p>
    <w:p>
      <w:r>
        <w:rPr>
          <w:b/>
        </w:rPr>
        <w:t xml:space="preserve">[18:35] </w:t>
      </w:r>
      <w:r>
        <w:t>aap gun aur bomb le kar ke logon ko maarna shuru kar dein, phir toh active violence. toh yaad rakhiye, dono ke liye ek hi saza hai, aur woh hai ke khuda ki rehmat se mahroomi.</w:t>
      </w:r>
    </w:p>
    <w:p>
      <w:pPr>
        <w:jc w:val="right"/>
      </w:pPr>
      <w:r>
        <w:t>آپ گناور بم لےکرکےلوگوںکومارناشروعکردیں، پھرتوایکٹیووائیلنس۔ تویادرکھیے،دونوںکےلیے ایکہی سزاہے، اوروہہےکہخداکیرحمتسےمحرومی ۔</w:t>
      </w:r>
    </w:p>
    <w:p>
      <w:r>
        <w:rPr>
          <w:b/>
        </w:rPr>
        <w:t xml:space="preserve">[18:50] </w:t>
      </w:r>
      <w:r>
        <w:t>ismein koi, ismein koi shakk nahin hai quran o hadith ke aitbaar se. agar</w:t>
      </w:r>
    </w:p>
    <w:p>
      <w:pPr>
        <w:jc w:val="right"/>
      </w:pPr>
      <w:r>
        <w:t>اسمیںکوئی ،اسمیںکوئی شک ہینہیںہے قرآنوحدیثکےاعتبارسے۔ اگر</w:t>
      </w:r>
    </w:p>
    <w:p>
      <w:r>
        <w:rPr>
          <w:b/>
        </w:rPr>
        <w:t xml:space="preserve">[18:56] </w:t>
      </w:r>
      <w:r>
        <w:t>aap peace violence karein duniya mein, tab bhi aap khuda ki rehmat se door kar diye jayenge. active violence karein, tab bhi khuda ki rehmat door kar diye jayenge. yaani jannat phir se, phir bhenk alay jayenge.</w:t>
      </w:r>
    </w:p>
    <w:p>
      <w:pPr>
        <w:jc w:val="right"/>
      </w:pPr>
      <w:r>
        <w:t>آپ پیسو وائیلنس کریںدنیا میں، تببھیآپ خداکیرحمت سے دور کردیےجائیںگے۔ ایکٹیووائیلنسکریں،تببھیخداکیرحمتدورکردیےجائیںگے۔یعنیجنتپھرسے،پھربھینکالےجائیںگے۔</w:t>
      </w:r>
    </w:p>
    <w:p>
      <w:r>
        <w:rPr>
          <w:b/>
        </w:rPr>
        <w:t xml:space="preserve">[19:12] </w:t>
      </w:r>
      <w:r>
        <w:t>adam ne jo yeh kiya tha ke darakht ke paas chale gaye, uska phal kha liya, woh toh peace violence tha. woh, woh active violence nahin tha. woh tab bhenk alay diye gaye. woh</w:t>
      </w:r>
    </w:p>
    <w:p>
      <w:pPr>
        <w:jc w:val="right"/>
      </w:pPr>
      <w:r>
        <w:t>آدمنےجو یہکیاتھا کہدرختکےپاسچلےگئے،اسکاپھلکھالیا،وہتوپیسووائیلنستھا۔وہ ،وہایکٹیووائیلنسنہیںتھا۔وہ تب بھینکالدیےگئے۔وہ</w:t>
      </w:r>
    </w:p>
    <w:p>
      <w:r>
        <w:rPr>
          <w:b/>
        </w:rPr>
        <w:t xml:space="preserve">[19:24] </w:t>
      </w:r>
      <w:r>
        <w:t>toh is zaman mein do misalein hain: adam ne kiya tha peace violence, aur qabil ne kiya tha active violence.</w:t>
      </w:r>
    </w:p>
    <w:p>
      <w:pPr>
        <w:jc w:val="right"/>
      </w:pPr>
      <w:r>
        <w:t>تو اسیزمان ےمیںدومثالیںہیں: آدمنےکیاتھا پیسووائیلنس، اور قابیلنےکیاتھا ایکٹیووائیلنس۔</w:t>
      </w:r>
    </w:p>
    <w:p>
      <w:r>
        <w:rPr>
          <w:b/>
        </w:rPr>
        <w:t xml:space="preserve">[19:35] </w:t>
      </w:r>
      <w:r>
        <w:t>yaad rakhiye, adam ne jannat mein jo kiya tha, woh tha peace violence, aur qabil ne jo kiya, woh active violence tha. toh dono ka natija hai jannat se mahroomi.</w:t>
      </w:r>
    </w:p>
    <w:p>
      <w:pPr>
        <w:jc w:val="right"/>
      </w:pPr>
      <w:r>
        <w:t>یادرکھیے، آدمنے جنتمیںجوکیاتھا،وہتھاپیسووائیلنس، اور قابیلنےجوکیا، وہایکٹیووائیلنستھا۔ تو دونوںکانتیجہہے جنتسےمحرومی۔</w:t>
      </w:r>
    </w:p>
    <w:p>
      <w:r>
        <w:rPr>
          <w:b/>
        </w:rPr>
        <w:t xml:space="preserve">[19:49] </w:t>
      </w:r>
      <w:r>
        <w:t>bahut zyada sangin baat hai, isko sochna chahiye.</w:t>
      </w:r>
    </w:p>
    <w:p>
      <w:pPr>
        <w:jc w:val="right"/>
      </w:pPr>
      <w:r>
        <w:t>بہت زیادہ سنگینباتہے،اسکوسوچناچاہیے۔</w:t>
      </w:r>
    </w:p>
    <w:p>
      <w:r>
        <w:rPr>
          <w:b/>
        </w:rPr>
        <w:t xml:space="preserve">[19:52] </w:t>
      </w:r>
      <w:r>
        <w:t>ek hadith hai: innalaha yu'ti 'alal rifqi ma la yu'ti 'alal 'unf. god grants to peace, what he doesn't grant to violence?</w:t>
      </w:r>
    </w:p>
    <w:p>
      <w:pPr>
        <w:jc w:val="right"/>
      </w:pPr>
      <w:r>
        <w:t>ایکحدیثہے: ان اللہ یعطی علیالرفق مال ا یعطیعلی العنف گاڈ گرانٹس ٹو پیس ،واٹہیڈزداٹگرانٹٹو وائیلنس؟</w:t>
      </w:r>
    </w:p>
    <w:p>
      <w:r>
        <w:rPr>
          <w:b/>
        </w:rPr>
        <w:t xml:space="preserve">[20:11] </w:t>
      </w:r>
      <w:r>
        <w:t>yaani khuda woh hai, peace par woh cheez deta hai jo woh violence par nahin deta.</w:t>
      </w:r>
    </w:p>
    <w:p>
      <w:pPr>
        <w:jc w:val="right"/>
      </w:pPr>
      <w:r>
        <w:t>یعنیخداجوہے، پیسپروہچیزدیتاہے جو وہ وائیلنسپرنہیںدیتا۔</w:t>
      </w:r>
    </w:p>
    <w:p>
      <w:r>
        <w:rPr>
          <w:b/>
        </w:rPr>
        <w:t xml:space="preserve">[20:21] </w:t>
      </w:r>
      <w:r>
        <w:t>iske ma'ne kya hue? is duniya mein khuda ke jo blessings hain, khuda ka jo atiyaat hain, khuda ki jo rehmaten hain, woh sirf un logon ke liye hain jo peace ke saath is duniya mein rahen.</w:t>
      </w:r>
    </w:p>
    <w:p>
      <w:pPr>
        <w:jc w:val="right"/>
      </w:pPr>
      <w:r>
        <w:t>اسکےمعنیکیاہوئے ؟ اسدنیا میںخداکےجو بلیسنگہیں، خداکاجو عطیاتہیں، خداکیجورحمتیںہیں، وہ صرف انلوگوںکےلیےہیں جو پیسکےساتھاسدنیا میںرہیں۔</w:t>
      </w:r>
    </w:p>
    <w:p>
      <w:r>
        <w:rPr>
          <w:b/>
        </w:rPr>
        <w:t xml:space="preserve">[20:41] </w:t>
      </w:r>
      <w:r>
        <w:t>jo violence karein, chahe peace violence ho ya active violence ho, unke liye khuda ki rehmaten nahin hain.</w:t>
      </w:r>
    </w:p>
    <w:p>
      <w:pPr>
        <w:jc w:val="right"/>
      </w:pPr>
      <w:r>
        <w:t>جو وائیلنسکریں، چاہےپیسووائیلنسہویاایکٹیووائیلنسہو، انکےلیےخداکیرحمتیںنہیںہیں۔</w:t>
      </w:r>
    </w:p>
    <w:p>
      <w:r>
        <w:rPr>
          <w:b/>
        </w:rPr>
        <w:t xml:space="preserve">[20:49] </w:t>
      </w:r>
      <w:r>
        <w:t>dekhiye, iski importance itni zyada kyun hai? yeh koi simple baat nahin hai.</w:t>
      </w:r>
    </w:p>
    <w:p>
      <w:pPr>
        <w:jc w:val="right"/>
      </w:pPr>
      <w:r>
        <w:t>دیکھیے،اسکیامپورٹنساتنیزیادہکیوںہے؟ یہکوئیسمپلباتنہیںہے۔</w:t>
      </w:r>
    </w:p>
    <w:p>
      <w:r>
        <w:rPr>
          <w:b/>
        </w:rPr>
        <w:t xml:space="preserve">[20:56] </w:t>
      </w:r>
      <w:r>
        <w:t>yeh khuda ki scheme of things par raazi hona hai. dekhiye, khuda ki scheme of things kya hai? khuda ka creation plan kya hai?</w:t>
      </w:r>
    </w:p>
    <w:p>
      <w:pPr>
        <w:jc w:val="right"/>
      </w:pPr>
      <w:r>
        <w:t>یہ خداکی اسکیم آفتھنگپرراضیہوناہے۔ دیکھیے،خداکیاسک یمآفتھنگزکیاہے؟ خدا کا کریشنپلان کیا ہے؟</w:t>
      </w:r>
    </w:p>
    <w:p>
      <w:r>
        <w:rPr>
          <w:b/>
        </w:rPr>
        <w:t xml:space="preserve">[21:09] </w:t>
      </w:r>
      <w:r>
        <w:t>is duniya mein khuda ne rakha hai insaan ko azaad, freedom diya hai.</w:t>
      </w:r>
    </w:p>
    <w:p>
      <w:pPr>
        <w:jc w:val="right"/>
      </w:pPr>
      <w:r>
        <w:t>اسدنیا میں خدانےرکھاہےانسانکو آز اد ،فریڈمدیاہے۔</w:t>
      </w:r>
    </w:p>
    <w:p>
      <w:r>
        <w:rPr>
          <w:b/>
        </w:rPr>
        <w:t xml:space="preserve">[21:17] </w:t>
      </w:r>
      <w:r>
        <w:t>jab freedom diya hai to insaan kya karega? misuse bhi karega. yeh naamumkin baat hai ke freedom, freedom diya jaye aur misuse na kare.</w:t>
      </w:r>
    </w:p>
    <w:p>
      <w:pPr>
        <w:jc w:val="right"/>
      </w:pPr>
      <w:r>
        <w:t>جب فریڈمدیاہےتوانسانکیا کرےگا؟ مسیوزبھیکرےگا۔ یہ نام مکن باتہے کہ فریڈم،فریڈمدیاجائےاور مسیوزنہکرے۔</w:t>
      </w:r>
    </w:p>
    <w:p>
      <w:r>
        <w:rPr>
          <w:b/>
        </w:rPr>
        <w:t xml:space="preserve">[21:28] </w:t>
      </w:r>
      <w:r>
        <w:t>to jab insaan misuse karta hai to kya hota hai? provocation paida hota hai.</w:t>
      </w:r>
    </w:p>
    <w:p>
      <w:pPr>
        <w:jc w:val="right"/>
      </w:pPr>
      <w:r>
        <w:t>توجب انسان مسیوزکرتاہےتوکیاہوتاہے؟ پرووکیشنپیداہوتاہے۔</w:t>
      </w:r>
    </w:p>
    <w:p>
      <w:r>
        <w:rPr>
          <w:b/>
        </w:rPr>
        <w:t xml:space="preserve">[21:36] </w:t>
      </w:r>
      <w:r>
        <w:t>provocation paida hota hai.</w:t>
      </w:r>
    </w:p>
    <w:p>
      <w:pPr>
        <w:jc w:val="right"/>
      </w:pPr>
      <w:r>
        <w:t>پرووکیشنپیدا ہوتاہے۔</w:t>
      </w:r>
    </w:p>
    <w:p>
      <w:r>
        <w:rPr>
          <w:b/>
        </w:rPr>
        <w:t xml:space="preserve">[21:41] </w:t>
      </w:r>
      <w:r>
        <w:t>is provocation mein aap ko kya karna hai?</w:t>
      </w:r>
    </w:p>
    <w:p>
      <w:pPr>
        <w:jc w:val="right"/>
      </w:pPr>
      <w:r>
        <w:t>اس پرووکیشنمیںآپکوکیاکرناہے؟</w:t>
      </w:r>
    </w:p>
    <w:p>
      <w:r>
        <w:rPr>
          <w:b/>
        </w:rPr>
        <w:t xml:space="preserve">[21:44] </w:t>
      </w:r>
      <w:r>
        <w:t>wa idha ghadibuhum yaghfirun ke jab jab unhein provoke kiya jaye to woh usko sehein, apne oopar bardasht kar lein. yeh kya hai?</w:t>
      </w:r>
    </w:p>
    <w:p>
      <w:pPr>
        <w:jc w:val="right"/>
      </w:pPr>
      <w:r>
        <w:t>واذا مغ ضبہمیغفرون کہجب جبانہیں پرووککیاجائے تو وہاسکو سہلیں،اپنےاوپربرداشتکرلیں۔ یہکیا ہے؟</w:t>
      </w:r>
    </w:p>
    <w:p>
      <w:r>
        <w:rPr>
          <w:b/>
        </w:rPr>
        <w:t xml:space="preserve">[21:56] </w:t>
      </w:r>
      <w:r>
        <w:t>yeh khuda ke creation plan par raazi hona hai. khuda ki scheme of things par raazi hona hai. kyunke woh aadmi jo kar raha hai, apni taqat se nahi kar raha hai.</w:t>
      </w:r>
    </w:p>
    <w:p>
      <w:pPr>
        <w:jc w:val="right"/>
      </w:pPr>
      <w:r>
        <w:t>یہ خدا کے کریشنپلانپرراضیہوناہے۔ خداکےاسکیمآفتھنگپرراضیہوناہے۔ کیونکہوہآدمیجوکررہاہے، اپنیطاقتسےنہیںکررہاہے۔</w:t>
      </w:r>
    </w:p>
    <w:p>
      <w:r>
        <w:rPr>
          <w:b/>
        </w:rPr>
        <w:t xml:space="preserve">[22:08] </w:t>
      </w:r>
      <w:r>
        <w:t>is duniya mein kisi ko koi taqat hasil nahi. kisi ko bhi koi taqat, na king ko, na emperor ko. khuda ke mandate se kar raha hai jo aadmi kuch kar raha hai.</w:t>
      </w:r>
    </w:p>
    <w:p>
      <w:pPr>
        <w:jc w:val="right"/>
      </w:pPr>
      <w:r>
        <w:t>اسدنیا میںکسی کوکوئیطاقتحاصل نہیں ۔ کسی کوبھیکوئیطاقت ،نہکنگکو،نہایمپررکو۔ خدا کے مینڈیٹسےکررہاہےجوآدمیکچھکررہاہے۔</w:t>
      </w:r>
    </w:p>
    <w:p>
      <w:r>
        <w:rPr>
          <w:b/>
        </w:rPr>
        <w:t xml:space="preserve">[22:22] </w:t>
      </w:r>
      <w:r>
        <w:t>khuda ne isko mandate de rakha hai.</w:t>
      </w:r>
    </w:p>
    <w:p>
      <w:pPr>
        <w:jc w:val="right"/>
      </w:pPr>
      <w:r>
        <w:t>خدانےاسکومینڈیٹدےرکھاہے۔</w:t>
      </w:r>
    </w:p>
    <w:p>
      <w:r>
        <w:rPr>
          <w:b/>
        </w:rPr>
        <w:t xml:space="preserve">[22:26] </w:t>
      </w:r>
      <w:r>
        <w:t>ek second mein khuda mandate cheen sakta hai. ek second mein khuda apni azaadi ko wapas le sakta hai. to bas khatam. aur rozana aap dekhte hain ke bade bade mar jate hain.</w:t>
      </w:r>
    </w:p>
    <w:p>
      <w:pPr>
        <w:jc w:val="right"/>
      </w:pPr>
      <w:r>
        <w:t>ایک سیکنڈمیںخدامینڈیٹچھینسکتاہے۔ ایکسیکنڈمیںخدااپنے آزادیکوواپسلےسکتاہے۔ توبسختم ۔ اور روزانہآپدیکھتےہیںکہ بڑےبیلومرجاتےہیں۔</w:t>
      </w:r>
    </w:p>
    <w:p>
      <w:r>
        <w:rPr>
          <w:b/>
        </w:rPr>
        <w:t xml:space="preserve">[22:41] </w:t>
      </w:r>
      <w:r>
        <w:t>to jab khuda ne apni scheme ke tehat, apne plan ke tehat logon ko total freedom diya hai, to jab woh misuse karta hai to woh khuda ke diye hue ki wajah se karta hai, apne apne bal par nahi karta.</w:t>
      </w:r>
    </w:p>
    <w:p>
      <w:pPr>
        <w:jc w:val="right"/>
      </w:pPr>
      <w:r>
        <w:t>تو جب خدانے اپنی اسکیمکےتحت، اپنے پلانکےتحت لوگوںکو ٹوٹلفریڈمدیاہے، تو جب وہ مس یوزکرتاہےتووہخدا کے دیےہوئے کیوجہسےکرتاہے، اپنے اپنےبل پرنہیںکرتا۔</w:t>
      </w:r>
    </w:p>
    <w:p>
      <w:r>
        <w:rPr>
          <w:b/>
        </w:rPr>
        <w:t xml:space="preserve">[23:01] </w:t>
      </w:r>
      <w:r>
        <w:t>khuda ne kyun diya hai? kyunke without freedom, there is no test.</w:t>
      </w:r>
    </w:p>
    <w:p>
      <w:pPr>
        <w:jc w:val="right"/>
      </w:pPr>
      <w:r>
        <w:t>خدانےکیوںدیا ہے؟ کیونکہ وداآؤٹفریڈم،دیرازنو ٹیسٹ۔</w:t>
      </w:r>
    </w:p>
    <w:p>
      <w:r>
        <w:rPr>
          <w:b/>
        </w:rPr>
        <w:t xml:space="preserve">[23:09] </w:t>
      </w:r>
      <w:r>
        <w:t>jab khuda ko test lena hai to freedom to deni padegi. aap aisa nahi kar sakte ke freedom se mehroom kar dein aur kahein ke to mein tumhara test lunga.</w:t>
      </w:r>
    </w:p>
    <w:p>
      <w:pPr>
        <w:jc w:val="right"/>
      </w:pPr>
      <w:r>
        <w:t>جب خداکو ٹیسٹ لیناہے تو فریڈمتودینیپڑےگی۔ آپایسانہیںکرسکتےکہفریڈمسےمحرومکردیںاورکہیںکہ تو میںتمہاراٹیسٹلیناہے۔</w:t>
      </w:r>
    </w:p>
    <w:p>
      <w:r>
        <w:rPr>
          <w:b/>
        </w:rPr>
        <w:t xml:space="preserve">[23:21] </w:t>
      </w:r>
      <w:r>
        <w:t>choice ka test hai. choice ka aap konsa choice lete hain? bahut se options hain. ismein se konsa option aap lete hain?</w:t>
      </w:r>
    </w:p>
    <w:p>
      <w:pPr>
        <w:jc w:val="right"/>
      </w:pPr>
      <w:r>
        <w:t>چوائس کا ٹیسٹ ہے۔چوائسکا آپ کونساچوائسلیتےہیں؟ بہت سےآپشنزہیں۔ اسمیں سےکونساآپشن آپلیتےہیں؟</w:t>
      </w:r>
    </w:p>
    <w:p>
      <w:r>
        <w:rPr>
          <w:b/>
        </w:rPr>
        <w:t xml:space="preserve">[23:32] </w:t>
      </w:r>
      <w:r>
        <w:t>insaan ko is duniya mein rakh diya gaya hai jahan ke har tarah ke options hain.</w:t>
      </w:r>
    </w:p>
    <w:p>
      <w:pPr>
        <w:jc w:val="right"/>
      </w:pPr>
      <w:r>
        <w:t>انسانکو اسدنیامیںرکھدیاگیاہےجہاںکہ ہرطرحکےآپشنزہیں۔</w:t>
      </w:r>
    </w:p>
    <w:p>
      <w:r>
        <w:rPr>
          <w:b/>
        </w:rPr>
        <w:t xml:space="preserve">[23:37] </w:t>
      </w:r>
      <w:r>
        <w:t>aap revenge karein, tab bhi uska option aap ko hai. ghussa karein, tab bhi option aap ko hai. uska aap intalant ban jayein, tab bhi option aap ko uska hai. aap ladai chhedein, tab bhi option askahai.</w:t>
      </w:r>
    </w:p>
    <w:p>
      <w:pPr>
        <w:jc w:val="right"/>
      </w:pPr>
      <w:r>
        <w:t>آپریونجکریں،تببھیاسکاآپشنآپکوہے۔ غصہکریں،تببھیآپشنآپکوہے۔اسکا آپ ان ٹالنٹبنجائیں،تببھیآپشنآپکواسکاہے۔ آپ لڑائیچھڑیں،تببھیآپشناسکاہے۔</w:t>
      </w:r>
    </w:p>
    <w:p>
      <w:r>
        <w:rPr>
          <w:b/>
        </w:rPr>
        <w:t xml:space="preserve">[23:46] </w:t>
      </w:r>
      <w:r>
        <w:t>aap society baap bhi karein, tab bhi aapka option askahai. saare options khule hue hain. all options are open. ab aap ka test kismein hai?</w:t>
      </w:r>
    </w:p>
    <w:p>
      <w:pPr>
        <w:jc w:val="right"/>
      </w:pPr>
      <w:r>
        <w:t>آپ سوسائٹیباپبھیکریں،تببھیآپکاآپشناسکاہے۔ سارےآپشنزکھلےہوئےہیں۔ ال آپشنزآراوپن۔ ابآپ کاٹیسٹ کسمیںہے؟</w:t>
      </w:r>
    </w:p>
    <w:p>
      <w:r>
        <w:rPr>
          <w:b/>
        </w:rPr>
        <w:t xml:space="preserve">[23:58] </w:t>
      </w:r>
      <w:r>
        <w:t>ke aap apne free will ko</w:t>
      </w:r>
    </w:p>
    <w:p>
      <w:pPr>
        <w:jc w:val="right"/>
      </w:pPr>
      <w:r>
        <w:t>کہ آپ اپنے فریول کو</w:t>
      </w:r>
    </w:p>
    <w:p>
      <w:r>
        <w:rPr>
          <w:b/>
        </w:rPr>
        <w:t xml:space="preserve">[24:03] </w:t>
      </w:r>
      <w:r>
        <w:t>theek theek istemal karein.</w:t>
      </w:r>
    </w:p>
    <w:p>
      <w:pPr>
        <w:jc w:val="right"/>
      </w:pPr>
      <w:r>
        <w:t>ٹھیکٹھیک استعمال کریں۔</w:t>
      </w:r>
    </w:p>
    <w:p>
      <w:r>
        <w:rPr>
          <w:b/>
        </w:rPr>
        <w:t xml:space="preserve">[24:05] </w:t>
      </w:r>
      <w:r>
        <w:t>wohi option lein jo khuda ki marzi ke mutabiq hai. maslan violence ka option na lein, peace ka option lein.</w:t>
      </w:r>
    </w:p>
    <w:p>
      <w:pPr>
        <w:jc w:val="right"/>
      </w:pPr>
      <w:r>
        <w:t>وہیآپشن لیںجوخدا کیمرضیکےمطابق ہے۔ مثلاًوائیلنسکاآپشن نہلیں، پیسکاآپشنلیں۔</w:t>
      </w:r>
    </w:p>
    <w:p>
      <w:r>
        <w:rPr>
          <w:b/>
        </w:rPr>
        <w:t xml:space="preserve">[24:15] </w:t>
      </w:r>
      <w:r>
        <w:t>yeh test hai. is test ke liye khuda ne azaad de rakha logon ko. to jab aap yaad rakhiye, jab aap peaceful bante hain, jab aap patience ke sath rehte hain to aap khuda ki, khuda ke plan se mawafiqat karte hain.</w:t>
      </w:r>
    </w:p>
    <w:p>
      <w:pPr>
        <w:jc w:val="right"/>
      </w:pPr>
      <w:r>
        <w:t>یہ ٹیسٹ ہے۔ اسٹیسٹکےلیےخدانےآزاددےرکھالوگوںکو۔ تو جب آپ یادرکھیے،جبآپ پیسفلبنتےہیں، جبآپ پیشنکےساتھ رہتےہیں تو آپ خداکی ،خداکے پلانسے موافقتکرتے ہیں۔</w:t>
      </w:r>
    </w:p>
    <w:p>
      <w:r>
        <w:rPr>
          <w:b/>
        </w:rPr>
        <w:t xml:space="preserve">[24:32] </w:t>
      </w:r>
      <w:r>
        <w:t>insaan se nahi karte. aap</w:t>
      </w:r>
    </w:p>
    <w:p>
      <w:pPr>
        <w:jc w:val="right"/>
      </w:pPr>
      <w:r>
        <w:t>اسانسانسےنہیںکرتے۔آپ</w:t>
      </w:r>
    </w:p>
    <w:p>
      <w:r>
        <w:rPr>
          <w:b/>
        </w:rPr>
        <w:t xml:space="preserve">[24:37] </w:t>
      </w:r>
      <w:r>
        <w:t>insaan se nahi karte, khuda se karte hain. isi liye quran mein ek razi Allah anhu, razi Allah anhu, badi ajeeb ayat hai quran majeed mein: jannat kiske liye hai?</w:t>
      </w:r>
    </w:p>
    <w:p>
      <w:pPr>
        <w:jc w:val="right"/>
      </w:pPr>
      <w:r>
        <w:t>اس انسانسےنہیںکرتے ، خداسے کرتے ہیں۔ اسیلیےقرآنمیںایک رضی اللہ عنہ،رضیاللہعن ہ، بڑیعجیبآیتہےقرآنمجیدمیں: جنتکسکےلیےہے؟</w:t>
      </w:r>
    </w:p>
    <w:p>
      <w:r>
        <w:rPr>
          <w:b/>
        </w:rPr>
        <w:t xml:space="preserve">[24:50] </w:t>
      </w:r>
      <w:r>
        <w:t>razi Allah anhu, razi Allah anhu, jo raazi ho gaye khuda ki scheme of things par, jo raazi ho gaye khuda ke creation plan par, to unke liye jannat hai.</w:t>
      </w:r>
    </w:p>
    <w:p>
      <w:pPr>
        <w:jc w:val="right"/>
      </w:pPr>
      <w:r>
        <w:t>رضیاللہ عنہ،رضیاللہعنہ ،جو راضیہوگئےخداکےاسکیمآفتھنگپر ، جوراضیہوگئےخداکے کریشنپلانپر،توانکےلیےجنتہے۔</w:t>
      </w:r>
    </w:p>
    <w:p>
      <w:r>
        <w:rPr>
          <w:b/>
        </w:rPr>
        <w:t xml:space="preserve">[25:01] </w:t>
      </w:r>
      <w:r>
        <w:t>raziallahu anhu, raziallahu anhu,</w:t>
      </w:r>
    </w:p>
    <w:p>
      <w:pPr>
        <w:jc w:val="right"/>
      </w:pPr>
      <w:r>
        <w:t>رضیاللہ عنہ،رضیاللہعنہ،</w:t>
      </w:r>
    </w:p>
    <w:p>
      <w:r>
        <w:rPr>
          <w:b/>
        </w:rPr>
        <w:t xml:space="preserve">[25:06] </w:t>
      </w:r>
      <w:r>
        <w:t>yeh jo khuda ne banaya tha test lene ke liye, logon ko azaadi de di, azaadi de di thi. is wajah se log fasad machate hain, azaadi ki misuse karke tarah tarah ke zulm karte hain.</w:t>
      </w:r>
    </w:p>
    <w:p>
      <w:pPr>
        <w:jc w:val="right"/>
      </w:pPr>
      <w:r>
        <w:t>یہجوخدانےبنایاتھا ٹیسٹ لینےکےلیے، لوگوںکوآزادیدی،آزادیدیتھی۔ اسوجہسےلوگ فسادمچاتےہیں، آزادی کیمس یوزکرکے طرحطرح کےظلمکرتے ہیں۔</w:t>
      </w:r>
    </w:p>
    <w:p>
      <w:r>
        <w:rPr>
          <w:b/>
        </w:rPr>
        <w:t xml:space="preserve">[25:17] </w:t>
      </w:r>
      <w:r>
        <w:t>to aap jab bardasht karte hain isko to aap khuda ke plan par raazi hote hain.</w:t>
      </w:r>
    </w:p>
    <w:p>
      <w:pPr>
        <w:jc w:val="right"/>
      </w:pPr>
      <w:r>
        <w:t>تو آپجببرداشتکرتےہیںاسکو تو آپ خدا کے پلانپرراضیہوتےہیں۔</w:t>
      </w:r>
    </w:p>
    <w:p>
      <w:r>
        <w:rPr>
          <w:b/>
        </w:rPr>
        <w:t xml:space="preserve">[25:25] </w:t>
      </w:r>
      <w:r>
        <w:t>yeh hi to jannat ka ticket hai.</w:t>
      </w:r>
    </w:p>
    <w:p>
      <w:pPr>
        <w:jc w:val="right"/>
      </w:pPr>
      <w:r>
        <w:t>یہیتوجنتکاٹکٹہے۔</w:t>
      </w:r>
    </w:p>
    <w:p>
      <w:r>
        <w:rPr>
          <w:b/>
        </w:rPr>
        <w:t xml:space="preserve">[25:31] </w:t>
      </w:r>
      <w:r>
        <w:t>to yaad rakhiye, peaceful banna koi saadi baat nahi hai. jab aap peaceful bante hain to aap yeh kehte hain ke khuda ya, main raazi hoon tere scheme, scheme of things, main raazi hoon tere plan.</w:t>
      </w:r>
    </w:p>
    <w:p>
      <w:pPr>
        <w:jc w:val="right"/>
      </w:pPr>
      <w:r>
        <w:t>تویادرکھیے،پیسفلبنناکوئیسادہباتنہیںہے۔ جبآپپیسفلبنتےہیں تو آپ یہکہتےہیںکہخدایا، میںراضیہوںتیرے اسک یم، اسکیم آف تھنگ، میںراضیہوںتیرےپلان۔</w:t>
      </w:r>
    </w:p>
    <w:p>
      <w:r>
        <w:rPr>
          <w:b/>
        </w:rPr>
        <w:t xml:space="preserve">[25:46] </w:t>
      </w:r>
      <w:r>
        <w:t>to ne logon ko freedom de di to woh misuse kar rahe hain freedom ko, to main raazi hoon is par. to jab tak ka haath pakdega, tabhi anka haath pakda jayega.</w:t>
      </w:r>
    </w:p>
    <w:p>
      <w:pPr>
        <w:jc w:val="right"/>
      </w:pPr>
      <w:r>
        <w:t>تونےلوگوںکو فریڈمدےدیاتووہمسیوزکررہےہیںفریڈمکو،تومیںراضیہوںاسپر۔ توجبانکاہاتھپکڑےگا، تبھیانکاہاتھپکڑاجائےگا۔</w:t>
      </w:r>
    </w:p>
    <w:p>
      <w:r>
        <w:rPr>
          <w:b/>
        </w:rPr>
        <w:t xml:space="preserve">[25:57] </w:t>
      </w:r>
      <w:r>
        <w:t>is se pehle koi anka haath pakadne wala nahi hai.</w:t>
      </w:r>
    </w:p>
    <w:p>
      <w:pPr>
        <w:jc w:val="right"/>
      </w:pPr>
      <w:r>
        <w:t>اسسےپہلےکوئیانکاہاتھپکڑنےوالانہیں ہے۔</w:t>
      </w:r>
    </w:p>
    <w:p>
      <w:r>
        <w:rPr>
          <w:b/>
        </w:rPr>
        <w:t xml:space="preserve">[26:02] </w:t>
      </w:r>
      <w:r>
        <w:t>is ka matlab hai ke jab ek shakhs society mein</w:t>
      </w:r>
    </w:p>
    <w:p>
      <w:pPr>
        <w:jc w:val="right"/>
      </w:pPr>
      <w:r>
        <w:t>اسکامطلبہےکہجبایک شخص سوسائٹیمیں</w:t>
      </w:r>
    </w:p>
    <w:p>
      <w:r>
        <w:rPr>
          <w:b/>
        </w:rPr>
        <w:t xml:space="preserve">[26:09] </w:t>
      </w:r>
      <w:r>
        <w:t>ghalat kaam kar raha hai to aap sirf use kehne sunne ka haq rakhte hain, maarne ka haq nahi rakhte. aap samjhane ka haq rakhte hain kyunke maarna khuda ka prerogative hai.</w:t>
      </w:r>
    </w:p>
    <w:p>
      <w:pPr>
        <w:jc w:val="right"/>
      </w:pPr>
      <w:r>
        <w:t>غلطکام کررہاہے تو آپ صرف اسے کہنےسننےکاحقرکھتےہیں، مارنےکاحقنہیںرکھتے۔آپ سمجھانےکاحقرکھتےہیں کیونکہمارناخداکا پریراگیٹیوہے۔</w:t>
      </w:r>
    </w:p>
    <w:p>
      <w:r>
        <w:rPr>
          <w:b/>
        </w:rPr>
        <w:t xml:space="preserve">[26:25] </w:t>
      </w:r>
      <w:r>
        <w:t>maarna mani punishment. punishment khuda ka prerogative hai. aap kaise punishment de sakte hain is ko ?</w:t>
      </w:r>
    </w:p>
    <w:p>
      <w:pPr>
        <w:jc w:val="right"/>
      </w:pPr>
      <w:r>
        <w:t>مارنامعنیپنشمنٹ۔پنشمنٹخداکاپریراگیٹیوہے۔آپکیسےپنشمنٹدےسکتےہیںاسکو ؟</w:t>
      </w:r>
    </w:p>
    <w:p>
      <w:r>
        <w:rPr>
          <w:b/>
        </w:rPr>
        <w:t xml:space="preserve">[26:34] </w:t>
      </w:r>
      <w:r>
        <w:t>to yaad rakhiye, jannat peace ki jagah hai, home of peace hai. to wahan sirf peaceful logon ko jagah milegi.</w:t>
      </w:r>
    </w:p>
    <w:p>
      <w:pPr>
        <w:jc w:val="right"/>
      </w:pPr>
      <w:r>
        <w:t>تو یادرکھیے، جن ت پیسکیجگہہے، ہومآفپیسہے۔ تو وہاںصرفپیسفل لوگوںکوجگہملےگی۔</w:t>
      </w:r>
    </w:p>
    <w:p>
      <w:r>
        <w:rPr>
          <w:b/>
        </w:rPr>
        <w:t xml:space="preserve">[26:46] </w:t>
      </w:r>
      <w:r>
        <w:t>jo violence dikhate hain, violence, un ke liye jannat mein koi jagah nahi hai.</w:t>
      </w:r>
    </w:p>
    <w:p>
      <w:pPr>
        <w:jc w:val="right"/>
      </w:pPr>
      <w:r>
        <w:t>جو وائیلنسدکھاتےہیں،وائیلنس ،انکےلیےجنتمیںکوئیجگہنہیںہے۔</w:t>
      </w:r>
    </w:p>
    <w:p>
      <w:r>
        <w:rPr>
          <w:b/>
        </w:rPr>
        <w:t xml:space="preserve">[26:53] </w:t>
      </w:r>
      <w:r>
        <w:t>yeh bohat hi serious baat hai, is ko samajhna chahiye.</w:t>
      </w:r>
    </w:p>
    <w:p>
      <w:pPr>
        <w:jc w:val="right"/>
      </w:pPr>
      <w:r>
        <w:t>یہبہتہی سنگ ینباتہے،اسکوسمجھناچاہیے۔</w:t>
      </w:r>
    </w:p>
    <w:p>
      <w:r>
        <w:rPr>
          <w:b/>
        </w:rPr>
        <w:t xml:space="preserve">[26:58] </w:t>
      </w:r>
      <w:r>
        <w:t>bohat hi serious baat hai. aur tareekh mein Allah ta'ala ne itne zabardast misaalain qaim kar di hain ke violence se kuch nahi hua.</w:t>
      </w:r>
    </w:p>
    <w:p>
      <w:pPr>
        <w:jc w:val="right"/>
      </w:pPr>
      <w:r>
        <w:t>بہت ہیسنگ ینباتہے۔ اور تاریخ میںاللہتعالینےاتنےزبردستمثالیںقائمکردیہیں کہ وائیلنسسےکچھبھینہیں ہوا۔</w:t>
      </w:r>
    </w:p>
    <w:p>
      <w:r>
        <w:rPr>
          <w:b/>
        </w:rPr>
        <w:t xml:space="preserve">[27:08] </w:t>
      </w:r>
      <w:r>
        <w:t>agar kuch hua hai, kuch to peace se hua hai. violence se kisi ko kuch nahi mila. jo mila hai, peace se mila hai. rasool Allah ki zindagi aap jante hain ke saari ki saari jo zindagi aap ki rasool Allah ki thi, woh peaceful life thi.</w:t>
      </w:r>
    </w:p>
    <w:p>
      <w:pPr>
        <w:jc w:val="right"/>
      </w:pPr>
      <w:r>
        <w:t>اگر کچھہوا ہے،کچھتوپیسسےہواہے۔ وائیلنسسےکسیکوکچھنہیںملا۔ جو ملاہے،پیسسےملاہے۔ رسولاللہ کیزندگی آپجانتےہیں کہ ساریکیساریجو زندگی آپکیرسولاللہکیتھی، وہ پیسفللائفتھی۔</w:t>
      </w:r>
    </w:p>
    <w:p>
      <w:r>
        <w:rPr>
          <w:b/>
        </w:rPr>
        <w:t xml:space="preserve">[27:25] </w:t>
      </w:r>
      <w:r>
        <w:t>saari kamyabi aap ko peace se mili.</w:t>
      </w:r>
    </w:p>
    <w:p>
      <w:pPr>
        <w:jc w:val="right"/>
      </w:pPr>
      <w:r>
        <w:t>ساری کامیابیآپکوپیسسےملی ۔</w:t>
      </w:r>
    </w:p>
    <w:p>
      <w:r>
        <w:rPr>
          <w:b/>
        </w:rPr>
        <w:t xml:space="preserve">[27:30] </w:t>
      </w:r>
      <w:r>
        <w:t>baad ka jo zamana hai, is ke mein do waqeye mein aap ko refer karna chahta hoon. us waqt ek tatariyon ka waqeya jo 13th century mein pesh aaya, terahveen sadi mein.</w:t>
      </w:r>
    </w:p>
    <w:p>
      <w:pPr>
        <w:jc w:val="right"/>
      </w:pPr>
      <w:r>
        <w:t>بعد کاجوزمانہہے، اسکےمیںدوواقع ے میںآپکوریفرکرناچاہتاہوں۔اسوقت ایک تاتاریوںکاواقع ہ جو تھرٹینسینچریمیںپیشآیا،تیرہویںصدی میں۔</w:t>
      </w:r>
    </w:p>
    <w:p>
      <w:r>
        <w:rPr>
          <w:b/>
        </w:rPr>
        <w:t xml:space="preserve">[27:43] </w:t>
      </w:r>
      <w:r>
        <w:t>doosra Britishz ka waqeya jo 19th century mein pesh aaya.</w:t>
      </w:r>
    </w:p>
    <w:p>
      <w:pPr>
        <w:jc w:val="right"/>
      </w:pPr>
      <w:r>
        <w:t>دوسرا برٹشزکاواقعہ جو نائنٹینسینچریمیںپیشآیا۔</w:t>
      </w:r>
    </w:p>
    <w:p>
      <w:r>
        <w:rPr>
          <w:b/>
        </w:rPr>
        <w:t xml:space="preserve">[27:49] </w:t>
      </w:r>
      <w:r>
        <w:t>history ke do waqeye.</w:t>
      </w:r>
    </w:p>
    <w:p>
      <w:pPr>
        <w:jc w:val="right"/>
      </w:pPr>
      <w:r>
        <w:t>ہسٹریکےدوواقع ات۔</w:t>
      </w:r>
    </w:p>
    <w:p>
      <w:r>
        <w:rPr>
          <w:b/>
        </w:rPr>
        <w:t xml:space="preserve">[27:55] </w:t>
      </w:r>
      <w:r>
        <w:t>13th century mein Abbasiyon ki hukumat thi, un ka empire qaim tha. tatari wahshi qabail the,</w:t>
      </w:r>
    </w:p>
    <w:p>
      <w:pPr>
        <w:jc w:val="right"/>
      </w:pPr>
      <w:r>
        <w:t>تھرٹینسینچریمیں عباسیوںکیحکومت تھی، انکا ایمپائرقائمتھا۔ تاتاری وحشیقبائل تھے،</w:t>
      </w:r>
    </w:p>
    <w:p>
      <w:r>
        <w:rPr>
          <w:b/>
        </w:rPr>
        <w:t xml:space="preserve">[28:07] </w:t>
      </w:r>
      <w:r>
        <w:t>to un ka leader tha Changez Khan. us ke baad uska pota Hulagu Khan bana leader.</w:t>
      </w:r>
    </w:p>
    <w:p>
      <w:pPr>
        <w:jc w:val="right"/>
      </w:pPr>
      <w:r>
        <w:t>تو انکا لیڈرتھا جنگیزخان ۔اسکےبعداسکا پوتاہلاکوخان بنالیڈر۔</w:t>
      </w:r>
    </w:p>
    <w:p>
      <w:r>
        <w:rPr>
          <w:b/>
        </w:rPr>
        <w:t xml:space="preserve">[28:16] </w:t>
      </w:r>
      <w:r>
        <w:t>yeh log kisi baat par ghussa ho gaye aur phans gaye Baghdad empire mein, Abbasi empire mein, aur Samarkand se le kar Halab tak.</w:t>
      </w:r>
    </w:p>
    <w:p>
      <w:pPr>
        <w:jc w:val="right"/>
      </w:pPr>
      <w:r>
        <w:t>یہلوگکسی باتپرغصہہوگئے اور پھنسگئے بغداد ایمپائرمیں،عباسی ایمپائرمیں، اور سمرقندسےلےکرحلبتک۔</w:t>
      </w:r>
    </w:p>
    <w:p>
      <w:r>
        <w:rPr>
          <w:b/>
        </w:rPr>
        <w:t xml:space="preserve">[28:30] </w:t>
      </w:r>
      <w:r>
        <w:t>Samarkand se Halab tak saari masjidon ko, sab Islami idaron ko dhha diya tha. beshumar logon ko mara, tabah kar diya.</w:t>
      </w:r>
    </w:p>
    <w:p>
      <w:pPr>
        <w:jc w:val="right"/>
      </w:pPr>
      <w:r>
        <w:t>سمرقندسےحلبتکساری مسجدوںکو،سب اسلامی اداروںکوڈھادیا تھا۔ بےشمارلوگوںکومارا، تباہکردیا ۔</w:t>
      </w:r>
    </w:p>
    <w:p>
      <w:r>
        <w:rPr>
          <w:b/>
        </w:rPr>
        <w:t xml:space="preserve">[28:40] </w:t>
      </w:r>
      <w:r>
        <w:t>khalifa ko bhi maar dala.</w:t>
      </w:r>
    </w:p>
    <w:p>
      <w:pPr>
        <w:jc w:val="right"/>
      </w:pPr>
      <w:r>
        <w:t>خلیفہکوہیمارڈالا۔</w:t>
      </w:r>
    </w:p>
    <w:p>
      <w:r>
        <w:rPr>
          <w:b/>
        </w:rPr>
        <w:t xml:space="preserve">[28:46] </w:t>
      </w:r>
      <w:r>
        <w:t>Ibn Asir, jo bohat bada murekh hai, us ne likha hai ke woh isi contemporary tha. woh contemporary Ibn Asir, A L F se Y E R E, A S I A R,</w:t>
      </w:r>
    </w:p>
    <w:p>
      <w:pPr>
        <w:jc w:val="right"/>
      </w:pPr>
      <w:r>
        <w:t>ابن اسیر،جوبہت بڑا مورخہے، اسنےلکھاہےکہ وہ اسی کنٹیمپریریتھا۔وہکنٹیمپریری ابن اسیر، الف سے یہ رے، اےایسآئیآر،</w:t>
      </w:r>
    </w:p>
    <w:p>
      <w:r>
        <w:rPr>
          <w:b/>
        </w:rPr>
        <w:t xml:space="preserve">[29:01] </w:t>
      </w:r>
      <w:r>
        <w:t>alkaa, iski kitaab ka naam hai "alkamil fi altaareekh". "alkamil fi altaareekh" bohat hi authentic maani jaati hai kyunke woh contemporary rehta tha, taataariyon ke zamanay mein tha. woh</w:t>
      </w:r>
    </w:p>
    <w:p>
      <w:pPr>
        <w:jc w:val="right"/>
      </w:pPr>
      <w:r>
        <w:t>الکا،اسکیکتاب کانامہے"الکامل فیالتاریخ"۔ "الکامل فیالتاریخ" بہت ہیاتھینٹکمانیجاتیہےکیونکہوہکنٹیمپریریتھا، تاتاریوںکےزمانےمیںتھا۔وہ</w:t>
      </w:r>
    </w:p>
    <w:p>
      <w:r>
        <w:rPr>
          <w:b/>
        </w:rPr>
        <w:t xml:space="preserve">[29:14] </w:t>
      </w:r>
      <w:r>
        <w:t>toh woh likhta hai ke taataariyon ne jo fasaad barpa kiya, jo zulm kiya, woh na toh pehle kabhi hua aur na kabhi aisa hoga.</w:t>
      </w:r>
    </w:p>
    <w:p>
      <w:pPr>
        <w:jc w:val="right"/>
      </w:pPr>
      <w:r>
        <w:t>تووہلکھتاہےکہ تاتاریوںنےجوفسادبرپاکیا،جوظلمکیا، وہ نہتو پہلے کبھیہوااورنہکبھیایساہوگا۔</w:t>
      </w:r>
    </w:p>
    <w:p>
      <w:r>
        <w:rPr>
          <w:b/>
        </w:rPr>
        <w:t xml:space="preserve">[29:24] </w:t>
      </w:r>
      <w:r>
        <w:t>itna zulm machaya unhon ne. lekin yeh thirteenth century ka waqea hai.</w:t>
      </w:r>
    </w:p>
    <w:p>
      <w:pPr>
        <w:jc w:val="right"/>
      </w:pPr>
      <w:r>
        <w:t>اتناظلممچایاانہوںنے۔ لیکن یہ تھرٹینسینچریکاواقعہہے۔</w:t>
      </w:r>
    </w:p>
    <w:p>
      <w:r>
        <w:rPr>
          <w:b/>
        </w:rPr>
        <w:t xml:space="preserve">[29:34] </w:t>
      </w:r>
      <w:r>
        <w:t>lekin unke, unke is jo unhon ne poora tabaah kar diya tha empire ko, sirf pachaas saal ke andar kya hua?</w:t>
      </w:r>
    </w:p>
    <w:p>
      <w:pPr>
        <w:jc w:val="right"/>
      </w:pPr>
      <w:r>
        <w:t>لیکن انکے، انکے اس جو انہوں نے پورا تباہکردیاتھا ایمپائرکو ،صرف پچاسسال کےاندرکیاہوا؟</w:t>
      </w:r>
    </w:p>
    <w:p>
      <w:r>
        <w:rPr>
          <w:b/>
        </w:rPr>
        <w:t xml:space="preserve">[29:47] </w:t>
      </w:r>
      <w:r>
        <w:t>unhon ne inki majority ne islaam qubool kar liya aur woh islaam ke khaadim ban gaye.</w:t>
      </w:r>
    </w:p>
    <w:p>
      <w:pPr>
        <w:jc w:val="right"/>
      </w:pPr>
      <w:r>
        <w:t>انہوں نے انکیمیجورٹینےاسلام قبولکرلیا اوروہاسلام کےخادمبنگئے۔</w:t>
      </w:r>
    </w:p>
    <w:p>
      <w:r>
        <w:rPr>
          <w:b/>
        </w:rPr>
        <w:t xml:space="preserve">[29:52] </w:t>
      </w:r>
      <w:r>
        <w:t>ek muarrikh ne likha hai ke un taataariyon ne samarqand se halab tak jin masjidon ko uthaaya tha, phir un masjidon ko dabaaya,</w:t>
      </w:r>
    </w:p>
    <w:p>
      <w:pPr>
        <w:jc w:val="right"/>
      </w:pPr>
      <w:r>
        <w:t>ایک مورخنےلکھاہے کہ انتاتاریوںنے سمرقندسے حلبتک جن مسجدوںکواٹھایاتھا، پھرانمسجدوںکودبایا،</w:t>
      </w:r>
    </w:p>
    <w:p>
      <w:r>
        <w:rPr>
          <w:b/>
        </w:rPr>
        <w:t xml:space="preserve">[30:06] </w:t>
      </w:r>
      <w:r>
        <w:t>bin aaya aur is pe sajda kiya la ilaha illallah ke liye.</w:t>
      </w:r>
    </w:p>
    <w:p>
      <w:pPr>
        <w:jc w:val="right"/>
      </w:pPr>
      <w:r>
        <w:t>بن ایا اوراسپہسجدہکیا لاب یتکےلیے۔</w:t>
      </w:r>
    </w:p>
    <w:p>
      <w:r>
        <w:rPr>
          <w:b/>
        </w:rPr>
        <w:t xml:space="preserve">[30:13] </w:t>
      </w:r>
      <w:r>
        <w:t>is samarqand se halab tak jo beshumaar masjidon ko utha diya tha, unhon ne phir se banwaaya. un masjidon ko unhon ne wahan sajda karne ko apni sa'adat samjha.</w:t>
      </w:r>
    </w:p>
    <w:p>
      <w:pPr>
        <w:jc w:val="right"/>
      </w:pPr>
      <w:r>
        <w:t>اسسمرقندسےحلبتکجو بےشمارمسجدوںکواٹھادیاتھا،انہوںنےپھرسےبنوایا۔انمسجدوںکوانہوںنے وہاںسجدہکرنے کواپنی سعادتسمجھا۔</w:t>
      </w:r>
    </w:p>
    <w:p>
      <w:r>
        <w:rPr>
          <w:b/>
        </w:rPr>
        <w:t xml:space="preserve">[30:22] </w:t>
      </w:r>
      <w:r>
        <w:t>yeh kaise hua? how he happened? yeh kaise hua? yeh war se nahi hua, yeh qataal se nahi hua, yeh ladai se nahi hua, yeh gumbad se nahi hua.</w:t>
      </w:r>
    </w:p>
    <w:p>
      <w:pPr>
        <w:jc w:val="right"/>
      </w:pPr>
      <w:r>
        <w:t>یہکیسےہوا ؟ ہاؤہیپنڈدسبریکن؟ یہکیسےہوا ؟ یہ وارسے نہیںہوا،یہ قتالسےنہیںہوا،یہلڑائیسےنہیںہوا، یہ گنب مبسےنہیںہوا۔</w:t>
      </w:r>
    </w:p>
    <w:p>
      <w:r>
        <w:rPr>
          <w:b/>
        </w:rPr>
        <w:t xml:space="preserve">[30:42] </w:t>
      </w:r>
      <w:r>
        <w:t>yeh is tarah hua ke is zamanay mein itna dabdaba tha un logon ka, itna dabdaba ke yeh kaha jaane lagta tha</w:t>
      </w:r>
    </w:p>
    <w:p>
      <w:pPr>
        <w:jc w:val="right"/>
      </w:pPr>
      <w:r>
        <w:t>یہاسطرحہوا کہ اسزمان ےمیں اتنادبدبہتھا انلوگوںکا،اتنادبدبہ کہ یہ کہاجانےلگاتھا</w:t>
      </w:r>
    </w:p>
    <w:p>
      <w:r>
        <w:rPr>
          <w:b/>
        </w:rPr>
        <w:t xml:space="preserve">[30:56] </w:t>
      </w:r>
      <w:r>
        <w:t>baghdad waghera mein ke "idha qeela laka an tatara nahdam falat sadaq"</w:t>
      </w:r>
    </w:p>
    <w:p>
      <w:pPr>
        <w:jc w:val="right"/>
      </w:pPr>
      <w:r>
        <w:t>بغدادوغیرہمیں کہ اذا قیل لک ان تترانہدم فلاتصدق</w:t>
      </w:r>
    </w:p>
    <w:p>
      <w:r>
        <w:rPr>
          <w:b/>
        </w:rPr>
        <w:t xml:space="preserve">[31:05] </w:t>
      </w:r>
      <w:r>
        <w:t>agar</w:t>
      </w:r>
    </w:p>
    <w:p>
      <w:pPr>
        <w:jc w:val="right"/>
      </w:pPr>
      <w:r>
        <w:t>اگر</w:t>
      </w:r>
    </w:p>
    <w:p>
      <w:r>
        <w:rPr>
          <w:b/>
        </w:rPr>
        <w:t xml:space="preserve">[31:06] </w:t>
      </w:r>
      <w:r>
        <w:t>koi tumse kahe ke taataari wohin, unko defeat ho gayi toh aisa maanna mat. itna dabdaba tha un logon ka, itna dabdaba.</w:t>
      </w:r>
    </w:p>
    <w:p>
      <w:pPr>
        <w:jc w:val="right"/>
      </w:pPr>
      <w:r>
        <w:t>کوئیتمسےکہے کہ تاتاریجوہیں، انکو ڈیفیٹہوگئی توایساماننامت ۔ اتنا دبدبہتھاانلوگوںکا،اتنادبدبہ۔</w:t>
      </w:r>
    </w:p>
    <w:p>
      <w:r>
        <w:rPr>
          <w:b/>
        </w:rPr>
        <w:t xml:space="preserve">[31:24] </w:t>
      </w:r>
      <w:r>
        <w:t>phir kaise hua?</w:t>
      </w:r>
    </w:p>
    <w:p>
      <w:pPr>
        <w:jc w:val="right"/>
      </w:pPr>
      <w:r>
        <w:t>پھرکیسےہوا ؟</w:t>
      </w:r>
    </w:p>
    <w:p>
      <w:r>
        <w:rPr>
          <w:b/>
        </w:rPr>
        <w:t xml:space="preserve">[31:26] </w:t>
      </w:r>
      <w:r>
        <w:t>woh is tarah hua ke "compulsory peace", yaani compulsory peace, yaani compulsory they opted for peaceful behaviour.</w:t>
      </w:r>
    </w:p>
    <w:p>
      <w:pPr>
        <w:jc w:val="right"/>
      </w:pPr>
      <w:r>
        <w:t>وہاسطرحہوا کہ کم پلس و، یعنی کمپلسو پیس ،یعنی کمپلس ولی دےاپ ٹڈ فار پیسفل بیہیویئر۔</w:t>
      </w:r>
    </w:p>
    <w:p>
      <w:r>
        <w:rPr>
          <w:b/>
        </w:rPr>
        <w:t xml:space="preserve">[31:38] </w:t>
      </w:r>
      <w:r>
        <w:t>chup ho gaye kyunke kyunke marne ki, ladne ki taaqat nahi thi. toh it was a compulsory, it was a, it was a peace and compulsory.</w:t>
      </w:r>
    </w:p>
    <w:p>
      <w:pPr>
        <w:jc w:val="right"/>
      </w:pPr>
      <w:r>
        <w:t>چپہوگئے کیونکہ کیونکہمرنےکی،لڑنےکیطاقتنہیںتھی۔ تو اٹوازا کمپلس، اٹوازا، اٹوازاپیسانڈرکمپلسن۔</w:t>
      </w:r>
    </w:p>
    <w:p>
      <w:r>
        <w:rPr>
          <w:b/>
        </w:rPr>
        <w:t xml:space="preserve">[31:49] </w:t>
      </w:r>
      <w:r>
        <w:t>is zamanay ke musalman the. iski detail aap parhna chahein toh aap parh sakte hain. is mein</w:t>
      </w:r>
    </w:p>
    <w:p>
      <w:pPr>
        <w:jc w:val="right"/>
      </w:pPr>
      <w:r>
        <w:t>اسزمانےکے مسلمانتھے۔ اسکیڈیٹیلآپپڑھناچاہیںتوآپپڑھسکتےہیں۔اسمیں</w:t>
      </w:r>
    </w:p>
    <w:p>
      <w:r>
        <w:rPr>
          <w:b/>
        </w:rPr>
        <w:t xml:space="preserve">[31:55] </w:t>
      </w:r>
      <w:r>
        <w:t>"the peace of islam" mein jo preston's book hai, un logon ne kya kiya ke bohat se mardon, auraton ko, yaani musalmanon ko pakad pakad ke apne gharon mein ghulaam bana liya.</w:t>
      </w:r>
    </w:p>
    <w:p>
      <w:pPr>
        <w:jc w:val="right"/>
      </w:pPr>
      <w:r>
        <w:t>"داپیسنگآفاسلام "میں جو پریسہانڈرڈکیکتاب ہے، انلوگوںنےکیا کیا کہبہت سےمرد وں،عورتوںکو ،یعنیمسلمانوںکو پکڑپکڑکےاپنےگھروںمیںغلامبنالیا۔</w:t>
      </w:r>
    </w:p>
    <w:p>
      <w:r>
        <w:rPr>
          <w:b/>
        </w:rPr>
        <w:t xml:space="preserve">[32:09] </w:t>
      </w:r>
      <w:r>
        <w:t>ghulaam bana liya. kisi ki himmat nahi thi ke usse kahe ke tum kyun ghulaam banate ho? jo chaahe woh karte the. itna dabdaba tha.</w:t>
      </w:r>
    </w:p>
    <w:p>
      <w:pPr>
        <w:jc w:val="right"/>
      </w:pPr>
      <w:r>
        <w:t>غلامبنالیا۔ کسی کیہمتنہیںتھیکہاسے کہے کہتم کیوںغلامبناتےہو؟ جوچاہےوہکرتے تھے۔ اتناد بدبہتھا۔</w:t>
      </w:r>
    </w:p>
    <w:p>
      <w:r>
        <w:rPr>
          <w:b/>
        </w:rPr>
        <w:t xml:space="preserve">[32:22] </w:t>
      </w:r>
      <w:r>
        <w:t>idha qeela laka an tatara nahdam falat sadaq</w:t>
      </w:r>
    </w:p>
    <w:p>
      <w:pPr>
        <w:jc w:val="right"/>
      </w:pPr>
      <w:r>
        <w:t>اذاقيللکان تترانہدم فلاتصدق</w:t>
      </w:r>
    </w:p>
    <w:p>
      <w:r>
        <w:rPr>
          <w:b/>
        </w:rPr>
        <w:t xml:space="preserve">[32:27] </w:t>
      </w:r>
      <w:r>
        <w:t>toh yeh jo musalman ghulaam bana kar unke gharon mein pahunche the, yeh "peace preacher" ban gaye. "peace preacher", yeh "active preacher".</w:t>
      </w:r>
    </w:p>
    <w:p>
      <w:pPr>
        <w:jc w:val="right"/>
      </w:pPr>
      <w:r>
        <w:t>تو یہجو مس لمان غلام بناکرانکےگھروںمیںپہنچےتھے، یہ پیسوپریچربنگئے۔پیسوپریچر، یہ ایکٹیوپریچر۔</w:t>
      </w:r>
    </w:p>
    <w:p>
      <w:r>
        <w:rPr>
          <w:b/>
        </w:rPr>
        <w:t xml:space="preserve">[32:41] </w:t>
      </w:r>
      <w:r>
        <w:t>woh jaise aap log karte hain, aap jaate hain, logon ko kitaabain dete hain, logon se interact karte hain, logon ko batate hain islaam kya hai. woh bechaare "peace preacher" the,</w:t>
      </w:r>
    </w:p>
    <w:p>
      <w:pPr>
        <w:jc w:val="right"/>
      </w:pPr>
      <w:r>
        <w:t>وہ جیسےآپلوگکرتے ہیں، آپ جاتےہیں، لوگوںکو کتاب یںدیتےہیں، لوگوںسےانٹریکٹکرتےہیں،لوگوںکوبتاتےہیں اسلام کیاہے۔ وہبیچارےپیسوپریچرتھے،</w:t>
      </w:r>
    </w:p>
    <w:p>
      <w:r>
        <w:rPr>
          <w:b/>
        </w:rPr>
        <w:t xml:space="preserve">[32:53] </w:t>
      </w:r>
      <w:r>
        <w:t>bilkul "peace preacher". "peace preacher" ka matlab yeh hai ke maslan ek shakhs ko cheenk aayi, usne kaha "alhamdulillah".</w:t>
      </w:r>
    </w:p>
    <w:p>
      <w:pPr>
        <w:jc w:val="right"/>
      </w:pPr>
      <w:r>
        <w:t>بالکل پیسوپریچر۔پیسوپریچرکامطلبیہہے کہ مثلاً ایک شخص کوچھینکآئی، اسنےکہا"الحمدللہ"۔</w:t>
      </w:r>
    </w:p>
    <w:p>
      <w:r>
        <w:rPr>
          <w:b/>
        </w:rPr>
        <w:t xml:space="preserve">[33:04] </w:t>
      </w:r>
      <w:r>
        <w:t>ab woh taataari poochta hai ke bhai "alhamdulillah" kya cheez hai? cheenk aayi toh "alhamdulillah" kyun kaha? ab usne kaha "alhamdulillah" ke maani hain "shukr hai Khuda ka".</w:t>
      </w:r>
    </w:p>
    <w:p>
      <w:pPr>
        <w:jc w:val="right"/>
      </w:pPr>
      <w:r>
        <w:t>ابتاتاریپوچھتاہےکہبھئی"الحمدللہ"کیاچیزہے؟ چھینکآئیتو" الحمدللہ"کیوںکہا؟ اباسنےکہا"الحمدللہ"کےمعنیہیں"شکرہےخداکا"۔</w:t>
      </w:r>
    </w:p>
    <w:p>
      <w:r>
        <w:rPr>
          <w:b/>
        </w:rPr>
        <w:t xml:space="preserve">[33:15] </w:t>
      </w:r>
      <w:r>
        <w:t>aajkal yeh yeh hadees mein aata hai ke "alhamdulillah" kaho cheenk aane par.</w:t>
      </w:r>
    </w:p>
    <w:p>
      <w:pPr>
        <w:jc w:val="right"/>
      </w:pPr>
      <w:r>
        <w:t>آجکل یہ یہحدیث میںآتاہےکہ"الحمدللہ"کہوچھینکآنےپر ۔</w:t>
      </w:r>
    </w:p>
    <w:p>
      <w:r>
        <w:rPr>
          <w:b/>
        </w:rPr>
        <w:t xml:space="preserve">[33:20] </w:t>
      </w:r>
      <w:r>
        <w:t>abiya sabit huwa modern studies se. chheenk aati hai to poora yeh exercise hota hai. poore hisse ka yeh jo hissa hai hamara, yeh iska exercise hota hai. chheenk mein poora poora yeh hil jaata hai,</w:t>
      </w:r>
    </w:p>
    <w:p>
      <w:pPr>
        <w:jc w:val="right"/>
      </w:pPr>
      <w:r>
        <w:t>ابیہ ثابتہوا ماڈرن اسٹڈیزسے۔ چھینکآتیہےتوپورایہایکسرسائزہوتاہے۔پوراحصےکا یہجوحصہہےہمارا، یہ اسکاایکسرسائزہوتاہے۔چھینکمیں پوراپورایہہلجاتاہے،</w:t>
      </w:r>
    </w:p>
    <w:p>
      <w:r>
        <w:rPr>
          <w:b/>
        </w:rPr>
        <w:t xml:space="preserve">[33:36] </w:t>
      </w:r>
      <w:r>
        <w:t>yani natural exercise yeh hai.</w:t>
      </w:r>
    </w:p>
    <w:p>
      <w:pPr>
        <w:jc w:val="right"/>
      </w:pPr>
      <w:r>
        <w:t>یعنی نیچرلایکسرسائزیہہے۔</w:t>
      </w:r>
    </w:p>
    <w:p>
      <w:r>
        <w:rPr>
          <w:b/>
        </w:rPr>
        <w:t xml:space="preserve">[33:41] </w:t>
      </w:r>
      <w:r>
        <w:t>to isko chheenk aayi to isne kaha "Alhamdulillah". poocha ke bhai yeh kya cheez hai? aap batayein. unhone kaha "Alhamdulillah". Allah ek hai aur uski yeh taareef karte hain.</w:t>
      </w:r>
    </w:p>
    <w:p>
      <w:pPr>
        <w:jc w:val="right"/>
      </w:pPr>
      <w:r>
        <w:t>تو اسکو چھینکآئیتواسنےکہا"الحمدللہ"۔ پوچھاکہبھئییہکیاچیزہے؟آپبتائیں۔انہوںنےکہا"الحمدللہ"۔اللہ ایکہے اوراسکیہمتعریفکرتےہیں۔</w:t>
      </w:r>
    </w:p>
    <w:p>
      <w:r>
        <w:rPr>
          <w:b/>
        </w:rPr>
        <w:t xml:space="preserve">[33:51] </w:t>
      </w:r>
      <w:r>
        <w:t>kaha "achha hai, bahut achhi baat hai yeh". phir usne wuzu kiya namaz padhne ke liye. usne poocha "yeh kya cheez hai?" kaha ke hum apne haan body ko paak karte hain aur Khuda ki ibaadat karne ke liye to badi achhi cheez hai.</w:t>
      </w:r>
    </w:p>
    <w:p>
      <w:pPr>
        <w:jc w:val="right"/>
      </w:pPr>
      <w:r>
        <w:t>کہا"اچھاہے، بہتاچھیباتہےیہ"۔ پھراسنےوضوکیا نمازپڑھنےکےلیے۔اسنےپوچھا"یہکیاچیزہے؟ "کہاکہہماپنے ہاں باڈیکوپاک کرتےہیں اورخدا کی عبادتکرنے کےلیےتوبڑیاچھیچیزہے۔</w:t>
      </w:r>
    </w:p>
    <w:p>
      <w:r>
        <w:rPr>
          <w:b/>
        </w:rPr>
        <w:t xml:space="preserve">[34:04] </w:t>
      </w:r>
      <w:r>
        <w:t>is tarah se usne jo jo difference dekha, unke paas koi culture nahi tha. yeh logon ke paas koi religion nahi tha, koi culture nahi tha. to bilkul jangli log the. yeh</w:t>
      </w:r>
    </w:p>
    <w:p>
      <w:pPr>
        <w:jc w:val="right"/>
      </w:pPr>
      <w:r>
        <w:t>اس طرحسے اسنےجو جو ڈیفرنسدیکھا،انکےپاسکوئیکلچرنہیںتھا۔ یہلوگوںکےپاسکوئیریلیجننہیںتھا،کوئیکلچرنہیںتھا۔ تو بالکل جنگ لیلوگتھے۔یہ</w:t>
      </w:r>
    </w:p>
    <w:p>
      <w:r>
        <w:rPr>
          <w:b/>
        </w:rPr>
        <w:t xml:space="preserve">[34:17] </w:t>
      </w:r>
      <w:r>
        <w:t>to yahan main kahunga ke yeh jo preaching thi, unki yeh thi difference ke zariye. difference fark ke zariye se unke culture mein, musalmanon ke culture mein jo fark baar baar dikhai padta tha ke woh hum woh wuzu karte hain, hum wuzu nahi karte.</w:t>
      </w:r>
    </w:p>
    <w:p>
      <w:pPr>
        <w:jc w:val="right"/>
      </w:pPr>
      <w:r>
        <w:t>تو یہاں میںکہوںگا کہ یہجوپریچنگتھی،انکی یہ تھی ڈیفرنسکےذریعے۔ڈیفرنس فرقکےذریعےسے انکے کلچرمیں، مسلمانوںکےکلچرمیںجوفرقباربار دکھائیپڑتاتھا کہوہہم وہ وضوکرتےہیں،ہموضونہیںکرتے۔</w:t>
      </w:r>
    </w:p>
    <w:p>
      <w:r>
        <w:rPr>
          <w:b/>
        </w:rPr>
        <w:t xml:space="preserve">[34:34] </w:t>
      </w:r>
      <w:r>
        <w:t>woh chheenk par "Alhamdulillah" kehte hain, hum "Alhamdulillah" nahi kehte. yeh sabab bahut sari cheezein</w:t>
      </w:r>
    </w:p>
    <w:p>
      <w:pPr>
        <w:jc w:val="right"/>
      </w:pPr>
      <w:r>
        <w:t>وہ چھینکپر"الحمدللہ"کہتےہیں،ہم"الحمدللہ"نہیںکہتے۔ یہسببہتساریچیزیں</w:t>
      </w:r>
    </w:p>
    <w:p>
      <w:r>
        <w:rPr>
          <w:b/>
        </w:rPr>
        <w:t xml:space="preserve">[34:41] </w:t>
      </w:r>
      <w:r>
        <w:t>hain. dheere dheere dheere dheere itna zyada yeh cheez phaili ke woh ulma se poochne lage ke bhai ulma ke Islam kya hai? pehle to aam logon se unhone Islam ko jaana kuch, phir ulma se pooch pooch pooch pooch poochha,</w:t>
      </w:r>
    </w:p>
    <w:p>
      <w:pPr>
        <w:jc w:val="right"/>
      </w:pPr>
      <w:r>
        <w:t>ہیں۔دھیرےدھیرےدھیرےدھیرے اتنازیادہ یہچیزپھیلی کہوہ علماءسےپوچھنےلگےکہبھئیعلماء کہاسلام کیا ہے؟ پہلےتو عام لوگوںسےانہوںنے اسلام کو جاناکچھ ،پھرعلماءسےپوچھپوچھپوچھپوچھا،</w:t>
      </w:r>
    </w:p>
    <w:p>
      <w:r>
        <w:rPr>
          <w:b/>
        </w:rPr>
        <w:t xml:space="preserve">[34:57] </w:t>
      </w:r>
      <w:r>
        <w:t>yahan tak ke unki majority ne Islam qubool kar liya. to ek ek orientalist ne, ek Christian ne, woh unki kitaab hai mere paas maujood hai,</w:t>
      </w:r>
    </w:p>
    <w:p>
      <w:pPr>
        <w:jc w:val="right"/>
      </w:pPr>
      <w:r>
        <w:t>یہاںتککہانکیمیجورٹینےاسلام قبولکرلیا۔ تو ایک ایک اورینٹلسٹنے، ایک کرسچنتھے،وہ انکیکتاب ہےمیرےپاسموجود ہے،</w:t>
      </w:r>
    </w:p>
    <w:p>
      <w:r>
        <w:rPr>
          <w:b/>
        </w:rPr>
        <w:t xml:space="preserve">[35:10] </w:t>
      </w:r>
      <w:r>
        <w:t>ismein likhte hain. woh usko batate hue</w:t>
      </w:r>
    </w:p>
    <w:p>
      <w:pPr>
        <w:jc w:val="right"/>
      </w:pPr>
      <w:r>
        <w:t>اسمیںلکھتےہیں۔وہ اسکوبتاتےہوئے</w:t>
      </w:r>
    </w:p>
    <w:p>
      <w:r>
        <w:rPr>
          <w:b/>
        </w:rPr>
        <w:t xml:space="preserve">[35:17] </w:t>
      </w:r>
      <w:r>
        <w:t>"the religion of Muslims can conquer the world" . musalmanon ki religion ne wohaan fateh haasil kar li jahan unke hathiyaar fail ho gaye the.</w:t>
      </w:r>
    </w:p>
    <w:p>
      <w:pPr>
        <w:jc w:val="right"/>
      </w:pPr>
      <w:r>
        <w:t>"داریلیجن آفمسلمز کان کر ویردا عام سٹفیل ڈ" ۔مس لمانوںکیریلیجننےوہاں فتححاصل کرلی جہاںانکےہتھیارفیل ہوگئےتھے۔</w:t>
      </w:r>
    </w:p>
    <w:p>
      <w:r>
        <w:rPr>
          <w:b/>
        </w:rPr>
        <w:t xml:space="preserve">[35:32] </w:t>
      </w:r>
      <w:r>
        <w:t>"the religion of Muslims have conquered the world"</w:t>
      </w:r>
    </w:p>
    <w:p>
      <w:pPr>
        <w:jc w:val="right"/>
      </w:pPr>
      <w:r>
        <w:t>"داریلیجن آفمسلمزہیوکان کر ویرداعام سٹفیلڈ"</w:t>
      </w:r>
    </w:p>
    <w:p>
      <w:r>
        <w:rPr>
          <w:b/>
        </w:rPr>
        <w:t xml:space="preserve">[35:37] </w:t>
      </w:r>
      <w:r>
        <w:t>. yeh tha Khwarizm ki pesh ka. "peace as a power". uska pesh tha yeh ke Tatariyon ko jo dobara unka khatam hua, unka dabdaba ladai se nahi hua, gun aur bomb se nahi hua, shot se nahi hua.</w:t>
      </w:r>
    </w:p>
    <w:p>
      <w:pPr>
        <w:jc w:val="right"/>
      </w:pPr>
      <w:r>
        <w:t>۔یہتھا کرسمہپیسکا۔ "پیسازاےپاور" ۔اسکاکرسمہتھایہ کہ تاتاریوںکو جو دوبارہانکا ختمہوا،انکا دبدبہ لڑائیسےنہیںہوا، گناوربم سےنہیںہوا، سوٹسےنہیںہوا۔</w:t>
      </w:r>
    </w:p>
    <w:p>
      <w:r>
        <w:rPr>
          <w:b/>
        </w:rPr>
        <w:t xml:space="preserve">[35:58] </w:t>
      </w:r>
      <w:r>
        <w:t>woh hua peace ke saath, taqat se, power of peace ke zariye hua. completely</w:t>
      </w:r>
    </w:p>
    <w:p>
      <w:pPr>
        <w:jc w:val="right"/>
      </w:pPr>
      <w:r>
        <w:t>وہ ہوا پیسکےساتھ، طاقتسے، پاورآفپیسکےذریعےہوا۔ کمپلیٹلی</w:t>
      </w:r>
    </w:p>
    <w:p>
      <w:r>
        <w:rPr>
          <w:b/>
        </w:rPr>
        <w:t xml:space="preserve">[36:09] </w:t>
      </w:r>
      <w:r>
        <w:t>musalmanon ne sabse janghein ki thi, lekin kuch bhi woh kaamyaab nahi hue the.</w:t>
      </w:r>
    </w:p>
    <w:p>
      <w:pPr>
        <w:jc w:val="right"/>
      </w:pPr>
      <w:r>
        <w:t>مسلمانوںنےسبسےج ھڑپیںکیتھیں ،لیکن کچھبھیوہکامیابنہیں ہوئےتھے۔</w:t>
      </w:r>
    </w:p>
    <w:p>
      <w:r>
        <w:rPr>
          <w:b/>
        </w:rPr>
        <w:t xml:space="preserve">[36:18] </w:t>
      </w:r>
      <w:r>
        <w:t>kuch bhi kaamyaab nahi the. Heten mein ladai hui thi, usmein kuch kaamyaabi nahi hui thi. jo kaamyaabi hui, woh yahi peace or preaching ke zariye hui.</w:t>
      </w:r>
    </w:p>
    <w:p>
      <w:pPr>
        <w:jc w:val="right"/>
      </w:pPr>
      <w:r>
        <w:t>کچھبھی کامیابنہیںتھے۔حتینمیںلڑائیہوئیتھی،اسمیںکچھکامیابینہیںہوئیتھی۔ جو کامیابیہوئی ،وہ یہی پی سو پریچنگکےذریعےہوئی۔</w:t>
      </w:r>
    </w:p>
    <w:p>
      <w:r>
        <w:rPr>
          <w:b/>
        </w:rPr>
        <w:t xml:space="preserve">[36:30] </w:t>
      </w:r>
      <w:r>
        <w:t>to</w:t>
      </w:r>
    </w:p>
    <w:p>
      <w:pPr>
        <w:jc w:val="right"/>
      </w:pPr>
      <w:r>
        <w:t>تو</w:t>
      </w:r>
    </w:p>
    <w:p>
      <w:r>
        <w:rPr>
          <w:b/>
        </w:rPr>
        <w:t xml:space="preserve">[36:31] </w:t>
      </w:r>
      <w:r>
        <w:t>itna bada waqea hua ke Iqbal ne isiko likha hai ke "hai yahan fitrat utaar ke afsaane se paas beh mil gaye kaba ko sanamkhane se".</w:t>
      </w:r>
    </w:p>
    <w:p>
      <w:pPr>
        <w:jc w:val="right"/>
      </w:pPr>
      <w:r>
        <w:t>اتنا بڑا واقع ہہوا کہ اقبالنےاسیکولکھاہےکہ "حی ایاں فطرت اتارکےافسانےسے پاسبہملگئے کعبہکو صنمخانےسے"۔</w:t>
      </w:r>
    </w:p>
    <w:p>
      <w:r>
        <w:rPr>
          <w:b/>
        </w:rPr>
        <w:t xml:space="preserve">[36:46] </w:t>
      </w:r>
      <w:r>
        <w:t>ab ek misaal yeh hai, ab aap doosri misaal lijiye, British Empire ki misaal lijiye.</w:t>
      </w:r>
    </w:p>
    <w:p>
      <w:pPr>
        <w:jc w:val="right"/>
      </w:pPr>
      <w:r>
        <w:t>ابایک مثالیہہے، ابآپدوسری مثاللیجئے،برٹشایمپائرکیمثاللیجئے۔</w:t>
      </w:r>
    </w:p>
    <w:p>
      <w:r>
        <w:rPr>
          <w:b/>
        </w:rPr>
        <w:t xml:space="preserve">[36:52] </w:t>
      </w:r>
      <w:r>
        <w:t>British Empire jo hai, 1857 mein India mein poori tarah establish hui thi aur do sau saal ki yahan rule karte rahe yeh log, 200 years,</w:t>
      </w:r>
    </w:p>
    <w:p>
      <w:pPr>
        <w:jc w:val="right"/>
      </w:pPr>
      <w:r>
        <w:t>برٹشایمپائرجوہے، 18 57میں انڈیامیں پوریطرح اسٹیبلشہوئیتھی اور دو سوسالتکیہاںرولکرتے رہےیہلوگ، 200ایئرز،</w:t>
      </w:r>
    </w:p>
    <w:p>
      <w:r>
        <w:rPr>
          <w:b/>
        </w:rPr>
        <w:t xml:space="preserve">[37:06] </w:t>
      </w:r>
      <w:r>
        <w:t>aur saare musalmanon ne unke khilaaf bagawat ki, musalman bagawat, jang ki, jismein ek lakh se zyada ulma ko unhone qatl kar diya.</w:t>
      </w:r>
    </w:p>
    <w:p>
      <w:pPr>
        <w:jc w:val="right"/>
      </w:pPr>
      <w:r>
        <w:t>اور سارے مس لمانوںنےانکےخلاف بغاوتکی، مس لحبغاوت ،جنگ کی، جسمیں ایک لاکھسےزیادہ علم اء کوانہوںنے قتلکردیا۔</w:t>
      </w:r>
    </w:p>
    <w:p>
      <w:r>
        <w:rPr>
          <w:b/>
        </w:rPr>
        <w:t xml:space="preserve">[37:19] </w:t>
      </w:r>
      <w:r>
        <w:t>Tipu Sultan unki fauj ko qatl kiya,</w:t>
      </w:r>
    </w:p>
    <w:p>
      <w:pPr>
        <w:jc w:val="right"/>
      </w:pPr>
      <w:r>
        <w:t>ٹیپوسلطانانکیفوجکوقتلکیا،</w:t>
      </w:r>
    </w:p>
    <w:p>
      <w:r>
        <w:rPr>
          <w:b/>
        </w:rPr>
        <w:t xml:space="preserve">[37:21] </w:t>
      </w:r>
      <w:r>
        <w:t>kitne saare logon ko unhone halaak kar dala, lekin nateeja jidhar safar kuch bhi nahi hua. apne aap khatam hui. woh second world war jo thi, usmein second world war mein aap jaante hain ke usmein do group the,</w:t>
      </w:r>
    </w:p>
    <w:p>
      <w:pPr>
        <w:jc w:val="right"/>
      </w:pPr>
      <w:r>
        <w:t>کتنے سارےلوگوںکوانہوںنےہلاککرڈالا، لیکن نتیجہجد ھرصفر کچھبھینہیںہوا۔ اپنے آپ ختمہوئی۔وہ سیکنڈ ول وارجوتھی، اسمیں سیکنڈولوارمیںآپجانتےہیںکہ اسمیں دو گروپتھے،</w:t>
      </w:r>
    </w:p>
    <w:p>
      <w:r>
        <w:rPr>
          <w:b/>
        </w:rPr>
        <w:t xml:space="preserve">[37:44] </w:t>
      </w:r>
      <w:r>
        <w:t>unhone bahut zabardast ladai hui thi, bahut zabardast ladai hui thi.</w:t>
      </w:r>
    </w:p>
    <w:p>
      <w:pPr>
        <w:jc w:val="right"/>
      </w:pPr>
      <w:r>
        <w:t>انہوںنےبہت زبردستلڑائیہوئیتھی، بہت زبردستلڑائیہوئیتھی۔</w:t>
      </w:r>
    </w:p>
    <w:p>
      <w:r>
        <w:rPr>
          <w:b/>
        </w:rPr>
        <w:t xml:space="preserve">[37:50] </w:t>
      </w:r>
      <w:r>
        <w:t>to usmein British Empire bahut kamzor ho gaya, bahut faujiyen unke maare gaye.</w:t>
      </w:r>
    </w:p>
    <w:p>
      <w:pPr>
        <w:jc w:val="right"/>
      </w:pPr>
      <w:r>
        <w:t>تو اسمیںبرٹشایمپائربہتکمزورہوگیا،بہت فوجیانکےمارےگئے۔</w:t>
      </w:r>
    </w:p>
    <w:p>
      <w:r>
        <w:rPr>
          <w:b/>
        </w:rPr>
        <w:t xml:space="preserve">[37:58] </w:t>
      </w:r>
      <w:r>
        <w:t>to itna kamzor ho gaye yeh log second world war ke baad ke woh India par control karne ki taqat nahin thi unke andar. ab sawal tha ke India ko control karein Indian army ke zariye se, kyunke British army to available nahin thi,</w:t>
      </w:r>
    </w:p>
    <w:p>
      <w:pPr>
        <w:jc w:val="right"/>
      </w:pPr>
      <w:r>
        <w:t>تو اتنا کمزورہوگئےیہلوگ سیکنڈ ورلڈوارکےبعد کہوہ انڈیاپرکنٹرولکرنے کیطاقتہینہیںتھیانکےاندر۔ ابسوال تھاکہانڈیاکو کنٹرولکریں انڈینآرمیکےذریعےسے،کیونکہ برٹشآرمیتواویلیبلنہیںتھی،</w:t>
      </w:r>
    </w:p>
    <w:p>
      <w:r>
        <w:rPr>
          <w:b/>
        </w:rPr>
        <w:t xml:space="preserve">[38:15] </w:t>
      </w:r>
      <w:r>
        <w:t>to possible nahin tha. woh</w:t>
      </w:r>
    </w:p>
    <w:p>
      <w:pPr>
        <w:jc w:val="right"/>
      </w:pPr>
      <w:r>
        <w:t>تو پاسیبلنہیںتھا۔وہ</w:t>
      </w:r>
    </w:p>
    <w:p>
      <w:r>
        <w:rPr>
          <w:b/>
        </w:rPr>
        <w:t xml:space="preserve">[38:18] </w:t>
      </w:r>
      <w:r>
        <w:t>to British rule jo India mein khatam hua, woh apne aap khatam hua hai. jo hamare ulama ne jihad kiya, us se nahin khatam hua. yeh ab ghaur kijiye ke Tatariyon ke zamane mein koi jihad nahin hua,</w:t>
      </w:r>
    </w:p>
    <w:p>
      <w:pPr>
        <w:jc w:val="right"/>
      </w:pPr>
      <w:r>
        <w:t>تو برٹش رولجوانڈیامیںختمہوا،وہاپنےآپختمہواہے۔ جو ہمارے علماءنے جہادکیا،اسسےنہیںختمہوا۔یہ ابغورکیجئےکہ تاتاریوںکےزمان ےمیںکوئیجہادنہیںہوا،</w:t>
      </w:r>
    </w:p>
    <w:p>
      <w:r>
        <w:rPr>
          <w:b/>
        </w:rPr>
        <w:t xml:space="preserve">[38:34] </w:t>
      </w:r>
      <w:r>
        <w:t>sirf peace ne apna kaam kiya, peace ne, aur ek nai tareekh ban gayi.</w:t>
      </w:r>
    </w:p>
    <w:p>
      <w:pPr>
        <w:jc w:val="right"/>
      </w:pPr>
      <w:r>
        <w:t>صرف پیسکے نے اپناکام کیا،پیسنے، اورایک نئیتاریخ بنگئی ۔</w:t>
      </w:r>
    </w:p>
    <w:p>
      <w:r>
        <w:rPr>
          <w:b/>
        </w:rPr>
        <w:t xml:space="preserve">[38:40] </w:t>
      </w:r>
      <w:r>
        <w:t>yahan jihad hua, lakhon lakh log maare gaye, khandan ke khandan tabah hue, aur Musalmanon ko bahut dinon tak kisi parai ijjat deni padi.</w:t>
      </w:r>
    </w:p>
    <w:p>
      <w:pPr>
        <w:jc w:val="right"/>
      </w:pPr>
      <w:r>
        <w:t>یہاں جہادہوا، لاکھوںلاکھلوگ مارےگئے، خاندانکےخاندان تباہہوئے، اورمسلمانوںکوبہت دنوںتککسی پرائیجدینیپڑی۔</w:t>
      </w:r>
    </w:p>
    <w:p>
      <w:r>
        <w:rPr>
          <w:b/>
        </w:rPr>
        <w:t xml:space="preserve">[38:51] </w:t>
      </w:r>
      <w:r>
        <w:t>Britishz ke nazar mein woh woh ban gaye ghair wafadar, disloyal, lekin nateeja sirf kuch bhi nahin nikla.</w:t>
      </w:r>
    </w:p>
    <w:p>
      <w:pPr>
        <w:jc w:val="right"/>
      </w:pPr>
      <w:r>
        <w:t>برٹشزکینظرمیںوہ وہ بنگئے غیر وفادار ، ڈسلائل، لیکن نتیجہصرفکچھبھینہیںنکلا۔</w:t>
      </w:r>
    </w:p>
    <w:p>
      <w:r>
        <w:rPr>
          <w:b/>
        </w:rPr>
        <w:t xml:space="preserve">[39:02] </w:t>
      </w:r>
      <w:r>
        <w:t>yeh hai in Allah yuti raqam ma la yuti</w:t>
      </w:r>
    </w:p>
    <w:p>
      <w:pPr>
        <w:jc w:val="right"/>
      </w:pPr>
      <w:r>
        <w:t>یہہے ان اللہ یوتی رفقمالایوتی</w:t>
      </w:r>
    </w:p>
    <w:p>
      <w:r>
        <w:rPr>
          <w:b/>
        </w:rPr>
        <w:t xml:space="preserve">[39:07] </w:t>
      </w:r>
      <w:r>
        <w:t>yani Khuda peace par woh cheez deta hai jo violence par nahin deta. to do tareekh ki misalein maine di aap ko ke British rule ke zamane mein Musalmanon ne violence kiya aur kuch bhi nahin mila.</w:t>
      </w:r>
    </w:p>
    <w:p>
      <w:pPr>
        <w:jc w:val="right"/>
      </w:pPr>
      <w:r>
        <w:t>یعنیخدا پیسپروہچیزدیتاہے جو وائیلنسپرنہیںدیتا۔ تو دوتاریخ کیمثالیںمیںنےدیآپکو کہ برٹشرولکےزمانےمیں مس لمانوںنےوائیلنسکیا اورکچھبھینہیںملا۔</w:t>
      </w:r>
    </w:p>
    <w:p>
      <w:r>
        <w:rPr>
          <w:b/>
        </w:rPr>
        <w:t xml:space="preserve">[39:22] </w:t>
      </w:r>
      <w:r>
        <w:t>Tatariyon ke zamane mein peaceful tareeqe se kaam hua to tareekh badal gayi, kyunke jo violence karta hai, woh Khuda ke kaise plan ke khilaf jata hai.</w:t>
      </w:r>
    </w:p>
    <w:p>
      <w:pPr>
        <w:jc w:val="right"/>
      </w:pPr>
      <w:r>
        <w:t>تاتاریوںکےزمانےمیں پیس فل طریقےسےکامہوا تو تاریخ بدلگئی ، کیونکہجو وائیلنسکرتاہے،وہ خدا کے کیسےپلانکےخلاف جاتا ہے۔</w:t>
      </w:r>
    </w:p>
    <w:p>
      <w:r>
        <w:rPr>
          <w:b/>
        </w:rPr>
        <w:t xml:space="preserve">[39:37] </w:t>
      </w:r>
      <w:r>
        <w:t>dekhiye, main yeh jo baat kar raha hoon, isko samjhiye ke violence Islam mein absolutely sin mein haram hai, absolutely sin mein. there's only one exception.</w:t>
      </w:r>
    </w:p>
    <w:p>
      <w:pPr>
        <w:jc w:val="right"/>
      </w:pPr>
      <w:r>
        <w:t>دیکھیں،میں یہ جوباتکررہاہوں،اسکوسمجھئے کہ وائیلنس اسلام میںایبسولیوٹسینسمیںحرامہے،ایبسولیوٹسینسمیں۔ دیرازاونلیون ایکسیپشن۔</w:t>
      </w:r>
    </w:p>
    <w:p>
      <w:r>
        <w:rPr>
          <w:b/>
        </w:rPr>
        <w:t xml:space="preserve">[39:47] </w:t>
      </w:r>
      <w:r>
        <w:t>aap jante hain ke every rule has some exceptions. yeh usool hai: every rule has some exceptions.</w:t>
      </w:r>
    </w:p>
    <w:p>
      <w:pPr>
        <w:jc w:val="right"/>
      </w:pPr>
      <w:r>
        <w:t>آپجانتےہیںکہ ایوری رولہیزسم ایکسیپشنز۔ یہ اصولہے: ایوریرولہیزسمایکسیپشنز۔</w:t>
      </w:r>
    </w:p>
    <w:p>
      <w:r>
        <w:rPr>
          <w:b/>
        </w:rPr>
        <w:t xml:space="preserve">[39:56] </w:t>
      </w:r>
      <w:r>
        <w:t>to is mein sirf ek exception hai bas, aur koi doosra exception nahin. woh hai ke ek established state hai, is par koi bahar se attack karta hai.</w:t>
      </w:r>
    </w:p>
    <w:p>
      <w:pPr>
        <w:jc w:val="right"/>
      </w:pPr>
      <w:r>
        <w:t>تو اسمیںصرفایک ایکسیپشنہےبس،اورکوئیدوسراایکسیپشننہیں۔ وہہےکہایک اسٹیبلشاسٹیٹہے، اسپرکوئی باہرسےاٹیککرتاہے۔</w:t>
      </w:r>
    </w:p>
    <w:p>
      <w:r>
        <w:rPr>
          <w:b/>
        </w:rPr>
        <w:t xml:space="preserve">[40:07] </w:t>
      </w:r>
      <w:r>
        <w:t>to pehle state jo hai, yeh koshish karegi through negotiation, through peaceful dialogue ke kisi tareeqe se mamla tal jaye.</w:t>
      </w:r>
    </w:p>
    <w:p>
      <w:pPr>
        <w:jc w:val="right"/>
      </w:pPr>
      <w:r>
        <w:t>تو پہلے اسٹیٹجوہے،یہکوششکرےگی تھرونیگوشیایشن، تھروپیسفل ڈائیلاگ کہکسی طریقےسے معاملہٹلجائے۔</w:t>
      </w:r>
    </w:p>
    <w:p>
      <w:r>
        <w:rPr>
          <w:b/>
        </w:rPr>
        <w:t xml:space="preserve">[40:18] </w:t>
      </w:r>
      <w:r>
        <w:t>aisa nahin ke dhad se ladne lagegi. agar koi attack karta hai to jitne peaceful means hain, chahe woh dialogue ho, chahe woh baat cheet ho,</w:t>
      </w:r>
    </w:p>
    <w:p>
      <w:pPr>
        <w:jc w:val="right"/>
      </w:pPr>
      <w:r>
        <w:t>ایسانہیںکہدھڑسےلڑنےلگےگی۔ اگر کوئیاٹیککرتاہے تو جتنے پیسفل مینزہیں، چاہےوہ ڈائیلاگہو، چاہےوہ باتچیتہو ،</w:t>
      </w:r>
    </w:p>
    <w:p>
      <w:r>
        <w:rPr>
          <w:b/>
        </w:rPr>
        <w:t xml:space="preserve">[40:33] </w:t>
      </w:r>
      <w:r>
        <w:t>kuch bhi ho, isko istemal kiya jayega.</w:t>
      </w:r>
    </w:p>
    <w:p>
      <w:pPr>
        <w:jc w:val="right"/>
      </w:pPr>
      <w:r>
        <w:t>کچھبھیہو،اسکواستعمال کیاجائےگا۔</w:t>
      </w:r>
    </w:p>
    <w:p>
      <w:r>
        <w:rPr>
          <w:b/>
        </w:rPr>
        <w:t xml:space="preserve">[40:37] </w:t>
      </w:r>
      <w:r>
        <w:t>jab peaceful means se kuch kaam ab nahin hoga, aur woh is par insist karein ke humein to attack karna hai tumhare upar, aggression karna hai tumhare upar, to bahut limited sense mein defensive war kiya jayega. bahut limited sense mein.</w:t>
      </w:r>
    </w:p>
    <w:p>
      <w:pPr>
        <w:jc w:val="right"/>
      </w:pPr>
      <w:r>
        <w:t>جب پیسفلمینزسےکچھ کامی ابینہیںہوگی، اور وہ اسپر انسسٹکریںکہہمیںتو اٹیککرناہیتمہارےاوپر،ایگریشنکرناہیتمہارےاوپر، تو بہت لمیٹڈسینسمیں ڈیفنسووارکیجائےگی۔بہت لمیٹڈسینسمیں۔</w:t>
      </w:r>
    </w:p>
    <w:p>
      <w:r>
        <w:rPr>
          <w:b/>
        </w:rPr>
        <w:t xml:space="preserve">[40:54] </w:t>
      </w:r>
      <w:r>
        <w:t>limited mein is liye keh raha hoon ke Rasool Allah teen baar, 23 saal mein teen baar defensive war kiya aap ne under compulsion.</w:t>
      </w:r>
    </w:p>
    <w:p>
      <w:pPr>
        <w:jc w:val="right"/>
      </w:pPr>
      <w:r>
        <w:t>لمیٹڈمیںاسلیےکہہرہاہوںکہرسولاللہ تینبار، 23 سالمیںتینبار ڈیفنسووارکیاآپنے انڈرکمپلشن۔</w:t>
      </w:r>
    </w:p>
    <w:p>
      <w:r>
        <w:rPr>
          <w:b/>
        </w:rPr>
        <w:t xml:space="preserve">[41:03] </w:t>
      </w:r>
      <w:r>
        <w:t>aur teeno baar jo hai, adha adha din</w:t>
      </w:r>
    </w:p>
    <w:p>
      <w:pPr>
        <w:jc w:val="right"/>
      </w:pPr>
      <w:r>
        <w:t>اورتینوںبارجوہے،ادھاادھادن</w:t>
      </w:r>
    </w:p>
    <w:p>
      <w:r>
        <w:rPr>
          <w:b/>
        </w:rPr>
        <w:t xml:space="preserve">[41:06] </w:t>
      </w:r>
      <w:r>
        <w:t>Badr mein, adha din Hunain mein, adha din aur Uhud mein, adha din. yeh hai limited war.</w:t>
      </w:r>
    </w:p>
    <w:p>
      <w:pPr>
        <w:jc w:val="right"/>
      </w:pPr>
      <w:r>
        <w:t>بدرمیں،ادھادن حنینمیں،ادھادن اور احدمیں،ادھادن ۔یہہےلمیٹڈوار۔</w:t>
      </w:r>
    </w:p>
    <w:p>
      <w:r>
        <w:rPr>
          <w:b/>
        </w:rPr>
        <w:t xml:space="preserve">[41:15] </w:t>
      </w:r>
      <w:r>
        <w:t>adhe din defensive war, there's no war in Islam. achhi tarah samajh lijiye ke koi bhi doosra violence jo hai, haram hai Islam mein, except defensive war.</w:t>
      </w:r>
    </w:p>
    <w:p>
      <w:pPr>
        <w:jc w:val="right"/>
      </w:pPr>
      <w:r>
        <w:t>ادردین ڈیفنسووار،دیرازنووار ان اسلام۔ اچھیطرحسمجھلیجئے کہکوئیبھی دوسرا وائیلنسجوہے،حرامہےاسلام میں، ایکسیپٹ ڈیفنسووار۔</w:t>
      </w:r>
    </w:p>
    <w:p>
      <w:r>
        <w:rPr>
          <w:b/>
        </w:rPr>
        <w:t xml:space="preserve">[41:27] </w:t>
      </w:r>
      <w:r>
        <w:t>yahan par ek baat aur main arz kar doon ke</w:t>
      </w:r>
    </w:p>
    <w:p>
      <w:pPr>
        <w:jc w:val="right"/>
      </w:pPr>
      <w:r>
        <w:t>یہاںپرایکباتاورمیںعرضکردوں کہ</w:t>
      </w:r>
    </w:p>
    <w:p>
      <w:r>
        <w:rPr>
          <w:b/>
        </w:rPr>
        <w:t xml:space="preserve">[41:35] </w:t>
      </w:r>
      <w:r>
        <w:t>ek Musalman usool hai Islam ka, woh hai Al-raji'il lil Imam to declare war, to declare defensive war, is a prerogative of state. yani ek defense ki soorat situation hai. defense ki soor</w:t>
      </w:r>
    </w:p>
    <w:p>
      <w:pPr>
        <w:jc w:val="right"/>
      </w:pPr>
      <w:r>
        <w:t>ایک مس لماصولہے اسلام کا، وہہے الرحیل لل امام ٹوڈیکلیئراوار،ٹوڈیکلیئرڈیفنسووار، از اپراگیٹیواف اسٹیٹ ۔یعنیایکڈیفنسکی صورتسچوئیشنہے۔ڈیفنسکیسچوئی</w:t>
      </w:r>
    </w:p>
    <w:p>
      <w:r>
        <w:rPr>
          <w:b/>
        </w:rPr>
        <w:t xml:space="preserve">[41:55] </w:t>
      </w:r>
      <w:r>
        <w:t>tion us waqt ke liye yeh hai: to declare a defensive war, is a prerogative of state. yani state ka mamla yeh hai.</w:t>
      </w:r>
    </w:p>
    <w:p>
      <w:pPr>
        <w:jc w:val="right"/>
      </w:pPr>
      <w:r>
        <w:t>شن اسوقتکےلیےیہہے: ٹوڈیکلیئراڈیفنسووار، ازاپراگیٹیواف اسٹیٹ۔ یعنی اسٹیٹکامعاملہیہہے۔</w:t>
      </w:r>
    </w:p>
    <w:p>
      <w:r>
        <w:rPr>
          <w:b/>
        </w:rPr>
        <w:t xml:space="preserve">[42:04] </w:t>
      </w:r>
      <w:r>
        <w:t>isko kaha jata hai Arabi mein Sawaal Umra. Sawaal Umra ka matlab hai yahi. Sawaal Umra ka matlab hai ke woh rulers ka, ke ke ke domain ki baat hai.</w:t>
      </w:r>
    </w:p>
    <w:p>
      <w:pPr>
        <w:jc w:val="right"/>
      </w:pPr>
      <w:r>
        <w:t>اسکوکہاجاتاہے عربیمیں سوافالعمرا۔ سوافالعمراکامطلبہے یہی۔ سوافالعمراکامطلبہےکہ وہ رولرزکا، کہ کہ کہ ڈومینکیباتہے۔</w:t>
      </w:r>
    </w:p>
    <w:p>
      <w:r>
        <w:rPr>
          <w:b/>
        </w:rPr>
        <w:t xml:space="preserve">[42:21] </w:t>
      </w:r>
      <w:r>
        <w:t>woh hakim ke domain ki baat hai.</w:t>
      </w:r>
    </w:p>
    <w:p>
      <w:pPr>
        <w:jc w:val="right"/>
      </w:pPr>
      <w:r>
        <w:t>وہ حاکمکےڈومینکیباتہے۔</w:t>
      </w:r>
    </w:p>
    <w:p>
      <w:r>
        <w:rPr>
          <w:b/>
        </w:rPr>
        <w:t xml:space="preserve">[42:25] </w:t>
      </w:r>
      <w:r>
        <w:t>aur aikquaitic karta hai to woh hakim ke domain ki baat hai ke woh jaa kar ke lare iss. hum apni isko ginn le kar ke marna shuru kar denge.</w:t>
      </w:r>
    </w:p>
    <w:p>
      <w:pPr>
        <w:jc w:val="right"/>
      </w:pPr>
      <w:r>
        <w:t>اورایککوئیاٹیککرتاہے تووہحاکمکےڈومینکیباتہےکہوہجاکرکےلڑےاسسے۔ ہماپنی اسکو گنلےکرکےمارناشروعکردیںگے۔</w:t>
      </w:r>
    </w:p>
    <w:p>
      <w:r>
        <w:rPr>
          <w:b/>
        </w:rPr>
        <w:t xml:space="preserve">[42:34] </w:t>
      </w:r>
      <w:r>
        <w:t>jisko aaj kal zaban kaha jata hai NGO, non government organization. aaj kal aik naya term bola jata hai NGO, non government organization.</w:t>
      </w:r>
    </w:p>
    <w:p>
      <w:pPr>
        <w:jc w:val="right"/>
      </w:pPr>
      <w:r>
        <w:t>جسکوآجکل زبان کہاجاتاہے این جیاو، نان گورنمنٹلارگنائزیشن۔ آجکلایکنیاٹرمبولاجاتاہے این جیاو، نان گورنمنٹلارگنائزیشن۔</w:t>
      </w:r>
    </w:p>
    <w:p>
      <w:r>
        <w:rPr>
          <w:b/>
        </w:rPr>
        <w:t xml:space="preserve">[42:47] </w:t>
      </w:r>
      <w:r>
        <w:t>to kisi bhi NGO ko hargiz ijazat nahi hai ke woh hathiyar uthaye.</w:t>
      </w:r>
    </w:p>
    <w:p>
      <w:pPr>
        <w:jc w:val="right"/>
      </w:pPr>
      <w:r>
        <w:t>تو کسی بھی اینجیاوکو ہرگزاجازتنہیںہےکہوہہتھیاراٹھائے۔</w:t>
      </w:r>
    </w:p>
    <w:p>
      <w:r>
        <w:rPr>
          <w:b/>
        </w:rPr>
        <w:t xml:space="preserve">[42:52] </w:t>
      </w:r>
      <w:r>
        <w:t>bilkul mutlaqan haram hai yeh. al rahil lil imam yani aik jeun war, jisko hum aik defensive war hum kahenge.</w:t>
      </w:r>
    </w:p>
    <w:p>
      <w:pPr>
        <w:jc w:val="right"/>
      </w:pPr>
      <w:r>
        <w:t>بالکل مطلقاحرامہےیہ۔ الرحیللل امام یعنی ایک جینون وار،جسکوہم ایکڈیفنسووارہمکہیںگے۔</w:t>
      </w:r>
    </w:p>
    <w:p>
      <w:r>
        <w:rPr>
          <w:b/>
        </w:rPr>
        <w:t xml:space="preserve">[43:04] </w:t>
      </w:r>
      <w:r>
        <w:t>yani jeun sense mein aik defensive war agar aati hai iss situation to sirf state iska iss mein defense defense karegi.</w:t>
      </w:r>
    </w:p>
    <w:p>
      <w:pPr>
        <w:jc w:val="right"/>
      </w:pPr>
      <w:r>
        <w:t>یعنیجینونسینسمیںایکڈیفنسوواراگر آتیہے اسیسچوئیشن توصرف اسٹیٹ اسکا اسمیںڈیفنس ڈیفنس کرےگی۔</w:t>
      </w:r>
    </w:p>
    <w:p>
      <w:r>
        <w:rPr>
          <w:b/>
        </w:rPr>
        <w:t xml:space="preserve">[43:14] </w:t>
      </w:r>
      <w:r>
        <w:t>koi bhi NGO, koi bhi individual, koi bhi organization bilkul isko right nahi hai ke hathiyar uthaye.</w:t>
      </w:r>
    </w:p>
    <w:p>
      <w:pPr>
        <w:jc w:val="right"/>
      </w:pPr>
      <w:r>
        <w:t>کوئیبھی اینجیاو،کوئیبھی انڈیویجول،کوئیبھیارگنائزیشن بالکل اسکورائٹنہیںہےکہہتھیاراٹھائے۔</w:t>
      </w:r>
    </w:p>
    <w:p>
      <w:r>
        <w:rPr>
          <w:b/>
        </w:rPr>
        <w:t xml:space="preserve">[43:20] </w:t>
      </w:r>
      <w:r>
        <w:t>uthata hai to woh haram ka kaam karta hai. yani general explosion wala kaam karta hai. yaad rakhiye,</w:t>
      </w:r>
    </w:p>
    <w:p>
      <w:pPr>
        <w:jc w:val="right"/>
      </w:pPr>
      <w:r>
        <w:t>اٹھاٹاہےتو وہحرامکامکرتاہے۔ یعنی جنرس ایکسپلژنوالاکامکرتاہے۔یادرکھیے،</w:t>
      </w:r>
    </w:p>
    <w:p>
      <w:r>
        <w:rPr>
          <w:b/>
        </w:rPr>
        <w:t xml:space="preserve">[43:30] </w:t>
      </w:r>
      <w:r>
        <w:t>general explosion jis tarah se Adam ne ko abundant reko kha liya to that was a case of explosion from paradise.</w:t>
      </w:r>
    </w:p>
    <w:p>
      <w:pPr>
        <w:jc w:val="right"/>
      </w:pPr>
      <w:r>
        <w:t>جن رسایکسپلژن جسطرحسےآدمنے کوآبڈنٹ ریکو کھالیا تو دیٹوازاکیساف ایکسپلژنفرامپیراڈائز۔</w:t>
      </w:r>
    </w:p>
    <w:p>
      <w:r>
        <w:rPr>
          <w:b/>
        </w:rPr>
        <w:t xml:space="preserve">[43:43] </w:t>
      </w:r>
      <w:r>
        <w:t>unko jannat se nikal diya gaya.</w:t>
      </w:r>
    </w:p>
    <w:p>
      <w:pPr>
        <w:jc w:val="right"/>
      </w:pPr>
      <w:r>
        <w:t>انکوجنتسےنکالدیاگیا۔</w:t>
      </w:r>
    </w:p>
    <w:p>
      <w:r>
        <w:rPr>
          <w:b/>
        </w:rPr>
        <w:t xml:space="preserve">[43:45] </w:t>
      </w:r>
      <w:r>
        <w:t>aise hi is duniya mein, is planet earth par agar koi violence karta hai to woh aik explosion ka risk boley leta hai. aik general explosion ka risk boley leta hai.</w:t>
      </w:r>
    </w:p>
    <w:p>
      <w:pPr>
        <w:jc w:val="right"/>
      </w:pPr>
      <w:r>
        <w:t>ایسےہیاسدنیا میں، اسپلینٹارتھپر اگر کوئی وائیلنسکرتاہے تو وہایک ایکسپلژنکارسکبوللیتاہے۔ایکجن رسایکسپلژنکا رسکبوللیتاہے۔</w:t>
      </w:r>
    </w:p>
    <w:p>
      <w:r>
        <w:rPr>
          <w:b/>
        </w:rPr>
        <w:t xml:space="preserve">[43:59] </w:t>
      </w:r>
      <w:r>
        <w:t>hamare aik hi option hai, woh peaceful koshish, peaceful step. koi doosra option nahi hai. Quran mein dekhein, do lafz use hue hain: jihad aur qital.</w:t>
      </w:r>
    </w:p>
    <w:p>
      <w:pPr>
        <w:jc w:val="right"/>
      </w:pPr>
      <w:r>
        <w:t>ہمارےایکہیآپشنہے،وہ پیسفل کوش ش،پیسفل اسٹیپ۔کوئیدوسراآپشننہیںہے۔ قرآنمیںدیکھیں،دولفظیوزہوئےہیں: جہاداور قتال ۔</w:t>
      </w:r>
    </w:p>
    <w:p>
      <w:r>
        <w:rPr>
          <w:b/>
        </w:rPr>
        <w:t xml:space="preserve">[44:12] </w:t>
      </w:r>
      <w:r>
        <w:t>qital woh hai, wohi defensive war ke liye hai.</w:t>
      </w:r>
    </w:p>
    <w:p>
      <w:pPr>
        <w:jc w:val="right"/>
      </w:pPr>
      <w:r>
        <w:t>قتالجوہے،وہیڈیفنسووارکےلیےہے۔</w:t>
      </w:r>
    </w:p>
    <w:p>
      <w:r>
        <w:rPr>
          <w:b/>
        </w:rPr>
        <w:t xml:space="preserve">[44:15] </w:t>
      </w:r>
      <w:r>
        <w:t>qital ka jo lafz hai, Quran bhi unko defensive war ke liye hai. aik sahib ke paas baat telephone aaya hai ke Kashmir se ke Quran mein to hai ke kafiron se lado.</w:t>
      </w:r>
    </w:p>
    <w:p>
      <w:pPr>
        <w:jc w:val="right"/>
      </w:pPr>
      <w:r>
        <w:t>قتالکاجولفظہے،قرآنبھیانکوڈیفنسووارکےلیےہے۔ ایک صاحبکےپاسباتٹیلیفونآیاہےکہ کشمیرسے کہقرآنمیںتوہےکہ کافروںسےلڑو۔</w:t>
      </w:r>
    </w:p>
    <w:p>
      <w:r>
        <w:rPr>
          <w:b/>
        </w:rPr>
        <w:t xml:space="preserve">[44:27] </w:t>
      </w:r>
      <w:r>
        <w:t>maine kaha ke kafir lado ka matlab aap ne nikal rakha hai ke khud declare karo, kisi kafir se ladna shuru kar do.</w:t>
      </w:r>
    </w:p>
    <w:p>
      <w:pPr>
        <w:jc w:val="right"/>
      </w:pPr>
      <w:r>
        <w:t>میںنےکہا کہکافرلڑو کاجو مطلبآپنےنکالرکھاہےکہ خود ڈیکلیئرکرو،کسیکافر سےلڑناشروعکردو۔</w:t>
      </w:r>
    </w:p>
    <w:p>
      <w:r>
        <w:rPr>
          <w:b/>
        </w:rPr>
        <w:t xml:space="preserve">[44:35] </w:t>
      </w:r>
      <w:r>
        <w:t>nahi, is se murad hai aggressive jo hai, aggressive jo attack kar raha hai, us se lado. lado kisko? hukumat</w:t>
      </w:r>
    </w:p>
    <w:p>
      <w:pPr>
        <w:jc w:val="right"/>
      </w:pPr>
      <w:r>
        <w:t>نہیں ، اسسے مرادہے ایگری سرجوہے، ایگری سر جو اٹیکرہے، اسسےلڑو۔لڑوکیکون؟ حکومت</w:t>
      </w:r>
    </w:p>
    <w:p>
      <w:r>
        <w:rPr>
          <w:b/>
        </w:rPr>
        <w:t xml:space="preserve">[44:45] </w:t>
      </w:r>
      <w:r>
        <w:t>aap nahi. dekhein, Makah mein hukumat nahi bani thi, aap jante hain. to Makah mein saare atrocities hoti thin, wahan zulm hota tha.</w:t>
      </w:r>
    </w:p>
    <w:p>
      <w:pPr>
        <w:jc w:val="right"/>
      </w:pPr>
      <w:r>
        <w:t>آپ نہیں ۔ دیکھیں،مکہمیں حکومت نہیںبنی تھی، آپجانتےہیں۔ تو مکہمیں سارےایٹراس ٹیزہوتیتھیں، وہاںظلمہوتاتھا۔</w:t>
      </w:r>
    </w:p>
    <w:p>
      <w:r>
        <w:rPr>
          <w:b/>
        </w:rPr>
        <w:t xml:space="preserve">[44:57] </w:t>
      </w:r>
      <w:r>
        <w:t>kai sahaba ko maar dala un logon ne, lekin Rasool Allah ne ladai nahi ki</w:t>
      </w:r>
    </w:p>
    <w:p>
      <w:pPr>
        <w:jc w:val="right"/>
      </w:pPr>
      <w:r>
        <w:t>کئی صحابہکومارڈالاانلوگوںنے، لیکن رسولاللہنے لڑائینہیںکی</w:t>
      </w:r>
    </w:p>
    <w:p>
      <w:r>
        <w:rPr>
          <w:b/>
        </w:rPr>
        <w:t xml:space="preserve">[45:06] </w:t>
      </w:r>
      <w:r>
        <w:t>, kyunke is tarah ladai karna mumkin nahi tha. aap state nahi the, aap ki position as state ki nahi thi. Makah mein state nahi bani thi.</w:t>
      </w:r>
    </w:p>
    <w:p>
      <w:pPr>
        <w:jc w:val="right"/>
      </w:pPr>
      <w:r>
        <w:t>،کیونکہ اسطرحلڑائیکرنا ممکننہیںتھا۔آپ اسٹیٹنہیںتھے،آپکیپوزیشناسٹیٹکینہیںتھی۔ مکہمیںاسٹیٹنہیںبنی تھی۔</w:t>
      </w:r>
    </w:p>
    <w:p>
      <w:r>
        <w:rPr>
          <w:b/>
        </w:rPr>
        <w:t xml:space="preserve">[45:15] </w:t>
      </w:r>
      <w:r>
        <w:t>to agar che woh zulm kar rahe the, agar che woh sahaba ko maar rahe the, lekin aap us waqt sirf peaceful tareeqe se unhein samjhate rahe.</w:t>
      </w:r>
    </w:p>
    <w:p>
      <w:pPr>
        <w:jc w:val="right"/>
      </w:pPr>
      <w:r>
        <w:t>تو اگر چہوہظلمکررہےتھے،اگر چہوہصحابہکوماررہےتھے، لیکن آپ اس وقت صرف پیسفل طریقےسےانہیںسمجھاتےرہے۔</w:t>
      </w:r>
    </w:p>
    <w:p>
      <w:r>
        <w:rPr>
          <w:b/>
        </w:rPr>
        <w:t xml:space="preserve">[45:27] </w:t>
      </w:r>
      <w:r>
        <w:t>bas aap ne hathiyar nahi uthaya. defensive war aap ne ki hai Madinah mein, jabke uski hesiyat state ki ho gayi thi.</w:t>
      </w:r>
    </w:p>
    <w:p>
      <w:pPr>
        <w:jc w:val="right"/>
      </w:pPr>
      <w:r>
        <w:t>بس آپ نے ہتھیارنہیںاٹھایا۔ ڈیفنسووارآپنےکیہے مدینےمیں ،جبکہاسکیحیثیت اسٹیٹکیہوگئیتھی۔</w:t>
      </w:r>
    </w:p>
    <w:p>
      <w:r>
        <w:rPr>
          <w:b/>
        </w:rPr>
        <w:t xml:space="preserve">[45:38] </w:t>
      </w:r>
      <w:r>
        <w:t>Madinah jo tha, woh tha aik state as state. tha us zamane mein state state. Rasool Allah uske head the.</w:t>
      </w:r>
    </w:p>
    <w:p>
      <w:pPr>
        <w:jc w:val="right"/>
      </w:pPr>
      <w:r>
        <w:t>مدینہجوتھا،وہتھا ایک سٹیاسٹیٹ۔تھااسزمانےمیں سٹی اسٹیٹ۔ رسولاللہ اسکےہیڈتھے۔</w:t>
      </w:r>
    </w:p>
    <w:p>
      <w:r>
        <w:rPr>
          <w:b/>
        </w:rPr>
        <w:t xml:space="preserve">[45:46] </w:t>
      </w:r>
      <w:r>
        <w:t>us waqt yeh teeno ladaiyan hui hain: Badr, Uhud, Hunain. to Madinah mein jab state state ban gaya, Rasool Allah uske head ho gaye, tab aap ne defensive war ki, woh bhi bahut hi limited, bahut hi limited.</w:t>
      </w:r>
    </w:p>
    <w:p>
      <w:pPr>
        <w:jc w:val="right"/>
      </w:pPr>
      <w:r>
        <w:t>اس وقت یہتینوںلڑائیاںہوئیہیں: بدر،احد،حنین۔ تو مدینہمیںجبسٹیاسٹیٹبنگیا،رسولاللہاسکےہیڈہوگئے، تب آپ نے ڈیفنسووار کی، وہ بھیبہت ہیلمیٹڈ،بہتہیلمیٹڈ۔</w:t>
      </w:r>
    </w:p>
    <w:p>
      <w:r>
        <w:rPr>
          <w:b/>
        </w:rPr>
        <w:t xml:space="preserve">[46:03] </w:t>
      </w:r>
      <w:r>
        <w:t>Rasool Allah ke khilaf dekhiye, 85 times logon ne woh kiya, attempt kiya, 85 times. lekin aap ne hamesha kiya kiya?</w:t>
      </w:r>
    </w:p>
    <w:p>
      <w:pPr>
        <w:jc w:val="right"/>
      </w:pPr>
      <w:r>
        <w:t>رسولاللہکےخلاف دیکھیے، 8 5 ٹائم لوگوںنے وہ کیا ، اٹیمپٹکیا، 8 5 ٹائم۔ لیکن آپ نے ہمیشہکیا کیا ؟</w:t>
      </w:r>
    </w:p>
    <w:p>
      <w:r>
        <w:rPr>
          <w:b/>
        </w:rPr>
        <w:t xml:space="preserve">[46:14] </w:t>
      </w:r>
      <w:r>
        <w:t>avoid kiya, negotiation kiya, tarah tarah se usko ke jang na hone paye. teen baar under compulsion aap gaye hain ladai mein, woh bhi limited war kiya hai aap ne, yani aadha aadha din ki.</w:t>
      </w:r>
    </w:p>
    <w:p>
      <w:pPr>
        <w:jc w:val="right"/>
      </w:pPr>
      <w:r>
        <w:t>اوائڈکیا، نیگوشیایشنکیا، طرح طرح سے اسکو کہجنگنہہونے پائے۔ تینبار انڈرکمپلشنآپگئےہیںلڑائیمیں، وہبھی لمیٹڈوارکیاہےآپنے،یعنیادھاادھادنکی۔</w:t>
      </w:r>
    </w:p>
    <w:p>
      <w:r>
        <w:rPr>
          <w:b/>
        </w:rPr>
        <w:t xml:space="preserve">[46:30] </w:t>
      </w:r>
      <w:r>
        <w:t>to yaad rakhiye, yeh maamla saada maamla nahi hai.</w:t>
      </w:r>
    </w:p>
    <w:p>
      <w:pPr>
        <w:jc w:val="right"/>
      </w:pPr>
      <w:r>
        <w:t>تو یادرکھیے، یہ معاملہسادہمعاملہنہیںہے۔</w:t>
      </w:r>
    </w:p>
    <w:p>
      <w:r>
        <w:rPr>
          <w:b/>
        </w:rPr>
        <w:t xml:space="preserve">[46:38] </w:t>
      </w:r>
      <w:r>
        <w:t>yeh saada mamla nahi hai.</w:t>
      </w:r>
    </w:p>
    <w:p>
      <w:pPr>
        <w:jc w:val="right"/>
      </w:pPr>
      <w:r>
        <w:t>یہسادہمعاملہنہیںہے۔</w:t>
      </w:r>
    </w:p>
    <w:p>
      <w:r>
        <w:rPr>
          <w:b/>
        </w:rPr>
        <w:t xml:space="preserve">[46:42] </w:t>
      </w:r>
      <w:r>
        <w:t>yeh bohat hi sangin mamla hai. yeh jannat se explosion ka mamla hai.</w:t>
      </w:r>
    </w:p>
    <w:p>
      <w:pPr>
        <w:jc w:val="right"/>
      </w:pPr>
      <w:r>
        <w:t>یہبہت ہی سنگینمعاملہہے۔ یہجن تسےایکسپلژنکامعاملہہے۔</w:t>
      </w:r>
    </w:p>
    <w:p>
      <w:r>
        <w:rPr>
          <w:b/>
        </w:rPr>
        <w:t xml:space="preserve">[46:51] </w:t>
      </w:r>
      <w:r>
        <w:t>jis tarah se Adam ko jab unhon ne forbidden fruit kha liya to woh jannat se nikal diye gaye.</w:t>
      </w:r>
    </w:p>
    <w:p>
      <w:pPr>
        <w:jc w:val="right"/>
      </w:pPr>
      <w:r>
        <w:t>جسطرحسےآدمکو جب انہوںنےفائبرنٹ ری کاپھلکھالیا تو وہ جنتسےنکالدیےگئے۔</w:t>
      </w:r>
    </w:p>
    <w:p>
      <w:r>
        <w:rPr>
          <w:b/>
        </w:rPr>
        <w:t xml:space="preserve">[47:01] </w:t>
      </w:r>
      <w:r>
        <w:t>aise hi is duniya mein jo aadmi violence karega, woh bhi explosion ka risk mol lega.</w:t>
      </w:r>
    </w:p>
    <w:p>
      <w:pPr>
        <w:jc w:val="right"/>
      </w:pPr>
      <w:r>
        <w:t>ایسےہیاسدنیا میں جو آدمی وائیلنسکرےگا، وہبھی ایکسپلژنکا رسکموللےگا۔</w:t>
      </w:r>
    </w:p>
    <w:p>
      <w:r>
        <w:rPr>
          <w:b/>
        </w:rPr>
        <w:t xml:space="preserve">[47:11] </w:t>
      </w:r>
      <w:r>
        <w:t>to aap ko har haal mein peaceful rehna hai. peaceful, peaceful, peaceful.</w:t>
      </w:r>
    </w:p>
    <w:p>
      <w:pPr>
        <w:jc w:val="right"/>
      </w:pPr>
      <w:r>
        <w:t>تو آپکو ہرحالمیں پیسفلرہناہے۔پیسفل،پیسفل،پیسفل۔</w:t>
      </w:r>
    </w:p>
    <w:p>
      <w:r>
        <w:rPr>
          <w:b/>
        </w:rPr>
        <w:t xml:space="preserve">[47:18] </w:t>
      </w:r>
      <w:r>
        <w:t>jannat</w:t>
      </w:r>
    </w:p>
    <w:p>
      <w:pPr>
        <w:jc w:val="right"/>
      </w:pPr>
      <w:r>
        <w:t>جنت</w:t>
      </w:r>
    </w:p>
    <w:p>
      <w:r>
        <w:rPr>
          <w:b/>
        </w:rPr>
        <w:t xml:space="preserve">[47:21] </w:t>
      </w:r>
      <w:r>
        <w:t>homaaf paisa hai. is mein wohi log jayenge jo is duniya mein yeh prove karein, yeh prove karein ke woh na to passive violence mein involve hue aur na aggressive violence mein involve hue.</w:t>
      </w:r>
    </w:p>
    <w:p>
      <w:pPr>
        <w:jc w:val="right"/>
      </w:pPr>
      <w:r>
        <w:t>ہوماف پیسہے۔ اسمیں وہیلوگجائیںگےجو اسدنیامیں یہ پروف کریں،یہپروفکریں کہوہ نہتو پیسووائیلنسمیںانوالوہوئے اور نہایگریسو وائیلنسمیںانوالوہوئے۔</w:t>
      </w:r>
    </w:p>
    <w:p>
      <w:r>
        <w:rPr>
          <w:b/>
        </w:rPr>
        <w:t xml:space="preserve">[47:37] </w:t>
      </w:r>
      <w:r>
        <w:t>yani unhon ne ek aisi personality banai jiske andar negativity thinking nahi thi, jiske andar intolerance nahi tha, jiske andar jiske andar violence nahi tha, jiske andar hate nahi tha.</w:t>
      </w:r>
    </w:p>
    <w:p>
      <w:pPr>
        <w:jc w:val="right"/>
      </w:pPr>
      <w:r>
        <w:t>یعنی انہوں نے ایک ایسیپرسنیلٹیبنائی جسکےاندرنیگیٹیوتھنکنگنہیںتھی، جسکےاندر انٹولرنسنہیںتھا، جسکےاندر جسکےاندر وائیلنسنہیںتھا، جسکےاندرہیٹنہیںتھا۔</w:t>
      </w:r>
    </w:p>
    <w:p>
      <w:r>
        <w:rPr>
          <w:b/>
        </w:rPr>
        <w:t xml:space="preserve">[47:57] </w:t>
      </w:r>
      <w:r>
        <w:t>yeh sab passive violence hain. yahan tak ke main kahunga ke spiritual complex mein passive violence hai.</w:t>
      </w:r>
    </w:p>
    <w:p>
      <w:pPr>
        <w:jc w:val="right"/>
      </w:pPr>
      <w:r>
        <w:t>یہسب پیسووائیلنسہیں۔ یہاںتککہمیںکہوںگا کہ سپیریٹیکمپلیکسمیںپیسووائیلنسہے۔</w:t>
      </w:r>
    </w:p>
    <w:p>
      <w:r>
        <w:rPr>
          <w:b/>
        </w:rPr>
        <w:t xml:space="preserve">[48:07] </w:t>
      </w:r>
      <w:r>
        <w:t>spiritual complex mein passive violence hai. to is jitne bhi passive violence hain, un se bachana apne aap ko.</w:t>
      </w:r>
    </w:p>
    <w:p>
      <w:pPr>
        <w:jc w:val="right"/>
      </w:pPr>
      <w:r>
        <w:t>سپیریٹیکمپلیکسمیںپیسووائیلنسہے۔ تو اسجتنے بھی پی سووائیلنسہیں،انسےبچانااپنےآپکو ۔</w:t>
      </w:r>
    </w:p>
    <w:p>
      <w:r>
        <w:rPr>
          <w:b/>
        </w:rPr>
        <w:t xml:space="preserve">[48:16] </w:t>
      </w:r>
      <w:r>
        <w:t>active violence wahin, woh bhi bachana apne aap ko. passive violence aur active violence.</w:t>
      </w:r>
    </w:p>
    <w:p>
      <w:pPr>
        <w:jc w:val="right"/>
      </w:pPr>
      <w:r>
        <w:t>ایکٹیووائیلنسجوہیں،وہبھیبچانااپنےآپکو۔ پیسووائیلنساور ایکٹیووائیلنس۔</w:t>
      </w:r>
    </w:p>
    <w:p>
      <w:r>
        <w:rPr>
          <w:b/>
        </w:rPr>
        <w:t xml:space="preserve">[48:22] </w:t>
      </w:r>
      <w:r>
        <w:t>is is is is is is duniya mein yeh test ka jo period hai, is mein jinhon ne apne andar woh personality banai jo dono se bachi hui thi, na woh passive violence mein involve hue, na active violence mein involve hue, is ke liye paradise hai.</w:t>
      </w:r>
    </w:p>
    <w:p>
      <w:pPr>
        <w:jc w:val="right"/>
      </w:pPr>
      <w:r>
        <w:t>اس اس اس اس اس اسدنیا میں یہ ٹیسٹ کاجوپیریڈہے، اسمیں جنہوںنے اپنےاندر وہ پرسنیلٹیبنائی جو دونوںسےبچیہوئیتھی، نہوہ پیسووائیلنسمیںانوالوہوئی، نہ ایکٹیووائیلنسمیںانوالوہوئی، اسکےلیے پیراڈائزہے۔</w:t>
      </w:r>
    </w:p>
    <w:p>
      <w:r>
        <w:rPr>
          <w:b/>
        </w:rPr>
        <w:t xml:space="preserve">[48:44] </w:t>
      </w:r>
      <w:r>
        <w:t>nahi to explosion ka risk nahi molna padega dobara.</w:t>
      </w:r>
    </w:p>
    <w:p>
      <w:pPr>
        <w:jc w:val="right"/>
      </w:pPr>
      <w:r>
        <w:t>نہیںتو ایکسپلژنکارسکانہیں موللیناپڑےگا دوبارہ۔</w:t>
      </w:r>
    </w:p>
    <w:p>
      <w:r>
        <w:rPr>
          <w:b/>
        </w:rPr>
        <w:t xml:space="preserve">[48:51] </w:t>
      </w:r>
      <w:r>
        <w:t>to</w:t>
      </w:r>
    </w:p>
    <w:p>
      <w:pPr>
        <w:jc w:val="right"/>
      </w:pPr>
      <w:r>
        <w:t>تو</w:t>
      </w:r>
    </w:p>
    <w:p>
      <w:r>
        <w:rPr>
          <w:b/>
        </w:rPr>
        <w:t xml:space="preserve">[48:52] </w:t>
      </w:r>
      <w:r>
        <w:t>paradise jo thi pehli, is mein ek forbidden tree tha. isi tarah yeh duniya bhi ek forbidden tree hai aur yeh violence.</w:t>
      </w:r>
    </w:p>
    <w:p>
      <w:pPr>
        <w:jc w:val="right"/>
      </w:pPr>
      <w:r>
        <w:t>پیراڈائزجوتھیپہلی، اسمیں ایک فائبر نٹریتھا۔ اسیطرحیہدنیا بھیایک فائبر نٹریہےاوریہ وائیلنس۔</w:t>
      </w:r>
    </w:p>
    <w:p>
      <w:r>
        <w:rPr>
          <w:b/>
        </w:rPr>
        <w:t xml:space="preserve">[49:05] </w:t>
      </w:r>
      <w:r>
        <w:t>violence kisi bhi haal mein, kisi bhi exposure se aap ko violence tak nahi jaana hai.</w:t>
      </w:r>
    </w:p>
    <w:p>
      <w:pPr>
        <w:jc w:val="right"/>
      </w:pPr>
      <w:r>
        <w:t>وائیلنس کسی بھیحالمیں،کسی بھیایکسپوزسےآپکووائیلنس تکنہیںجاناہے۔</w:t>
      </w:r>
    </w:p>
    <w:p>
      <w:r>
        <w:rPr>
          <w:b/>
        </w:rPr>
        <w:t xml:space="preserve">[49:17] </w:t>
      </w:r>
      <w:r>
        <w:t>kyun? violence leads to greater evil. ek sahabi ka qaul hai: man la yarḍa bil qaliil ma yati bihi ṣafīhu yarḍa bil kathīr jo aadmi nadan ki choti burai ko bardasht nahi karega,</w:t>
      </w:r>
    </w:p>
    <w:p>
      <w:pPr>
        <w:jc w:val="right"/>
      </w:pPr>
      <w:r>
        <w:t>کیوں ؟ وائیلنس لیڈزٹو گیٹر ایول۔ ایک صحابیکاقولہے: منلا یرضا بال قليل م ما ی اتی بہ صفیہو یرضابالکثیر جو آدمینادانکیچھوٹیبرائیکوبرداشتنہیںکرےگا،</w:t>
      </w:r>
    </w:p>
    <w:p>
      <w:r>
        <w:rPr>
          <w:b/>
        </w:rPr>
        <w:t xml:space="preserve">[49:39] </w:t>
      </w:r>
      <w:r>
        <w:t>isko nadan ki bari burai ko bardasht karna padega. iski misaal mein de</w:t>
      </w:r>
    </w:p>
    <w:p>
      <w:pPr>
        <w:jc w:val="right"/>
      </w:pPr>
      <w:r>
        <w:t>اسکو نادانکی ب ڑیبرائیکوبرداشتکرناپڑےگا۔ اسکیمثالمیںد</w:t>
      </w:r>
    </w:p>
    <w:p>
      <w:r>
        <w:rPr>
          <w:b/>
        </w:rPr>
        <w:t xml:space="preserve">[49:45] </w:t>
      </w:r>
      <w:r>
        <w:t>deta hoon: India mein aap ne bar bar iski misaal dekhi hai. maslan yahan kya hota hai? ek ek procedure niklta hai, juloos road ke upar.</w:t>
      </w:r>
    </w:p>
    <w:p>
      <w:pPr>
        <w:jc w:val="right"/>
      </w:pPr>
      <w:r>
        <w:t>یتاہوں:انڈیامیںآپنے باربار اسکیمثالدیکھیہے۔ مثلاًیہاںکیاہوتاہے؟ ایک ایک پروسیجرنکلتاہے، جلوس روڈکےاوپر ۔</w:t>
      </w:r>
    </w:p>
    <w:p>
      <w:r>
        <w:rPr>
          <w:b/>
        </w:rPr>
        <w:t xml:space="preserve">[49:56] </w:t>
      </w:r>
      <w:r>
        <w:t>ab woh naare lagate hain to naara choti evil hai. woh holi khelte hain, rang pad jaata hai ke bas ek deewar par. to woh chota evil hai, chota choti burai hai.</w:t>
      </w:r>
    </w:p>
    <w:p>
      <w:pPr>
        <w:jc w:val="right"/>
      </w:pPr>
      <w:r>
        <w:t>ابوہنعرہلگاتےہیں تو نعرہچھوٹیایول ہے۔ وہہولیکھیلتےہیں، رنگپڑجاتاہےکہبسایکدیوارپر ۔تووہچھوٹاایولہے، چھوٹا چھوٹیبرائیہے۔</w:t>
      </w:r>
    </w:p>
    <w:p>
      <w:r>
        <w:rPr>
          <w:b/>
        </w:rPr>
        <w:t xml:space="preserve">[50:10] </w:t>
      </w:r>
      <w:r>
        <w:t>ab aap kya karte hain? aap phir lad jaate hain, pathar maarte hain.</w:t>
      </w:r>
    </w:p>
    <w:p>
      <w:pPr>
        <w:jc w:val="right"/>
      </w:pPr>
      <w:r>
        <w:t>ابآپکیا کرتے ہیں؟ آپپھرلڑجاتےہیں،پتھرمارتےہیں۔</w:t>
      </w:r>
    </w:p>
    <w:p>
      <w:r>
        <w:rPr>
          <w:b/>
        </w:rPr>
        <w:t xml:space="preserve">[50:15] </w:t>
      </w:r>
      <w:r>
        <w:t>woh kehte hain: "root badlo! " to kya hota hai? fasad, dukh, jalana, phoonkna, bloodshed, greater evil aa jaata hai saamne.</w:t>
      </w:r>
    </w:p>
    <w:p>
      <w:pPr>
        <w:jc w:val="right"/>
      </w:pPr>
      <w:r>
        <w:t>وہکہتےہیں:"روٹبدلو! "توکیاہوتاہے؟ فساد ، دکھ ،جلانا،پھونکنا، بلڈشیڈ، گیٹرایولآجاتاہےسامنے۔</w:t>
      </w:r>
    </w:p>
    <w:p>
      <w:r>
        <w:rPr>
          <w:b/>
        </w:rPr>
        <w:t xml:space="preserve">[50:28] </w:t>
      </w:r>
      <w:r>
        <w:t>to aap ko holi ka rang bardasht karna padega taake kehta ke khoon ke, taake insani khoon ko takleef na pahunche.</w:t>
      </w:r>
    </w:p>
    <w:p>
      <w:pPr>
        <w:jc w:val="right"/>
      </w:pPr>
      <w:r>
        <w:t>تو آپ کو ہولیکا رنگبرداشتکرناپڑےگا تاکہ کہتاکہخون کے، تاکہ انسانیخونکو تکلیفنہپہنچے۔</w:t>
      </w:r>
    </w:p>
    <w:p>
      <w:r>
        <w:rPr>
          <w:b/>
        </w:rPr>
        <w:t xml:space="preserve">[50:44] </w:t>
      </w:r>
      <w:r>
        <w:t>aap ko naare ko bardasht karna padega taake zyada bade fasad tak na pahunche. yeh yeh sahabi ka qaul hai</w:t>
      </w:r>
    </w:p>
    <w:p>
      <w:pPr>
        <w:jc w:val="right"/>
      </w:pPr>
      <w:r>
        <w:t>آپ کونعرےکوبرداشتکرناپڑےگا تاکہ زیادہ بڑےفسادتکنوبتنہآئے۔ یہ یہ صحابیکاقولہے</w:t>
      </w:r>
    </w:p>
    <w:p>
      <w:r>
        <w:rPr>
          <w:b/>
        </w:rPr>
        <w:t xml:space="preserve">[50:55] </w:t>
      </w:r>
      <w:r>
        <w:t>ke jo aadmi nadan ke chote shar ko bardasht nahi karega, usko nadan ke bade shar ko bardasht karna padega. iska matlab kya hua?</w:t>
      </w:r>
    </w:p>
    <w:p>
      <w:pPr>
        <w:jc w:val="right"/>
      </w:pPr>
      <w:r>
        <w:t>کہجو آدمی نادانکےچھوٹے شرکوبرداشتنہیںکرےگا،اسکو نادانکے بڑےشرکوبرداشتکرناپڑےگا۔اسکامعنیکیاہواہے؟</w:t>
      </w:r>
    </w:p>
    <w:p>
      <w:r>
        <w:rPr>
          <w:b/>
        </w:rPr>
        <w:t xml:space="preserve">[51:04] </w:t>
      </w:r>
      <w:r>
        <w:t>ke lesser evil ko to bardasht hi karna hai is duniya mein.</w:t>
      </w:r>
    </w:p>
    <w:p>
      <w:pPr>
        <w:jc w:val="right"/>
      </w:pPr>
      <w:r>
        <w:t>کہ لیسرایولکوتوبرداشتہیکرناہےاسدنیا میں۔</w:t>
      </w:r>
    </w:p>
    <w:p>
      <w:r>
        <w:rPr>
          <w:b/>
        </w:rPr>
        <w:t xml:space="preserve">[51:10] </w:t>
      </w:r>
      <w:r>
        <w:t>yeh toh yeh toh hona hi hona hai ke aap ko lesser evil ko bardasht karna hai. No evil situation is in duniya possible nahi hai. Yaad rakhiye achhi tarah is baat ko:</w:t>
      </w:r>
    </w:p>
    <w:p>
      <w:pPr>
        <w:jc w:val="right"/>
      </w:pPr>
      <w:r>
        <w:t>یہتو یہتوہوناہیہوناہےکہآپکو لیسرایولکوبرداشتکرناہے۔ نوایولسچوئیشنتواسدنیامیںپاسیبلنہیںہے۔ یادرکھیےاچھیطرحاسباتکو:</w:t>
      </w:r>
    </w:p>
    <w:p>
      <w:r>
        <w:rPr>
          <w:b/>
        </w:rPr>
        <w:t xml:space="preserve">[51:25] </w:t>
      </w:r>
      <w:r>
        <w:t>Evil free society is duniya mein possible nahi hai. Paighambar ke zamane mein bhi possible nahi thi, na aaj possible hai.</w:t>
      </w:r>
    </w:p>
    <w:p>
      <w:pPr>
        <w:jc w:val="right"/>
      </w:pPr>
      <w:r>
        <w:t>ایول فریسوسائٹیاسدنیامیںپاسیبلنہیںہے۔ پیغمبرکےزمانےمیںبھیپاسیبلنہیںتھی،نہآجپاسیبلہے۔</w:t>
      </w:r>
    </w:p>
    <w:p>
      <w:r>
        <w:rPr>
          <w:b/>
        </w:rPr>
        <w:t xml:space="preserve">[51:33] </w:t>
      </w:r>
      <w:r>
        <w:t>Evil free society kabhi ho nahi sakti hai.</w:t>
      </w:r>
    </w:p>
    <w:p>
      <w:pPr>
        <w:jc w:val="right"/>
      </w:pPr>
      <w:r>
        <w:t>ایولفریسوسائٹیکبھیہونہیںسکتیہے۔</w:t>
      </w:r>
    </w:p>
    <w:p>
      <w:r>
        <w:rPr>
          <w:b/>
        </w:rPr>
        <w:t xml:space="preserve">[51:39] </w:t>
      </w:r>
      <w:r>
        <w:t>Toh aap ko kya karna hai? Chhota evil, lesser evil saamne baar baar aayega, us ko bardasht hi kijiye, bardasht hi kijiye, bardasht hi kijiye.</w:t>
      </w:r>
    </w:p>
    <w:p>
      <w:pPr>
        <w:jc w:val="right"/>
      </w:pPr>
      <w:r>
        <w:t>تو آپکوکیا کرناہے؟ چھوٹا ایول، لیسرایول سامنےباربارآئےگا، اسکو برداشتہیکیجئے،برداشتہیکیجئے،برداشتہیکیجئے۔</w:t>
      </w:r>
    </w:p>
    <w:p>
      <w:r>
        <w:rPr>
          <w:b/>
        </w:rPr>
        <w:t xml:space="preserve">[51:52] </w:t>
      </w:r>
      <w:r>
        <w:t>Agar nahi bardasht karenge, aap us ko tolerate nahi karenge, us chhote evil ko agar aap ne tolerate nahi kiya toh kya hoga? Bigger evil saamne aayega.</w:t>
      </w:r>
    </w:p>
    <w:p>
      <w:pPr>
        <w:jc w:val="right"/>
      </w:pPr>
      <w:r>
        <w:t>اگرنہیںبرداشتکریںگے،آپ اسکوٹولریٹنہیںکریںگے، اسچھوٹےایولکواگرآپنےٹولریٹنہیںکیا تو کیاہوگا؟ بیٹریایولسامنےآئےگا۔</w:t>
      </w:r>
    </w:p>
    <w:p>
      <w:r>
        <w:rPr>
          <w:b/>
        </w:rPr>
        <w:t xml:space="preserve">[52:03] </w:t>
      </w:r>
      <w:r>
        <w:t>Main ek waqt rasta chal raha tha, holi ka din tha, log holi khel rahe the</w:t>
      </w:r>
    </w:p>
    <w:p>
      <w:pPr>
        <w:jc w:val="right"/>
      </w:pPr>
      <w:r>
        <w:t>میںایکوقت راستہچلرہاتھا، ہولیکادنتھا، لوگہولیکھیلرہےتھے</w:t>
      </w:r>
    </w:p>
    <w:p>
      <w:r>
        <w:rPr>
          <w:b/>
        </w:rPr>
        <w:t xml:space="preserve">[52:09] </w:t>
      </w:r>
      <w:r>
        <w:t>Toh mere kapde par chheente aa gaye holi ke. Toh mere ek saathi the, kaha ke yeh badi badtameezi ki baat hai, aaiye us se hum poochhte hain ke tum ne kyun holi par holi daali?</w:t>
      </w:r>
    </w:p>
    <w:p>
      <w:pPr>
        <w:jc w:val="right"/>
      </w:pPr>
      <w:r>
        <w:t>تو میرےکپڑےپر چھینٹےآگئےہولیکے۔ تومیرےایکساتھیتھے، کہاکہیہبڑیبدتمیزیکیباتہے، آئیےاسےہم پوچھتےہیںکہتمنےکیوںہولپر ہولڈالی؟</w:t>
      </w:r>
    </w:p>
    <w:p>
      <w:r>
        <w:rPr>
          <w:b/>
        </w:rPr>
        <w:t xml:space="preserve">[52:22] </w:t>
      </w:r>
      <w:r>
        <w:t>Gussa ho gaya woh aadmi. Maine kaha ke yeh hadith sunai maine. Arre bhai, abhi toh rang ki baat hai, phir toh khoon ki baat aayegi.</w:t>
      </w:r>
    </w:p>
    <w:p>
      <w:pPr>
        <w:jc w:val="right"/>
      </w:pPr>
      <w:r>
        <w:t>غصہہوگیاوہآدمی۔ میںنےکہاکہ یہحدیثسنائیمیںنے۔ ارےبھائی،ابھیتورنگکاباتہے، پھرتوخونکیباتآئےگی۔</w:t>
      </w:r>
    </w:p>
    <w:p>
      <w:r>
        <w:rPr>
          <w:b/>
        </w:rPr>
        <w:t xml:space="preserve">[52:33] </w:t>
      </w:r>
      <w:r>
        <w:t>Main ghar gaya aur kapda utaar diya, kapda dho diya gaya aur saaf ho gaya, baat khatam ho gayi.</w:t>
      </w:r>
    </w:p>
    <w:p>
      <w:pPr>
        <w:jc w:val="right"/>
      </w:pPr>
      <w:r>
        <w:t>میں گھرگیا اورکپڑااتاردیا، کپڑادھودیاگیا اورصافہوگیا، باتختمہوگئی۔</w:t>
      </w:r>
    </w:p>
    <w:p>
      <w:r>
        <w:rPr>
          <w:b/>
        </w:rPr>
        <w:t xml:space="preserve">[52:43] </w:t>
      </w:r>
      <w:r>
        <w:t>Toh yaad rakhiye, yeh bahut hi important baat hai kyunke isi ki wajah se violence hota hai. Dekhein, initial state, initial stage mein, shuru shuru mein kabhi bhi bada violence nahi hota hai.</w:t>
      </w:r>
    </w:p>
    <w:p>
      <w:pPr>
        <w:jc w:val="right"/>
      </w:pPr>
      <w:r>
        <w:t>تویادرکھیے،یہبہت ہی امپورٹنٹباتہے کیونکہ اسیکیوجہسےوائیلنسہوتاہے۔ دیکھیں، انیشل اسٹیٹ، انیشل اسٹیجمیں، شروع شروع میںکبھیبھیبڑا وائیلنسنہیںہوتاہے۔</w:t>
      </w:r>
    </w:p>
    <w:p>
      <w:r>
        <w:rPr>
          <w:b/>
        </w:rPr>
        <w:t xml:space="preserve">[52:58] </w:t>
      </w:r>
      <w:r>
        <w:t>Chhota violence pehle hota hai, phir us ke baad bada violence aata</w:t>
      </w:r>
    </w:p>
    <w:p>
      <w:pPr>
        <w:jc w:val="right"/>
      </w:pPr>
      <w:r>
        <w:t>چھوٹا وائیلنسپہلےہوتاہے، پھراسکےبعدبڑاوائیلنسآتا</w:t>
      </w:r>
    </w:p>
    <w:p>
      <w:r>
        <w:rPr>
          <w:b/>
        </w:rPr>
        <w:t xml:space="preserve">[53:02] </w:t>
      </w:r>
      <w:r>
        <w:t>hai. Jaise UN UNESCO ka, UN UNESCO ka doct hai: "Violence begins from mind." "Violence begins from mind." Violence shuru hota hai dimaag se.</w:t>
      </w:r>
    </w:p>
    <w:p>
      <w:pPr>
        <w:jc w:val="right"/>
      </w:pPr>
      <w:r>
        <w:t>ہے۔ جیسے یون یسکوکا، یون یسکوکاڈکٹمہے: "وائیلنسبگنزفراممائنڈ۔" "وائیلنسبگنزفراممائنڈ۔" وائیلنس شروعہوتاہے دماغسے۔</w:t>
      </w:r>
    </w:p>
    <w:p>
      <w:r>
        <w:rPr>
          <w:b/>
        </w:rPr>
        <w:t xml:space="preserve">[53:17] </w:t>
      </w:r>
      <w:r>
        <w:t>Dimaag mein kya aata hai? Negative thinking, gussa, anger. Toh us waqt toh bahut chhoti si cheez hoti hai, woh</w:t>
      </w:r>
    </w:p>
    <w:p>
      <w:pPr>
        <w:jc w:val="right"/>
      </w:pPr>
      <w:r>
        <w:t>دماغمیںکیاآتاہے؟ نیگیٹیوتھنکنگ، غصہ، این گر۔ تو اسوقتتوبہتچھوٹیسیچیزہوتیہے، وہ</w:t>
      </w:r>
    </w:p>
    <w:p>
      <w:r>
        <w:rPr>
          <w:b/>
        </w:rPr>
        <w:t xml:space="preserve">[53:30] </w:t>
      </w:r>
      <w:r>
        <w:t>phir woh kya hota hai? Badhte badhte badhte badhte</w:t>
      </w:r>
    </w:p>
    <w:p>
      <w:pPr>
        <w:jc w:val="right"/>
      </w:pPr>
      <w:r>
        <w:t>پھروہ کیا ہوتاہے؟ بڑھتےبڑھتےبڑھتےبڑھتے</w:t>
      </w:r>
    </w:p>
    <w:p>
      <w:r>
        <w:rPr>
          <w:b/>
        </w:rPr>
        <w:t xml:space="preserve">[53:37] </w:t>
      </w:r>
      <w:r>
        <w:t>gun aur bomb tak pahunch jaata hai.</w:t>
      </w:r>
    </w:p>
    <w:p>
      <w:pPr>
        <w:jc w:val="right"/>
      </w:pPr>
      <w:r>
        <w:t>گناوربم تکپہنچجاتاہے۔</w:t>
      </w:r>
    </w:p>
    <w:p>
      <w:r>
        <w:rPr>
          <w:b/>
        </w:rPr>
        <w:t xml:space="preserve">[53:42] </w:t>
      </w:r>
      <w:r>
        <w:t>Toh jab koi cheez aap ko provoke kare toh wahin ke wahin agar us ko aap diffuse kar dein, wahin ke wahin toh chhote evil par baat khatam ho jayegi, lesser evil par baat khatam ho jayegi. Agar</w:t>
      </w:r>
    </w:p>
    <w:p>
      <w:pPr>
        <w:jc w:val="right"/>
      </w:pPr>
      <w:r>
        <w:t>تو جب کوئی چیز آپکو پرو وککرے تو وہیںکےوہیںاگراسکوآپڈیفیوزکردیں،وہیںکےوہیں تو چھوٹے ایولپرباتختمہوجائےگی، لیسرایولپرباتختمہوجائےگی۔اگر</w:t>
      </w:r>
    </w:p>
    <w:p>
      <w:r>
        <w:rPr>
          <w:b/>
        </w:rPr>
        <w:t xml:space="preserve">[53:55] </w:t>
      </w:r>
      <w:r>
        <w:t>aap us ko diffuse na karein aur us ka charge karein, us ke upar gussa ho toh kahein ke humein toh, humein toh sabak, lesson, lesson sikhana hai, humein toh revenge lena hai.</w:t>
      </w:r>
    </w:p>
    <w:p>
      <w:pPr>
        <w:jc w:val="right"/>
      </w:pPr>
      <w:r>
        <w:t>آپاسکو ڈیفیوزنہکریں اوراسکاچرچاکریں،اسکےاوپرغصہہوں توکہیںکہہمیںتو ،ہمیںتوسبق ،لیسن،لیسنسکھاناہے،ہمیںتو ریونج لیناہے۔</w:t>
      </w:r>
    </w:p>
    <w:p>
      <w:r>
        <w:rPr>
          <w:b/>
        </w:rPr>
        <w:t xml:space="preserve">[54:06] </w:t>
      </w:r>
      <w:r>
        <w:t>Yeh sab karein aur organize karein, logon ko jama karein</w:t>
      </w:r>
    </w:p>
    <w:p>
      <w:pPr>
        <w:jc w:val="right"/>
      </w:pPr>
      <w:r>
        <w:t>یہسب کریں اور ارگنائزکریں،لوگوںکوجمع کریں</w:t>
      </w:r>
    </w:p>
    <w:p>
      <w:r>
        <w:rPr>
          <w:b/>
        </w:rPr>
        <w:t xml:space="preserve">[54:12] </w:t>
      </w:r>
      <w:r>
        <w:t>aur phir us ke baad ladai chhed dein toh kya hoga? Yeh ab impossible hai ke aap ko koi achhi, yaani achha anjaam, anjaam mile, koi positive results</w:t>
      </w:r>
    </w:p>
    <w:p>
      <w:pPr>
        <w:jc w:val="right"/>
      </w:pPr>
      <w:r>
        <w:t>اورپھراسکےبعد لڑائیچھیڑدیں توکیاہوگا؟ یہ ابامپاسیبلہےکہ آپ کو کوئیاچھی، یعنیاچھاانجام ،انجام ملے، کوئیپازیٹیورز</w:t>
      </w:r>
    </w:p>
    <w:p>
      <w:r>
        <w:rPr>
          <w:b/>
        </w:rPr>
        <w:t xml:space="preserve">[54:23] </w:t>
      </w:r>
      <w:r>
        <w:t>milne. Kabhi duniya mein yaad rahe, kabhi violence se koi positive results kaun milne wala hai, na Hitler ko, na Napoleon ko, na Stalin ko, kisi ko bhi, kisi ko bhi duniya mein kabhi violence ke zariye positive results milne wala hai.</w:t>
      </w:r>
    </w:p>
    <w:p>
      <w:pPr>
        <w:jc w:val="right"/>
      </w:pPr>
      <w:r>
        <w:t>لٹملے۔کبھی دنیا میںیادرہے،کبھیوائیلنسسےکوئیپازیٹیورزلٹکسیکونہیںملاہے، نہہٹلرکو،نہنیپولینکو ،نہ اسٹالنکو،کسیکوبھی، کسی کوبھی دنیا میںکبھی وائیلنسکےذریعےپازیٹیورزلٹنہیںملاہے۔</w:t>
      </w:r>
    </w:p>
    <w:p>
      <w:r>
        <w:rPr>
          <w:b/>
        </w:rPr>
        <w:t xml:space="preserve">[54:40] </w:t>
      </w:r>
      <w:r>
        <w:t>Milne wala hai toh peace ke zariye milne wala hai. Aap India mein dekhiye, hamare ulama ne musalha jihad kiya lekin result zero tha.</w:t>
      </w:r>
    </w:p>
    <w:p>
      <w:pPr>
        <w:jc w:val="right"/>
      </w:pPr>
      <w:r>
        <w:t>ملاہےتو پیسکےذریعےملاہے۔ آپ انڈیامیںدیکھیے، ہمارےعلم اءنے نے مس لحجہادکیا لیکن رزلٹزیروتھا۔</w:t>
      </w:r>
    </w:p>
    <w:p>
      <w:r>
        <w:rPr>
          <w:b/>
        </w:rPr>
        <w:t xml:space="preserve">[54:53] </w:t>
      </w:r>
      <w:r>
        <w:t>Shahbaz Chaudhry Bosa ne musalha jihad kiya, result zero tha. Aur bhi kai logon ne musalha, woh ladai ladi angrezon ke khilaaf, result zero tha.</w:t>
      </w:r>
    </w:p>
    <w:p>
      <w:pPr>
        <w:jc w:val="right"/>
      </w:pPr>
      <w:r>
        <w:t>شہبازچوہدریبوسنے مس لحجہادکیا،رزلٹزیروتھا۔ اور بھیکئیلوگوںنے مس لح، وہ لڑائیلڑی انگریزوںکےخلاف ، رزلٹزیروتھا۔</w:t>
      </w:r>
    </w:p>
    <w:p>
      <w:r>
        <w:rPr>
          <w:b/>
        </w:rPr>
        <w:t xml:space="preserve">[55:06] </w:t>
      </w:r>
      <w:r>
        <w:t>Jab Gandhi aaye 1919 mein aur unhone kaha ke hum peaceful tareeqe se struggle karenge, yaani freedom struggle ko hum peaceful tareeqe se chalayenge, insaaf ke roop mein chalayenge, toh woh jeet gaye.</w:t>
      </w:r>
    </w:p>
    <w:p>
      <w:pPr>
        <w:jc w:val="right"/>
      </w:pPr>
      <w:r>
        <w:t>جب گاندھیآئے19 19میں اورانہوںنےکہاکہہم پیسفلطریقےسے اسٹرگلکریںگے، یعنیفریڈماسٹرگلکوہمپیسفلطریقےسےچلائیںگے، ائنساکےروپمیںچلائیںگے،تو وہجیتگئے۔</w:t>
      </w:r>
    </w:p>
    <w:p>
      <w:r>
        <w:rPr>
          <w:b/>
        </w:rPr>
        <w:t xml:space="preserve">[55:21] </w:t>
      </w:r>
      <w:r>
        <w:t>Toh yaad rakhiye, tareekh mein kabhi bhi violence se kisi ko koi jeet nahi hui hai. Hamesha hota kya hai?</w:t>
      </w:r>
    </w:p>
    <w:p>
      <w:pPr>
        <w:jc w:val="right"/>
      </w:pPr>
      <w:r>
        <w:t>تو یادرکھیے،تاریخ میںکبھیبھی وائیلنسسے کسی کوکوئی جیتنہیںہوئی ہے۔ ہمیشہہوتاکیاہے؟</w:t>
      </w:r>
    </w:p>
    <w:p>
      <w:r>
        <w:rPr>
          <w:b/>
        </w:rPr>
        <w:t xml:space="preserve">[55:31] </w:t>
      </w:r>
      <w:r>
        <w:t>aik chota sa evil aapke samne aata hai, aik chota shar aapke samne aata hai, chota sa provocation aapke samne aata hai. bas wohi aap, wohi aap tolerate kar lijiye, bas wohi baat khatam ho jayegi.</w:t>
      </w:r>
    </w:p>
    <w:p>
      <w:pPr>
        <w:jc w:val="right"/>
      </w:pPr>
      <w:r>
        <w:t>ایک چھوٹا سا ایول آپکےسامنےآتاہے، ایکچھوٹاشرآپکےسامنےآتاہے، چھوٹاساپرووکیشنآپکےسامنےآتاہے۔ بسوہیآپ ،وہیآپ ٹولریٹکرلیجئے، بس وہیباتختمہوجائےگی۔</w:t>
      </w:r>
    </w:p>
    <w:p>
      <w:r>
        <w:rPr>
          <w:b/>
        </w:rPr>
        <w:t xml:space="preserve">[55:49] </w:t>
      </w:r>
      <w:r>
        <w:t>isiko Hazrat Umar ne kaha tha ke la yus al aqil alladhi ya'rif al khair min al sharr walakin la yus al aqil alladhi ya'rif khair al sharr</w:t>
      </w:r>
    </w:p>
    <w:p>
      <w:pPr>
        <w:jc w:val="right"/>
      </w:pPr>
      <w:r>
        <w:t>اسیکوحضرتعمر نےکہاتھا کہل يس العاقل الذي يعرف الخير من الشر ولك نه الذي يعرف خير الشر</w:t>
      </w:r>
    </w:p>
    <w:p>
      <w:r>
        <w:rPr>
          <w:b/>
        </w:rPr>
        <w:t xml:space="preserve">[56:01] </w:t>
      </w:r>
      <w:r>
        <w:t>woh aadmi wa'iz aadmi nahi hai. yeh bohat hi important baat hai, samajhye isko. Hazrat Umar Farooq jo second caliph the, unhone kaha: "woh aadmi wa'iz aadmi nahi hai jo sirf shar aur aur khair ko jaane."</w:t>
      </w:r>
    </w:p>
    <w:p>
      <w:pPr>
        <w:jc w:val="right"/>
      </w:pPr>
      <w:r>
        <w:t>وہ آدمی واعظآدمینہیںہے۔ یہبہتہیامپورٹنٹباتہے،سم جھیےاسکو۔حضرتعمرفاروقجو سیکنڈگالیفتھے، انہوںنےکہا: "وہآدمی واعظآدمینہیںہے جو صرف شراور اور خیرکو جانے۔"</w:t>
      </w:r>
    </w:p>
    <w:p>
      <w:r>
        <w:rPr>
          <w:b/>
        </w:rPr>
        <w:t xml:space="preserve">[56:18] </w:t>
      </w:r>
      <w:r>
        <w:t>yeh right hai, yeh wrong hai, yeh jaane.</w:t>
      </w:r>
    </w:p>
    <w:p>
      <w:pPr>
        <w:jc w:val="right"/>
      </w:pPr>
      <w:r>
        <w:t>یہ رائٹہے،یہرانگہے، یہ جانے۔</w:t>
      </w:r>
    </w:p>
    <w:p>
      <w:r>
        <w:rPr>
          <w:b/>
        </w:rPr>
        <w:t xml:space="preserve">[56:27] </w:t>
      </w:r>
      <w:r>
        <w:t>wa'iz aadmi woh hai jo yeh jaane ke do evil mein lesser evil kaunsa hai, khair al sharrin.</w:t>
      </w:r>
    </w:p>
    <w:p>
      <w:pPr>
        <w:jc w:val="right"/>
      </w:pPr>
      <w:r>
        <w:t>واعظآدمیوہہےجو یہ جان ے کہ دو ایولمیں لیسرایولکونساہے، خیر الشر ین۔</w:t>
      </w:r>
    </w:p>
    <w:p>
      <w:r>
        <w:rPr>
          <w:b/>
        </w:rPr>
        <w:t xml:space="preserve">[56:37] </w:t>
      </w:r>
      <w:r>
        <w:t>kyunke humein do evil ka mein se aik ka choice hai, evil free ka choice nahi hai, no evil ka choice nahi hai.</w:t>
      </w:r>
    </w:p>
    <w:p>
      <w:pPr>
        <w:jc w:val="right"/>
      </w:pPr>
      <w:r>
        <w:t>کیونکہہمیںدوایولکا میںسےایککاچوائسہے، ایولفریکا چوائسہینہیںہے، نوایولکاچوائسنہیںہے۔</w:t>
      </w:r>
    </w:p>
    <w:p>
      <w:r>
        <w:rPr>
          <w:b/>
        </w:rPr>
        <w:t xml:space="preserve">[56:47] </w:t>
      </w:r>
      <w:r>
        <w:t>humein is duniya mein no evil ka choice nahi hai, lesser evil aur greater evil ka choice hai. toh unhone kaha tha ke jo aadmi yeh jaane ke kaunsa lesser evil hai aur usko ap takkar le, wohi wohi wa'iz aadmi hai.</w:t>
      </w:r>
    </w:p>
    <w:p>
      <w:pPr>
        <w:jc w:val="right"/>
      </w:pPr>
      <w:r>
        <w:t>ہمیںاسدنیا میں نو ایول کا چوائسنہیںہے، لیسرایولاور گریٹرایولکاچوائسہے۔ توانہوںنےکہاکہجوآدمییہجانے کہ کونسالیسرایول ہے اوراسکو اپ ٹکرلے، وہی وہی واعظآدمیہے۔</w:t>
      </w:r>
    </w:p>
    <w:p>
      <w:r>
        <w:rPr>
          <w:b/>
        </w:rPr>
        <w:t xml:space="preserve">[57:08] </w:t>
      </w:r>
      <w:r>
        <w:t>toh meri baaton ka khulasa yeh hai ke violence koi sada baat nahi hai.</w:t>
      </w:r>
    </w:p>
    <w:p>
      <w:pPr>
        <w:jc w:val="right"/>
      </w:pPr>
      <w:r>
        <w:t>تومیریباتوںکاخلاصہیہہے کہ وائیلنسکوئیسادہباتنہیںہے۔</w:t>
      </w:r>
    </w:p>
    <w:p>
      <w:r>
        <w:rPr>
          <w:b/>
        </w:rPr>
        <w:t xml:space="preserve">[57:15] </w:t>
      </w:r>
      <w:r>
        <w:t>violence karna apne aap ko is risk ki taraf le jana hai ke jannat se aap ko explosion mil jaye, jaise Adam ko mila tha.</w:t>
      </w:r>
    </w:p>
    <w:p>
      <w:pPr>
        <w:jc w:val="right"/>
      </w:pPr>
      <w:r>
        <w:t>وائیلنس کرنا اپنےآپکو اس رسککیطرفلےجاناہے کہجنت سےآپکو ایکسپلژنملجائے،جیسےآدمکوملاتھا۔</w:t>
      </w:r>
    </w:p>
    <w:p>
      <w:r>
        <w:rPr>
          <w:b/>
        </w:rPr>
        <w:t xml:space="preserve">[57:25] </w:t>
      </w:r>
      <w:r>
        <w:t>kyunke fibonacci wohan bhi tha, aik fibonacci yahan bhi hai, aur yahan ka fibonacci jo hai, woh violence hai. toh apne andar positive thinking paida kijiye aur provocation ko tolerate kijiye.</w:t>
      </w:r>
    </w:p>
    <w:p>
      <w:pPr>
        <w:jc w:val="right"/>
      </w:pPr>
      <w:r>
        <w:t>کیونکہ فائبر نٹریوہاںبھیتھا،ایکفائبر نٹرییہاںبھیہے، اوریہاںکافائبر نٹریجوہے،وہ وائیلنسہے۔ تو اپنے اندرپازیٹیوتھنکنگپیداکیجئے اور پرووکیشنکوٹولریٹکیجئے۔</w:t>
      </w:r>
    </w:p>
    <w:p>
      <w:r>
        <w:rPr>
          <w:b/>
        </w:rPr>
        <w:t xml:space="preserve">[57:41] </w:t>
      </w:r>
      <w:r>
        <w:t>koi cheez bura lage toh koi diffuse kijiye.</w:t>
      </w:r>
    </w:p>
    <w:p>
      <w:pPr>
        <w:jc w:val="right"/>
      </w:pPr>
      <w:r>
        <w:t>کوئیچیزبریلگےتوکوئیڈیفیوزکیجئے۔</w:t>
      </w:r>
    </w:p>
    <w:p>
      <w:r>
        <w:rPr>
          <w:b/>
        </w:rPr>
        <w:t xml:space="preserve">[57:46] </w:t>
      </w:r>
      <w:r>
        <w:t>apne aap ko hamesha normal rakhiye, lesser evil ko bardasht kijiye taake aap violence tak na chale jayein.</w:t>
      </w:r>
    </w:p>
    <w:p>
      <w:pPr>
        <w:jc w:val="right"/>
      </w:pPr>
      <w:r>
        <w:t>اپنےآپکو ہمیشہ نارملرکھیے، لیسرایولکوبرداشتکیجئے تاکہآپ وائیلنستکنہچلےجائیں۔</w:t>
      </w:r>
    </w:p>
    <w:p>
      <w:r>
        <w:rPr>
          <w:b/>
        </w:rPr>
        <w:t xml:space="preserve">[57:58] </w:t>
      </w:r>
      <w:r>
        <w:t>violence tak jaate hi aap hell ke door par pahunch jaate hain. yaani peaceful tareeqe par jo chalega, woh aakhir mein pahunchega paradise ke door par.</w:t>
      </w:r>
    </w:p>
    <w:p>
      <w:pPr>
        <w:jc w:val="right"/>
      </w:pPr>
      <w:r>
        <w:t>وائیلنستکجاتےہیآپ ہیلکےڈورپرپہنچجاتےہیں۔ یعنی پیسفلطریقےپرجوچلےگا، وہ آخرمیں پہنچےگا پیراڈائزکےڈورپر۔</w:t>
      </w:r>
    </w:p>
    <w:p>
      <w:r>
        <w:rPr>
          <w:b/>
        </w:rPr>
        <w:t xml:space="preserve">[58:10] </w:t>
      </w:r>
      <w:r>
        <w:t>jo violence ke raaste par chalega, woh aakhir mein pahunch jayega hell ke door par.</w:t>
      </w:r>
    </w:p>
    <w:p>
      <w:pPr>
        <w:jc w:val="right"/>
      </w:pPr>
      <w:r>
        <w:t>جو وائیلنسکےراستےپرچلےگا،وہآخرمیںپہنچجائےگاہیلکےڈورپر۔</w:t>
      </w:r>
    </w:p>
    <w:p>
      <w:r>
        <w:rPr>
          <w:b/>
        </w:rPr>
        <w:t xml:space="preserve">[58:15] </w:t>
      </w:r>
      <w:r>
        <w:t>toh choose between the two.</w:t>
      </w:r>
    </w:p>
    <w:p>
      <w:pPr>
        <w:jc w:val="right"/>
      </w:pPr>
      <w:r>
        <w:t>تو چوزبٹویندا ٹو۔</w:t>
      </w:r>
    </w:p>
    <w:p>
      <w:r>
        <w:rPr>
          <w:b/>
        </w:rPr>
        <w:t xml:space="preserve">[58:23] </w:t>
      </w:r>
      <w:r>
        <w:t>Allah taala mujhe aur aap ko neki ki tofeeq ataa farmaye. aqool qawli haza wastaghfirullaha walakum walimajmaeen</w:t>
      </w:r>
    </w:p>
    <w:p>
      <w:pPr>
        <w:jc w:val="right"/>
      </w:pPr>
      <w:r>
        <w:t>اللہ تعالیمج ھکواورآپکو نیکیکیتوفیقعطافرمائے۔ اقول قولھذا واستغفراللہ لیول کماجمعین</w:t>
      </w:r>
    </w:p>
    <w:p>
      <w:r>
        <w:rPr>
          <w:b/>
        </w:rPr>
        <w:t xml:space="preserve">[58:46] </w:t>
      </w:r>
      <w:r>
        <w:t>ram shaframdaily. Why do Muslims fail to understand the importance of peace?</w:t>
      </w:r>
    </w:p>
    <w:p>
      <w:pPr>
        <w:jc w:val="right"/>
      </w:pPr>
      <w:r>
        <w:t>ر امشفرامڈیلی ۔Why doMuslims fa iltounder stand theimport ance of peace?</w:t>
      </w:r>
    </w:p>
    <w:p>
      <w:r>
        <w:rPr>
          <w:b/>
        </w:rPr>
        <w:t xml:space="preserve">[58:59] </w:t>
      </w:r>
      <w:r>
        <w:t>jahan tak mein samajhta hoon, hota yeh hai ke koi cheez hoti hai zindagi mein jo aap ko provoke karti hai. yaani provocative situation is a part of life,</w:t>
      </w:r>
    </w:p>
    <w:p>
      <w:pPr>
        <w:jc w:val="right"/>
      </w:pPr>
      <w:r>
        <w:t>جہاںتکمیں سمجھتاہوں، ہوتایہہےکہ کوئی چیز ہوتیہےزندگی میںجوآپکوپرو وککرتیہے۔ یعنی پرو وکیٹیوسچوئیشن از ا پارٹآف لائف،</w:t>
      </w:r>
    </w:p>
    <w:p>
      <w:r>
        <w:rPr>
          <w:b/>
        </w:rPr>
        <w:t xml:space="preserve">[59:13] </w:t>
      </w:r>
      <w:r>
        <w:t>woh hota hi rehta hai.</w:t>
      </w:r>
    </w:p>
    <w:p>
      <w:pPr>
        <w:jc w:val="right"/>
      </w:pPr>
      <w:r>
        <w:t>وہہوتاہیہوتارہتاہے۔</w:t>
      </w:r>
    </w:p>
    <w:p>
      <w:r>
        <w:rPr>
          <w:b/>
        </w:rPr>
        <w:t xml:space="preserve">[59:16] </w:t>
      </w:r>
      <w:r>
        <w:t>Muslim jo hain is zamane mein, kyunke humare jitne leader the, woh sab insaaf pardazi, insaaf pardaz aur khateeb aur shayar the.</w:t>
      </w:r>
    </w:p>
    <w:p>
      <w:pPr>
        <w:jc w:val="right"/>
      </w:pPr>
      <w:r>
        <w:t>مس لمان جوہیں اسزمانےمیں ،کیونکہہمارےجتنےلیڈرتھے،وہ سب انصافپردازی، انصافپرداز اور خط یباور شاعرتھے۔</w:t>
      </w:r>
    </w:p>
    <w:p>
      <w:r>
        <w:rPr>
          <w:b/>
        </w:rPr>
        <w:t xml:space="preserve">[59:25] </w:t>
      </w:r>
      <w:r>
        <w:t>toh poori poori qaum ko unhone jazbati bana diya. jitne leader humare hain, sab</w:t>
      </w:r>
    </w:p>
    <w:p>
      <w:pPr>
        <w:jc w:val="right"/>
      </w:pPr>
      <w:r>
        <w:t>تو پوریپوریقومکوانہوںنےجذباتیبنادیا۔ جتنےلیڈرہمارےہیں،سب</w:t>
      </w:r>
    </w:p>
    <w:p>
      <w:r>
        <w:rPr>
          <w:b/>
        </w:rPr>
        <w:t xml:space="preserve">[59:33] </w:t>
      </w:r>
      <w:r>
        <w:t>aur writer the, shayar the aur insaaf pardaz the. woh jo emotional baatein karte the, mein samajhta hoon ismein koi exception nahi hai.</w:t>
      </w:r>
    </w:p>
    <w:p>
      <w:pPr>
        <w:jc w:val="right"/>
      </w:pPr>
      <w:r>
        <w:t>اور یٹر تھے،شاعرتھے اور انصافپرداز تھے۔ وہجوایموشنلباتیںکرتے تھے، میںسمجھتاہوںاسمیںکوئیایکسیپشننہیںہے۔</w:t>
      </w:r>
    </w:p>
    <w:p>
      <w:r>
        <w:rPr>
          <w:b/>
        </w:rPr>
        <w:t xml:space="preserve">[59:43] </w:t>
      </w:r>
      <w:r>
        <w:t>toh poori qaum ko bana diya emotional. toh koi provocation hua, bhadak uthe. yaani Muslim jaante hi nahi ke humein tolerate karna hai, humein sabar karna hai, apne ko sambhal kar rakhna hai.</w:t>
      </w:r>
    </w:p>
    <w:p>
      <w:pPr>
        <w:jc w:val="right"/>
      </w:pPr>
      <w:r>
        <w:t>تو پوریقومکوبنادیاایموشنل۔ توکوئی پرووکیشنہوا،بھڑکاٹھے۔ یعنی مس لمان جانتےہینہیںکہہمیںٹولریٹکرناہے، ہمیںصبرکرناہے، اپنے کوسنبھالکررکھناہے۔</w:t>
      </w:r>
    </w:p>
    <w:p>
      <w:r>
        <w:rPr>
          <w:b/>
        </w:rPr>
        <w:t xml:space="preserve">[59:59] </w:t>
      </w:r>
      <w:r>
        <w:t>jab aap bhadak jayenge toh yahi hoga,</w:t>
      </w:r>
    </w:p>
    <w:p>
      <w:pPr>
        <w:jc w:val="right"/>
      </w:pPr>
      <w:r>
        <w:t>جب آپ بھڑکجائیںگےتویہیہوگا،</w:t>
      </w:r>
    </w:p>
    <w:p>
      <w:r>
        <w:rPr>
          <w:b/>
        </w:rPr>
        <w:t xml:space="preserve">[1:00:05] </w:t>
      </w:r>
      <w:r>
        <w:t>yahi hoga ke jo us waqt ho raha hai.</w:t>
      </w:r>
    </w:p>
    <w:p>
      <w:pPr>
        <w:jc w:val="right"/>
      </w:pPr>
      <w:r>
        <w:t>یہیہوگاکہجو اسوقتہورہاہے۔</w:t>
      </w:r>
    </w:p>
    <w:p>
      <w:r>
        <w:rPr>
          <w:b/>
        </w:rPr>
        <w:t xml:space="preserve">[1:00:13] </w:t>
      </w:r>
      <w:r>
        <w:t>This question is from Dr. Far idahKhanumfrom Delhi. Whyisit that Muslims are not able to under stand that God has prom isedtohelpthe d ice ?</w:t>
      </w:r>
    </w:p>
    <w:p>
      <w:pPr>
        <w:jc w:val="right"/>
      </w:pPr>
      <w:r>
        <w:t>Thisquestion is from Dr. Far idahKhanumfrom Delhi. Whyisit that Muslims are not able to under stand that God has prom isedtohelpthe d ice ?</w:t>
      </w:r>
    </w:p>
    <w:p>
      <w:r>
        <w:rPr>
          <w:b/>
        </w:rPr>
        <w:t xml:space="preserve">[1:00:26] </w:t>
      </w:r>
      <w:r>
        <w:t>We just have to invol ve ours elvesin دعویٰwork andGod will take careof everyth ing. کائنڈلیکمنٹ۔ دیکھیے، مس لمانج وہیں، کسی بھی سے ملیے،حتیٰکہعالموںسےبھیملی ے،</w:t>
      </w:r>
    </w:p>
    <w:p>
      <w:pPr>
        <w:jc w:val="right"/>
      </w:pPr>
      <w:r>
        <w:t>We just have to invol ve ours elvesin دعویٰwork andGod will take careof everyth ing. کائنڈلیکمنٹ۔ دیکھیے، مس لمانجوہیں، کسی بھی سے ملیے،حتیٰکہعالموںسےبھیملی ے،</w:t>
      </w:r>
    </w:p>
    <w:p>
      <w:r>
        <w:rPr>
          <w:b/>
        </w:rPr>
        <w:t xml:space="preserve">[1:00:40] </w:t>
      </w:r>
      <w:r>
        <w:t>وہ اپنا جو منصوبہبناتےہیں، جو پروگرامبناتےہیں، وہقرآنسےمطالعہکرکےنہیںلیتے۔ مجھےایک بھیعالمایسانہیںمعلومہے، عوامبھینہیںکرتے کہ قرآنکوپڑھیں،</w:t>
      </w:r>
    </w:p>
    <w:p>
      <w:pPr>
        <w:jc w:val="right"/>
      </w:pPr>
      <w:r>
        <w:t>وہ اپنا جو منصوبہبناتےہیں، جو پروگرامبناتےہیں،وہقرآنسےمطالعہکرکےنہیںلیتے۔ مجھےایک بھیعالمایسانہیںمعلومہے، عوامبھینہیںکرتے کہ قرآنکوپڑھیں،</w:t>
      </w:r>
    </w:p>
    <w:p>
      <w:r>
        <w:rPr>
          <w:b/>
        </w:rPr>
        <w:t xml:space="preserve">[1:00:56] </w:t>
      </w:r>
      <w:r>
        <w:t>ٹرانسلیشنپڑھیں،عربیسےپڑھیں، پڑھکرکےجانیں ۔ مجھےجب یہ مشنشروعکرناتھا تو پورےپورےقرآنکومیںنےکئیبارپڑھا، یہ جان نےکےلیے کہ خداکیاچاہتاہے۔</w:t>
      </w:r>
    </w:p>
    <w:p>
      <w:pPr>
        <w:jc w:val="right"/>
      </w:pPr>
      <w:r>
        <w:t>ٹرانسلیشنپڑھیں،عربیسےپڑھیں، پڑھکرکےجانیں۔ مجھےجب یہ مشنشروعکرناتھا تو پورےپورےقرآنکومیںنےکئیبارپڑھا، یہ جان نےکےلیے کہ خداکیاچاہتاہے۔</w:t>
      </w:r>
    </w:p>
    <w:p>
      <w:r>
        <w:rPr>
          <w:b/>
        </w:rPr>
        <w:t xml:space="preserve">[1:01:11] </w:t>
      </w:r>
      <w:r>
        <w:t>قرآنمیںہےکہ ہمنےاتاراہےقرآن فی الذکرکم اسمیںتمہاراذکرہے،اسمیںتمہارییاددہانیہے، اسمیںتمہارےلیےمیسجہے۔ اسآیتکولےکرکےمیںقرآنکو باربارپڑھا،میںنے اےسےزیڈتک ۔پھرمجھے ملاکہ خداکیاچاہتاہے۔</w:t>
      </w:r>
    </w:p>
    <w:p>
      <w:pPr>
        <w:jc w:val="right"/>
      </w:pPr>
      <w:r>
        <w:t>قرآنمیںہےکہ ہمنےاتاراہےقرآن فی الذکرکم اسمیںتمہاراذکرہے،اسمیںتمہارییاددہانیہے، اسمیںتمہارےلیےمیسجہے۔ اسآیتکولےکرکےمیںقرآنکو باربارپڑھا،میںنے اےسےزیڈتک ۔پھرمجھے ملاکہ خداکیاچاہتاہے۔</w:t>
      </w:r>
    </w:p>
    <w:p>
      <w:r>
        <w:rPr>
          <w:b/>
        </w:rPr>
        <w:t xml:space="preserve">[1:01:33] </w:t>
      </w:r>
      <w:r>
        <w:t>مثالکےطورپریہآیتہے رسولاللہکوخطابکرتے ہوئے کہ جو تمہارےاوپرریویلکیاگیاہے، اسکولوگوںتکپہنچادو۔</w:t>
      </w:r>
    </w:p>
    <w:p>
      <w:pPr>
        <w:jc w:val="right"/>
      </w:pPr>
      <w:r>
        <w:t>مثالکےطورپریہآیتہے رسولاللہکوخطابکرتے ہوئے کہ جو تمہارےاوپرریویلکیاگیاہے، اسکولوگوںتکپہنچادو۔</w:t>
      </w:r>
    </w:p>
    <w:p>
      <w:r>
        <w:rPr>
          <w:b/>
        </w:rPr>
        <w:t xml:space="preserve">[1:01:46] </w:t>
      </w:r>
      <w:r>
        <w:t>یا ای ہاالرسولبلغ معون الیک منربک وانلمتفعل وہاںپرلخترسالت واللہ یاسم کمن الناس۔</w:t>
      </w:r>
    </w:p>
    <w:p>
      <w:pPr>
        <w:jc w:val="right"/>
      </w:pPr>
      <w:r>
        <w:t>یا ای ہاالرسولبلغ معون الیک منربک وانلمتفعل وہاںپرلخترسالت وال لہ یاسم کمن الناس۔</w:t>
      </w:r>
    </w:p>
    <w:p>
      <w:r>
        <w:rPr>
          <w:b/>
        </w:rPr>
        <w:t xml:space="preserve">[1:01:54] </w:t>
      </w:r>
      <w:r>
        <w:t>یعنیدعویٰورککرو، قرآنکامیسجپہنچاؤ، اور جہاںتک باتہے دوسروںسے حفاظتکی، وہخدانے ذمےلےلیاہے۔</w:t>
      </w:r>
    </w:p>
    <w:p>
      <w:pPr>
        <w:jc w:val="right"/>
      </w:pPr>
      <w:r>
        <w:t>یعنیدعویٰورککرو، قرآنکامیسجپہنچاؤ، اور جہاںتک باتہے دوسروںسے حفاظتکی،وہخدانے ذمےلےلیاہے۔</w:t>
      </w:r>
    </w:p>
    <w:p>
      <w:r>
        <w:rPr>
          <w:b/>
        </w:rPr>
        <w:t xml:space="preserve">[1:02:07] </w:t>
      </w:r>
      <w:r>
        <w:t>حیدرآبادمیںایک علماءکیکانفرنستھی، انڈیابھرکےعلماءاکٹھاتھے۔ یہ سبباتیںہورہ یتھیں کہانڈیامیںیہ ظلم ہے،انڈیامیںوہ سازشہے۔</w:t>
      </w:r>
    </w:p>
    <w:p>
      <w:pPr>
        <w:jc w:val="right"/>
      </w:pPr>
      <w:r>
        <w:t>حیدرآبادمیںایک علماءکیکانفرنستھی، انڈیابھرکےعلماءاکٹھاتھے۔ یہ سبباتیںہورہ یتھیں کہانڈیامیںیہ ظلم ہے،انڈیامیںوہ سازشہے۔</w:t>
      </w:r>
    </w:p>
    <w:p>
      <w:r>
        <w:rPr>
          <w:b/>
        </w:rPr>
        <w:t xml:space="preserve">[1:02:18] </w:t>
      </w:r>
      <w:r>
        <w:t>تو میںنےیہآیتپڑھی،وہاںپر</w:t>
      </w:r>
    </w:p>
    <w:p>
      <w:pPr>
        <w:jc w:val="right"/>
      </w:pPr>
      <w:r>
        <w:t>تو میںنےیہآیتپڑھی،وہاںپر</w:t>
      </w:r>
    </w:p>
    <w:p>
      <w:r>
        <w:rPr>
          <w:b/>
        </w:rPr>
        <w:t xml:space="preserve">[1:02:22] </w:t>
      </w:r>
      <w:r>
        <w:t>تمام مدارسکے علم اء اکٹھاتھے۔ یہآیتمیںنےپڑھی، پھرمیںنےکہاکہدیکھیے،اسمیںہے واللہ یاسم کمن الناس تومیںنےکہاکہ تب لیغ معاذ اللہ پر عصمت من الناس کاوعدہ کیاگیاہے۔</w:t>
      </w:r>
    </w:p>
    <w:p>
      <w:pPr>
        <w:jc w:val="right"/>
      </w:pPr>
      <w:r>
        <w:t>تمام مدارسکے علم اء اکٹھاتھے۔ یہآیتمیںنےپڑھی، پھرمیںنےکہاکہدیکھیے،اسمیںہے واللہ یاسم کمن الناس تومیںنےکہاکہ تب لیغ معاذ اللہ پر عصمت من الناس کاوعدہکیاگیاہے۔</w:t>
      </w:r>
    </w:p>
    <w:p>
      <w:r>
        <w:rPr>
          <w:b/>
        </w:rPr>
        <w:t xml:space="preserve">[1:02:42] </w:t>
      </w:r>
      <w:r>
        <w:t>ابتک مجھےیادہےکہ دار الع لوم ندوہکے وہاں محترمصاحبتھے،مولاناعبدالعرفانصاحب، ابانکاانتقالہوگیا۔</w:t>
      </w:r>
    </w:p>
    <w:p>
      <w:pPr>
        <w:jc w:val="right"/>
      </w:pPr>
      <w:r>
        <w:t>ابتکمجھےیادہےکہ دار الع لوم ندوہکے وہاں محترمصاحبتھے،مولاناعبدالعرفانصاحب، ابانکاانتقالہوگیا۔</w:t>
      </w:r>
    </w:p>
    <w:p>
      <w:r>
        <w:rPr>
          <w:b/>
        </w:rPr>
        <w:t xml:space="preserve">[1:02:51] </w:t>
      </w:r>
      <w:r>
        <w:t>توانہوںنےبہت ہی اسسےکہاکہاچھا،یہبات قرآنمیںہے، اور آجآجآپیاددلادیا۔</w:t>
      </w:r>
    </w:p>
    <w:p>
      <w:pPr>
        <w:jc w:val="right"/>
      </w:pPr>
      <w:r>
        <w:t>توانہوںنےبہت ہی اسسےکہاکہاچھا،یہبات قرآنمیںہے، اور آجآجآپیاددلادیا۔</w:t>
      </w:r>
    </w:p>
    <w:p>
      <w:r>
        <w:rPr>
          <w:b/>
        </w:rPr>
        <w:t xml:space="preserve">[1:02:59] </w:t>
      </w:r>
      <w:r>
        <w:t>تو قرآنمیںپڑھکرکےجب میںنکالیںآپ توکیاہوگا؟ جو دماغمیںخیالاتبھڑکرہےہیں، جو اخباروںمیںجوپڑھرہےہیں،آپادھرادھرسے سن رہےہیں،اسی پرآپ منصوبہبنائیںگےاپنا ، اسیسےآپنےپلاننگکریںگے۔</w:t>
      </w:r>
    </w:p>
    <w:p>
      <w:pPr>
        <w:jc w:val="right"/>
      </w:pPr>
      <w:r>
        <w:t>تو قرآنمیں پڑھکرکےجب میںنکالیںآپ توکیاہوگا؟ جو دماغمیںخیالاتبھڑکرہےہیں، جو اخباروںمیںجوپڑھرہےہیں،آپادھرادھرسے سن رہےہیں،اسی پرآپ منصوبہبنائیںگےاپنا ، اسیسےآپنےپلاننگکریںگے۔</w:t>
      </w:r>
    </w:p>
    <w:p>
      <w:r>
        <w:rPr>
          <w:b/>
        </w:rPr>
        <w:t xml:space="preserve">[1:03:13] </w:t>
      </w:r>
      <w:r>
        <w:t>ہماری پلاننگج وہے، قرآنکوپڑھکرنہیںہوئیہے۔</w:t>
      </w:r>
    </w:p>
    <w:p>
      <w:pPr>
        <w:jc w:val="right"/>
      </w:pPr>
      <w:r>
        <w:t>ہماری پلاننگجوہے، قرآنکوپڑھکرنہیںہوئیہے۔</w:t>
      </w:r>
    </w:p>
    <w:p>
      <w:r>
        <w:rPr>
          <w:b/>
        </w:rPr>
        <w:t xml:space="preserve">[1:03:17] </w:t>
      </w:r>
      <w:r>
        <w:t>میںنےبہت لوگوںسےپوچھا کہکیا آپ نےجوپلاننگکیہے، ایساہواہےکہآپنےاسپورےقرآنکواسینظر سےپڑھا، اسینظریےسے؟</w:t>
      </w:r>
    </w:p>
    <w:p>
      <w:pPr>
        <w:jc w:val="right"/>
      </w:pPr>
      <w:r>
        <w:t>میںنےبہت لوگوںسےپوچھا کہکیا آپ نےجوپلاننگکیہے، ایساہواہےکہآپنےاسپورےقرآنکواسینظر سےپڑھا، اسینظریےسے؟</w:t>
      </w:r>
    </w:p>
    <w:p>
      <w:r>
        <w:rPr>
          <w:b/>
        </w:rPr>
        <w:t xml:space="preserve">[1:03:28] </w:t>
      </w:r>
      <w:r>
        <w:t>تو کسی نےنہیںکہاکہہمنےپڑھا۔ حیدرآباد میںسارےعلماءاکٹھاتھے،میںنےانسےکہاکہدیکھیں،قرآنصافصافہے کہتبلیغ ،تبلیغ معاذ اللہ میں عصمت منالناسکارازچھپاہواہے۔</w:t>
      </w:r>
    </w:p>
    <w:p>
      <w:pPr>
        <w:jc w:val="right"/>
      </w:pPr>
      <w:r>
        <w:t>تو کسی نےنہیںکہاکہہمنے پڑھا۔ حیدرآباد میںسارےعلماءاکٹھاتھے،میںنےانسےکہاکہدیکھیں،قرآنصافصافہے کہتبلیغ ،تبلیغ معاذ اللہ میں عصمت منالناسکارازچھپاہواہے۔</w:t>
      </w:r>
    </w:p>
    <w:p>
      <w:r>
        <w:rPr>
          <w:b/>
        </w:rPr>
        <w:t xml:space="preserve">[1:03:43] </w:t>
      </w:r>
      <w:r>
        <w:t>توانکوعجیبسیبات</w:t>
      </w:r>
    </w:p>
    <w:p>
      <w:pPr>
        <w:jc w:val="right"/>
      </w:pPr>
      <w:r>
        <w:t>توانکوعجیبسیبات</w:t>
      </w:r>
    </w:p>
    <w:p>
      <w:r>
        <w:rPr>
          <w:b/>
        </w:rPr>
        <w:t xml:space="preserve">[1:03:44] </w:t>
      </w:r>
      <w:r>
        <w:t>لگیہے، جیسےمیںانوکھیباتکہہرہاہوں۔ تو راز صرف سادہہے،بالکل وہہےقرآنکو کتاب ہدایت نہبنانا، قرآنسے گائیڈنس نہلینا۔</w:t>
      </w:r>
    </w:p>
    <w:p>
      <w:pPr>
        <w:jc w:val="right"/>
      </w:pPr>
      <w:r>
        <w:t>لگیہے، جیسےمیںانوکھیباتکہہرہاہوں۔ تو راز صرف سادہہے،بالکل وہہےقرآنکو کتاب ہدایت نہبنانا، قرآنسے گائیڈنس نہلینا۔</w:t>
      </w:r>
    </w:p>
    <w:p>
      <w:r>
        <w:rPr>
          <w:b/>
        </w:rPr>
        <w:t xml:space="preserve">[1:03:58] </w:t>
      </w:r>
      <w:r>
        <w:t>گائیڈنسکہاںسےلیتےہیںلوگ ؟ اخباریباتوںسے ، جلسوںکیتقریروںسے ،ادھرادھرجوچرچاہوتاہے،اسسے، حیرت سےکہ توڑیانےکیاکہہدیا،اشرفسنگلنےکیاکہہدیا۔یہخوبخبرہےلوگوںکو ،یہخوبخبرہے،اورقرآننےکیا کہا،اسکیکوئیخبرنہیں ۔</w:t>
      </w:r>
    </w:p>
    <w:p>
      <w:pPr>
        <w:jc w:val="right"/>
      </w:pPr>
      <w:r>
        <w:t>گائیڈنسکہاںسےلیتےہیںلوگ ؟ اخباریباتوںسے ، جلسوںکیتقریروںسے ،ادھرادھرجوچرچاہوتاہے،اسسے، حیرت سےکہ توڑیانےکیاکہہدیا،اشرفسنگلنےکیاکہہدیا۔یہخوبخبرہےلوگوںکو ، یہخوبخبرہے،اورقرآننےکیا کہا،اسکیکوئیخبرنہیں ۔</w:t>
      </w:r>
    </w:p>
    <w:p>
      <w:r>
        <w:rPr>
          <w:b/>
        </w:rPr>
        <w:t xml:space="preserve">[1:04:16] </w:t>
      </w:r>
      <w:r>
        <w:t>یہ پوریامتکامعاملہہے، انڈیاہیکیباتنہیںہے، دنیا میںجہاںبھیآپجائیے، ہرجگہیہیہے۔</w:t>
      </w:r>
    </w:p>
    <w:p>
      <w:pPr>
        <w:jc w:val="right"/>
      </w:pPr>
      <w:r>
        <w:t>یہ پوریامتکامعاملہہے، انڈیاہیکیباتنہیںہے، دنیا میںجہاںبھیآپجائیے، ہرجگہیہیہے۔</w:t>
      </w:r>
    </w:p>
    <w:p>
      <w:r>
        <w:rPr>
          <w:b/>
        </w:rPr>
        <w:t xml:space="preserve">[1:04:25] </w:t>
      </w:r>
      <w:r>
        <w:t>ابہمیںپھرسے لوگوںکو ایک ایک نیا ،ایکنئیسوچ لانیہےلوگوںکےاندر کہتم پہلے قرآن سےگائیڈنس تلاشکرو ۔جب گائیڈنسملجائےتواسپر اپنی اپناپلانبناؤ۔</w:t>
      </w:r>
    </w:p>
    <w:p>
      <w:pPr>
        <w:jc w:val="right"/>
      </w:pPr>
      <w:r>
        <w:t>ابہمیںپھرسے لوگوںکو ایک ایک نیا ،ایکنئیسوچ لانیہےلوگوںکےاندر کہتم پہلے قرآن سےگائیڈنس تلاشکرو ۔جب گائیڈنسملجائےتواسپر اپنی اپناپلانبناؤ۔</w:t>
      </w:r>
    </w:p>
    <w:p>
      <w:r>
        <w:rPr>
          <w:b/>
        </w:rPr>
        <w:t xml:space="preserve">[1:04:40] </w:t>
      </w:r>
      <w:r>
        <w:t>یوںہیبھڑککرکے پلان پلانبن انا تو اس کوitisdoomedtofailure اوریہہورہاہے۔</w:t>
      </w:r>
    </w:p>
    <w:p>
      <w:pPr>
        <w:jc w:val="right"/>
      </w:pPr>
      <w:r>
        <w:t>یوںہیبھڑککرکے پلان پلانبن انا تو اس کوitisdoomedtofailure اوریہہورہاہے۔</w:t>
      </w:r>
    </w:p>
    <w:p>
      <w:r>
        <w:rPr>
          <w:b/>
        </w:rPr>
        <w:t xml:space="preserve">[1:04:49] </w:t>
      </w:r>
      <w:r>
        <w:t>This question is from Mr. Idris from Delhi. Most ofthe jih adishave neverread Islam from its first source, that is,Q uran andHadith.</w:t>
      </w:r>
    </w:p>
    <w:p>
      <w:pPr>
        <w:jc w:val="right"/>
      </w:pPr>
      <w:r>
        <w:t>This question is from Mr. Idris from Delhi. Most ofthe jih adishave neverread Islam from its first source, that is,Q uran andHadith.</w:t>
      </w:r>
    </w:p>
    <w:p>
      <w:r>
        <w:rPr>
          <w:b/>
        </w:rPr>
        <w:t xml:space="preserve">[1:05:03] </w:t>
      </w:r>
      <w:r>
        <w:t>Non -Muslimswho believethat Islam calls for viol ence also have not read Islam from the first source. How isit that inthetwenty-firstcent ury people fight and oppose with each other based on second ary s ources without reading it from theprimar ysource?</w:t>
      </w:r>
    </w:p>
    <w:p>
      <w:pPr>
        <w:jc w:val="right"/>
      </w:pPr>
      <w:r>
        <w:t>Non -Muslimswho believethat Islam calls for viol ence also have not read Islam from the first source. How isit that inthetwenty-firstcent ury people fight and oppose with each other based on second ary s ources without reading it from theprimar ysource?</w:t>
      </w:r>
    </w:p>
    <w:p>
      <w:r>
        <w:rPr>
          <w:b/>
        </w:rPr>
        <w:t xml:space="preserve">[1:05:24] </w:t>
      </w:r>
      <w:r>
        <w:t>wohitu tha,hamihimshanchalarehain. For many years, after much hard work, we have prepared a Quranic English translation.</w:t>
      </w:r>
    </w:p>
    <w:p>
      <w:pPr>
        <w:jc w:val="right"/>
      </w:pPr>
      <w:r>
        <w:t>وہیتو تھا،ہمیہمشنچلارہےہیں۔ برسوںبرسوںکیمحنتکےبعد ہمنےقرآنکاایکانگلشٹرانسلیشنتیارکیاہے۔</w:t>
      </w:r>
    </w:p>
    <w:p>
      <w:r>
        <w:rPr>
          <w:b/>
        </w:rPr>
        <w:t xml:space="preserve">[1:05:34] </w:t>
      </w:r>
      <w:r>
        <w:t>yehajeebbat hai kehissaman e mein allah taalineese halatpaida kiye keh pehlbar history mein ek international language bani, angrezi.</w:t>
      </w:r>
    </w:p>
    <w:p>
      <w:pPr>
        <w:jc w:val="right"/>
      </w:pPr>
      <w:r>
        <w:t>یہعجیبباتہےکہاسزمان ےمیںاللہتعالینےایسےحالاتپیدا کیے کہ پہلیبار ہسٹریمیںایک انٹرنیشنللینگویجبنی، انگریزی۔</w:t>
      </w:r>
    </w:p>
    <w:p>
      <w:r>
        <w:rPr>
          <w:b/>
        </w:rPr>
        <w:t xml:space="preserve">[1:05:45] </w:t>
      </w:r>
      <w:r>
        <w:t>esa kabhi huwanahi tha. yani computer ke age ka karishma hai. yeh mein ek ek radio par ek expert ki takra sun raha tha to usne usne usmein kahatha keh computer sirf angrezi zaban janta hai.</w:t>
      </w:r>
    </w:p>
    <w:p>
      <w:pPr>
        <w:jc w:val="right"/>
      </w:pPr>
      <w:r>
        <w:t>ایساکبھیہوانہیںتھا۔ یعنی کمپیوٹرکےایجکاکرشمہہے۔یہ میں ایک ایک ریڈیوپرایک ایکسپرٹکیٹاکسنرہاتھا تواسنےاسنےاسمیںکہاتھا کہ کمپیوٹرصرفانگریزیزبان جانتاہے۔</w:t>
      </w:r>
    </w:p>
    <w:p>
      <w:r>
        <w:rPr>
          <w:b/>
        </w:rPr>
        <w:t xml:space="preserve">[1:06:02] </w:t>
      </w:r>
      <w:r>
        <w:t>woh jo adamitha, ek expert bol raha tha, woh keh computer sirf angrezi zaban janta hai. to iska matlab yeh nahi keh absolute sense mein usne kahakeh chuki ismein shuru se jo kaam hua, woh logon ne kiya, jo angrezi knowing log the.</w:t>
      </w:r>
    </w:p>
    <w:p>
      <w:pPr>
        <w:jc w:val="right"/>
      </w:pPr>
      <w:r>
        <w:t>وہجو آدمیتھا، ایکایکسپرٹبولرہاتھا،وہ کہ کمپیوٹرصرفانگلشزبان جانتاہے۔ تو اسکامطلبیہنہیںکہ ایبسولیوٹسینسمیں اسنےکہاکہچونکہ اسمیں شروعسےجو کام ہوا ، وہ لوگوںنےکیا ،جوانگلشنوئنگلوگتھے۔</w:t>
      </w:r>
    </w:p>
    <w:p>
      <w:r>
        <w:rPr>
          <w:b/>
        </w:rPr>
        <w:t xml:space="preserve">[1:06:20] </w:t>
      </w:r>
      <w:r>
        <w:t>agar doosre zamane wale karte to ismein woh zaban aajati. ab jo computer age aaya hai to angrezi shai bangiya hai. woh ab sari duniya mein logon ko computer ki zaroorat hai.</w:t>
      </w:r>
    </w:p>
    <w:p>
      <w:pPr>
        <w:jc w:val="right"/>
      </w:pPr>
      <w:r>
        <w:t>اگر دوسرےزمانےوالے کرتے تواسمیں وہزبان آجاتی۔ ابجو کمپیوٹرایجآیاہےتوانگل شایجبنگیاہے۔وہ اب ساریدنیا میںلوگوںکوکمپیوٹرکیضرورتہے۔</w:t>
      </w:r>
    </w:p>
    <w:p>
      <w:r>
        <w:rPr>
          <w:b/>
        </w:rPr>
        <w:t xml:space="preserve">[1:06:31] </w:t>
      </w:r>
      <w:r>
        <w:t>to khuda ne ek compression create kiya, compression computer ke zariye se keh log angrezi seekhein. to is tarah khuda ne ek ek ek language ko international language bana diya.</w:t>
      </w:r>
    </w:p>
    <w:p>
      <w:pPr>
        <w:jc w:val="right"/>
      </w:pPr>
      <w:r>
        <w:t>تو خدانےایک کمپریشنکریٹکیا،کمپریشن کمپیوٹرکےذریعےسے کہلوگانگل شسیکھیں۔ تو اسطرح خدانےایک ایکایک لینگویجکو انٹرنیشنللینگویجبنادیا۔</w:t>
      </w:r>
    </w:p>
    <w:p>
      <w:r>
        <w:rPr>
          <w:b/>
        </w:rPr>
        <w:t xml:space="preserve">[1:06:44] </w:t>
      </w:r>
      <w:r>
        <w:t>yeh baat tadapta tha, isko isle karke logon se kehta tha keh achha tarjuma angrezi ka. jitne tarjume angrezi ke hain, abhi sab mein ambiguity hai, kisi mein clarity nahi hai.</w:t>
      </w:r>
    </w:p>
    <w:p>
      <w:pPr>
        <w:jc w:val="right"/>
      </w:pPr>
      <w:r>
        <w:t>یہ باتتڑپتاتھا،اسکو اسلےکرکے لوگوںسےکہتاتھا کہ اچھاترجمہانگلشکا۔ جتنےترجمےانگلشکےہیں،ابھی سب میں ایمبیگوٹیہے، کسی میںکلیرٹینہیںہے۔</w:t>
      </w:r>
    </w:p>
    <w:p>
      <w:r>
        <w:rPr>
          <w:b/>
        </w:rPr>
        <w:t xml:space="preserve">[1:06:56] </w:t>
      </w:r>
      <w:r>
        <w:t>quran ka sabse bada yani clarity paradox la hai quran majid mein.</w:t>
      </w:r>
    </w:p>
    <w:p>
      <w:pPr>
        <w:jc w:val="right"/>
      </w:pPr>
      <w:r>
        <w:t>قرآنکاسبسےبڑا یعنیکلیرٹی پاراکسلاہےقرآنمجیدمیں۔</w:t>
      </w:r>
    </w:p>
    <w:p>
      <w:r>
        <w:rPr>
          <w:b/>
        </w:rPr>
        <w:t xml:space="preserve">[1:07:02] </w:t>
      </w:r>
      <w:r>
        <w:t>lekin jo translations hain, ismein yahi cheez ghayab hai, clarity nahi hai. to jab maine dekha keh koi nahi kar raha hai to maine apni, meri beti hain, doctor farida khanum, unko le karke maine kitni muhnat ki hain, iska khuda hi janta hai.</w:t>
      </w:r>
    </w:p>
    <w:p>
      <w:pPr>
        <w:jc w:val="right"/>
      </w:pPr>
      <w:r>
        <w:t>لیکن جو ٹرانسلیشنزہیں،اسمیں یہیچیزغائبہے، کلیرٹیہینہیںہے۔ توجبمیںنےدیکھاکہکوئینہیںکررہاہے تو میںنے اپنی ،میریبیٹی ہیں، ڈاکٹرفریدہخانم،انکولےکرکےمیںنے کتنی محنتیںکیہیں،اسکا خداہیجانتاہے۔</w:t>
      </w:r>
    </w:p>
    <w:p>
      <w:r>
        <w:rPr>
          <w:b/>
        </w:rPr>
        <w:t xml:space="preserve">[1:07:21] </w:t>
      </w:r>
      <w:r>
        <w:t>bahut lambi muddat ke baad</w:t>
      </w:r>
    </w:p>
    <w:p>
      <w:pPr>
        <w:jc w:val="right"/>
      </w:pPr>
      <w:r>
        <w:t>بہت لمبیمدتکےبعد</w:t>
      </w:r>
    </w:p>
    <w:p>
      <w:r>
        <w:rPr>
          <w:b/>
        </w:rPr>
        <w:t xml:space="preserve">[1:07:27] </w:t>
      </w:r>
      <w:r>
        <w:t>maine ek martaba padha tha, ek kitab chhappi thi ek bar keh "freedom at midnight". "freedom at midnight" do authors the, iske ek french tha, ek brit tha.</w:t>
      </w:r>
    </w:p>
    <w:p>
      <w:pPr>
        <w:jc w:val="right"/>
      </w:pPr>
      <w:r>
        <w:t>میںنےایکمرتبہپڑھاتھا،ایککتاب چھپیتھیایکبار کہ "فریڈمایٹمڈنائٹ"۔ "فریڈمایٹمڈنائٹ" دواتھرز تھے،اسکےایکفرنچتھا،ایکبرٹشتھا۔</w:t>
      </w:r>
    </w:p>
    <w:p>
      <w:r>
        <w:rPr>
          <w:b/>
        </w:rPr>
        <w:t xml:space="preserve">[1:07:41] </w:t>
      </w:r>
      <w:r>
        <w:t>usne likhi thi to ek interview mein kahatha usne keh we lived like hermit and we produced freedom at midnight.</w:t>
      </w:r>
    </w:p>
    <w:p>
      <w:pPr>
        <w:jc w:val="right"/>
      </w:pPr>
      <w:r>
        <w:t>اسنےلکھیتھی توایکانٹرویومیںکہاتھااسنے کہwe livedlike her mit and weproduc edfreedomatmid night ۔</w:t>
      </w:r>
    </w:p>
    <w:p>
      <w:r>
        <w:rPr>
          <w:b/>
        </w:rPr>
        <w:t xml:space="preserve">[1:07:53] </w:t>
      </w:r>
      <w:r>
        <w:t>hum hum harbit ban gaye, yahan tak keh humne yeh kitab tayar ki. to waqe hi hai keh hamas ke liye harbit ban gaye, is tarjume ke liye.</w:t>
      </w:r>
    </w:p>
    <w:p>
      <w:pPr>
        <w:jc w:val="right"/>
      </w:pPr>
      <w:r>
        <w:t>ہم ہمہرب ٹبنگئے، یہاںتککہہمنے یہ کتاب تیار کی۔ تو واقع ہیہہےکہہماسکےلیےہربٹبنگئے،استرجمےکےلیے۔</w:t>
      </w:r>
    </w:p>
    <w:p>
      <w:r>
        <w:rPr>
          <w:b/>
        </w:rPr>
        <w:t xml:space="preserve">[1:08:04] </w:t>
      </w:r>
      <w:r>
        <w:t>barsun barsun tak</w:t>
      </w:r>
    </w:p>
    <w:p>
      <w:pPr>
        <w:jc w:val="right"/>
      </w:pPr>
      <w:r>
        <w:t>برسوںبرسوںتک</w:t>
      </w:r>
    </w:p>
    <w:p>
      <w:r>
        <w:rPr>
          <w:b/>
        </w:rPr>
        <w:t xml:space="preserve">[1:08:08] </w:t>
      </w:r>
      <w:r>
        <w:t>tab yeh tarjuma tayar hua hai. ab jo bhia isko padhta hai, isko lagta hai keh bhai yeh to badi clear kitab hai, samajh mein aati hai bilkul.</w:t>
      </w:r>
    </w:p>
    <w:p>
      <w:pPr>
        <w:jc w:val="right"/>
      </w:pPr>
      <w:r>
        <w:t>تب یہترجمہتیارہواہے۔ ابجوبھیاسکوپڑھتاہے، اسکولگتاہےکہبھئییہتوبڑیکلیئرکتاب ہے، سمجھمیںآتیہےبالکل ۔</w:t>
      </w:r>
    </w:p>
    <w:p>
      <w:r>
        <w:rPr>
          <w:b/>
        </w:rPr>
        <w:t xml:space="preserve">[1:08:19] </w:t>
      </w:r>
      <w:r>
        <w:t>to jo hamara literature hai, woh samjhiye keh woh quran ka commentary samajh lijiye. isko to dono chalana hai aapko, yani yeh translation phailana hai aapko duniya bhar mein.</w:t>
      </w:r>
    </w:p>
    <w:p>
      <w:pPr>
        <w:jc w:val="right"/>
      </w:pPr>
      <w:r>
        <w:t>توجو ہمارالٹریچرہے، وہسمجھیےکہوہ قرآنکا کمنٹریسمجھلیجئے۔اسکو تو دونوںچلاناہےآپکو ،یعنییہٹرانسلیشن پھیلاناہےآپکودنیا بھرمیں۔</w:t>
      </w:r>
    </w:p>
    <w:p>
      <w:r>
        <w:rPr>
          <w:b/>
        </w:rPr>
        <w:t xml:space="preserve">[1:08:30] </w:t>
      </w:r>
      <w:r>
        <w:t>yeh yeh kitab mein yeh phailana hai, kyunki yeh kitab hai jo translation, is translation ka commentary hai. yeh kitab mein jo hamare yahan chhapi hain, woh sab background dete hain, magar background ke aap quran ko samajh bhi nahi sakte.</w:t>
      </w:r>
    </w:p>
    <w:p>
      <w:pPr>
        <w:jc w:val="right"/>
      </w:pPr>
      <w:r>
        <w:t>یہ یہکتاب یںہیپھیلاناہے،کیونکہ یہکتاب ہےجو ٹرانسلیشن، اسٹرانسلیشنکا کمنٹریہے۔ یہ کتاب یںجوہمارےہاںچھپیہیں،وہسببیکگراؤنڈدیتےہیں، مگر بیکگراؤنڈکےآپ قرآنکوسمجھبھینہیںسکتے۔</w:t>
      </w:r>
    </w:p>
    <w:p>
      <w:r>
        <w:rPr>
          <w:b/>
        </w:rPr>
        <w:t xml:space="preserve">[1:08:44] </w:t>
      </w:r>
      <w:r>
        <w:t>to quran ko phailaiye aur in kitabon ko phailaiye.</w:t>
      </w:r>
    </w:p>
    <w:p>
      <w:pPr>
        <w:jc w:val="right"/>
      </w:pPr>
      <w:r>
        <w:t>تو قرآنکوپھیلائیےاور انکتاب وںکوپھیلائیے۔</w:t>
      </w:r>
    </w:p>
    <w:p>
      <w:r>
        <w:rPr>
          <w:b/>
        </w:rPr>
        <w:t xml:space="preserve">[1:08:47] </w:t>
      </w:r>
      <w:r>
        <w:t>yeh hamara mission hai ta keh musalmanon ke andar naya mind bane aur non muslims ko bhi sahi dhang se sochne soch sakein.</w:t>
      </w:r>
    </w:p>
    <w:p>
      <w:pPr>
        <w:jc w:val="right"/>
      </w:pPr>
      <w:r>
        <w:t>یہہمارامشنہے تاکہمسلمانوںکےاندر نیا مائنڈبنے اور نانمسلمزکوبھی صحیحਢنگسےسوچنے سوچسکیں۔</w:t>
      </w:r>
    </w:p>
    <w:p>
      <w:r>
        <w:rPr>
          <w:b/>
        </w:rPr>
        <w:t xml:space="preserve">[1:08:58] </w:t>
      </w:r>
      <w:r>
        <w:t>woh yeh hi mission hamara hai, yeh hi aaj ki sabse badi zaroorat hai. sabse badi zaroorat aaj yahi hai keh aap quran ko phailayein, is literature ko phailayein. literature ke zariye mind banega aur quran ke zariye unko sahi message milega.</w:t>
      </w:r>
    </w:p>
    <w:p>
      <w:pPr>
        <w:jc w:val="right"/>
      </w:pPr>
      <w:r>
        <w:t>وہ یہیتومشنہماراہے، یہیآجکیسبسےبڑیضرورتہے۔ سبسےبڑیضرورتآجیہیہےکہآپ قرآنکوپھیلائیں،اسلٹریچرکوپھیلائیں۔لٹریچرکےذریعےمائنڈبنےگا اورقرآنکےذریعےانکوصحیح میسجملےگا۔</w:t>
      </w:r>
    </w:p>
    <w:p>
      <w:r>
        <w:rPr>
          <w:b/>
        </w:rPr>
        <w:t xml:space="preserve">[1:09:13] </w:t>
      </w:r>
      <w:r>
        <w:t>aur sari duniya mein yeh kaam kar dalna hai.</w:t>
      </w:r>
    </w:p>
    <w:p>
      <w:pPr>
        <w:jc w:val="right"/>
      </w:pPr>
      <w:r>
        <w:t>اور ساریدنیا میںیہکامکرڈالناہے۔</w:t>
      </w:r>
    </w:p>
    <w:p>
      <w:r>
        <w:rPr>
          <w:b/>
        </w:rPr>
        <w:t xml:space="preserve">[1:09:18] </w:t>
      </w:r>
      <w:r>
        <w:t>aap mein se har shakhs ko chahiye keh apne doosri cheezon ko secondry banaye, family ko, bachchon ko, business ko, har cheez ko secondry banaiye aur primary is da'wa work ko banaiye.</w:t>
      </w:r>
    </w:p>
    <w:p>
      <w:pPr>
        <w:jc w:val="right"/>
      </w:pPr>
      <w:r>
        <w:t>آپ میںسےہرشخص کو چاہیے کہ اپنے دوس ریچیزوںکو سیکنڈریبنائے،فیملیکو،بچوںکو، بزنسکو،ہرچیزکوسیکنڈریبنائیے اورپرائمریاسدعویٰورککوبنائیے۔</w:t>
      </w:r>
    </w:p>
    <w:p>
      <w:r>
        <w:rPr>
          <w:b/>
        </w:rPr>
        <w:t xml:space="preserve">[1:09:32] </w:t>
      </w:r>
      <w:r>
        <w:t>warna khuda ke sab pakad jayenge, sab log pakad jayenge. yeh mein mein koi shairi nahi kar raha hoon. ab aakhri</w:t>
      </w:r>
    </w:p>
    <w:p>
      <w:pPr>
        <w:jc w:val="right"/>
      </w:pPr>
      <w:r>
        <w:t>ورنہخداکےسبپکڑجائیںگے،سبلوگپکڑجائیںگے۔ یہمیں میں کوئیشاعرینہیںکررہاہوں۔ ابآخری</w:t>
      </w:r>
    </w:p>
    <w:p>
      <w:r>
        <w:rPr>
          <w:b/>
        </w:rPr>
        <w:t xml:space="preserve">[1:09:41] </w:t>
      </w:r>
      <w:r>
        <w:t>waqt aa gaya hai. dekhiye, aakhri waqt mein isliye keh raha hoon keh hadith mein hai keh aakhri zamane mein khuda word of god ko sare gharon mein pahuncha dega.</w:t>
      </w:r>
    </w:p>
    <w:p>
      <w:pPr>
        <w:jc w:val="right"/>
      </w:pPr>
      <w:r>
        <w:t>وقت آگیاہے۔دیکھیے، آخریوقت میںاسلیےکہہرہاہوںکہحدیثمیںہے کہ آخریزمان ےمیں خ دا ورڈآفگاڈکوسارےگھروںمیںپہنچادےگا۔</w:t>
      </w:r>
    </w:p>
    <w:p>
      <w:r>
        <w:rPr>
          <w:b/>
        </w:rPr>
        <w:t xml:space="preserve">[1:09:53] </w:t>
      </w:r>
      <w:r>
        <w:t>layabqa ala zahir ilz bait madr wala ubr ila adkhal allah kalmatul islam yani har ghar mein pahunch jana.</w:t>
      </w:r>
    </w:p>
    <w:p>
      <w:pPr>
        <w:jc w:val="right"/>
      </w:pPr>
      <w:r>
        <w:t>لایبقى علی ظہریلرز بیت مدر ولاوبر الا ادخل اللہ کلمۃالاسلام یعنیہرگھرمیںپہنچجانا۔</w:t>
      </w:r>
    </w:p>
    <w:p>
      <w:r>
        <w:rPr>
          <w:b/>
        </w:rPr>
        <w:t xml:space="preserve">[1:10:03] </w:t>
      </w:r>
      <w:r>
        <w:t>to dekhiye, aaj yeh to mumkin hua hai. yeh modern communication ke baad hi to mumkin hua hai. yeh</w:t>
      </w:r>
    </w:p>
    <w:p>
      <w:pPr>
        <w:jc w:val="right"/>
      </w:pPr>
      <w:r>
        <w:t>تودیکھیے،آجہیتوممکنہواہے۔یہ ماڈرنکمیونیکیشن کےبعدہیتوممکنہواہے۔یہ</w:t>
      </w:r>
    </w:p>
    <w:p>
      <w:r>
        <w:rPr>
          <w:b/>
        </w:rPr>
        <w:t xml:space="preserve">[1:10:11] </w:t>
      </w:r>
      <w:r>
        <w:t>ab jo geography hai, ab jo communication hai, ab jo interaction hai, ab jo printing press hai, tabhi to mumkin hua hai ki har ghar mein aap pahuncha saken.</w:t>
      </w:r>
    </w:p>
    <w:p>
      <w:pPr>
        <w:jc w:val="right"/>
      </w:pPr>
      <w:r>
        <w:t>ابجو جیوگرافیہے، ابجو کمیونیکیشنہے، ابجو انٹریکشنہے، ابجوپرنٹنگپریسہے، تبھیتوممکنہواہے کہہرگھرمیںآپپہنچاسکیں۔</w:t>
      </w:r>
    </w:p>
    <w:p>
      <w:r>
        <w:rPr>
          <w:b/>
        </w:rPr>
        <w:t xml:space="preserve">[1:10:22] </w:t>
      </w:r>
      <w:r>
        <w:t>to yeh Khuda ki planning ko samjhiye, Khuda ki planning ko samjhiye. yeh Khuda ki planning hai. dekhiye, woh hadith mein jo baat kahi gayi hai to farishte nahin aayenge word of God ko gharon gharon mein dakhil karne ke liye.</w:t>
      </w:r>
    </w:p>
    <w:p>
      <w:pPr>
        <w:jc w:val="right"/>
      </w:pPr>
      <w:r>
        <w:t>تویہخداکیپلاننگکوسمجھیے، خداکیپلاننگکوسمجھیے۔ یہخداکیپلاننگہے۔ دیکھیے، وہحدیثمیںجوباتکہیگئیہےتوفرشتےنہیںآئیںگے ورڈآفگاڈکوگھروںگھروںمیںداخلکرنےکےلیے۔</w:t>
      </w:r>
    </w:p>
    <w:p>
      <w:r>
        <w:rPr>
          <w:b/>
        </w:rPr>
        <w:t xml:space="preserve">[1:10:39] </w:t>
      </w:r>
      <w:r>
        <w:t>Khuda ke angel nahin aakar ke gharon gharon mein dakhil karenge word of God. aap hi ko karna hai, aap ko. to Khuda ne ek lamba process chalaya.</w:t>
      </w:r>
    </w:p>
    <w:p>
      <w:pPr>
        <w:jc w:val="right"/>
      </w:pPr>
      <w:r>
        <w:t>خدا کےاینجل نہیںآکرکےگھروںگھروںمیںداخلکریںگےورڈآفگاڈ۔آپہیکوکرناہے،آپکو۔ تو خدانےایک لمبا پراسیسچلایا۔</w:t>
      </w:r>
    </w:p>
    <w:p>
      <w:r>
        <w:rPr>
          <w:b/>
        </w:rPr>
        <w:t xml:space="preserve">[1:10:50] </w:t>
      </w:r>
      <w:r>
        <w:t>woh lamba process is ka culmination hai aaj ki saari cheez possible ho</w:t>
      </w:r>
    </w:p>
    <w:p>
      <w:pPr>
        <w:jc w:val="right"/>
      </w:pPr>
      <w:r>
        <w:t>وہ لمباپراسیساسکاکلمنیشنہےآج کہ ساری چیز پوسیبلہو</w:t>
      </w:r>
    </w:p>
    <w:p>
      <w:r>
        <w:rPr>
          <w:b/>
        </w:rPr>
        <w:t xml:space="preserve">[1:10:55] </w:t>
      </w:r>
      <w:r>
        <w:t>gayi. aaj leader free hai, aaj communication hai, aaj interaction hai, aaj spirit of inquiry hai, aaj printing press hai. aaj hum ko maloom hai ki ek ghar ke bare mein kahan hai, woh hai.</w:t>
      </w:r>
    </w:p>
    <w:p>
      <w:pPr>
        <w:jc w:val="right"/>
      </w:pPr>
      <w:r>
        <w:t>گئی۔آج لیڈرفریڈمہے، آج کمیونیکیشنہے، آج انٹریکشنہے، آجاسپرٹآفانکوائریہے، آج پرنٹنگپریسہے۔ آج ہمکو معلومہے کہ ایکگ ھرکےبارےمیں کہاںہے،وہہے۔</w:t>
      </w:r>
    </w:p>
    <w:p>
      <w:r>
        <w:rPr>
          <w:b/>
        </w:rPr>
        <w:t xml:space="preserve">[1:11:09] </w:t>
      </w:r>
      <w:r>
        <w:t>har ghar ka pata hai humein, is ka address hai. sab kuch yeh pehle possible nahin tha. jab yeh ho gaya to is ka matlab yeh hai ki ab aap ka farz ho gaya har ek ka ki word of God ko gharon gharon mein dakhil karen.</w:t>
      </w:r>
    </w:p>
    <w:p>
      <w:pPr>
        <w:jc w:val="right"/>
      </w:pPr>
      <w:r>
        <w:t>ہرگھرکاپتہہےہمیں، اسکاایڈریسہے۔ سبکچھ یہ پہلے پاسیبلنہیںتھا۔ جبیہہوگیا تواسکامعنییہہےکہابآپکافرضہوگیاہرایککا کہورڈآفگاڈکوگھروںگھروںمیںداخلکریں۔</w:t>
      </w:r>
    </w:p>
    <w:p>
      <w:r>
        <w:rPr>
          <w:b/>
        </w:rPr>
        <w:t xml:space="preserve">[1:11:23] </w:t>
      </w:r>
      <w:r>
        <w:t>to main aap sab se yeh kahunga aur jo doosre log sun rahe hain, un sab se kahunga ki waqt aa gaya hai ki aap har doosri cheez ko secondry banaiye.</w:t>
      </w:r>
    </w:p>
    <w:p>
      <w:pPr>
        <w:jc w:val="right"/>
      </w:pPr>
      <w:r>
        <w:t>تو میں آپ سبسےیہکہوںگا اور جو دوسرےلوگ سنرہےہیں،انسبسےکہوںگا کہ وقت آگیاہےکہآپ ہر دوسریچیزکوسیکنڈریبنائیے۔</w:t>
      </w:r>
    </w:p>
    <w:p>
      <w:r>
        <w:rPr>
          <w:b/>
        </w:rPr>
        <w:t xml:space="preserve">[1:11:32] </w:t>
      </w:r>
      <w:r>
        <w:t>apni family ko, apne bachchon ko, apne business ko, apne service ko secondry banaiye. aur is daawa ko ki ghar ghar mein Khuda ka paigham dakhil ho jaye, sahi shakl mein, sahi shakl mein ghar ghar mein Khuda ka paigham dakhil ho jaye.</w:t>
      </w:r>
    </w:p>
    <w:p>
      <w:pPr>
        <w:jc w:val="right"/>
      </w:pPr>
      <w:r>
        <w:t>اپنی فیملیکو،اپنےبچوںکو،اپنے بزنسکو،اپنیسروسکو سیکنڈریبنائیے۔ اور اس دعویٰکو کہگھرگھرمیں خداکاپیغامداخلہوجائے،صحیحشکلمیں، صحیحشکلمیں گھرگھرمیںخداکاپیغامداخلہوجائے۔</w:t>
      </w:r>
    </w:p>
    <w:p>
      <w:r>
        <w:rPr>
          <w:b/>
        </w:rPr>
        <w:t xml:space="preserve">[1:11:50] </w:t>
      </w:r>
      <w:r>
        <w:t>la ilaha illallah o lil nas wa la hujjata ba'da al-rasul</w:t>
      </w:r>
    </w:p>
    <w:p>
      <w:pPr>
        <w:jc w:val="right"/>
      </w:pPr>
      <w:r>
        <w:t>لااللہیکون للناسولا حجت بعد الرسول</w:t>
      </w:r>
    </w:p>
    <w:p>
      <w:r>
        <w:rPr>
          <w:b/>
        </w:rPr>
        <w:t xml:space="preserve">[1:11:54] </w:t>
      </w:r>
      <w:r>
        <w:t>taake qyamat mein kisi ko yeh kehne ka mauqa na mile ki hum ko pata nahin tha. jo doosre literature hain, jo doosre tarjume hain, woh sab confusion mein dalne wale hain.</w:t>
      </w:r>
    </w:p>
    <w:p>
      <w:pPr>
        <w:jc w:val="right"/>
      </w:pPr>
      <w:r>
        <w:t>تاکہقیامتمیں کسیکویہکہنےکاموقعنہملے کہہمکو پتہنہیںتھا۔ جودوسرےلٹریچرہیں،جو دوسرےترجمےہیں،وہسب کنفیوژنمیںڈالنےوالےہیں۔</w:t>
      </w:r>
    </w:p>
    <w:p>
      <w:r>
        <w:rPr>
          <w:b/>
        </w:rPr>
        <w:t xml:space="preserve">[1:12:05] </w:t>
      </w:r>
      <w:r>
        <w:t>yeh literature aur yeh tarjuma jo hai, yeh ek clear cut paigham deta hai. to jo log bhi sun rahe hain, jo log tak meri awaaz pahunche, un sab se main kahunga ki aakhri waqt aa gaya hai ki aap ise hi apni priority base pehli dijiye.</w:t>
      </w:r>
    </w:p>
    <w:p>
      <w:pPr>
        <w:jc w:val="right"/>
      </w:pPr>
      <w:r>
        <w:t>یہ لٹریچراوریہ ترجمہجوہے، یہ ی کلیئرکٹپیغامدیتاہے۔ تو جو لوگ بھی سنرہےہیں،جولوگ تکمیریآوازپہنچہے،انسبسےمیںکہوںگا کہ آخریوقت آگیاہے کہآپ اسیکو اپنی پرائرٹیبیسپہلیجئے۔</w:t>
      </w:r>
    </w:p>
    <w:p>
      <w:r>
        <w:rPr>
          <w:b/>
        </w:rPr>
        <w:t xml:space="preserve">[1:12:24] </w:t>
      </w:r>
      <w:r>
        <w:t>you have to reset your priority you have to reset your priority warna Khuda ke haan aap bilashubah pakde jayenge ki sab kuch ho chuka tha, sab kuch ho chuka tha, 99 percent kaam ho chuka tha, ek percent tumhein karna tha, woh tum ne nahin kiya.</w:t>
      </w:r>
    </w:p>
    <w:p>
      <w:pPr>
        <w:jc w:val="right"/>
      </w:pPr>
      <w:r>
        <w:t>youhavetores etyourpriority youhavetores etyourpriority ورنہخداکےہاںآپ بلاشبہپکڑےجائیںگے کہسبکچھہوچکاتھا،سبکچھہوچکاتھا، 9 9 پرسنٹکامہوچکاتھا،ایکپرسنٹتمہیںکرناتھا،وہتمنےنہیںکیا۔</w:t>
      </w:r>
    </w:p>
    <w:p>
      <w:r>
        <w:rPr>
          <w:b/>
        </w:rPr>
        <w:t xml:space="preserve">[1:12:42] </w:t>
      </w:r>
      <w:r>
        <w:t>aaj 99 percent kaam ho chuka hai, ek percent kaam sirf aap ko karna hai, wohi aap na karen</w:t>
      </w:r>
    </w:p>
    <w:p>
      <w:pPr>
        <w:jc w:val="right"/>
      </w:pPr>
      <w:r>
        <w:t>آج 9 9 پرسنٹکامہوچکاہے، ایکپرسنٹ کام صرفآپکوکرناہے، وہیآپ نہکریں</w:t>
      </w:r>
    </w:p>
    <w:p>
      <w:r>
        <w:rPr>
          <w:b/>
        </w:rPr>
        <w:t xml:space="preserve">[1:12:49] </w:t>
      </w:r>
      <w:r>
        <w:t>to ibtida mein ki Khuda ke haan kaise aap ko aap ka khush aamdeed kaha jayega.</w:t>
      </w:r>
    </w:p>
    <w:p>
      <w:pPr>
        <w:jc w:val="right"/>
      </w:pPr>
      <w:r>
        <w:t>تو ابتدائیکہخداکےہاںکیسےآپکو آپکا خوشآمدیدکہاجائےگا۔</w:t>
      </w:r>
    </w:p>
    <w:p>
      <w:r>
        <w:rPr>
          <w:b/>
        </w:rPr>
        <w:t xml:space="preserve">[1:13:00] </w:t>
      </w:r>
      <w:r>
        <w:t>This question is from Mr. Mustafa Omri from Delhi. India ko azadi Mahatma Gandhi ki peaceful tehreek se mili ya second world war mein British army ke kamzor ho jane ki wajah se ?</w:t>
      </w:r>
    </w:p>
    <w:p>
      <w:pPr>
        <w:jc w:val="right"/>
      </w:pPr>
      <w:r>
        <w:t>This ques tion is from Mr. MustafaOmrifrom Delhi. انڈیاکو آز ادی مہاتماگاندھیکی پیسفل تحریکسےملی یا سیکنڈورلڈوارمیںبرٹش آرمیکیکمزوریہوجانےکیوجہ سے ؟</w:t>
      </w:r>
    </w:p>
    <w:p>
      <w:r>
        <w:rPr>
          <w:b/>
        </w:rPr>
        <w:t xml:space="preserve">[1:13:17] </w:t>
      </w:r>
      <w:r>
        <w:t>donon mamla yani fifty fifty ka mamla hai. yeh koi bhi aadmi jo kaam karta hai to bahut se factor is mein kaam karte hain.</w:t>
      </w:r>
    </w:p>
    <w:p>
      <w:pPr>
        <w:jc w:val="right"/>
      </w:pPr>
      <w:r>
        <w:t>دونوںمعاملہ یعنی ففٹیففٹیکامعاملہہے۔یہ کوئیبھیآدمیجوکامکرتاہے تو بہت سےفیکٹراسمیںکامکرتے ہیں۔</w:t>
      </w:r>
    </w:p>
    <w:p>
      <w:r>
        <w:rPr>
          <w:b/>
        </w:rPr>
        <w:t xml:space="preserve">[1:13:26] </w:t>
      </w:r>
      <w:r>
        <w:t>profit theory relation late hain, is mein bhi bahut se factor kaam karte hain. aisa koi bhi waqea duniya mein nahin, ek hundred percent kisi ek ke khane mein aap daal saken is ko.</w:t>
      </w:r>
    </w:p>
    <w:p>
      <w:pPr>
        <w:jc w:val="right"/>
      </w:pPr>
      <w:r>
        <w:t>پرافٹجوریلیشنلاتےہیں،اسمیںبھیبہتسےفیکٹرکامکرتےہیں۔ ایسا کوئیبھی واقعہدنیا میںنہیں،ایکہنڈرڈپرسنٹکسی ایک کےخانےمیںآپڈالسکیں اسکو۔</w:t>
      </w:r>
    </w:p>
    <w:p>
      <w:r>
        <w:rPr>
          <w:b/>
        </w:rPr>
        <w:t xml:space="preserve">[1:13:36] </w:t>
      </w:r>
      <w:r>
        <w:t>aisa koi waqea duniya mein pesh nahin aata hai. bahut se factors hote hain, ikatthe hote hain, tab ja kar ke ek waqea duniya mein aata hai, chahe paighambar ho ya secular aadmi</w:t>
      </w:r>
    </w:p>
    <w:p>
      <w:pPr>
        <w:jc w:val="right"/>
      </w:pPr>
      <w:r>
        <w:t>ایساکوئیواقعہدنیامیںپیش نہیںآتاہے۔ بہت سےفیکٹرز ہوتےہیں، اکٹھاہوتےہیں، تب جاکرکےایکواقعہ دنیا میںآتاہے،چاہےپیغمبرہو یا سیکولرآدم</w:t>
      </w:r>
    </w:p>
    <w:p>
      <w:r>
        <w:rPr>
          <w:b/>
        </w:rPr>
        <w:t xml:space="preserve">[1:13:45] </w:t>
      </w:r>
      <w:r>
        <w:t>ho. yeh to law of nature hai. to main kahunga yeh fifty fifty ka mamla hai. fifty percent woh hai second world war aur fifty percent woh hai Mahatma Gandhi ki peaceful struggle.</w:t>
      </w:r>
    </w:p>
    <w:p>
      <w:pPr>
        <w:jc w:val="right"/>
      </w:pPr>
      <w:r>
        <w:t>یہو۔ یہتو لاءآفنیچرہے۔ تومیں کہوںگایہففٹیففٹیکامعاملہہے۔ ففٹیپرسنٹجوہے سیکنڈورلڈوار اورففٹیپرسنٹجوہے مہاتماگاندھیکی پیسفلیسٹرگل۔</w:t>
      </w:r>
    </w:p>
    <w:p>
      <w:r>
        <w:rPr>
          <w:b/>
        </w:rPr>
        <w:t xml:space="preserve">[1:13:59] </w:t>
      </w:r>
      <w:r>
        <w:t>This question is from Mr. Zubair Ahmed from Delhi. Forget about religious aur political wars. How would you react if I occupy this conference hall or takeaway your belongings?</w:t>
      </w:r>
    </w:p>
    <w:p>
      <w:pPr>
        <w:jc w:val="right"/>
      </w:pPr>
      <w:r>
        <w:t>Thisques tion is from Mr. ZubairAhmed from Delhi. F orgetabout relig ious اور polit icalwar s. How wouldyoureact if I occ upythis conference hall or takeawayyourbelong ings?</w:t>
      </w:r>
    </w:p>
    <w:p>
      <w:r>
        <w:rPr>
          <w:b/>
        </w:rPr>
        <w:t xml:space="preserve">[1:14:14] </w:t>
      </w:r>
      <w:r>
        <w:t>dekhiye,</w:t>
      </w:r>
    </w:p>
    <w:p>
      <w:pPr>
        <w:jc w:val="right"/>
      </w:pPr>
      <w:r>
        <w:t>دیک</w:t>
      </w:r>
    </w:p>
    <w:p>
      <w:r>
        <w:rPr>
          <w:b/>
        </w:rPr>
        <w:t xml:space="preserve">[1:14:15] </w:t>
      </w:r>
      <w:r>
        <w:t>ye, farzi sawal le ke aaye the. yeh abhi haram hai farzi sawal karna. jab aap jo aap occupy kar lenge to poochhiye ga hum se ki ab main kya karoon? aap kar lijiye occupy abhi.</w:t>
      </w:r>
    </w:p>
    <w:p>
      <w:pPr>
        <w:jc w:val="right"/>
      </w:pPr>
      <w:r>
        <w:t>ھیے،فرضی سواللےکےآیاتھا۔یہ ابھیحرامہےفرضیسوالکرنا۔ جبآپجو آپ occupyکرلیںگےتوپوچھیےگاہمسےکہابمیںکیاکروں؟ آپکرلیجیےoccupyابھی۔</w:t>
      </w:r>
    </w:p>
    <w:p>
      <w:r>
        <w:rPr>
          <w:b/>
        </w:rPr>
        <w:t xml:space="preserve">[1:14:25] </w:t>
      </w:r>
      <w:r>
        <w:t>dekhein, aap ka occupy karna kaise karte hain aap? yeh farzi sawal hai. yeh possible nahin hai. yaad rakhein aap, hum ek state ke zamane mein hain, government ke zamane mein hain, police ke zamane mein hain, fauj ke zamane mein hain.</w:t>
      </w:r>
    </w:p>
    <w:p>
      <w:pPr>
        <w:jc w:val="right"/>
      </w:pPr>
      <w:r>
        <w:t>دیکھیں،آپکاoccupyکرناکیسےکرتےہیںآپ ؟ یہ فرضیسوالہے۔یہ پاسیبلنہیںہے۔یادرکھیںآپ، ہم ایک اسٹیٹکےزمان ےمیںہیں،گورنمنٹکےزمان ےمیںہیں،پولیسکےزمان ےمیںہیں،فوجکےزمانےمیںہیں۔</w:t>
      </w:r>
    </w:p>
    <w:p>
      <w:r>
        <w:rPr>
          <w:b/>
        </w:rPr>
        <w:t xml:space="preserve">[1:14:36] </w:t>
      </w:r>
      <w:r>
        <w:t>yeh possible nahin hai aap ke liye. aap kar ke dikhaiye to aap. yeh farzi sawal kyun karte hain aap?</w:t>
      </w:r>
    </w:p>
    <w:p>
      <w:pPr>
        <w:jc w:val="right"/>
      </w:pPr>
      <w:r>
        <w:t>یہپاسیبلنہیںہےآپکےلیے۔ آپ کرکے دکھائیےتوآپ۔ یہفرضیسوالکیوںکرتےہیںآپ ؟</w:t>
      </w:r>
    </w:p>
    <w:p>
      <w:r>
        <w:rPr>
          <w:b/>
        </w:rPr>
        <w:t xml:space="preserve">[1:14:44] </w:t>
      </w:r>
      <w:r>
        <w:t>woh zamanah khatam ho ga. yeh tribal age mein tha. yeh tribal age nahin hai. yeh</w:t>
      </w:r>
    </w:p>
    <w:p>
      <w:pPr>
        <w:jc w:val="right"/>
      </w:pPr>
      <w:r>
        <w:t>وہزمان ہختمہوگا۔یہٹرائبلایجمیںتھا۔ یہٹرائبلایجنہیںہے۔یہ</w:t>
      </w:r>
    </w:p>
    <w:p>
      <w:r>
        <w:rPr>
          <w:b/>
        </w:rPr>
        <w:t xml:space="preserve">[1:14:51] </w:t>
      </w:r>
      <w:r>
        <w:t>ab hum doosre zamaney mein reh rahe hain. yeh impossible hai kisi ke liye. yaad rakhiye, aisi baatein mat kijiye. farzi sawal karna bhi Islam mein haram hai. yaad rakhiye, jo baatein ho sakti hain, woh kijiye.</w:t>
      </w:r>
    </w:p>
    <w:p>
      <w:pPr>
        <w:jc w:val="right"/>
      </w:pPr>
      <w:r>
        <w:t>ابہمدوسرےزمان ےمیںرہرہےہیں۔یہ امپوسیبلہےکسیکےلیے۔یادرکھیے، ایسیباتیںمتکیجیے۔ فرضیسوالکرنابھیاسلاممیںحرامہے۔یادرکھیے، جوباتیںہوسکتیہیں،وہکیجیے۔</w:t>
      </w:r>
    </w:p>
    <w:p>
      <w:r>
        <w:rPr>
          <w:b/>
        </w:rPr>
        <w:t xml:space="preserve">[1:15:04] </w:t>
      </w:r>
      <w:r>
        <w:t>jo baatein na ho saki, us ka sawal nahin karna chahiye. woh zamanah khatam ho gaya jab is tarah hua karta tha.</w:t>
      </w:r>
    </w:p>
    <w:p>
      <w:pPr>
        <w:jc w:val="right"/>
      </w:pPr>
      <w:r>
        <w:t>جوباتیںنہہوسکتیہیں،اسکاسوالہینہیںکرناچاہیے۔ وہزمان ہختمہوگیاجباسطرحہواکرتاتھا۔</w:t>
      </w:r>
    </w:p>
    <w:p>
      <w:r>
        <w:rPr>
          <w:b/>
        </w:rPr>
        <w:t xml:space="preserve">[1:15:12] </w:t>
      </w:r>
      <w:r>
        <w:t>ab yeh possible nahin hai kisi ke liye.</w:t>
      </w:r>
    </w:p>
    <w:p>
      <w:pPr>
        <w:jc w:val="right"/>
      </w:pPr>
      <w:r>
        <w:t>ابیہ پاسیبلنہیںہےکسیکےلیے۔</w:t>
      </w:r>
    </w:p>
    <w:p>
      <w:r>
        <w:rPr>
          <w:b/>
        </w:rPr>
        <w:t xml:space="preserve">[1:15:18] </w:t>
      </w:r>
      <w:r>
        <w:t>This question is from Mr. Danish from Saharanpur. One of the greatest achievements of Islam is the end of the concept of kingship, which gave each individual the freedom of freethinking.</w:t>
      </w:r>
    </w:p>
    <w:p>
      <w:pPr>
        <w:jc w:val="right"/>
      </w:pPr>
      <w:r>
        <w:t>This ques tion isfrom Mr. Dan ishfrom Sah aranpur. Oneofthegreatest achiev ements of Islam is the end ofthe concept of king ship ,which gave each individ ualthe freedomof freethinking.</w:t>
      </w:r>
    </w:p>
    <w:p>
      <w:r>
        <w:rPr>
          <w:b/>
        </w:rPr>
        <w:t xml:space="preserve">[1:15:34] </w:t>
      </w:r>
      <w:r>
        <w:t>Maulana, why does this kingship still exist in Saudi Arabia and similar countries?</w:t>
      </w:r>
    </w:p>
    <w:p>
      <w:pPr>
        <w:jc w:val="right"/>
      </w:pPr>
      <w:r>
        <w:t>مولانا،whydoes this king ship still exist in SaudiArab ia and similar count ries?</w:t>
      </w:r>
    </w:p>
    <w:p>
      <w:r>
        <w:rPr>
          <w:b/>
        </w:rPr>
        <w:t xml:space="preserve">[1:15:42] </w:t>
      </w:r>
      <w:r>
        <w:t>Shah Farooq ne behta achha kaha tha. King Farooq jo thay Egypt mein, to aap jante hain ke jab wahan military coup hua tha to un ko nikalna pada tha.</w:t>
      </w:r>
    </w:p>
    <w:p>
      <w:pPr>
        <w:jc w:val="right"/>
      </w:pPr>
      <w:r>
        <w:t>شاہ فاروقنےبہتاچھاکہاتھا۔ کنگفاروقجوتھے ایجپٹمیں، توآپجانتےہیںکہجب وہاں ملٹریکوہوا تھا توانکونکلناپڑاتھا۔</w:t>
      </w:r>
    </w:p>
    <w:p>
      <w:r>
        <w:rPr>
          <w:b/>
        </w:rPr>
        <w:t xml:space="preserve">[1:15:53] </w:t>
      </w:r>
      <w:r>
        <w:t>to nikalte hue jab woh pani ke jahaz par sawar ho rahe thay to unhon ne kaha tha ke dunya mein ab sirf paanch kings rahen ge.</w:t>
      </w:r>
    </w:p>
    <w:p>
      <w:pPr>
        <w:jc w:val="right"/>
      </w:pPr>
      <w:r>
        <w:t>تو نکلتےہوئے جبوہ پانیکےجہازپرسوارہورہےتھے توانہوںنےکہاتھا کہ دنیا میں ابصرف پانچ کنگرہیںگے۔</w:t>
      </w:r>
    </w:p>
    <w:p>
      <w:r>
        <w:rPr>
          <w:b/>
        </w:rPr>
        <w:t xml:space="preserve">[1:16:05] </w:t>
      </w:r>
      <w:r>
        <w:t>dunya mein ab sirf paanch kings rahen ge,</w:t>
      </w:r>
    </w:p>
    <w:p>
      <w:pPr>
        <w:jc w:val="right"/>
      </w:pPr>
      <w:r>
        <w:t>دنیا میںابصرف پانچکنگرہیںگے،</w:t>
      </w:r>
    </w:p>
    <w:p>
      <w:r>
        <w:rPr>
          <w:b/>
        </w:rPr>
        <w:t xml:space="preserve">[1:16:08] </w:t>
      </w:r>
      <w:r>
        <w:t>char kings Tashkent aur ek Britain ke. to yeh symbolic kings hain, yeh log. in ki koi value nahin hai is aitbaar se.</w:t>
      </w:r>
    </w:p>
    <w:p>
      <w:pPr>
        <w:jc w:val="right"/>
      </w:pPr>
      <w:r>
        <w:t>چار کنگ تاشکا اور ایک برٹنکا ۔ تویہسمبولککنگہیں،یہلوگ ۔ انکیکوئیویلیونہیںہے اس اعتبارسے ۔</w:t>
      </w:r>
    </w:p>
    <w:p>
      <w:r>
        <w:rPr>
          <w:b/>
        </w:rPr>
        <w:t xml:space="preserve">[1:16:19] </w:t>
      </w:r>
      <w:r>
        <w:t>woh age khatam ho chuka, woh daur khatam ho chuka, woh zamanah khatam ho chuka. ab agar kahin kuch log hain to woh ek symbolic king hain. woh baat ho rahi hai zamaney ki.</w:t>
      </w:r>
    </w:p>
    <w:p>
      <w:pPr>
        <w:jc w:val="right"/>
      </w:pPr>
      <w:r>
        <w:t>وہایجختمہوچکا،وہدورختمہوچکا، وہزمان ہختمہوچکا۔ اباگرکہیںکچھلوگ ہیںتووہ ایکسمبولککنگہیں۔وہ باتہورہیہےزمان ےکی۔</w:t>
      </w:r>
    </w:p>
    <w:p>
      <w:r>
        <w:rPr>
          <w:b/>
        </w:rPr>
        <w:t xml:space="preserve">[1:16:29] </w:t>
      </w:r>
      <w:r>
        <w:t>Islam ne ek process jari kiya tha. process us process ke nateejey mein yeh jo kingship khatam ho gaya.</w:t>
      </w:r>
    </w:p>
    <w:p>
      <w:pPr>
        <w:jc w:val="right"/>
      </w:pPr>
      <w:r>
        <w:t>اسلام نےایکپراسیسجاریکیاتھا۔پراسیس اساسپراسیسکےنتیجےمیںیہودکنگشپختمہوگیا۔</w:t>
      </w:r>
    </w:p>
    <w:p>
      <w:r>
        <w:rPr>
          <w:b/>
        </w:rPr>
        <w:t xml:space="preserve">[1:16:35] </w:t>
      </w:r>
      <w:r>
        <w:t>yani kingship khatam hui thi France mein, kaha jata hai. lekin woh that was culmination. aam taur par samjha jata hai ke kingship ko France mein khatam hua, Rousseau waghera ki tehreek se khatam hua.</w:t>
      </w:r>
    </w:p>
    <w:p>
      <w:pPr>
        <w:jc w:val="right"/>
      </w:pPr>
      <w:r>
        <w:t>یعنیکنگشپختمہوئی تھی فرانس میں،کہاجاتاہے۔ لیکن وہ دیٹوازکلمنیشن۔ عامطورپرسمجھاجاتاہےکہکنگشپ کوفرانس میںختمہوا ، روسو وغیرہکیتحریکسےختمہوا۔</w:t>
      </w:r>
    </w:p>
    <w:p>
      <w:r>
        <w:rPr>
          <w:b/>
        </w:rPr>
        <w:t xml:space="preserve">[1:16:47] </w:t>
      </w:r>
      <w:r>
        <w:t>lekin woh main manta hoon ke culmination tha. woh process chal raha tha, woh Rasool Allah ke zamaney se. jab jab Roman Empire todi gayi, jab jab Roman Sasani Empire khatam hui to ek process chala. process history mein</w:t>
      </w:r>
    </w:p>
    <w:p>
      <w:pPr>
        <w:jc w:val="right"/>
      </w:pPr>
      <w:r>
        <w:t>لیکن وہ میں مانتاہوںکہکل میشنتھا۔وہ پراسیسچلاتھا،وہ رسولاللہکےزمان ےسے ۔جب جب رومنایمپائر توڑیگئی،جب جب رومن ساسانیایمپائرختمہوئی تو ایک پراسیسچلا۔پراسیسہسٹریمیں</w:t>
      </w:r>
    </w:p>
    <w:p>
      <w:r>
        <w:rPr>
          <w:b/>
        </w:rPr>
        <w:t xml:space="preserve">[1:17:04] </w:t>
      </w:r>
      <w:r>
        <w:t>to jo kuch hua France mein, woh us ka culmination tha. ab agar king kahin idhar udhar hain to woh to symbolic kings hain. woh King Farooq ne bilkul sahi kaha tha is maamle mein.</w:t>
      </w:r>
    </w:p>
    <w:p>
      <w:pPr>
        <w:jc w:val="right"/>
      </w:pPr>
      <w:r>
        <w:t>تو جو کچھہوا فرانس میں،وہاسکاکلمنیشنتھا۔ اباگر کنگکہیںادھرادھرہیںتووہتوسمبولککنگہیں۔ وہکنگفاروقنےبالکلصحیحکہاتھااسمعاملےمیں۔</w:t>
      </w:r>
    </w:p>
    <w:p>
      <w:r>
        <w:rPr>
          <w:b/>
        </w:rPr>
        <w:t xml:space="preserve">[1:17:18] </w:t>
      </w:r>
      <w:r>
        <w:t>This question is from Mr. Shakeel Khan from Dubai. Why everyone mixes ego and self-respect though I believe that as per you Maulana, both are the same.</w:t>
      </w:r>
    </w:p>
    <w:p>
      <w:pPr>
        <w:jc w:val="right"/>
      </w:pPr>
      <w:r>
        <w:t>Thisquestion isfrom Mr. Shakeel Khanfrom Dubai. Why everyone mi xes ego and self-resp ect thoughIbelievethat asper youمولانا، both arethesame ۔</w:t>
      </w:r>
    </w:p>
    <w:p>
      <w:r>
        <w:rPr>
          <w:b/>
        </w:rPr>
        <w:t xml:space="preserve">[1:17:31] </w:t>
      </w:r>
      <w:r>
        <w:t>nahin, main bilkul yaqeen ke sath manta hoon ke self-respect jo hai, woh ek beautiful naam hai us ka sense of pride ka.</w:t>
      </w:r>
    </w:p>
    <w:p>
      <w:pPr>
        <w:jc w:val="right"/>
      </w:pPr>
      <w:r>
        <w:t>نہیں،میں بالکل یقینکےساتھ مانتاہوںکہسیلفریسپیکٹجوہے، وہایک بیوٹیفلنام ہے اسکا سینسآفپرائیڈکا ۔</w:t>
      </w:r>
    </w:p>
    <w:p>
      <w:r>
        <w:rPr>
          <w:b/>
        </w:rPr>
        <w:t xml:space="preserve">[1:17:44] </w:t>
      </w:r>
      <w:r>
        <w:t>Islam mein self-respect nahin hai. self-respect ke liye Quran mein Hadees mein koi lafz nahin hai. yaad rakhiye,</w:t>
      </w:r>
    </w:p>
    <w:p>
      <w:pPr>
        <w:jc w:val="right"/>
      </w:pPr>
      <w:r>
        <w:t>اسلام میںسیلفریسپیکٹنہیںہے۔ سیلفریسپیکٹکےلیے قرآنمیںحدیثمیںکوئیلفظہینہیںہے۔ یادرکھیے،</w:t>
      </w:r>
    </w:p>
    <w:p>
      <w:r>
        <w:rPr>
          <w:b/>
        </w:rPr>
        <w:t xml:space="preserve">[1:17:54] </w:t>
      </w:r>
      <w:r>
        <w:t>self-respect ko main jahiliyat samajhta hoon. us ko main yani superiority samajhta hoon. us ko sense of pride ke nateejey mein samajhta hoon.</w:t>
      </w:r>
    </w:p>
    <w:p>
      <w:pPr>
        <w:jc w:val="right"/>
      </w:pPr>
      <w:r>
        <w:t>سیلفریسپیکٹکومیں جاہلیتسمجھتاہوں۔ اسکومیں یعنی سپیریٹیسمجھتاہوں۔ اسکو سینسآفپرائیڈکےنتیجےمیںسمجھتاہوں۔</w:t>
      </w:r>
    </w:p>
    <w:p>
      <w:r>
        <w:rPr>
          <w:b/>
        </w:rPr>
        <w:t xml:space="preserve">[1:18:03] </w:t>
      </w:r>
      <w:r>
        <w:t>Islam mein modesty hai, bas modesty aur kuch nahin hai. self-respect jo hai, sirf beautiful name hai yeh superiority complex ka aur pride ka.</w:t>
      </w:r>
    </w:p>
    <w:p>
      <w:pPr>
        <w:jc w:val="right"/>
      </w:pPr>
      <w:r>
        <w:t>اسلام میں ماڈسٹہیہے،بسماڈسٹہی اورکچھنہیں ہے۔ سیلفریسپیکٹجوہے، صرف بیوٹیفل نیمہے یہ سپیریٹیکمپلیکسکا اور پرائیڈکا ۔</w:t>
      </w:r>
    </w:p>
    <w:p>
      <w:r>
        <w:rPr>
          <w:b/>
        </w:rPr>
        <w:t xml:space="preserve">[1:18:16] </w:t>
      </w:r>
      <w:r>
        <w:t>yeh mujhe is mein zara bhi shubah nahin. This question is from Dr. Faridah Khanum from Delhi.</w:t>
      </w:r>
    </w:p>
    <w:p>
      <w:pPr>
        <w:jc w:val="right"/>
      </w:pPr>
      <w:r>
        <w:t>یہ مجھےاسمیںذرابھیشبہنہیں۔ This question is from Dr. FaridahKhanumfrom Delhi.</w:t>
      </w:r>
    </w:p>
    <w:p>
      <w:r>
        <w:rPr>
          <w:b/>
        </w:rPr>
        <w:t xml:space="preserve">[1:18:23] </w:t>
      </w:r>
      <w:r>
        <w:t>Often people do not openly condemn those involved in violence. Is this the right attitude or condemnation must be done?</w:t>
      </w:r>
    </w:p>
    <w:p>
      <w:pPr>
        <w:jc w:val="right"/>
      </w:pPr>
      <w:r>
        <w:t>Often people do not open ly cond emnthose invol ved inviol ence . Is this the right att itudeor condemnationmustbedone?</w:t>
      </w:r>
    </w:p>
    <w:p>
      <w:r>
        <w:rPr>
          <w:b/>
        </w:rPr>
        <w:t xml:space="preserve">[1:18:33] </w:t>
      </w:r>
      <w:r>
        <w:t>dekhiye, is mein sara maamla result ka hai. agar aap is ko rok sakte ho to rokna chahiye aap ko.</w:t>
      </w:r>
    </w:p>
    <w:p>
      <w:pPr>
        <w:jc w:val="right"/>
      </w:pPr>
      <w:r>
        <w:t>دیکھیے،اسمیں سارامعاملہرزلٹکاہے۔ اگر آپ اسکو روکسکتےہوں توروکناچاہیےآپکو۔</w:t>
      </w:r>
    </w:p>
    <w:p>
      <w:r>
        <w:rPr>
          <w:b/>
        </w:rPr>
        <w:t xml:space="preserve">[1:18:44] </w:t>
      </w:r>
      <w:r>
        <w:t>lekin rokne ki koshish mein agar aur badh jaye burai to hargiz mat rokne ki koshish kijiye. phir munh se boliye.</w:t>
      </w:r>
    </w:p>
    <w:p>
      <w:pPr>
        <w:jc w:val="right"/>
      </w:pPr>
      <w:r>
        <w:t>لیکن روکنےکیکوششمیںاگراور بڑھجائے بر ائی تو ہرگزمتروکنےکیکوششکیجیے۔ پھرمنہسےبولیے۔</w:t>
      </w:r>
    </w:p>
    <w:p>
      <w:r>
        <w:rPr>
          <w:b/>
        </w:rPr>
        <w:t xml:space="preserve">[1:18:52] </w:t>
      </w:r>
      <w:r>
        <w:t>to teen darje hain. agar aap rok sako, itni taqat aap ko ho to rokiye. nahin to munh se boliye. is ki bhi taqat nahin hai to dil se bura maniye.</w:t>
      </w:r>
    </w:p>
    <w:p>
      <w:pPr>
        <w:jc w:val="right"/>
      </w:pPr>
      <w:r>
        <w:t>تو تیندرجےہیں۔ اگر آپ روکسکیں،اتنیطاقتآپکوہو توروکیے۔ نہیں تو منہسےبولیے۔ اسکیبھیطاقتنہیںہےتودلسےبرامانیے۔</w:t>
      </w:r>
    </w:p>
    <w:p>
      <w:r>
        <w:rPr>
          <w:b/>
        </w:rPr>
        <w:t xml:space="preserve">[1:19:01] </w:t>
      </w:r>
      <w:r>
        <w:t>saara maamla hai ke aapka ekshan result oriented hona chahiye. result. result nikle to kijiye, nahi to himmat kijiye.</w:t>
      </w:r>
    </w:p>
    <w:p>
      <w:pPr>
        <w:jc w:val="right"/>
      </w:pPr>
      <w:r>
        <w:t>سارامعاملہہےکہآپکاایکشن رزلٹاورینٹڈہوناچاہیے۔ رزلٹ۔رزلٹنکلےتوکیجیے،نہیںتونہمتکیجیے۔</w:t>
      </w:r>
    </w:p>
    <w:p>
      <w:r>
        <w:rPr>
          <w:b/>
        </w:rPr>
        <w:t xml:space="preserve">[1:19:11] </w:t>
      </w:r>
      <w:r>
        <w:t>yeh bohat important baat hai. mun hasan-e-islam mure, tark-e-hama layani hai.</w:t>
      </w:r>
    </w:p>
    <w:p>
      <w:pPr>
        <w:jc w:val="right"/>
      </w:pPr>
      <w:r>
        <w:t>یہبہت امپورٹنٹباتہے۔ من حسن اسلام مرے،ترک ہمالایعنیہے۔</w:t>
      </w:r>
    </w:p>
    <w:p>
      <w:r>
        <w:rPr>
          <w:b/>
        </w:rPr>
        <w:t xml:space="preserve">[1:19:16] </w:t>
      </w:r>
      <w:r>
        <w:t>islam mein yeh hai ke aapki speech, aap ka ekshan, aapka behaviour sab kuch hona chahiye result oriented. positive result nikle to ekshan hai, nahi to ekshan nahi hai.</w:t>
      </w:r>
    </w:p>
    <w:p>
      <w:pPr>
        <w:jc w:val="right"/>
      </w:pPr>
      <w:r>
        <w:t>اسلام میں یہہےکہآپکی سپیچ ،آپ کا ایک شن،آپکا بیہیویئر سبکچھہوناچاہیےرزلٹاورینٹڈ۔ پازیٹیورزلٹنکلتاہےتو ایکشنہے،نہیںتوایکشننہیںہے۔</w:t>
      </w:r>
    </w:p>
    <w:p>
      <w:r>
        <w:rPr>
          <w:b/>
        </w:rPr>
        <w:t xml:space="preserve">[1:19:31] </w:t>
      </w:r>
      <w:r>
        <w:t>This question is from Mr. Nafees Shiraz from Delhi.</w:t>
      </w:r>
    </w:p>
    <w:p>
      <w:pPr>
        <w:jc w:val="right"/>
      </w:pPr>
      <w:r>
        <w:t>This questionis from Mr. Nafees Shirazfrom Delhi.</w:t>
      </w:r>
    </w:p>
    <w:p>
      <w:r>
        <w:rPr>
          <w:b/>
        </w:rPr>
        <w:t xml:space="preserve">[1:19:36] </w:t>
      </w:r>
      <w:r>
        <w:t>yun to quran poori duniya ke liye rah-e-hidayat hai, lekin chaudah sau saal se bhi zyada ka arsa guzar jane ke baad bhi quran ko apna kehne wa manne wale musalman aaj tak apni zindagi quran ke mutabiq na bana sake hain.</w:t>
      </w:r>
    </w:p>
    <w:p>
      <w:pPr>
        <w:jc w:val="right"/>
      </w:pPr>
      <w:r>
        <w:t>یوںتو قرآن پوریدنیا کےلیے راہہدایتہے، لیکن چودہسو سال سےبھیزیادہ کا عرصہگزر جانےکےبعد بھی قرآنکو اپنا کہنے و ماننےوالے مسلمان آجتک اپنی زندگی قرآنکے مطابق نہ بناسکےہیں۔</w:t>
      </w:r>
    </w:p>
    <w:p>
      <w:r>
        <w:rPr>
          <w:b/>
        </w:rPr>
        <w:t xml:space="preserve">[1:19:55] </w:t>
      </w:r>
      <w:r>
        <w:t>iska kya karan hai? dekhiye, quran ka matlab yeh nahi ke saari duniya mein ideals aa jayenge.</w:t>
      </w:r>
    </w:p>
    <w:p>
      <w:pPr>
        <w:jc w:val="right"/>
      </w:pPr>
      <w:r>
        <w:t>اسکاکیا कारण ہے ؟ دیکھیے،قرآنکامعنییہنہیںکہساریدنیا میںآئیڈیلزآجائیںگے۔</w:t>
      </w:r>
    </w:p>
    <w:p>
      <w:r>
        <w:rPr>
          <w:b/>
        </w:rPr>
        <w:t xml:space="preserve">[1:20:03] </w:t>
      </w:r>
      <w:r>
        <w:t>quran woh hai, kitab-e-hidayat hai. compulsory lekin nahi hai. aao, to zabardasti logon ko ek raaste par daal den.</w:t>
      </w:r>
    </w:p>
    <w:p>
      <w:pPr>
        <w:jc w:val="right"/>
      </w:pPr>
      <w:r>
        <w:t>قرآنجوہے، کتاب ہدایت ہے۔ کمپلس ریبکنہیںہے۔ آؤ،تو زبردستیلوگوںکو ایک راستےپرڈالدیں۔</w:t>
      </w:r>
    </w:p>
    <w:p>
      <w:r>
        <w:rPr>
          <w:b/>
        </w:rPr>
        <w:t xml:space="preserve">[1:20:15] </w:t>
      </w:r>
      <w:r>
        <w:t>Allah ki taraf hidayat aati hai isliye ke aapko bata diya jaye. jo chahe maane, jo chahe na maane. jo chahe inkaar kare, jo chahe maane. kyunke yahan imtehan</w:t>
      </w:r>
    </w:p>
    <w:p>
      <w:pPr>
        <w:jc w:val="right"/>
      </w:pPr>
      <w:r>
        <w:t>اللہ کیطرفہدایتآتیہے اسلیےکہآپکوبتادیا جائے۔ جوچاہےمانے،جوچاہےنہمانے۔ جوچاہےانکارکرے،جوچاہےمانے۔ کیونکہیہاں امتح</w:t>
      </w:r>
    </w:p>
    <w:p>
      <w:r>
        <w:rPr>
          <w:b/>
        </w:rPr>
        <w:t xml:space="preserve">[1:20:25] </w:t>
      </w:r>
      <w:r>
        <w:t>ka din hai. imtehan ko Khuda aabad nahi kar sakta hai. aazadi ko aabad nahi kar sakta hai. kyunke aazadi ko aabad nahi kar sakta hai Khuda, isliye aapko mauqa hai ke chahe aap maane, chahe na maane.</w:t>
      </w:r>
    </w:p>
    <w:p>
      <w:pPr>
        <w:jc w:val="right"/>
      </w:pPr>
      <w:r>
        <w:t>انکیدنیا ہے۔ امتحانکو خدا آباد نہیںکرسکتاہے۔ آزادیکوآباد نہیںکرسکتاہے۔ کیونکہآزادیکوآباد نہیںکرسکتاہےخدا،اسلیےآپکو موقعہےکہچاہےآپمانیں،چاہےنہمانیں۔</w:t>
      </w:r>
    </w:p>
    <w:p>
      <w:r>
        <w:rPr>
          <w:b/>
        </w:rPr>
        <w:t xml:space="preserve">[1:20:36] </w:t>
      </w:r>
      <w:r>
        <w:t>musalmanon ke liye bhi hai, non-muslim ke liye bhi hai. to as a book of guidance, quran rahega hamesha. lekin jahan tak is baat ka ta'alluq hai ke koi follow karta hai to aap ka apni choice par hai.</w:t>
      </w:r>
    </w:p>
    <w:p>
      <w:pPr>
        <w:jc w:val="right"/>
      </w:pPr>
      <w:r>
        <w:t>مس لمانوںکےلیےبھیہے،نانمسلمکےلیےبھیہے۔ تو ایزاےبکآفگائیڈنس،قرآنرہےگاہمیشہ۔ لیکن جہاںتکاسباتکا تعلق ہے کہکو ئیفالوکرتاہے تو آپ کااپنیچوائسپرہے۔</w:t>
      </w:r>
    </w:p>
    <w:p>
      <w:r>
        <w:rPr>
          <w:b/>
        </w:rPr>
        <w:t xml:space="preserve">[1:20:49] </w:t>
      </w:r>
      <w:r>
        <w:t>isi choice par aapko ya to reward milega ya punishment milega.</w:t>
      </w:r>
    </w:p>
    <w:p>
      <w:pPr>
        <w:jc w:val="right"/>
      </w:pPr>
      <w:r>
        <w:t>اسیچوائسپرآپکو یاتوریوارڈملےگایاپنشمنٹملےگا۔</w:t>
      </w:r>
    </w:p>
    <w:p>
      <w:r>
        <w:rPr>
          <w:b/>
        </w:rPr>
        <w:t xml:space="preserve">[1:20:55] </w:t>
      </w:r>
      <w:r>
        <w:t>This question is from Mr. Abdul Hafiz from Delhi. You mentioned that defensive jihad is the only permissible jihad.</w:t>
      </w:r>
    </w:p>
    <w:p>
      <w:pPr>
        <w:jc w:val="right"/>
      </w:pPr>
      <w:r>
        <w:t>Thisquestion is from Mr. Abdul Hafizfrom Delhi. You mentionedthat def ens ive جہ اد is the only perm issible جہاد.</w:t>
      </w:r>
    </w:p>
    <w:p>
      <w:r>
        <w:rPr>
          <w:b/>
        </w:rPr>
        <w:t xml:space="preserve">[1:21:05] </w:t>
      </w:r>
      <w:r>
        <w:t>But isn't it true that in the best of times, offensive battles did take place and they were overseen by the Sahaba?</w:t>
      </w:r>
    </w:p>
    <w:p>
      <w:pPr>
        <w:jc w:val="right"/>
      </w:pPr>
      <w:r>
        <w:t>But isn'tittrue that inthe best of tim es, off ensive b attles did takeplace andtheywere overseen by the Sahaba?</w:t>
      </w:r>
    </w:p>
    <w:p>
      <w:r>
        <w:rPr>
          <w:b/>
        </w:rPr>
        <w:t xml:space="preserve">[1:21:17] </w:t>
      </w:r>
      <w:r>
        <w:t>nahi, nahi, aisa kabhi nahi hua. yeh galat keh rahe hain aap. hamari kitabein padhiye aap.</w:t>
      </w:r>
    </w:p>
    <w:p>
      <w:pPr>
        <w:jc w:val="right"/>
      </w:pPr>
      <w:r>
        <w:t>نہیں،نہیں،ایساکبھینہیںہوا۔یہغلط کہہرہےہیںآپ ۔ ہماریکتابیںپڑھیےآپ ۔</w:t>
      </w:r>
    </w:p>
    <w:p>
      <w:r>
        <w:rPr>
          <w:b/>
        </w:rPr>
        <w:t xml:space="preserve">[1:21:23] </w:t>
      </w:r>
      <w:r>
        <w:t>offensive war islam mein hai, nahi hai. mere nazdeek dekhiye, model woh hai Rasool Allah ke zamane. pehle isko dekhiye aap. ismein aap dekh kar ke jab apni rai banaiye.</w:t>
      </w:r>
    </w:p>
    <w:p>
      <w:pPr>
        <w:jc w:val="right"/>
      </w:pPr>
      <w:r>
        <w:t>آف ینسوواراسلام میںہے،نہیںہے۔ میرےنزدیکدیکھیے،ماڈلجوہےرسولاللہکےزمان ہ۔ پہلے اسکودیکھیےآپ ۔ اسمیںآپ دیکھکرکےجب اپنیرائےبنائیے۔</w:t>
      </w:r>
    </w:p>
    <w:p>
      <w:r>
        <w:rPr>
          <w:b/>
        </w:rPr>
        <w:t xml:space="preserve">[1:21:35] </w:t>
      </w:r>
      <w:r>
        <w:t>phir doosri baat kijiye. Rasool Allah ke zamane mein koi offensive war nahi thi. jo war thi, woh defensive war thi. is par maine do kitabein likhi hain.</w:t>
      </w:r>
    </w:p>
    <w:p>
      <w:pPr>
        <w:jc w:val="right"/>
      </w:pPr>
      <w:r>
        <w:t>پھردوسریباتکیجیے۔ رسولاللہکےزمانےمیںکوئیآفینسو وارنہیںتھی۔ جو وارتھی،وہڈیفنسووارتھی۔ اسپر میںنےدوکتاب یںلکھیہیں۔</w:t>
      </w:r>
    </w:p>
    <w:p>
      <w:r>
        <w:rPr>
          <w:b/>
        </w:rPr>
        <w:t xml:space="preserve">[1:21:44] </w:t>
      </w:r>
      <w:r>
        <w:t>aap padhiye isko. woh Paighambar-e-Inquilaab, Mutalea-e-Seerat.</w:t>
      </w:r>
    </w:p>
    <w:p>
      <w:pPr>
        <w:jc w:val="right"/>
      </w:pPr>
      <w:r>
        <w:t>آپپڑھیےاسکو ۔ وہ پیغمبر انقلاب،مطالعہسیرت۔</w:t>
      </w:r>
    </w:p>
    <w:p>
      <w:r>
        <w:rPr>
          <w:b/>
        </w:rPr>
        <w:t xml:space="preserve">[1:21:51] </w:t>
      </w:r>
      <w:r>
        <w:t>aisa sochna bilkul baseless hai. yeh This question is from Mr. Khaja Kaleemuddin from Pennsylvania.</w:t>
      </w:r>
    </w:p>
    <w:p>
      <w:pPr>
        <w:jc w:val="right"/>
      </w:pPr>
      <w:r>
        <w:t>ایساسوچنابالکل بیسلیسہے۔یہ Thisquestion is from Mr. KhajaKaleemuddinfrom Penn sylvan ia.</w:t>
      </w:r>
    </w:p>
    <w:p>
      <w:r>
        <w:rPr>
          <w:b/>
        </w:rPr>
        <w:t xml:space="preserve">[1:22:01] </w:t>
      </w:r>
      <w:r>
        <w:t>The groups that are resorting to violence derive their actions mainly from the two points</w:t>
      </w:r>
    </w:p>
    <w:p>
      <w:pPr>
        <w:jc w:val="right"/>
      </w:pPr>
      <w:r>
        <w:t>Thegroup s thatare resortingto viol ence der ive their ac tions main lyfrom the two po ints</w:t>
      </w:r>
    </w:p>
    <w:p>
      <w:r>
        <w:rPr>
          <w:b/>
        </w:rPr>
        <w:t xml:space="preserve">[1:22:08] </w:t>
      </w:r>
      <w:r>
        <w:t>.First point, the goal or the order of prophetic action gradually evolved, which begins with the life and mission of the Prophet Adam and completes with the life and mission of Prophet Muhammad.</w:t>
      </w:r>
    </w:p>
    <w:p>
      <w:pPr>
        <w:jc w:val="right"/>
      </w:pPr>
      <w:r>
        <w:t>.First point ,the goalor theord er of prophetic ac tion gradu ally evolved,which beg ins with the life and m issionof the Prophet Adam and complet es withthelife andmissionof Prophet Muhamm ad.</w:t>
      </w:r>
    </w:p>
    <w:p>
      <w:r>
        <w:rPr>
          <w:b/>
        </w:rPr>
        <w:t xml:space="preserve">[1:22:25] </w:t>
      </w:r>
      <w:r>
        <w:t>Therefore, according to them, the order of the prophetic mission is dawah, hijrat, jihad, and then the establishment of khilafat.</w:t>
      </w:r>
    </w:p>
    <w:p>
      <w:pPr>
        <w:jc w:val="right"/>
      </w:pPr>
      <w:r>
        <w:t>There fore, according toth em, the order of the propheticmission is دعویٰ ،ہجرت، جہ اد ، andthen the establ ishment of خلافت۔</w:t>
      </w:r>
    </w:p>
    <w:p>
      <w:r>
        <w:rPr>
          <w:b/>
        </w:rPr>
        <w:t xml:space="preserve">[1:22:37] </w:t>
      </w:r>
      <w:r>
        <w:t>If this is the order, then in this course of prophetic mission, the violence is inevitable. Thesecond point, which is mentioned, some groups just ify jihad or violence saying that it is inevitable in the process of establishing the justice on the face of the earth.</w:t>
      </w:r>
    </w:p>
    <w:p>
      <w:pPr>
        <w:jc w:val="right"/>
      </w:pPr>
      <w:r>
        <w:t>If this is the ord er, then inthis courseof propheticmission, the viol ence is in evitable . Thesecond point ,which ismentioned, some group s jus tify جہ اد اور viol ence sayingthatitis in evitable inthe process of establ ish ing the just ice onthe face oftheearth .</w:t>
      </w:r>
    </w:p>
    <w:p>
      <w:r>
        <w:rPr>
          <w:b/>
        </w:rPr>
        <w:t xml:space="preserve">[1:23:01] </w:t>
      </w:r>
      <w:r>
        <w:t>In support of this, they present the verse twenty-five of chapter fifty-seven, Al-Hadid the iron, which says, "We have sent our messengers with clear signs and sent down with them the book and the scales of justice.</w:t>
      </w:r>
    </w:p>
    <w:p>
      <w:pPr>
        <w:jc w:val="right"/>
      </w:pPr>
      <w:r>
        <w:t>In support of th is, they present the verse twenty-five of chapter fifty-seven, الحد ید the ir on, which says, "Wehave sent ourmess engers with clear sign s andsent down with them the book andthe scalesof just ice.</w:t>
      </w:r>
    </w:p>
    <w:p>
      <w:r>
        <w:rPr>
          <w:b/>
        </w:rPr>
        <w:t xml:space="preserve">[1:23:19] </w:t>
      </w:r>
      <w:r>
        <w:t>We have sent down iron with its mighty strength and diverse uses for mankind so that Allah may know those who help Him and His messengers without having seen Him.</w:t>
      </w:r>
    </w:p>
    <w:p>
      <w:pPr>
        <w:jc w:val="right"/>
      </w:pPr>
      <w:r>
        <w:t>Wehave sent down iron with its mightystrength and divers e usesfor man kindso that Allahmayknowthose who helpHim and His mess engers without havingseenHim.</w:t>
      </w:r>
    </w:p>
    <w:p>
      <w:r>
        <w:rPr>
          <w:b/>
        </w:rPr>
        <w:t xml:space="preserve">[1:23:34] </w:t>
      </w:r>
      <w:r>
        <w:t>Allah is powerful and mighty." Maulana, their opinion here is that in this verse, the justice and iron both are mentioned together.</w:t>
      </w:r>
    </w:p>
    <w:p>
      <w:pPr>
        <w:jc w:val="right"/>
      </w:pPr>
      <w:r>
        <w:t>Allah is powerful andmighty." مول انا،their opinion hereis that inthis vers e, the just ice and ir on both are mentionedtog eth er.</w:t>
      </w:r>
    </w:p>
    <w:p>
      <w:r>
        <w:rPr>
          <w:b/>
        </w:rPr>
        <w:t xml:space="preserve">[1:23:46] </w:t>
      </w:r>
      <w:r>
        <w:t>There fore, their understand ing for using viol ence inthe courseof enforcingthe just ice is right. Maulana sahib,are they right intheir assertion?</w:t>
      </w:r>
    </w:p>
    <w:p>
      <w:pPr>
        <w:jc w:val="right"/>
      </w:pPr>
      <w:r>
        <w:t>There fore, their understand ing for using viol ence inthe courseof enforcingthe just ice is right. مول اناصاحب,are they right intheir assertion?</w:t>
      </w:r>
    </w:p>
    <w:p>
      <w:r>
        <w:rPr>
          <w:b/>
        </w:rPr>
        <w:t xml:space="preserve">[1:23:57] </w:t>
      </w:r>
      <w:r>
        <w:t>If not , whatisthecorrectwayof understand ing inthe above two cas es? dekhiye, yeh donon argument j wohin bilkul baseless hain.</w:t>
      </w:r>
    </w:p>
    <w:p>
      <w:pPr>
        <w:jc w:val="right"/>
      </w:pPr>
      <w:r>
        <w:t>If not , whatisthecorrectwayof understand ing inthe above two cas es? دیکھیے، یہدونوںآرگومنٹجوہیں بالکل بیسلیسہیں۔</w:t>
      </w:r>
    </w:p>
    <w:p>
      <w:r>
        <w:rPr>
          <w:b/>
        </w:rPr>
        <w:t xml:space="preserve">[1:24:09] </w:t>
      </w:r>
      <w:r>
        <w:t>main ne tafseel se likha hai in par apni kitabon mein.</w:t>
      </w:r>
    </w:p>
    <w:p>
      <w:pPr>
        <w:jc w:val="right"/>
      </w:pPr>
      <w:r>
        <w:t>میںنےتفصیلسےلکھاہے انپر اپنیکتاب وںمیں۔</w:t>
      </w:r>
    </w:p>
    <w:p>
      <w:r>
        <w:rPr>
          <w:b/>
        </w:rPr>
        <w:t xml:space="preserve">[1:24:12] </w:t>
      </w:r>
      <w:r>
        <w:t>Pehla jo argument hai ke order hai Adam se le kar Rasool Allah tak, yeh bilkul baseless baat hai. Quran mein kahin bhi nahin bataya gaya hai ke Islam mukammal deen hai aur pichhla deen jo hai, order mein chalte chalte woh aa kar takmeel hui ho.</w:t>
      </w:r>
    </w:p>
    <w:p>
      <w:pPr>
        <w:jc w:val="right"/>
      </w:pPr>
      <w:r>
        <w:t>پہلاجوآرگومنٹہے کہآرڈرہے آدمسےلےکررسولاللہتک،یہبالکلبیسلیسباتہے۔ قرآنمیں کہیںبھینہیںبتایاگیاہے کہ اسلام مک مل دینہےاورپچھلادینجوہے، آرڈرمیںچلتےچلتے وہآکرتکمیلہوئی ہو۔</w:t>
      </w:r>
    </w:p>
    <w:p>
      <w:r>
        <w:rPr>
          <w:b/>
        </w:rPr>
        <w:t xml:space="preserve">[1:24:26] </w:t>
      </w:r>
      <w:r>
        <w:t>Yeh yeh bilkul yani yeh ghadhi hui baat hai, ghadhi hui. Quran mein yeh aaya hai ke har har har peghamabr ko ek hi deen diya gaya.</w:t>
      </w:r>
    </w:p>
    <w:p>
      <w:pPr>
        <w:jc w:val="right"/>
      </w:pPr>
      <w:r>
        <w:t>یہ یہبالکل یعنی یہ گھڑیہوئیباتہے،گھڑیہوئی۔ قرآنمیںیہآیاہے کہہر ہر ہر پیغمبرکوایکہیدیندیاگیا۔</w:t>
      </w:r>
    </w:p>
    <w:p>
      <w:r>
        <w:rPr>
          <w:b/>
        </w:rPr>
        <w:t xml:space="preserve">[1:24:38] </w:t>
      </w:r>
      <w:r>
        <w:t>Har peghamabr ko</w:t>
      </w:r>
    </w:p>
    <w:p>
      <w:pPr>
        <w:jc w:val="right"/>
      </w:pPr>
      <w:r>
        <w:t>ہرپیغمبرکو</w:t>
      </w:r>
    </w:p>
    <w:p>
      <w:r>
        <w:rPr>
          <w:b/>
        </w:rPr>
        <w:t xml:space="preserve">[1:24:40] </w:t>
      </w:r>
      <w:r>
        <w:t>Surah Shura mein aap parh lijiye, har peghamabr ko wohi deen diya gaya jo doosre ko diya gaya tha. To yeh jo takmeel deen ka nazariya hai, yeh bilkul bilkul hi baseless hai.</w:t>
      </w:r>
    </w:p>
    <w:p>
      <w:pPr>
        <w:jc w:val="right"/>
      </w:pPr>
      <w:r>
        <w:t>سورہشوری ٰمیںآپپڑھلیجئے، ہر پیغمبرکو وہیدیندیاگیاجودوسرےکودیاگیاتھا۔ تویہجو تکمیلدینکانظریہہے، یہبالکل بالکل ہیبیسلیسہے۔</w:t>
      </w:r>
    </w:p>
    <w:p>
      <w:r>
        <w:rPr>
          <w:b/>
        </w:rPr>
        <w:t xml:space="preserve">[1:24:51] </w:t>
      </w:r>
      <w:r>
        <w:t>Wohi same deen har ek ko hai. Yahan tak ke aap dekhiye, yeh log mante hain ke Rasool Allah par mukammal deen hua. To Rasool aap Quran Majeed mein hai, Rasool Allah se kaha gaya hai ke fa'bi'h maqtada yani pichhle nabiyon ko wahan refer kiya gaya hai, pichhle nabiyon ko aur phir farmaya gaya hai ke fa'bi'h maqtada.</w:t>
      </w:r>
    </w:p>
    <w:p>
      <w:pPr>
        <w:jc w:val="right"/>
      </w:pPr>
      <w:r>
        <w:t>وہی سیم دینہرایککوہے۔یہاںتککہآپدیکھیے، یہلوگ مانتےہیںکہرسولاللہ پر مکملدینہوا۔ تو رسول آپ قرآنمجیدمیںہے، رسولاللہسےکہاگیاہے کہ فبعہ مقتد یعنیپچھلےنبیوںکاوہاںریفرکیاگیاہے، پچھلےنبیوںکواور پھرفرمایاگیاہےکہفبعہ مق تد۔</w:t>
      </w:r>
    </w:p>
    <w:p>
      <w:r>
        <w:rPr>
          <w:b/>
        </w:rPr>
        <w:t xml:space="preserve">[1:25:11] </w:t>
      </w:r>
      <w:r>
        <w:t>Inhi ki to bhi pi</w:t>
      </w:r>
    </w:p>
    <w:p>
      <w:pPr>
        <w:jc w:val="right"/>
      </w:pPr>
      <w:r>
        <w:t>انہیکیتوبھیپی</w:t>
      </w:r>
    </w:p>
    <w:p>
      <w:r>
        <w:rPr>
          <w:b/>
        </w:rPr>
        <w:t xml:space="preserve">[1:25:12] </w:t>
      </w:r>
      <w:r>
        <w:t>ro karo. Yani Rasool Allah ko kaha gaya, pichhle nabiyon ki peero karo.</w:t>
      </w:r>
    </w:p>
    <w:p>
      <w:pPr>
        <w:jc w:val="right"/>
      </w:pPr>
      <w:r>
        <w:t>رویکرو۔ یعنیرسولاللہکوکہاگیا،پچھلےنبیوںکیپیرویکرو۔</w:t>
      </w:r>
    </w:p>
    <w:p>
      <w:r>
        <w:rPr>
          <w:b/>
        </w:rPr>
        <w:t xml:space="preserve">[1:25:18] </w:t>
      </w:r>
      <w:r>
        <w:t>Kaisi ajeeb baat hai! Yani ek maqam par mukhtalif nabiyon ko refer kiya gaya, farmaya ke in sab ko hum ne hidayat di thi, woh same hidayat.</w:t>
      </w:r>
    </w:p>
    <w:p>
      <w:pPr>
        <w:jc w:val="right"/>
      </w:pPr>
      <w:r>
        <w:t>کیسیعجیبباتہے! یعنی ایک مقام پر مختلف نبیوںکو ریفرکیاگیا، فرمایاکہانسب کوہمنےہدایتدیتھی، وہ یسیمہدایت۔</w:t>
      </w:r>
    </w:p>
    <w:p>
      <w:r>
        <w:rPr>
          <w:b/>
        </w:rPr>
        <w:t xml:space="preserve">[1:25:30] </w:t>
      </w:r>
      <w:r>
        <w:t>Fa'bi'h maqtada. To ae peghamabr, tum bhi inhi ki peero karo. To kya kamil se kaha jaye ke tum naqis ki peero karo? Complete se kaha jaye ke tum incomplete ki peero karo?</w:t>
      </w:r>
    </w:p>
    <w:p>
      <w:pPr>
        <w:jc w:val="right"/>
      </w:pPr>
      <w:r>
        <w:t>فبعہ مق تد۔تواےپیغمبر،تمبھیانہیکیپیرویکرو۔ توکیا کاملسےکہاجائےکہتمناقصکیپیرویکرو؟ کمپلیٹسےکہاجائےکہتمانکمپلیٹکیپیرویکرو؟</w:t>
      </w:r>
    </w:p>
    <w:p>
      <w:r>
        <w:rPr>
          <w:b/>
        </w:rPr>
        <w:t xml:space="preserve">[1:25:42] </w:t>
      </w:r>
      <w:r>
        <w:t>Yani ideal se kaha jaye ke tum less ideal ki peero karo? Yeh bilkul baseless baat hai, na Quran mein hai na Hadees mein. Yani mukammal Islam ka nazariya bilkul hi baseless hai.</w:t>
      </w:r>
    </w:p>
    <w:p>
      <w:pPr>
        <w:jc w:val="right"/>
      </w:pPr>
      <w:r>
        <w:t>یعنیآئیڈیلسےکہاجائےکہتملیس آ ئیڈیلکیپیرویکرو؟ یہبالکل بیسلیسباتہے، نہقرآنمیںہےنہحدیثمیں۔ یعنی مک مل اسلام کانظریہبالکلہیبیسلیسہے۔</w:t>
      </w:r>
    </w:p>
    <w:p>
      <w:r>
        <w:rPr>
          <w:b/>
        </w:rPr>
        <w:t xml:space="preserve">[1:25:57] </w:t>
      </w:r>
      <w:r>
        <w:t>Asal sahi baat yeh hai ke har nabi ko wohi diya gaya jo Rasool Allah ko diya gaya tha, woh pichhle nabiyon ko diya gaya tha. Is liye yeh sawal hi nahin paida hota ke ab aakhri marhale mein pahunche hain, hum ab to khilafat qaim karna hai.</w:t>
      </w:r>
    </w:p>
    <w:p>
      <w:pPr>
        <w:jc w:val="right"/>
      </w:pPr>
      <w:r>
        <w:t>اصلصحیحباتیہہےکہہرنبی کو وہیدیندیاگیا جو رسولاللہکودیاگیاتھا،وہپچھلےنبیوںکودیاگیاتھا۔ اسلیےیہسوالہینہیںپیدا ہوتاکہابآخریمرحلےمیںپہنچےہیں،ہمابتوخلافتقائمکرناہے۔</w:t>
      </w:r>
    </w:p>
    <w:p>
      <w:r>
        <w:rPr>
          <w:b/>
        </w:rPr>
        <w:t xml:space="preserve">[1:26:10] </w:t>
      </w:r>
      <w:r>
        <w:t>Yeh kahan, yeh bhi kahin likha hua nahin hai, khilafat qaim karna hai. Yeh yeh bhi logon ne khud se bana liya hai. Sab se bada fitna is zamane mein hai political interpretation of Islam</w:t>
      </w:r>
    </w:p>
    <w:p>
      <w:pPr>
        <w:jc w:val="right"/>
      </w:pPr>
      <w:r>
        <w:t>یہکہاں،یہبھیکہیںلکھاہوانہیں،خلافتقائمکرناہے۔ یہ یہبھی لوگوںنےخودسےبنالیاہے۔ سبسےبڑافتنہاسزمانےمیںہےپولیٹیکل انٹرپریٹیشنآفاسلام</w:t>
      </w:r>
    </w:p>
    <w:p>
      <w:r>
        <w:rPr>
          <w:b/>
        </w:rPr>
        <w:t xml:space="preserve">[1:26:19] </w:t>
      </w:r>
      <w:r>
        <w:t>. Political interpretation of Islam, kuch log wohi, unhon ne Islam ka siyasi ta'beer pesh ki hai aur us mein yeh sab baatein likh likh rakhi hain. Unhon ne yeh political interpretation of Islam ka phenomenon hai, yeh Islam ka phenomenon nahin hai.</w:t>
      </w:r>
    </w:p>
    <w:p>
      <w:pPr>
        <w:jc w:val="right"/>
      </w:pPr>
      <w:r>
        <w:t>۔ پولیٹیکلانٹرپریٹیشنآفاسلام،کچھلوگجوہیں، انہوں نے اسلام کا سیاسی تعبیرپیش کیہے اوراسمیںیہسبباتیں لکھلکھرکھیہیں۔انہوںنے یہ پولیٹیکلانٹرپریٹیشنآفاسلام کافیناومیناہے، یہاسلام کافیناومینانہیںہے۔</w:t>
      </w:r>
    </w:p>
    <w:p>
      <w:r>
        <w:rPr>
          <w:b/>
        </w:rPr>
        <w:t xml:space="preserve">[1:26:38] </w:t>
      </w:r>
      <w:r>
        <w:t>Doosri jo ayat naqal ki jati hai, Hadeed wali, yeh aur zyada baseless baat hai.</w:t>
      </w:r>
    </w:p>
    <w:p>
      <w:pPr>
        <w:jc w:val="right"/>
      </w:pPr>
      <w:r>
        <w:t>دوسریجو آیت نقلکیجاتیہے، حدید والی، یہاورزیادہ بیسلیسباتہے۔</w:t>
      </w:r>
    </w:p>
    <w:p>
      <w:r>
        <w:rPr>
          <w:b/>
        </w:rPr>
        <w:t xml:space="preserve">[1:26:45] </w:t>
      </w:r>
      <w:r>
        <w:t>Is mein dekhiye, sab se dilchasp baat yeh hai ke is mein hai ke li yakumun nas bil qist. Li yakumun nas bil qist ta ke log justice par qaim hon.</w:t>
      </w:r>
    </w:p>
    <w:p>
      <w:pPr>
        <w:jc w:val="right"/>
      </w:pPr>
      <w:r>
        <w:t>اسمیں دیکھیے، سبسے دلچسپباتیہہےکہاسمیںہےکہ ل یکوم الناسبال قسط۔ ل یکوم الناسبالقسط تاکہلوگ جسٹسپرقائمہوں۔</w:t>
      </w:r>
    </w:p>
    <w:p>
      <w:r>
        <w:rPr>
          <w:b/>
        </w:rPr>
        <w:t xml:space="preserve">[1:27:01] </w:t>
      </w:r>
      <w:r>
        <w:t>Ta ke log justice par qaim hon. Yeh active voice nahin hai, passive voice hai. Yeh is par ghor kijiye aap.</w:t>
      </w:r>
    </w:p>
    <w:p>
      <w:pPr>
        <w:jc w:val="right"/>
      </w:pPr>
      <w:r>
        <w:t>تاکہلوگ جسٹسپرقائمہوں۔ یہ ایکٹیووائسنہیںہے،پیسووائسہے۔یہ اسپرغورکیجئےآپ۔</w:t>
      </w:r>
    </w:p>
    <w:p>
      <w:r>
        <w:rPr>
          <w:b/>
        </w:rPr>
        <w:t xml:space="preserve">[1:27:11] </w:t>
      </w:r>
      <w:r>
        <w:t>Li yakumun nas bil qist ka transaction hoga ke ta ke log khud khud justice par qaim hon. To yeh passive voice hai, active voice nahin hai.</w:t>
      </w:r>
    </w:p>
    <w:p>
      <w:pPr>
        <w:jc w:val="right"/>
      </w:pPr>
      <w:r>
        <w:t>ل یکوم الناس بالقسطکاٹرانزیکشنہوگا کہ تاکہلوگ خود خود جسٹسپرقائمہوں۔ تویہپیسووائسہے،ایکٹیووائسنہیںہے۔</w:t>
      </w:r>
    </w:p>
    <w:p>
      <w:r>
        <w:rPr>
          <w:b/>
        </w:rPr>
        <w:t xml:space="preserve">[1:27:20] </w:t>
      </w:r>
      <w:r>
        <w:t>Matlab ka nikal lete hain political interpretation dene wale ke justice qaim karo duniya mein. Bhai, woh active voice bana lete hain, yani passive voice ko active voice bana lete hain.</w:t>
      </w:r>
    </w:p>
    <w:p>
      <w:pPr>
        <w:jc w:val="right"/>
      </w:pPr>
      <w:r>
        <w:t>مطلب کانکاللیتےہیںپولیٹیکلانٹرپریشندینےوالے کہ جسٹسقائمکرودنیا میں۔ بھئی،وہ ایکٹیووائسبنالیتےہیں،یعنیپیسووائسکوایکٹیو وائسبنالیتےہیں۔</w:t>
      </w:r>
    </w:p>
    <w:p>
      <w:r>
        <w:rPr>
          <w:b/>
        </w:rPr>
        <w:t xml:space="preserve">[1:27:30] </w:t>
      </w:r>
      <w:r>
        <w:t>Nalazum e hukumat is ko keh lete hain, woh to hai hi nahin.</w:t>
      </w:r>
    </w:p>
    <w:p>
      <w:pPr>
        <w:jc w:val="right"/>
      </w:pPr>
      <w:r>
        <w:t>نلازمکومت عدیکرلیتےہیں، وہتوہےہینہیں۔</w:t>
      </w:r>
    </w:p>
    <w:p>
      <w:r>
        <w:rPr>
          <w:b/>
        </w:rPr>
        <w:t xml:space="preserve">[1:27:35] </w:t>
      </w:r>
      <w:r>
        <w:t>Aur lohe ka jo zikr hai, Hadeed, Hadeed ke ma'ne ke character ke symbol ke taur par aaya hai ke tumhare andar iron character hona chahiye.</w:t>
      </w:r>
    </w:p>
    <w:p>
      <w:pPr>
        <w:jc w:val="right"/>
      </w:pPr>
      <w:r>
        <w:t>اور لوہےکاجو ذکرہے،حدید ،حدیدکےمعنیکے کریکٹر کے سمبلکےطورپرآیاہے کہتمہارےاندرآئرنکریکٹرہوناچاہیے۔</w:t>
      </w:r>
    </w:p>
    <w:p>
      <w:r>
        <w:rPr>
          <w:b/>
        </w:rPr>
        <w:t xml:space="preserve">[1:27:43] </w:t>
      </w:r>
      <w:r>
        <w:t>Yeh nahin ke lohe se lohe se hathiyar barah hota hai, aaj ko maro logon ko. Yeh to hai hi nahin is ayat mein. Is ayat mein kahin bhi nahin hai ke lohe ka hathiyar barah ho, us ke baad logon ke sir todo, mar mar kar ke. Yeh kahan is mein hai? Yeh wahan par Hadeed ka lafz jo hai,</w:t>
      </w:r>
    </w:p>
    <w:p>
      <w:pPr>
        <w:jc w:val="right"/>
      </w:pPr>
      <w:r>
        <w:t>یہنہیںکہ لوہےسےلوہےسےہتھیاربراہوتاہے،آجکومارولوگوںکو۔یہتوہےہینہیںاسآیتمیں۔ اسآیتمیںکہیںبھینہیںہے کہلوہےکاہتھیاربراہو،اسکےبعدلوگوںکےسرتوڑو،مارمارکرکے۔یہکہاںاسمیںہے؟یہ وہاںپر حدیدکالفظجوہے،</w:t>
      </w:r>
    </w:p>
    <w:p>
      <w:r>
        <w:rPr>
          <w:b/>
        </w:rPr>
        <w:t xml:space="preserve">[1:27:59] </w:t>
      </w:r>
      <w:r>
        <w:t>Kyun ke aap dekhiye, har language mein Hadeed ko ek symbol ke taur par liya gaya hai. Iron man aur loha push, mard ahn, yani Persian mein kehte hain mard ahn,</w:t>
      </w:r>
    </w:p>
    <w:p>
      <w:pPr>
        <w:jc w:val="right"/>
      </w:pPr>
      <w:r>
        <w:t>کیونکہآپدیکھیے،ہرلینگویجمیںحدیدکو ایک سمبل کےطورپرلیاگیاہے۔آئرنمین اور لوہاپش، مرد اہن، یعنی پرشینمیںکہتےہیںمرد اہن،</w:t>
      </w:r>
    </w:p>
    <w:p>
      <w:r>
        <w:rPr>
          <w:b/>
        </w:rPr>
        <w:t xml:space="preserve">[1:28:15] </w:t>
      </w:r>
      <w:r>
        <w:t>hindu mein kehte hain loha push, english mein kehte hain iron man. to iron ko, yaani lohe ko, ek symbol ke taur par liya gaya hai ke lohe wala character, yaani mazboot character, bohat hi strong character.</w:t>
      </w:r>
    </w:p>
    <w:p>
      <w:pPr>
        <w:jc w:val="right"/>
      </w:pPr>
      <w:r>
        <w:t>ہندیمیںکہتےہیںلوہاپش ،انگل شمیںکہتےہیں آئرن مین۔ تو آئرنکو،یعنیلوہےکو، ایک سمبلکےطورپرلیاگیاہے کہ لوہےوالاکریکٹر ،یعنیمضبوط کریکٹر ،بہت ہی سٹرانگکریکٹر۔</w:t>
      </w:r>
    </w:p>
    <w:p>
      <w:r>
        <w:rPr>
          <w:b/>
        </w:rPr>
        <w:t xml:space="preserve">[1:28:30] </w:t>
      </w:r>
      <w:r>
        <w:t>to uska matlab sirf yehi hai ke strong character wale bano. to ye kahan likha hua hai ke tum lohe se hathiyar banao, hathiyar logon ko maro? ye kahan is mein likha hua hai? to sara quran mein unhone ye hi kiya hai ke laazim ko mutaddi kar rakha hai, yaani passive ko active bana rakha hai.</w:t>
      </w:r>
    </w:p>
    <w:p>
      <w:pPr>
        <w:jc w:val="right"/>
      </w:pPr>
      <w:r>
        <w:t>تواسکامطلبصرفیہیہےکہسٹرانگکریکٹروالےبنو۔ تویہکہاںلکھاہواہےکہتم لوہےسےہتھیاربناؤ،ہتھیار لوگوںکومارو؟یہکہاںاسمیںلکھاہواہے؟ تو سارا قرآنمیںانہوںنےیہیکیاہے کہلازمکومتعدیکررکھاہے، یعنی پیسووائس کوایکٹیووائسبنارکھاہے۔</w:t>
      </w:r>
    </w:p>
    <w:p>
      <w:r>
        <w:rPr>
          <w:b/>
        </w:rPr>
        <w:t xml:space="preserve">[1:28:48] </w:t>
      </w:r>
      <w:r>
        <w:t>aur phir us se khilafat nikalte hain. ye sab to bilkul ek, yaani is ko kaha jayega tahreef. tahreef</w:t>
      </w:r>
    </w:p>
    <w:p>
      <w:pPr>
        <w:jc w:val="right"/>
      </w:pPr>
      <w:r>
        <w:t>اورپھراسسےخلافتنکالتےہیں۔ یہسب توبالکل ایک، یعنیاسکوکہاجائےگاتحریفہے۔تحریف</w:t>
      </w:r>
    </w:p>
    <w:p>
      <w:r>
        <w:rPr>
          <w:b/>
        </w:rPr>
        <w:t xml:space="preserve">[1:28:56] </w:t>
      </w:r>
      <w:r>
        <w:t>ye quran se derive kiya hua nahi, concept hai balki apne apne mind se nikala hua concept hai. is par hamari details se likha hai apni kitabon mein, mislan deen o shariyat mein likha hai, taabe ghalti mein likha hai,</w:t>
      </w:r>
    </w:p>
    <w:p>
      <w:pPr>
        <w:jc w:val="right"/>
      </w:pPr>
      <w:r>
        <w:t>یہقرآنسے ڈرائیکیا ہوانہیں،کانسیپٹہے بلکہ اپنے اپنے مائنڈسےنکالاہواکانسیپٹہے۔ اسپرہماری ڈیٹیلسےلکھاہےاپنیکتاب وںمیں،مثلاً دینوشریعتمیںلکھاہے، تابعغلطیمیںلکھاہے،</w:t>
      </w:r>
    </w:p>
    <w:p>
      <w:r>
        <w:rPr>
          <w:b/>
        </w:rPr>
        <w:t xml:space="preserve">[1:29:12] </w:t>
      </w:r>
      <w:r>
        <w:t>aur kai kitabon mein likha hai. is ko aap parh sakte hain. This question is from Mr. Umar from Delhi.</w:t>
      </w:r>
    </w:p>
    <w:p>
      <w:pPr>
        <w:jc w:val="right"/>
      </w:pPr>
      <w:r>
        <w:t>اور کئیکتاب وںمیںلکھاہے۔ اسکوآپپڑھسکتےہیں۔ Thisquestion is from Mr. Umarfrom Delhi.</w:t>
      </w:r>
    </w:p>
    <w:p>
      <w:r>
        <w:rPr>
          <w:b/>
        </w:rPr>
        <w:t xml:space="preserve">[1:29:22] </w:t>
      </w:r>
      <w:r>
        <w:t>Now adays, any religion —Hinduism, Islam, Christianity, etc. — are like an nuclear bomb, and preachers like mullahs, aalim, bishops are the people behind the killings.</w:t>
      </w:r>
    </w:p>
    <w:p>
      <w:pPr>
        <w:jc w:val="right"/>
      </w:pPr>
      <w:r>
        <w:t>Now adays, any relig ion —Hindu ism , Islam ,Christian ity,etc. — arelikeanuclearbomb , and preachers like مول ویز, عالم، bishops are thepeople behind the killings.</w:t>
      </w:r>
    </w:p>
    <w:p>
      <w:r>
        <w:rPr>
          <w:b/>
        </w:rPr>
        <w:t xml:space="preserve">[1:29:37] </w:t>
      </w:r>
      <w:r>
        <w:t>We have seen in the past people like Syed Hafiz, Hindu pujari, etc. are the responsible lot. jeeto majeed nawal bhi ye jo likh rahe hain, ye mein samajhta hoon ke dunya mein hitler ne, stalin ne,</w:t>
      </w:r>
    </w:p>
    <w:p>
      <w:pPr>
        <w:jc w:val="right"/>
      </w:pPr>
      <w:r>
        <w:t>Wehave seen inthe past people like سید حافظ ,ہندو پجاری, etc. aretherespons ible lot. جیتو مجیدنوالبھییہجو لکھرہےہیں،یہ میںسمجھتاہوںکہدنیامیںہٹلرنے،اسٹالننے،</w:t>
      </w:r>
    </w:p>
    <w:p>
      <w:r>
        <w:rPr>
          <w:b/>
        </w:rPr>
        <w:t xml:space="preserve">[1:29:52] </w:t>
      </w:r>
      <w:r>
        <w:t>napoleon ne tashaddud kiya hai.</w:t>
      </w:r>
    </w:p>
    <w:p>
      <w:pPr>
        <w:jc w:val="right"/>
      </w:pPr>
      <w:r>
        <w:t>نیپولیننے تشددکیاہے۔</w:t>
      </w:r>
    </w:p>
    <w:p>
      <w:r>
        <w:rPr>
          <w:b/>
        </w:rPr>
        <w:t xml:space="preserve">[1:29:55] </w:t>
      </w:r>
      <w:r>
        <w:t>mullahs ne bhi kaha tashaddud kiya, mujhe to nahi pata. mujhe to ye pata hai sirf, konsi history mein likha hua hai ye. stalin ne pachis billion insanon ko maar dala.</w:t>
      </w:r>
    </w:p>
    <w:p>
      <w:pPr>
        <w:jc w:val="right"/>
      </w:pPr>
      <w:r>
        <w:t>مول ویوںنےبھیکہاتشددکیا،مجھےتونہیںپتا۔مجھےتویہپتاہےصرف،کونسیہسٹریمیںلکھاہواہےیہ ۔ اسٹالننے پچیسبلینانسانوںکومارڈالا۔</w:t>
      </w:r>
    </w:p>
    <w:p>
      <w:r>
        <w:rPr>
          <w:b/>
        </w:rPr>
        <w:t xml:space="preserve">[1:30:06] </w:t>
      </w:r>
      <w:r>
        <w:t>hitler ne itni badi second world war barpa ki. to ye jo ladaiyan hui hain, ye to secular logon ne ki hain ladaiyan.</w:t>
      </w:r>
    </w:p>
    <w:p>
      <w:pPr>
        <w:jc w:val="right"/>
      </w:pPr>
      <w:r>
        <w:t>ہٹلرنےاتنیبڑیسیکنڈورلڈوار بر پاکی۔ تو یہجو لڑائیاںہوئیہیں،یہتو سیکولرلوگوںنےکیہیںلڑائیاں۔</w:t>
      </w:r>
    </w:p>
    <w:p>
      <w:r>
        <w:rPr>
          <w:b/>
        </w:rPr>
        <w:t xml:space="preserve">[1:30:15] </w:t>
      </w:r>
      <w:r>
        <w:t>secular issues par. mazhab se koi talluq is ka nahi hai. ladaiyan secular issues par hui hain.</w:t>
      </w:r>
    </w:p>
    <w:p>
      <w:pPr>
        <w:jc w:val="right"/>
      </w:pPr>
      <w:r>
        <w:t>سیکولرایشوزپر ۔مذہبسےکوئیتعلقاسکانہیںہے۔ لڑائیاںسیکولرایشوزپرہوئیہیں۔</w:t>
      </w:r>
    </w:p>
    <w:p>
      <w:r>
        <w:rPr>
          <w:b/>
        </w:rPr>
        <w:t xml:space="preserve">[1:30:23] </w:t>
      </w:r>
      <w:r>
        <w:t>mazhabi issues par kabhi koi ladaiyan nahi hui. ye jo kitab chhapi hai, wo clash of civilizations, is ko to is ne bhi, obama ne bhi condemn kiya hai.</w:t>
      </w:r>
    </w:p>
    <w:p>
      <w:pPr>
        <w:jc w:val="right"/>
      </w:pPr>
      <w:r>
        <w:t>مذہبیایشوزپرکبھیکوئیلڑائینہیںہوئی۔یہجوکتاب چھپیہے، وہ کلیشآفسیولائزیشنز،اسکوتو اسنےبھی، اوبامانےبھیکنڈمکیاہے۔</w:t>
      </w:r>
    </w:p>
    <w:p>
      <w:r>
        <w:rPr>
          <w:b/>
        </w:rPr>
        <w:t xml:space="preserve">[1:30:35] </w:t>
      </w:r>
      <w:r>
        <w:t>is ki jo speech bhi aayi hai, is ko is ne condemn, mukhtalif alfaaz hain, lekin behraal is ko disown kiya hai is ne. ye sahi picture nahi hai is mein. to mein ne is ko, wo kitab mein ne hasil ki, is ko parha, aur mein ne likha tha is ke upar ke ye is ka title hi galat hai is ka.</w:t>
      </w:r>
    </w:p>
    <w:p>
      <w:pPr>
        <w:jc w:val="right"/>
      </w:pPr>
      <w:r>
        <w:t>اسکیجواسپیچابھیآئیہے، اسکو اسنے کنڈم،سختلفظہے، لیکن بہرحالاسکوڈساونکیاہےاسنے۔یہصحیحپکچرنہیںہےاسمیں۔ تو میںنےاسکو،وہکتاب میںنےحاصل کی،اسکوپڑھا، اور میںنےلکھاتھااسکےاوپرکہیہاسکاٹائٹلہیغلطہےاسکا۔</w:t>
      </w:r>
    </w:p>
    <w:p>
      <w:r>
        <w:rPr>
          <w:b/>
        </w:rPr>
        <w:t xml:space="preserve">[1:30:52] </w:t>
      </w:r>
      <w:r>
        <w:t>is ka title hi galat hai. yaani clash of civilizations nahi hai ye. clash of interest hai. ye sara jo kahani batayi hai andar is ki kitab ka, unhone wo sab clash of interest ki baatein hain.</w:t>
      </w:r>
    </w:p>
    <w:p>
      <w:pPr>
        <w:jc w:val="right"/>
      </w:pPr>
      <w:r>
        <w:t>اسکاٹائٹلہیغلطہے۔ یعنیکلی شآفسیولائزیشننہیںہےیہ۔ کلیشآف انٹرسٹہے۔ یہ ساراجو کہانیبتائیہےاندراسکیکتاب کا،انہوںنےوہسبکلیشآفانٹرسٹکیباتیںہیں۔</w:t>
      </w:r>
    </w:p>
    <w:p>
      <w:r>
        <w:rPr>
          <w:b/>
        </w:rPr>
        <w:t xml:space="preserve">[1:31:03] </w:t>
      </w:r>
      <w:r>
        <w:t>aur title kya laga diya? clash of civilization. to aise koi title laga de mazhab ka to alag baat hai. wo jitni bhi ladaiyan hui hain, wo material interest ke liye hui hain dunya mein.</w:t>
      </w:r>
    </w:p>
    <w:p>
      <w:pPr>
        <w:jc w:val="right"/>
      </w:pPr>
      <w:r>
        <w:t>اور ٹائٹلکیالگادیا؟ کلیشآف سیولائزیشن۔ تو ایسیکوئیٹائٹللگادے مذہبکا تو الگباتہے۔ وہ جتنیبھیلڑائیاںہوئیہیں،وہ مٹیریلانٹرسٹکےلیےہوئیہیں دنیا میں۔</w:t>
      </w:r>
    </w:p>
    <w:p>
      <w:r>
        <w:rPr>
          <w:b/>
        </w:rPr>
        <w:t xml:space="preserve">[1:31:16] </w:t>
      </w:r>
      <w:r>
        <w:t>land ke liye aur material, material</w:t>
      </w:r>
    </w:p>
    <w:p>
      <w:pPr>
        <w:jc w:val="right"/>
      </w:pPr>
      <w:r>
        <w:t>لینڈکےلیے اور مٹیریل ،مٹیریلان</w:t>
      </w:r>
    </w:p>
    <w:p>
      <w:r>
        <w:rPr>
          <w:b/>
        </w:rPr>
        <w:t xml:space="preserve">[1:31:20] </w:t>
      </w:r>
      <w:r>
        <w:t>interest ke liye. mazhab ki ladai konsi hui hai? mujhe aisi history nahi maloom hai. This question is from Mr.</w:t>
      </w:r>
    </w:p>
    <w:p>
      <w:pPr>
        <w:jc w:val="right"/>
      </w:pPr>
      <w:r>
        <w:t>ٹرسٹکےلیے۔ مذہبکیلڑائیکونسیہوئیہے؟ مجھےایسی ہسٹرینہیںمعلومہے۔ Thisquestionis from Mr.</w:t>
      </w:r>
    </w:p>
    <w:p>
      <w:r>
        <w:rPr>
          <w:b/>
        </w:rPr>
        <w:t xml:space="preserve">[1:31:29] </w:t>
      </w:r>
      <w:r>
        <w:t>Zubair Ahmed Shah from Delhi. ek baat mein arz kar doon ke india ke bare mein kaha jata hai ke india mein islam phaila sword ke zariye se. india mein islam phaila sword ke z</w:t>
      </w:r>
    </w:p>
    <w:p>
      <w:pPr>
        <w:jc w:val="right"/>
      </w:pPr>
      <w:r>
        <w:t>ZubairAhmedShahfrom Delhi.ایکباتمیںعرضکردوںکہانڈیاکےبارےمیں کہاجاتاہے کہ انڈیامیں اسلام پھیلا سوڈکےذریعےسے۔ انڈیامیںاسلام پھیلاسوڈکےذ</w:t>
      </w:r>
    </w:p>
    <w:p>
      <w:r>
        <w:rPr>
          <w:b/>
        </w:rPr>
        <w:t xml:space="preserve">[1:31:40] </w:t>
      </w:r>
      <w:r>
        <w:t>ariye se. to sumio kananda, jo bohat bare scholar the, unhone likha hai: "It is not said that Hindus were converted by force.</w:t>
      </w:r>
    </w:p>
    <w:p>
      <w:pPr>
        <w:jc w:val="right"/>
      </w:pPr>
      <w:r>
        <w:t>ریعےسے۔تو سو امیوکانندہ،جوبہت بڑےسکالرتھے، انہوںنےلکھاہے: "Itisnot said thatHinduswereconvertedby force.</w:t>
      </w:r>
    </w:p>
    <w:p>
      <w:r>
        <w:rPr>
          <w:b/>
        </w:rPr>
        <w:t xml:space="preserve">[1:31:49] </w:t>
      </w:r>
      <w:r>
        <w:t>It is not said to say that Hindus were converted by force." saaf saaf se inkar kiya hai is ka ke force se koi talluq nahi hai.</w:t>
      </w:r>
    </w:p>
    <w:p>
      <w:pPr>
        <w:jc w:val="right"/>
      </w:pPr>
      <w:r>
        <w:t>Itisnot saidtosay that Hinduswere convertedby force." صافصافسےانکارکیاہےاسکا کہ فورسسےکوئیتعلقنہیںہے۔</w:t>
      </w:r>
    </w:p>
    <w:p>
      <w:r>
        <w:rPr>
          <w:b/>
        </w:rPr>
        <w:t xml:space="preserve">[1:32:01] </w:t>
      </w:r>
      <w:r>
        <w:t>ek kitab chhapi hai, is ka naam hai "Indian Musalman".</w:t>
      </w:r>
    </w:p>
    <w:p>
      <w:pPr>
        <w:jc w:val="right"/>
      </w:pPr>
      <w:r>
        <w:t>ایککتاب چھپیہے،اسکانامہے "انڈینمس لمان"۔</w:t>
      </w:r>
    </w:p>
    <w:p>
      <w:r>
        <w:rPr>
          <w:b/>
        </w:rPr>
        <w:t xml:space="preserve">[1:32:05] </w:t>
      </w:r>
      <w:r>
        <w:t>to ek ek sahib, jo ek scholar hain, ek hindu scholar, wo hyderabad mein rehte hain. unhone, un ka mere paas letter aaya ke kaise aap kehte hain ke india mein islam phaila hai aman ke zariye se ?</w:t>
      </w:r>
    </w:p>
    <w:p>
      <w:pPr>
        <w:jc w:val="right"/>
      </w:pPr>
      <w:r>
        <w:t>توایک ایکصاحب،جو ایک سک الرہیں، ایک ہندو سکالر،وہحیدرآبادمیںرہتےہیں۔ انہوںنے،انکامیرےپاسلیٹرآیاکہکیسےآپکہتےہیںکہانڈیامیں اسلام پھیلاہے امنکےذریعےسے ؟</w:t>
      </w:r>
    </w:p>
    <w:p>
      <w:r>
        <w:rPr>
          <w:b/>
        </w:rPr>
        <w:t xml:space="preserve">[1:32:17] </w:t>
      </w:r>
      <w:r>
        <w:t>aur falan kitab parhi hai aap. to us kitab ka naam hai "Indian Musalman". wo ghaleban is ke author ka naam ghaleban "Dyer" aisa kuch naam hai.</w:t>
      </w:r>
    </w:p>
    <w:p>
      <w:pPr>
        <w:jc w:val="right"/>
      </w:pPr>
      <w:r>
        <w:t>اورفلاںکتاب پڑھیہےآپ ۔ تو اسکتاب کانامہے"انڈینمس لمان"۔ وہ غالباًاسکے اتھرکانامغالباً"ڈائر"ایساکچھنامہے۔</w:t>
      </w:r>
    </w:p>
    <w:p>
      <w:r>
        <w:rPr>
          <w:b/>
        </w:rPr>
        <w:t xml:space="preserve">[1:32:27] </w:t>
      </w:r>
      <w:r>
        <w:t>to us kitab ko mein ne jamia millia ke libraries hasil ki, is ko parha.</w:t>
      </w:r>
    </w:p>
    <w:p>
      <w:pPr>
        <w:jc w:val="right"/>
      </w:pPr>
      <w:r>
        <w:t>تو اسکتاب کو میںنےجامعملی ہکے لائبریریزحاصل کی، اسکوپڑھا۔</w:t>
      </w:r>
    </w:p>
    <w:p>
      <w:r>
        <w:rPr>
          <w:b/>
        </w:rPr>
        <w:t xml:space="preserve">[1:32:33] </w:t>
      </w:r>
      <w:r>
        <w:t>to is mein jo chapter hai, jo deal kar raha hai us ko india mein islam kaise phaila, to uska chapter ka heading hai: "Peaceful Prestation of Islam in India".</w:t>
      </w:r>
    </w:p>
    <w:p>
      <w:pPr>
        <w:jc w:val="right"/>
      </w:pPr>
      <w:r>
        <w:t>تو اسمیںجو چیپٹرہے، جو ڈیلکررہاہےاسکو انڈیامیںاسلام کیسےپھیلا، تواسکاچیپٹر کاہیڈنگہے: "پیسفل پری ٹیشنآفاسلام انانڈیا"۔</w:t>
      </w:r>
    </w:p>
    <w:p>
      <w:r>
        <w:rPr>
          <w:b/>
        </w:rPr>
        <w:t xml:space="preserve">[1:32:46] </w:t>
      </w:r>
      <w:r>
        <w:t>"peaceful presentation of Islam in India". Maine ek letter likha ke is kitab ko maine padha, ismein is is to yeh aisa hai. Aap kehte hain ke ismein hai ke talwar se phailaya Islam ko.</w:t>
      </w:r>
    </w:p>
    <w:p>
      <w:pPr>
        <w:jc w:val="right"/>
      </w:pPr>
      <w:r>
        <w:t>"پیسفل پریٹیشنآف اسلامانانڈیا"۔ میںنےانکولیٹرلکھا کہ اسکتاب کومیںنےپڑھا،اسمیںاس میںتویہایساہے۔ آپ کہتےہیںکہاسمیںہےکہ تلوارسےپھیلایااسلام کو ۔</w:t>
      </w:r>
    </w:p>
    <w:p>
      <w:r>
        <w:rPr>
          <w:b/>
        </w:rPr>
        <w:t xml:space="preserve">[1:32:56] </w:t>
      </w:r>
      <w:r>
        <w:t>Maine kai letter likhe aur koi koi jawab nahi diya unhone. To aise rumour ke taur par log keh diya karte hain.</w:t>
      </w:r>
    </w:p>
    <w:p>
      <w:pPr>
        <w:jc w:val="right"/>
      </w:pPr>
      <w:r>
        <w:t>میںنےکئیلیٹرلکھے اور کوئیکوئیجوابنہیںدیا انہوںنے۔ توایسےریورکےطورپرلوگکہہدیاکرتےہیں۔</w:t>
      </w:r>
    </w:p>
    <w:p>
      <w:r>
        <w:rPr>
          <w:b/>
        </w:rPr>
        <w:t xml:space="preserve">[1:33:04] </w:t>
      </w:r>
      <w:r>
        <w:t>Aap ko chahiye ke aap iske, isko jab koi baat kahe to iski tehqeeq karein aur iske jo reference deta deta hai, iske reference ko talash karein.</w:t>
      </w:r>
    </w:p>
    <w:p>
      <w:pPr>
        <w:jc w:val="right"/>
      </w:pPr>
      <w:r>
        <w:t>آپ کوچاہیےکہآپ اسکے،اسکو جبکوئیباتکہےتواسکیتحقیقکریں اور اسکے جو ریفرنسدیتادیتاہے،اسکوریفرنسکوتلاشکریں۔</w:t>
      </w:r>
    </w:p>
    <w:p>
      <w:r>
        <w:rPr>
          <w:b/>
        </w:rPr>
        <w:t xml:space="preserve">[1:33:14] </w:t>
      </w:r>
      <w:r>
        <w:t>Yaani unhone aisa likha tha ke jaise is kitab mein saaf saaf likha hua hai ke India mein Islam phailaya gaya talwar ke zariye se. To woh kitab jo hai, mujhe market mein nahi mili to Jamia ki library mil gayi.</w:t>
      </w:r>
    </w:p>
    <w:p>
      <w:pPr>
        <w:jc w:val="right"/>
      </w:pPr>
      <w:r>
        <w:t>یعنیانہوںنےایسالکھاتھاکہجیسےاسکتاب میں صافصافلکھاہواہے کہ انڈیامیںاسلام پھیلایاگیا تلوارکےذریعےسے۔ تووہکتاب جوہے، مجھےمارکیٹمیںنہیںملی تو جامعہکیلائبریریملگئی۔</w:t>
      </w:r>
    </w:p>
    <w:p>
      <w:r>
        <w:rPr>
          <w:b/>
        </w:rPr>
        <w:t xml:space="preserve">[1:33:27] </w:t>
      </w:r>
      <w:r>
        <w:t>"Indian Muslims" abhi woh kitab maujood hai.</w:t>
      </w:r>
    </w:p>
    <w:p>
      <w:pPr>
        <w:jc w:val="right"/>
      </w:pPr>
      <w:r>
        <w:t>"انڈینمسلمان" ابھیوہکتاب موجود ہے۔</w:t>
      </w:r>
    </w:p>
    <w:p>
      <w:r>
        <w:rPr>
          <w:b/>
        </w:rPr>
        <w:t xml:space="preserve">[1:33:31] </w:t>
      </w:r>
      <w:r>
        <w:t>To ismein saaf saaf yeh tha ke "peaceful presentation of Islam in India". To log aise keh diya karte hain.</w:t>
      </w:r>
    </w:p>
    <w:p>
      <w:pPr>
        <w:jc w:val="right"/>
      </w:pPr>
      <w:r>
        <w:t>تواسمیں صافصافیہتھاکہ" پیسفل پریٹیشنآفاسلام انانڈیا"۔ تولوگایسےکہہدیاکرتے ہیں۔</w:t>
      </w:r>
    </w:p>
    <w:p>
      <w:r>
        <w:rPr>
          <w:b/>
        </w:rPr>
        <w:t xml:space="preserve">[1:33:42] </w:t>
      </w:r>
      <w:r>
        <w:t>This question is from Mr. Zubair Ahmed Shah from Delhi. Quran says strive for justice. Then are Kashmir is wrong if they are striving for justice</w:t>
      </w:r>
    </w:p>
    <w:p>
      <w:pPr>
        <w:jc w:val="right"/>
      </w:pPr>
      <w:r>
        <w:t>Thisques tion is from Mr. ZubairAhmed Shahfrom Delhi. قرآن s ays strive for just ice. Then are Kashmir is wrongif theyare striv ingfor just ice</w:t>
      </w:r>
    </w:p>
    <w:p>
      <w:r>
        <w:rPr>
          <w:b/>
        </w:rPr>
        <w:t xml:space="preserve">[1:33:56] </w:t>
      </w:r>
      <w:r>
        <w:t>?Secondly, when Kashmir is recently came on road, only then the case of rape and murder of two Kashmiri women by CRPF personnel was registered.</w:t>
      </w:r>
    </w:p>
    <w:p>
      <w:pPr>
        <w:jc w:val="right"/>
      </w:pPr>
      <w:r>
        <w:t>?Second ly, when Kashmir is recently cameon ro ad, only then the case of rapeandmurder of twoKashmiriwomen by CRPF person nelwas reg istered.</w:t>
      </w:r>
    </w:p>
    <w:p>
      <w:r>
        <w:rPr>
          <w:b/>
        </w:rPr>
        <w:t xml:space="preserve">[1:34:09] </w:t>
      </w:r>
      <w:r>
        <w:t>Doesn't this mean that their approach was right? To is ayat ko ek quote le ke aaye unhone. Yeh strive for justice kahan hai? Isko quote kar diya hai is ayat ko.</w:t>
      </w:r>
    </w:p>
    <w:p>
      <w:pPr>
        <w:jc w:val="right"/>
      </w:pPr>
      <w:r>
        <w:t>Doesn'tthis mean that their approach was right? تواسآیتکوایککوٹلےکےآئےانہوںنے ۔ یہstriveforjusticeکہاںہے؟ اسکوکوٹکردیاہےاس آیتکو ۔</w:t>
      </w:r>
    </w:p>
    <w:p>
      <w:r>
        <w:rPr>
          <w:b/>
        </w:rPr>
        <w:t xml:space="preserve">[1:34:22] </w:t>
      </w:r>
      <w:r>
        <w:t>Ek bahut badi fallacy hai in logon ki taraf se jinhone Islam ka political interpretation diya hai. Yeh jo yeh bilkul galat translation karte hain is ayat ka. Dekhein ayat kya hai?</w:t>
      </w:r>
    </w:p>
    <w:p>
      <w:pPr>
        <w:jc w:val="right"/>
      </w:pPr>
      <w:r>
        <w:t>ایکبہت بڑیفلیسیہےانلوگوںکیطرفسے جنہوںنے اسلام کا پولیٹیکلانٹرپریشندیاہے۔ یہجو یہ بالکل غلط ٹرانسلیشنکرتےہیںاسآیتکا۔دیکھیںآیتکیاہے؟</w:t>
      </w:r>
    </w:p>
    <w:p>
      <w:r>
        <w:rPr>
          <w:b/>
        </w:rPr>
        <w:t xml:space="preserve">[1:34:34] </w:t>
      </w:r>
      <w:r>
        <w:t>Ayat hai kon qawami bil qist. Yeh ayat hai Quran Majeed mein. Kon qawami bil qist. Iska matlab nikalte hain ke qist ko nafiz karo, qist ko implement karo, qist ko qaim karo.</w:t>
      </w:r>
    </w:p>
    <w:p>
      <w:pPr>
        <w:jc w:val="right"/>
      </w:pPr>
      <w:r>
        <w:t>آیتہے کون قوامی بال قسط۔ یہآیتہےقرآنمجیدمیں۔ کون ق وامی بال قسط۔اسکامطلب نکالتےہیںکہ قسطکو نافذکرو،قسطکوامپلیمنٹکرو،قسطکوقائمکرو۔</w:t>
      </w:r>
    </w:p>
    <w:p>
      <w:r>
        <w:rPr>
          <w:b/>
        </w:rPr>
        <w:t xml:space="preserve">[1:34:46] </w:t>
      </w:r>
      <w:r>
        <w:t>Iska translation nahi nahi hai. Yeh to galat translation hai.</w:t>
      </w:r>
    </w:p>
    <w:p>
      <w:pPr>
        <w:jc w:val="right"/>
      </w:pPr>
      <w:r>
        <w:t>اسکا ٹرانسلیشنہینہیںہے۔ یہتوغلطٹرانسلیشنہے۔</w:t>
      </w:r>
    </w:p>
    <w:p>
      <w:r>
        <w:rPr>
          <w:b/>
        </w:rPr>
        <w:t xml:space="preserve">[1:34:51] </w:t>
      </w:r>
      <w:r>
        <w:t>Dekhein qawami jo hai, jo log jaante hain, woh grammar woh samjhenge is baat ko ke qawami jo hai mubalgha hai, sigha hai.</w:t>
      </w:r>
    </w:p>
    <w:p>
      <w:pPr>
        <w:jc w:val="right"/>
      </w:pPr>
      <w:r>
        <w:t>دیکھیں ق وامجوہے، جولوگ جانتےہیں، وہ گریمر وہسمجھیںگےاسباتکو کہ قوامجوہے مبالغہہے، صیغہہے۔</w:t>
      </w:r>
    </w:p>
    <w:p>
      <w:r>
        <w:rPr>
          <w:b/>
        </w:rPr>
        <w:t xml:space="preserve">[1:35:02] </w:t>
      </w:r>
      <w:r>
        <w:t>Mubalgha ka sigha. Lekin yeh mubalgha kis baat ka hai? Muqeem ka mubalgha nahi hai, woh qaim ka mubalgha hai.</w:t>
      </w:r>
    </w:p>
    <w:p>
      <w:pPr>
        <w:jc w:val="right"/>
      </w:pPr>
      <w:r>
        <w:t>مبالغہکاصیغہ۔لیکن یہمبالغہکسباتکاہے؟ مق یمکامبالغہنہیںہے،وہقائمکامبالغہہے۔</w:t>
      </w:r>
    </w:p>
    <w:p>
      <w:r>
        <w:rPr>
          <w:b/>
        </w:rPr>
        <w:t xml:space="preserve">[1:35:10] </w:t>
      </w:r>
      <w:r>
        <w:t>Jo grammar jaante hain, woh samajh sakte hain is baat ko ke qawami mubalge ka sigha hai, lekin woh mubalgha hai qaim ka, muqeem ka nahi. Yaani qaim karo nahi matlab iska hai, balki follow karo iska matlab yeh hai.</w:t>
      </w:r>
    </w:p>
    <w:p>
      <w:pPr>
        <w:jc w:val="right"/>
      </w:pPr>
      <w:r>
        <w:t>جو گریمرجانتےہیں،وہسمجھسکتےہیںاسباتکو کہ قوام مبالغےکاصیغہہے،لیکن وہ مبالغہہے قائمکا ، مقیمکانہیں۔یعنی قائم کرونہیں مطلباسکاہے، بلکہ فالوکرواسکامطلب یہہے۔</w:t>
      </w:r>
    </w:p>
    <w:p>
      <w:r>
        <w:rPr>
          <w:b/>
        </w:rPr>
        <w:t xml:space="preserve">[1:35:25] </w:t>
      </w:r>
      <w:r>
        <w:t>Khud is par qaim ho jao. To kon qawami bil qist ke maani yeh hain ke tum khud qist par qaim ho jao. Tum khud qist par qaim ho jao.</w:t>
      </w:r>
    </w:p>
    <w:p>
      <w:pPr>
        <w:jc w:val="right"/>
      </w:pPr>
      <w:r>
        <w:t>خود اسپرقائمہوجاؤ۔ تو کون قوام بالقسطکےمعنییہہیں کہتم خود قسطپرقائمہوجاؤ۔ تم خود قسطپرقائمہوجاؤ۔</w:t>
      </w:r>
    </w:p>
    <w:p>
      <w:r>
        <w:rPr>
          <w:b/>
        </w:rPr>
        <w:t xml:space="preserve">[1:35:35] </w:t>
      </w:r>
      <w:r>
        <w:t>Lekin</w:t>
      </w:r>
    </w:p>
    <w:p>
      <w:pPr>
        <w:jc w:val="right"/>
      </w:pPr>
      <w:r>
        <w:t>لیکن</w:t>
      </w:r>
    </w:p>
    <w:p>
      <w:r>
        <w:rPr>
          <w:b/>
        </w:rPr>
        <w:t xml:space="preserve">[1:35:36] </w:t>
      </w:r>
      <w:r>
        <w:t>In logon ne jo political interpretation dete hain, unhone kaha hai qist ko nafiz karo, qist ko qaim karo, qist ko implement karo. Yeh bilkul be asal baat hai, be asal baat hai.</w:t>
      </w:r>
    </w:p>
    <w:p>
      <w:pPr>
        <w:jc w:val="right"/>
      </w:pPr>
      <w:r>
        <w:t>انلوگوںنےجو پولیٹیکلانٹرپریشندیتےہیں،انہوںنےکہاہےقسطکونافذکرو،قسطکوقائمکرو،قسطکوامپلیمنٹکرو۔ یہبالکل بےاصلباتہے، بےاصلباتہے۔</w:t>
      </w:r>
    </w:p>
    <w:p>
      <w:r>
        <w:rPr>
          <w:b/>
        </w:rPr>
        <w:t xml:space="preserve">[1:35:45] </w:t>
      </w:r>
      <w:r>
        <w:t>Wohi unhone padha hai, isi ko bol rahe hain. Isi ko padha hai, isi ko bol rahe hain. Aur doosri baat main yeh kahunga ke jab bhi aap violence violence activity shuru karenge to yahi pesh aayegi jo jo iska reference diya hai.</w:t>
      </w:r>
    </w:p>
    <w:p>
      <w:pPr>
        <w:jc w:val="right"/>
      </w:pPr>
      <w:r>
        <w:t>وہیانہوںنےپڑھاہے،اسیکوبولرہےہیں۔ اسیکوپڑھاہے،اسیکوبولرہےہیں۔اوردوسریباتمیںیہکہوںگا کہجب بھیآپ وائلیس وائلیسایکٹیویٹیشروعکریںگےتویہیپیشآئےگیجوجواسکا ریفرنسدیاہے۔</w:t>
      </w:r>
    </w:p>
    <w:p>
      <w:r>
        <w:rPr>
          <w:b/>
        </w:rPr>
        <w:t xml:space="preserve">[1:36:01] </w:t>
      </w:r>
      <w:r>
        <w:t>Quran Majeed hai, dekhiye Surah Saba mein aap padhiye isko ke Hazrat Suleman ke zamane mein ek waqea pesh aaya jo paighambar bhi the aur badshah bhi the.</w:t>
      </w:r>
    </w:p>
    <w:p>
      <w:pPr>
        <w:jc w:val="right"/>
      </w:pPr>
      <w:r>
        <w:t>قرآنمجیدہے،دیکھیے سورہصبامیںآپپڑھیےاسکو کہ حضرت سلیمانکےزمانےمیںایکواقعہپیش آیا جو پیغمبر بھیتھےاوربادشاہبھیتھے۔</w:t>
      </w:r>
    </w:p>
    <w:p>
      <w:r>
        <w:rPr>
          <w:b/>
        </w:rPr>
        <w:t xml:space="preserve">[1:36:13] </w:t>
      </w:r>
      <w:r>
        <w:t>To Yemen ke ilaqa mein us zamane mein ek queen hua karti thi. Us queen ka raj tha wahan par, uska naam tha Malika Saba. To unhone usko ultimate diya ke tum surrender karo, yaani political surrender.</w:t>
      </w:r>
    </w:p>
    <w:p>
      <w:pPr>
        <w:jc w:val="right"/>
      </w:pPr>
      <w:r>
        <w:t>تو یمنکےعلاق ےمیںاسزمانےمیںایککوئنہواکرتیتھی۔ اسکوئنکا راجتھاوہاںپر، اسکانامتھا ملکہصبا۔ توانہوںنے اسکوالٹیمیٹمدیا کہتم سرینڈرکرو، یعنی پولیٹیکلسر ینڈر۔</w:t>
      </w:r>
    </w:p>
    <w:p>
      <w:r>
        <w:rPr>
          <w:b/>
        </w:rPr>
        <w:t xml:space="preserve">[1:36:28] </w:t>
      </w:r>
      <w:r>
        <w:t>To usne apne durbariyon ko bulaya ke ke unhone aisa manga hai ke hum surrender karein, to humein kya karna chahiye? To durbariyon ne kaha ke hum ladenge, hum surrender kyun karein?</w:t>
      </w:r>
    </w:p>
    <w:p>
      <w:pPr>
        <w:jc w:val="right"/>
      </w:pPr>
      <w:r>
        <w:t>تو اسنے اپنے درباریوںکوبلایا کہ کہانہوںنےایسیمانگکیہےکہہمسر ینڈرکریں، تو ہمیںکیاکرناچاہیے؟ تودرباریوںنےکہاکہہملڑیںگے،ہمسرینڈرکیوںکریں؟</w:t>
      </w:r>
    </w:p>
    <w:p>
      <w:r>
        <w:rPr>
          <w:b/>
        </w:rPr>
        <w:t xml:space="preserve">[1:36:39] </w:t>
      </w:r>
      <w:r>
        <w:t>Hum ladenge. To Malika Sabane kaha ke إن الملوك إذا دخلوا قرية أفسدوها وجعلوا أعزتها أذلة۔</w:t>
      </w:r>
    </w:p>
    <w:p>
      <w:pPr>
        <w:jc w:val="right"/>
      </w:pPr>
      <w:r>
        <w:t>ہم لڑیںگے۔ تو ملکہصبانےکہا کہ إن الملوک إذادخلواقريتنفس دوها وج علواأه لهاأذلة۔</w:t>
      </w:r>
    </w:p>
    <w:p>
      <w:r>
        <w:rPr>
          <w:b/>
        </w:rPr>
        <w:t xml:space="preserve">[1:36:52] </w:t>
      </w:r>
      <w:r>
        <w:t>Ke badshah log jab dakhil hote hain kisi mulk mein to fasad machate hain,</w:t>
      </w:r>
    </w:p>
    <w:p>
      <w:pPr>
        <w:jc w:val="right"/>
      </w:pPr>
      <w:r>
        <w:t>کہ بادشاہلوگجب داخلہوتےہیںکسی ملکمیں تو فسادمچاتےہیں،</w:t>
      </w:r>
    </w:p>
    <w:p>
      <w:r>
        <w:rPr>
          <w:b/>
        </w:rPr>
        <w:t xml:space="preserve">[1:36:57] </w:t>
      </w:r>
      <w:r>
        <w:t>khoon rezi hoti hai. وك ذلك يفعلون. Ek maani hain woh bhi aisa hi karenge. Allah Ta'ala ne yeh nahi farmaya ke woh chuke paighambar the, woh to aisa na karte.</w:t>
      </w:r>
    </w:p>
    <w:p>
      <w:pPr>
        <w:jc w:val="right"/>
      </w:pPr>
      <w:r>
        <w:t>خونریزیہوتیہے۔ وك ذلك يفعلون۔ایکمعنیہیں وہ بھی ایساہیکریںگے۔ اللہتعالینےیہنہیںفرمایاکہوہچونکہ پیغمبرتھے،وہتوایسانہکرتے۔</w:t>
      </w:r>
    </w:p>
    <w:p>
      <w:r>
        <w:rPr>
          <w:b/>
        </w:rPr>
        <w:t xml:space="preserve">[1:37:10] </w:t>
      </w:r>
      <w:r>
        <w:t>tuwase sir ender kardiya. tu aap ne jab violent activity chalaya kashmir mein tu us ka matlab yeh bhugti hai, us ki price hai. yeh sab bhugtna paray ga aap ko.</w:t>
      </w:r>
    </w:p>
    <w:p>
      <w:pPr>
        <w:jc w:val="right"/>
      </w:pPr>
      <w:r>
        <w:t>تواسےسر ینڈرکردیا۔ تو آپ نےجب وائلنٹایکٹیویٹیچلایا کشمیرمیںتواسکامطلبیہسببھگتیہے،اسکیپرائسہے۔یہسب بھگتناپڑےگاآپکو ۔</w:t>
      </w:r>
    </w:p>
    <w:p>
      <w:r>
        <w:rPr>
          <w:b/>
        </w:rPr>
        <w:t xml:space="preserve">[1:37:21] </w:t>
      </w:r>
      <w:r>
        <w:t>is ayat ko parhiye aap quran majeed surah sab mein ke jab aap violent activity chalayen ge, jab larai bharai chheren ge, jab aap qatal karen ge tu us ki price deni paray gi aap ko.</w:t>
      </w:r>
    </w:p>
    <w:p>
      <w:pPr>
        <w:jc w:val="right"/>
      </w:pPr>
      <w:r>
        <w:t>اس آیتکو پڑھیےآپقرآنمجیدسورہصبامیں کہجب آپ وائلنٹایکٹیویٹیچلائیںگے،جب لڑائیبھڑائیچھیڑیںگے، جبآپقتالکریںگے تو اسکیپرائسدینیپڑےگیآپکو۔</w:t>
      </w:r>
    </w:p>
    <w:p>
      <w:r>
        <w:rPr>
          <w:b/>
        </w:rPr>
        <w:t xml:space="preserve">[1:37:31] </w:t>
      </w:r>
      <w:r>
        <w:t>aap single out nahi kar sakte kisi waqayay ko, is poore process ka hissa hai woh. yani 8 9 se jo shuru hua wahan par multi nacy, us ka hissa hai woh sab.</w:t>
      </w:r>
    </w:p>
    <w:p>
      <w:pPr>
        <w:jc w:val="right"/>
      </w:pPr>
      <w:r>
        <w:t>آپ سنگلآؤٹنہیںکرسکتےکسی واقعےکو ، اسپورےپروسیسکاحصہہےوہ۔ یعنی8 9 سےجوشروعہوا وہاںپر مل ٹینسی،اسکاحصہہےوہ سب ۔</w:t>
      </w:r>
    </w:p>
    <w:p>
      <w:r>
        <w:rPr>
          <w:b/>
        </w:rPr>
        <w:t xml:space="preserve">[1:37:43] </w:t>
      </w:r>
      <w:r>
        <w:t>aap single out karke nahi dekh sakte aap aik waqayay ko.</w:t>
      </w:r>
    </w:p>
    <w:p>
      <w:pPr>
        <w:jc w:val="right"/>
      </w:pPr>
      <w:r>
        <w:t>آپسنگ ل آؤٹکرکےنہیںدیکھسکتےآپایکواقعےکو۔</w:t>
      </w:r>
    </w:p>
    <w:p>
      <w:r>
        <w:rPr>
          <w:b/>
        </w:rPr>
        <w:t xml:space="preserve">[1:37:47] </w:t>
      </w:r>
      <w:r>
        <w:t>is is is ayat par ghor kijiye aap surah saba ki is ayat par ke peghambar bhi karta hai aise wahan par jab is ko challenge kiya jata hai us ki political power ko.</w:t>
      </w:r>
    </w:p>
    <w:p>
      <w:pPr>
        <w:jc w:val="right"/>
      </w:pPr>
      <w:r>
        <w:t>اس اس اسآیتپرغورکیجئےآپسورہ صباکیاسآیتپر کہ پیغمبربھی کرتاہےایسےوہاںپرجباسکوچیلنجکیاجاتاہےاسکیپولیٹیکلپاورکو ۔</w:t>
      </w:r>
    </w:p>
    <w:p>
      <w:r>
        <w:rPr>
          <w:b/>
        </w:rPr>
        <w:t xml:space="preserve">[1:37:57] </w:t>
      </w:r>
      <w:r>
        <w:t>jab kisi ki political power ko challenge karte hain tu woh yakray ga woh. tu aap ne challenge kiya tu bhugti hai, us ki price dijiye aap. mein wahan gaya tha srinagar do mahina pehle, yani multi se shuru hone se do mahine pehle.</w:t>
      </w:r>
    </w:p>
    <w:p>
      <w:pPr>
        <w:jc w:val="right"/>
      </w:pPr>
      <w:r>
        <w:t>جب کسی کیپولیٹیکلپاورکوچیلنجکرتےہیں تو وہیکرےگاوہ۔ توآپنےچیلنجکیاتوبھگتیہے،اسکیپرائسدیجیےآپ۔ میں وہاںگیاتھا سرینگر دومہینہپہلے ، یعنیملٹریسےشروع ہونےسےدومہینےپہلے۔</w:t>
      </w:r>
    </w:p>
    <w:p>
      <w:r>
        <w:rPr>
          <w:b/>
        </w:rPr>
        <w:t xml:space="preserve">[1:38:13] </w:t>
      </w:r>
      <w:r>
        <w:t>meri record ki hui speech maujood hai wahan par,</w:t>
      </w:r>
    </w:p>
    <w:p>
      <w:pPr>
        <w:jc w:val="right"/>
      </w:pPr>
      <w:r>
        <w:t>میریریکارڈکیہوئی اسپیچموجود ہےوہاںپر،</w:t>
      </w:r>
    </w:p>
    <w:p>
      <w:r>
        <w:rPr>
          <w:b/>
        </w:rPr>
        <w:t xml:space="preserve">[1:38:17] </w:t>
      </w:r>
      <w:r>
        <w:t>record record ed speech maujood hai. do mahine pehle mein ne kaha tha ke dekhiye rasool allah ka waqaya, mein ne bataya tha ke masjid nabwi mein aik shakhs aaya, us ne masjid ko ganda kar diya tu log us ko marna chahte the.</w:t>
      </w:r>
    </w:p>
    <w:p>
      <w:pPr>
        <w:jc w:val="right"/>
      </w:pPr>
      <w:r>
        <w:t>ریکارڈ ریکارڈڈاسپیچموجود ہے۔ دومہینےپہلے میںنےکہاتھاکہدیکھیے رسولاللہ کاواقعہ،میںنےبتایاتھاکہمسجدنبویمیںایکشخصآیا،اسنے مسجدکوگنداکردیا تولوگاسکومارناچاہتےتھے۔</w:t>
      </w:r>
    </w:p>
    <w:p>
      <w:r>
        <w:rPr>
          <w:b/>
        </w:rPr>
        <w:t xml:space="preserve">[1:38:30] </w:t>
      </w:r>
      <w:r>
        <w:t>rasool allah ne kaha nahi, maro mat, pani lao wahan baho, saaf ho jaye ga.</w:t>
      </w:r>
    </w:p>
    <w:p>
      <w:pPr>
        <w:jc w:val="right"/>
      </w:pPr>
      <w:r>
        <w:t>رسولاللہنےکہانہیں،مارومت، پانی لاکروہاںبہادو، صافہوجائےگا۔</w:t>
      </w:r>
    </w:p>
    <w:p>
      <w:r>
        <w:rPr>
          <w:b/>
        </w:rPr>
        <w:t xml:space="preserve">[1:38:35] </w:t>
      </w:r>
      <w:r>
        <w:t>tu mein ne us waqt kaha tha yeh baat recorded hai ke rasool allah ne jo kaam, rasool allah ne jo maqsad hasil kiya tha, pani bahakar us ko aap chahte hain khoon bahakar hajj karna tu woh bhi kamyab nahi ho gaya.</w:t>
      </w:r>
    </w:p>
    <w:p>
      <w:pPr>
        <w:jc w:val="right"/>
      </w:pPr>
      <w:r>
        <w:t>تومیںنےاسوقتکہاتھا یہبات ریکارڈڈہے کہرسولاللہنےجوکام ،رسولاللہنےجومقصدحاصل کیاتھا،پانیبہاکرکے اسکوآپچاہتےہیںخونبہاکرحجکرناتوکبھیکامیابنہیںہوگیا۔</w:t>
      </w:r>
    </w:p>
    <w:p>
      <w:r>
        <w:rPr>
          <w:b/>
        </w:rPr>
        <w:t xml:space="preserve">[1:38:48] </w:t>
      </w:r>
      <w:r>
        <w:t>pesh giabni baat keh nahi, pesh gi do mahine pehle recorded hai yeh, woh record aaj bhi kashmir mein maujood hai.</w:t>
      </w:r>
    </w:p>
    <w:p>
      <w:pPr>
        <w:jc w:val="right"/>
      </w:pPr>
      <w:r>
        <w:t>پیش گیبنی باتکہنہیں،پیشگیدومہینہپہلے ریکارڈڈہےیہ، وہریکارڈآجبھیکشمیرمیںموجود ہے۔</w:t>
      </w:r>
    </w:p>
    <w:p>
      <w:r>
        <w:rPr>
          <w:b/>
        </w:rPr>
        <w:t xml:space="preserve">[1:38:56] </w:t>
      </w:r>
      <w:r>
        <w:t>us waqt mein ne kaha tha ke rasool allah ne jo maqsad hasil kiya tha, pani bahakar woh aap chahte hain ke khoon bahakar hasil karen aap tu aap bhi kamyab nahi hon ge.</w:t>
      </w:r>
    </w:p>
    <w:p>
      <w:pPr>
        <w:jc w:val="right"/>
      </w:pPr>
      <w:r>
        <w:t>اسوقت میںنےکہاتھا کہ رسولاللہنےجومقصدحاصل کیاتھا، پانیبہاکرکے وہآپچاہتےہیںکہ خونبہاکرحاصلکریںآپ توآپکبھیکامیابنہیںہوںگے۔</w:t>
      </w:r>
    </w:p>
    <w:p>
      <w:r>
        <w:rPr>
          <w:b/>
        </w:rPr>
        <w:t xml:space="preserve">[1:39:08] </w:t>
      </w:r>
      <w:r>
        <w:t>aaj aap dekh rahe hain wohi hua, siwaye siwaye siwaye is ke ke khoya aap ko kashmir mein, paya kuch bhi nahi.</w:t>
      </w:r>
    </w:p>
    <w:p>
      <w:pPr>
        <w:jc w:val="right"/>
      </w:pPr>
      <w:r>
        <w:t>آجآپدیکھرہےہیںوہیہوا، سوائے سوائے سوائےاسکےکہ کھویاآپکو کشمیرمیں،پایاکچھبھینہیں۔</w:t>
      </w:r>
    </w:p>
    <w:p>
      <w:r>
        <w:rPr>
          <w:b/>
        </w:rPr>
        <w:t xml:space="preserve">[1:39:20] </w:t>
      </w:r>
      <w:r>
        <w:t>tu re assess kijiye, re assess kijiye sare maamle ko. is tarah se koi baat sabit nahi hoti jo aap ne hawala de diya hai.</w:t>
      </w:r>
    </w:p>
    <w:p>
      <w:pPr>
        <w:jc w:val="right"/>
      </w:pPr>
      <w:r>
        <w:t>تو ریایسسکیجئے،ریایسسکیجئےسارےمعاملےکو۔ اسطرحسےکوئیباتثابتنہیںہوتیجوآپنےحوالہ دےدیاہے۔</w:t>
      </w:r>
    </w:p>
    <w:p>
      <w:r>
        <w:rPr>
          <w:b/>
        </w:rPr>
        <w:t xml:space="preserve">[1:39:26] </w:t>
      </w:r>
      <w:r>
        <w:t>aap ko revise karna ho ga, aap ko re assess karna ho ga, aap ko introspection mein jana ho ga.</w:t>
      </w:r>
    </w:p>
    <w:p>
      <w:pPr>
        <w:jc w:val="right"/>
      </w:pPr>
      <w:r>
        <w:t>آپ کوریوائزکرناہوگا،آپکوریایسسکرناہوگا،آپکوانٹراسپیکشنمیںجاناہوگا۔</w:t>
      </w:r>
    </w:p>
    <w:p>
      <w:r>
        <w:rPr>
          <w:b/>
        </w:rPr>
        <w:t xml:space="preserve">[1:39:34] </w:t>
      </w:r>
      <w:r>
        <w:t>yaad rakhiye khud quran ke mutabiq yeh hai ke agar aap aik qadam karen, yani tashaddud karen aur aap, aap yani woh fauji qadam karen tu us ki qeemat bhugatni tayyar rahiye.</w:t>
      </w:r>
    </w:p>
    <w:p>
      <w:pPr>
        <w:jc w:val="right"/>
      </w:pPr>
      <w:r>
        <w:t>یادرکھیےخود قرآنکےمط ابق یہہے کہاگر آپ ایکاقدامکریں، یعنیتشددکریں اور آپ ،آپ یعنیوہ فوجیاقدامکریں تواسکیقیمتبھگتنیتیاررہیہے۔</w:t>
      </w:r>
    </w:p>
    <w:p>
      <w:r>
        <w:rPr>
          <w:b/>
        </w:rPr>
        <w:t xml:space="preserve">[1:39:49] </w:t>
      </w:r>
      <w:r>
        <w:t>yeh nahi keh sakte ke aap ke ghalati aap karen aur us ki price koi doosra de.</w:t>
      </w:r>
    </w:p>
    <w:p>
      <w:pPr>
        <w:jc w:val="right"/>
      </w:pPr>
      <w:r>
        <w:t>یہنہیںکہہسکتےکہآپ کہغلطیآپکریںاوراسکیپرائسکوئیدوسرادے۔</w:t>
      </w:r>
    </w:p>
    <w:p>
      <w:r>
        <w:rPr>
          <w:b/>
        </w:rPr>
        <w:t xml:space="preserve">[1:39:56] </w:t>
      </w:r>
      <w:r>
        <w:t>yeh nahi ho sakta. yaad rakhiye ke ghalati mein karoon, price koi doosra de, aisa nahi ho sakta hai.</w:t>
      </w:r>
    </w:p>
    <w:p>
      <w:pPr>
        <w:jc w:val="right"/>
      </w:pPr>
      <w:r>
        <w:t>یہنہیںہوسکتا۔یادرکھیے کہغلطیمیںکروں،پرائسکوئیدوسرادے،ایسانہیںہوسکتاہے۔</w:t>
      </w:r>
    </w:p>
    <w:p>
      <w:r>
        <w:rPr>
          <w:b/>
        </w:rPr>
        <w:t xml:space="preserve">[1:40:06] </w:t>
      </w:r>
      <w:r>
        <w:t>This question is from Mr. Khaja Kalimuddin from Pennsylvania. Is there anything called Hal awatul Imam? What is Halawatul Imam? Why do Muslims become violent in the disguise of this?</w:t>
      </w:r>
    </w:p>
    <w:p>
      <w:pPr>
        <w:jc w:val="right"/>
      </w:pPr>
      <w:r>
        <w:t>Thisquestion is from Mr. KhajaKalimuddinfrom Pennsylvan ia. Is there anything called Hal awatul Im am ?WhatisHalaw atulIm am ?WhydoMuslims become viol entinthedisguiseof this ?</w:t>
      </w:r>
    </w:p>
    <w:p>
      <w:r>
        <w:rPr>
          <w:b/>
        </w:rPr>
        <w:t xml:space="preserve">[1:40:24] </w:t>
      </w:r>
      <w:r>
        <w:t>aik hadith hai, dekhiye aik hadith hai yeh asal mein ke jo aadmi allah taala ko discover karta hai,</w:t>
      </w:r>
    </w:p>
    <w:p>
      <w:pPr>
        <w:jc w:val="right"/>
      </w:pPr>
      <w:r>
        <w:t>ایکحدیث ہے،دیکھیے ایکحدیث ہےیہاصلمیں کہجو آدمی اللہ تعالیٰکو disc overکرتاہے،</w:t>
      </w:r>
    </w:p>
    <w:p>
      <w:r>
        <w:rPr>
          <w:b/>
        </w:rPr>
        <w:t xml:space="preserve">[1:40:40] </w:t>
      </w:r>
      <w:r>
        <w:t>us ko realize karta hai, us ki study karta hai, creation mein study karke creator ko daryaft karta hai,</w:t>
      </w:r>
    </w:p>
    <w:p>
      <w:pPr>
        <w:jc w:val="right"/>
      </w:pPr>
      <w:r>
        <w:t>اسکوrealiz eکرتاہے، اسکیstudyکرتاہے، cre ationمیں stud yکرکے cre atorکو دریا فتکرتاہے،</w:t>
      </w:r>
    </w:p>
    <w:p>
      <w:r>
        <w:rPr>
          <w:b/>
        </w:rPr>
        <w:t xml:space="preserve">[1:40:55] </w:t>
      </w:r>
      <w:r>
        <w:t>us mein apne aap ko involve karta hai tu us ko aik halawat e imani milti hai. halawat mani mithas, iman ki mithas, iman ka zaeqa.</w:t>
      </w:r>
    </w:p>
    <w:p>
      <w:pPr>
        <w:jc w:val="right"/>
      </w:pPr>
      <w:r>
        <w:t>اسمیںاپنے آپکوinvol veکرتاہے تواسکو ایک حلاوت ایمانیملتیہے۔حلاوتمعنیمٹھاس، ایمانکیمٹھاس،ایمانکا ذائقہ۔</w:t>
      </w:r>
    </w:p>
    <w:p>
      <w:r>
        <w:rPr>
          <w:b/>
        </w:rPr>
        <w:t xml:space="preserve">[1:41:09] </w:t>
      </w:r>
      <w:r>
        <w:t>tu yeh us ko milta hai jo us ke liye apne aap ko, yani us mein, us mein jo koshish kare. yeh nahi ho sakta hai ke aap koshish na karen aur halawat e iman mil jaye aap ko.</w:t>
      </w:r>
    </w:p>
    <w:p>
      <w:pPr>
        <w:jc w:val="right"/>
      </w:pPr>
      <w:r>
        <w:t>تو یہ اسکو ملتاہےجو اسکےلیے اپنےآپکو ،یعنیاسمیں ،اسمیں جو کوششکرے۔ یہنہیںہوسکتاہےکہآپ کوششنہکریں اور حلاوتایمانملجائےآپکو ۔</w:t>
      </w:r>
    </w:p>
    <w:p>
      <w:r>
        <w:rPr>
          <w:b/>
        </w:rPr>
        <w:t xml:space="preserve">[1:41:24] </w:t>
      </w:r>
      <w:r>
        <w:t>tu yeh koshish ka matlab kya hai? apni de conditioning, apna introspection, apna muhasba, khuda ki creation mein ghor o fikr, quran o hadith ka mutalea aur bohat ziyada apne aap ko involve karna.</w:t>
      </w:r>
    </w:p>
    <w:p>
      <w:pPr>
        <w:jc w:val="right"/>
      </w:pPr>
      <w:r>
        <w:t>تویہکوشش کامطلبکیاہے؟ اپنی ڈیکنڈیشننگ ، اپنا انٹراسپیک شن ،اپنا مح اسبہ ،خدا کیcre ationمیں غوروفکر ،قرآنوحدیثکامطالعہ اوربہت زیادہ اپنےآپکوinvol veکرنا۔</w:t>
      </w:r>
    </w:p>
    <w:p>
      <w:r>
        <w:rPr>
          <w:b/>
        </w:rPr>
        <w:t xml:space="preserve">[1:41:42] </w:t>
      </w:r>
      <w:r>
        <w:t>aur sab se barh kar yeh ke har doosri cheez ko secondary banana. yaad rakhiye jo aadmi worldly cheezon ko secondary bana sake, kabhi halawat e iman mile gi nahi us ko.</w:t>
      </w:r>
    </w:p>
    <w:p>
      <w:pPr>
        <w:jc w:val="right"/>
      </w:pPr>
      <w:r>
        <w:t>اورسبسےبڑھکریہکہہردوسریچیزکوسیکنڈریبنانا۔ یادرکھیےجوآدمی world ly چیزوںکوسیکنڈرینہبناسکے، کبھیحلاوتایمانملےگینہیںاسکو ۔</w:t>
      </w:r>
    </w:p>
    <w:p>
      <w:r>
        <w:rPr>
          <w:b/>
        </w:rPr>
        <w:t xml:space="preserve">[1:41:53] </w:t>
      </w:r>
      <w:r>
        <w:t>yeh impossible hai. hamare naujawanon ke zamane mein ek parcha chhapta tha: "falah-e-deen-o-dunya, falah-e-deen-o-dunya". to hamare ek rishtedar the, bahut pasand tha unko.</w:t>
      </w:r>
    </w:p>
    <w:p>
      <w:pPr>
        <w:jc w:val="right"/>
      </w:pPr>
      <w:r>
        <w:t>یہimpossible ہے۔ ہمارے نوجوانیکےزمانےمیں ایکپرچہچھپاکرتاتھا: "فلاح الدیندنیا ، فلاح الدیندنیا "۔توہمارےایکرشتہدارتھے،بہت پسندتھاانکو ۔</w:t>
      </w:r>
    </w:p>
    <w:p>
      <w:r>
        <w:rPr>
          <w:b/>
        </w:rPr>
        <w:t xml:space="preserve">[1:42:05] </w:t>
      </w:r>
      <w:r>
        <w:t>jab mein unke ghar jata tha to dikha dete the: "falah-e-deen-o-dunya, madad-e-deen-e-ka bhi, falah-e-dunya ki bhi, falah". dekhein yeh bilkul ek wishful thinking hai.</w:t>
      </w:r>
    </w:p>
    <w:p>
      <w:pPr>
        <w:jc w:val="right"/>
      </w:pPr>
      <w:r>
        <w:t>جب میںانکےگھرجاتا تھاتودکھادیتےتھے:"فلاحالدیندنیا ، مدددینیکابھی،فلاحدنیا کیبھی،فلاح" ۔دیکھیںیہبالکل ایک ایک wishfulthinkingہے۔</w:t>
      </w:r>
    </w:p>
    <w:p>
      <w:r>
        <w:rPr>
          <w:b/>
        </w:rPr>
        <w:t xml:space="preserve">[1:42:16] </w:t>
      </w:r>
      <w:r>
        <w:t>kisi ek ko aapko primary, kisi doosre ko secondary banana padega.</w:t>
      </w:r>
    </w:p>
    <w:p>
      <w:pPr>
        <w:jc w:val="right"/>
      </w:pPr>
      <w:r>
        <w:t>کسی ایک کوآپکو پرائمری، کسی دوسرےکوسیکنڈریبناناپڑےگا۔</w:t>
      </w:r>
    </w:p>
    <w:p>
      <w:r>
        <w:rPr>
          <w:b/>
        </w:rPr>
        <w:t xml:space="preserve">[1:42:24] </w:t>
      </w:r>
      <w:r>
        <w:t>quran mein hai ke kisi ke sine mein do dil nahi hote. falah-e-deen-o-dunya ek koi cheez nahi. aap ko kisi ek cheez ko barabar banana padega, doosri cheez ko secondary banana padega.</w:t>
      </w:r>
    </w:p>
    <w:p>
      <w:pPr>
        <w:jc w:val="right"/>
      </w:pPr>
      <w:r>
        <w:t>قرآنمیںہےکہ کسی کےسینےمیںدودلنہیںہوتے۔ فلاحالدیندنیا ایککوئیچیزنہیں ۔ آپ کوکسی ایکچیزکوبرابریبناناپڑےگا،دوسریچیزکوسیکنڈریبناناپڑےگا۔</w:t>
      </w:r>
    </w:p>
    <w:p>
      <w:r>
        <w:rPr>
          <w:b/>
        </w:rPr>
        <w:t xml:space="preserve">[1:42:38] </w:t>
      </w:r>
      <w:r>
        <w:t>jab aap aisa karenge tab aap ko halawat-e-iman milegi, warna nahi. This question is from Miss Razia from Delhi.</w:t>
      </w:r>
    </w:p>
    <w:p>
      <w:pPr>
        <w:jc w:val="right"/>
      </w:pPr>
      <w:r>
        <w:t>جب آپ ایساکریںگے تب آپکو حلاوتایمانملےگی، ورنہنہیں۔ This ques tion is from Miss Raz iafrom Delhi.</w:t>
      </w:r>
    </w:p>
    <w:p>
      <w:r>
        <w:rPr>
          <w:b/>
        </w:rPr>
        <w:t xml:space="preserve">[1:42:50] </w:t>
      </w:r>
      <w:r>
        <w:t>How could a tribal race like Tatars understand the wisdom of Islam, where as even the educated Muslims of today have failed to understand its true meaning?</w:t>
      </w:r>
    </w:p>
    <w:p>
      <w:pPr>
        <w:jc w:val="right"/>
      </w:pPr>
      <w:r>
        <w:t>How could atri bal racelike Tat aris under stand thewisdom of Islam ,where as even theeduc ated Muslimsof tod ay have failedtounderstand its truemeaning?</w:t>
      </w:r>
    </w:p>
    <w:p>
      <w:r>
        <w:rPr>
          <w:b/>
        </w:rPr>
        <w:t xml:space="preserve">[1:43:05] </w:t>
      </w:r>
      <w:r>
        <w:t>dekhein unka, unki study pehli baar T.W. Arnold ne ki hai, bahut detail ke sath. to isse mein yeh samajh paya hoon ke woh log nature par the. woh</w:t>
      </w:r>
    </w:p>
    <w:p>
      <w:pPr>
        <w:jc w:val="right"/>
      </w:pPr>
      <w:r>
        <w:t>دیکھیںانکا ،انکی stud yپہلیبار ٹیڈبلیوآرنلنےکیہے، بہتdetailکےساتھ ۔ تو اسسےمیںیہسمجھپایاہوںکہوہلوگnatureپرتھے۔وہ</w:t>
      </w:r>
    </w:p>
    <w:p>
      <w:r>
        <w:rPr>
          <w:b/>
        </w:rPr>
        <w:t xml:space="preserve">[1:43:18] </w:t>
      </w:r>
      <w:r>
        <w:t>maa, unke yahan jo tha, woh woh pahadiyon mein rehte the. yeh Turkistan ka jo ilaka hai, is mein rehte the. woh pahadiyon mein, jangalon mein.</w:t>
      </w:r>
    </w:p>
    <w:p>
      <w:pPr>
        <w:jc w:val="right"/>
      </w:pPr>
      <w:r>
        <w:t>ماں،انکےہاںجوتھا،وہ وہ پہاڑیوںمیںرہتےتھے۔ یہترک ستانکاجوعلاق ہہے، اسیمیںرہتےتھے۔وہ پہاڑیوںمیں،جنگلوںمیں۔</w:t>
      </w:r>
    </w:p>
    <w:p>
      <w:r>
        <w:rPr>
          <w:b/>
        </w:rPr>
        <w:t xml:space="preserve">[1:43:28] </w:t>
      </w:r>
      <w:r>
        <w:t>unki zindagi mein koi tamaddun nahi tha, koi civilization nahi thi, koi culture nahi tha. to woh nature par the, nature par. aur unhone jo hamla jo kiya tha, woh woh bhi log samajhte hain ke woh yani zalim tha, hamla kar dala. aesa nahi tha yeh.</w:t>
      </w:r>
    </w:p>
    <w:p>
      <w:pPr>
        <w:jc w:val="right"/>
      </w:pPr>
      <w:r>
        <w:t>انکیزندگی میںکوئیتمدننہیںتھا،کوئیcivilizationنہیںتھی، کوئی cultureنہیںتھا۔ تووہ natureپرتھے،natureپر ۔ اورانہوںنےجوحملہجوکیاتھا،وہ وہبھیلوگسمجھتےہیںکہوہ یعنیظالمتھا،حملہکرڈالا۔ایسانہیںتھایہ۔</w:t>
      </w:r>
    </w:p>
    <w:p>
      <w:r>
        <w:rPr>
          <w:b/>
        </w:rPr>
        <w:t xml:space="preserve">[1:43:45] </w:t>
      </w:r>
      <w:r>
        <w:t>aap padh lijiye jo mein ne abhi hawala diya, "Al-Kamil fi al-Tarikh" jo kitaab hai Ibn Asir ki, is mein likhi hui isne yeh baat. mere paas yeh kitaab maujood hai jo contemporary tha.</w:t>
      </w:r>
    </w:p>
    <w:p>
      <w:pPr>
        <w:jc w:val="right"/>
      </w:pPr>
      <w:r>
        <w:t>آپپڑھلیجئے جومیںنےابھیحوالہ دیا،"الکامل فیالتاریخ"جوکتاب ہےابن اسیرکی، اسمیںلکھیہوئیاسنےیہبات۔ میرےپاسیہکتاب موجود ہے جو cont empor aryتھا۔</w:t>
      </w:r>
    </w:p>
    <w:p>
      <w:r>
        <w:rPr>
          <w:b/>
        </w:rPr>
        <w:t xml:space="preserve">[1:43:58] </w:t>
      </w:r>
      <w:r>
        <w:t>is zamane mein woh maujood tha jab yeh waqea hua. sab se authentic book is par yeh hi samjhi jati hai. is mein isne likha hai ke Khwarizm Shah badshah tha Muslim is zamane mein.</w:t>
      </w:r>
    </w:p>
    <w:p>
      <w:pPr>
        <w:jc w:val="right"/>
      </w:pPr>
      <w:r>
        <w:t>اسزمانےمیںوہ موجود تھاجبیہواقعہہوا۔ سبسےauthenticbook اسپر یہیسمجھیجاتیہے۔ اسمیںاسنےلکھاہےکہ خوارزم شاہ بادشاہتھامسلم اسزمانےمیں۔</w:t>
      </w:r>
    </w:p>
    <w:p>
      <w:r>
        <w:rPr>
          <w:b/>
        </w:rPr>
        <w:t xml:space="preserve">[1:44:13] </w:t>
      </w:r>
      <w:r>
        <w:t>to wahan par isne ek apna safeer bheja, Changez Khan ne jo sardaar tha Tatariyon ka. ek safeer bheja</w:t>
      </w:r>
    </w:p>
    <w:p>
      <w:pPr>
        <w:jc w:val="right"/>
      </w:pPr>
      <w:r>
        <w:t>تو وہاںپر اسنے ایک اپنا سفیربھیجا، چنگیزخاننےجو سردارتھا تاتاریوںکا ۔ ایک سفیربھیجا</w:t>
      </w:r>
    </w:p>
    <w:p>
      <w:r>
        <w:rPr>
          <w:b/>
        </w:rPr>
        <w:t xml:space="preserve">[1:44:22] </w:t>
      </w:r>
      <w:r>
        <w:t>guft-o-shuneed ke liye, aap mein peaceful ta'alluqat ke liye, tijarti ta'alluqat ke liye. to Changez, Khwarizm jo tha, Khwarizm Shah, isne marwa dala, safeer ko qatl karwa diya.</w:t>
      </w:r>
    </w:p>
    <w:p>
      <w:pPr>
        <w:jc w:val="right"/>
      </w:pPr>
      <w:r>
        <w:t>گفت وشنیدکےلیے،آپسمیں peacefulتعلقاتکےلیے، تج ارتیتعلقاتکےلیے۔ توچنگیز ،خوارزم جوتھا،خوارزمشاہ ،اسنےمرواڈالا،سفیرکو قتلکروادیا۔</w:t>
      </w:r>
    </w:p>
    <w:p>
      <w:r>
        <w:rPr>
          <w:b/>
        </w:rPr>
        <w:t xml:space="preserve">[1:44:34] </w:t>
      </w:r>
      <w:r>
        <w:t>ab is par bhadka tha woh. isne kaha ke mein isko mita kar rahoonga, guys, is saltanat ko mita kar rahoonga. to log samajhte hain ke Tatari bure the.</w:t>
      </w:r>
    </w:p>
    <w:p>
      <w:pPr>
        <w:jc w:val="right"/>
      </w:pPr>
      <w:r>
        <w:t>اب اسپربھڑکاٹھاوہ۔ اسنےکہاکہمیںاسکومٹاکررہاہوں،گائز،اسسلطنتکومٹاکررہاہوںگا۔ تو لوگسمجھتےہیںکہ تاتاریبرےتھے۔</w:t>
      </w:r>
    </w:p>
    <w:p>
      <w:r>
        <w:rPr>
          <w:b/>
        </w:rPr>
        <w:t xml:space="preserve">[1:44:44] </w:t>
      </w:r>
      <w:r>
        <w:t>nahi, woh reaction tha Khwarizm Shah ke fe'l ka.</w:t>
      </w:r>
    </w:p>
    <w:p>
      <w:pPr>
        <w:jc w:val="right"/>
      </w:pPr>
      <w:r>
        <w:t>نہیں ،وہ ریایکشنتھا خوارزمشاہ کے فعلکا ۔</w:t>
      </w:r>
    </w:p>
    <w:p>
      <w:r>
        <w:rPr>
          <w:b/>
        </w:rPr>
        <w:t xml:space="preserve">[1:44:50] </w:t>
      </w:r>
      <w:r>
        <w:t>isko shakk ho to mere paas kitaab maujood hai, "Al-Kamil fi al-Tarikh". mein isko dikha sakta hoon. isko isne bahut dard ke sath likha hai, dard ke sath ke Khwarizm Shah ka ek ek nadan qadam ke usne unke ambassador ko qatl karwa diya.</w:t>
      </w:r>
    </w:p>
    <w:p>
      <w:pPr>
        <w:jc w:val="right"/>
      </w:pPr>
      <w:r>
        <w:t>اسکوشکہوتومیرےپاسکتاب موجود ہے، "الکامل فیالتاریخ"۔میںاسکودکھاسکتاہوں۔اسکو اسنےبہتدردکےساتھلکھاہے،دردکےساتھ کہخوارزم شاہ کا ایک ایک ناداناقدام کہاسنےانکےایمبیسڈرکوقتلکروادیا ۔</w:t>
      </w:r>
    </w:p>
    <w:p>
      <w:r>
        <w:rPr>
          <w:b/>
        </w:rPr>
        <w:t xml:space="preserve">[1:45:04] </w:t>
      </w:r>
      <w:r>
        <w:t>iski wajah se bhadka tha woh Changez Khan. khud to woh mar gaya baad mein. isne wasiyat ki ke jab tak isko tahseenat na karo, tab tak chain se na baithna.</w:t>
      </w:r>
    </w:p>
    <w:p>
      <w:pPr>
        <w:jc w:val="right"/>
      </w:pPr>
      <w:r>
        <w:t>اسکیوجہسےبھڑکاٹھاوہ چنگیزخان ۔ خود تووہمرگیابعد میں۔اسنے وصیتکیکہجبتک اسکو تحسینات نہکرو،تبتکچینسےنہبیٹھنا۔</w:t>
      </w:r>
    </w:p>
    <w:p>
      <w:r>
        <w:rPr>
          <w:b/>
        </w:rPr>
        <w:t xml:space="preserve">[1:45:14] </w:t>
      </w:r>
      <w:r>
        <w:t>to iske iske poote Hulegu ne isko mukammal kiya.</w:t>
      </w:r>
    </w:p>
    <w:p>
      <w:pPr>
        <w:jc w:val="right"/>
      </w:pPr>
      <w:r>
        <w:t>تواسکے اسکے پوتےہلاگونےاسکو مک ملکیا۔</w:t>
      </w:r>
    </w:p>
    <w:p>
      <w:r>
        <w:rPr>
          <w:b/>
        </w:rPr>
        <w:t xml:space="preserve">[1:45:18] </w:t>
      </w:r>
      <w:r>
        <w:t>yani Changez Khan ne pehle shuru kiya, lekin woh mar gaya darmayan mein. to iske iske pota jo tha, Hulegu Khan, usne yahan se wahan tak sab, yani Samarqand se le kar Halab tak, sab taak daala.</w:t>
      </w:r>
    </w:p>
    <w:p>
      <w:pPr>
        <w:jc w:val="right"/>
      </w:pPr>
      <w:r>
        <w:t>یعنیچنگیزخان نے پہلے شروع کیا، لیکنوہمرگیا درمیانمیں۔ تواسکے اسکاپوتاجوتھا،ہلاگوخان، اس نے یہاںسے وہاںتکسب ،یعنیسمرقندسےلےکرحلبتک،سبتاکڈالا۔</w:t>
      </w:r>
    </w:p>
    <w:p>
      <w:r>
        <w:rPr>
          <w:b/>
        </w:rPr>
        <w:t xml:space="preserve">[1:45:34] </w:t>
      </w:r>
      <w:r>
        <w:t>to to yeh log bahut nature par the. inke yahan koi aish-o-ish nahi tha, koi philosophy nahi thi, koi koi tamaddun aur civilization nahi thi.</w:t>
      </w:r>
    </w:p>
    <w:p>
      <w:pPr>
        <w:jc w:val="right"/>
      </w:pPr>
      <w:r>
        <w:t>تو تویہلوگ بہت natureپرتھے۔ انکےہاںکوئیایشپیش نہیںتھا، کوئی فلاسفینہیںتھی، کوئی کوئی تمدناوراور civilizationنہیںتھی۔</w:t>
      </w:r>
    </w:p>
    <w:p>
      <w:r>
        <w:rPr>
          <w:b/>
        </w:rPr>
        <w:t xml:space="preserve">[1:45:45] </w:t>
      </w:r>
      <w:r>
        <w:t>to bahut aasani se baat ko pakad lete the woh.</w:t>
      </w:r>
    </w:p>
    <w:p>
      <w:pPr>
        <w:jc w:val="right"/>
      </w:pPr>
      <w:r>
        <w:t>تو بہت آسانیسےباتکوپکڑلیتےتھےوہ۔</w:t>
      </w:r>
    </w:p>
    <w:p>
      <w:r>
        <w:rPr>
          <w:b/>
        </w:rPr>
        <w:t xml:space="preserve">[1:45:48] </w:t>
      </w:r>
      <w:r>
        <w:t>lekin jo nature par hoga, nature par bahut aasani se baat ko pakdega. inke yahan koi yani sophistication nahi tha.</w:t>
      </w:r>
    </w:p>
    <w:p>
      <w:pPr>
        <w:jc w:val="right"/>
      </w:pPr>
      <w:r>
        <w:t>لیکن جوnatureپرہوگا،natureپر بہت آسانیسےباتکوپکڑےگا۔ انکےہاںکوئی یعنی sophisticationنہیںتھا۔</w:t>
      </w:r>
    </w:p>
    <w:p>
      <w:r>
        <w:rPr>
          <w:b/>
        </w:rPr>
        <w:t xml:space="preserve">[1:45:58] </w:t>
      </w:r>
      <w:r>
        <w:t>seedhi baat samajhte the bilkul woh. is wajah se woh bahut jald Islam ko samajh gaye. aaj kal jo log hain, woh to yani culture mein paida hote hain, civilization mein paida hote hain, aur tarah tarah ke philosophy, is mein paida hote hain.</w:t>
      </w:r>
    </w:p>
    <w:p>
      <w:pPr>
        <w:jc w:val="right"/>
      </w:pPr>
      <w:r>
        <w:t>سیدھیباتسمجھتےتھےبالکل وہ ۔ اس وجہسےوہبہتجلد اسلام کوسمجھگئے۔آجکلجولوگہیں، وہتو یعنی کلچرمیںپیدا ہوتےہیں،civ ilizationمیںپیداہوتےہیں، اور طرحطرح کیفلاسفیہے، اسمیںپیدا ہوتےہیں۔</w:t>
      </w:r>
    </w:p>
    <w:p>
      <w:r>
        <w:rPr>
          <w:b/>
        </w:rPr>
        <w:t xml:space="preserve">[1:46:12] </w:t>
      </w:r>
      <w:r>
        <w:t>is mein conditioning hoti hai. unki koi koi condition nahi thi.</w:t>
      </w:r>
    </w:p>
    <w:p>
      <w:pPr>
        <w:jc w:val="right"/>
      </w:pPr>
      <w:r>
        <w:t>اسمیںکنڈیشننگہوتیہے۔ انکی کوئی کوئیکنڈیشننہیںتھی۔</w:t>
      </w:r>
    </w:p>
    <w:p>
      <w:r>
        <w:rPr>
          <w:b/>
        </w:rPr>
        <w:t xml:space="preserve">[1:46:15] </w:t>
      </w:r>
      <w:r>
        <w:t>unki woh jangalon mein rehte the, pahadon mein rehte the. koi condition nahi thi. bilkul Arab jaise log the woh. mein kehta hoon ke saada nature par the, saada fitrat par the woh.</w:t>
      </w:r>
    </w:p>
    <w:p>
      <w:pPr>
        <w:jc w:val="right"/>
      </w:pPr>
      <w:r>
        <w:t>انکی وہجنگ لوںمیںرہتےتھے،پہاڑوںمیںرہتےتھے۔ کوئیکنڈیشننگنہیںتھی۔بالکلعرب جیسےلوگ تھےوہ۔ میںکہتاہوںکہ سادہnature پرتھے، سادہ فطرتپرتھےوہ۔</w:t>
      </w:r>
    </w:p>
    <w:p>
      <w:r>
        <w:rPr>
          <w:b/>
        </w:rPr>
        <w:t xml:space="preserve">[1:46:26] </w:t>
      </w:r>
      <w:r>
        <w:t>is wajh se jald ism jh gaye baat ko . ab log sadh nature par nahi hain . ab bigre hue nature par log hain aaj kal ke zaman e mein . is wajh se baton ko smjhna nahi paate .</w:t>
      </w:r>
    </w:p>
    <w:p>
      <w:pPr>
        <w:jc w:val="right"/>
      </w:pPr>
      <w:r>
        <w:t>اسوجہسےجلدیسمجھگئےباتکو ۔ ابلوگسادہnatureپرنہیںہیں۔ اب بگڑےہوئےnatureپر لوگہیںآجکلکےزمان ےمیں۔ اسوجہسےباتوںکوسمجھنہیںپاتے۔</w:t>
      </w:r>
    </w:p>
    <w:p>
      <w:r>
        <w:rPr>
          <w:b/>
        </w:rPr>
        <w:t xml:space="preserve">[1:46:37] </w:t>
      </w:r>
      <w:r>
        <w:t>This question is from Doctor Farida Khanam</w:t>
      </w:r>
    </w:p>
    <w:p>
      <w:pPr>
        <w:jc w:val="right"/>
      </w:pPr>
      <w:r>
        <w:t>This question is from ڈاکٹرفریدہخانم</w:t>
      </w:r>
    </w:p>
    <w:p>
      <w:r>
        <w:rPr>
          <w:b/>
        </w:rPr>
        <w:t xml:space="preserve">[1:46:41] </w:t>
      </w:r>
      <w:r>
        <w:t>Wedonot realiz ethat wewill not begiven asecond chance ,as was thecaseof Adam and Eve. Whatshouldbedone so that this only chance that we have doesnot get lost ?</w:t>
      </w:r>
    </w:p>
    <w:p>
      <w:pPr>
        <w:jc w:val="right"/>
      </w:pPr>
      <w:r>
        <w:t>۔Wedonot realiz ethat wewill not begiven asecond chance ,as was thecaseof Adam and Eve. Whatshouldbedone so that this only chance that we have doesnot get lost ?</w:t>
      </w:r>
    </w:p>
    <w:p>
      <w:r>
        <w:rPr>
          <w:b/>
        </w:rPr>
        <w:t xml:space="preserve">[1:46:58] </w:t>
      </w:r>
      <w:r>
        <w:t>ab us ko to yeh hi kahengay ke is logon ko quran parha ya jaye ,</w:t>
      </w:r>
    </w:p>
    <w:p>
      <w:pPr>
        <w:jc w:val="right"/>
      </w:pPr>
      <w:r>
        <w:t>اب اسکوتو یہیکہیںگےکہ اسلوگوںکوقرآنپڑھوایاجائے،</w:t>
      </w:r>
    </w:p>
    <w:p>
      <w:r>
        <w:rPr>
          <w:b/>
        </w:rPr>
        <w:t xml:space="preserve">[1:47:02] </w:t>
      </w:r>
      <w:r>
        <w:t>khuda ka jo kahen palana hai, us ka bataya jaye ke woh khuda ka jo palana hai, us ke mutabiq ab koi next aur chance nahi milne wala nahi hai .</w:t>
      </w:r>
    </w:p>
    <w:p>
      <w:pPr>
        <w:jc w:val="right"/>
      </w:pPr>
      <w:r>
        <w:t>خداکاجوکہیںپلانہے،اسکوبتایاجائے کہوہخدا کاجو پلانہے،اسکےمطابق اب کوئی نیکسٹاور چانسنہیںملنےوالانہیںہے۔</w:t>
      </w:r>
    </w:p>
    <w:p>
      <w:r>
        <w:rPr>
          <w:b/>
        </w:rPr>
        <w:t xml:space="preserve">[1:47:12] </w:t>
      </w:r>
      <w:r>
        <w:t>pehla chance tha Adam ko bhi mila, doosra chance hum ko bhi mila hua . ab third chance koi samne aane wala nahi hai .</w:t>
      </w:r>
    </w:p>
    <w:p>
      <w:pPr>
        <w:jc w:val="right"/>
      </w:pPr>
      <w:r>
        <w:t>پہلاچانس تھا آدمکوبھیملا، دوسراچانسہمکوبھیملاہوا۔ابتھرڈچانسکوئیسامنےآنےوالانہیںہے۔</w:t>
      </w:r>
    </w:p>
    <w:p>
      <w:r>
        <w:rPr>
          <w:b/>
        </w:rPr>
        <w:t xml:space="preserve">[1:47:21] </w:t>
      </w:r>
      <w:r>
        <w:t>to yeh chuki log quran ko parhte nahi, is asas nazar se log quran ko parhte hain, bas sawab ke liye, bas parh liya, sawab ho gaya .</w:t>
      </w:r>
    </w:p>
    <w:p>
      <w:pPr>
        <w:jc w:val="right"/>
      </w:pPr>
      <w:r>
        <w:t>تو یہ چونکہلوگقرآنکوپڑھتےنہیں،اساسنظر سے لوگ قرآنکوپڑھتےہیں، بس ثوابکےلیے،بس پڑھلیا،ثوابہوگیا۔</w:t>
      </w:r>
    </w:p>
    <w:p>
      <w:r>
        <w:rPr>
          <w:b/>
        </w:rPr>
        <w:t xml:space="preserve">[1:47:31] </w:t>
      </w:r>
      <w:r>
        <w:t>koi is mein ghor kon karta hai ? mein smjhta hoon ke achhe achhe jo arbi daan log hain, woh bhi sirf sirf sirf farr farr parhte hain, sirf sawab lene ke liye .</w:t>
      </w:r>
    </w:p>
    <w:p>
      <w:pPr>
        <w:jc w:val="right"/>
      </w:pPr>
      <w:r>
        <w:t>کوئیاسمیں غورکونکرتاہے؟ میںسمجھتاہوںکہاچھےاچھےجوعربیدانلوگہیں،وہبھیصرف صرف صرففرفرپڑھتےہیں،صرفثوابلینےکےلیے۔</w:t>
      </w:r>
    </w:p>
    <w:p>
      <w:r>
        <w:rPr>
          <w:b/>
        </w:rPr>
        <w:t xml:space="preserve">[1:47:40] </w:t>
      </w:r>
      <w:r>
        <w:t>arbi daan log is mein ghor karna, is mein baton ko kitna tak pahunchne ki koshish karna, yeh to koi karta hi nahi hai .</w:t>
      </w:r>
    </w:p>
    <w:p>
      <w:pPr>
        <w:jc w:val="right"/>
      </w:pPr>
      <w:r>
        <w:t>عربیدان لوگ اسمیں غورکرنا، اسمیں باتوںکوکتناتکپہنچنےکیکوششکرنا،یہتوکوئیکرتاہینہیںہے۔</w:t>
      </w:r>
    </w:p>
    <w:p>
      <w:r>
        <w:rPr>
          <w:b/>
        </w:rPr>
        <w:t xml:space="preserve">[1:47:49] </w:t>
      </w:r>
      <w:r>
        <w:t>isi liye be khabar hain woh .</w:t>
      </w:r>
    </w:p>
    <w:p>
      <w:pPr>
        <w:jc w:val="right"/>
      </w:pPr>
      <w:r>
        <w:t>اسیلیےبےخبرہیںوہ۔</w:t>
      </w:r>
    </w:p>
    <w:p>
      <w:r>
        <w:rPr>
          <w:b/>
        </w:rPr>
        <w:t xml:space="preserve">[1:47:53] </w:t>
      </w:r>
      <w:r>
        <w:t>to ab hamara mission yeh hai ke logon ko bataein ke bhai socho, kyun ke ab koi aur chance milne wala hai</w:t>
      </w:r>
    </w:p>
    <w:p>
      <w:pPr>
        <w:jc w:val="right"/>
      </w:pPr>
      <w:r>
        <w:t>تو ابہمارامشنیہہےکہلوگوںکو بت ائیںکہبھئیسوچو، کیونکہابکوئیاورچانسملنےوالاہے</w:t>
      </w:r>
    </w:p>
    <w:p>
      <w:r>
        <w:rPr>
          <w:b/>
        </w:rPr>
        <w:t xml:space="preserve">[1:48:00] </w:t>
      </w:r>
      <w:r>
        <w:t>nahi hain . yeh aakhri chance hai, yeh yeh to aakhri chance hai .</w:t>
      </w:r>
    </w:p>
    <w:p>
      <w:pPr>
        <w:jc w:val="right"/>
      </w:pPr>
      <w:r>
        <w:t>ہینہیں۔ یہآخریچانسہے،یہ یہتوآخریچانسہے۔</w:t>
      </w:r>
    </w:p>
    <w:p>
      <w:r>
        <w:rPr>
          <w:b/>
        </w:rPr>
        <w:t xml:space="preserve">[1:48:08] </w:t>
      </w:r>
      <w:r>
        <w:t>hamare is mein yeh hai ke hum batayein logon ko, logon ko aap ba khabar karein, logon ki ghaflat ko torein . yeh hamare is mein hai, woh hum kar rahe hain, inshallah .</w:t>
      </w:r>
    </w:p>
    <w:p>
      <w:pPr>
        <w:jc w:val="right"/>
      </w:pPr>
      <w:r>
        <w:t>ہمارےبسمیںیہہےکہہمبتائیںلوگوںکو، لوگوںکو آپباخبرکریں، لوگوںکی غفلتکوتوڑیں۔ یہہمارےبسمیںہے، وہہمکررہےہیں،انشاءاللہ۔</w:t>
      </w:r>
    </w:p>
    <w:p>
      <w:r>
        <w:rPr>
          <w:b/>
        </w:rPr>
        <w:t xml:space="preserve">[1:48:24] </w:t>
      </w:r>
      <w:r>
        <w:t>This question is from Mr Khalid Ansari from Delhi.</w:t>
      </w:r>
    </w:p>
    <w:p>
      <w:pPr>
        <w:jc w:val="right"/>
      </w:pPr>
      <w:r>
        <w:t>This question is from مسٹرخالد انصاری from Delhi.</w:t>
      </w:r>
    </w:p>
    <w:p>
      <w:r>
        <w:rPr>
          <w:b/>
        </w:rPr>
        <w:t xml:space="preserve">[1:48:29] </w:t>
      </w:r>
      <w:r>
        <w:t>According to a majority of Christian theologians and a marginal fraction of Islamic scholars, the Garden of Eden, where Adam and Eve were created and the incident of Adam's expulsion took place,</w:t>
      </w:r>
    </w:p>
    <w:p>
      <w:pPr>
        <w:jc w:val="right"/>
      </w:pPr>
      <w:r>
        <w:t>Acc ording to amajor ityof Christian the olog ians andamarginal fra ction of Islam ic scholars, the Gard enof Ed en, where Adam and Eve were cre ated andthe inc ident of Adam 's exp ulsion took pla ce,</w:t>
      </w:r>
    </w:p>
    <w:p>
      <w:r>
        <w:rPr>
          <w:b/>
        </w:rPr>
        <w:t xml:space="preserve">[1:48:46] </w:t>
      </w:r>
      <w:r>
        <w:t>is on this planet Earth itself. In fact, an island which got buried along the shore of Turkey is believed to be the Garden of Eden.</w:t>
      </w:r>
    </w:p>
    <w:p>
      <w:pPr>
        <w:jc w:val="right"/>
      </w:pPr>
      <w:r>
        <w:t>is on this planet Earth itself. Infact, an island which got bur ied along the shoreof Tur key is believedtobethe Gard enof Ed en.</w:t>
      </w:r>
    </w:p>
    <w:p>
      <w:r>
        <w:rPr>
          <w:b/>
        </w:rPr>
        <w:t xml:space="preserve">[1:48:59] </w:t>
      </w:r>
      <w:r>
        <w:t>Maulana, is there any hint in Quran on this issue? What is the Islamic stand on this ? dekhein, jahan tak mein ne parha hai, yeh baat bible mein hai .</w:t>
      </w:r>
    </w:p>
    <w:p>
      <w:pPr>
        <w:jc w:val="right"/>
      </w:pPr>
      <w:r>
        <w:t>مولانا،is there any hint in Quranon this issue? Whatisthe Islamic stand on this ? دیکھیں،جہاںتکمیںنےپڑھاہے، یہباتبائبلمیںہے۔</w:t>
      </w:r>
    </w:p>
    <w:p>
      <w:r>
        <w:rPr>
          <w:b/>
        </w:rPr>
        <w:t xml:space="preserve">[1:49:13] </w:t>
      </w:r>
      <w:r>
        <w:t>is mein hai yeh wording ke khuda ne Adam ke paas aik bagh banaya . Adam aik country hai, aap jante hain . to is mein hai ke khuda ne Adam ke paas aik bagh banaya .</w:t>
      </w:r>
    </w:p>
    <w:p>
      <w:pPr>
        <w:jc w:val="right"/>
      </w:pPr>
      <w:r>
        <w:t>اسمیںہے یہورڈنگکہ خدانے آدمکےپاسایک باغبنایا۔ آدمایککنٹریہے،آپجانتےہیں۔ تواسمیںہےکہخدانےآدمکےپاسایک باغبنایا۔</w:t>
      </w:r>
    </w:p>
    <w:p>
      <w:r>
        <w:rPr>
          <w:b/>
        </w:rPr>
        <w:t xml:space="preserve">[1:49:25] </w:t>
      </w:r>
      <w:r>
        <w:t>is se yeh nikala gaya hai ke isi planet Earth par, kisi hisse par, wahan par rakha gaya tha un ko . lekin Quran o Hadees mein aisa koi cheez maujood nahi hai .</w:t>
      </w:r>
    </w:p>
    <w:p>
      <w:pPr>
        <w:jc w:val="right"/>
      </w:pPr>
      <w:r>
        <w:t>اسسےیہنکالاگیاہےکہاسیپلینٹارتھپر ،کسی حصےپر، وہاںپررکھاگیاتھاانکو ۔لیکن قرآنیاحدیثمیںایسیکوئی چیزموجود نہیں ہے۔</w:t>
      </w:r>
    </w:p>
    <w:p>
      <w:r>
        <w:rPr>
          <w:b/>
        </w:rPr>
        <w:t xml:space="preserve">[1:49:40] </w:t>
      </w:r>
      <w:r>
        <w:t>aisa koi cheez mujhe nahi mili hai, aisa koi cheez . to musalmanon mein jo log mante hain, woh sirf bible ki wajah se mante hain, Quran o Hadees ki wajah se nahi mante .</w:t>
      </w:r>
    </w:p>
    <w:p>
      <w:pPr>
        <w:jc w:val="right"/>
      </w:pPr>
      <w:r>
        <w:t>ایسیکوئیچیزمجھےنہیںملی ہے،ایسیکوئیچیز ۔ تو مسلمانوںمیںجولوگمانتےہیں، وہصرف بائبل کیوجہسےمانتےہیں، قرآنوحدیثکیوجہسےنہیںمانتے۔</w:t>
      </w:r>
    </w:p>
    <w:p>
      <w:r>
        <w:rPr>
          <w:b/>
        </w:rPr>
        <w:t xml:space="preserve">[1:49:52] </w:t>
      </w:r>
      <w:r>
        <w:t>ab aap guess kar sakte hain, inference kar sakte hain .</w:t>
      </w:r>
    </w:p>
    <w:p>
      <w:pPr>
        <w:jc w:val="right"/>
      </w:pPr>
      <w:r>
        <w:t>ابآپ گیسکرسکتےہیں، انفرنسکرسکتےہیں۔</w:t>
      </w:r>
    </w:p>
    <w:p>
      <w:r>
        <w:rPr>
          <w:b/>
        </w:rPr>
        <w:t xml:space="preserve">[1:49:56] </w:t>
      </w:r>
      <w:r>
        <w:t>yani be taur inference ki aap kuch baatein hain, be taur guess kuch baatein aap maan sakte hain is mamle mein . lekin jis tarah bible mein baqayda text mein hai, text mein saaf saaf ke khuda ne Adam ke paas aik bagh banaya, to bible mein to khud un ke text mein yeh cheez maujood hai .</w:t>
      </w:r>
    </w:p>
    <w:p>
      <w:pPr>
        <w:jc w:val="right"/>
      </w:pPr>
      <w:r>
        <w:t>یعنیبطورانفر نسکیآپکچھباتیںہیں،بطورگیسکچھباتیںآپمانسکتےہیںاسمعاملےمیں۔لیکن جسطرحبائبلمیں باقاعدہ ٹیکسٹ میںہے،ٹیکسٹمیں صافصاف کہخدانےآدمکےپاسایک باغبنایا، تو بائبلمیںتو خود انکےٹیکسٹمیںیہچیزموجود ہے۔</w:t>
      </w:r>
    </w:p>
    <w:p>
      <w:r>
        <w:rPr>
          <w:b/>
        </w:rPr>
        <w:t xml:space="preserve">[1:50:11] </w:t>
      </w:r>
      <w:r>
        <w:t>lekin Quran o Hadees mein aap jo log nikalte hain, woh sirf aik guess ke taur par nikalte hain ya inference ke taur par . to is bare mein mein koi established dene ki position mein nahi hoon ,</w:t>
      </w:r>
    </w:p>
    <w:p>
      <w:pPr>
        <w:jc w:val="right"/>
      </w:pPr>
      <w:r>
        <w:t>لیکن قرآنوحدیثمیںآپ جولوگ نکالتےہیں، وہ بسایکگیسکےطورپرنکالتےہیں یاانفرنسکےطورپر۔ تواسبارےمیںمیں کوئی اسٹیبلشدینےکیپوزیشنمیںنہیںہوں،</w:t>
      </w:r>
    </w:p>
    <w:p>
      <w:r>
        <w:rPr>
          <w:b/>
        </w:rPr>
        <w:t xml:space="preserve">[1:50:24] </w:t>
      </w:r>
      <w:r>
        <w:t>koi clear cut baat batane ki position mein nahi hoon . mein</w:t>
      </w:r>
    </w:p>
    <w:p>
      <w:pPr>
        <w:jc w:val="right"/>
      </w:pPr>
      <w:r>
        <w:t>کوئی کلیئرکٹبات بتانےکیپوزیشنمیںنہیںہوں۔میں</w:t>
      </w:r>
    </w:p>
    <w:p>
      <w:r>
        <w:rPr>
          <w:b/>
        </w:rPr>
        <w:t xml:space="preserve">[1:50:31] </w:t>
      </w:r>
      <w:r>
        <w:t>This question is from Sadia from Delhi. You just quoted a hadith which urges Muslims to condemn what is wrong by action, speech, or by atleast considering it bad.</w:t>
      </w:r>
    </w:p>
    <w:p>
      <w:pPr>
        <w:jc w:val="right"/>
      </w:pPr>
      <w:r>
        <w:t>This question is from سعدیہfrom Delhi. You just qu oted ahadith which urges Muslimsto condemn whatiswrong by ac tion, speech ,or by atleast consider ingit bad.</w:t>
      </w:r>
    </w:p>
    <w:p>
      <w:r>
        <w:rPr>
          <w:b/>
        </w:rPr>
        <w:t xml:space="preserve">[1:50:48] </w:t>
      </w:r>
      <w:r>
        <w:t>How do we reconcile this with the hadith according to which Muslims must not fight the leaders whatsoever be the case?</w:t>
      </w:r>
    </w:p>
    <w:p>
      <w:pPr>
        <w:jc w:val="right"/>
      </w:pPr>
      <w:r>
        <w:t>How dowerecon cile this with thehadith accordingto which Muslims mustnot fight thelead ers whatsoever bethecase?</w:t>
      </w:r>
    </w:p>
    <w:p>
      <w:r>
        <w:rPr>
          <w:b/>
        </w:rPr>
        <w:t xml:space="preserve">[1:50:58] </w:t>
      </w:r>
      <w:r>
        <w:t>haan,dekhiye,mainne aapsekaha tha ke woh jo hadith hai, woh ismein ek condition hai, woh hai result.</w:t>
      </w:r>
    </w:p>
    <w:p>
      <w:pPr>
        <w:jc w:val="right"/>
      </w:pPr>
      <w:r>
        <w:t>ہاں،دیکھیے، میںنےآپسےکہا تھا کہ وہجوحدیثہے، وہ اسمیں ایککنڈیشنہے، وہہے رزلٹ ۔</w:t>
      </w:r>
    </w:p>
    <w:p>
      <w:r>
        <w:rPr>
          <w:b/>
        </w:rPr>
        <w:t xml:space="preserve">[1:51:11] </w:t>
      </w:r>
      <w:r>
        <w:t>wa il lam tastati'aa ka lafz hai ismein. Ya'ni tumhare bas mein agar na ho result nikalna. Wa il lam tastati'aa agar tumhare bas mein result nikalna na ho to phir aisa karo.</w:t>
      </w:r>
    </w:p>
    <w:p>
      <w:pPr>
        <w:jc w:val="right"/>
      </w:pPr>
      <w:r>
        <w:t>وَإِلَّمْ تَسْتَطِعَکالفظہےاسمیں ۔ یعنیتمہارےبسمیںاگرنہہو رزلٹنکالنا۔ وَإِلَّمْتَسْتَطِعَاگر تمہارےبسمیںرزلٹنکالنانہہو تو پھر ایساکرو۔</w:t>
      </w:r>
    </w:p>
    <w:p>
      <w:r>
        <w:rPr>
          <w:b/>
        </w:rPr>
        <w:t xml:space="preserve">[1:51:26] </w:t>
      </w:r>
      <w:r>
        <w:t>Ya'ni agar agar aap action le kar rokk sakte ho to rokiye, lekin agar aap samjhein ke action le kar ke main koi result nahin nikal paunga to sirf kehne aur sunne par.</w:t>
      </w:r>
    </w:p>
    <w:p>
      <w:pPr>
        <w:jc w:val="right"/>
      </w:pPr>
      <w:r>
        <w:t>یعنی اگر اگر آپ ایکشنلےکرروکسکتےہوں تو روکیے،لیکناگرآپ سمجھیںکہایکشنلےکرکہمیں کوئیرزلٹنہیںنکالپاؤںگا تو صرف کہنےاورسننےپر۔</w:t>
      </w:r>
    </w:p>
    <w:p>
      <w:r>
        <w:rPr>
          <w:b/>
        </w:rPr>
        <w:t xml:space="preserve">[1:51:40] </w:t>
      </w:r>
      <w:r>
        <w:t>Aur agar ismein bhi aap samjhein ke ismein bhi baat bigad jayegi to phir aap sirf dil mein bura maniye.</w:t>
      </w:r>
    </w:p>
    <w:p>
      <w:pPr>
        <w:jc w:val="right"/>
      </w:pPr>
      <w:r>
        <w:t>اور اگراسمیںبھیآپسمجھیںکہاسمیںبھیباتبگڑجائےگی توپھرآپصرفدلمیں برامانیے۔</w:t>
      </w:r>
    </w:p>
    <w:p>
      <w:r>
        <w:rPr>
          <w:b/>
        </w:rPr>
        <w:t xml:space="preserve">[1:51:46] </w:t>
      </w:r>
      <w:r>
        <w:t>Achha, jahan tak iski baat hai to isse judi hui hai woh baat ke kyunke dekhiye, ek ek group hai, ek dynasty hai ya ek ek team hai jo already political power par qabza kiye baithi hai.</w:t>
      </w:r>
    </w:p>
    <w:p>
      <w:pPr>
        <w:jc w:val="right"/>
      </w:pPr>
      <w:r>
        <w:t>اچھا،جہاںتکاسکیباتہے تو اسسےجڑیہوئیہےوہبات کہ کیونکہ دیکھیے، ایک ایک گروپہے، ایک ڈائنسٹیہے یا ایک ایک ٹیمہے جو ال ریڈی پولیٹیکلپاورپرقبضہکیےبیٹھیہے۔</w:t>
      </w:r>
    </w:p>
    <w:p>
      <w:r>
        <w:rPr>
          <w:b/>
        </w:rPr>
        <w:t xml:space="preserve">[1:52:04] </w:t>
      </w:r>
      <w:r>
        <w:t>Iske paas police hai, iske paas fauj hai, poora infrastructure iske paas hai, sari taqatein iske paas hain. Ab aap isse takraoge to kya hoga?</w:t>
      </w:r>
    </w:p>
    <w:p>
      <w:pPr>
        <w:jc w:val="right"/>
      </w:pPr>
      <w:r>
        <w:t>اسکےپاسپولیسہے،اسکےپاسفوجہے، پوراانفراسٹرکچراسکےپاسہے، ساریطاقتیںاسکےپاسہیں۔ ابآپ اسسےٹکرائیںگے توکیاہوگا؟</w:t>
      </w:r>
    </w:p>
    <w:p>
      <w:r>
        <w:rPr>
          <w:b/>
        </w:rPr>
        <w:t xml:space="preserve">[1:52:15] </w:t>
      </w:r>
      <w:r>
        <w:t>bilkul</w:t>
      </w:r>
    </w:p>
    <w:p>
      <w:pPr>
        <w:jc w:val="right"/>
      </w:pPr>
      <w:r>
        <w:t>بالکل</w:t>
      </w:r>
    </w:p>
    <w:p>
      <w:r>
        <w:rPr>
          <w:b/>
        </w:rPr>
        <w:t xml:space="preserve">[1:52:19] </w:t>
      </w:r>
      <w:r>
        <w:t>tay hai, an advance yeh tay hai ke result wohi ultan niklega. Hamesha history mein dekhein, poori history mein jab bhi log takraye hain ruling class se to result ultan nikla hai.</w:t>
      </w:r>
    </w:p>
    <w:p>
      <w:pPr>
        <w:jc w:val="right"/>
      </w:pPr>
      <w:r>
        <w:t>طےہے، انایڈوانسیہطےہےکہ رزلٹجوہےالٹانکلےگا۔ ہمیشہ ہسٹریمیںدیکھیں،پوریہسٹریمیں جب بھی لوگ ٹکرائےہیں رولنگکلاسسے تو رزلٹالٹانکلاہے۔</w:t>
      </w:r>
    </w:p>
    <w:p>
      <w:r>
        <w:rPr>
          <w:b/>
        </w:rPr>
        <w:t xml:space="preserve">[1:52:31] </w:t>
      </w:r>
      <w:r>
        <w:t>Hamesha. Toh yeh jo hadith mein aaya hai, hadith mein yeh result ki wajah se hai ke tum agar aisa karoge to woh greater evil ban jayega. Woh</w:t>
      </w:r>
    </w:p>
    <w:p>
      <w:pPr>
        <w:jc w:val="right"/>
      </w:pPr>
      <w:r>
        <w:t>ہمیشہ ۔تویہجو حدیثمیںآیاہے،حدیثمیںیہرزلٹکیوجہسےہے کہتم اگر ایساکروگے تو وہ گریٹرایولبنجائےگا۔وہ</w:t>
      </w:r>
    </w:p>
    <w:p>
      <w:r>
        <w:rPr>
          <w:b/>
        </w:rPr>
        <w:t xml:space="preserve">[1:52:42] </w:t>
      </w:r>
      <w:r>
        <w:t>hadith aur hadithein hain jisse maloom hota hai yeh baat ke rulers se na takrana result ki wajah se hua hai. Isliye haram halal ki baat nahin hai, aslan aslan.</w:t>
      </w:r>
    </w:p>
    <w:p>
      <w:pPr>
        <w:jc w:val="right"/>
      </w:pPr>
      <w:r>
        <w:t>حدیثاور حدیثیںہیںجسسےمعلومہوتاہےیہبات کہ رولرزسے نہ ٹکرانا رزلٹکیوجہ سےہواہے۔ اسلیےحرامحلالکیباتنہیںہے،اصلاً اصلاً۔</w:t>
      </w:r>
    </w:p>
    <w:p>
      <w:r>
        <w:rPr>
          <w:b/>
        </w:rPr>
        <w:t xml:space="preserve">[1:52:55] </w:t>
      </w:r>
      <w:r>
        <w:t>Kyunke jab bhi koi takraya hai to result ultan nikalta hai. Misal ke taur par dekhiye, Hazrat Hussain ka takrao hui use to Hazrat Hussain ko maar dala unhone.</w:t>
      </w:r>
    </w:p>
    <w:p>
      <w:pPr>
        <w:jc w:val="right"/>
      </w:pPr>
      <w:r>
        <w:t>کیونکہجببھیکوئیٹکرایاہے تورزلٹ الٹانکلتاہے۔ مثالکےطورپردیکھیے،حضرتحسین کاٹکرہوئی اسے تو حضرتحسینکومارڈالاانہوںنے۔</w:t>
      </w:r>
    </w:p>
    <w:p>
      <w:r>
        <w:rPr>
          <w:b/>
        </w:rPr>
        <w:t xml:space="preserve">[1:53:05] </w:t>
      </w:r>
      <w:r>
        <w:t>To kya hua? Hussain bahut bahadur aadmi the, bahut zabardast zehen aadmi the.</w:t>
      </w:r>
    </w:p>
    <w:p>
      <w:pPr>
        <w:jc w:val="right"/>
      </w:pPr>
      <w:r>
        <w:t>توکیاہوا ؟ حسینبہت بہادرآدمیتھے، بہت زبردستذہینآدمیتھے۔</w:t>
      </w:r>
    </w:p>
    <w:p>
      <w:r>
        <w:rPr>
          <w:b/>
        </w:rPr>
        <w:t xml:space="preserve">[1:53:11] </w:t>
      </w:r>
      <w:r>
        <w:t>Abhi woh kam az kam pachas saal aur zinda rehte to tableegh karte, da'wah karte to hazaron log unke hathon mein sachai mil jati. Hazaron logon ko ke ek din mein isko khatam kar diya, unko maar kar ke.</w:t>
      </w:r>
    </w:p>
    <w:p>
      <w:pPr>
        <w:jc w:val="right"/>
      </w:pPr>
      <w:r>
        <w:t>ابھیوہ کمازکمپچاسسالاورزندہرہتے توتبلیغکرتے،دعاورککرتے توہزاروںلوگانکےہاتھوںمیں سچائیملجاتی۔ ہزاروںلوگوںکو کہ ایکدنمیںاسکوختمکردیا،انکومارکرکے۔</w:t>
      </w:r>
    </w:p>
    <w:p>
      <w:r>
        <w:rPr>
          <w:b/>
        </w:rPr>
        <w:t xml:space="preserve">[1:53:23] </w:t>
      </w:r>
      <w:r>
        <w:t>Aise bahut se log hain wohi jinko ke jinhone takraye aur maar dala. Hamare Ulama-e-Deoband ko kehte hain ke sawalakht ulama shaheed ho gaye. Oye, kyun shaheed hue tum?</w:t>
      </w:r>
    </w:p>
    <w:p>
      <w:pPr>
        <w:jc w:val="right"/>
      </w:pPr>
      <w:r>
        <w:t>ایسےبہت سےلوگجوہیںجنکوکہجنہوںنےٹکرائے اور مارڈالا۔ ہمارےعلماءدی وبند کوکہتےہیںکہ سوالاکھعلماءشہیدہوگئے۔ اوئے،کیوںشہیدہوئے تم ؟</w:t>
      </w:r>
    </w:p>
    <w:p>
      <w:r>
        <w:rPr>
          <w:b/>
        </w:rPr>
        <w:t xml:space="preserve">[1:53:33] </w:t>
      </w:r>
      <w:r>
        <w:t>Jab tum ko ladne ki taqat nahin thi to da'wah karte,</w:t>
      </w:r>
    </w:p>
    <w:p>
      <w:pPr>
        <w:jc w:val="right"/>
      </w:pPr>
      <w:r>
        <w:t>جب تم کولڑنےکیطاقتنہیںتھی تو دعاورککرتے ،</w:t>
      </w:r>
    </w:p>
    <w:p>
      <w:r>
        <w:rPr>
          <w:b/>
        </w:rPr>
        <w:t xml:space="preserve">[1:53:37] </w:t>
      </w:r>
      <w:r>
        <w:t>Kai sawalakht tumhare hathon se Islam qubool karte. Woh to ladne ki kya zaroorat thi wahan? To woh jo Islam mein bataya gaya hai, isliye ke kabhi bhi aap political power se takraoge to woh strong hai, aap weak hain.</w:t>
      </w:r>
    </w:p>
    <w:p>
      <w:pPr>
        <w:jc w:val="right"/>
      </w:pPr>
      <w:r>
        <w:t>کئیسوالاکھتمہارےہاتھوںسے اسلام قبولکرتے۔وہ تولڑنےکیکیاضرورتتھیوہاں؟ تو وہجو اسلام میںبت ایاگیاہے،اسلیے کہ کبھیبھیآپ پولیٹیکلپاورسےٹکرائیںگے تو وہ سٹرانگہے،آپویکہیں۔</w:t>
      </w:r>
    </w:p>
    <w:p>
      <w:r>
        <w:rPr>
          <w:b/>
        </w:rPr>
        <w:t xml:space="preserve">[1:53:51] </w:t>
      </w:r>
      <w:r>
        <w:t>Iske paas army hai, aapke paas kuch nahin hai. To result negative niklega. Is wajah se you have to keep patience yeh matlab hai.</w:t>
      </w:r>
    </w:p>
    <w:p>
      <w:pPr>
        <w:jc w:val="right"/>
      </w:pPr>
      <w:r>
        <w:t>اسکےپاس آرمیہے،آپکےپاسکچھبھینہیںہے۔ تورزلٹنیگیٹیونکلےگا۔ اسوجہسےyouhavetokeeppatience یہمطلبہے۔</w:t>
      </w:r>
    </w:p>
    <w:p>
      <w:r>
        <w:rPr>
          <w:b/>
        </w:rPr>
        <w:t xml:space="preserve">[1:54:02] </w:t>
      </w:r>
      <w:r>
        <w:t>This question is from Miss Safia Khan from Pakistan</w:t>
      </w:r>
    </w:p>
    <w:p>
      <w:pPr>
        <w:jc w:val="right"/>
      </w:pPr>
      <w:r>
        <w:t>This question is from مس صفیہ خان from پاکستان</w:t>
      </w:r>
    </w:p>
    <w:p>
      <w:r>
        <w:rPr>
          <w:b/>
        </w:rPr>
        <w:t xml:space="preserve">[1:54:07] </w:t>
      </w:r>
      <w:r>
        <w:t>. Today's topic is very important on individual level as well as collective level. Please guide me if I am going to take the right step.</w:t>
      </w:r>
    </w:p>
    <w:p>
      <w:pPr>
        <w:jc w:val="right"/>
      </w:pPr>
      <w:r>
        <w:t>۔Tod ay'stop icis very important on individ uallevel as wellas collectivelevel. Please guideme if Iamgoingtotakethe rightste p.</w:t>
      </w:r>
    </w:p>
    <w:p>
      <w:r>
        <w:rPr>
          <w:b/>
        </w:rPr>
        <w:t xml:space="preserve">[1:54:18] </w:t>
      </w:r>
      <w:r>
        <w:t>I teach Quran to educated ladies. Should I inculcate the concept of violence, the passive one, into the tafsir of Quran?</w:t>
      </w:r>
    </w:p>
    <w:p>
      <w:pPr>
        <w:jc w:val="right"/>
      </w:pPr>
      <w:r>
        <w:t>Iteach Q uranto educ ated ladies. ShouldI inc ulcatethe con cept of viol ence ,the passive one, inthe تفسیرof Q uran?</w:t>
      </w:r>
    </w:p>
    <w:p>
      <w:r>
        <w:rPr>
          <w:b/>
        </w:rPr>
        <w:t xml:space="preserve">[1:54:28] </w:t>
      </w:r>
      <w:r>
        <w:t>So that the spirit of peace and non-violence should start from home and mother's lap,</w:t>
      </w:r>
    </w:p>
    <w:p>
      <w:pPr>
        <w:jc w:val="right"/>
      </w:pPr>
      <w:r>
        <w:t>Sothat thespiritof peace and non -violence should start from home and mother's lap ,</w:t>
      </w:r>
    </w:p>
    <w:p>
      <w:r>
        <w:rPr>
          <w:b/>
        </w:rPr>
        <w:t xml:space="preserve">[1:54:35] </w:t>
      </w:r>
      <w:r>
        <w:t>so that it will have a ripple effect on the other circles of society. I feel it's my contribution after understanding of your lecture, besides becoming a peaceful person.</w:t>
      </w:r>
    </w:p>
    <w:p>
      <w:pPr>
        <w:jc w:val="right"/>
      </w:pPr>
      <w:r>
        <w:t>sothat itwill have arippleeffectontheother circ lesof soci ety. Ifeel it'smy cont ribu tion after under stand ingofyourlectu re,bes ides becoming a peaceful person .</w:t>
      </w:r>
    </w:p>
    <w:p>
      <w:r>
        <w:rPr>
          <w:b/>
        </w:rPr>
        <w:t xml:space="preserve">[1:54:51] </w:t>
      </w:r>
      <w:r>
        <w:t>kya kya just hai isko? Ma'am, what she is wanting to know is that she teaches Quran to educated ladies in Pakistan.</w:t>
      </w:r>
    </w:p>
    <w:p>
      <w:pPr>
        <w:jc w:val="right"/>
      </w:pPr>
      <w:r>
        <w:t>کیا کیاجسٹ ہے اسکو ؟Ma'am,whatsheiswantingtoknowisthat sheteaches Qurantoeduc ated ladiesin Pakistan.</w:t>
      </w:r>
    </w:p>
    <w:p>
      <w:r>
        <w:rPr>
          <w:b/>
        </w:rPr>
        <w:t xml:space="preserve">[1:54:59] </w:t>
      </w:r>
      <w:r>
        <w:t>She wants to know if the concept of violence that you spoke today, she should include that into the tafsir of Quran, which will help, you know, those ladies in understanding the importance of peace and non-violence.</w:t>
      </w:r>
    </w:p>
    <w:p>
      <w:pPr>
        <w:jc w:val="right"/>
      </w:pPr>
      <w:r>
        <w:t>Shewantstoknowif the concept ofviol encethatyouspoketod ay,sheshould include that inthe ت فسیرofQuran, which willhelp , youknow,thoseladiesinunderstand ingthe importanceof peaceandnon-violence.</w:t>
      </w:r>
    </w:p>
    <w:p>
      <w:r>
        <w:rPr>
          <w:b/>
        </w:rPr>
        <w:t xml:space="preserve">[1:55:13] </w:t>
      </w:r>
      <w:r>
        <w:t>sothisiswhatshewantstoknowfromyou. haan, include karne ka matlab yeh hai ke aayaton mein yeh baat likhi hui hai. in aayaton ka pata hi hai aap ko</w:t>
      </w:r>
    </w:p>
    <w:p>
      <w:pPr>
        <w:jc w:val="right"/>
      </w:pPr>
      <w:r>
        <w:t>Sothisiswhatshewantstoknowfromyou. ہاں،انکلوڈکرنےکامطلبیہہےکہآیتوںمیںیہباتلکھیہوئیہے۔ انآیتوںکاپتہہیہےآپ کو</w:t>
      </w:r>
    </w:p>
    <w:p>
      <w:r>
        <w:rPr>
          <w:b/>
        </w:rPr>
        <w:t xml:space="preserve">[1:55:21] </w:t>
      </w:r>
      <w:r>
        <w:t>aayaton mein baat maujood hai, jaise ke baise yeh aayat maine padhi aap ko ke kaun qawwam bil qist. iska jo transition hai woh hai ke tum log khoob khoob insaaf par qaim ho jao, khoob khoob justice faraham karo</w:t>
      </w:r>
    </w:p>
    <w:p>
      <w:pPr>
        <w:jc w:val="right"/>
      </w:pPr>
      <w:r>
        <w:t>۔ آیتوںمیںباتموجود ہے،جیسےکہبسیہآیتمیںنےپڑھیآپکو کہ کون قوام بال قسط اسکاجو ٹرانسیشنہےوہہےکہتملوگ خوب خوب انصافپرقائمہوجاؤ،خوبخوبجسٹسفراہم کرو</w:t>
      </w:r>
    </w:p>
    <w:p>
      <w:r>
        <w:rPr>
          <w:b/>
        </w:rPr>
        <w:t xml:space="preserve">[1:55:37] </w:t>
      </w:r>
      <w:r>
        <w:t>qawwam jaise maine kaha ke mubaalgha hai, yaani mubaalgha hai qaim ka. yaani kaha gaya hai ke aye logon, tum khud apne aap ko khoob khoob mubaalghay ki had tak sach justice par qaim karo.</w:t>
      </w:r>
    </w:p>
    <w:p>
      <w:pPr>
        <w:jc w:val="right"/>
      </w:pPr>
      <w:r>
        <w:t>۔ قوامجیسےمیںنےکہاکہ مبالغہہے، یعنی مبالغہہے قائمکا ۔یعنی کہاگیاہےکہ اےلوگوں،تم خود اپنے آپکو خوب خوب مبالغےکیحدتک سچ جسٹسپہقائمکرو۔</w:t>
      </w:r>
    </w:p>
    <w:p>
      <w:r>
        <w:rPr>
          <w:b/>
        </w:rPr>
        <w:t xml:space="preserve">[1:55:53] </w:t>
      </w:r>
      <w:r>
        <w:t>ab woh log jo isko politically interfere dete hain, woh passive voice isko active voice bana dete hain,</w:t>
      </w:r>
    </w:p>
    <w:p>
      <w:pPr>
        <w:jc w:val="right"/>
      </w:pPr>
      <w:r>
        <w:t>ابوہلوگجواسکو پولیٹیکلانٹرفیئردیتےہیں،وہ پیسووائسکوایکٹیووائسبنادیتےہیں،</w:t>
      </w:r>
    </w:p>
    <w:p>
      <w:r>
        <w:rPr>
          <w:b/>
        </w:rPr>
        <w:t xml:space="preserve">[1:55:58] </w:t>
      </w:r>
      <w:r>
        <w:t>yaani laazim ko bad-deen bana dete hain. aur isko kya kehte hain? ke dunya bhar mein qist qaim karo, qist ko enforce karo. yeh toh aayat mein hai hi nahin.</w:t>
      </w:r>
    </w:p>
    <w:p>
      <w:pPr>
        <w:jc w:val="right"/>
      </w:pPr>
      <w:r>
        <w:t>یعنیلازمکوبددیبنادیتےہیں۔ اور اسکوکیاکہتےہیں؟ کہ دنیا بھرمیںقسطقائمکرو، قسطکو انفورسکرو۔ یہتوآیتمیںہےہینہیں۔</w:t>
      </w:r>
    </w:p>
    <w:p>
      <w:r>
        <w:rPr>
          <w:b/>
        </w:rPr>
        <w:t xml:space="preserve">[1:56:09] </w:t>
      </w:r>
      <w:r>
        <w:t>isse, isse violence aata hai. jab iska matlab aap yeh nikal lein ke dunya bhar mein tum ko woh justice ko enforce karna hai toh koi hai jisse aap ko takrana padega.</w:t>
      </w:r>
    </w:p>
    <w:p>
      <w:pPr>
        <w:jc w:val="right"/>
      </w:pPr>
      <w:r>
        <w:t>اسیسے،اسیسےوائیلنسآتاہے۔ جب اسکامطلبآپیہنکالیں کہدنیا بھرمیںتمکو وہ جسٹسکوانفورسکرناہے تو کوئیہے جسسےآپکوٹکراناپڑےگا۔</w:t>
      </w:r>
    </w:p>
    <w:p>
      <w:r>
        <w:rPr>
          <w:b/>
        </w:rPr>
        <w:t xml:space="preserve">[1:56:22] </w:t>
      </w:r>
      <w:r>
        <w:t>takrana padega toh violence</w:t>
      </w:r>
    </w:p>
    <w:p>
      <w:pPr>
        <w:jc w:val="right"/>
      </w:pPr>
      <w:r>
        <w:t>ٹکراناپڑےگاتووائیلنس</w:t>
      </w:r>
    </w:p>
    <w:p>
      <w:r>
        <w:rPr>
          <w:b/>
        </w:rPr>
        <w:t xml:space="preserve">[1:56:23] </w:t>
      </w:r>
      <w:r>
        <w:t>hoga. toh aap logon ko bataiye ke aayaton ka galat matlab nikal kar ke logon ne yeh yeh bataya hai. yeh sab in aayaton mein baat hai hi nahin maujood. toh woh aisa karein, woh behtar hoga.</w:t>
      </w:r>
    </w:p>
    <w:p>
      <w:pPr>
        <w:jc w:val="right"/>
      </w:pPr>
      <w:r>
        <w:t>ہوگا۔ توآپلوگوںکوبتائیےکہ آیتوںکاغلطمطلبنکالکرکےلوگوںنے یہ یہ بتایاہے۔یہسب انآیتوںمیںباتہےہینہیںموجود ۔تو وہ ایساکریں،وہ بہتاچھاہوگا۔</w:t>
      </w:r>
    </w:p>
    <w:p>
      <w:r>
        <w:rPr>
          <w:b/>
        </w:rPr>
        <w:t xml:space="preserve">[1:56:38] </w:t>
      </w:r>
      <w:r>
        <w:t>this question is from mr. khwaja kaleemuddin from pensylvaniya.</w:t>
      </w:r>
    </w:p>
    <w:p>
      <w:pPr>
        <w:jc w:val="right"/>
      </w:pPr>
      <w:r>
        <w:t>This questionis from مسٹر خواجہکلیم الدینfrom پینسلون یا۔</w:t>
      </w:r>
    </w:p>
    <w:p>
      <w:r>
        <w:rPr>
          <w:b/>
        </w:rPr>
        <w:t xml:space="preserve">[1:56:43] </w:t>
      </w:r>
      <w:r>
        <w:t>molana sahib, after president obama's recent speech addressing the muslim world, a muslim civil rights organization (CAIR) sent a survey to the american muslims.</w:t>
      </w:r>
    </w:p>
    <w:p>
      <w:pPr>
        <w:jc w:val="right"/>
      </w:pPr>
      <w:r>
        <w:t>مول انا صاحب،after President Ob ama's recent speech addressingtheMuslim world ,aMuslim CivilR ights Organiz ation (C A I R) sent a sur veytothe American Mus lims.</w:t>
      </w:r>
    </w:p>
    <w:p>
      <w:r>
        <w:rPr>
          <w:b/>
        </w:rPr>
        <w:t xml:space="preserve">[1:57:00] </w:t>
      </w:r>
      <w:r>
        <w:t>i am copying two questions here which i think are important. kindly let us know what would be your answer.</w:t>
      </w:r>
    </w:p>
    <w:p>
      <w:pPr>
        <w:jc w:val="right"/>
      </w:pPr>
      <w:r>
        <w:t>Iamcopying two questions here which Ithink are import ant. Kindlyletusknowwhatwould beyour ans w er.</w:t>
      </w:r>
    </w:p>
    <w:p>
      <w:r>
        <w:rPr>
          <w:b/>
        </w:rPr>
        <w:t xml:space="preserve">[1:57:08] </w:t>
      </w:r>
      <w:r>
        <w:t>first question is: in a few words, tell us what you think is the most important step america can take to help restore relationships between america and muslim majority countries.</w:t>
      </w:r>
    </w:p>
    <w:p>
      <w:pPr>
        <w:jc w:val="right"/>
      </w:pPr>
      <w:r>
        <w:t>First questionis: Inafewword s, tellus whatyouthink isthe most important step America can take tohelp rest ore rel ationship s between America and Muslim major itycount ries.</w:t>
      </w:r>
    </w:p>
    <w:p>
      <w:r>
        <w:rPr>
          <w:b/>
        </w:rPr>
        <w:t xml:space="preserve">[1:57:25] </w:t>
      </w:r>
      <w:r>
        <w:t>and the second question: tell us what you think is the most important step muslims worldwide can take to help restore relationships between america and muslim majority countries.</w:t>
      </w:r>
    </w:p>
    <w:p>
      <w:pPr>
        <w:jc w:val="right"/>
      </w:pPr>
      <w:r>
        <w:t>Andthesecond ques tion :Tellus whatyouthink isthemost important step Muslims world widecan take tohelp rest ore rel ations between America and Muslim major itycount ries.</w:t>
      </w:r>
    </w:p>
    <w:p>
      <w:r>
        <w:rPr>
          <w:b/>
        </w:rPr>
        <w:t xml:space="preserve">[1:57:40] </w:t>
      </w:r>
      <w:r>
        <w:t>dekhiye, main is par bohat soch raha hoon. main ne pehli baat mein yeh kahunga ke america ya koi bhi superpower sirf 50% karta hai.</w:t>
      </w:r>
    </w:p>
    <w:p>
      <w:pPr>
        <w:jc w:val="right"/>
      </w:pPr>
      <w:r>
        <w:t>دیکھیے،میں اسپہبہت سوچاہے۔میںنے پہلیباتمیںیہکہوںگا کہ امریک ہیاکوئیبھی سپرپاور صرف 50فیصدکرتاہے۔</w:t>
      </w:r>
    </w:p>
    <w:p>
      <w:r>
        <w:rPr>
          <w:b/>
        </w:rPr>
        <w:t xml:space="preserve">[1:57:50] </w:t>
      </w:r>
      <w:r>
        <w:t>hum chahte hain ke woh 100% kar dale.</w:t>
      </w:r>
    </w:p>
    <w:p>
      <w:pPr>
        <w:jc w:val="right"/>
      </w:pPr>
      <w:r>
        <w:t>ہمچاہتےہیںکہوہ 100فیصدکرڈالے۔</w:t>
      </w:r>
    </w:p>
    <w:p>
      <w:r>
        <w:rPr>
          <w:b/>
        </w:rPr>
        <w:t xml:space="preserve">[1:57:54] </w:t>
      </w:r>
      <w:r>
        <w:t>yeh impossible hai. toh musalman apne hissay ka 50% toh nahin karte aur chahte hain ke USA sab kuch kar dale.</w:t>
      </w:r>
    </w:p>
    <w:p>
      <w:pPr>
        <w:jc w:val="right"/>
      </w:pPr>
      <w:r>
        <w:t>یہ امپاسیبلہے۔ تو مسلمان اپنے حصےکا50فیصدتونہیںکرتے اور چاہتےہیںکہ یوایساے سبکچھکرڈالے۔</w:t>
      </w:r>
    </w:p>
    <w:p>
      <w:r>
        <w:rPr>
          <w:b/>
        </w:rPr>
        <w:t xml:space="preserve">[1:58:03] </w:t>
      </w:r>
      <w:r>
        <w:t>yeh aisa ho nahin sakta hai. impossible hai. misaal ke taur par, america ne bar bar koshish ki ke wahan par peaceful settlement ho. israel mein idhar log bomb maar dete hain, yaani falastini log jo wahin wahin bomb maar dete hain kahin unke club mein, kahin unke bas mein.</w:t>
      </w:r>
    </w:p>
    <w:p>
      <w:pPr>
        <w:jc w:val="right"/>
      </w:pPr>
      <w:r>
        <w:t>یہایساہونہیںسکتاہے۔ امپاسیبلہے۔ مثلاً، امریک ہنےباربار کوششکی کہ وہاںپر پیسفلسیٹلمنٹہو۔اسرائیلمیں ادھرلوگبمماردیتےہیں، یعنیفلس طینیلوگجوہیںوہبمماردیتےہیں کہیںانکےکلبمیں،کہیںانکےبسمیں۔</w:t>
      </w:r>
    </w:p>
    <w:p>
      <w:r>
        <w:rPr>
          <w:b/>
        </w:rPr>
        <w:t xml:space="preserve">[1:58:20] </w:t>
      </w:r>
      <w:r>
        <w:t>toh bas sab phir sab baat bigad jati hai.</w:t>
      </w:r>
    </w:p>
    <w:p>
      <w:pPr>
        <w:jc w:val="right"/>
      </w:pPr>
      <w:r>
        <w:t>تو بس سبپھرسبباتبگڑجاتیہے۔</w:t>
      </w:r>
    </w:p>
    <w:p>
      <w:r>
        <w:rPr>
          <w:b/>
        </w:rPr>
        <w:t xml:space="preserve">[1:58:23] </w:t>
      </w:r>
      <w:r>
        <w:t>yeh ek waqia hai ke america ne kai bar peaceful settlement ki koshish ki, lekin unhon ne bomb maar kar sab baat bigaad di. toh yeh 50% america 50% kar payega, lekin 50% aap ko karna padega ke woh jab peaceful settlement karwaye toh aap bomb na marein.</w:t>
      </w:r>
    </w:p>
    <w:p>
      <w:pPr>
        <w:jc w:val="right"/>
      </w:pPr>
      <w:r>
        <w:t>یہایک واقعہہےکہ امریک ہنےکئیبار پیسفلسیٹلمنٹکیکوششکی ،لیکن انہوںنےبممارکرسبباتبگاڑدی۔ تویہ50فیصد امریکہ 50فیصدکرپائےگا، لیکن 50فیصدآپکوکرناپڑےگا کہوہ جب پیسفل سیٹلمنٹکروائے تو آپ بمنہمار یں۔</w:t>
      </w:r>
    </w:p>
    <w:p>
      <w:r>
        <w:rPr>
          <w:b/>
        </w:rPr>
        <w:t xml:space="preserve">[1:58:40] </w:t>
      </w:r>
      <w:r>
        <w:t>yeh 50-50. toh bar bar maine dekha hai ke musalman apne hissay ka 50% toh nahin karte aur chahte hain ke america jo hai sab kuch wohi kar dale.</w:t>
      </w:r>
    </w:p>
    <w:p>
      <w:pPr>
        <w:jc w:val="right"/>
      </w:pPr>
      <w:r>
        <w:t>دس5050۔ تو باربار میںنےدیکھاہےکہ مس لمان اپنےحصےکا50فیصدتونہیںکرتے اورچاہتےہیںکہامریک ہجوہےسبکچھوہیکرڈالے۔</w:t>
      </w:r>
    </w:p>
    <w:p>
      <w:r>
        <w:rPr>
          <w:b/>
        </w:rPr>
        <w:t xml:space="preserve">[1:58:50] </w:t>
      </w:r>
      <w:r>
        <w:t>toh yeh impossible hai. again, law of nature</w:t>
      </w:r>
    </w:p>
    <w:p>
      <w:pPr>
        <w:jc w:val="right"/>
      </w:pPr>
      <w:r>
        <w:t>تویہام پاسیبلہے۔اگین،دلآف نیچر</w:t>
      </w:r>
    </w:p>
    <w:p>
      <w:r>
        <w:rPr>
          <w:b/>
        </w:rPr>
        <w:t xml:space="preserve">[1:58:53] </w:t>
      </w:r>
      <w:r>
        <w:t>aisa ho nahin sakta hai. doosra question kya tha? achha, musalman kya karein? muslim worldwide. dekhiye, muslim world ko pehla kaam jo karna hai woh yeh hai ke angioz ka disarm karna.</w:t>
      </w:r>
    </w:p>
    <w:p>
      <w:pPr>
        <w:jc w:val="right"/>
      </w:pPr>
      <w:r>
        <w:t>ایساہوہینہیںسکتاہے۔ دوسراکوئسچنکیاتھا؟ اچھا،مسلمانکیاکریں؟مسلمورلڈوائیڈ۔دیکھیے،مسلمورلڈکو پہلاکامجوکرناہے وہیہہےکہ اینجیاوزکاڈسارمکرنا۔</w:t>
      </w:r>
    </w:p>
    <w:p>
      <w:r>
        <w:rPr>
          <w:b/>
        </w:rPr>
        <w:t xml:space="preserve">[1:59:06] </w:t>
      </w:r>
      <w:r>
        <w:t>disarm karna. sirf yeh, sirf state ko haq hai ke woh army use kare. jitne bhi yeh militant group hain musalmanon mein, different areas</w:t>
      </w:r>
    </w:p>
    <w:p>
      <w:pPr>
        <w:jc w:val="right"/>
      </w:pPr>
      <w:r>
        <w:t>ڈسارمکرنا۔ صرف یہ ،صرف اسٹیٹکوحق ہےکہوہ ارمکویوزکرے۔ جتنےبھی یہ ملٹنٹگروپہیںمسلمانوںمیں، ڈفرنٹ ایریاز</w:t>
      </w:r>
    </w:p>
    <w:p>
      <w:r>
        <w:rPr>
          <w:b/>
        </w:rPr>
        <w:t xml:space="preserve">[1:59:22] </w:t>
      </w:r>
      <w:r>
        <w:t>mein, jagah jagah hain, militant group hain, is sab ko disarm kiya jaye. tab is se pehle, is ke baghair kuch nahin ho sakta hai.</w:t>
      </w:r>
    </w:p>
    <w:p>
      <w:pPr>
        <w:jc w:val="right"/>
      </w:pPr>
      <w:r>
        <w:t>میں، جگہجگہہیں، مل ٹنٹ گروپہیں، اسسبکو ڈسارمکیاجائے۔ تب اسسےپہلے ،اسکےبغیرکچھبھینہیںہوسکتاہے۔</w:t>
      </w:r>
    </w:p>
    <w:p>
      <w:r>
        <w:rPr>
          <w:b/>
        </w:rPr>
        <w:t xml:space="preserve">[1:59:33] </w:t>
      </w:r>
      <w:r>
        <w:t>is ke baghair kuch nahin ho sakta hai. musalman agar chahte hain ke dunya unhein unhein accept kare, dunya se unhein insaaf mile, dunya ki taraf se unhein justice mile toh pehli condition yeh hai ke woh jitne bhi militant group hain, sab ko disarm karein. woh</w:t>
      </w:r>
    </w:p>
    <w:p>
      <w:pPr>
        <w:jc w:val="right"/>
      </w:pPr>
      <w:r>
        <w:t>اسکےبغیرکچھبھینہیںہوسکتاہے۔ مس لماناگرچاہتےہیںکہدنیا انہیں انہیں ایکسیپٹکرے،دنیاسےانہیں انصافملے، دنیا کیطرفسےانہیں جسٹسملےتو پہلی کنڈیشنیہہےکہوہ جتنےبھیملٹنٹگروپہیں،سبکوڈسارمکریں۔وہ</w:t>
      </w:r>
    </w:p>
    <w:p>
      <w:r>
        <w:rPr>
          <w:b/>
        </w:rPr>
        <w:t xml:space="preserve">[1:59:50] </w:t>
      </w:r>
      <w:r>
        <w:t>nahintokuchbhinahinhonewala.</w:t>
      </w:r>
    </w:p>
    <w:p>
      <w:pPr>
        <w:jc w:val="right"/>
      </w:pPr>
      <w:r>
        <w:t>نہیںتوکچھبھینہیںہونےوالا۔</w:t>
      </w:r>
    </w:p>
    <w:p>
      <w:r>
        <w:rPr>
          <w:b/>
        </w:rPr>
        <w:t xml:space="preserve">[1:59:52] </w:t>
      </w:r>
      <w:r>
        <w:t>yehauparuparki batenhoti rahengi, wohنتيja kuchbhi nahinniklega. mainsirf, yaniyasparnahin, iskonahimanta. ceasefirekonahimanta. mainka'ilogbatinkartehain ceasefireki.</w:t>
      </w:r>
    </w:p>
    <w:p>
      <w:pPr>
        <w:jc w:val="right"/>
      </w:pPr>
      <w:r>
        <w:t>یہاوپراوپرکیباتیںہوتیرہیںگی، وہنتیجہکچھبھی نہیںنکلےگا۔ میںصرف ،یعنیاسپرنہیں،اسکونہیںمانتا۔سیزفائرکونہیںمانتا۔میں کئیلوگباتیںکرتےہیںسیزفائرکی۔</w:t>
      </w:r>
    </w:p>
    <w:p>
      <w:r>
        <w:rPr>
          <w:b/>
        </w:rPr>
        <w:t xml:space="preserve">[2:00:03] </w:t>
      </w:r>
      <w:r>
        <w:t>ceasefireisnothing. phirjabtak aap disarmamentnahikaren anjiyawaz ko, to ceasefire se faida kya hai? is baat ko clear karna chahiye.</w:t>
      </w:r>
    </w:p>
    <w:p>
      <w:pPr>
        <w:jc w:val="right"/>
      </w:pPr>
      <w:r>
        <w:t>سیزفائرازنتھنگ۔ پھرجبتکآپ ڈسارمنہکریں اینجیاوزکو ،تو سیزفائرسےفائدہکیاہے؟ اسباتکو کلیئرکرناچاہیے۔</w:t>
      </w:r>
    </w:p>
    <w:p>
      <w:r>
        <w:rPr>
          <w:b/>
        </w:rPr>
        <w:t xml:space="preserve">[2:00:14] </w:t>
      </w:r>
      <w:r>
        <w:t>dekhiye, islam ke mutabiq terrorism ki definition kya hai? what is terrorism?</w:t>
      </w:r>
    </w:p>
    <w:p>
      <w:pPr>
        <w:jc w:val="right"/>
      </w:pPr>
      <w:r>
        <w:t>دیکھیے، اسلام کے مطابق ٹیررزمکیڈیفینیشنکیاہے؟ واٹازٹیررزم؟</w:t>
      </w:r>
    </w:p>
    <w:p>
      <w:r>
        <w:rPr>
          <w:b/>
        </w:rPr>
        <w:t xml:space="preserve">[2:00:20] </w:t>
      </w:r>
      <w:r>
        <w:t>mainne isparbahut socha hai. mainne jo definition samjhi hai, quran islam ke mutabiq terrorism ki woh hai: use of arm by agencies other than state.</w:t>
      </w:r>
    </w:p>
    <w:p>
      <w:pPr>
        <w:jc w:val="right"/>
      </w:pPr>
      <w:r>
        <w:t>میںنے اسپربہتسوچاہے۔ میںنےجوڈیفینیشنسمجھیہے، قرآن اسلام کےمطابق ٹیر رزمکیوہہے: یوزآف ارم بائیایجنسیزادردیناسٹیٹ۔</w:t>
      </w:r>
    </w:p>
    <w:p>
      <w:r>
        <w:rPr>
          <w:b/>
        </w:rPr>
        <w:t xml:space="preserve">[2:00:34] </w:t>
      </w:r>
      <w:r>
        <w:t>yeh hai terrorism ki definition: use of arm by agencies other than state. yani state ko haq hai ke woh arm ko istemal kare.</w:t>
      </w:r>
    </w:p>
    <w:p>
      <w:pPr>
        <w:jc w:val="right"/>
      </w:pPr>
      <w:r>
        <w:t>یہہےٹیررزمکیڈیفینیشن: یوزآفارم بائی ایجن سیزادردیناسٹیٹ۔یعنی اسٹیٹکوحق ہےکہوہ ارمکواستعمالکرے۔</w:t>
      </w:r>
    </w:p>
    <w:p>
      <w:r>
        <w:rPr>
          <w:b/>
        </w:rPr>
        <w:t xml:space="preserve">[2:00:44] </w:t>
      </w:r>
      <w:r>
        <w:t>state ke saath kisi ko haq nahin hai. is liye,</w:t>
      </w:r>
    </w:p>
    <w:p>
      <w:pPr>
        <w:jc w:val="right"/>
      </w:pPr>
      <w:r>
        <w:t>اسٹیٹکےساتھ کسی کوحقہینہیںہے۔اسلیے،</w:t>
      </w:r>
    </w:p>
    <w:p>
      <w:r>
        <w:rPr>
          <w:b/>
        </w:rPr>
        <w:t xml:space="preserve">[2:00:47] </w:t>
      </w:r>
      <w:r>
        <w:t>is wajah se jo log ceasefire ki batain karte hain, woh bilkul, yani woh wishful thinking ki batain hain. aap ko yahin se, yani here's the starting point.</w:t>
      </w:r>
    </w:p>
    <w:p>
      <w:pPr>
        <w:jc w:val="right"/>
      </w:pPr>
      <w:r>
        <w:t>اسوجہسےجولوگ سیزفائرکیباتیںکرتےہیں، وہ بالکل ،یعنی وہ وشفلتھنکنگکیباتیںہیں۔ آپ کو یہیںسے،یعنی ہیئرداسٹارٹنگپوائنٹ۔</w:t>
      </w:r>
    </w:p>
    <w:p>
      <w:r>
        <w:rPr>
          <w:b/>
        </w:rPr>
        <w:t xml:space="preserve">[2:00:59] </w:t>
      </w:r>
      <w:r>
        <w:t>starting point yehi hai, chahe woh kitni hi harsh ho, kitni aapko kadvi lage ke jitne bhi militant group hain, sab ko disarm kiya jaye.</w:t>
      </w:r>
    </w:p>
    <w:p>
      <w:pPr>
        <w:jc w:val="right"/>
      </w:pPr>
      <w:r>
        <w:t>سٹارٹنگپوائنٹیہیہے، چاہےوہکتنی ہیہارشہو،کتنی آپکو کڑویلگے کہ جتنےبھیملٹنٹگروپہیں،سبکوڈسارمکیاجائے۔</w:t>
      </w:r>
    </w:p>
    <w:p>
      <w:r>
        <w:rPr>
          <w:b/>
        </w:rPr>
        <w:t xml:space="preserve">[2:01:08] </w:t>
      </w:r>
      <w:r>
        <w:t>nahintophr marte karte raho, yahan tak qayamat aajayegi aur kuchbhi nahin ho payega.</w:t>
      </w:r>
    </w:p>
    <w:p>
      <w:pPr>
        <w:jc w:val="right"/>
      </w:pPr>
      <w:r>
        <w:t>نہیںتوپھر مرتےکرتے رہیے، یہاںتکقیامتآجائےگی اورکچھبھی نہیںہوپائےگا۔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