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Between Hell and Paradise January 27, 2013</w:t>
      </w:r>
    </w:p>
    <w:p>
      <w:r>
        <w:t>https://youtu.be/0IItFxGXPQ4</w:t>
      </w:r>
    </w:p>
    <w:p>
      <w:r>
        <w:rPr>
          <w:b/>
        </w:rPr>
        <w:t xml:space="preserve">[00:14] </w:t>
      </w:r>
      <w:r>
        <w:t>bismillah al rahman al rahim, wa salla Allahu ala al nabiy al karim.</w:t>
      </w:r>
    </w:p>
    <w:p>
      <w:pPr>
        <w:jc w:val="right"/>
      </w:pPr>
      <w:r>
        <w:t>بسم اللہ الرحمن الرحیم، وصلی اللہ علی النبی الکریم۔</w:t>
      </w:r>
    </w:p>
    <w:p>
      <w:r>
        <w:rPr>
          <w:b/>
        </w:rPr>
        <w:t xml:space="preserve">[00:23] </w:t>
      </w:r>
      <w:r>
        <w:t>rab ishrah li sadri, wa yassir li amri, wa ahlu al uqdatan min lisani, yafqahu qawli.</w:t>
      </w:r>
    </w:p>
    <w:p>
      <w:pPr>
        <w:jc w:val="right"/>
      </w:pPr>
      <w:r>
        <w:t>رب اشرح لی صدری، ویسر لی امری، واحل العقدۃ من لسانی، یفقہ قولی۔</w:t>
      </w:r>
    </w:p>
    <w:p>
      <w:r>
        <w:rPr>
          <w:b/>
        </w:rPr>
        <w:t xml:space="preserve">[00:40] </w:t>
      </w:r>
      <w:r>
        <w:t>aaj ka topic hai "Between Hell and Paradise"</w:t>
      </w:r>
    </w:p>
    <w:p>
      <w:pPr>
        <w:jc w:val="right"/>
      </w:pPr>
      <w:r>
        <w:t>آج کا ٹاپک ہے "Between Hell and Paradise"</w:t>
      </w:r>
    </w:p>
    <w:p>
      <w:r>
        <w:rPr>
          <w:b/>
        </w:rPr>
        <w:t xml:space="preserve">[00:49] </w:t>
      </w:r>
      <w:r>
        <w:t>yani jannat aur jahannum ke darmiyan.</w:t>
      </w:r>
    </w:p>
    <w:p>
      <w:pPr>
        <w:jc w:val="right"/>
      </w:pPr>
      <w:r>
        <w:t>یعنی جنت اور جہنم کے درمیان۔</w:t>
      </w:r>
    </w:p>
    <w:p>
      <w:r>
        <w:rPr>
          <w:b/>
        </w:rPr>
        <w:t xml:space="preserve">[00:55] </w:t>
      </w:r>
      <w:r>
        <w:t>dekhen, is duniya mein aadmi ki jo zindagi hai, har lamha, har second, woh do choices ke darmiyan hota hai.</w:t>
      </w:r>
    </w:p>
    <w:p>
      <w:pPr>
        <w:jc w:val="right"/>
      </w:pPr>
      <w:r>
        <w:t>دیکھیے، اس دنیا میں آدمی کی جو زندگی ہے، ہر لمحہ، ہر سیکنڈ، وہ دو چوائسز کے درمیان ہوتا ہے۔</w:t>
      </w:r>
    </w:p>
    <w:p>
      <w:r>
        <w:rPr>
          <w:b/>
        </w:rPr>
        <w:t xml:space="preserve">[01:13] </w:t>
      </w:r>
      <w:r>
        <w:t>ek choice liya to Hell mein gaya, doosra choice liya to Paradise mein gaya. yahi zindagi hai.</w:t>
      </w:r>
    </w:p>
    <w:p>
      <w:pPr>
        <w:jc w:val="right"/>
      </w:pPr>
      <w:r>
        <w:t>ایک چوائس لیا تو Hell میں گیا، دوسرا چوائس لیا تو Paradise میں گیا۔ یہی زندگی ہے۔</w:t>
      </w:r>
    </w:p>
    <w:p>
      <w:r>
        <w:rPr>
          <w:b/>
        </w:rPr>
        <w:t xml:space="preserve">[01:27] </w:t>
      </w:r>
      <w:r>
        <w:t>yeh ek process hai, life long process.</w:t>
      </w:r>
    </w:p>
    <w:p>
      <w:pPr>
        <w:jc w:val="right"/>
      </w:pPr>
      <w:r>
        <w:t>یہ ایک پروسیس ہے، لائف لانگ پروسیس۔</w:t>
      </w:r>
    </w:p>
    <w:p>
      <w:r>
        <w:rPr>
          <w:b/>
        </w:rPr>
        <w:t xml:space="preserve">[01:36] </w:t>
      </w:r>
      <w:r>
        <w:t>poori zindagi yeh silsila chalta rehta hai, kabhi stop nahi hota.</w:t>
      </w:r>
    </w:p>
    <w:p>
      <w:pPr>
        <w:jc w:val="right"/>
      </w:pPr>
      <w:r>
        <w:t>پوری زندگی یہ سلسلہ چلتا رہتا ہے، کبھی اسٹاپ نہیں ہوتا۔</w:t>
      </w:r>
    </w:p>
    <w:p>
      <w:r>
        <w:rPr>
          <w:b/>
        </w:rPr>
        <w:t xml:space="preserve">[01:45] </w:t>
      </w:r>
      <w:r>
        <w:t>stop hota hai kab? jab qayamat aa jati hai, jab israfel sur phoonk dete hain.</w:t>
      </w:r>
    </w:p>
    <w:p>
      <w:pPr>
        <w:jc w:val="right"/>
      </w:pPr>
      <w:r>
        <w:t>اسٹاپ ہوتا ہے کب؟ جب قیامت آ جاتی ہے، جب اسرافیل سور پھونک دیتے ہیں۔</w:t>
      </w:r>
    </w:p>
    <w:p>
      <w:r>
        <w:rPr>
          <w:b/>
        </w:rPr>
        <w:t xml:space="preserve">[01:54] </w:t>
      </w:r>
      <w:r>
        <w:t>is waqt phir hota hai ke "faraqon fi aljannati wa faraqon fi alsa'eeri" . yaani aik qism ka choice lene walon ke liye jahannum ka faisla, aur doosri qism ka choice lene walon ke liye jannat ka faisla.</w:t>
      </w:r>
    </w:p>
    <w:p>
      <w:pPr>
        <w:jc w:val="right"/>
      </w:pPr>
      <w:r>
        <w:t>اس وقت پھر ہوتا ہے کہ "فَرِقٌ فِي الجَنَّةِ وَفَرِقٌ فِي السَّعِيرِ" ۔ یعنی ایک قسم کا چوائس لینے والوں کے لیے جہنم کا فیصلہ، اور دوسری قسم کا چوائس لینے والوں کے لیے جنت کا فیصلہ۔</w:t>
      </w:r>
    </w:p>
    <w:p>
      <w:r>
        <w:rPr>
          <w:b/>
        </w:rPr>
        <w:t xml:space="preserve">[02:14] </w:t>
      </w:r>
      <w:r>
        <w:t>yehi Allah ke creation plan ke mutabiq yehi zindagi hai.</w:t>
      </w:r>
    </w:p>
    <w:p>
      <w:pPr>
        <w:jc w:val="right"/>
      </w:pPr>
      <w:r>
        <w:t>یہی اللہ کے کریشن پلان کے مطابق یہی زندگی ہے۔</w:t>
      </w:r>
    </w:p>
    <w:p>
      <w:r>
        <w:rPr>
          <w:b/>
        </w:rPr>
        <w:t xml:space="preserve">[02:25] </w:t>
      </w:r>
      <w:r>
        <w:t>ab mein aap ko quran ki aik ayat yaad dilata hoon.</w:t>
      </w:r>
    </w:p>
    <w:p>
      <w:pPr>
        <w:jc w:val="right"/>
      </w:pPr>
      <w:r>
        <w:t>اب میں آپ کو قرآن کی ایک آیت یاد دلاتا ہوں۔</w:t>
      </w:r>
    </w:p>
    <w:p>
      <w:r>
        <w:rPr>
          <w:b/>
        </w:rPr>
        <w:t xml:space="preserve">[02:30] </w:t>
      </w:r>
      <w:r>
        <w:t>quran mein bataya gaya hai, aap jante hain ke quran mein adam aur iblis ke qisse ko bar bar repeat kiya gaya hai.</w:t>
      </w:r>
    </w:p>
    <w:p>
      <w:pPr>
        <w:jc w:val="right"/>
      </w:pPr>
      <w:r>
        <w:t>قرآن میں بتایا گیا ہے، آپ جانتے ہیں کہ قرآن میں آدم اور ابلیس کے قصے کو بار بار ریپیٹ کیا گیا ہے۔</w:t>
      </w:r>
    </w:p>
    <w:p>
      <w:r>
        <w:rPr>
          <w:b/>
        </w:rPr>
        <w:t xml:space="preserve">[02:43] </w:t>
      </w:r>
      <w:r>
        <w:t>to is mein se aik juz is ka yeh hai ke iblis ne, ya shaitan ne, yeh challenge diya</w:t>
      </w:r>
    </w:p>
    <w:p>
      <w:pPr>
        <w:jc w:val="right"/>
      </w:pPr>
      <w:r>
        <w:t>تو اس میں سے ایک جز اس کا یہ ہے کہ ابلیس نے، یا شیطان نے، یہ چیلنج دیا</w:t>
      </w:r>
    </w:p>
    <w:p>
      <w:r>
        <w:rPr>
          <w:b/>
        </w:rPr>
        <w:t xml:space="preserve">[02:55] </w:t>
      </w:r>
      <w:r>
        <w:t>ke "laka tanakunna zururiyyatahum illa qalilan" .</w:t>
      </w:r>
    </w:p>
    <w:p>
      <w:pPr>
        <w:jc w:val="right"/>
      </w:pPr>
      <w:r>
        <w:t>کہ "لَّهَ تَنِكَنَّا ضُرُورِيَّتَهُمْ إِلَّا قَلِيلًا" ۔</w:t>
      </w:r>
    </w:p>
    <w:p>
      <w:r>
        <w:rPr>
          <w:b/>
        </w:rPr>
        <w:t xml:space="preserve">[03:04] </w:t>
      </w:r>
      <w:r>
        <w:t>yaani insanon ki majority ko mein solve kar loon ga.</w:t>
      </w:r>
    </w:p>
    <w:p>
      <w:pPr>
        <w:jc w:val="right"/>
      </w:pPr>
      <w:r>
        <w:t>یعنی انسانوں کی میجورٹی کو میں سالو کر لوں گا۔</w:t>
      </w:r>
    </w:p>
    <w:p>
      <w:r>
        <w:rPr>
          <w:b/>
        </w:rPr>
        <w:t xml:space="preserve">[03:11] </w:t>
      </w:r>
      <w:r>
        <w:t>yeh hua aaghaz hayat mein, jab insan ki nasal shuru hui. is waqt jo waqea guzra, woh aap sab log jante hain</w:t>
      </w:r>
    </w:p>
    <w:p>
      <w:pPr>
        <w:jc w:val="right"/>
      </w:pPr>
      <w:r>
        <w:t>یہ ہوا آغاز حیات میں، جب انسان کی نسل شروع ہوئی۔ اس وقت جو واقعہ گزرا، وہ آپ سب لوگ جانتے ہیں</w:t>
      </w:r>
    </w:p>
    <w:p>
      <w:r>
        <w:rPr>
          <w:b/>
        </w:rPr>
        <w:t xml:space="preserve">[03:24] </w:t>
      </w:r>
      <w:r>
        <w:t>ke awwal din hi shaitan adam ka dushman ho gaya.</w:t>
      </w:r>
    </w:p>
    <w:p>
      <w:pPr>
        <w:jc w:val="right"/>
      </w:pPr>
      <w:r>
        <w:t>کہ اول دن ہی شیطان آدم کا دشمن ہو گیا۔</w:t>
      </w:r>
    </w:p>
    <w:p>
      <w:r>
        <w:rPr>
          <w:b/>
        </w:rPr>
        <w:t xml:space="preserve">[03:32] </w:t>
      </w:r>
      <w:r>
        <w:t>aur us ne kaha ke "laka tanakunna zururiyyatahum illa qalilan"</w:t>
      </w:r>
    </w:p>
    <w:p>
      <w:pPr>
        <w:jc w:val="right"/>
      </w:pPr>
      <w:r>
        <w:t>اور اس نے کہا کہ "لَّهَ تَنِكَنَّا ضُرُورِيَّتَهُمْ إِلَّا قَلِيلًا"</w:t>
      </w:r>
    </w:p>
    <w:p>
      <w:r>
        <w:rPr>
          <w:b/>
        </w:rPr>
        <w:t xml:space="preserve">[03:37] </w:t>
      </w:r>
      <w:r>
        <w:t>. insanon ki nasal jo hai, is ki majority ko mein solve kar loon ga. bohat thore log bachen ge.</w:t>
      </w:r>
    </w:p>
    <w:p>
      <w:pPr>
        <w:jc w:val="right"/>
      </w:pPr>
      <w:r>
        <w:t>۔ انسانوں کی نسل جو ہے، اس کی میجورٹی کو میں سالو کر لوں گا۔ بہت تھوڑے لوگ بچیں گے۔</w:t>
      </w:r>
    </w:p>
    <w:p>
      <w:r>
        <w:rPr>
          <w:b/>
        </w:rPr>
        <w:t xml:space="preserve">[03:48] </w:t>
      </w:r>
      <w:r>
        <w:t>aur kaisi ajeeb baat hai ke haqeeqat mein solve kar liya us ne.</w:t>
      </w:r>
    </w:p>
    <w:p>
      <w:pPr>
        <w:jc w:val="right"/>
      </w:pPr>
      <w:r>
        <w:t>اور کیسی عجیب بات ہے کہ حقیقت میں سالو کر لیا اس نے۔</w:t>
      </w:r>
    </w:p>
    <w:p>
      <w:r>
        <w:rPr>
          <w:b/>
        </w:rPr>
        <w:t xml:space="preserve">[03:54] </w:t>
      </w:r>
      <w:r>
        <w:t>poori tareekh jo hai, isi ki</w:t>
      </w:r>
    </w:p>
    <w:p>
      <w:pPr>
        <w:jc w:val="right"/>
      </w:pPr>
      <w:r>
        <w:t>پوری تاریخ جو ہے، اسی کی</w:t>
      </w:r>
    </w:p>
    <w:p>
      <w:r>
        <w:rPr>
          <w:b/>
        </w:rPr>
        <w:t xml:space="preserve">[04:02] </w:t>
      </w:r>
      <w:r>
        <w:t>confirm kar rahi hai, isi ko. ke poori history mein insanon ki majority jo hai, woh satan ki follower ban gayi hai.</w:t>
      </w:r>
    </w:p>
    <w:p>
      <w:pPr>
        <w:jc w:val="right"/>
      </w:pPr>
      <w:r>
        <w:t>کنفرم کر رہی ہے، اسی کو۔ کہ پوری ہسٹری میں انسانوں کی میجورٹی جو ہے، وہ سیٹن کی فالوور بن گئی ہے۔</w:t>
      </w:r>
    </w:p>
    <w:p>
      <w:r>
        <w:rPr>
          <w:b/>
        </w:rPr>
        <w:t xml:space="preserve">[04:14] </w:t>
      </w:r>
      <w:r>
        <w:t>yeh bohat ajeeb baat hai.</w:t>
      </w:r>
    </w:p>
    <w:p>
      <w:pPr>
        <w:jc w:val="right"/>
      </w:pPr>
      <w:r>
        <w:t>یہ بہت عجیب بات ہے۔</w:t>
      </w:r>
    </w:p>
    <w:p>
      <w:r>
        <w:rPr>
          <w:b/>
        </w:rPr>
        <w:t xml:space="preserve">[04:19] </w:t>
      </w:r>
      <w:r>
        <w:t>isi par hamein sochana hai.</w:t>
      </w:r>
    </w:p>
    <w:p>
      <w:pPr>
        <w:jc w:val="right"/>
      </w:pPr>
      <w:r>
        <w:t>اسی پر ہمیں سوچنا ہے۔</w:t>
      </w:r>
    </w:p>
    <w:p>
      <w:r>
        <w:rPr>
          <w:b/>
        </w:rPr>
        <w:t xml:space="preserve">[04:24] </w:t>
      </w:r>
      <w:r>
        <w:t>dekhiye, yeh jo mein ne kaha ke insan har lamha jannat aur jahannum ke darmiyan hai, to Allah taala ne peghambaron ke zariye bata diya tha ke kaun sa choice tum ko le jaye ga jahannum ki taraf, kaun sa choice tum ko le jaye ga jannat ki taraf.</w:t>
      </w:r>
    </w:p>
    <w:p>
      <w:pPr>
        <w:jc w:val="right"/>
      </w:pPr>
      <w:r>
        <w:t>دیکھیے، یہ جو میں نے کہا کہ انسان ہر لمحہ جنت اور جہنم کے درمیان ہے، تو اللہ تعالیٰ نے پیغمبروں کے ذریعے بتا دیا تھا کہ کون سا چوائس تم کو لے جائے گا جہنم کی طرف، کون سا چوائس تم کو لے جائے گا جنت کی طرف۔</w:t>
      </w:r>
    </w:p>
    <w:p>
      <w:r>
        <w:rPr>
          <w:b/>
        </w:rPr>
        <w:t xml:space="preserve">[04:46] </w:t>
      </w:r>
      <w:r>
        <w:t>bohat hi clear tor par bar bar peghambar aaye. phir quran jo hai, aik mehfooz kalam ban gaya, wahi ka. isi ke sath Allah taala ne aik aur yeh kaam yeh kiya ke is ka aik demonstration de diya.</w:t>
      </w:r>
    </w:p>
    <w:p>
      <w:pPr>
        <w:jc w:val="right"/>
      </w:pPr>
      <w:r>
        <w:t>بہت ہی کلیئر طور پر بار بار پیغمبر آئے۔ پھر قرآن جو ہے، ایک محفوظ کلام بن گیا، وحی کا۔ اسی کے ساتھ اللہ تعالیٰ نے ایک اور یہ کام یہ کیا کہ اس کا ایک ڈیمونسٹریشن دے دیا۔</w:t>
      </w:r>
    </w:p>
    <w:p>
      <w:r>
        <w:rPr>
          <w:b/>
        </w:rPr>
        <w:t xml:space="preserve">[05:07] </w:t>
      </w:r>
      <w:r>
        <w:t>do choice ka matlab kya hai? is ka practical demonstration.</w:t>
      </w:r>
    </w:p>
    <w:p>
      <w:pPr>
        <w:jc w:val="right"/>
      </w:pPr>
      <w:r>
        <w:t>دو چوائس کا مطلب کیا ہے؟ اس کا پریکٹیکل ڈیمونسٹریشن۔</w:t>
      </w:r>
    </w:p>
    <w:p>
      <w:r>
        <w:rPr>
          <w:b/>
        </w:rPr>
        <w:t xml:space="preserve">[05:14] </w:t>
      </w:r>
      <w:r>
        <w:t>yaani sirf literal tor par nahi bataya, balkeh amli tor par bata diya. woh kya tha? woh adam ka qissa jo jannat mein guzra.</w:t>
      </w:r>
    </w:p>
    <w:p>
      <w:pPr>
        <w:jc w:val="right"/>
      </w:pPr>
      <w:r>
        <w:t>یعنی صرف لٹرل طور پر نہیں بتایا، بلکہ عملی طور پر بتا دیا۔ وہ کیا تھا؟ وہ آدم کا قصہ جو جنت میں گزرا۔</w:t>
      </w:r>
    </w:p>
    <w:p>
      <w:r>
        <w:rPr>
          <w:b/>
        </w:rPr>
        <w:t xml:space="preserve">[05:29] </w:t>
      </w:r>
      <w:r>
        <w:t>aap jante hain ke Allah taala ne jab adam, yaani pehle insan ko banaya, to us ko jannat mein abad kiya.</w:t>
      </w:r>
    </w:p>
    <w:p>
      <w:pPr>
        <w:jc w:val="right"/>
      </w:pPr>
      <w:r>
        <w:t>آپ جانتے ہیں کہ اللہ تعالیٰ نے جب آدم، یعنی پہلے انسان کو بنایا، تو اس کو جنت میں آباد کیا۔</w:t>
      </w:r>
    </w:p>
    <w:p>
      <w:r>
        <w:rPr>
          <w:b/>
        </w:rPr>
        <w:t xml:space="preserve">[05:40] </w:t>
      </w:r>
      <w:r>
        <w:t>jannat mein.</w:t>
      </w:r>
    </w:p>
    <w:p>
      <w:pPr>
        <w:jc w:val="right"/>
      </w:pPr>
      <w:r>
        <w:t>جنت میں۔</w:t>
      </w:r>
    </w:p>
    <w:p>
      <w:r>
        <w:rPr>
          <w:b/>
        </w:rPr>
        <w:t xml:space="preserve">[05:42] </w:t>
      </w:r>
      <w:r>
        <w:t>quran mein bataya gaya hai ke Allah taala ne kaha ke poori jannat tumhare liye hai.</w:t>
      </w:r>
    </w:p>
    <w:p>
      <w:pPr>
        <w:jc w:val="right"/>
      </w:pPr>
      <w:r>
        <w:t>قرآن میں بتایا گیا ہے کہ اللہ تعالیٰ نے کہا کہ پوری جنت تمہارے لیے ہے۔</w:t>
      </w:r>
    </w:p>
    <w:p>
      <w:r>
        <w:rPr>
          <w:b/>
        </w:rPr>
        <w:t xml:space="preserve">[05:50] </w:t>
      </w:r>
      <w:r>
        <w:t>"wa kulo raghadan haythu shaitana" . lekin wahan par aik darakht tha jo shajar mamnooa tha, yaani forbidden tree.</w:t>
      </w:r>
    </w:p>
    <w:p>
      <w:pPr>
        <w:jc w:val="right"/>
      </w:pPr>
      <w:r>
        <w:t>"وَكُلَا رَغْدًا هَيْتَ شَيْطَانَ" ۔ لیکن وہاں پر ایک درخت تھا جو شجر ممنوعہ تھا، یعنی فاربیڈن ٹری۔</w:t>
      </w:r>
    </w:p>
    <w:p>
      <w:r>
        <w:rPr>
          <w:b/>
        </w:rPr>
        <w:t xml:space="preserve">[06:03] </w:t>
      </w:r>
      <w:r>
        <w:t>to farmaya ke "la taqrbaha hathi alshajarata fatqawna min althalimina" . yaani adam aur hawa dono se kaha ke tum dono, jannat poori tum dono ke liye khuli hui hai, lekin is darakht ke paas tum dono mat jana,</w:t>
      </w:r>
    </w:p>
    <w:p>
      <w:pPr>
        <w:jc w:val="right"/>
      </w:pPr>
      <w:r>
        <w:t>تو فرمایا کہ "لَا تَقْرَبَا هَذِهِ الشَّجْرَةَ فَتْقَوْنَا مِنَ الظَّالِمِينَ" ۔ یعنی آدم اور حوا دونوں سے کہا کہ تم دونوں، جنت پوری تم دونوں کے لیے کھلی ہوئی ہے، لیکن اس درخت کے پاس تم دونوں مت جانا،</w:t>
      </w:r>
    </w:p>
    <w:p>
      <w:r>
        <w:rPr>
          <w:b/>
        </w:rPr>
        <w:t xml:space="preserve">[06:19] </w:t>
      </w:r>
      <w:r>
        <w:t>warna tum zalim ho jaoge.</w:t>
      </w:r>
    </w:p>
    <w:p>
      <w:pPr>
        <w:jc w:val="right"/>
      </w:pPr>
      <w:r>
        <w:t>ورنہ تم ظالم ہو جاؤ گے۔</w:t>
      </w:r>
    </w:p>
    <w:p>
      <w:r>
        <w:rPr>
          <w:b/>
        </w:rPr>
        <w:t xml:space="preserve">[06:24] </w:t>
      </w:r>
      <w:r>
        <w:t>is ka matlab kya hai? achha, amalan kya hua?</w:t>
      </w:r>
    </w:p>
    <w:p>
      <w:pPr>
        <w:jc w:val="right"/>
      </w:pPr>
      <w:r>
        <w:t>اس کا مطلب کیا ہے؟ اچھا، عملاً کیا ہوا؟</w:t>
      </w:r>
    </w:p>
    <w:p>
      <w:r>
        <w:rPr>
          <w:b/>
        </w:rPr>
        <w:t xml:space="preserve">[06:30] </w:t>
      </w:r>
      <w:r>
        <w:t>ke adam aur hawa dono bohat dinon tak sochte rahe ke yeh darakht kya hai, yeh darakht kya hai, yeh darakht kya hai. yahan tak ke ek din ja kar unhon ne is darakht ka phal kha liya.</w:t>
      </w:r>
    </w:p>
    <w:p>
      <w:pPr>
        <w:jc w:val="right"/>
      </w:pPr>
      <w:r>
        <w:t>کہ آدم اور حوا دونوں بہت دنوں تک سوچتے رہے کہ یہ درخت کیا ہے، یہ درخت کیا ہے، یہ درخت کیا ہے۔ یہاں تک کہ ایک دن جا کر انہوں نے اس درخت کا پھل کھا لیا۔</w:t>
      </w:r>
    </w:p>
    <w:p>
      <w:r>
        <w:rPr>
          <w:b/>
        </w:rPr>
        <w:t xml:space="preserve">[06:42] </w:t>
      </w:r>
      <w:r>
        <w:t>yeh tha demonstration. yani</w:t>
      </w:r>
    </w:p>
    <w:p>
      <w:pPr>
        <w:jc w:val="right"/>
      </w:pPr>
      <w:r>
        <w:t>یہ تھا ڈیمونسٹریشن۔ یعنی</w:t>
      </w:r>
    </w:p>
    <w:p>
      <w:r>
        <w:rPr>
          <w:b/>
        </w:rPr>
        <w:t xml:space="preserve">[06:49] </w:t>
      </w:r>
      <w:r>
        <w:t>insan ka jo nature hai, woh bohat hi zyada ideal ko pasand karta hai, profession ko pasand karta hai.</w:t>
      </w:r>
    </w:p>
    <w:p>
      <w:pPr>
        <w:jc w:val="right"/>
      </w:pPr>
      <w:r>
        <w:t>انسان کا جو نیچر ہے، وہ بہت ہی زیادہ آئیڈیل کو پسند کرتا ہے، پروفیشن کو پسند کرتا ہے۔</w:t>
      </w:r>
    </w:p>
    <w:p>
      <w:r>
        <w:rPr>
          <w:b/>
        </w:rPr>
        <w:t xml:space="preserve">[07:01] </w:t>
      </w:r>
      <w:r>
        <w:t>yani woh chahta hai ke sab kuch mujhe mile.</w:t>
      </w:r>
    </w:p>
    <w:p>
      <w:pPr>
        <w:jc w:val="right"/>
      </w:pPr>
      <w:r>
        <w:t>یعنی وہ چاہتا ہے کہ سب کچھ مجھے ملے۔</w:t>
      </w:r>
    </w:p>
    <w:p>
      <w:r>
        <w:rPr>
          <w:b/>
        </w:rPr>
        <w:t xml:space="preserve">[07:05] </w:t>
      </w:r>
      <w:r>
        <w:t>is nature ki wajah se aisa ho jata hai ke insan ka focus chala jata hai is cheez par jis ne use kho rakha hai. yani mile hue par focus na ho kar focus chala jata hai kahan?</w:t>
      </w:r>
    </w:p>
    <w:p>
      <w:pPr>
        <w:jc w:val="right"/>
      </w:pPr>
      <w:r>
        <w:t>اس نیچر کی وجہ سے ایسا ہو جاتا ہے کہ انسان کا فوکس چلا جاتا ہے اس چیز پر جس نے اسے کھو رکھا ہے۔ یعنی ملے ہوئے پر فوکس نہ ہو کر فوکس چلا جاتا ہے کہاں؟</w:t>
      </w:r>
    </w:p>
    <w:p>
      <w:r>
        <w:rPr>
          <w:b/>
        </w:rPr>
        <w:t xml:space="preserve">[07:18] </w:t>
      </w:r>
      <w:r>
        <w:t>jo nahi mila hai. to adam aur hawa ko poori jannat mili hui thi, ek darakht nahi mila tha.</w:t>
      </w:r>
    </w:p>
    <w:p>
      <w:pPr>
        <w:jc w:val="right"/>
      </w:pPr>
      <w:r>
        <w:t>جو نہیں ملا ہے۔ تو آدم اور حوا کو پوری جنت ملی ہوئی تھی، ایک درخت نہیں ملا تھا۔</w:t>
      </w:r>
    </w:p>
    <w:p>
      <w:r>
        <w:rPr>
          <w:b/>
        </w:rPr>
        <w:t xml:space="preserve">[07:28] </w:t>
      </w:r>
      <w:r>
        <w:t>to un ka focus hat gaya.</w:t>
      </w:r>
    </w:p>
    <w:p>
      <w:pPr>
        <w:jc w:val="right"/>
      </w:pPr>
      <w:r>
        <w:t>تو ان کا فوکس ہٹ گیا۔</w:t>
      </w:r>
    </w:p>
    <w:p>
      <w:r>
        <w:rPr>
          <w:b/>
        </w:rPr>
        <w:t xml:space="preserve">[07:32] </w:t>
      </w:r>
      <w:r>
        <w:t>mile hue par focus na ho kar chala gaya focus, na mile hue par. aur is ke nateejay mein kya hua? ke zalim thehre woh, jannat se nikalna pada un ko.</w:t>
      </w:r>
    </w:p>
    <w:p>
      <w:pPr>
        <w:jc w:val="right"/>
      </w:pPr>
      <w:r>
        <w:t>ملے ہوئے پر فوکس نہ ہو کر چلا گیا فوکس، نہ ملے ہوئے پر۔ اور اس کے نتیجے میں کیا ہوا؟ کہ ظالم ٹھہرے وہ، جنت سے نکلنا پڑا ان کو۔</w:t>
      </w:r>
    </w:p>
    <w:p>
      <w:r>
        <w:rPr>
          <w:b/>
        </w:rPr>
        <w:t xml:space="preserve">[07:46] </w:t>
      </w:r>
      <w:r>
        <w:t>yahi tha demonstration. insan ko Allah taala ne banaya hai, idealist. kyun? taake musalsal taur par is ke andar thinking process jari rahe.</w:t>
      </w:r>
    </w:p>
    <w:p>
      <w:pPr>
        <w:jc w:val="right"/>
      </w:pPr>
      <w:r>
        <w:t>یہی تھا ڈیمونسٹریشن۔ انسان کو اللہ تعالیٰ نے بنایا ہے، آئیڈیلسٹ۔ کیوں؟ تاکہ مسلسل طور پر اس کے اندر تھنکنگ پراسیس جاری رہے۔</w:t>
      </w:r>
    </w:p>
    <w:p>
      <w:r>
        <w:rPr>
          <w:b/>
        </w:rPr>
        <w:t xml:space="preserve">[07:59] </w:t>
      </w:r>
      <w:r>
        <w:t>musalsal taur par. yani woh jo cheez matloob hai, woh thinking level par matloob hai. aur apni thinking ko aur badhao, apna intellectual development aur karo.</w:t>
      </w:r>
    </w:p>
    <w:p>
      <w:pPr>
        <w:jc w:val="right"/>
      </w:pPr>
      <w:r>
        <w:t>مسلسل طور پر۔ یعنی وہ جو چیز مطلوب ہے، وہ تھنکنگ لیول پر مطلوب ہے۔ اور اپنی تھنکنگ کو اور بڑھاؤ، اپنا انٹلیکچول ڈیولپمنٹ اور کرو۔</w:t>
      </w:r>
    </w:p>
    <w:p>
      <w:r>
        <w:rPr>
          <w:b/>
        </w:rPr>
        <w:t xml:space="preserve">[08:15] </w:t>
      </w:r>
      <w:r>
        <w:t>to intellectual development ya spiritual development ka ek perpetual process, ek musalsal process, taraqqi ke liye yeh matloob hai.</w:t>
      </w:r>
    </w:p>
    <w:p>
      <w:pPr>
        <w:jc w:val="right"/>
      </w:pPr>
      <w:r>
        <w:t>تو انٹلیکچول ڈیولپمنٹ یا سپریچول ڈیولپمنٹ کا ایک پرپچول پراسیس، ایک مسلسل پراسیس، ترقی کے لیے یہ مطلوب ہے۔</w:t>
      </w:r>
    </w:p>
    <w:p>
      <w:r>
        <w:rPr>
          <w:b/>
        </w:rPr>
        <w:t xml:space="preserve">[08:31] </w:t>
      </w:r>
      <w:r>
        <w:t>har waqt aap sochein, har waqt koi naya item daryaft karein. har waqt koi naya item aap daryaft karein jis se aap ka zehni ertaqa ho.</w:t>
      </w:r>
    </w:p>
    <w:p>
      <w:pPr>
        <w:jc w:val="right"/>
      </w:pPr>
      <w:r>
        <w:t>ہر وقت آپ سوچیں، ہر وقت کوئی نیا آئٹم دریافت کریں۔ ہر وقت کوئی نیا آئٹم آپ دریافت کریں جس سے آپ کا ذہنی ارتقاء ہو۔</w:t>
      </w:r>
    </w:p>
    <w:p>
      <w:r>
        <w:rPr>
          <w:b/>
        </w:rPr>
        <w:t xml:space="preserve">[08:42] </w:t>
      </w:r>
      <w:r>
        <w:t>lekin yeh is ka misuse hai ke aadmi is ko kahan kar deta hai? na mile hue material item par. yani intellectual level par jo cheez matloob hai, us ko woh material level par chahne lagta hai ke mujhe mile.</w:t>
      </w:r>
    </w:p>
    <w:p>
      <w:pPr>
        <w:jc w:val="right"/>
      </w:pPr>
      <w:r>
        <w:t>لیکن یہ اس کا مس یوز ہے کہ آدمی اس کو کہاں کر دیتا ہے؟ نہ ملے ہوئے مٹیریل آئٹم پر۔ یعنی انٹلیکچول لیول پر جو چیز مطلوب ہے، اس کو وہ مٹیریل لیول پر چاہنے لگتا ہے کہ مجھے ملے۔</w:t>
      </w:r>
    </w:p>
    <w:p>
      <w:r>
        <w:rPr>
          <w:b/>
        </w:rPr>
        <w:t xml:space="preserve">[09:02] </w:t>
      </w:r>
      <w:r>
        <w:t>to adam ko yeh mauqa tha ke intellectual level par woh khoob sochein, khoob zehni ertaqa karein. lekin un ka zehn atak gaya kahan?</w:t>
      </w:r>
    </w:p>
    <w:p>
      <w:pPr>
        <w:jc w:val="right"/>
      </w:pPr>
      <w:r>
        <w:t>تو آدم کو یہ موقع تھا کہ انٹلیکچول لیول پر وہ خوب سوچیں، خوب ذہنی ارتقاء کریں۔ لیکن ان کا ذہن اٹک گیا کہاں؟</w:t>
      </w:r>
    </w:p>
    <w:p>
      <w:r>
        <w:rPr>
          <w:b/>
        </w:rPr>
        <w:t xml:space="preserve">[09:15] </w:t>
      </w:r>
      <w:r>
        <w:t>ek material cheez par, yani ek ek darakht par. zehni ertaqa ruk gaya. aur ek darakht jo ek material cheez thi, us par un ka focus chala gaya.</w:t>
      </w:r>
    </w:p>
    <w:p>
      <w:pPr>
        <w:jc w:val="right"/>
      </w:pPr>
      <w:r>
        <w:t>ایک مٹیریل چیز پر، یعنی ایک ایک درخت پر۔ ذہنی ارتقاء رک گیا۔ اور ایک درخت جو ایک مٹیریل چیز تھی، اس پر ان کا فوکس چلا گیا۔</w:t>
      </w:r>
    </w:p>
    <w:p>
      <w:r>
        <w:rPr>
          <w:b/>
        </w:rPr>
        <w:t xml:space="preserve">[09:27] </w:t>
      </w:r>
      <w:r>
        <w:t>to jannat se nikal diye gaye.</w:t>
      </w:r>
    </w:p>
    <w:p>
      <w:pPr>
        <w:jc w:val="right"/>
      </w:pPr>
      <w:r>
        <w:t>تو جنت سے نکال دیے گئے۔</w:t>
      </w:r>
    </w:p>
    <w:p>
      <w:r>
        <w:rPr>
          <w:b/>
        </w:rPr>
        <w:t xml:space="preserve">[09:31] </w:t>
      </w:r>
      <w:r>
        <w:t>yahi tareekh dohrai ja rahi hai poori nasal mein, insani mein. yeh dunya banai hai Allah taala ne isi tarah ke aadmi ko kuch milega, kuch nahi milega.</w:t>
      </w:r>
    </w:p>
    <w:p>
      <w:pPr>
        <w:jc w:val="right"/>
      </w:pPr>
      <w:r>
        <w:t>یہی تاریخ دہرائی جا رہی ہے پوری نسل میں، انسانی میں۔ یہ دنیا بنائی ہے اللہ تعالیٰ نے اسی طرح کہ آدمی کو کچھ ملے گا، کچھ نہیں ملے گا۔</w:t>
      </w:r>
    </w:p>
    <w:p>
      <w:r>
        <w:rPr>
          <w:b/>
        </w:rPr>
        <w:t xml:space="preserve">[09:45] </w:t>
      </w:r>
      <w:r>
        <w:t>kabhi mumkin hi nahi hai ke aap ko sab kuch mil jaye. namumkin hai. chahe aap badshah hon, chahe aam aadmi hon.</w:t>
      </w:r>
    </w:p>
    <w:p>
      <w:pPr>
        <w:jc w:val="right"/>
      </w:pPr>
      <w:r>
        <w:t>کبھی ممکن ہی نہیں ہے کہ آپ کو سب کچھ مل جائے۔ ناممکن ہے۔ چاہے آپ بادشاہ ہوں، چاہے عام آدمی ہوں۔</w:t>
      </w:r>
    </w:p>
    <w:p>
      <w:r>
        <w:rPr>
          <w:b/>
        </w:rPr>
        <w:t xml:space="preserve">[09:57] </w:t>
      </w:r>
      <w:r>
        <w:t>aap paise wale hon ya faqeer hon</w:t>
      </w:r>
    </w:p>
    <w:p>
      <w:pPr>
        <w:jc w:val="right"/>
      </w:pPr>
      <w:r>
        <w:t>آپ پیسے والے ہوں یا فقیر ہوں</w:t>
      </w:r>
    </w:p>
    <w:p>
      <w:r>
        <w:rPr>
          <w:b/>
        </w:rPr>
        <w:t xml:space="preserve">[10:00] </w:t>
      </w:r>
      <w:r>
        <w:t>. hamesha aisa hoga ke aap ko mehsoos hoga ke maine kuch to paya hai, kuch cheez nahi paya hai. to zindagi ka tareeqa kya hai? na paye hue par sabr karna aur paye hue par shukr karna.</w:t>
      </w:r>
    </w:p>
    <w:p>
      <w:pPr>
        <w:jc w:val="right"/>
      </w:pPr>
      <w:r>
        <w:t>۔ ہمیشہ ایسا ہوگا کہ آپ کو محسوس ہوگا کہ میں نے کچھ تو پایا ہے، کچھ چیز نہیں پایا ہے۔ تو زندگی کا طریقہ کیا ہے؟ نہ پائے ہوئے پر صبر کرنا اور پائے ہوئے پر شکر کرنا۔</w:t>
      </w:r>
    </w:p>
    <w:p>
      <w:r>
        <w:rPr>
          <w:b/>
        </w:rPr>
        <w:t xml:space="preserve">[10:16] </w:t>
      </w:r>
      <w:r>
        <w:t>yeh hai zindagi ka tareeqa. "lan shaqartum la azeezan lakum" . yani paye hue par tum shukr karoge to aur zyada denge, aur zyada denge.</w:t>
      </w:r>
    </w:p>
    <w:p>
      <w:pPr>
        <w:jc w:val="right"/>
      </w:pPr>
      <w:r>
        <w:t>یہ ہے زندگی کا طریقہ۔ "لَنْ شَكَرْتُمْ لَعَزِيزٍ لَكُمْ" ۔ یعنی پائے ہوئے پر تم شکر کرو گے تو اور زیادہ دیں گے، اور زیادہ دیں گے۔</w:t>
      </w:r>
    </w:p>
    <w:p>
      <w:r>
        <w:rPr>
          <w:b/>
        </w:rPr>
        <w:t xml:space="preserve">[10:27] </w:t>
      </w:r>
      <w:r>
        <w:t>yani matlab jannat milegi tum ko.</w:t>
      </w:r>
    </w:p>
    <w:p>
      <w:pPr>
        <w:jc w:val="right"/>
      </w:pPr>
      <w:r>
        <w:t>یعنی مطلب جنت ملے گی تم کو۔</w:t>
      </w:r>
    </w:p>
    <w:p>
      <w:r>
        <w:rPr>
          <w:b/>
        </w:rPr>
        <w:t xml:space="preserve">[10:33] </w:t>
      </w:r>
      <w:r>
        <w:t>aur</w:t>
      </w:r>
    </w:p>
    <w:p>
      <w:pPr>
        <w:jc w:val="right"/>
      </w:pPr>
      <w:r>
        <w:t>اور</w:t>
      </w:r>
    </w:p>
    <w:p>
      <w:r>
        <w:rPr>
          <w:b/>
        </w:rPr>
        <w:t xml:space="preserve">[10:34] </w:t>
      </w:r>
      <w:r>
        <w:t>jo khoya us par sabr karna. "dhalik jazaahum bimaa sabaroo" . jannat di gayi un ko jinho ne sabr kiya.</w:t>
      </w:r>
    </w:p>
    <w:p>
      <w:pPr>
        <w:jc w:val="right"/>
      </w:pPr>
      <w:r>
        <w:t>جو کھویا اس پر صبر کرنا۔ "ذَلِكَ جَزَانَهُمْ بِمَا صَبَرُوا" ۔ جنت دی گئی ان کو جنہوں نے صبر کیا۔</w:t>
      </w:r>
    </w:p>
    <w:p>
      <w:r>
        <w:rPr>
          <w:b/>
        </w:rPr>
        <w:t xml:space="preserve">[10:48] </w:t>
      </w:r>
      <w:r>
        <w:t>yeh hai formula. ke dunya mein aap mile hue par shukr karte rahen aur jo nahi mila us par sabr karte rahen.</w:t>
      </w:r>
    </w:p>
    <w:p>
      <w:pPr>
        <w:jc w:val="right"/>
      </w:pPr>
      <w:r>
        <w:t>یہ ہے فارمولا۔ کہ دنیا میں آپ ملے ہوئے پر شکر کرتے رہیں اور جو نہیں ملا اس پر صبر کرتے رہیں۔</w:t>
      </w:r>
    </w:p>
    <w:p>
      <w:r>
        <w:rPr>
          <w:b/>
        </w:rPr>
        <w:t xml:space="preserve">[10:59] </w:t>
      </w:r>
      <w:r>
        <w:t>yeh formula hai. aisa kyun hai?</w:t>
      </w:r>
    </w:p>
    <w:p>
      <w:pPr>
        <w:jc w:val="right"/>
      </w:pPr>
      <w:r>
        <w:t>یہ فارمولا ہے۔ ایسا کیوں ہے؟</w:t>
      </w:r>
    </w:p>
    <w:p>
      <w:r>
        <w:rPr>
          <w:b/>
        </w:rPr>
        <w:t xml:space="preserve">[11:04] </w:t>
      </w:r>
      <w:r>
        <w:t>is dunya mein insan ko bheja gaya hai is liye ke woh apni personality ko develop kare. apne aap ko jannati personality banaye.</w:t>
      </w:r>
    </w:p>
    <w:p>
      <w:pPr>
        <w:jc w:val="right"/>
      </w:pPr>
      <w:r>
        <w:t>اس دنیا میں انسان کو بھیجا گیا ہے اس لیے کہ وہ اپنی پرسنیلٹی کو ڈیولپ کرے۔ اپنے آپ کو جنتی پرسنیلٹی بنائے۔</w:t>
      </w:r>
    </w:p>
    <w:p>
      <w:r>
        <w:rPr>
          <w:b/>
        </w:rPr>
        <w:t xml:space="preserve">[11:18] </w:t>
      </w:r>
      <w:r>
        <w:t>quran mein hai ke "dhalik jazaau man tazakkaa" . yaani jannat un ke liye hai jinho ne apni personality ko develop kiya. jannati personality banai.</w:t>
      </w:r>
    </w:p>
    <w:p>
      <w:pPr>
        <w:jc w:val="right"/>
      </w:pPr>
      <w:r>
        <w:t>قرآن میں ہے کہ "ذَلِكَ جَزَاءُ مَنْ تَزَكَّى" ۔ یعنی جنت ان کے لیے ہے جنہوں نے اپنی پرسنیلٹی کو ڈیولپ کیا۔ جنتی پرسنیلٹی بنائی۔</w:t>
      </w:r>
    </w:p>
    <w:p>
      <w:r>
        <w:rPr>
          <w:b/>
        </w:rPr>
        <w:t xml:space="preserve">[11:28] </w:t>
      </w:r>
      <w:r>
        <w:t>to agar aap uljhe rahen ge negative thought mein, uljhe rahen ge aisi cheezon mein jo nahi mila, to kya hoga? tension hoga, frustration hoga, despair hoga.</w:t>
      </w:r>
    </w:p>
    <w:p>
      <w:pPr>
        <w:jc w:val="right"/>
      </w:pPr>
      <w:r>
        <w:t>تو اگر آپ الجھے رہیں گے نیگیٹیو تھاٹ میں، الجھے رہیں گے ایسی چیزوں میں جو نہیں ملا، تو کیا ہوگا؟ ٹینشن ہوگا، فرسٹریشن ہوگا، ڈسپیئر ہوگا۔</w:t>
      </w:r>
    </w:p>
    <w:p>
      <w:r>
        <w:rPr>
          <w:b/>
        </w:rPr>
        <w:t xml:space="preserve">[11:41] </w:t>
      </w:r>
      <w:r>
        <w:t>aur phir kya hoga? aap ka intellectual process ruk jayega. spiritual process ruk jayega. yahi to ek test hai.</w:t>
      </w:r>
    </w:p>
    <w:p>
      <w:pPr>
        <w:jc w:val="right"/>
      </w:pPr>
      <w:r>
        <w:t>اور پھر کیا ہوگا؟ آپ کا انٹلیکچول پراسیس رک جائے گا۔ سپریچول پراسیس رک جائے گا۔ یہی تو ایک ٹیسٹ ہے۔</w:t>
      </w:r>
    </w:p>
    <w:p>
      <w:r>
        <w:rPr>
          <w:b/>
        </w:rPr>
        <w:t xml:space="preserve">[11:54] </w:t>
      </w:r>
      <w:r>
        <w:t>to sari tareekh batati hai ke insan jo hai, is mein fail hota raha.</w:t>
      </w:r>
    </w:p>
    <w:p>
      <w:pPr>
        <w:jc w:val="right"/>
      </w:pPr>
      <w:r>
        <w:t>تو ساری تاریخ بتاتی ہے کہ انسان جو ہے، اس میں فیل ہوتا رہا۔</w:t>
      </w:r>
    </w:p>
    <w:p>
      <w:r>
        <w:rPr>
          <w:b/>
        </w:rPr>
        <w:t xml:space="preserve">[12:04] </w:t>
      </w:r>
      <w:r>
        <w:t>mein chand ek misaal deta hoon aap ko. dekhiye, qadeem iraq mein, yaani is before christianity, before christian era,</w:t>
      </w:r>
    </w:p>
    <w:p>
      <w:pPr>
        <w:jc w:val="right"/>
      </w:pPr>
      <w:r>
        <w:t>میں چند ایک مثال دیتا ہوں آپ کو۔ دیکھیے، قدیم عراق میں، یعنی اس بیفور کرسچینٹی، بیفور کرسچن ایرا،</w:t>
      </w:r>
    </w:p>
    <w:p>
      <w:r>
        <w:rPr>
          <w:b/>
        </w:rPr>
        <w:t xml:space="preserve">[12:19] </w:t>
      </w:r>
      <w:r>
        <w:t>ek king paida hua, alexander the great jis ko kaha jata hai.</w:t>
      </w:r>
    </w:p>
    <w:p>
      <w:pPr>
        <w:jc w:val="right"/>
      </w:pPr>
      <w:r>
        <w:t>ایک کنگ پیدا ہوا، الیگزینڈر دی گریٹ جس کو کہا جاتا ہے۔</w:t>
      </w:r>
    </w:p>
    <w:p>
      <w:r>
        <w:rPr>
          <w:b/>
        </w:rPr>
        <w:t xml:space="preserve">[12:24] </w:t>
      </w:r>
      <w:r>
        <w:t>us ko paida hote hi poore yunan ki, poori greece ki hukumat mil gayi. kyunke is ka badshah, is ka baap badshah tha, to us ko mil gayi badshahi virasat.</w:t>
      </w:r>
    </w:p>
    <w:p>
      <w:pPr>
        <w:jc w:val="right"/>
      </w:pPr>
      <w:r>
        <w:t>اس کو پیدا ہوتے ہی پورے یونان کی، پوری گریس کی حکومت مل گئی۔ کیونکہ اس کا بادشاہ، اس کا باپ بادشاہ تھا، تو اس کو مل گئی بادشاہ کی وراثت۔</w:t>
      </w:r>
    </w:p>
    <w:p>
      <w:r>
        <w:rPr>
          <w:b/>
        </w:rPr>
        <w:t xml:space="preserve">[12:41] </w:t>
      </w:r>
      <w:r>
        <w:t>lekin us ne kya banaya plan? sari dunya ko fateh karna.</w:t>
      </w:r>
    </w:p>
    <w:p>
      <w:pPr>
        <w:jc w:val="right"/>
      </w:pPr>
      <w:r>
        <w:t>لیکن اس نے کیا بنایا پلان؟ ساری دنیا کو فتح کرنا۔</w:t>
      </w:r>
    </w:p>
    <w:p>
      <w:r>
        <w:rPr>
          <w:b/>
        </w:rPr>
        <w:t xml:space="preserve">[12:50] </w:t>
      </w:r>
      <w:r>
        <w:t>yaani king of greece par raazi nahi hua woh. king of world us ko chahiye tha title.</w:t>
      </w:r>
    </w:p>
    <w:p>
      <w:pPr>
        <w:jc w:val="right"/>
      </w:pPr>
      <w:r>
        <w:t>یعنی کنگ آف گریس پر راضی نہیں ہوا وہ۔ کنگ آف ورلڈ اس کو چاہیے تھا ٹائٹل۔</w:t>
      </w:r>
    </w:p>
    <w:p>
      <w:r>
        <w:rPr>
          <w:b/>
        </w:rPr>
        <w:t xml:space="preserve">[12:59] </w:t>
      </w:r>
      <w:r>
        <w:t>us ne fauj le kar mulkon mulkon par hamla karna shuru kar diya. lekin aap jante hain ke sirf 33 saal mein mar gaya woh.</w:t>
      </w:r>
    </w:p>
    <w:p>
      <w:pPr>
        <w:jc w:val="right"/>
      </w:pPr>
      <w:r>
        <w:t>اس نے فوج لے کر ملکوں ملکوں پر حملہ کرنا شروع کر دیا۔ لیکن آپ جانتے ہیں کہ صرف 33 سال میں مر گیا وہ۔</w:t>
      </w:r>
    </w:p>
    <w:p>
      <w:r>
        <w:rPr>
          <w:b/>
        </w:rPr>
        <w:t xml:space="preserve">[13:10] </w:t>
      </w:r>
      <w:r>
        <w:t>frustration mein mara.</w:t>
      </w:r>
    </w:p>
    <w:p>
      <w:pPr>
        <w:jc w:val="right"/>
      </w:pPr>
      <w:r>
        <w:t>فرسٹریشن میں مرا۔</w:t>
      </w:r>
    </w:p>
    <w:p>
      <w:r>
        <w:rPr>
          <w:b/>
        </w:rPr>
        <w:t xml:space="preserve">[13:13] </w:t>
      </w:r>
      <w:r>
        <w:t>to dekhiye, jo is ne mila tha Allah ne, jo us ko diya tha, us par shukr karta to us ko mauqa milta ke woh apni spiritual development kare.</w:t>
      </w:r>
    </w:p>
    <w:p>
      <w:pPr>
        <w:jc w:val="right"/>
      </w:pPr>
      <w:r>
        <w:t>تو دیکھیے، جو اس نے ملا تھا اللہ نے، جو اس کو دیا تھا، اس پر شکر کرتا تو اس کو موقع ملتا کہ وہ اپنی سپریچول ڈیولپمنٹ کرے۔</w:t>
      </w:r>
    </w:p>
    <w:p>
      <w:r>
        <w:rPr>
          <w:b/>
        </w:rPr>
        <w:t xml:space="preserve">[13:25] </w:t>
      </w:r>
      <w:r>
        <w:t>lekin woh pad gaya na mile hue par, to kam umri mein mar gaya.</w:t>
      </w:r>
    </w:p>
    <w:p>
      <w:pPr>
        <w:jc w:val="right"/>
      </w:pPr>
      <w:r>
        <w:t>لیکن وہ پڑ گیا نہ ملے ہوئے پر، تو کم عمری میں مر گیا۔</w:t>
      </w:r>
    </w:p>
    <w:p>
      <w:r>
        <w:rPr>
          <w:b/>
        </w:rPr>
        <w:t xml:space="preserve">[13:33] </w:t>
      </w:r>
      <w:r>
        <w:t>hitler ko mila tha germany ka political power, mila tha us ko wahan ka chancellor banaya gaya tha.</w:t>
      </w:r>
    </w:p>
    <w:p>
      <w:pPr>
        <w:jc w:val="right"/>
      </w:pPr>
      <w:r>
        <w:t>ہٹلر کو ملا تھا جرمنی کا پولیٹیکل پاور، ملا تھا اس کو وہاں کا چانسلر بنایا گیا تھا۔</w:t>
      </w:r>
    </w:p>
    <w:p>
      <w:r>
        <w:rPr>
          <w:b/>
        </w:rPr>
        <w:t xml:space="preserve">[13:42] </w:t>
      </w:r>
      <w:r>
        <w:t>us ne kya khwab dekha? ke germany ko poore europe ka hakim banana.</w:t>
      </w:r>
    </w:p>
    <w:p>
      <w:pPr>
        <w:jc w:val="right"/>
      </w:pPr>
      <w:r>
        <w:t>اس نے کیا خواب دیکھا؟ کہ جرمنی کو پورے یورپ کا حاکم بنانا۔</w:t>
      </w:r>
    </w:p>
    <w:p>
      <w:r>
        <w:rPr>
          <w:b/>
        </w:rPr>
        <w:t xml:space="preserve">[13:52] </w:t>
      </w:r>
      <w:r>
        <w:t>us ne larai shuru kar di. aakhir kar kya hua? ke suicide kar ke marna pada us ko.</w:t>
      </w:r>
    </w:p>
    <w:p>
      <w:pPr>
        <w:jc w:val="right"/>
      </w:pPr>
      <w:r>
        <w:t>اس نے لڑائی شروع کر دی۔ آخر کار کیا ہوا؟ کہ سوسائیڈ کر کے مرنا پڑا اس کو۔</w:t>
      </w:r>
    </w:p>
    <w:p>
      <w:r>
        <w:rPr>
          <w:b/>
        </w:rPr>
        <w:t xml:space="preserve">[13:59] </w:t>
      </w:r>
      <w:r>
        <w:t>to jo mila hua tha, us par agar raazi ho jata woh, to mauqa to hota tha us ko ke soche, study kare, Allah ke is plan ko jaane, us ke mutabiq un ko banaye.</w:t>
      </w:r>
    </w:p>
    <w:p>
      <w:pPr>
        <w:jc w:val="right"/>
      </w:pPr>
      <w:r>
        <w:t>تو جو ملا ہوا تھا، اس پر اگر راضی ہو جاتا وہ، تو موقع تو ہوتا تھا اس کو کہ سوچے، اسٹڈی کرے، اللہ کے اس پلان کو جانے، اس کے مطابق ان کو بنائے۔</w:t>
      </w:r>
    </w:p>
    <w:p>
      <w:r>
        <w:rPr>
          <w:b/>
        </w:rPr>
        <w:t xml:space="preserve">[14:13] </w:t>
      </w:r>
      <w:r>
        <w:t>yeh sab khatam. bas khali yeh hua ke mujhe europe ko fateh karna hai.</w:t>
      </w:r>
    </w:p>
    <w:p>
      <w:pPr>
        <w:jc w:val="right"/>
      </w:pPr>
      <w:r>
        <w:t>یہ سب ختم۔ بس خالی یہ ہوا کہ مجھے یورپ کو فتح کرنا ہے۔</w:t>
      </w:r>
    </w:p>
    <w:p>
      <w:r>
        <w:rPr>
          <w:b/>
        </w:rPr>
        <w:t xml:space="preserve">[14:21] </w:t>
      </w:r>
      <w:r>
        <w:t>aise hi dekhiye, communist empire qaim hua roos mein 1917 mein. unho ne kya banaya</w:t>
      </w:r>
    </w:p>
    <w:p>
      <w:pPr>
        <w:jc w:val="right"/>
      </w:pPr>
      <w:r>
        <w:t>ایسے ہی دیکھیے، کمیونسٹ ایمپائر قائم ہوا روس میں 1917 میں۔ انہوں نے کیا بنایا</w:t>
      </w:r>
    </w:p>
    <w:p>
      <w:r>
        <w:rPr>
          <w:b/>
        </w:rPr>
        <w:t xml:space="preserve">[14:29] </w:t>
      </w:r>
      <w:r>
        <w:t>? yaani roos jo mil gaya tha, itna bara mulk, us par raazi nahi hue woh. unho ne chaha ke communist ideology ko woh export karen sari dunya mein.</w:t>
      </w:r>
    </w:p>
    <w:p>
      <w:pPr>
        <w:jc w:val="right"/>
      </w:pPr>
      <w:r>
        <w:t>؟ یعنی روس جو مل گیا تھا، اتنا بڑا ملک، اس پر راضی نہیں ہوئے وہ۔ انہوں نے چاہا کہ کمیونسٹ آئیڈیالوجی کو وہ ایکسپورٹ کریں ساری دنیا میں۔</w:t>
      </w:r>
    </w:p>
    <w:p>
      <w:r>
        <w:rPr>
          <w:b/>
        </w:rPr>
        <w:t xml:space="preserve">[14:41] </w:t>
      </w:r>
      <w:r>
        <w:t>aur phir unho ne shuru kar diya us par karwaiyan. isi douran unho ne afghanistan mein attack kiya tha. aakhir mein kya hua? ke communist empire shatter ho gaya.</w:t>
      </w:r>
    </w:p>
    <w:p>
      <w:pPr>
        <w:jc w:val="right"/>
      </w:pPr>
      <w:r>
        <w:t>اور پھر انہوں نے شروع کر دیا اس پر کارروائیاں۔ اسی دوران انہوں نے افغانستان میں اٹیک کیا تھا۔ آخر میں کیا ہوا؟ کہ کمیونسٹ ایمپائر شیٹر ہو گیا۔</w:t>
      </w:r>
    </w:p>
    <w:p>
      <w:r>
        <w:rPr>
          <w:b/>
        </w:rPr>
        <w:t xml:space="preserve">[14:54] </w:t>
      </w:r>
      <w:r>
        <w:t>ab yahi haal dekhiye, usa ka hai.</w:t>
      </w:r>
    </w:p>
    <w:p>
      <w:pPr>
        <w:jc w:val="right"/>
      </w:pPr>
      <w:r>
        <w:t>اب یہی حال دیکھیے، یو ایس اے کا ہے۔</w:t>
      </w:r>
    </w:p>
    <w:p>
      <w:r>
        <w:rPr>
          <w:b/>
        </w:rPr>
        <w:t xml:space="preserve">[14:57] </w:t>
      </w:r>
      <w:r>
        <w:t>usa ko second world war ke baad bohat bara moqa mila. bohat stable economy thi usa ki, second world war ke baad.</w:t>
      </w:r>
    </w:p>
    <w:p>
      <w:pPr>
        <w:jc w:val="right"/>
      </w:pPr>
      <w:r>
        <w:t>یو ایس اے کو سیکنڈ ورلڈ وار کے بعد بہت بڑا موقع ملا۔ بہت اسٹیبل اکانومی تھی یو ایس کی، سیکنڈ ورلڈ وار کے بعد۔</w:t>
      </w:r>
    </w:p>
    <w:p>
      <w:r>
        <w:rPr>
          <w:b/>
        </w:rPr>
        <w:t xml:space="preserve">[15:07] </w:t>
      </w:r>
      <w:r>
        <w:t>lekin is ko kya hua? ke american jo concept tha democracy ka, is ko sari dunya mein promote karna.</w:t>
      </w:r>
    </w:p>
    <w:p>
      <w:pPr>
        <w:jc w:val="right"/>
      </w:pPr>
      <w:r>
        <w:t>لیکن اس کو کیا ہوا؟ کہ امریکن جو کانسیپٹ تھا ڈیموکریسی کا، اس کو ساری دنیا میں پروموٹ کرنا۔</w:t>
      </w:r>
    </w:p>
    <w:p>
      <w:r>
        <w:rPr>
          <w:b/>
        </w:rPr>
        <w:t xml:space="preserve">[15:20] </w:t>
      </w:r>
      <w:r>
        <w:t>sari dunya mein.</w:t>
      </w:r>
    </w:p>
    <w:p>
      <w:pPr>
        <w:jc w:val="right"/>
      </w:pPr>
      <w:r>
        <w:t>ساری دنیا میں۔</w:t>
      </w:r>
    </w:p>
    <w:p>
      <w:r>
        <w:rPr>
          <w:b/>
        </w:rPr>
        <w:t xml:space="preserve">[15:22] </w:t>
      </w:r>
      <w:r>
        <w:t>is ke liye is ne apni fauji taqat ko barhaya, apne budget bohat ziyada barhaya. aur sari dunya mein democracy ko promote karna is ne mission banaya apna.</w:t>
      </w:r>
    </w:p>
    <w:p>
      <w:pPr>
        <w:jc w:val="right"/>
      </w:pPr>
      <w:r>
        <w:t>اس کے لیے اس نے اپنی فوجی طاقت کو بڑھایا، اپنے بجٹ بہت زیادہ بڑھایا۔ اور ساری دنیا میں ڈیموکریسی کو پروموٹ کرنا اس نے مشن بنایا اپنا۔</w:t>
      </w:r>
    </w:p>
    <w:p>
      <w:r>
        <w:rPr>
          <w:b/>
        </w:rPr>
        <w:t xml:space="preserve">[15:34] </w:t>
      </w:r>
      <w:r>
        <w:t>is ne fauji iqdamaat bhi kiye. lekin ab kya hai? second world war ke baad usa ki economy bohat hi stable economy thi.</w:t>
      </w:r>
    </w:p>
    <w:p>
      <w:pPr>
        <w:jc w:val="right"/>
      </w:pPr>
      <w:r>
        <w:t>اس نے فوجی اقدامات بھی کیے۔ لیکن اب کیا ہے؟ سیکنڈ ورلڈ وار کے بعد یو ایس کی اکانومی بہت ہی اسٹیبل اکانومی تھی۔</w:t>
      </w:r>
    </w:p>
    <w:p>
      <w:r>
        <w:rPr>
          <w:b/>
        </w:rPr>
        <w:t xml:space="preserve">[15:46] </w:t>
      </w:r>
      <w:r>
        <w:t>aaj isi ki economy unstable economy ban gayi hai. unstable economy.</w:t>
      </w:r>
    </w:p>
    <w:p>
      <w:pPr>
        <w:jc w:val="right"/>
      </w:pPr>
      <w:r>
        <w:t>آج اسی کی اکانومی ان اسٹیبل اکانومی بن گئی ہے۔ ان اسٹیبل اکانومی۔</w:t>
      </w:r>
    </w:p>
    <w:p>
      <w:r>
        <w:rPr>
          <w:b/>
        </w:rPr>
        <w:t xml:space="preserve">[15:54] </w:t>
      </w:r>
      <w:r>
        <w:t>to agar america mile hue par raazi hota to kitna bara is ko chance milta ke apne ko is lines mein taraqqi de, spirituality ki line mein.</w:t>
      </w:r>
    </w:p>
    <w:p>
      <w:pPr>
        <w:jc w:val="right"/>
      </w:pPr>
      <w:r>
        <w:t>تو اگر امریکہ ملے ہوئے پر راضی ہوتا تو کتنا بڑا اس کو چانس ملتا کہ اپنے کو اس لائنوں میں ترقی دے، سپریچولیٹی کی لائن میں۔</w:t>
      </w:r>
    </w:p>
    <w:p>
      <w:r>
        <w:rPr>
          <w:b/>
        </w:rPr>
        <w:t xml:space="preserve">[16:10] </w:t>
      </w:r>
      <w:r>
        <w:t>lekin tabaah ho gaya. yahi haal musalmanon ka hai. dekhiye, musalmanon ka muamla yeh hai. sari dunya mein musalmanon ka haal kya hai is waqt?</w:t>
      </w:r>
    </w:p>
    <w:p>
      <w:pPr>
        <w:jc w:val="right"/>
      </w:pPr>
      <w:r>
        <w:t>لیکن تباہ ہو گیا۔ یہی حال مسلمانوں کا ہے۔ دیکھیے، مسلمانوں کا معاملہ یہ ہے۔ ساری دنیا میں مسلمانوں کا حال کیا ہے اس وقت؟</w:t>
      </w:r>
    </w:p>
    <w:p>
      <w:r>
        <w:rPr>
          <w:b/>
        </w:rPr>
        <w:t xml:space="preserve">[16:21] </w:t>
      </w:r>
      <w:r>
        <w:t>sab negative ho rahe hain.</w:t>
      </w:r>
    </w:p>
    <w:p>
      <w:pPr>
        <w:jc w:val="right"/>
      </w:pPr>
      <w:r>
        <w:t>سب نیگیٹیو ہو رہے ہیں۔</w:t>
      </w:r>
    </w:p>
    <w:p>
      <w:r>
        <w:rPr>
          <w:b/>
        </w:rPr>
        <w:t xml:space="preserve">[16:24] </w:t>
      </w:r>
      <w:r>
        <w:t>sari dunya mein kam az kam mein ne to kisi ek musalman ko nahi paya yahan se le kar america tak, jis ke andar negative thinking na ho. sab ke sab hate bhi jeetay hain, nafrat bhi jeetay hain.</w:t>
      </w:r>
    </w:p>
    <w:p>
      <w:pPr>
        <w:jc w:val="right"/>
      </w:pPr>
      <w:r>
        <w:t>ساری دنیا میں کم از کم میں نے تو کسی ایک مسلمان کو نہیں پایا یہاں سے لے کر امریکہ تک، جس کے اندر نیگیٹیو تھنکنگ نہ ہو۔ سب کے سب ہیٹ بھی جیتتے ہیں، نفرت بھی جیتتے ہیں۔</w:t>
      </w:r>
    </w:p>
    <w:p>
      <w:r>
        <w:rPr>
          <w:b/>
        </w:rPr>
        <w:t xml:space="preserve">[16:37] </w:t>
      </w:r>
      <w:r>
        <w:t>negative thought bhare hue hain un ke dimaghon mein. kyun? 18wein sadi isvi ke aakhir mein muslim empire ka khatma ho gaya.</w:t>
      </w:r>
    </w:p>
    <w:p>
      <w:pPr>
        <w:jc w:val="right"/>
      </w:pPr>
      <w:r>
        <w:t>نیگیٹیو تھاٹ بھرے ہوئے ہیں ان کے دماغوں میں۔ کیوں؟ اٹھارویں صدی عیسوی کے آخر میں مسلم ایمپائر کا خاتمہ ہو گیا۔</w:t>
      </w:r>
    </w:p>
    <w:p>
      <w:r>
        <w:rPr>
          <w:b/>
        </w:rPr>
        <w:t xml:space="preserve">[16:52] </w:t>
      </w:r>
      <w:r>
        <w:t>ab kya tha? ab national hukoomaten theen un ke paas. abhi bhi musalmanon ke paas 50 se ziyada national hukoomaten hain. lekin un ko kya hua?</w:t>
      </w:r>
    </w:p>
    <w:p>
      <w:pPr>
        <w:jc w:val="right"/>
      </w:pPr>
      <w:r>
        <w:t>اب کیا تھا؟ اب نیشنل حکومتیں تھیں ان کے پاس۔ ابھی بھی مسلمانوں کے پاس پچاس سے زیادہ نیشنل حکومتیں ہیں۔ لیکن ان کو کیا ہوا؟</w:t>
      </w:r>
    </w:p>
    <w:p>
      <w:r>
        <w:rPr>
          <w:b/>
        </w:rPr>
        <w:t xml:space="preserve">[17:04] </w:t>
      </w:r>
      <w:r>
        <w:t>wo empire mujhe chahiye. empire jo hai, jo khoya hua tha, us ko focus kar diya. ab jo mila hua hai, us par focus nahi.</w:t>
      </w:r>
    </w:p>
    <w:p>
      <w:pPr>
        <w:jc w:val="right"/>
      </w:pPr>
      <w:r>
        <w:t>وہ ایمپائر مجھے چاہیے۔ ایمپائر جو ہے، جو کھویا ہوا تھا، اس کو فوکس کر دیا۔ اب جو ملا ہوا ہے، اس پر فوکس نہیں۔</w:t>
      </w:r>
    </w:p>
    <w:p>
      <w:r>
        <w:rPr>
          <w:b/>
        </w:rPr>
        <w:t xml:space="preserve">[17:15] </w:t>
      </w:r>
      <w:r>
        <w:t>aur ladai chhod di aap ne. har jagah ladai, har jagah ladai, har jagah ladai. nateeja kya</w:t>
      </w:r>
    </w:p>
    <w:p>
      <w:pPr>
        <w:jc w:val="right"/>
      </w:pPr>
      <w:r>
        <w:t>اور لڑائی چھوڑ دی آپ نے۔ ہر جگہ لڑائی، ہر جگہ لڑائی، ہر جگہ لڑائی۔ نتیجہ کیا</w:t>
      </w:r>
    </w:p>
    <w:p>
      <w:r>
        <w:rPr>
          <w:b/>
        </w:rPr>
        <w:t xml:space="preserve">[17:20] </w:t>
      </w:r>
      <w:r>
        <w:t>hai? zillat, nakaami, tabaahi, barbadi.</w:t>
      </w:r>
    </w:p>
    <w:p>
      <w:pPr>
        <w:jc w:val="right"/>
      </w:pPr>
      <w:r>
        <w:t>ہے؟ ذلت، ناکامی، تباہی، بربادی۔</w:t>
      </w:r>
    </w:p>
    <w:p>
      <w:r>
        <w:rPr>
          <w:b/>
        </w:rPr>
        <w:t xml:space="preserve">[17:26] </w:t>
      </w:r>
      <w:r>
        <w:t>is ki ek misaal falasteen hai. 48 mein falasteen ka partition hua. aur falasteen ka taqreeban aadha hissa mil gaya arbon ko, jis mein yerushalayim bhi shamil tha.</w:t>
      </w:r>
    </w:p>
    <w:p>
      <w:pPr>
        <w:jc w:val="right"/>
      </w:pPr>
      <w:r>
        <w:t>اس کی ایک مثال فلسطین ہے۔ 48 میں فلسطین کا پارٹیشن ہوا۔ اور فلسطین کا تقریباً آدھا حصہ مل گیا عربوں کو، جس میں یروشلم بھی شامل تھا۔</w:t>
      </w:r>
    </w:p>
    <w:p>
      <w:r>
        <w:rPr>
          <w:b/>
        </w:rPr>
        <w:t xml:space="preserve">[17:42] </w:t>
      </w:r>
      <w:r>
        <w:t>to mile hue par raazi nahi hue woh. unhein poora falasteen chahiye tha, poora falasteen. aur unhon ne israel ke khilaaf jihad chhod diya.</w:t>
      </w:r>
    </w:p>
    <w:p>
      <w:pPr>
        <w:jc w:val="right"/>
      </w:pPr>
      <w:r>
        <w:t>تو ملے ہوئے پر راضی نہیں ہوئے وہ۔ انہیں پورا فلسطین چاہیے تھا، پورا فلسطین۔ اور انہوں نے اسرائیل کے خلاف جہاد چھوڑ دیا۔</w:t>
      </w:r>
    </w:p>
    <w:p>
      <w:r>
        <w:rPr>
          <w:b/>
        </w:rPr>
        <w:t xml:space="preserve">[17:55] </w:t>
      </w:r>
      <w:r>
        <w:t>kya hua? tabaahi. arbon ko jo mila tha, us par raazi ho jaate to kitne moqay thay is ko avail karte</w:t>
      </w:r>
    </w:p>
    <w:p>
      <w:pPr>
        <w:jc w:val="right"/>
      </w:pPr>
      <w:r>
        <w:t>کیا ہوا؟ تباہ۔ عربوں کو جو ملا تھا، اس پر راضی ہو جاتے تو کتنے مواقع تھے اس کو اویل کرتے</w:t>
      </w:r>
    </w:p>
    <w:p>
      <w:r>
        <w:rPr>
          <w:b/>
        </w:rPr>
        <w:t xml:space="preserve">[18:05] </w:t>
      </w:r>
      <w:r>
        <w:t>wo. maslan education, maslan industry, business waghera. aur sab se barh kar da'wah work.</w:t>
      </w:r>
    </w:p>
    <w:p>
      <w:pPr>
        <w:jc w:val="right"/>
      </w:pPr>
      <w:r>
        <w:t>وہ۔ مثلاً ایجوکیشن، مثلاً انڈسٹری، بزنس وغیرہ۔ اور سب سے بڑھ کر داؤ ورک۔</w:t>
      </w:r>
    </w:p>
    <w:p>
      <w:r>
        <w:rPr>
          <w:b/>
        </w:rPr>
        <w:t xml:space="preserve">[18:15] </w:t>
      </w:r>
      <w:r>
        <w:t>is area mein, yeh middle east ka jo area hai, woh bohat zabardast wahan par tourist ka aana jaana hai.</w:t>
      </w:r>
    </w:p>
    <w:p>
      <w:pPr>
        <w:jc w:val="right"/>
      </w:pPr>
      <w:r>
        <w:t>اس ایریا میں، یہ مڈل ایسٹ کا جو ایریا ہے، وہ بہت زبردست وہاں پر ٹورسٹ کا آنا جانا ہے۔</w:t>
      </w:r>
    </w:p>
    <w:p>
      <w:r>
        <w:rPr>
          <w:b/>
        </w:rPr>
        <w:t xml:space="preserve">[18:24] </w:t>
      </w:r>
      <w:r>
        <w:t>kyun ke wahan par is tarah ka monument bohat ziyada hai. muslim monument, muslim history, christian history, jewish history, sari yahin to bani.</w:t>
      </w:r>
    </w:p>
    <w:p>
      <w:pPr>
        <w:jc w:val="right"/>
      </w:pPr>
      <w:r>
        <w:t>کیونکہ وہاں پر اس طرح کا مونومنٹ بہت زیادہ ہے۔ مسلم مونومنٹ، مسلم ہسٹری، کرسچن ہسٹری، جوئش ہسٹری، ساری یہیں تو بنی۔</w:t>
      </w:r>
    </w:p>
    <w:p>
      <w:r>
        <w:rPr>
          <w:b/>
        </w:rPr>
        <w:t xml:space="preserve">[18:36] </w:t>
      </w:r>
      <w:r>
        <w:t>to bohat ziyada aate hain log. to da'wah work karne ka moqa tha un ko.</w:t>
      </w:r>
    </w:p>
    <w:p>
      <w:pPr>
        <w:jc w:val="right"/>
      </w:pPr>
      <w:r>
        <w:t>تو بہت زیادہ آتے ہیں لوگ۔ تو داؤ ورک کرنے کا موقع تھا ان کو۔</w:t>
      </w:r>
    </w:p>
    <w:p>
      <w:r>
        <w:rPr>
          <w:b/>
        </w:rPr>
        <w:t xml:space="preserve">[18:45] </w:t>
      </w:r>
      <w:r>
        <w:t>yeh sab chhod kar bas kya hai? falasteen ka baqiya hissa unhein lena hai. aur 60 saal se ziyada muddat guzar gayi ladte hue, aur sirf tabaahi hissay mein aayi.</w:t>
      </w:r>
    </w:p>
    <w:p>
      <w:pPr>
        <w:jc w:val="right"/>
      </w:pPr>
      <w:r>
        <w:t>یہ سب چھوڑ کر بس کیا ہے؟ فلسطین کا بقیہ حصہ انہیں لینا ہے۔ اور ساٹھ سال سے زیادہ مدت گزر گئی لڑتے ہوئے، اور صرف تباہی حصے میں آئی۔</w:t>
      </w:r>
    </w:p>
    <w:p>
      <w:r>
        <w:rPr>
          <w:b/>
        </w:rPr>
        <w:t xml:space="preserve">[18:59] </w:t>
      </w:r>
      <w:r>
        <w:t>to dunya hi mein dikha raha hai Allah taala ke agar tum focus karoge na mile hue par, to yahan bhi khatra dunya wala aakhirat hoga.</w:t>
      </w:r>
    </w:p>
    <w:p>
      <w:pPr>
        <w:jc w:val="right"/>
      </w:pPr>
      <w:r>
        <w:t>تو دنیا ہی میں دکھا رہا ہے اللہ تعالیٰ کہ اگر تم فوکس کرو گے نہ ملے ہوئے پر، تو یہاں بھی خطرہ دنیا والا آخرت ہوگا۔</w:t>
      </w:r>
    </w:p>
    <w:p>
      <w:r>
        <w:rPr>
          <w:b/>
        </w:rPr>
        <w:t xml:space="preserve">[19:10] </w:t>
      </w:r>
      <w:r>
        <w:t>yeh Allah taala ki taraf dikhaya ja raha hai ke agar tum focus karoge na mile hue par, to tum khatra dunya wala aakhirat ka misdaq ban jaoge.</w:t>
      </w:r>
    </w:p>
    <w:p>
      <w:pPr>
        <w:jc w:val="right"/>
      </w:pPr>
      <w:r>
        <w:t>یہ اللہ تعالیٰ کی طرف دکھایا جا رہا ہے کہ اگر تم فوکس کرو گے نہ ملے ہوئے پر، تو تم خطرہ دنیا والا آخرت کا مصداق بن جاؤ گے۔</w:t>
      </w:r>
    </w:p>
    <w:p>
      <w:r>
        <w:rPr>
          <w:b/>
        </w:rPr>
        <w:t xml:space="preserve">[19:21] </w:t>
      </w:r>
      <w:r>
        <w:t>yahan bhi khoge, wahan bhi khoye hoge. yeh har jagah ho raha hai.</w:t>
      </w:r>
    </w:p>
    <w:p>
      <w:pPr>
        <w:jc w:val="right"/>
      </w:pPr>
      <w:r>
        <w:t>یہاں بھی کھو گے، وہاں بھی کھوئے ہو گے۔ یہ ہر جگہ ہو رہا ہے۔</w:t>
      </w:r>
    </w:p>
    <w:p>
      <w:r>
        <w:rPr>
          <w:b/>
        </w:rPr>
        <w:t xml:space="preserve">[19:27] </w:t>
      </w:r>
      <w:r>
        <w:t>Bosnia mein ke dekhiye, wahan ek Musalman izzat be gosh election mein jeet gaye.</w:t>
      </w:r>
    </w:p>
    <w:p>
      <w:pPr>
        <w:jc w:val="right"/>
      </w:pPr>
      <w:r>
        <w:t>بوسنیا میں کہ دیکھیے، وہاں ایک مسلمان عزت بے گوش الیکشن میں جیت گئے۔</w:t>
      </w:r>
    </w:p>
    <w:p>
      <w:r>
        <w:rPr>
          <w:b/>
        </w:rPr>
        <w:t xml:space="preserve">[19:36] </w:t>
      </w:r>
      <w:r>
        <w:t>aur woh wahan ke Bosnia ek ek sooba tha Yugoslavia ka. to iske woh Chief Minister ho gaye, jo India mein hum kehte hain Chief Minister.</w:t>
      </w:r>
    </w:p>
    <w:p>
      <w:pPr>
        <w:jc w:val="right"/>
      </w:pPr>
      <w:r>
        <w:t>اور وہ وہاں کے بوسنیا ایک ایک صوبہ تھا یوگوسلاویہ کا۔ تو اس کے وہ چیف منسٹر ہو گئے، جو انڈیا میں ہم کہتے ہیں چیف منسٹر۔</w:t>
      </w:r>
    </w:p>
    <w:p>
      <w:r>
        <w:rPr>
          <w:b/>
        </w:rPr>
        <w:t xml:space="preserve">[19:47] </w:t>
      </w:r>
      <w:r>
        <w:t>wahan yeh lafz nahi bulaya tha. India ke lehaz se ek state ke Chief Minister ho gaye. lekin is par raazi nahi hue woh.</w:t>
      </w:r>
    </w:p>
    <w:p>
      <w:pPr>
        <w:jc w:val="right"/>
      </w:pPr>
      <w:r>
        <w:t>وہاں یہ لفظ نہیں بلایا تھا۔ انڈیا کے لحاظ سے ایک اسٹیٹ کے چیف منسٹر ہو گئے۔ لیکن اس پر راضی نہیں ہوئے وہ۔</w:t>
      </w:r>
    </w:p>
    <w:p>
      <w:r>
        <w:rPr>
          <w:b/>
        </w:rPr>
        <w:t xml:space="preserve">[19:56] </w:t>
      </w:r>
      <w:r>
        <w:t>unhone independent declare kar diya. yani independent, independent Bosnia ke president banna tha inhonein.</w:t>
      </w:r>
    </w:p>
    <w:p>
      <w:pPr>
        <w:jc w:val="right"/>
      </w:pPr>
      <w:r>
        <w:t>انہوں نے انڈیپنڈنٹ ڈیکلیئر کر دیا۔ یعنی انڈیپنڈنٹ، انڈیپنڈنٹ بوسنیا کے پریزیڈنٹ بننا تھا انہیں۔</w:t>
      </w:r>
    </w:p>
    <w:p>
      <w:r>
        <w:rPr>
          <w:b/>
        </w:rPr>
        <w:t xml:space="preserve">[20:05] </w:t>
      </w:r>
      <w:r>
        <w:t>natija kya hua? woh khud bhi mar gaye, Bosnia bhi tabah hua, kuch bhi nahi mila. mile hue par raazi na hona, aur khoye hue par focus daal dena apna.</w:t>
      </w:r>
    </w:p>
    <w:p>
      <w:pPr>
        <w:jc w:val="right"/>
      </w:pPr>
      <w:r>
        <w:t>نتیجہ کیا ہوا؟ وہ خود بھی مر گئے، بوسنیا بھی تباہ ہوا، کچھ بھی نہیں ملا۔ ملے ہوئے پر راضی نہ ہونا، اور کھوئے ہوئے پر فوکس ڈال دینا اپنا۔</w:t>
      </w:r>
    </w:p>
    <w:p>
      <w:r>
        <w:rPr>
          <w:b/>
        </w:rPr>
        <w:t xml:space="preserve">[20:18] </w:t>
      </w:r>
      <w:r>
        <w:t>yahi hai satrik rasta. aur sab isi mein pade hue hain.</w:t>
      </w:r>
    </w:p>
    <w:p>
      <w:pPr>
        <w:jc w:val="right"/>
      </w:pPr>
      <w:r>
        <w:t>یہی ہے سیٹرک راستہ۔ اور سب اسی میں پڑے ہوئے ہیں۔</w:t>
      </w:r>
    </w:p>
    <w:p>
      <w:r>
        <w:rPr>
          <w:b/>
        </w:rPr>
        <w:t xml:space="preserve">[20:23] </w:t>
      </w:r>
      <w:r>
        <w:t>sab. poori poori ummat Muslima isi mein padi hui hai. dekhiye, is dunya mein har lamha aap ke paas million billion item hain shukr karne ke.</w:t>
      </w:r>
    </w:p>
    <w:p>
      <w:pPr>
        <w:jc w:val="right"/>
      </w:pPr>
      <w:r>
        <w:t>سب۔ پوری پوری ملت مسلمہ اسی میں پڑی ہوئی ہے۔ دیکھیے، اس دنیا میں ہر لمحہ آپ کے پاس ملین بلین آئٹم ہیں شکر کرنے کے۔</w:t>
      </w:r>
    </w:p>
    <w:p>
      <w:r>
        <w:rPr>
          <w:b/>
        </w:rPr>
        <w:t xml:space="preserve">[20:38] </w:t>
      </w:r>
      <w:r>
        <w:t>million billion train item shukr karne ke hain. bas shukr kijiye. ek do cheez jo nahi mili hui hain, bas usi par focus kar dete hain aap.</w:t>
      </w:r>
    </w:p>
    <w:p>
      <w:pPr>
        <w:jc w:val="right"/>
      </w:pPr>
      <w:r>
        <w:t>ملین بلین ٹرین آئٹم شکر کرنے کے ہیں۔ بس شکر کیجیے۔ ایک دو چیز جو نہیں ملی ہوئی ہیں، بس اسی پر فوکس کر دیتے ہیں آپ۔</w:t>
      </w:r>
    </w:p>
    <w:p>
      <w:r>
        <w:rPr>
          <w:b/>
        </w:rPr>
        <w:t xml:space="preserve">[20:47] </w:t>
      </w:r>
      <w:r>
        <w:t>kyunki saturn yahi sikhata hai. saturn ko sab ko tabah karna hai.</w:t>
      </w:r>
    </w:p>
    <w:p>
      <w:pPr>
        <w:jc w:val="right"/>
      </w:pPr>
      <w:r>
        <w:t>کیونکہ سیٹرن یہی سکھاتا ہے۔ سیٹرن کو سب کو تباہ کرنا ہے۔</w:t>
      </w:r>
    </w:p>
    <w:p>
      <w:r>
        <w:rPr>
          <w:b/>
        </w:rPr>
        <w:t xml:space="preserve">[20:55] </w:t>
      </w:r>
      <w:r>
        <w:t>ab aaj ka qissa mein batata hoon aap ko. aaj kya hua? aaj ka jo tajurba batata hoon aap ko, tajurba. kal shaam ko mein bohat thaka hua tha.</w:t>
      </w:r>
    </w:p>
    <w:p>
      <w:pPr>
        <w:jc w:val="right"/>
      </w:pPr>
      <w:r>
        <w:t>اب آج کا قصہ میں بتاتا ہوں آپ کو۔ آج کیا ہوا؟ آج کا جو تجربہ بتاتا ہوں آپ کو، تجربہ۔ کل شام کو میں بہت تھکا ہوا تھا۔</w:t>
      </w:r>
    </w:p>
    <w:p>
      <w:r>
        <w:rPr>
          <w:b/>
        </w:rPr>
        <w:t xml:space="preserve">[21:09] </w:t>
      </w:r>
      <w:r>
        <w:t>kyunki din ko mein sota nahi hoon. to Isha ki namaz ke baad bistar par gaya. to wahan par gadhe ka bistar tha, lihaf tha, odh kar so gaya.</w:t>
      </w:r>
    </w:p>
    <w:p>
      <w:pPr>
        <w:jc w:val="right"/>
      </w:pPr>
      <w:r>
        <w:t>کیونکہ دن کو میں سوتا نہیں ہوں۔ تو عشاء کی نماز کے بعد بستر پر گیا۔ تو وہاں پر گدھے کا بستر تھا، لحاف تھا، اوڑھ کر سو گیا۔</w:t>
      </w:r>
    </w:p>
    <w:p>
      <w:r>
        <w:rPr>
          <w:b/>
        </w:rPr>
        <w:t xml:space="preserve">[21:23] </w:t>
      </w:r>
      <w:r>
        <w:t>achi neend aayi.</w:t>
      </w:r>
    </w:p>
    <w:p>
      <w:pPr>
        <w:jc w:val="right"/>
      </w:pPr>
      <w:r>
        <w:t>اچھی نیند آئی۔</w:t>
      </w:r>
    </w:p>
    <w:p>
      <w:r>
        <w:rPr>
          <w:b/>
        </w:rPr>
        <w:t xml:space="preserve">[21:26] </w:t>
      </w:r>
      <w:r>
        <w:t>raat bhar sota raha. phir subah ko utha to ghusal karna tha.</w:t>
      </w:r>
    </w:p>
    <w:p>
      <w:pPr>
        <w:jc w:val="right"/>
      </w:pPr>
      <w:r>
        <w:t>رات بھر سوتا رہا۔ پھر صبح کو اٹھا تو غسل کرنا تھا۔</w:t>
      </w:r>
    </w:p>
    <w:p>
      <w:r>
        <w:rPr>
          <w:b/>
        </w:rPr>
        <w:t xml:space="preserve">[21:35] </w:t>
      </w:r>
      <w:r>
        <w:t>bathroom mein gaya, aap jante hain ke thandak ka mausam yeh hai. to wahan par maine ek switch dabaya aur geyser chalne laga.</w:t>
      </w:r>
    </w:p>
    <w:p>
      <w:pPr>
        <w:jc w:val="right"/>
      </w:pPr>
      <w:r>
        <w:t>باتھ روم میں گیا، آپ جانتے ہیں کہ ٹھنڈک کا موسم یہ ہے۔ تو وہاں پر میں نے ایک سوئچ دبایا اور گیزر چلنے لگا۔</w:t>
      </w:r>
    </w:p>
    <w:p>
      <w:r>
        <w:rPr>
          <w:b/>
        </w:rPr>
        <w:t xml:space="preserve">[21:45] </w:t>
      </w:r>
      <w:r>
        <w:t>geyser mein pani garam hone laga. idhar tap ghumaya to pani aa raha hai is mein.</w:t>
      </w:r>
    </w:p>
    <w:p>
      <w:pPr>
        <w:jc w:val="right"/>
      </w:pPr>
      <w:r>
        <w:t>گیزر میں پانی گرم ہونے لگا۔ ادھر ٹیپ گھمایا تو پانی آ رہا ہے اس میں۔</w:t>
      </w:r>
    </w:p>
    <w:p>
      <w:r>
        <w:rPr>
          <w:b/>
        </w:rPr>
        <w:t xml:space="preserve">[21:54] </w:t>
      </w:r>
      <w:r>
        <w:t>to kuch der ke baad jab pani garam ho gaya to maine ghusal kiya garam pani se. toliye se hath budal posha.</w:t>
      </w:r>
    </w:p>
    <w:p>
      <w:pPr>
        <w:jc w:val="right"/>
      </w:pPr>
      <w:r>
        <w:t>تو کچھ دیر کے بعد جب پانی گرم ہو گیا تو میں نے غسل کیا گرم پانی سے۔ تولیہ سے ہاتھ بڈل پوشا۔</w:t>
      </w:r>
    </w:p>
    <w:p>
      <w:r>
        <w:rPr>
          <w:b/>
        </w:rPr>
        <w:t xml:space="preserve">[22:06] </w:t>
      </w:r>
      <w:r>
        <w:t>phir bahar aaya kamre mein to wahan par hair dryer rakha hua tha. hair dryer se baal sukhaye, kapde badle.</w:t>
      </w:r>
    </w:p>
    <w:p>
      <w:pPr>
        <w:jc w:val="right"/>
      </w:pPr>
      <w:r>
        <w:t>پھر باہر آیا کمرے میں تو وہاں پر ہیئر ڈرائر رکھا ہوا تھا۔ ہیئر ڈرائر سے بال سکھائے، کپڑے بدلے۔</w:t>
      </w:r>
    </w:p>
    <w:p>
      <w:r>
        <w:rPr>
          <w:b/>
        </w:rPr>
        <w:t xml:space="preserve">[22:19] </w:t>
      </w:r>
      <w:r>
        <w:t>phir bahar aaya to suraj nikal chuka tha. ab wahan suraj mein baith gaya mein. do rakat namaz padhi maine. Allah ka shukr ada karne ke liye.</w:t>
      </w:r>
    </w:p>
    <w:p>
      <w:pPr>
        <w:jc w:val="right"/>
      </w:pPr>
      <w:r>
        <w:t>پھر باہر آیا تو سورج نکل چکا تھا۔ اب وہاں سورج میں بیٹھ گیا میں۔ دو رکعت نماز پڑھی میں نے۔ اللہ کا شکر ادا کرنے کے لیے۔</w:t>
      </w:r>
    </w:p>
    <w:p>
      <w:r>
        <w:rPr>
          <w:b/>
        </w:rPr>
        <w:t xml:space="preserve">[22:33] </w:t>
      </w:r>
      <w:r>
        <w:t>to shukr mein mein sharabor tha ke itni sari nematein hain, itni sari nematein hain, itni sari nematein hain.</w:t>
      </w:r>
    </w:p>
    <w:p>
      <w:pPr>
        <w:jc w:val="right"/>
      </w:pPr>
      <w:r>
        <w:t>تو شکر میں میں شرابور تھا کہ اتنی ساری نعمتیں ہیں، اتنی ساری نعمتیں ہیں، اتنی ساری نعمتیں ہیں۔</w:t>
      </w:r>
    </w:p>
    <w:p>
      <w:r>
        <w:rPr>
          <w:b/>
        </w:rPr>
        <w:t xml:space="preserve">[22:43] </w:t>
      </w:r>
      <w:r>
        <w:t>is ke baad jab akhbar uthaya to is mein kya tha? yeh aaj ka paper hai, aaj ka paper.</w:t>
      </w:r>
    </w:p>
    <w:p>
      <w:pPr>
        <w:jc w:val="right"/>
      </w:pPr>
      <w:r>
        <w:t>اس کے بعد جب اخبار اٹھایا تو اس میں کیا تھا؟ یہ آج کا پیپر ہے، آج کا پیپر۔</w:t>
      </w:r>
    </w:p>
    <w:p>
      <w:r>
        <w:rPr>
          <w:b/>
        </w:rPr>
        <w:t xml:space="preserve">[22:51] </w:t>
      </w:r>
      <w:r>
        <w:t>aaj ka paper hai yeh. kya news is mein hai? is mein news hai ke 28 dead in Egypt clashes.</w:t>
      </w:r>
    </w:p>
    <w:p>
      <w:pPr>
        <w:jc w:val="right"/>
      </w:pPr>
      <w:r>
        <w:t>آج کا پیپر ہے یہ۔ کیا نیوز اس میں ہے؟ اس میں نیوز ہے کہ 28 ڈیڈ ان ایجپٹ کلیشز۔</w:t>
      </w:r>
    </w:p>
    <w:p>
      <w:r>
        <w:rPr>
          <w:b/>
        </w:rPr>
        <w:t xml:space="preserve">[23:06] </w:t>
      </w:r>
      <w:r>
        <w:t>28 dead in Egypt clashes. yani Misr mein khud Misriyon mein aapas mein takrao hua, khud Musalmanon mein aapas mein takrao hua.</w:t>
      </w:r>
    </w:p>
    <w:p>
      <w:pPr>
        <w:jc w:val="right"/>
      </w:pPr>
      <w:r>
        <w:t>28 ڈیڈ ان ایجپٹ کلیشز۔ یعنی مصر میں خود مصریوں میں آپس میں ٹکراؤ ہوا، خود مسلمانوں میں آپس میں ٹکراؤ ہوا۔</w:t>
      </w:r>
    </w:p>
    <w:p>
      <w:r>
        <w:rPr>
          <w:b/>
        </w:rPr>
        <w:t xml:space="preserve">[23:20] </w:t>
      </w:r>
      <w:r>
        <w:t>aur is mein 28 mar gaye.</w:t>
      </w:r>
    </w:p>
    <w:p>
      <w:pPr>
        <w:jc w:val="right"/>
      </w:pPr>
      <w:r>
        <w:t>اور اس میں 28 مر گئے۔</w:t>
      </w:r>
    </w:p>
    <w:p>
      <w:r>
        <w:rPr>
          <w:b/>
        </w:rPr>
        <w:t xml:space="preserve">[23:25] </w:t>
      </w:r>
      <w:r>
        <w:t>ab is ke baad is mein bataya gaya hai, aap dekh rahe hain is mein aik aik tasweer hai, aik jaloos ki. woh tasweer mein kya hai?</w:t>
      </w:r>
    </w:p>
    <w:p>
      <w:pPr>
        <w:jc w:val="right"/>
      </w:pPr>
      <w:r>
        <w:t>اب اس کے بعد اس میں بتایا گیا ہے، آپ دیکھ رہے ہیں اس میں ایک ایک تصویر ہے، ایک جلوس کی۔ وہ تصویر میں کیا ہے؟</w:t>
      </w:r>
    </w:p>
    <w:p>
      <w:r>
        <w:rPr>
          <w:b/>
        </w:rPr>
        <w:t xml:space="preserve">[23:34] </w:t>
      </w:r>
      <w:r>
        <w:t>woh banner uthaye hue hain. woh banner mein bohat si tasweerein lagi hui hain. aur neeche likha hua "la ninsakum".</w:t>
      </w:r>
    </w:p>
    <w:p>
      <w:pPr>
        <w:jc w:val="right"/>
      </w:pPr>
      <w:r>
        <w:t>وہ بینر اٹھائے ہوئے ہیں۔ وہ بینر میں بہت سی تصویریں لگی ہوئی ہیں۔ اور نیچے لکھا ہوا "لا ننساکم"۔</w:t>
      </w:r>
    </w:p>
    <w:p>
      <w:r>
        <w:rPr>
          <w:b/>
        </w:rPr>
        <w:t xml:space="preserve">[23:45] </w:t>
      </w:r>
      <w:r>
        <w:t>pichhle saal jab husni mubarak ka aik daur khatam hua tha to bari dhoom thi misr mein, bari dhoom thi.</w:t>
      </w:r>
    </w:p>
    <w:p>
      <w:pPr>
        <w:jc w:val="right"/>
      </w:pPr>
      <w:r>
        <w:t>پچھلے سال جب حسنی مبارک کا ایک دور ختم ہوا تھا تو بڑی دھوم تھی مصر میں، بڑی دھوم تھی۔</w:t>
      </w:r>
    </w:p>
    <w:p>
      <w:r>
        <w:rPr>
          <w:b/>
        </w:rPr>
        <w:t xml:space="preserve">[23:57] </w:t>
      </w:r>
      <w:r>
        <w:t>is zamane mein clish bhi ho gaya aur aur 70 aadmi mar gaye. to is ki yaad banane ke liye aaj salgirah thi, is ke baad manane ke liye jaloos nikla.</w:t>
      </w:r>
    </w:p>
    <w:p>
      <w:pPr>
        <w:jc w:val="right"/>
      </w:pPr>
      <w:r>
        <w:t>اس زمانے میں کلیش بھی ہو گیا۔ اور اور 70 آدمی مر گئے۔ تو اس کی یاد بنانے کے لیے آج سالگرہ تھی، اس کے بعد منانے کے لیے جلوس نکلا۔</w:t>
      </w:r>
    </w:p>
    <w:p>
      <w:r>
        <w:rPr>
          <w:b/>
        </w:rPr>
        <w:t xml:space="preserve">[24:11] </w:t>
      </w:r>
      <w:r>
        <w:t>un logon ki tasweerein hain jo pichhle saal mare the, 70 aadmi. aur is mein neeche likha hua "la ninsakum". hum tum ko hargiz nahi bhulenge.</w:t>
      </w:r>
    </w:p>
    <w:p>
      <w:pPr>
        <w:jc w:val="right"/>
      </w:pPr>
      <w:r>
        <w:t>ان لوگوں کی تصویریں ہیں جو پچھلے سال مرے تھے، 70 آدمی۔ اور اس میں نیچے لکھا ہوا "لا ننساکم"۔ ہم تم کو ہرگز نہیں بھولیں گے۔</w:t>
      </w:r>
    </w:p>
    <w:p>
      <w:r>
        <w:rPr>
          <w:b/>
        </w:rPr>
        <w:t xml:space="preserve">[24:22] </w:t>
      </w:r>
      <w:r>
        <w:t>hum tum ko hargiz nahi bhulenge. aur phir jante hain kya hua? dobara clish hua. abhi to first report mein 28 aaye hain.</w:t>
      </w:r>
    </w:p>
    <w:p>
      <w:pPr>
        <w:jc w:val="right"/>
      </w:pPr>
      <w:r>
        <w:t>ہم تم کو ہرگز نہیں بھولیں گے۔ اور پھر جانتے ہیں کیا ہوا؟ دوبارہ کلیش ہوا۔ ابھی تو فرسٹ رپورٹ میں 28 آئے ہیں۔</w:t>
      </w:r>
    </w:p>
    <w:p>
      <w:r>
        <w:rPr>
          <w:b/>
        </w:rPr>
        <w:t xml:space="preserve">[24:32] </w:t>
      </w:r>
      <w:r>
        <w:t>abhi ya kal parson jo report aayi, kyunke injury to bohat sari hoti hai. yeh tadad kahan tak pahunch jaye? hota hai dobara 70 aadmi mar jayein.</w:t>
      </w:r>
    </w:p>
    <w:p>
      <w:pPr>
        <w:jc w:val="right"/>
      </w:pPr>
      <w:r>
        <w:t>ابھی یا کل پرسوں جو رپورٹ آئی، کیونکہ انجری تو بہت ساری ہوتی ہے۔ یہ تعداد کہاں تک پہنچ جائے؟ ہوتا ہے دوبارہ 70 آدمی مر جائیں۔</w:t>
      </w:r>
    </w:p>
    <w:p>
      <w:r>
        <w:rPr>
          <w:b/>
        </w:rPr>
        <w:t xml:space="preserve">[24:43] </w:t>
      </w:r>
      <w:r>
        <w:t>to maine socha ke dekhiye, main bhi aik insaan hoon. main to shukr mein sarsar tha bilkul.</w:t>
      </w:r>
    </w:p>
    <w:p>
      <w:pPr>
        <w:jc w:val="right"/>
      </w:pPr>
      <w:r>
        <w:t>تو میں نے سوچا کہ دیکھیے، میں بھی ایک انسان ہوں۔ میں تو شکر میں سرسار تھا بالکل۔</w:t>
      </w:r>
    </w:p>
    <w:p>
      <w:r>
        <w:rPr>
          <w:b/>
        </w:rPr>
        <w:t xml:space="preserve">[24:53] </w:t>
      </w:r>
      <w:r>
        <w:t>aur akhbar news de raha hai nashukri ki.</w:t>
      </w:r>
    </w:p>
    <w:p>
      <w:pPr>
        <w:jc w:val="right"/>
      </w:pPr>
      <w:r>
        <w:t>اور اخبار نیوز دے رہا ہے ناشکری کی۔</w:t>
      </w:r>
    </w:p>
    <w:p>
      <w:r>
        <w:rPr>
          <w:b/>
        </w:rPr>
        <w:t xml:space="preserve">[24:59] </w:t>
      </w:r>
      <w:r>
        <w:t>to yahi farq hai, un logon ne focus kar rakha hai is cheez par jo nahi mila. aur Allah ke fazl se maine focus kar rakha tha is par jo mujh ko mila.</w:t>
      </w:r>
    </w:p>
    <w:p>
      <w:pPr>
        <w:jc w:val="right"/>
      </w:pPr>
      <w:r>
        <w:t>تو یہی فرق ہے، ان لوگوں نے فوکس کر رکھا ہے اس چیز پر جو نہیں ملا۔ اور اللہ کے فضل سے میں نے فوکس کر رکھا تھا اس پر جو مجھ کو ملا۔</w:t>
      </w:r>
    </w:p>
    <w:p>
      <w:r>
        <w:rPr>
          <w:b/>
        </w:rPr>
        <w:t xml:space="preserve">[25:16] </w:t>
      </w:r>
      <w:r>
        <w:t>yahi kahani tareekh mein dohrai ja rahi hai. har lamha aap ko hazaron cheezein mili hui hain. hazaron nahi, billion billion cheezein mili hui hain. is par focus kijiye.</w:t>
      </w:r>
    </w:p>
    <w:p>
      <w:pPr>
        <w:jc w:val="right"/>
      </w:pPr>
      <w:r>
        <w:t>یہی کہانی تاریخ میں دہرائی جا رہی ہے۔ ہر لمحہ آپ کو ہزاروں چیزیں ملی ہوئی ہیں۔ ہزاروں نہیں، بلین بلین چیزیں ملی ہوئی ہیں۔ اس پر فوکس کیجیے۔</w:t>
      </w:r>
    </w:p>
    <w:p>
      <w:r>
        <w:rPr>
          <w:b/>
        </w:rPr>
        <w:t xml:space="preserve">[25:25] </w:t>
      </w:r>
      <w:r>
        <w:t>lekin shaitan kya karta hai? wahan se hata kar ke na mile par focus karta hai. aur phir aap negative ho jate hain. yeh jo jo log jaloos nikale hue the egypt mein, aap TV pe dekhiye.</w:t>
      </w:r>
    </w:p>
    <w:p>
      <w:pPr>
        <w:jc w:val="right"/>
      </w:pPr>
      <w:r>
        <w:t>لیکن شیطان کیا کرتا ہے؟ وہاں سے ہٹا کر کے نہ ملے پر فوکس کرتا ہے۔ اور پھر آپ نیگیٹیو ہو جاتے ہیں۔ یہ جو جو لوگ جلوس نکالے ہوئے تھے ایجپٹ میں، آپ ٹی وی پہ دیکھیے۔</w:t>
      </w:r>
    </w:p>
    <w:p>
      <w:r>
        <w:rPr>
          <w:b/>
        </w:rPr>
        <w:t xml:space="preserve">[25:42] </w:t>
      </w:r>
      <w:r>
        <w:t>khoob healthy log hain, well dressed hain.</w:t>
      </w:r>
    </w:p>
    <w:p>
      <w:pPr>
        <w:jc w:val="right"/>
      </w:pPr>
      <w:r>
        <w:t>خوب ہیلتھی لوگ ہیں، ویل ڈریسڈ ہیں۔</w:t>
      </w:r>
    </w:p>
    <w:p>
      <w:r>
        <w:rPr>
          <w:b/>
        </w:rPr>
        <w:t xml:space="preserve">[25:46] </w:t>
      </w:r>
      <w:r>
        <w:t>musalmanon ko bohat si cheezein mili hui hain.</w:t>
      </w:r>
    </w:p>
    <w:p>
      <w:pPr>
        <w:jc w:val="right"/>
      </w:pPr>
      <w:r>
        <w:t>مسلمانوں کو بہت سی چیزیں ملی ہوئی ہیں۔</w:t>
      </w:r>
    </w:p>
    <w:p>
      <w:r>
        <w:rPr>
          <w:b/>
        </w:rPr>
        <w:t xml:space="preserve">[25:51] </w:t>
      </w:r>
      <w:r>
        <w:t>agar mili hui na hote to kahan se itna healthy body hota? kahan se itne achhe achhe kapde pehne hue hote woh? to all ready unhein bohat kuch mila hua hai.</w:t>
      </w:r>
    </w:p>
    <w:p>
      <w:pPr>
        <w:jc w:val="right"/>
      </w:pPr>
      <w:r>
        <w:t>اگر ملے ہوئے نہ ہوتے تو کہاں سے اتنا ہیلتھی باڈی ہوتا؟ کہاں سے اتنے اچھے اچھے کپڑے پہنے ہوئے ہوتے وہ؟ تو آل ریڈی انہیں بہت کچھ ملا ہوا ہے۔</w:t>
      </w:r>
    </w:p>
    <w:p>
      <w:r>
        <w:rPr>
          <w:b/>
        </w:rPr>
        <w:t xml:space="preserve">[26:04] </w:t>
      </w:r>
      <w:r>
        <w:t>aur jo cheez nahi mili hui hai, woh billion trillions mein aik se bhi kam hai.</w:t>
      </w:r>
    </w:p>
    <w:p>
      <w:pPr>
        <w:jc w:val="right"/>
      </w:pPr>
      <w:r>
        <w:t>اور جو چیز نہیں ملی ہوئی ہے، وہ بلین ٹریلینز میں ایک سے بھی کم ہے۔</w:t>
      </w:r>
    </w:p>
    <w:p>
      <w:r>
        <w:rPr>
          <w:b/>
        </w:rPr>
        <w:t xml:space="preserve">[26:10] </w:t>
      </w:r>
      <w:r>
        <w:t>is ko le kar kahenge "la ninsakum, la ninsakum". yani khoye hue ko hum nahi bhulenge.</w:t>
      </w:r>
    </w:p>
    <w:p>
      <w:pPr>
        <w:jc w:val="right"/>
      </w:pPr>
      <w:r>
        <w:t>اس کو لے کر کہیں گے "لا ننساکم، لا ننساکم"۔ یعنی کھوئے ہوئے کو ہم نہیں بھولیں گے۔</w:t>
      </w:r>
    </w:p>
    <w:p>
      <w:r>
        <w:rPr>
          <w:b/>
        </w:rPr>
        <w:t xml:space="preserve">[26:19] </w:t>
      </w:r>
      <w:r>
        <w:t>ab dekhiye, main aik aur baat arz karna chahta hoon. yeh sab Islam ke naam par ho raha hai. yeh jo ho raha hai egypt mein, Islam ke naam par ho raha hai.</w:t>
      </w:r>
    </w:p>
    <w:p>
      <w:pPr>
        <w:jc w:val="right"/>
      </w:pPr>
      <w:r>
        <w:t>اب دیکھیے، میں ایک اور بات عرض کرنا چاہتا ہوں۔ یہ سب اسلام کے نام پر ہو رہا ہے۔ یہ جو ہو رہا ہے ایجپٹ میں، اسلام کے نام پر ہو رہا ہے۔</w:t>
      </w:r>
    </w:p>
    <w:p>
      <w:r>
        <w:rPr>
          <w:b/>
        </w:rPr>
        <w:t xml:space="preserve">[26:29] </w:t>
      </w:r>
      <w:r>
        <w:t>aur jab yeh husni mubarak gaye aur all ikhwan ul muslimeen ka akhtar aaya to sare musalman khush ho gaye.</w:t>
      </w:r>
    </w:p>
    <w:p>
      <w:pPr>
        <w:jc w:val="right"/>
      </w:pPr>
      <w:r>
        <w:t>اور جب یہ حسنی مبارک گئے اور آل اخوان المسلمین کا اخطار آیا تو سارے مسلمان خوش ہو گئے۔</w:t>
      </w:r>
    </w:p>
    <w:p>
      <w:r>
        <w:rPr>
          <w:b/>
        </w:rPr>
        <w:t xml:space="preserve">[26:38] </w:t>
      </w:r>
      <w:r>
        <w:t>Islam aa gaya, Islam aa gaya, Islam aa gaya.</w:t>
      </w:r>
    </w:p>
    <w:p>
      <w:pPr>
        <w:jc w:val="right"/>
      </w:pPr>
      <w:r>
        <w:t>اسلام آ گیا، اسلام آ گیا، اسلام آ گیا۔</w:t>
      </w:r>
    </w:p>
    <w:p>
      <w:r>
        <w:rPr>
          <w:b/>
        </w:rPr>
        <w:t xml:space="preserve">[26:43] </w:t>
      </w:r>
      <w:r>
        <w:t>Islam aa gaya, yeh satric culture aa gaya. ab main aap ko compare karne ke liye misaal deta hoon. Islam kya cheez hai?</w:t>
      </w:r>
    </w:p>
    <w:p>
      <w:pPr>
        <w:jc w:val="right"/>
      </w:pPr>
      <w:r>
        <w:t>اسلام آ گیا، یہ سیٹرک کلچر آ گیا۔ اب میں آپ کو کمپیئر کرنے کے لیے مثال دیتا ہوں۔ اسلام کیا چیز ہے؟</w:t>
      </w:r>
    </w:p>
    <w:p>
      <w:r>
        <w:rPr>
          <w:b/>
        </w:rPr>
        <w:t xml:space="preserve">[26:53] </w:t>
      </w:r>
      <w:r>
        <w:t>aur satric culture kya cheez hai? Rasool Allah sal Allah alaihi wasallam ke zamane mein kuch ghazwaat hue, is mein se aik ghazwa ka naam hai ghazwa uhud.</w:t>
      </w:r>
    </w:p>
    <w:p>
      <w:pPr>
        <w:jc w:val="right"/>
      </w:pPr>
      <w:r>
        <w:t>اور سیٹرک کلچر کیا چیز ہے؟ رسول اللہ صلی اللہ علیہ وسلم کے زمانے میں کچھ غزوات ہوئے، اس میں سے ایک غزوہ کا نام ہے غزوہ احد۔</w:t>
      </w:r>
    </w:p>
    <w:p>
      <w:r>
        <w:rPr>
          <w:b/>
        </w:rPr>
        <w:t xml:space="preserve">[27:05] </w:t>
      </w:r>
      <w:r>
        <w:t>ghazwa uhud. ghazwa uhud mein 70 sahabi mare gaye the.</w:t>
      </w:r>
    </w:p>
    <w:p>
      <w:pPr>
        <w:jc w:val="right"/>
      </w:pPr>
      <w:r>
        <w:t>غزوہ احد۔ غزوہ احد میں 70 صحابی مارے گئے تھے۔</w:t>
      </w:r>
    </w:p>
    <w:p>
      <w:r>
        <w:rPr>
          <w:b/>
        </w:rPr>
        <w:t xml:space="preserve">[27:11] </w:t>
      </w:r>
      <w:r>
        <w:t>70 sahaba mare gaye the. is ke baad Rasool Allah ne kya kiya? Rasool Allah ne kya kiya? ke negotiation kar ke, negotiation kar ke yahan tak ke aap ne hudaybiyah agreement kar liya.</w:t>
      </w:r>
    </w:p>
    <w:p>
      <w:pPr>
        <w:jc w:val="right"/>
      </w:pPr>
      <w:r>
        <w:t>70 صحابہ مارے گئے تھے۔ اس کے بعد رسول اللہ نے کیا کیا؟ رسول اللہ نے کیا کیا؟ کہ نیگوشی ایشن کر کے، نیگوشی ایشن کر کے یہاں تک کہ آپ نے حدیبیہ ایگریمنٹ کر لیا۔</w:t>
      </w:r>
    </w:p>
    <w:p>
      <w:r>
        <w:rPr>
          <w:b/>
        </w:rPr>
        <w:t xml:space="preserve">[27:24] </w:t>
      </w:r>
      <w:r>
        <w:t>yani peace agreement.</w:t>
      </w:r>
    </w:p>
    <w:p>
      <w:pPr>
        <w:jc w:val="right"/>
      </w:pPr>
      <w:r>
        <w:t>یعنی پیس ایگریمنٹ۔</w:t>
      </w:r>
    </w:p>
    <w:p>
      <w:r>
        <w:rPr>
          <w:b/>
        </w:rPr>
        <w:t xml:space="preserve">[27:29] </w:t>
      </w:r>
      <w:r>
        <w:t>agar aap yahi karte jo yeh dikha rahe hain ke hum uhud ke shuhada ko nahi bhoolenge, uhud ke shuhada ko nahi bhoolenge, "la nansakum, la nansakum" to kya hota?</w:t>
      </w:r>
    </w:p>
    <w:p>
      <w:pPr>
        <w:jc w:val="right"/>
      </w:pPr>
      <w:r>
        <w:t>اگر آپ یہی کرتے جو یہ دکھا رہے ہیں کہ ہم احد کے شہداء کو نہیں بھولیں گے، احد کے شہداء کو نہیں بھولیں گے، "لا ننساکم، لا ننساکم" تو کیا ہوتا؟</w:t>
      </w:r>
    </w:p>
    <w:p>
      <w:r>
        <w:rPr>
          <w:b/>
        </w:rPr>
        <w:t xml:space="preserve">[27:44] </w:t>
      </w:r>
      <w:r>
        <w:t>hudaybiya ka peace agreement na hota. aur phir kya hota? islam ki tareekh hi na banti. yeh jo middle east hai, woh bhi na banta.</w:t>
      </w:r>
    </w:p>
    <w:p>
      <w:pPr>
        <w:jc w:val="right"/>
      </w:pPr>
      <w:r>
        <w:t>حدیبیہ کا پیس ایگریمنٹ نہ ہوتا۔ اور پھر کیا ہوتا؟ اسلام کی تاریخ ہی نہ بنتی۔ یہ جو مڈل ایسٹ ہے، وہ بھی نہ بنتا۔</w:t>
      </w:r>
    </w:p>
    <w:p>
      <w:r>
        <w:rPr>
          <w:b/>
        </w:rPr>
        <w:t xml:space="preserve">[27:54] </w:t>
      </w:r>
      <w:r>
        <w:t>yeh jo muslim dunya hai, woh bhi na banti. kuch bhi na hota.</w:t>
      </w:r>
    </w:p>
    <w:p>
      <w:pPr>
        <w:jc w:val="right"/>
      </w:pPr>
      <w:r>
        <w:t>یہ جو مسلم دنیا ہے، وہ بھی نہ بنتی۔ کچھ بھی نہ ہوتا۔</w:t>
      </w:r>
    </w:p>
    <w:p>
      <w:r>
        <w:rPr>
          <w:b/>
        </w:rPr>
        <w:t xml:space="preserve">[27:57] </w:t>
      </w:r>
      <w:r>
        <w:t>islam ki tareekh mein dafan ho jati.</w:t>
      </w:r>
    </w:p>
    <w:p>
      <w:pPr>
        <w:jc w:val="right"/>
      </w:pPr>
      <w:r>
        <w:t>اسلام کی تاریخ میں دفن ہو جاتی۔</w:t>
      </w:r>
    </w:p>
    <w:p>
      <w:r>
        <w:rPr>
          <w:b/>
        </w:rPr>
        <w:t xml:space="preserve">[28:03] </w:t>
      </w:r>
      <w:r>
        <w:t>to quran mein hai ke quran mein hai ke</w:t>
      </w:r>
    </w:p>
    <w:p>
      <w:pPr>
        <w:jc w:val="right"/>
      </w:pPr>
      <w:r>
        <w:t>تو قرآن میں ہے کہ قرآن میں ہے کہ</w:t>
      </w:r>
    </w:p>
    <w:p>
      <w:r>
        <w:rPr>
          <w:b/>
        </w:rPr>
        <w:t xml:space="preserve">[28:11] </w:t>
      </w:r>
      <w:r>
        <w:t>gham bagham lakala ta'su ala ma fataakum</w:t>
      </w:r>
    </w:p>
    <w:p>
      <w:pPr>
        <w:jc w:val="right"/>
      </w:pPr>
      <w:r>
        <w:t>غم بغم لکلا تعصوا علی مافاتکم</w:t>
      </w:r>
    </w:p>
    <w:p>
      <w:r>
        <w:rPr>
          <w:b/>
        </w:rPr>
        <w:t xml:space="preserve">[28:19] </w:t>
      </w:r>
      <w:r>
        <w:t>isi ke baad yeh ayat utar rahi hai uhud ke baad ke gham to pada hai lekin us ko bhulana parega tum ko.</w:t>
      </w:r>
    </w:p>
    <w:p>
      <w:pPr>
        <w:jc w:val="right"/>
      </w:pPr>
      <w:r>
        <w:t>اسی کے بعد یہ آیت اتر رہی ہے احد کے بعد کہ غم تو پڑا ہے لیکن اس کو بھلانا پڑے گا تم کو۔</w:t>
      </w:r>
    </w:p>
    <w:p>
      <w:r>
        <w:rPr>
          <w:b/>
        </w:rPr>
        <w:t xml:space="preserve">[28:28] </w:t>
      </w:r>
      <w:r>
        <w:t>yeh jo waqea pesh aaya ke uhud mein 70 sahabi shaheed ho gaye, us ko bhulao.</w:t>
      </w:r>
    </w:p>
    <w:p>
      <w:pPr>
        <w:jc w:val="right"/>
      </w:pPr>
      <w:r>
        <w:t>یہ جو واقعہ پیش آیا کہ احد میں 70 صحابی شہید ہو گئے، اس کو بھلاؤ۔</w:t>
      </w:r>
    </w:p>
    <w:p>
      <w:r>
        <w:rPr>
          <w:b/>
        </w:rPr>
        <w:t xml:space="preserve">[28:38] </w:t>
      </w:r>
      <w:r>
        <w:t>yaani us ko bhulao to aur aur re planning karo. us ko bhula kar ke us ko peeche daal do. future ki re planning karo.</w:t>
      </w:r>
    </w:p>
    <w:p>
      <w:pPr>
        <w:jc w:val="right"/>
      </w:pPr>
      <w:r>
        <w:t>یعنی اس کو بھلاؤ تو اور اور ری پلاننگ کرو۔ اس کو بھلا کر کے اس کو پیچھے ڈال دو۔ فیوچر کی ری پلاننگ کرو۔</w:t>
      </w:r>
    </w:p>
    <w:p>
      <w:r>
        <w:rPr>
          <w:b/>
        </w:rPr>
        <w:t xml:space="preserve">[28:50] </w:t>
      </w:r>
      <w:r>
        <w:t>woh kya re planning thi? ke aap ne peace agreement kar liya inhi logon se jinhone 70 aadmiyon ko shaheed kiya tha. inhi logon se kar liya aap ne. woh bhi neutral sharton par.</w:t>
      </w:r>
    </w:p>
    <w:p>
      <w:pPr>
        <w:jc w:val="right"/>
      </w:pPr>
      <w:r>
        <w:t>وہ کیا ری پلاننگ تھی؟ کہ آپ نے پیس ایگریمنٹ کر لیا انہی لوگوں سے جنہوں نے 70 آدمیوں کو شہید کیا تھا۔ انہی لوگوں سے کر لیا آپ نے۔ وہ بھی نیوٹرل شرطوں پر۔</w:t>
      </w:r>
    </w:p>
    <w:p>
      <w:r>
        <w:rPr>
          <w:b/>
        </w:rPr>
        <w:t xml:space="preserve">[29:02] </w:t>
      </w:r>
      <w:r>
        <w:t>ab yeh dekhiye, yeh misr mein islam aaya hai ke satric culture aaya hai. aap ghor kijiye. yahan par 70 aadmi mare gaye rasool Allah ke zamane mein to 70 aadmiyon ko bhula kar ke rasool Allah ne peace agreement kiya.</w:t>
      </w:r>
    </w:p>
    <w:p>
      <w:pPr>
        <w:jc w:val="right"/>
      </w:pPr>
      <w:r>
        <w:t>اب یہ دیکھیے، یہ مصر میں اسلام آیا ہے کہ سیٹرک کلچر آیا ہے۔ آپ غور کیجیے۔ یہاں پر 70 آدمی مارے گئے رسول اللہ کے زمانے میں تو 70 آدمیوں کو بھلا کر کے رسول اللہ نے پیس ایگریمنٹ کیا۔</w:t>
      </w:r>
    </w:p>
    <w:p>
      <w:r>
        <w:rPr>
          <w:b/>
        </w:rPr>
        <w:t xml:space="preserve">[29:20] </w:t>
      </w:r>
      <w:r>
        <w:t>aur yahan par kya hai? ke 70 aadmi mare gaye to isi ko kehte hain la nansakum, la nansakum hum tum ko kabhi nahi bhoolenge. aur phir dobara aaj to 28 ke marne ki khabar hai.</w:t>
      </w:r>
    </w:p>
    <w:p>
      <w:pPr>
        <w:jc w:val="right"/>
      </w:pPr>
      <w:r>
        <w:t>اور یہاں پر کیا ہے؟ کہ 70 آدمی مارے گئے تو اسی کو کہتے ہیں لا ننساکم، لا ننساکم ہم تم کو کبھی نہیں بھولیں گے۔ اور پھر دوبارہ آج تو 28 کے مرنے کی خبر ہے۔</w:t>
      </w:r>
    </w:p>
    <w:p>
      <w:r>
        <w:rPr>
          <w:b/>
        </w:rPr>
        <w:t xml:space="preserve">[29:32] </w:t>
      </w:r>
      <w:r>
        <w:t>jaldi ho sakta hai dobara 70 aadmi ke marne ki khabar aa jaye. kyunke bahut se zakhmi hue hain. yeh sab islam nahi hai yeh. yeh wahi hai ke saturn jo hai, jo us ne kaha tha ke la tanka dhuriyatuhum illa qalila</w:t>
      </w:r>
    </w:p>
    <w:p>
      <w:pPr>
        <w:jc w:val="right"/>
      </w:pPr>
      <w:r>
        <w:t>جلدی ہو سکتا ہے دوبارہ 70 آدمی کے مرنے کی خبر آ جائے۔ کیونکہ بہت سے زخمی ہوئے ہیں۔ یہ سب اسلام نہیں ہے یہ۔ یہ وہی ہے کہ سیٹرن جو ہے، جو اس نے کہا تھا کہ لا تنکن ذریتهم الا قليلا</w:t>
      </w:r>
    </w:p>
    <w:p>
      <w:r>
        <w:rPr>
          <w:b/>
        </w:rPr>
        <w:t xml:space="preserve">[29:48] </w:t>
      </w:r>
      <w:r>
        <w:t>yaani na mile hue par focus daal kar ke musalmanon ko negative banaya hua hai. sari dunya mein musalmanon ka haal yeh kar rakha hai is ne.</w:t>
      </w:r>
    </w:p>
    <w:p>
      <w:pPr>
        <w:jc w:val="right"/>
      </w:pPr>
      <w:r>
        <w:t>یعنی نہ ملے ہوئے پر فوکس ڈال کر کے مسلمانوں کو نیگیٹیو بنایا ہوا ہے۔ ساری دنیا میں مسلمانوں کا حال یہ کر رکھا ہے اس نے۔</w:t>
      </w:r>
    </w:p>
    <w:p>
      <w:r>
        <w:rPr>
          <w:b/>
        </w:rPr>
        <w:t xml:space="preserve">[30:01] </w:t>
      </w:r>
      <w:r>
        <w:t>individual bhi isi mein phansa hua hai. aur poori ummat yeh bhi isi mein phansi hui hai. poori community bhi isi mein phansi hui hai. saare log, saare musalman jo shikayatein karte hain, aap us se poochein kis kis liye tum shikayatein karte ho?</w:t>
      </w:r>
    </w:p>
    <w:p>
      <w:pPr>
        <w:jc w:val="right"/>
      </w:pPr>
      <w:r>
        <w:t>انڈیویجول بھی اسی میں پھنسا ہوا ہے۔ اور پوری امت یہ بھی اسی میں پھنسی ہوئی ہے۔ پوری کمیونٹی بھی اسی میں پھنسی ہوئی ہے۔ سارے لوگ، سارے مسلمان جو شکایتیں کرتے ہیں، آپ اس سے پوچھیں کس کس لیے تم شکایتیں کرتے ہو؟</w:t>
      </w:r>
    </w:p>
    <w:p>
      <w:r>
        <w:rPr>
          <w:b/>
        </w:rPr>
        <w:t xml:space="preserve">[30:13] </w:t>
      </w:r>
      <w:r>
        <w:t>kis liye protest karte ho?</w:t>
      </w:r>
    </w:p>
    <w:p>
      <w:pPr>
        <w:jc w:val="right"/>
      </w:pPr>
      <w:r>
        <w:t>کس لیے پروٹیسٹ کرتے ہو؟</w:t>
      </w:r>
    </w:p>
    <w:p>
      <w:r>
        <w:rPr>
          <w:b/>
        </w:rPr>
        <w:t xml:space="preserve">[30:17] </w:t>
      </w:r>
      <w:r>
        <w:t>abhi dekhiye, jaipur mein jo function hua hai jis mein ke bahut bada asia ka bada function hota hai, woh bade bade writers aate hain.</w:t>
      </w:r>
    </w:p>
    <w:p>
      <w:pPr>
        <w:jc w:val="right"/>
      </w:pPr>
      <w:r>
        <w:t>ابھی دیکھیے، جیپور میں جو فنکشن ہوا ہے جس میں کہ بہت بڑا ایشیا کا بڑا فنکشن ہوتا ہے، وہ بڑے بڑے رائٹرز آتے ہیں۔</w:t>
      </w:r>
    </w:p>
    <w:p>
      <w:r>
        <w:rPr>
          <w:b/>
        </w:rPr>
        <w:t xml:space="preserve">[30:29] </w:t>
      </w:r>
      <w:r>
        <w:t>to deoband se fatwa nikla ke wahan par jin logon ne rushdie ke baat boli thi, unhone kuch saath diya tha, un ko aap aana band karo.</w:t>
      </w:r>
    </w:p>
    <w:p>
      <w:pPr>
        <w:jc w:val="right"/>
      </w:pPr>
      <w:r>
        <w:t>تو دیوبند سے فتویٰ نکلا کہ وہاں پر جن لوگوں نے رشدی کے کی بات بولی تھی، انہوں نے کچھ ساتھ دیا تھا، ان کو آپ آنا بند کرو۔</w:t>
      </w:r>
    </w:p>
    <w:p>
      <w:r>
        <w:rPr>
          <w:b/>
        </w:rPr>
        <w:t xml:space="preserve">[30:46] </w:t>
      </w:r>
      <w:r>
        <w:t>aur hamari team Allah ke fazal se us ne kya socha?</w:t>
      </w:r>
    </w:p>
    <w:p>
      <w:pPr>
        <w:jc w:val="right"/>
      </w:pPr>
      <w:r>
        <w:t>اور ہماری ٹیم اللہ کے فضل سے اس نے کیا سوچا؟</w:t>
      </w:r>
    </w:p>
    <w:p>
      <w:r>
        <w:rPr>
          <w:b/>
        </w:rPr>
        <w:t xml:space="preserve">[30:49] </w:t>
      </w:r>
      <w:r>
        <w:t>yeh to mauqa hai, yeh to opportunity hai. log wahan akhta ho rahe hain. daudo. to mere kahe baghair daud ke gaye log.</w:t>
      </w:r>
    </w:p>
    <w:p>
      <w:pPr>
        <w:jc w:val="right"/>
      </w:pPr>
      <w:r>
        <w:t>یہ تو موقع ہے، یہ تو اپرچونیٹی ہے۔ لوگ وہاں اکٹھے اکٹھا ہو رہے ہیں۔ دوڑو۔ تو میرے کہے بغیر دوڑ کے گئے لوگ۔</w:t>
      </w:r>
    </w:p>
    <w:p>
      <w:r>
        <w:rPr>
          <w:b/>
        </w:rPr>
        <w:t xml:space="preserve">[30:57] </w:t>
      </w:r>
      <w:r>
        <w:t>wahan logon ne quran distribute kiya.</w:t>
      </w:r>
    </w:p>
    <w:p>
      <w:pPr>
        <w:jc w:val="right"/>
      </w:pPr>
      <w:r>
        <w:t>وہاں لوگوں نے قرآن ڈسٹریبیوٹ کیا۔</w:t>
      </w:r>
    </w:p>
    <w:p>
      <w:r>
        <w:rPr>
          <w:b/>
        </w:rPr>
        <w:t xml:space="preserve">[31:04] </w:t>
      </w:r>
      <w:r>
        <w:t>to wahi jo angrezi ki ek line hai, line hai ke Two men saw out of the prison bar. One saw the mud, the other saw the star.</w:t>
      </w:r>
    </w:p>
    <w:p>
      <w:pPr>
        <w:jc w:val="right"/>
      </w:pPr>
      <w:r>
        <w:t>تو وہی جو انگریزی کی ایک لائن ہے، لائن ہے کہ Two men saw out of the prison bar. One saw the mud, the other saw the star.</w:t>
      </w:r>
    </w:p>
    <w:p>
      <w:r>
        <w:rPr>
          <w:b/>
        </w:rPr>
        <w:t xml:space="preserve">[31:14] </w:t>
      </w:r>
      <w:r>
        <w:t>yaani kuch logon ko negative angle dekhne mein, yaani un ko khushi milti hai. kuch logon ko positive angle dekhne mein khushi milti hai.</w:t>
      </w:r>
    </w:p>
    <w:p>
      <w:pPr>
        <w:jc w:val="right"/>
      </w:pPr>
      <w:r>
        <w:t>یعنی کچھ لوگوں کو نیگیٹیو اینگل دیکھنے میں، یعنی ان کو خوشی ملتی ہے۔ کچھ لوگوں کو پازیٹیو اینگل دیکھنے میں خوشی ملتی ہے۔</w:t>
      </w:r>
    </w:p>
    <w:p>
      <w:r>
        <w:rPr>
          <w:b/>
        </w:rPr>
        <w:t xml:space="preserve">[31:24] </w:t>
      </w:r>
      <w:r>
        <w:t>jo cheezon ko negative angle se dekhna jo hai, woh satric ka kaam hai, saturn ka kaam hai. aur positive angle se dekhna yeh iman walon ka kaam hai, farishton ka kaam hai.</w:t>
      </w:r>
    </w:p>
    <w:p>
      <w:pPr>
        <w:jc w:val="right"/>
      </w:pPr>
      <w:r>
        <w:t>جو چیزوں کو نیگیٹیو اینگل سے دیکھنا جو ہے، وہ سیٹرک کا کام ہے، سیٹرن کا کام ہے۔ اور پازیٹیو اینگل سے دیکھنا یہ ایمان والوں کا کام ہے، فرشتوں کا کام ہے۔</w:t>
      </w:r>
    </w:p>
    <w:p>
      <w:r>
        <w:rPr>
          <w:b/>
        </w:rPr>
        <w:t xml:space="preserve">[31:38] </w:t>
      </w:r>
      <w:r>
        <w:t>yaani itne saare log akhta ho rahe hain jaipur mein to aap khush ho jaiye ke aap ko free mein mil raha hai ek ek audience, ek majma.</w:t>
      </w:r>
    </w:p>
    <w:p>
      <w:pPr>
        <w:jc w:val="right"/>
      </w:pPr>
      <w:r>
        <w:t>یعنی اتنے سارے لوگ اکٹھا ہو رہے ہیں جیپور میں تو آپ خوش ہو جائیے کہ آپ کو فری میں مل رہا ہے ایک ایک آڈینس، ایک مجمع۔</w:t>
      </w:r>
    </w:p>
    <w:p>
      <w:r>
        <w:rPr>
          <w:b/>
        </w:rPr>
        <w:t xml:space="preserve">[31:50] </w:t>
      </w:r>
      <w:r>
        <w:t>jaise rasool Allah sal Allah aleh wasallm jaate the aswaaq mein, wahan bhi aise hi hota tha aswaaq.</w:t>
      </w:r>
    </w:p>
    <w:p>
      <w:pPr>
        <w:jc w:val="right"/>
      </w:pPr>
      <w:r>
        <w:t>جیسے رسول اللہ صلی اللہ علیہ وسلم جاتے تھے اسواق میں، وہاں بھی ایسے ہی ہوتا تھا اسواق۔</w:t>
      </w:r>
    </w:p>
    <w:p>
      <w:r>
        <w:rPr>
          <w:b/>
        </w:rPr>
        <w:t xml:space="preserve">[31:57] </w:t>
      </w:r>
      <w:r>
        <w:t>to yeh to wahi hai. wahan ja kar logon ko Islam pahunchaiye, logon se interact kijiye. logon ke aaj ki soch kya hai, us ko janiye.</w:t>
      </w:r>
    </w:p>
    <w:p>
      <w:pPr>
        <w:jc w:val="right"/>
      </w:pPr>
      <w:r>
        <w:t>تو یہ تو وہی ہے۔ وہاں جا کر لوگوں کو اسلام پہنچائیے، لوگوں سے انٹریکٹ کیجیے۔ لوگوں کے آج کی سوچ کیا ہے، اس کو جانیے۔</w:t>
      </w:r>
    </w:p>
    <w:p>
      <w:r>
        <w:rPr>
          <w:b/>
        </w:rPr>
        <w:t xml:space="preserve">[32:07] </w:t>
      </w:r>
      <w:r>
        <w:t>is ke mutabiq planning kijiye dawat work ki. yeh sab kijiye, Quran pahunchaiye. yeh kya fatwa de rahe hain? yeh Islam nahi hai, yeh sab ya bilashubah satir culture hai yeh.</w:t>
      </w:r>
    </w:p>
    <w:p>
      <w:pPr>
        <w:jc w:val="right"/>
      </w:pPr>
      <w:r>
        <w:t>اس کے مطابق پلاننگ کیجیے دعوت ورک کی۔ یہ سب کیجیے، قرآن پہنچائیے۔ یہ کیا فتویٰ دے رہے ہیں؟ یہ اسلام نہیں ہے، یہ سب یا بلاشبہ سیٹرک کلچر ہے یہ۔</w:t>
      </w:r>
    </w:p>
    <w:p>
      <w:r>
        <w:rPr>
          <w:b/>
        </w:rPr>
        <w:t xml:space="preserve">[32:21] </w:t>
      </w:r>
      <w:r>
        <w:t>yaad rakhiye, jo individual, jo community, jo qaum mile hue par focus na kar ke na mile hue par focus kare, woh bila hue shaitan ko follow kar raha hai.</w:t>
      </w:r>
    </w:p>
    <w:p>
      <w:pPr>
        <w:jc w:val="right"/>
      </w:pPr>
      <w:r>
        <w:t>یاد رکھیے، جو انڈیویجول، جو کمیونٹی، جو قوم ملے ہوئے پر فوکس نہ کر کے نہ ملے ہوئے پر فوکس کرے، وہ بلا ہوئے شیطان کو فالو کر رہا ہے۔</w:t>
      </w:r>
    </w:p>
    <w:p>
      <w:r>
        <w:rPr>
          <w:b/>
        </w:rPr>
        <w:t xml:space="preserve">[32:32] </w:t>
      </w:r>
      <w:r>
        <w:t>woh They are followers of Satan.</w:t>
      </w:r>
    </w:p>
    <w:p>
      <w:pPr>
        <w:jc w:val="right"/>
      </w:pPr>
      <w:r>
        <w:t>وہ They are followers of Satan.</w:t>
      </w:r>
    </w:p>
    <w:p>
      <w:r>
        <w:rPr>
          <w:b/>
        </w:rPr>
        <w:t xml:space="preserve">[32:40] </w:t>
      </w:r>
      <w:r>
        <w:t>kyun? dekhiye, yeh simple baat nahi hai. yeh simple baat nahi hai.</w:t>
      </w:r>
    </w:p>
    <w:p>
      <w:pPr>
        <w:jc w:val="right"/>
      </w:pPr>
      <w:r>
        <w:t>کیوں؟ دیکھیے، یہ سمپل بات نہیں ہے۔ یہ سمپل بات نہیں ہے۔</w:t>
      </w:r>
    </w:p>
    <w:p>
      <w:r>
        <w:rPr>
          <w:b/>
        </w:rPr>
        <w:t xml:space="preserve">[32:52] </w:t>
      </w:r>
      <w:r>
        <w:t>woh baat is mein jo asal baat hai, woh yeh hai ke aap ka mind ek hi cheez par focus kar pata hai.</w:t>
      </w:r>
    </w:p>
    <w:p>
      <w:pPr>
        <w:jc w:val="right"/>
      </w:pPr>
      <w:r>
        <w:t>وہ بات اس میں جو اصل بات ہے، وہ یہ ہے کہ آپ کا مائنڈ ایک ہی چیز پر فوکس کر پاتا ہے۔</w:t>
      </w:r>
    </w:p>
    <w:p>
      <w:r>
        <w:rPr>
          <w:b/>
        </w:rPr>
        <w:t xml:space="preserve">[33:02] </w:t>
      </w:r>
      <w:r>
        <w:t>ma yul Allah la jalam min qalb fi jawfi mind is tarah bana hai aap ka, ya to negative aspect par focus karega ya positive aspect par focus karega.</w:t>
      </w:r>
    </w:p>
    <w:p>
      <w:pPr>
        <w:jc w:val="right"/>
      </w:pPr>
      <w:r>
        <w:t>ما یول اللہ لجلم من قلب فی جوفی مائنڈ اس طرح بنا ہے آپ کا، یا تو نیگیٹیو اسپیکٹ پر فوکس کرے گا یا پازیٹیو اسپیکٹ پر فوکس کرے گا۔</w:t>
      </w:r>
    </w:p>
    <w:p>
      <w:r>
        <w:rPr>
          <w:b/>
        </w:rPr>
        <w:t xml:space="preserve">[33:18] </w:t>
      </w:r>
      <w:r>
        <w:t>to agar aap ka mind chala gaya is cheez par jo aap ne khoya hai, to kya hoga? intellectual process negative taraf chala jayega.</w:t>
      </w:r>
    </w:p>
    <w:p>
      <w:pPr>
        <w:jc w:val="right"/>
      </w:pPr>
      <w:r>
        <w:t>تو اگر آپ کا مائنڈ چلا گیا اس چیز پر جو آپ نے کھویا ہے، تو کیا ہوگا؟ انٹلیکچول پراسیس نیگیٹیو طرف چلا جائے گا۔</w:t>
      </w:r>
    </w:p>
    <w:p>
      <w:r>
        <w:rPr>
          <w:b/>
        </w:rPr>
        <w:t xml:space="preserve">[33:28] </w:t>
      </w:r>
      <w:r>
        <w:t>aap ka intellectual process jo hai, positive taraf jayega nahi. aur phir kya hoga? sab se bara nuqsan aap ke andar jannati shakhsiyat yeh banegi.</w:t>
      </w:r>
    </w:p>
    <w:p>
      <w:pPr>
        <w:jc w:val="right"/>
      </w:pPr>
      <w:r>
        <w:t>آپ کا انٹلیکچول پراسیس جو ہے، پازیٹیو طرف جائے گا نہیں۔ اور پھر کیا ہوگا؟ سب سے بڑا نقصان آپ کے اندر جنتی شخصیت یہ بنے گی۔</w:t>
      </w:r>
    </w:p>
    <w:p>
      <w:r>
        <w:rPr>
          <w:b/>
        </w:rPr>
        <w:t xml:space="preserve">[33:41] </w:t>
      </w:r>
      <w:r>
        <w:t>is dunya mein sab se bara jo kaam karna hai, woh tazkiya ka kaam hai. yaani apne andar jannati shakhsiyat ki taameer.</w:t>
      </w:r>
    </w:p>
    <w:p>
      <w:pPr>
        <w:jc w:val="right"/>
      </w:pPr>
      <w:r>
        <w:t>اس دنیا میں سب سے بڑا جو کام کرنا ہے، وہ تزکیہ کا کام ہے۔ یعنی اپنے اندر جنتی شخصیت کی تعمیر۔</w:t>
      </w:r>
    </w:p>
    <w:p>
      <w:r>
        <w:rPr>
          <w:b/>
        </w:rPr>
        <w:t xml:space="preserve">[33:51] </w:t>
      </w:r>
      <w:r>
        <w:t>jannati shakhsiyat ko develop karna. yahi to kaam hai asal. kyunke jannat ke mein entry kis ko milegi?</w:t>
      </w:r>
    </w:p>
    <w:p>
      <w:pPr>
        <w:jc w:val="right"/>
      </w:pPr>
      <w:r>
        <w:t>جنتی شخصیت کو ڈیولپ کرنا۔ یہی تو کام ہے اصل۔ کیونکہ جنت کے میں انٹری کس کو ملے گی؟</w:t>
      </w:r>
    </w:p>
    <w:p>
      <w:r>
        <w:rPr>
          <w:b/>
        </w:rPr>
        <w:t xml:space="preserve">[34:01] </w:t>
      </w:r>
      <w:r>
        <w:t>zhalika jaza'u muntazeqin al-tawwab jo apni personality ko develop kar ke wahan pahunchenge.</w:t>
      </w:r>
    </w:p>
    <w:p>
      <w:pPr>
        <w:jc w:val="right"/>
      </w:pPr>
      <w:r>
        <w:t>ذٰلِكَ جَزَاءُ مُنْتَزَقِيْنِ الْتَّوَابِ جو اپنی پرسنیلٹی کو ڈیولپ کر کے وہاں پہنچیں گے۔</w:t>
      </w:r>
    </w:p>
    <w:p>
      <w:r>
        <w:rPr>
          <w:b/>
        </w:rPr>
        <w:t xml:space="preserve">[34:09] </w:t>
      </w:r>
      <w:r>
        <w:t>to woh process stop ho jata hai. ab dekhiye ke aaj subah ko mein ne jo waqia bataya aap ka ke mein jab baitha apne barje par, kursi par, aur suraj chamak raha tha, chidiyan ur rahi thin,</w:t>
      </w:r>
    </w:p>
    <w:p>
      <w:pPr>
        <w:jc w:val="right"/>
      </w:pPr>
      <w:r>
        <w:t>تو وہ پراسیس سٹاپ ہو جاتا ہے۔ اب دیکھیے کہ آج صبح کو میں نے جو واقعہ بتایا آپ کا کہ میں جب بیٹھا اپنے بارجے پر، کرسی پر، اور سورج چمک رہا تھا، چڑیاں اڑ رہی تھیں،</w:t>
      </w:r>
    </w:p>
    <w:p>
      <w:r>
        <w:rPr>
          <w:b/>
        </w:rPr>
        <w:t xml:space="preserve">[34:24] </w:t>
      </w:r>
      <w:r>
        <w:t>har bare darakht khare the, khula hua aasman tha. to mein to sharapur tha Allah ki blessing mein.</w:t>
      </w:r>
    </w:p>
    <w:p>
      <w:pPr>
        <w:jc w:val="right"/>
      </w:pPr>
      <w:r>
        <w:t>ہر بڑے درخت کھڑے تھے، کھلا ہوا آسمان تھا۔ تو میں تو شراپور تھا اللہ کی بلیسنگ میں۔</w:t>
      </w:r>
    </w:p>
    <w:p>
      <w:r>
        <w:rPr>
          <w:b/>
        </w:rPr>
        <w:t xml:space="preserve">[34:35] </w:t>
      </w:r>
      <w:r>
        <w:t>ek taraf yeh blessing ke Allah ne neend taari ki, raat bhar soya mein. yeh blessing ke Allah taala ne pani diya, us ko garam karwaya. aur mein nahakar fresh ho gaya.</w:t>
      </w:r>
    </w:p>
    <w:p>
      <w:pPr>
        <w:jc w:val="right"/>
      </w:pPr>
      <w:r>
        <w:t>ایک طرف یہ بلیسنگ کہ اللہ نے نیند طاری کی، رات بھر سویا میں۔ یہ بلیسنگ کہ اللہ تعالیٰ نے پانی دیا، اس کو گرم کروایا۔ اور میں نہا کر فریش ہو گیا۔</w:t>
      </w:r>
    </w:p>
    <w:p>
      <w:r>
        <w:rPr>
          <w:b/>
        </w:rPr>
        <w:t xml:space="preserve">[34:46] </w:t>
      </w:r>
      <w:r>
        <w:t>phir Allah ne kapra diya, kapra pehan kar ke mein bahar aa gaya. phir yahan suraj chamak raha tha. oxygen ki supply ja rahi thi.</w:t>
      </w:r>
    </w:p>
    <w:p>
      <w:pPr>
        <w:jc w:val="right"/>
      </w:pPr>
      <w:r>
        <w:t>پھر اللہ نے کپڑا دیا، کپڑا پہن کر کے میں باہر آ گیا۔ پھر یہاں سورج چمک رہا تھا۔ آکسیجن کی سپلائی جا رہی تھی۔</w:t>
      </w:r>
    </w:p>
    <w:p>
      <w:r>
        <w:rPr>
          <w:b/>
        </w:rPr>
        <w:t xml:space="preserve">[34:57] </w:t>
      </w:r>
      <w:r>
        <w:t>sab yaani Allah ka shukr, blessing hi blessing the. aaj hi subah ko aap jayen Egypt, wahan har aadmi negative boli bol raha hoga.</w:t>
      </w:r>
    </w:p>
    <w:p>
      <w:pPr>
        <w:jc w:val="right"/>
      </w:pPr>
      <w:r>
        <w:t>سب یعنی اللہ کا شکر، بلیسنگ ہی بلیسنگ تھے۔ آج ہی صبح کو آپ جائیں ایجپٹ، وہاں ہر آدمی نیگیٹیو بولی بول رہا ہوگا۔</w:t>
      </w:r>
    </w:p>
    <w:p>
      <w:r>
        <w:rPr>
          <w:b/>
        </w:rPr>
        <w:t xml:space="preserve">[35:08] </w:t>
      </w:r>
      <w:r>
        <w:t>wohi la nansakum, la nansakum hum bhulayenge nahi us ko, hum us ka badla lenge, us ka raunj lenge.</w:t>
      </w:r>
    </w:p>
    <w:p>
      <w:pPr>
        <w:jc w:val="right"/>
      </w:pPr>
      <w:r>
        <w:t>وہی لا ننساکم، لا ننساکم ہم بھلائیں گے نہیں اس کو، ہم اس کا بدلہ لیں گے، اس کا رونج لیں گے۔</w:t>
      </w:r>
    </w:p>
    <w:p>
      <w:r>
        <w:rPr>
          <w:b/>
        </w:rPr>
        <w:t xml:space="preserve">[35:17] </w:t>
      </w:r>
      <w:r>
        <w:t>to har lamha yaad rakhiye, aap between hell and paradise hain. har lamha,</w:t>
      </w:r>
    </w:p>
    <w:p>
      <w:pPr>
        <w:jc w:val="right"/>
      </w:pPr>
      <w:r>
        <w:t>تو ہر لمحہ یاد رکھیے، آپ بٹوین ہیل اینڈ پیراڈائز ہیں۔ ہر لمحہ،</w:t>
      </w:r>
    </w:p>
    <w:p>
      <w:r>
        <w:rPr>
          <w:b/>
        </w:rPr>
        <w:t xml:space="preserve">[35:23] </w:t>
      </w:r>
      <w:r>
        <w:t>every moment. agar aap focus karen mile hue par to shor ka samandar ublega aap ke andar.</w:t>
      </w:r>
    </w:p>
    <w:p>
      <w:pPr>
        <w:jc w:val="right"/>
      </w:pPr>
      <w:r>
        <w:t>ایوری مومنٹ۔ اگر آپ فوکس کریں ملے ہوئے پر تو شور کا سمندر ابلے گا آپ کے اندر۔</w:t>
      </w:r>
    </w:p>
    <w:p>
      <w:r>
        <w:rPr>
          <w:b/>
        </w:rPr>
        <w:t xml:space="preserve">[35:34] </w:t>
      </w:r>
      <w:r>
        <w:t>shukr ke chashme jari ho jayenge aap ke sine mein.</w:t>
      </w:r>
    </w:p>
    <w:p>
      <w:pPr>
        <w:jc w:val="right"/>
      </w:pPr>
      <w:r>
        <w:t>شکر کے چشمے جاری ہو جائیں گے آپ کے سینے میں۔</w:t>
      </w:r>
    </w:p>
    <w:p>
      <w:r>
        <w:rPr>
          <w:b/>
        </w:rPr>
        <w:t xml:space="preserve">[35:41] </w:t>
      </w:r>
      <w:r>
        <w:t>aur agar aap focus karen na mile hue par to aap ke sine mein aag dahkegi, nafrat ki aag.</w:t>
      </w:r>
    </w:p>
    <w:p>
      <w:pPr>
        <w:jc w:val="right"/>
      </w:pPr>
      <w:r>
        <w:t>اور اگر آپ فوکس کریں نہ ملے ہوئے پر تو آپ کے سینے میں آگ دہکے گی، نفرت کی آگ۔</w:t>
      </w:r>
    </w:p>
    <w:p>
      <w:r>
        <w:rPr>
          <w:b/>
        </w:rPr>
        <w:t xml:space="preserve">[35:53] </w:t>
      </w:r>
      <w:r>
        <w:t>wohi to le jayegi jahannum mein. kyunke phir stop, phir aap ke andar jannati shakhsiyat banne ka process stop ho jayega.</w:t>
      </w:r>
    </w:p>
    <w:p>
      <w:pPr>
        <w:jc w:val="right"/>
      </w:pPr>
      <w:r>
        <w:t>وہی تو لے جائے گی جہنم میں۔ کیونکہ پھر اسٹاپ، پھر آپ کے اندر جنتی شخصیت بننے کا پراسیس سٹاپ ہو جائے گا۔</w:t>
      </w:r>
    </w:p>
    <w:p>
      <w:r>
        <w:rPr>
          <w:b/>
        </w:rPr>
        <w:t xml:space="preserve">[36:06] </w:t>
      </w:r>
      <w:r>
        <w:t>sab se bara masla aaj dunya mein yeh hai ke aap ke andar perpetual taur par, musalsal taur par jannati shakhsiyat banane ka process jari rahe.</w:t>
      </w:r>
    </w:p>
    <w:p>
      <w:pPr>
        <w:jc w:val="right"/>
      </w:pPr>
      <w:r>
        <w:t>سب سے بڑا مسئلہ آج دنیا میں یہ ہے کہ آپ کے اندر پرپیچول طور پر، مسلسل طور پر جنتی شخصیت بنانے کا پراسیس جاری رہے۔</w:t>
      </w:r>
    </w:p>
    <w:p>
      <w:r>
        <w:rPr>
          <w:b/>
        </w:rPr>
        <w:t xml:space="preserve">[36:24] </w:t>
      </w:r>
      <w:r>
        <w:t>har lamha jaari rahe, har lamha jaari rahe. jaise mein soch raha tha ke yeh technology jo hai, yeh technology jis ki wajah se yeh paasebal hua hai ke mein yahan bol raha hoon to duniya mein kahan kahan log sun rahe hain.</w:t>
      </w:r>
    </w:p>
    <w:p>
      <w:pPr>
        <w:jc w:val="right"/>
      </w:pPr>
      <w:r>
        <w:t>ہر لمحہ جاری رہے، ہر لمحہ جاری رہے۔ جیسے میں سوچ رہا تھا کہ یہ ٹیکنالوجی جو ہے، یہ ٹیکنالوجی جس کی وجہ سے یہ پاسیبل ہوا ہے کہ میں یہاں بول رہا ہوں تو دنیا میں کہاں کہاں لوگ سن رہے ہیں۔</w:t>
      </w:r>
    </w:p>
    <w:p>
      <w:r>
        <w:rPr>
          <w:b/>
        </w:rPr>
        <w:t xml:space="preserve">[36:40] </w:t>
      </w:r>
      <w:r>
        <w:t>wo recording is ko ho rahi hai, video recording, audio recording. kaisi ajeeb technology hai. pehle zamane mein badshahon ke liye paasebal nahi tha yeh.</w:t>
      </w:r>
    </w:p>
    <w:p>
      <w:pPr>
        <w:jc w:val="right"/>
      </w:pPr>
      <w:r>
        <w:t>وہ ریکارڈنگ اس کو ہو رہی ہے، ویڈیو ریکارڈنگ، آڈیو ریکارڈنگ۔ کیسی عجیب ٹیکنالوجی ہے۔ پہلے زمانے میں بادشاہوں کے لیے پاسیبل نہیں تھا یہ۔</w:t>
      </w:r>
    </w:p>
    <w:p>
      <w:r>
        <w:rPr>
          <w:b/>
        </w:rPr>
        <w:t xml:space="preserve">[36:56] </w:t>
      </w:r>
      <w:r>
        <w:t>yeh technology kahan develop hui? west mein develop hui. yaani sui se le kar hawai jahaz tak sab inhi logon ne to banaya hai.</w:t>
      </w:r>
    </w:p>
    <w:p>
      <w:pPr>
        <w:jc w:val="right"/>
      </w:pPr>
      <w:r>
        <w:t>یہ ٹیکنالوجی کہاں ڈیولپ ہوئی؟ ویسٹ میں ڈیولپ ہوئی۔ یعنی سوئی سے لے کر ہوا جہاز تک سب انہی لوگوں نے تو بنایا ہے۔</w:t>
      </w:r>
    </w:p>
    <w:p>
      <w:r>
        <w:rPr>
          <w:b/>
        </w:rPr>
        <w:t xml:space="preserve">[37:07] </w:t>
      </w:r>
      <w:r>
        <w:t>to mein aaj soch raha tha, quran ki ek ayat mujhe yaad aayi ke Hazrat Nuh jab kashti bana rahe the, Hazrat Nuh jab kashti bana rahe the,</w:t>
      </w:r>
    </w:p>
    <w:p>
      <w:pPr>
        <w:jc w:val="right"/>
      </w:pPr>
      <w:r>
        <w:t>تو میں آج سوچ رہا تھا، قرآن کی ایک آیت مجھے یاد آئی کہ حضرت نوح جب کشتی بنا رہے تھے، حضرت نوح جب کشتی بنا رہے تھے،</w:t>
      </w:r>
    </w:p>
    <w:p>
      <w:r>
        <w:rPr>
          <w:b/>
        </w:rPr>
        <w:t xml:space="preserve">[37:21] </w:t>
      </w:r>
      <w:r>
        <w:t>aaj se chaar hazar saal pehle jab duniya mein civilization nahi thi, kuch bhi nahi tha. to kuch logon ka khayal hai ke Hazrat Nuh ki kashti pehli kashti thi.</w:t>
      </w:r>
    </w:p>
    <w:p>
      <w:pPr>
        <w:jc w:val="right"/>
      </w:pPr>
      <w:r>
        <w:t>آج سے چار ہزار سال پہلے جب دنیا میں سویلائزیشن نہیں تھی، کچھ بھی نہیں تھا۔ تو کچھ لوگوں کا خیال ہے کہ حضرت نوح کی کشتی پہلی کشتی تھی۔</w:t>
      </w:r>
    </w:p>
    <w:p>
      <w:r>
        <w:rPr>
          <w:b/>
        </w:rPr>
        <w:t xml:space="preserve">[37:35] </w:t>
      </w:r>
      <w:r>
        <w:t>to pehli kashti kaise bana paye wo? aap internet par check kijiye to ek ek yeh, yaani kuch logon ki research yeh hai ke wo pehli kashti thi.</w:t>
      </w:r>
    </w:p>
    <w:p>
      <w:pPr>
        <w:jc w:val="right"/>
      </w:pPr>
      <w:r>
        <w:t>تو پہلی کشتی کیسے بنا پائے وہ؟ آپ انٹرنیٹ پر چیک کیجیے تو ایک ایک یہ، یعنی کچھ لوگوں کی ریسرچ یہ ہے کہ وہ پہلی کشتی تھی۔</w:t>
      </w:r>
    </w:p>
    <w:p>
      <w:r>
        <w:rPr>
          <w:b/>
        </w:rPr>
        <w:t xml:space="preserve">[37:49] </w:t>
      </w:r>
      <w:r>
        <w:t>is se pehle insan kashti banana janta nahi tha.</w:t>
      </w:r>
    </w:p>
    <w:p>
      <w:pPr>
        <w:jc w:val="right"/>
      </w:pPr>
      <w:r>
        <w:t>اس سے پہلے انسان کشتی بنانا جانتا نہیں تھا۔</w:t>
      </w:r>
    </w:p>
    <w:p>
      <w:r>
        <w:rPr>
          <w:b/>
        </w:rPr>
        <w:t xml:space="preserve">[37:55] </w:t>
      </w:r>
      <w:r>
        <w:t>to kaise aisa mumkin</w:t>
      </w:r>
    </w:p>
    <w:p>
      <w:pPr>
        <w:jc w:val="right"/>
      </w:pPr>
      <w:r>
        <w:t>تو کیسے ایسا ممکن</w:t>
      </w:r>
    </w:p>
    <w:p>
      <w:r>
        <w:rPr>
          <w:b/>
        </w:rPr>
        <w:t xml:space="preserve">[37:57] </w:t>
      </w:r>
      <w:r>
        <w:t>hua? to quran mein hai ke fasna'il fulka bi'ayninna wa wahna ke kashti banao hamari aankhon ke samne aur hamari wahi ke mutabiq.</w:t>
      </w:r>
    </w:p>
    <w:p>
      <w:pPr>
        <w:jc w:val="right"/>
      </w:pPr>
      <w:r>
        <w:t>ہوا؟ تو قرآن میں ہے کہ فَاسْنَعِلْ فُلْكَ بِعَيْنِنَّا وَوَهْنَا کہ کشتی بناؤ ہماری آنکھوں کے سامنے اور ہماری وحی کے مطابق۔</w:t>
      </w:r>
    </w:p>
    <w:p>
      <w:r>
        <w:rPr>
          <w:b/>
        </w:rPr>
        <w:t xml:space="preserve">[38:10] </w:t>
      </w:r>
      <w:r>
        <w:t>fasna'il fulka bi'ayninna wa wahna is mani ke wo kashti jo banayi thi Hazrat Nuh ne, wo Allah ke farishton ki madad se banayi thi.</w:t>
      </w:r>
    </w:p>
    <w:p>
      <w:pPr>
        <w:jc w:val="right"/>
      </w:pPr>
      <w:r>
        <w:t>فَاسْنَعِلْ فُلْكَ بِعَيْنِنَّا وَوَهْنَا اس معنی کہ وہ کشتی جو بنائی تھی حضرت نوح نے، وہ اللہ کے فرشتوں کی مدد سے بنائی تھی۔</w:t>
      </w:r>
    </w:p>
    <w:p>
      <w:r>
        <w:rPr>
          <w:b/>
        </w:rPr>
        <w:t xml:space="preserve">[38:24] </w:t>
      </w:r>
      <w:r>
        <w:t>yaani Allah ke farishton ne jo batai thi wo technique ke is tarah banao, is tarah banao. to mein ne socha ke yeh jo west mein jo tarqqiyan hui hain, yeh kaise unhon ne socha ke hum is tarah karein to matter move karne laga,</w:t>
      </w:r>
    </w:p>
    <w:p>
      <w:pPr>
        <w:jc w:val="right"/>
      </w:pPr>
      <w:r>
        <w:t>یعنی اللہ کے فرشتوں نے جو بتائی تھی وہ ٹیکنیک کہ اس طرح بناؤ، اس طرح بناؤ۔ تو میں نے سوچا کہ یہ جو ویسٹ میں جو ترقیاں ہوئی ہیں، یہ کیسے انہوں نے سوچا کہ ہم اس طرح کریں تو میٹر موو کرنے لگا،</w:t>
      </w:r>
    </w:p>
    <w:p>
      <w:r>
        <w:rPr>
          <w:b/>
        </w:rPr>
        <w:t xml:space="preserve">[38:42] </w:t>
      </w:r>
      <w:r>
        <w:t>matter urega hawa mein, car banengi, hawai jahaz banenge. is tarah karein to photography ho jayegi. is tarah karein to awaz hamari duniya mein pahunch paye g</w:t>
      </w:r>
    </w:p>
    <w:p>
      <w:pPr>
        <w:jc w:val="right"/>
      </w:pPr>
      <w:r>
        <w:t>میٹر اڑے گا ہوا میں، کار بنیں گی، ہوا جہاز بنیں گے۔ اس طرح کریں تو فوٹوگرافی ہو جائے گی۔ اس طرح کریں تو آواز ہماری دنیا میں پہنچ پائے گ</w:t>
      </w:r>
    </w:p>
    <w:p>
      <w:r>
        <w:rPr>
          <w:b/>
        </w:rPr>
        <w:t xml:space="preserve">[38:53] </w:t>
      </w:r>
      <w:r>
        <w:t>yi. yeh technology unhon ne discover kaise ki?</w:t>
      </w:r>
    </w:p>
    <w:p>
      <w:pPr>
        <w:jc w:val="right"/>
      </w:pPr>
      <w:r>
        <w:t>ی۔ یہ ٹیکنالوجی انہوں نے ڈسکور کیسے کی؟</w:t>
      </w:r>
    </w:p>
    <w:p>
      <w:r>
        <w:rPr>
          <w:b/>
        </w:rPr>
        <w:t xml:space="preserve">[38:59] </w:t>
      </w:r>
      <w:r>
        <w:t>yeh kaise discover ki? khud mere bachpan mein mujhe yaad hai kitni crude cheezein hua karti theen. bohat hi crude cheezein.</w:t>
      </w:r>
    </w:p>
    <w:p>
      <w:pPr>
        <w:jc w:val="right"/>
      </w:pPr>
      <w:r>
        <w:t>یہ کیسے ڈسکور کی؟ خود میرے بچپن میں مجھے یاد ہے کتنی کروٹ چیزیں ہوا کرتی تھیں۔ بہت ہی کروٹ چیزیں۔</w:t>
      </w:r>
    </w:p>
    <w:p>
      <w:r>
        <w:rPr>
          <w:b/>
        </w:rPr>
        <w:t xml:space="preserve">[39:12] </w:t>
      </w:r>
      <w:r>
        <w:t>to yeh bilashuba yahan bhi wahi waqea hua hai ke Allah ne dekha ke insan jo hai, badi badi blessing jo hai, jo potentially maujood hai lekin is se insan ko daryaft nahi kar saka.</w:t>
      </w:r>
    </w:p>
    <w:p>
      <w:pPr>
        <w:jc w:val="right"/>
      </w:pPr>
      <w:r>
        <w:t>تو یہ بلاشبہ یہاں بھی وہی واقعہ ہوا ہے کہ اللہ نے دیکھا کہ انسان جو ہے، بڑی بڑی بلیسنگ جو ہے، جو پوٹینشلی موجود ہے لیکن اس سے انسان کو دریافت نہیں کر سکا۔</w:t>
      </w:r>
    </w:p>
    <w:p>
      <w:r>
        <w:rPr>
          <w:b/>
        </w:rPr>
        <w:t xml:space="preserve">[39:28] </w:t>
      </w:r>
      <w:r>
        <w:t>na peghambaron ke zamane mein, na sahaba ke zamane mein, na muslim empire ke zamane mein. wo is ki discovery nahi hui.</w:t>
      </w:r>
    </w:p>
    <w:p>
      <w:pPr>
        <w:jc w:val="right"/>
      </w:pPr>
      <w:r>
        <w:t>نہ پیغمبروں کے زمانے میں، نہ صحابہ کے زمانے میں، نہ مسلم ایمپائر کے زمانے میں۔ وہ اس کی ڈسکوری نہیں ہوئی۔</w:t>
      </w:r>
    </w:p>
    <w:p>
      <w:r>
        <w:rPr>
          <w:b/>
        </w:rPr>
        <w:t xml:space="preserve">[39:39] </w:t>
      </w:r>
      <w:r>
        <w:t>ek lambi muddat guzri hai peghambaron ke daur ki, phir guzri hai sahaba ke daur ki, phir guzri hai tabeen, tabe tabeen ke daur ki, phir guzri hai muslim empire ke daur ki.</w:t>
      </w:r>
    </w:p>
    <w:p>
      <w:pPr>
        <w:jc w:val="right"/>
      </w:pPr>
      <w:r>
        <w:t>ایک لمبی مدت گزری ہے پیغمبروں کے دور کی، پھر گزری ہے صحابہ کے دور کی، پھر گزری ہے تابعین، تبع تابعین کے دور کی، پھر گزری ہے مسلم ایمپائر کے دور کی۔</w:t>
      </w:r>
    </w:p>
    <w:p>
      <w:r>
        <w:rPr>
          <w:b/>
        </w:rPr>
        <w:t xml:space="preserve">[39:51] </w:t>
      </w:r>
      <w:r>
        <w:t>lekin yeh sab tarqqiyan nature mein chupi hui theen. yaani aisa glass bhi maujood nahi tha kyunke pathar ko sheeshe mein badalne ka fun nahi janta tha insan.</w:t>
      </w:r>
    </w:p>
    <w:p>
      <w:pPr>
        <w:jc w:val="right"/>
      </w:pPr>
      <w:r>
        <w:t>لیکن یہ سب ترقیاں نیچر میں چھپی ہوئی تھیں۔ یعنی ایسا گلاس بھی موجود نہیں تھا کیونکہ پتھر کو شیشے میں بدلنے کا فن نہیں جانتا تھا انسان۔</w:t>
      </w:r>
    </w:p>
    <w:p>
      <w:r>
        <w:rPr>
          <w:b/>
        </w:rPr>
        <w:t xml:space="preserve">[40:04] </w:t>
      </w:r>
      <w:r>
        <w:t>aur yeh technology, yeh communication, yeh sari cheezein jo hain, sui se le kar hawai jahaz tak, yeh sab kuch nature mein chupa hua tha.</w:t>
      </w:r>
    </w:p>
    <w:p>
      <w:pPr>
        <w:jc w:val="right"/>
      </w:pPr>
      <w:r>
        <w:t>اور یہ ٹیکنالوجی، یہ کمیونیکیشن، یہ ساری چیزیں جو ہیں، سوئی سے لے کر ہوا جہاز تک، یہ سب کچھ نیچر میں چھپا ہوا تھا۔</w:t>
      </w:r>
    </w:p>
    <w:p>
      <w:r>
        <w:rPr>
          <w:b/>
        </w:rPr>
        <w:t xml:space="preserve">[40:16] </w:t>
      </w:r>
      <w:r>
        <w:t>to Allah ko matloob hua ke insan bare shukr ke bare item ko jaane. shukr ke bare bare item jo hain, us ko jaane insan taake shukr azeem kar sake.</w:t>
      </w:r>
    </w:p>
    <w:p>
      <w:pPr>
        <w:jc w:val="right"/>
      </w:pPr>
      <w:r>
        <w:t>تو اللہ کو مطلوب ہوا کہ انسان بڑے شکر کے بڑے آئٹم کو جانے۔ شکر کے بڑے بڑے آئٹم جو ہیں، اس کو جانے انسان تاکہ شکر عظیم کر سکے۔</w:t>
      </w:r>
    </w:p>
    <w:p>
      <w:r>
        <w:rPr>
          <w:b/>
        </w:rPr>
        <w:t xml:space="preserve">[40:31] </w:t>
      </w:r>
      <w:r>
        <w:t>aap ghor kijiye, ek wo insan jo aap se hazaron saal pehle ek banda Allah ka khada hua, us ke samne kuch log the aur us ne us ke samne Allah ka paigham diya.</w:t>
      </w:r>
    </w:p>
    <w:p>
      <w:pPr>
        <w:jc w:val="right"/>
      </w:pPr>
      <w:r>
        <w:t>آپ غور کیجیے، ایک وہ انسان جو آپ سے ہزاروں سال پہلے ایک بندہ اللہ کا کھڑا ہوا، اس کے سامنے کچھ لوگ تھے اور اس نے اس کے سامنے اللہ کا پیغام دیا۔</w:t>
      </w:r>
    </w:p>
    <w:p>
      <w:r>
        <w:rPr>
          <w:b/>
        </w:rPr>
        <w:t xml:space="preserve">[40:47] </w:t>
      </w:r>
      <w:r>
        <w:t>to us ko shukr kiya hoga us ne ke khuda ya mujhe to ne dimagh diya jis mein mein sochon, zuban diya jis mein mein bolon, logon ko kan diya jis se wo sunen.</w:t>
      </w:r>
    </w:p>
    <w:p>
      <w:pPr>
        <w:jc w:val="right"/>
      </w:pPr>
      <w:r>
        <w:t>تو اس کو شکر کیا ہوگا اس نے کہ خدایا مجھے تو نے دماغ دیا جس میں میں سوچوں، زبان دیا جس میں میں بولوں، لوگوں کو کان دیا جس سے وہ سنیں۔</w:t>
      </w:r>
    </w:p>
    <w:p>
      <w:r>
        <w:rPr>
          <w:b/>
        </w:rPr>
        <w:t xml:space="preserve">[40:58] </w:t>
      </w:r>
      <w:r>
        <w:t>us par shukr kiya hoga us bande ne? aur aaj jab mere jaisa ek insan bolta hai to billion trillion time zyada shukr aata hai ke kaise mumkin hai ke mein yahan bol raha hoon aur sari duniya ke log sun sun rahe hain.</w:t>
      </w:r>
    </w:p>
    <w:p>
      <w:pPr>
        <w:jc w:val="right"/>
      </w:pPr>
      <w:r>
        <w:t>اس پر شکر کیا ہوگا اس بندے نے؟ اور آج جب میرے جیسا ایک انسان بولتا ہے تو بلین ٹریلین ٹائم زیادہ شکر آتا ہے کہ کیسے ممکن ہے کہ میں یہاں بول رہا ہوں اور ساری دنیا کے لوگ سن سن رہے ہیں۔</w:t>
      </w:r>
    </w:p>
    <w:p>
      <w:r>
        <w:rPr>
          <w:b/>
        </w:rPr>
        <w:t xml:space="preserve">[41:15] </w:t>
      </w:r>
      <w:r>
        <w:t>sab record ho raha hai, awaz bhi, tasveer bhi, wo mehfooz bhi ho rahi hai. to wo shukr jo kiya hoga us insan ne, us se billion time bara shukr ka samandar mojen hota hai aaj ke bolne wale ke seene mein.</w:t>
      </w:r>
    </w:p>
    <w:p>
      <w:pPr>
        <w:jc w:val="right"/>
      </w:pPr>
      <w:r>
        <w:t>سب ریکارڈ ہو رہا ہے، آواز بھی، تصویر بھی، وہ محفوظ بھی ہو رہی ہے۔ تو وہ شکر جو کیا ہوگا اس انسان نے، اس سے بلین ٹائم بڑا شکر کا سمندر موجن ہوتا ہے آج کے بولنے والے کے سینے میں۔</w:t>
      </w:r>
    </w:p>
    <w:p>
      <w:r>
        <w:rPr>
          <w:b/>
        </w:rPr>
        <w:t xml:space="preserve">[41:32] </w:t>
      </w:r>
      <w:r>
        <w:t>to Allah ka matloob tha ke bare shukr ke jo item jo chhupe hue hain nature mein, wo unfold hon.</w:t>
      </w:r>
    </w:p>
    <w:p>
      <w:pPr>
        <w:jc w:val="right"/>
      </w:pPr>
      <w:r>
        <w:t>تو اللہ کا مطلوب تھا کہ بڑے شکر کے جو آئٹم جو چھپے ہوئے ہیں نیچر میں، وہ ان فولڈ ہوں۔</w:t>
      </w:r>
    </w:p>
    <w:p>
      <w:r>
        <w:rPr>
          <w:b/>
        </w:rPr>
        <w:t xml:space="preserve">[41:43] </w:t>
      </w:r>
      <w:r>
        <w:t>un fold houn. isi ko mein keh raha hon ke Allah ka faisla tha ke fasna'il hazarat bi'ainina wahna hazara matlab civilization.</w:t>
      </w:r>
    </w:p>
    <w:p>
      <w:pPr>
        <w:jc w:val="right"/>
      </w:pPr>
      <w:r>
        <w:t>ان فولڈ ہوں۔ اسی کو میں کہہ رہا ہوں کہ اللہ کا فیصلہ تھا کہ فَاسْنَعِلْ هَزَارَةً بِعَيْنِنَّا وَهْنَا ہزارہ مطلب سویلائزیشن۔</w:t>
      </w:r>
    </w:p>
    <w:p>
      <w:r>
        <w:rPr>
          <w:b/>
        </w:rPr>
        <w:t xml:space="preserve">[41:54] </w:t>
      </w:r>
      <w:r>
        <w:t>yani ahle maghrib se kaha Allah taala ne ke fasna'il hazarat bi'ainina wahna aye maghrib walon! to bana hui sab cheezain insan par kholo.</w:t>
      </w:r>
    </w:p>
    <w:p>
      <w:pPr>
        <w:jc w:val="right"/>
      </w:pPr>
      <w:r>
        <w:t>یعنی اہل مغرب سے کہا اللہ تعالی نے کہ فَاسْنَعِلْ هَزَارَةً بِعَيْنِنَّا وَهْنَا اے مغرب والوں! تو بنا ہوئی سب چیزیں انسان پر کھولو۔</w:t>
      </w:r>
    </w:p>
    <w:p>
      <w:r>
        <w:rPr>
          <w:b/>
        </w:rPr>
        <w:t xml:space="preserve">[42:06] </w:t>
      </w:r>
      <w:r>
        <w:t>kaha ke insan Allah ki glory ko jaane, Allah ke bare bare jo shukr gaar hain, us ko, us us ke woh jaane, us ko enjoy kare aur phir shukr azeem ka samandar us ke seene mein maujood ho.</w:t>
      </w:r>
    </w:p>
    <w:p>
      <w:pPr>
        <w:jc w:val="right"/>
      </w:pPr>
      <w:r>
        <w:t>کہا کہ انسان اللہ کی گلوری کو جانے، اللہ کے بڑے بڑے جو شکر گار ہیں، اس کو، اس اس کے وہ جانے، اس کو انجوائے کرے اور پھر شکر عظیم کا سمندر اس کے سینے میں موجود ہو۔</w:t>
      </w:r>
    </w:p>
    <w:p>
      <w:r>
        <w:rPr>
          <w:b/>
        </w:rPr>
        <w:t xml:space="preserve">[42:23] </w:t>
      </w:r>
      <w:r>
        <w:t>yeh sab kuch hua lekin yeh sab hum sab is se is se faida utha rahe hain. lekin shaitan ne kya kar rakha hai?</w:t>
      </w:r>
    </w:p>
    <w:p>
      <w:pPr>
        <w:jc w:val="right"/>
      </w:pPr>
      <w:r>
        <w:t>یہ سب کچھ ہوا لیکن یہ سب ہم سب اس سے اس سے فائدہ اٹھا رہے ہیں۔ لیکن شیطان نے کیا کر رکھا ہے؟</w:t>
      </w:r>
    </w:p>
    <w:p>
      <w:r>
        <w:rPr>
          <w:b/>
        </w:rPr>
        <w:t xml:space="preserve">[42:33] </w:t>
      </w:r>
      <w:r>
        <w:t>yeh jhooti ladaion mein phansa rakha hai. Egypt ne jo ladai hui, woh jhooti ladai thi. ab isi mein phanse rahenge log. wahi chhupa hua, woh chhpega, wahi TV payega.</w:t>
      </w:r>
    </w:p>
    <w:p>
      <w:pPr>
        <w:jc w:val="right"/>
      </w:pPr>
      <w:r>
        <w:t>یہ جھوٹی لڑائیوں میں پھنسا رکھا ہے۔ ایجپٹ نے جو لڑائی ہوئی، وہ جھوٹی لڑائی تھی۔ اب اسی میں پھنسے رہیں گے لوگ۔ وہی چھپا ہوا، وہ چھپے گا، وہی ٹی وی پائے گا۔</w:t>
      </w:r>
    </w:p>
    <w:p>
      <w:r>
        <w:rPr>
          <w:b/>
        </w:rPr>
        <w:t xml:space="preserve">[42:44] </w:t>
      </w:r>
      <w:r>
        <w:t>dekho bhai, itne aadmi mar gaye, dekho bhai, itne zakhmi ho gaye. hum phir is ka inteqam lena hai, phir revenge lena hai.</w:t>
      </w:r>
    </w:p>
    <w:p>
      <w:pPr>
        <w:jc w:val="right"/>
      </w:pPr>
      <w:r>
        <w:t>دیکھو بھئی، اتنے آدمی مر گئے، دیکھو بھئی، اتنے زخمی ہو گئے۔ ہم پھر اس کا انتقام لینا ہے، پھر ریونج لینا ہے۔</w:t>
      </w:r>
    </w:p>
    <w:p>
      <w:r>
        <w:rPr>
          <w:b/>
        </w:rPr>
        <w:t xml:space="preserve">[42:52] </w:t>
      </w:r>
      <w:r>
        <w:t>to pichhle jab pichhle saal 17 aadmi mare thay to aap kahengay, "lansa nansa" kahoon? mein bhulega in ko. ab jo 17 aadmi marenge to phir agle saal aap yahi kahengay.</w:t>
      </w:r>
    </w:p>
    <w:p>
      <w:pPr>
        <w:jc w:val="right"/>
      </w:pPr>
      <w:r>
        <w:t>تو پچھلے جب پچھلے سال 17 آدمی مرے تھے تو آپ کہیں گے، "لنسا ننسا" کہوں؟ میں بھولے گا ان کو۔ اب جو 17 آدمی مریں گے تو پھر اگلے سال آپ یہی کہیں گے۔</w:t>
      </w:r>
    </w:p>
    <w:p>
      <w:r>
        <w:rPr>
          <w:b/>
        </w:rPr>
        <w:t xml:space="preserve">[43:05] </w:t>
      </w:r>
      <w:r>
        <w:t>to isi tarah chalta rahega.</w:t>
      </w:r>
    </w:p>
    <w:p>
      <w:pPr>
        <w:jc w:val="right"/>
      </w:pPr>
      <w:r>
        <w:t>تو اسی طرح چلتا رہے گا۔</w:t>
      </w:r>
    </w:p>
    <w:p>
      <w:r>
        <w:rPr>
          <w:b/>
        </w:rPr>
        <w:t xml:space="preserve">[43:09] </w:t>
      </w:r>
      <w:r>
        <w:t>ek mushkil circle hai yeh.</w:t>
      </w:r>
    </w:p>
    <w:p>
      <w:pPr>
        <w:jc w:val="right"/>
      </w:pPr>
      <w:r>
        <w:t>ایک مشکل سرکل ہے یہ۔</w:t>
      </w:r>
    </w:p>
    <w:p>
      <w:r>
        <w:rPr>
          <w:b/>
        </w:rPr>
        <w:t xml:space="preserve">[43:14] </w:t>
      </w:r>
      <w:r>
        <w:t>to sare insan jo hain, ek hi ghalti mein mubtala hain:</w:t>
      </w:r>
    </w:p>
    <w:p>
      <w:pPr>
        <w:jc w:val="right"/>
      </w:pPr>
      <w:r>
        <w:t>تو سارے انسان جو ہیں، ایک ہی غلطی میں مبتلا ہیں:</w:t>
      </w:r>
    </w:p>
    <w:p>
      <w:r>
        <w:rPr>
          <w:b/>
        </w:rPr>
        <w:t xml:space="preserve">[43:19] </w:t>
      </w:r>
      <w:r>
        <w:t>mile hue par focus na karna, jo nahi mila hai us par focus karna. is se kya hai?</w:t>
      </w:r>
    </w:p>
    <w:p>
      <w:pPr>
        <w:jc w:val="right"/>
      </w:pPr>
      <w:r>
        <w:t>ملے ہوئے پر فوکس نہ کرنا، جو نہیں ملا ہے اس پر فوکس کرنا۔ اس سے کیا ہے؟</w:t>
      </w:r>
    </w:p>
    <w:p>
      <w:r>
        <w:rPr>
          <w:b/>
        </w:rPr>
        <w:t xml:space="preserve">[43:28] </w:t>
      </w:r>
      <w:r>
        <w:t>negative thinking aati hai, dispair aata hai, tension aata hai, revenge aata hai, yahan tak ke violence aata hai, yahan tak ke suicide bombing aati hai.</w:t>
      </w:r>
    </w:p>
    <w:p>
      <w:pPr>
        <w:jc w:val="right"/>
      </w:pPr>
      <w:r>
        <w:t>نیگیٹیو تھنکنگ آتی ہے، ڈسپیرے آتا ہے، ٹینشن آتا ہے، ریونج آتا ہے، یہاں تک کہ وائیلنس آتا ہے، یہاں تک کہ سوسائیڈ بمبنگ آتی ہے۔</w:t>
      </w:r>
    </w:p>
    <w:p>
      <w:r>
        <w:rPr>
          <w:b/>
        </w:rPr>
        <w:t xml:space="preserve">[43:42] </w:t>
      </w:r>
      <w:r>
        <w:t>isi ko maine kaha ke between hell and hell mamla hai.</w:t>
      </w:r>
    </w:p>
    <w:p>
      <w:pPr>
        <w:jc w:val="right"/>
      </w:pPr>
      <w:r>
        <w:t>اسی کو میں نے کہا کہ بٹوین ہیل اینڈ ہیل معاملہ ہے۔</w:t>
      </w:r>
    </w:p>
    <w:p>
      <w:r>
        <w:rPr>
          <w:b/>
        </w:rPr>
        <w:t xml:space="preserve">[43:46] </w:t>
      </w:r>
      <w:r>
        <w:t>asa kijiyay to hell hai, wasa kijiyay to paradise hai. hell and paradise, between hell and paradise. in cheezon ko aap positive angle se dekhiye to aap ka safar paradise ki taraf jaari ho jayega.</w:t>
      </w:r>
    </w:p>
    <w:p>
      <w:pPr>
        <w:jc w:val="right"/>
      </w:pPr>
      <w:r>
        <w:t>عصا کیجئے تو ہیل ہے، وسا کیجئے تو پیراڈائز ہے۔ ہیل اینڈ پیراڈائز، بٹوین ہیل اینڈ پیراڈائز۔ ان چیزوں کو آپ پازیٹیو اینگل سے دیکھیے تو آپ کا سفر پیراڈائز کی طرف جاری ہو جائے گا۔</w:t>
      </w:r>
    </w:p>
    <w:p>
      <w:r>
        <w:rPr>
          <w:b/>
        </w:rPr>
        <w:t xml:space="preserve">[44:03] </w:t>
      </w:r>
      <w:r>
        <w:t>aur cheezon ko negative angle se dekhiye to aap ka safar hell ki taraf jaari ho jayega.</w:t>
      </w:r>
    </w:p>
    <w:p>
      <w:pPr>
        <w:jc w:val="right"/>
      </w:pPr>
      <w:r>
        <w:t>اور چیزوں کو نیگیٹیو اینگل سے دیکھیے تو آپ کا سفر ہیل کی طرف جاری ہو جائے گا۔</w:t>
      </w:r>
    </w:p>
    <w:p>
      <w:r>
        <w:rPr>
          <w:b/>
        </w:rPr>
        <w:t xml:space="preserve">[44:11] </w:t>
      </w:r>
      <w:r>
        <w:t>to Saturn jaanta tha insan ki is kamzori ko, is weakness ko.</w:t>
      </w:r>
    </w:p>
    <w:p>
      <w:pPr>
        <w:jc w:val="right"/>
      </w:pPr>
      <w:r>
        <w:t>تو سیٹرن جانتا تھا انسان کی اس کمزوری کو، اس ویکنس کو۔</w:t>
      </w:r>
    </w:p>
    <w:p>
      <w:r>
        <w:rPr>
          <w:b/>
        </w:rPr>
        <w:t xml:space="preserve">[44:20] </w:t>
      </w:r>
      <w:r>
        <w:t>is liye us ne challenge diya ke mein insan ki is kamzori ko activate karunga, us ke andar yeh jazba bharkaoonga. dekho, faranswi to mili nahi, faranswi to mili nahi, faranswi to mili nahi.</w:t>
      </w:r>
    </w:p>
    <w:p>
      <w:pPr>
        <w:jc w:val="right"/>
      </w:pPr>
      <w:r>
        <w:t>اس لیے اس نے چیلنج دیا کہ میں انسان کی اس کمزوری کو ایکٹیویٹ کروں گا، اس کے اندر یہ جذبہ بھڑکاؤں گا۔ دیکھو، فرانسوی تو ملی نہیں، فرانسوی تو ملی نہیں، فرانسوی تو ملی نہیں۔</w:t>
      </w:r>
    </w:p>
    <w:p>
      <w:r>
        <w:rPr>
          <w:b/>
        </w:rPr>
        <w:t xml:space="preserve">[44:36] </w:t>
      </w:r>
      <w:r>
        <w:t>aur jo mila hua hai, us ko bhulata rahoonga. shaitan jaanta tha ke insan ek hi cheez par focus kar pata hai.</w:t>
      </w:r>
    </w:p>
    <w:p>
      <w:pPr>
        <w:jc w:val="right"/>
      </w:pPr>
      <w:r>
        <w:t>اور جو ملا ہوا ہے، اس کو بھلاتا رہوں گا۔ شیطان جانتا تھا کہ انسان ایک ہی چیز پر فوکس کر پاتا ہے۔</w:t>
      </w:r>
    </w:p>
    <w:p>
      <w:r>
        <w:rPr>
          <w:b/>
        </w:rPr>
        <w:t xml:space="preserve">[44:45] </w:t>
      </w:r>
      <w:r>
        <w:t>yeh jaanta tha shaitan ke insan ek hi cheez par focus kar pata hai. agar focus karega</w:t>
      </w:r>
    </w:p>
    <w:p>
      <w:pPr>
        <w:jc w:val="right"/>
      </w:pPr>
      <w:r>
        <w:t>یہ جانتا تھا شیطان کہ انسان ایک ہی چیز پر فوکس کر پاتا ہے۔ اگر فوکس کرے گا</w:t>
      </w:r>
    </w:p>
    <w:p>
      <w:r>
        <w:rPr>
          <w:b/>
        </w:rPr>
        <w:t xml:space="preserve">[44:56] </w:t>
      </w:r>
      <w:r>
        <w:t>woh na mile hue par to bura hua ojhal ho jayega, woh dimagh se nikal jayega. jaise mein aap ko ek qissa batata hoon, apna zaati waqia batata hoon.</w:t>
      </w:r>
    </w:p>
    <w:p>
      <w:pPr>
        <w:jc w:val="right"/>
      </w:pPr>
      <w:r>
        <w:t>وہ نہ ملے ہوئے پر تو برا ہوا اوجھل ہو جائے گا، وہ دماغ سے نکل جائے گا۔ جیسے میں آپ کو ایک قصہ بتاتا ہوں، اپنا ذاتی واقعہ بتاتا ہوں۔</w:t>
      </w:r>
    </w:p>
    <w:p>
      <w:r>
        <w:rPr>
          <w:b/>
        </w:rPr>
        <w:t xml:space="preserve">[45:09] </w:t>
      </w:r>
      <w:r>
        <w:t>ek martaba mein Arab mein gaya, Arab kai saal pehle ki baat hai.</w:t>
      </w:r>
    </w:p>
    <w:p>
      <w:pPr>
        <w:jc w:val="right"/>
      </w:pPr>
      <w:r>
        <w:t>ایک مرتبہ میں عرب میں گیا، عرب کئی سال پہلے کی بات ہے۔</w:t>
      </w:r>
    </w:p>
    <w:p>
      <w:r>
        <w:rPr>
          <w:b/>
        </w:rPr>
        <w:t xml:space="preserve">[45:16] </w:t>
      </w:r>
      <w:r>
        <w:t>us zamane mein ek waqia hua tha Delhi mein ke Safdarjung mein ek masjid choti si hai, ya Safdarjung ka jo maqbara hai, ek choti si masjid hai.</w:t>
      </w:r>
    </w:p>
    <w:p>
      <w:pPr>
        <w:jc w:val="right"/>
      </w:pPr>
      <w:r>
        <w:t>اس زمانے میں ایک واقعہ ہوا تھا دلی میں کہ صفدر جنگ میں ایک مسجد چھوٹی سی ہے، یا سجدہ جنگ کا جو مقبرہ ہے، ایک چھوٹی سی مسجد ہے۔</w:t>
      </w:r>
    </w:p>
    <w:p>
      <w:r>
        <w:rPr>
          <w:b/>
        </w:rPr>
        <w:t xml:space="preserve">[45:27] </w:t>
      </w:r>
      <w:r>
        <w:t>woh masjid jo hai, woh us ki hai, archaeological department ki hai. to woh band rehti hai. to ek bar wahan par kuch musalman gaye ke hum yahan jumma padhenge,</w:t>
      </w:r>
    </w:p>
    <w:p>
      <w:pPr>
        <w:jc w:val="right"/>
      </w:pPr>
      <w:r>
        <w:t>وہ مسجد جو ہے، وہ اس کی ہے، آرکیالوجیکل ڈیپارٹمنٹ کی ہے۔ تو وہ بند رہتی ہے۔ تو ایک بار وہاں پر کچھ مسلمان گئے کہ ہم یہاں جمعہ پڑھیں گے،</w:t>
      </w:r>
    </w:p>
    <w:p>
      <w:r>
        <w:rPr>
          <w:b/>
        </w:rPr>
        <w:t xml:space="preserve">[45:41] </w:t>
      </w:r>
      <w:r>
        <w:t>jumma ke din. to wahan par police ne rok diya.</w:t>
      </w:r>
    </w:p>
    <w:p>
      <w:pPr>
        <w:jc w:val="right"/>
      </w:pPr>
      <w:r>
        <w:t>جمعہ کے دن۔ تو وہاں پر پولیس نے روک دیا۔</w:t>
      </w:r>
    </w:p>
    <w:p>
      <w:r>
        <w:rPr>
          <w:b/>
        </w:rPr>
        <w:t xml:space="preserve">[45:45] </w:t>
      </w:r>
      <w:r>
        <w:t>acha, is ke baad yeh qissa hua tha jo mein bata raha hoon aap ko. to mein Arab mein gaya hua tha to wahan par ittefaq se inhi dinon ek aur India ke ek leader sahab bhi aaye hue thay, wahan ek well known leader.</w:t>
      </w:r>
    </w:p>
    <w:p>
      <w:pPr>
        <w:jc w:val="right"/>
      </w:pPr>
      <w:r>
        <w:t>اچھا، اس کے بعد یہ قصہ ہوا تھا جو میں بتا رہا ہوں آپ کو۔ تو میں عرب میں گیا ہوا تھا تو وہاں پر اتفاق سے انہی دنوں ایک اور انڈیا کے ایک لیڈر صاحب بھی آئے ہوئے تھے، وہاں ایک ویل نون لیڈر۔</w:t>
      </w:r>
    </w:p>
    <w:p>
      <w:r>
        <w:rPr>
          <w:b/>
        </w:rPr>
        <w:t xml:space="preserve">[46:01] </w:t>
      </w:r>
      <w:r>
        <w:t>to ek arab sheikh ne hum logon ko is mein dawat ki, wahan par khane ka intezam kiya. idhar bohat se arab sheikh aaye thay aur hum dono bhi thay India se, ek mein, ek doosre leader sahab.</w:t>
      </w:r>
    </w:p>
    <w:p>
      <w:pPr>
        <w:jc w:val="right"/>
      </w:pPr>
      <w:r>
        <w:t>تو ایک عرب شیخ نے ہم لوگوں کو اس میں دعوت کی، وہاں پر کھانے کا انتظام کیا۔ ادھر بہت سے عرب شیوخ آئے تھے اور ہم دونوں بھی تھے انڈیا سے، ایک میں، ایک دوسرے لیڈر صاحب۔</w:t>
      </w:r>
    </w:p>
    <w:p>
      <w:r>
        <w:rPr>
          <w:b/>
        </w:rPr>
        <w:t xml:space="preserve">[46:16] </w:t>
      </w:r>
      <w:r>
        <w:t>to</w:t>
      </w:r>
    </w:p>
    <w:p>
      <w:pPr>
        <w:jc w:val="right"/>
      </w:pPr>
      <w:r>
        <w:t>تو</w:t>
      </w:r>
    </w:p>
    <w:p>
      <w:r>
        <w:rPr>
          <w:b/>
        </w:rPr>
        <w:t xml:space="preserve">[46:17] </w:t>
      </w:r>
      <w:r>
        <w:t>mein mein ne dekha ke woh ek full scape par ek kuch cheezein likh kar ke sab ko distribute kar rahe hain.</w:t>
      </w:r>
    </w:p>
    <w:p>
      <w:pPr>
        <w:jc w:val="right"/>
      </w:pPr>
      <w:r>
        <w:t>میں میں نے دیکھا کہ وہ ایک فل اسکیپ پر ایک کچھ چیزیں لکھ کر کے سب کو ڈسٹریبیوٹ کر رہے ہیں۔</w:t>
      </w:r>
    </w:p>
    <w:p>
      <w:r>
        <w:rPr>
          <w:b/>
        </w:rPr>
        <w:t xml:space="preserve">[46:27] </w:t>
      </w:r>
      <w:r>
        <w:t>to hum arab sheikh jo wahan jama thay, un ko distribute kar rahe hain.</w:t>
      </w:r>
    </w:p>
    <w:p>
      <w:pPr>
        <w:jc w:val="right"/>
      </w:pPr>
      <w:r>
        <w:t>تو ہم عرب شیوخ جو وہاں جمع تھے، ان کو ڈسٹریبیوٹ کر رہے ہیں۔</w:t>
      </w:r>
    </w:p>
    <w:p>
      <w:r>
        <w:rPr>
          <w:b/>
        </w:rPr>
        <w:t xml:space="preserve">[46:33] </w:t>
      </w:r>
      <w:r>
        <w:t>to is mein</w:t>
      </w:r>
    </w:p>
    <w:p>
      <w:pPr>
        <w:jc w:val="right"/>
      </w:pPr>
      <w:r>
        <w:t>تو اس میں</w:t>
      </w:r>
    </w:p>
    <w:p>
      <w:r>
        <w:rPr>
          <w:b/>
        </w:rPr>
        <w:t xml:space="preserve">[46:37] </w:t>
      </w:r>
      <w:r>
        <w:t>likha tha ke India mein hum ko itna zyada museebat hai hamare upar ke wahan ne yahan yeh unhon ne apni taqreer ki, wahan bolay thay kuch thora sa mukhtasar sa.</w:t>
      </w:r>
    </w:p>
    <w:p>
      <w:pPr>
        <w:jc w:val="right"/>
      </w:pPr>
      <w:r>
        <w:t>لکھا تھا کہ انڈیا میں ہم کو اتنا زیادہ مصیبت ہے ہمارے اوپر کہ وہاں نے یہاں یہ انہوں نے اپنی تقریر کی، وہاں بولے تھے کچھ تھوڑا سا مختصر سا۔</w:t>
      </w:r>
    </w:p>
    <w:p>
      <w:r>
        <w:rPr>
          <w:b/>
        </w:rPr>
        <w:t xml:space="preserve">[46:53] </w:t>
      </w:r>
      <w:r>
        <w:t>is mein unhon ne kaha tha ke India mein musalmanon ka yeh haal hai ke wahan masjid mein bhi namaz parhne ki ijazat nahin. yeh jumla bolay thay woh:</w:t>
      </w:r>
    </w:p>
    <w:p>
      <w:pPr>
        <w:jc w:val="right"/>
      </w:pPr>
      <w:r>
        <w:t>اس میں انہوں نے کہا تھا کہ انڈیا میں مسلمانوں کا یہ حال ہے کہ وہاں مسجد میں بھی نماز پڑھنے کی اجازت نہیں۔ یہ جملہ بولے تھے وہ:</w:t>
      </w:r>
    </w:p>
    <w:p>
      <w:r>
        <w:rPr>
          <w:b/>
        </w:rPr>
        <w:t xml:space="preserve">[47:05] </w:t>
      </w:r>
      <w:r>
        <w:t>"masjid mein bhi namaz parhne ki ijazat nahin." aur phir ek unhon ne ek distribute kiya tha, ek kaghaz.</w:t>
      </w:r>
    </w:p>
    <w:p>
      <w:pPr>
        <w:jc w:val="right"/>
      </w:pPr>
      <w:r>
        <w:t>"مسجد میں بھی نماز پڑھنے کی اجازت نہیں۔" اور پھر ایک انہوں نے ایک ڈسٹریبیوٹ کیا تھا، ایک کاغذ۔</w:t>
      </w:r>
    </w:p>
    <w:p>
      <w:r>
        <w:rPr>
          <w:b/>
        </w:rPr>
        <w:t xml:space="preserve">[47:15] </w:t>
      </w:r>
      <w:r>
        <w:t>to mein ne un se poocha ke bhai, mein bhi to India mein rehta hoon, kis India ki baat kar rahe hain? hum namaz parhte hain, hum to nahin jante ke masjid mein namaz parhne ki ijazat nahin hai.</w:t>
      </w:r>
    </w:p>
    <w:p>
      <w:pPr>
        <w:jc w:val="right"/>
      </w:pPr>
      <w:r>
        <w:t>تو میں نے ان سے پوچھا کہ بھئی، میں بھی تو انڈیا میں رہتا ہوں، کس انڈیا کی بات کر رہے ہیں؟ ہم نماز پڑھتے ہیں، ہم تو نہیں جانتے کہ مسجد میں نماز پڑھنے کی اجازت نہیں ہے۔</w:t>
      </w:r>
    </w:p>
    <w:p>
      <w:r>
        <w:rPr>
          <w:b/>
        </w:rPr>
        <w:t xml:space="preserve">[47:26] </w:t>
      </w:r>
      <w:r>
        <w:t>to kya kehte hain? woh safdar jang ki masjid.</w:t>
      </w:r>
    </w:p>
    <w:p>
      <w:pPr>
        <w:jc w:val="right"/>
      </w:pPr>
      <w:r>
        <w:t>تو کیا کہتے ہیں؟ وہ صفدر جنگ کی مسجد۔</w:t>
      </w:r>
    </w:p>
    <w:p>
      <w:r>
        <w:rPr>
          <w:b/>
        </w:rPr>
        <w:t xml:space="preserve">[47:31] </w:t>
      </w:r>
      <w:r>
        <w:t>aur mein keh ke jab mein ro para, mein ne kaha ke mere bhai, India mein abhi bhi paanch lakh se zyada masjidain hain, more than half a million,</w:t>
      </w:r>
    </w:p>
    <w:p>
      <w:pPr>
        <w:jc w:val="right"/>
      </w:pPr>
      <w:r>
        <w:t>اور میں کہہ کے جب میں رو پڑا، میں نے کہا کہ میرے بھائی، انڈیا میں ابھی بھی پانچ لاکھ سے زیادہ مسجدیں ہیں، مور دین ہاف اے ملین،</w:t>
      </w:r>
    </w:p>
    <w:p>
      <w:r>
        <w:rPr>
          <w:b/>
        </w:rPr>
        <w:t xml:space="preserve">[47:44] </w:t>
      </w:r>
      <w:r>
        <w:t>aur sari masjidain khuli hui hain.</w:t>
      </w:r>
    </w:p>
    <w:p>
      <w:pPr>
        <w:jc w:val="right"/>
      </w:pPr>
      <w:r>
        <w:t>اور ساری مسجدیں کھلی ہوئی ہیں۔</w:t>
      </w:r>
    </w:p>
    <w:p>
      <w:r>
        <w:rPr>
          <w:b/>
        </w:rPr>
        <w:t xml:space="preserve">[47:47] </w:t>
      </w:r>
      <w:r>
        <w:t>paanch lakh se zyada masjidon mein namaz dhoom se musalman parhte hain, is ko renovate karte hain, ek masjid ko do masjidain banate hain. to aap woh bhule hue hain?</w:t>
      </w:r>
    </w:p>
    <w:p>
      <w:pPr>
        <w:jc w:val="right"/>
      </w:pPr>
      <w:r>
        <w:t>پانچ لاکھ سے زیادہ مسجدوں میں نماز دھوم سے مسلمان پڑھتے ہیں، اس کو رینیویٹ کرتے ہیں، ایک مسجد کو دو مسجدیں بناتے ہیں۔ تو آپ وہ بھولے ہوئے ہیں؟</w:t>
      </w:r>
    </w:p>
    <w:p>
      <w:r>
        <w:rPr>
          <w:b/>
        </w:rPr>
        <w:t xml:space="preserve">[47:58] </w:t>
      </w:r>
      <w:r>
        <w:t>ek ek masjid yaad hai aap ko? archaeology ki masjid? yaqeen karein, yahi saare musalmanon ka haal hai.</w:t>
      </w:r>
    </w:p>
    <w:p>
      <w:pPr>
        <w:jc w:val="right"/>
      </w:pPr>
      <w:r>
        <w:t>ایک ایک مسجد یاد ہے آپ کو؟ آرکیالوجی کی مسجد؟ یقین کریں، یہی سارے مسلمانوں کا حال ہے۔</w:t>
      </w:r>
    </w:p>
    <w:p>
      <w:r>
        <w:rPr>
          <w:b/>
        </w:rPr>
        <w:t xml:space="preserve">[48:08] </w:t>
      </w:r>
      <w:r>
        <w:t>yani paanch lakh se zyada masjidain mili hui hain, is ko bhula diya.</w:t>
      </w:r>
    </w:p>
    <w:p>
      <w:pPr>
        <w:jc w:val="right"/>
      </w:pPr>
      <w:r>
        <w:t>یعنی پانچ لاکھ سے زیادہ مسجدیں ملی ہوئی ہیں، اس کو بھلا دیا۔</w:t>
      </w:r>
    </w:p>
    <w:p>
      <w:r>
        <w:rPr>
          <w:b/>
        </w:rPr>
        <w:t xml:space="preserve">[48:13] </w:t>
      </w:r>
      <w:r>
        <w:t>ek masjid nahin bani hui, is ko keh rahe hain ke woh muhammad namaz parhne ki ijazat nahin hai. archaeology ka qanoon hai ke is ko istemal nahin kiya jayega kisi aur maqsad ke liye.</w:t>
      </w:r>
    </w:p>
    <w:p>
      <w:pPr>
        <w:jc w:val="right"/>
      </w:pPr>
      <w:r>
        <w:t>ایک مسجد نہیں بنی ہوئی، اس کو کہہ رہے ہیں کہ وہ محمد نماز پڑھنے کی اجازت نہیں ہے۔ آرکیالوجی کا قانون ہے کہ اس کو استعمال نہیں کیا جائے گا کسی اور مقصد کے لیے۔</w:t>
      </w:r>
    </w:p>
    <w:p>
      <w:r>
        <w:rPr>
          <w:b/>
        </w:rPr>
        <w:t xml:space="preserve">[48:24] </w:t>
      </w:r>
      <w:r>
        <w:t>yeh pehle se chala aa raha hai. to unhon ne kaha ke aur safdar jang ki masjid? yani jab mein ne un se kaha ke India mein to paanch lakh se zyada masjidain hain,</w:t>
      </w:r>
    </w:p>
    <w:p>
      <w:pPr>
        <w:jc w:val="right"/>
      </w:pPr>
      <w:r>
        <w:t>یہ پہلے سے چلا آ رہا ہے۔ تو انہوں نے کہا کہ اور صفدر جنگ کی مسجد؟ یعنی جب میں نے ان سے کہا کہ انڈیا میں تو پانچ لاکھ سے زیادہ مسجدیں ہیں،</w:t>
      </w:r>
    </w:p>
    <w:p>
      <w:r>
        <w:rPr>
          <w:b/>
        </w:rPr>
        <w:t xml:space="preserve">[48:38] </w:t>
      </w:r>
      <w:r>
        <w:t>yani unhon ne yeh kaha tha wahan par ke India mein musalmanon ko masjid mein bhi namaz parhne ki ijazat nahin. mein khud maujood tha wahan par, woh musalman leader sahab jo thay, yahan gaye thay India se.</w:t>
      </w:r>
    </w:p>
    <w:p>
      <w:pPr>
        <w:jc w:val="right"/>
      </w:pPr>
      <w:r>
        <w:t>یعنی انہوں نے یہ کہا تھا وہاں پر کہ انڈیا میں مسلمانوں کو مسجد میں بھی نماز پڑھنے کی اجازت نہیں۔ میں خود موجود تھا وہاں پر، وہ مسلمان لیڈر صاحب جو تھے، یہاں گئے تھے انڈیا سے۔</w:t>
      </w:r>
    </w:p>
    <w:p>
      <w:r>
        <w:rPr>
          <w:b/>
        </w:rPr>
        <w:t xml:space="preserve">[48:54] </w:t>
      </w:r>
      <w:r>
        <w:t>to mein ne kaha ke kis India ki baat karte hain aap? hum to namaz parhte hain, hamein koi rukawat nahin hai. to unhon ne kaha ke aur safdar jang ki masjid?</w:t>
      </w:r>
    </w:p>
    <w:p>
      <w:pPr>
        <w:jc w:val="right"/>
      </w:pPr>
      <w:r>
        <w:t>تو میں نے کہا کہ کس انڈیا کی بات کرتے ہیں آپ؟ ہم تو نماز پڑھتے ہیں، ہمیں کوئی رکاوٹ نہیں ہے۔ تو انہوں نے کہا کہ اور صفدر جنگ کی مسجد؟</w:t>
      </w:r>
    </w:p>
    <w:p>
      <w:r>
        <w:rPr>
          <w:b/>
        </w:rPr>
        <w:t xml:space="preserve">[49:07] </w:t>
      </w:r>
      <w:r>
        <w:t>to mein ne kaha ke India mein paanch lakh se zyada masjidain hain, woh sab abad hain. to ek masjid ki baat aap kar rahe hain aur paanch lakh masjidon ko billaye hue hain?</w:t>
      </w:r>
    </w:p>
    <w:p>
      <w:pPr>
        <w:jc w:val="right"/>
      </w:pPr>
      <w:r>
        <w:t>تو میں نے کہا کہ انڈیا میں پانچ لاکھ سے زیادہ مسجدیں ہیں، وہ سب آباد ہیں۔ تو ایک مسجد کی بات آپ کر رہے ہیں اور پانچ لاکھ مسجدوں کو بلائے ہوئے ہیں؟</w:t>
      </w:r>
    </w:p>
    <w:p>
      <w:r>
        <w:rPr>
          <w:b/>
        </w:rPr>
        <w:t xml:space="preserve">[49:19] </w:t>
      </w:r>
      <w:r>
        <w:t>yaqeen kijiye, yahi saare musalmanon ka haal ho raha hai. is waqt</w:t>
      </w:r>
    </w:p>
    <w:p>
      <w:pPr>
        <w:jc w:val="right"/>
      </w:pPr>
      <w:r>
        <w:t>یقین کیجئے، یہی سارے مسلمانوں کا حال ہو رہا ہے۔ اس وقت</w:t>
      </w:r>
    </w:p>
    <w:p>
      <w:r>
        <w:rPr>
          <w:b/>
        </w:rPr>
        <w:t xml:space="preserve">[49:25] </w:t>
      </w:r>
      <w:r>
        <w:t>sari duniya mein, yahi nahin, sari duniya mein ho raha hai.</w:t>
      </w:r>
    </w:p>
    <w:p>
      <w:pPr>
        <w:jc w:val="right"/>
      </w:pPr>
      <w:r>
        <w:t>ساری دنیا میں، یہی نہیں، ساری دنیا میں ہو رہا ہے۔</w:t>
      </w:r>
    </w:p>
    <w:p>
      <w:r>
        <w:rPr>
          <w:b/>
        </w:rPr>
        <w:t xml:space="preserve">[49:29] </w:t>
      </w:r>
      <w:r>
        <w:t>aap America jaiye, khoob thaat se log rehte hain, log aur baatein kijiye logon se. kabhi bhi nahin, kisi koi kahega ke America mein hum ko itna zyada, America walon ka yani kitni bari un ki sakhavat hai ke hum ko itni sab mawaqe mili hui hain.</w:t>
      </w:r>
    </w:p>
    <w:p>
      <w:pPr>
        <w:jc w:val="right"/>
      </w:pPr>
      <w:r>
        <w:t>آپ امریکہ جائیے، خوب ٹھاٹ سے لوگ رہتے ہیں، لوگ اور باتیں کیجیے لوگوں سے۔ کبھی بھی نہیں، کسی کوئی کہے گا کہ امریکہ میں ہم کو اتنا زیادہ، امریکہ والوں کا یعنی کتنی بڑی ان کی سخاوت ہے کہ ہم کو اتنی سب مواقع ملی ہوئی ہیں۔</w:t>
      </w:r>
    </w:p>
    <w:p>
      <w:r>
        <w:rPr>
          <w:b/>
        </w:rPr>
        <w:t xml:space="preserve">[49:48] </w:t>
      </w:r>
      <w:r>
        <w:t>apne mulkon mein hum ko nahin mile thay, yahan mil gaye. yeh koi nahin kahega, balkay</w:t>
      </w:r>
    </w:p>
    <w:p>
      <w:pPr>
        <w:jc w:val="right"/>
      </w:pPr>
      <w:r>
        <w:t>اپنے ملکوں میں ہم کو نہیں ملے تھے، یہاں مل گئے۔ یہ کوئی نہیں کہے گا، بلکہ</w:t>
      </w:r>
    </w:p>
    <w:p>
      <w:r>
        <w:rPr>
          <w:b/>
        </w:rPr>
        <w:t xml:space="preserve">[49:53] </w:t>
      </w:r>
      <w:r>
        <w:t>kahega kya? dekho, falan jagah woh quran ka nuskha jala diya aur falan jagah yeh kar diya, falan jagah woh kar diya. yani jo America mein rehne wale jo hain, is waqt ya America mein jo rehne wale hain, aap aap ko yaqeen na ho to aap safar kar ke dekh lijiyay.</w:t>
      </w:r>
    </w:p>
    <w:p>
      <w:pPr>
        <w:jc w:val="right"/>
      </w:pPr>
      <w:r>
        <w:t>کہے گا کیا؟ دیکھو، فلاں جگہ وہ قرآن کا نسخہ جلا دیا اور فلاں جگہ یہ کر دیا، فلاں جگہ وہ کر دیا۔ یعنی جو امریکہ میں رہنے والے جو ہیں، اس وقت یا امریکہ میں جو رہنے والے ہیں، آپ آپ کو یقین نہ ہو تو آپ سفر کر کے دیکھ لیجئے۔</w:t>
      </w:r>
    </w:p>
    <w:p>
      <w:r>
        <w:rPr>
          <w:b/>
        </w:rPr>
        <w:t xml:space="preserve">[50:11] </w:t>
      </w:r>
      <w:r>
        <w:t>woh kabhi nahi kahega ke amreeka, amreeka walon ka ehsan hai ke hum ko itne mawaqe de diye. kisi ek cheez ko nikaal kar mat kaha ke dekho, aisa kiya amreeka ne.</w:t>
      </w:r>
    </w:p>
    <w:p>
      <w:pPr>
        <w:jc w:val="right"/>
      </w:pPr>
      <w:r>
        <w:t>وہ کبھی نہیں کہے گا کہ امریکہ، امریکہ والوں کا احسان ہے کہ ہم کو اتنے مواقع دے دیے۔ کسی ایک چیز کو نکال کر مت کہا کہ دیکھو، ایسا کیا امریکہ نے۔</w:t>
      </w:r>
    </w:p>
    <w:p>
      <w:r>
        <w:rPr>
          <w:b/>
        </w:rPr>
        <w:t xml:space="preserve">[50:21] </w:t>
      </w:r>
      <w:r>
        <w:t>yeh poore musalmanon ka yahi zehan bana hua hai. india mein, amreeka mein, europe bhar jagah</w:t>
      </w:r>
    </w:p>
    <w:p>
      <w:pPr>
        <w:jc w:val="right"/>
      </w:pPr>
      <w:r>
        <w:t>یہ پورے مسلمانوں کا یہی ذہن بنا ہوا ہے۔ انڈیا میں، امریکہ میں، یورپ بھر جگہ</w:t>
      </w:r>
    </w:p>
    <w:p>
      <w:r>
        <w:rPr>
          <w:b/>
        </w:rPr>
        <w:t xml:space="preserve">[50:28] </w:t>
      </w:r>
      <w:r>
        <w:t>yeh kya hai? wahi history repeat ki ja rahi hai jo awwal waqt mein pesh aayi thi. ek ghalti ki thi adam ne ke is poori masjid, poori jannat mili hui thi un ko, is ko bhula diya.</w:t>
      </w:r>
    </w:p>
    <w:p>
      <w:pPr>
        <w:jc w:val="right"/>
      </w:pPr>
      <w:r>
        <w:t>یہ کیا ہے؟ وہی ہسٹری ریپیٹ کی جا رہی ہے جو اول وقت میں پیش آئی تھی۔ ایک غلطی کی تھی آدم نے کہ اس پوری مسجد، پوری جنت ملی ہوئی تھی ان کو، اس کو بھلا دیا۔</w:t>
      </w:r>
    </w:p>
    <w:p>
      <w:r>
        <w:rPr>
          <w:b/>
        </w:rPr>
        <w:t xml:space="preserve">[50:45] </w:t>
      </w:r>
      <w:r>
        <w:t>ek darakht nahi mila tha, bas isi ko yaad rakha aur phir zalim ban gaye.</w:t>
      </w:r>
    </w:p>
    <w:p>
      <w:pPr>
        <w:jc w:val="right"/>
      </w:pPr>
      <w:r>
        <w:t>ایک درخت نہیں ملا تھا، بس اسی کو یاد رکھا اور پھر ظالم بن گئے۔</w:t>
      </w:r>
    </w:p>
    <w:p>
      <w:r>
        <w:rPr>
          <w:b/>
        </w:rPr>
        <w:t xml:space="preserve">[50:53] </w:t>
      </w:r>
      <w:r>
        <w:t>lekin is mein doosra pehlu yeh hai ke jab amreeka, jab adam aur hawa zalim ban gaye to un ko repentance aaya.</w:t>
      </w:r>
    </w:p>
    <w:p>
      <w:pPr>
        <w:jc w:val="right"/>
      </w:pPr>
      <w:r>
        <w:t>لیکن اس میں دوسرا پہلو یہ ہے کہ جب امریکہ، جب آدم اور حوا ظالم بن گئے تو ان کو ریپنٹنس آیا۔</w:t>
      </w:r>
    </w:p>
    <w:p>
      <w:r>
        <w:rPr>
          <w:b/>
        </w:rPr>
        <w:t xml:space="preserve">[51:06] </w:t>
      </w:r>
      <w:r>
        <w:t>repentance aaya, woh rone lage, allah se maafi mangne lage. to allah taala ne un ko ek ek dua ki talqeen ki.</w:t>
      </w:r>
    </w:p>
    <w:p>
      <w:pPr>
        <w:jc w:val="right"/>
      </w:pPr>
      <w:r>
        <w:t>ریپنٹنس آیا، وہ رونے لگے، اللہ سے معافی مانگنے لگے۔ تو اللہ تعالی نے ان کو ایک ایک دعا کی تلقین کی۔</w:t>
      </w:r>
    </w:p>
    <w:p>
      <w:r>
        <w:rPr>
          <w:b/>
        </w:rPr>
        <w:t xml:space="preserve">[51:16] </w:t>
      </w:r>
      <w:r>
        <w:t>quran mein bataya gaya hai:</w:t>
      </w:r>
    </w:p>
    <w:p>
      <w:pPr>
        <w:jc w:val="right"/>
      </w:pPr>
      <w:r>
        <w:t>قرآن میں بتایا گیا ہے:</w:t>
      </w:r>
    </w:p>
    <w:p>
      <w:r>
        <w:rPr>
          <w:b/>
        </w:rPr>
        <w:t xml:space="preserve">[51:18] </w:t>
      </w:r>
      <w:r>
        <w:t>rabbana zalamna anfusana wa lum taghfir lana wa tarhamna link naml al-khasireen yeh tasniya ka seigha hai, yani hum dono ne, aye allah, hum dono ne, woh adam aur hawa ne ghalti ki, hum ko maaf kar de.</w:t>
      </w:r>
    </w:p>
    <w:p>
      <w:pPr>
        <w:jc w:val="right"/>
      </w:pPr>
      <w:r>
        <w:t>ربنا ظلمنا انفسنا ولم تغفر لنا وترحمنا لنک نمل الخاسرین یہ تثنیہ کا صیغہ ہے، یعنی ہم دونوں نے، اے اللہ، ہم دونوں نے، وہ آدم اور حوا نے غلطی کی، ہم کو معاف کر دے۔</w:t>
      </w:r>
    </w:p>
    <w:p>
      <w:r>
        <w:rPr>
          <w:b/>
        </w:rPr>
        <w:t xml:space="preserve">[51:34] </w:t>
      </w:r>
      <w:r>
        <w:t>yahi waqt tha is musalmanon ka. is waqt</w:t>
      </w:r>
    </w:p>
    <w:p>
      <w:pPr>
        <w:jc w:val="right"/>
      </w:pPr>
      <w:r>
        <w:t>یہی وقت تھا اس مسلمانوں کا۔ اس وقت</w:t>
      </w:r>
    </w:p>
    <w:p>
      <w:r>
        <w:rPr>
          <w:b/>
        </w:rPr>
        <w:t xml:space="preserve">[51:37] </w:t>
      </w:r>
      <w:r>
        <w:t>saari duniya ke musalmanon ko hazrat adam ki sunnat ko amal karna hai. saari duniya ke musalman, chahe falasteen ke hon, chahe kashmir ke hon, chahe bosnia ke hon, chahe chechnya ke hon, chahe is ke hon ya wasat ke hon, waqt aa gaya hai ke sab log hazrat adam ki sunnat ko dohraein.</w:t>
      </w:r>
    </w:p>
    <w:p>
      <w:pPr>
        <w:jc w:val="right"/>
      </w:pPr>
      <w:r>
        <w:t>ساری دنیا کے مسلمانوں کو حضرت آدم کی سنت کو عمل کرنا ہے۔ ساری دنیا کے مسلمان، چاہے فلسطین کے ہوں، چاہے کشمیر کے ہوں، چاہے بوسنیا کے ہوں، چاہے چیچنیا کے ہوں، چاہے اس کے ہوں یا وسط کے ہوں، وقت آ گیا ہے کہ سب لوگ حضرت آدم کی سنت کو دہرائیں۔</w:t>
      </w:r>
    </w:p>
    <w:p>
      <w:r>
        <w:rPr>
          <w:b/>
        </w:rPr>
        <w:t xml:space="preserve">[51:55] </w:t>
      </w:r>
      <w:r>
        <w:t>kahein ke khudaaya, hum ne ghalti ki, hum jhooti ladai mein phanse rahe, hum se ghalti hui ke hum itna zyada tum ne de rakha tha hum ko, is ko hum ne bhula diya.</w:t>
      </w:r>
    </w:p>
    <w:p>
      <w:pPr>
        <w:jc w:val="right"/>
      </w:pPr>
      <w:r>
        <w:t>کہیں کہ خدایا، ہم نے غلطی کی، ہم جھوٹی لڑائی میں پھنسے رہے، ہم سے غلطی ہوئی کہ ہم اتنا زیادہ تم نے دے رکھا تھا ہم کو، اس کو ہم نے بھلا دیا۔</w:t>
      </w:r>
    </w:p>
    <w:p>
      <w:r>
        <w:rPr>
          <w:b/>
        </w:rPr>
        <w:t xml:space="preserve">[52:05] </w:t>
      </w:r>
      <w:r>
        <w:t>chand ek item jo nahi mile the, usi ko focus kar diya. yeh hamara zulm tha, hamein allah maaf kar de. hum nayi planning karte hain aur naye dhang se apni apna sargarmian chalayenge.</w:t>
      </w:r>
    </w:p>
    <w:p>
      <w:pPr>
        <w:jc w:val="right"/>
      </w:pPr>
      <w:r>
        <w:t>چند ایک آئٹم جو نہیں ملے تھے، اسی کو فوکس کر دیا۔ یہ ہمارا ظلم تھا، ہمیں اللہ معاف کر دے۔ ہم نئی پلاننگ کرتے ہیں اور نئے ڈھنگ سے اپنی اپنا سرگرمیاں چلائیں گے۔</w:t>
      </w:r>
    </w:p>
    <w:p>
      <w:r>
        <w:rPr>
          <w:b/>
        </w:rPr>
        <w:t xml:space="preserve">[52:23] </w:t>
      </w:r>
      <w:r>
        <w:t>yahi wahid cheez hai jis ko musalmanon ko amal karna padega, nahi to tabahi, tabahi duniya mein bhi to aakhirat tabahi hai.</w:t>
      </w:r>
    </w:p>
    <w:p>
      <w:pPr>
        <w:jc w:val="right"/>
      </w:pPr>
      <w:r>
        <w:t>یہی واحد چیز ہے جس کو مسلمانوں کو عمل کرنا پڑے گا، نہیں تو تباہی، تباہی دنیا میں بھی تو آخرت تباہی ہے۔</w:t>
      </w:r>
    </w:p>
    <w:p>
      <w:r>
        <w:rPr>
          <w:b/>
        </w:rPr>
        <w:t xml:space="preserve">[52:35] </w:t>
      </w:r>
      <w:r>
        <w:t>yeh saada baat nahi hai.</w:t>
      </w:r>
    </w:p>
    <w:p>
      <w:pPr>
        <w:jc w:val="right"/>
      </w:pPr>
      <w:r>
        <w:t>یہ سادہ بات نہیں ہے۔</w:t>
      </w:r>
    </w:p>
    <w:p>
      <w:r>
        <w:rPr>
          <w:b/>
        </w:rPr>
        <w:t xml:space="preserve">[52:40] </w:t>
      </w:r>
      <w:r>
        <w:t>musalman koi musalman koi special makhlooq nahi hai. quran mein hai ke laysa bi-amari-kum wa la ni-ahli al-kitab man ya'mal sufa yujza bihi yani yahood agar virtual thinking mein pad jayein to un ki virtual thinking unhein kaam nahi aayegi.</w:t>
      </w:r>
    </w:p>
    <w:p>
      <w:pPr>
        <w:jc w:val="right"/>
      </w:pPr>
      <w:r>
        <w:t>مسلمان کوئی مسلمان کوئی اسپیشل مخلوق نہیں ہے۔ قرآن میں ہے کہ ليس بعماریكم ولا معنی اہل الکتاب من یعمل سو یجزبی یعنی یہود اگر ورچول تھنکنگ میں پڑ جائیں تو ان کی ورچول تھنکنگ انہیں کام نہیں آئے گی۔</w:t>
      </w:r>
    </w:p>
    <w:p>
      <w:r>
        <w:rPr>
          <w:b/>
        </w:rPr>
        <w:t xml:space="preserve">[53:02] </w:t>
      </w:r>
      <w:r>
        <w:t>isi tarah musalman agar virtual thinking mein pad jayein to un ki virtual thinking unhein kaam nahi aayegi. jo jaisa karega, woh sab payega. yahan par musalmanon ko bracket kar diya yahood se.</w:t>
      </w:r>
    </w:p>
    <w:p>
      <w:pPr>
        <w:jc w:val="right"/>
      </w:pPr>
      <w:r>
        <w:t>اسی طرح مسلمان اگر ورچول تھنکنگ میں پڑ جائیں تو ان کی ورچول تھنکنگ انہیں کام نہیں آئے گی۔ جو جیسا کرے گا، وہ سب پائے گا۔ یہاں پر مسلمانوں کو بریکٹ کر دیا یہود سے۔</w:t>
      </w:r>
    </w:p>
    <w:p>
      <w:r>
        <w:rPr>
          <w:b/>
        </w:rPr>
        <w:t xml:space="preserve">[53:15] </w:t>
      </w:r>
      <w:r>
        <w:t>quran ki is ayat mein aap dekhiye, musalmanon ko bracket kar diya yahood se.</w:t>
      </w:r>
    </w:p>
    <w:p>
      <w:pPr>
        <w:jc w:val="right"/>
      </w:pPr>
      <w:r>
        <w:t>قرآن کی اس آیت میں آپ دیکھیے، مسلمانوں کو بریکٹ کر دیا یہود سے۔</w:t>
      </w:r>
    </w:p>
    <w:p>
      <w:r>
        <w:rPr>
          <w:b/>
        </w:rPr>
        <w:t xml:space="preserve">[53:21] </w:t>
      </w:r>
      <w:r>
        <w:t>to dono ka mamla ek mamla hai. to koi virtual thinking, koi khush aqeedagi, koi khud sakhta aqeedah, yeh kaam nahi aayega.</w:t>
      </w:r>
    </w:p>
    <w:p>
      <w:pPr>
        <w:jc w:val="right"/>
      </w:pPr>
      <w:r>
        <w:t>تو دونوں کا معاملہ ایک معاملہ ہے۔ تو کوئی ورچول تھنکنگ، کوئی خوش عقیدگی، کوئی خود ساختہ عقیدہ، یہ کام نہیں آئے گا۔</w:t>
      </w:r>
    </w:p>
    <w:p>
      <w:r>
        <w:rPr>
          <w:b/>
        </w:rPr>
        <w:t xml:space="preserve">[53:36] </w:t>
      </w:r>
      <w:r>
        <w:t>koi rasta nahi hai musalmanon ke liye ke woh repentance un ke andar paida ho, woh u-turn lein. jis tarah hazrat adam ne u-turn liya,</w:t>
      </w:r>
    </w:p>
    <w:p>
      <w:pPr>
        <w:jc w:val="right"/>
      </w:pPr>
      <w:r>
        <w:t>کوئی راستہ نہیں ہے مسلمانوں کے لیے کہ وہ ریپنٹنس ان کے اندر پیدا ہو، وہ یو ٹرن لیں۔ جس طرح حضرت آدم نے یو ٹرن لیا،</w:t>
      </w:r>
    </w:p>
    <w:p>
      <w:r>
        <w:rPr>
          <w:b/>
        </w:rPr>
        <w:t xml:space="preserve">[53:48] </w:t>
      </w:r>
      <w:r>
        <w:t>tab ja kar aisa hoga ke mila hua unhein dikhai dega. jo mila hua hai, woh unhein dikhai dega. phir un ka shukr jaagega.</w:t>
      </w:r>
    </w:p>
    <w:p>
      <w:pPr>
        <w:jc w:val="right"/>
      </w:pPr>
      <w:r>
        <w:t>تب جا کر ایسا ہوگا کہ ملا ہوا انہیں دکھائی دے گا۔ جو ملا ہوا ہے، وہ انہیں دکھائی دے گا۔ پھر ان کا شکر جاگے گا۔</w:t>
      </w:r>
    </w:p>
    <w:p>
      <w:r>
        <w:rPr>
          <w:b/>
        </w:rPr>
        <w:t xml:space="preserve">[54:01] </w:t>
      </w:r>
      <w:r>
        <w:t>to quran ke mutabiq two point formula hai, yeh two point formula: na mile hue par sabr, mile hue par shukr.</w:t>
      </w:r>
    </w:p>
    <w:p>
      <w:pPr>
        <w:jc w:val="right"/>
      </w:pPr>
      <w:r>
        <w:t>تو قرآن کے مطابق ٹو پوائنٹ فارمولا ہے، یہ ٹو پوائنٹ فارمولا: نہ ملے ہوئے پر صبر، ملے ہوئے پر شکر۔</w:t>
      </w:r>
    </w:p>
    <w:p>
      <w:r>
        <w:rPr>
          <w:b/>
        </w:rPr>
        <w:t xml:space="preserve">[54:11] </w:t>
      </w:r>
      <w:r>
        <w:t>yeh two point formula hai, yeh</w:t>
      </w:r>
    </w:p>
    <w:p>
      <w:pPr>
        <w:jc w:val="right"/>
      </w:pPr>
      <w:r>
        <w:t>یہ ٹو پوائنٹ فارمولا ہے، یہ</w:t>
      </w:r>
    </w:p>
    <w:p>
      <w:r>
        <w:rPr>
          <w:b/>
        </w:rPr>
        <w:t xml:space="preserve">[54:15] </w:t>
      </w:r>
      <w:r>
        <w:t>ke duniya mein lazman kuch na kuch aap khoyenge. wa la nablu-wannakum bi-shay-in min al-khawfi wal-ju'i wa naks-in min al-amwali wal-afsi wath-thamarati wa bash-shir-is-sabireen alladheena idha asabat-hum musibatun qaloo inna lillahi wa inna ilayhi raji'oon</w:t>
      </w:r>
    </w:p>
    <w:p>
      <w:pPr>
        <w:jc w:val="right"/>
      </w:pPr>
      <w:r>
        <w:t>کہ دنیا میں لازماً کچھ نہ کچھ آپ کھوئیں گے۔ ولا نبلون لكم بشيء من الخوف والجوء ونخصب من الاموال والالفس والثمرات والشر الصابرین الذین اصابت مصیبت قالوا انا للہ وانا الیہ راجعون</w:t>
      </w:r>
    </w:p>
    <w:p>
      <w:r>
        <w:rPr>
          <w:b/>
        </w:rPr>
        <w:t xml:space="preserve">[54:32] </w:t>
      </w:r>
      <w:r>
        <w:t>is ayat ke mutabiq is duniya mein lazman tum ko kuch na kuch loss hoga. loss lazman hoga, lazman hoga, lazman hoga.</w:t>
      </w:r>
    </w:p>
    <w:p>
      <w:pPr>
        <w:jc w:val="right"/>
      </w:pPr>
      <w:r>
        <w:t>اس آیت کے مطابق اس دنیا میں لازماً تم کو کچھ نہ کچھ لاس ہوگا۔ ایل او ڈبل ایس لاس لازماً ہوگا، لازماً ہوگا، لازماً ہوگا۔</w:t>
      </w:r>
    </w:p>
    <w:p>
      <w:r>
        <w:rPr>
          <w:b/>
        </w:rPr>
        <w:t xml:space="preserve">[54:43] </w:t>
      </w:r>
      <w:r>
        <w:t>tum se sabr karna padega tum ko. lekin aindah isi waqt kuch mila hua bhi hoga jab tum ek cheez khoge to isi waqt kuch cheezein paayi hui bhi hongi</w:t>
      </w:r>
    </w:p>
    <w:p>
      <w:pPr>
        <w:jc w:val="right"/>
      </w:pPr>
      <w:r>
        <w:t>تم سے صبر کرنا پڑے گا تم کو۔ لیکن آئندہ اسی وقت کچھ ملا ہوا بھی ہوگا جب تم ایک چیز کھو گے تو اسی وقت کچھ چیزیں پائی ہوئی بھی ہو گ</w:t>
      </w:r>
    </w:p>
    <w:p>
      <w:r>
        <w:rPr>
          <w:b/>
        </w:rPr>
        <w:t xml:space="preserve">[54:54] </w:t>
      </w:r>
      <w:r>
        <w:t>y۔ jaise mera arz kiya ke musalman ne ne political empire to khoda hai lekin political abhi bhi un ki national hukoomatein maujood hain.</w:t>
      </w:r>
    </w:p>
    <w:p>
      <w:pPr>
        <w:jc w:val="right"/>
      </w:pPr>
      <w:r>
        <w:t>ی۔ جیسے میرا عرض کیا کہ مسلمان نے نے پولیٹیکل ایمپائر تو کھوڑا ہے لیکن پولیٹیکل ابھی بھی ان کی نیشنل حکومتیں موجود ہیں۔</w:t>
      </w:r>
    </w:p>
    <w:p>
      <w:r>
        <w:rPr>
          <w:b/>
        </w:rPr>
        <w:t xml:space="preserve">[55:04] </w:t>
      </w:r>
      <w:r>
        <w:t>yani musalmanon ne political empire to khoya lekin abhi bhi un ki national hukoomatein maujood hain pachaas se zyada mulkon mein.</w:t>
      </w:r>
    </w:p>
    <w:p>
      <w:pPr>
        <w:jc w:val="right"/>
      </w:pPr>
      <w:r>
        <w:t>یعنی مسلمانوں نے پولیٹیکل ایمپائر تو کھویا لیکن ابھی بھی ان کی نیشنل حکومتیں موجود ہیں پچاس سے زیادہ ملکوں میں۔</w:t>
      </w:r>
    </w:p>
    <w:p>
      <w:r>
        <w:rPr>
          <w:b/>
        </w:rPr>
        <w:t xml:space="preserve">[55:15] </w:t>
      </w:r>
      <w:r>
        <w:t>to is aayat ka matlab yeh hai ke tum ko lazman khone ka tajurba hoga lekin isi isi waqt tum kuch cheezein paaye bhi ho ge, kuch cheezein tum ko mili bhi hongi.</w:t>
      </w:r>
    </w:p>
    <w:p>
      <w:pPr>
        <w:jc w:val="right"/>
      </w:pPr>
      <w:r>
        <w:t>تو اس آیت کا مطلب یہ ہے کہ تم کو لازماً کھونے کا تجربہ ہوگا لیکن اسی اسی وقت تم کچھ چیزیں پائے بھی ہو گے، کچھ چیزیں تم کو ملی بھی ہوں گی۔</w:t>
      </w:r>
    </w:p>
    <w:p>
      <w:r>
        <w:rPr>
          <w:b/>
        </w:rPr>
        <w:t xml:space="preserve">[55:26] </w:t>
      </w:r>
      <w:r>
        <w:t>to jis tarah jannat mein hua ke Adam ko kuch bara hissa mila hua tha, ek darakht nahi mila tha. to imtehaan yeh tha ke na mile par focus na karein, woh mile par focus karein.</w:t>
      </w:r>
    </w:p>
    <w:p>
      <w:pPr>
        <w:jc w:val="right"/>
      </w:pPr>
      <w:r>
        <w:t>تو جس طرح جنت میں ہوا کہ آدم کو کچھ بڑا حصہ ملا ہوا تھا، ایک درخت نہیں ملا تھا۔ تو امتحان یہ تھا کہ نہ ملے پر فوکس نہ کریں، وہ ملے پر فوکس کریں۔</w:t>
      </w:r>
    </w:p>
    <w:p>
      <w:r>
        <w:rPr>
          <w:b/>
        </w:rPr>
        <w:t xml:space="preserve">[55:40] </w:t>
      </w:r>
      <w:r>
        <w:t>wohi aaj musalmanon ko karna parega</w:t>
      </w:r>
    </w:p>
    <w:p>
      <w:pPr>
        <w:jc w:val="right"/>
      </w:pPr>
      <w:r>
        <w:t>وہی آج مسلمانوں کو کرنا پڑے گا</w:t>
      </w:r>
    </w:p>
    <w:p>
      <w:r>
        <w:rPr>
          <w:b/>
        </w:rPr>
        <w:t xml:space="preserve">[55:43] </w:t>
      </w:r>
      <w:r>
        <w:t>political field mein, social field mein, national field mein, international field mein, har jagah, har jagah yeh karna parega. to phir kya hoga?</w:t>
      </w:r>
    </w:p>
    <w:p>
      <w:pPr>
        <w:jc w:val="right"/>
      </w:pPr>
      <w:r>
        <w:t>پولیٹیکل فیلڈ میں، سوشل فیلڈ میں، نیشنل فیلڈ میں، انٹرنیشنل فیلڈ میں، ہر جگہ، ہر جگہ یہ کرنا پڑے گا۔ تو پھر کیا ہوگا؟</w:t>
      </w:r>
    </w:p>
    <w:p>
      <w:r>
        <w:rPr>
          <w:b/>
        </w:rPr>
        <w:t xml:space="preserve">[55:54] </w:t>
      </w:r>
      <w:r>
        <w:t>positive thinking aayegi, intellectual development hoga aur dawat ke mawaqe khulein ge.</w:t>
      </w:r>
    </w:p>
    <w:p>
      <w:pPr>
        <w:jc w:val="right"/>
      </w:pPr>
      <w:r>
        <w:t>پازیٹیو تھنکنگ آئے گی، انٹلیکچول ڈیولپمنٹ ہوگا اور دعوت کے مواقع کھلیں گے۔</w:t>
      </w:r>
    </w:p>
    <w:p>
      <w:r>
        <w:rPr>
          <w:b/>
        </w:rPr>
        <w:t xml:space="preserve">[56:03] </w:t>
      </w:r>
      <w:r>
        <w:t>dawat ke mawaqe pehle khule hue hain lekin hum koi avail nahi kar pa rahe hain.</w:t>
      </w:r>
    </w:p>
    <w:p>
      <w:pPr>
        <w:jc w:val="right"/>
      </w:pPr>
      <w:r>
        <w:t>دعوت کے مواقع پہلے کھلے ہوئے ہیں لیکن ہم کوئی اویل نہیں کر پا رہے ہیں۔</w:t>
      </w:r>
    </w:p>
    <w:p>
      <w:r>
        <w:rPr>
          <w:b/>
        </w:rPr>
        <w:t xml:space="preserve">[56:12] </w:t>
      </w:r>
      <w:r>
        <w:t>beshumar dawat ke mawaqe khule hue hain, hatta ke un mulkon mein bhi jin ko musalman samajhte hain ke dushman Islam, maslan Israel, hamare saathi jaate hain Israel mein Quran le kar, literature le kar, koi rukawat nahi wahan par, kuch bhi nahi.</w:t>
      </w:r>
    </w:p>
    <w:p>
      <w:pPr>
        <w:jc w:val="right"/>
      </w:pPr>
      <w:r>
        <w:t>بے شمار دعوت کے مواقع کھلے ہوئے ہیں، حتیٰ کہ ان ملکوں میں بھی جن کو مسلمان سمجھتے ہیں کہ دشمن اسلام، مثلاً اسرائیل، ہمارے ساتھی جاتے ہیں اسرائیل میں قرآن لے کر، لٹریچر لے کر، کوئی رکاوٹ نہیں وہاں پر، کچھ بھی نہیں۔</w:t>
      </w:r>
    </w:p>
    <w:p>
      <w:r>
        <w:rPr>
          <w:b/>
        </w:rPr>
        <w:t xml:space="preserve">[56:27] </w:t>
      </w:r>
      <w:r>
        <w:t>khoob dawati kaam karte hain. Israel mein ja kar dawah work karte hain hamare saathi jis ko musalman samajhte hain ke dushman Islam ka dushman hai.</w:t>
      </w:r>
    </w:p>
    <w:p>
      <w:pPr>
        <w:jc w:val="right"/>
      </w:pPr>
      <w:r>
        <w:t>خوب دعوتی کام کرتے ہیں۔ اسرائیل میں جا کر دعویٰ ورک کرتے ہیں ہمارے ساتھی جس کو مسلمان سمجھتے ہیں کہ دشمن اسلام کا دشمن ہے۔</w:t>
      </w:r>
    </w:p>
    <w:p>
      <w:r>
        <w:rPr>
          <w:b/>
        </w:rPr>
        <w:t xml:space="preserve">[56:38] </w:t>
      </w:r>
      <w:r>
        <w:t>woh</w:t>
      </w:r>
    </w:p>
    <w:p>
      <w:pPr>
        <w:jc w:val="right"/>
      </w:pPr>
      <w:r>
        <w:t>وہ</w:t>
      </w:r>
    </w:p>
    <w:p>
      <w:r>
        <w:rPr>
          <w:b/>
        </w:rPr>
        <w:t xml:space="preserve">[56:40] </w:t>
      </w:r>
      <w:r>
        <w:t>to dekhein, is zamane mein Allah taala ne dawat ke moqe ko be panah had tak khol diya hai.</w:t>
      </w:r>
    </w:p>
    <w:p>
      <w:pPr>
        <w:jc w:val="right"/>
      </w:pPr>
      <w:r>
        <w:t>تو دیکھیں، اس زمانے میں اللہ تعالیٰ نے دعوت کے موقع کو بے پناہ حد تک کھول دیا ہے۔</w:t>
      </w:r>
    </w:p>
    <w:p>
      <w:r>
        <w:rPr>
          <w:b/>
        </w:rPr>
        <w:t xml:space="preserve">[56:50] </w:t>
      </w:r>
      <w:r>
        <w:t>dawat ka koi bhi darwaza band nahi hai. jo kahe woh jhoot bolta hai ke dawat ke mawaqe nahi hain. is zamane mein dawat ke saare mawaqe khul gaye hain.</w:t>
      </w:r>
    </w:p>
    <w:p>
      <w:pPr>
        <w:jc w:val="right"/>
      </w:pPr>
      <w:r>
        <w:t>دعوت کا کوئی بھی دروازہ بند نہیں ہے۔ جو کہے وہ جھوٹ بولتا ہے کہ دعوت کے مواقع نہیں ہیں۔ اس زمانے میں دعوت کے سارے مواقع کھل گئے ہیں۔</w:t>
      </w:r>
    </w:p>
    <w:p>
      <w:r>
        <w:rPr>
          <w:b/>
        </w:rPr>
        <w:t xml:space="preserve">[57:02] </w:t>
      </w:r>
      <w:r>
        <w:t>legislative freedom hai duniya mein, interaction aaya hai duniya mein, global village ho gayi duniya mein, communication aa gaya duniya mein, printing press aa gaya, tourism ki wajah se saari duniya mein log yahan se wahan jaane lage.</w:t>
      </w:r>
    </w:p>
    <w:p>
      <w:pPr>
        <w:jc w:val="right"/>
      </w:pPr>
      <w:r>
        <w:t>لیجسٹ فریڈم ہے دنیا میں، انٹریکشن آیا ہے دنیا میں، گلوبل ویج ہو گئی دنیا میں، کمیونیکیشن آ گیا دنیا میں، پرنٹنگ پریس آ گیا، ٹورزم کی وجہ سے ساری دنیا میں لوگ یہاں سے وہاں جانے لگے۔</w:t>
      </w:r>
    </w:p>
    <w:p>
      <w:r>
        <w:rPr>
          <w:b/>
        </w:rPr>
        <w:t xml:space="preserve">[57:18] </w:t>
      </w:r>
      <w:r>
        <w:t>openness aaya, mazhabi katar par khatam hua. yani woh saari cheezein jo dawat Allah ke kaam ke liye zaroori hain, woh sab khul gayin chaaron taraf, har jagah,</w:t>
      </w:r>
    </w:p>
    <w:p>
      <w:pPr>
        <w:jc w:val="right"/>
      </w:pPr>
      <w:r>
        <w:t>اوپننس آیا، مذہبی کٹر پر ختم ہوا۔ یعنی وہ ساری چیزیں جو دعوت اللہ کے کام کے لیے ضروری ہیں، وہ سب کھل گئیں چاروں طرف، ہر جگہ،</w:t>
      </w:r>
    </w:p>
    <w:p>
      <w:r>
        <w:rPr>
          <w:b/>
        </w:rPr>
        <w:t xml:space="preserve">[57:33] </w:t>
      </w:r>
      <w:r>
        <w:t>hatta ke un mulkon mein bhi jin ko aap kehte hain ke dushman mulk.</w:t>
      </w:r>
    </w:p>
    <w:p>
      <w:pPr>
        <w:jc w:val="right"/>
      </w:pPr>
      <w:r>
        <w:t>حتیٰ کہ ان ملکوں میں بھی جن کو آپ کہتے ہیں کہ دشمن ملک۔</w:t>
      </w:r>
    </w:p>
    <w:p>
      <w:r>
        <w:rPr>
          <w:b/>
        </w:rPr>
        <w:t xml:space="preserve">[57:38] </w:t>
      </w:r>
      <w:r>
        <w:t>jaise aap musalman samajhte hain ke America ke bare mein adab al Islam raqam wahid</w:t>
      </w:r>
    </w:p>
    <w:p>
      <w:pPr>
        <w:jc w:val="right"/>
      </w:pPr>
      <w:r>
        <w:t>جیسے آپ مسلمان سمجھتے ہیں کہ امریکہ کے بارے میں ادب الاسلام رقم واحد</w:t>
      </w:r>
    </w:p>
    <w:p>
      <w:r>
        <w:rPr>
          <w:b/>
        </w:rPr>
        <w:t xml:space="preserve">[57:46] </w:t>
      </w:r>
      <w:r>
        <w:t>ke America jo hai ab dushman number ek hai Islam ka, yeh bilkul jhooti baat hai. bilashuba jhooti baat hai. aap jaiye America mein dawati kaam ke liye, koi rukawat nahi.</w:t>
      </w:r>
    </w:p>
    <w:p>
      <w:pPr>
        <w:jc w:val="right"/>
      </w:pPr>
      <w:r>
        <w:t>کہ امریکہ جو ہے اب دشمن نمبر ایک ہے اسلام کا، یہ بالکل جھوٹی بات ہے۔ بلاشبہ جھوٹی بات ہے۔ آپ جائیے امریکہ میں دعوتی کام کے لیے، کوئی رکاوٹ نہیں۔</w:t>
      </w:r>
    </w:p>
    <w:p>
      <w:r>
        <w:rPr>
          <w:b/>
        </w:rPr>
        <w:t xml:space="preserve">[57:58] </w:t>
      </w:r>
      <w:r>
        <w:t>khoob dawati kaam kijiye.</w:t>
      </w:r>
    </w:p>
    <w:p>
      <w:pPr>
        <w:jc w:val="right"/>
      </w:pPr>
      <w:r>
        <w:t>خوب دعوتی کام کیجئے۔</w:t>
      </w:r>
    </w:p>
    <w:p>
      <w:r>
        <w:rPr>
          <w:b/>
        </w:rPr>
        <w:t xml:space="preserve">[58:05] </w:t>
      </w:r>
      <w:r>
        <w:t>to yeh bohat zyada sochne ki baat hai.</w:t>
      </w:r>
    </w:p>
    <w:p>
      <w:pPr>
        <w:jc w:val="right"/>
      </w:pPr>
      <w:r>
        <w:t>تو یہ بہت زیادہ سوچنے کی بات ہے۔</w:t>
      </w:r>
    </w:p>
    <w:p>
      <w:r>
        <w:rPr>
          <w:b/>
        </w:rPr>
        <w:t xml:space="preserve">[58:08] </w:t>
      </w:r>
      <w:r>
        <w:t>humein apne focus ko badalna hai, apni soch ko badalna hai.</w:t>
      </w:r>
    </w:p>
    <w:p>
      <w:pPr>
        <w:jc w:val="right"/>
      </w:pPr>
      <w:r>
        <w:t>ہمیں اپنے فوکس کو بدلنا ہے، اپنی سوچ کو بدلنا ہے۔</w:t>
      </w:r>
    </w:p>
    <w:p>
      <w:r>
        <w:rPr>
          <w:b/>
        </w:rPr>
        <w:t xml:space="preserve">[58:15] </w:t>
      </w:r>
      <w:r>
        <w:t>mili hui cheezon ka anbaar laga hua hai, wahan se focus hata diya aur koi ek cheez jo nahi mili, us par focus daal diya. aur phir satanic zehan bana, satanic culture bana, satanic thinking banayi.</w:t>
      </w:r>
    </w:p>
    <w:p>
      <w:pPr>
        <w:jc w:val="right"/>
      </w:pPr>
      <w:r>
        <w:t>ملی ہوئی چیزوں کا انبار لگا ہوا ہے، وہاں سے فوکس ہٹا دیا اور کوئی ایک چیز جو نہیں ملی، اس پر فوکس ڈال دیا۔ اور پھر سیٹنک ذہن بنا، سیٹنک کلچر بنا، سیٹنک تھنکنگ بنائی۔</w:t>
      </w:r>
    </w:p>
    <w:p>
      <w:r>
        <w:rPr>
          <w:b/>
        </w:rPr>
        <w:t xml:space="preserve">[58:29] </w:t>
      </w:r>
      <w:r>
        <w:t>to positive thinking gayi, dawah work chhoot gaya. jannati shakhsiyat banane ke mawaqe jo hain, us se hum mehroom ho gaye.</w:t>
      </w:r>
    </w:p>
    <w:p>
      <w:pPr>
        <w:jc w:val="right"/>
      </w:pPr>
      <w:r>
        <w:t>تو پازیٹیو تھنکنگ گئی، دعویٰ ورک چھوٹا۔ جنتی شخصیت بنانے کے مواقع جو ہیں، اس سے ہم محروم ہو گئے۔</w:t>
      </w:r>
    </w:p>
    <w:p>
      <w:r>
        <w:rPr>
          <w:b/>
        </w:rPr>
        <w:t xml:space="preserve">[58:38] </w:t>
      </w:r>
      <w:r>
        <w:t>sab mehroomi, mehroomi.</w:t>
      </w:r>
    </w:p>
    <w:p>
      <w:pPr>
        <w:jc w:val="right"/>
      </w:pPr>
      <w:r>
        <w:t>سب محرومی، محرومی۔</w:t>
      </w:r>
    </w:p>
    <w:p>
      <w:r>
        <w:rPr>
          <w:b/>
        </w:rPr>
        <w:t xml:space="preserve">[58:44] </w:t>
      </w:r>
      <w:r>
        <w:t>to waqt aakhri waqt aa gaya hai ke hum rethinking karen,</w:t>
      </w:r>
    </w:p>
    <w:p>
      <w:pPr>
        <w:jc w:val="right"/>
      </w:pPr>
      <w:r>
        <w:t>تو وقت آخری وقت آ گیا ہے کہ ہم ری تھنکنگ کریں،</w:t>
      </w:r>
    </w:p>
    <w:p>
      <w:r>
        <w:rPr>
          <w:b/>
        </w:rPr>
        <w:t xml:space="preserve">[58:49] </w:t>
      </w:r>
      <w:r>
        <w:t>re assess karen, re planning karen</w:t>
      </w:r>
    </w:p>
    <w:p>
      <w:pPr>
        <w:jc w:val="right"/>
      </w:pPr>
      <w:r>
        <w:t>ری اسس کریں، ری پلاننگ کریں</w:t>
      </w:r>
    </w:p>
    <w:p>
      <w:r>
        <w:rPr>
          <w:b/>
        </w:rPr>
        <w:t xml:space="preserve">[58:54] </w:t>
      </w:r>
      <w:r>
        <w:t>aur is is dua ko dohraen, Hazrat Adam wali dua ko: Rabbana zalamna anfusana walam taghfir lana wa tarhamna</w:t>
      </w:r>
    </w:p>
    <w:p>
      <w:pPr>
        <w:jc w:val="right"/>
      </w:pPr>
      <w:r>
        <w:t>اور اس اس دعا کو دہرائیں، حضرت آدم والی دعا کو: ربنا ظلمنا انفسنا ولم تغفر لنا وترحمنا</w:t>
      </w:r>
    </w:p>
    <w:p>
      <w:r>
        <w:rPr>
          <w:b/>
        </w:rPr>
        <w:t xml:space="preserve">[59:03] </w:t>
      </w:r>
      <w:r>
        <w:t>lanakun al-khasireen waqt aa gaya hai qaumi satah par musalman is dua ko dohraen, qaumi satah par poori</w:t>
      </w:r>
    </w:p>
    <w:p>
      <w:pPr>
        <w:jc w:val="right"/>
      </w:pPr>
      <w:r>
        <w:t>لنکون الخاسرین وقت آ گیا ہے قومی سطح پر مسلمان اس دعا کو دہرائیں، قومی سطح پر پوری</w:t>
      </w:r>
    </w:p>
    <w:p>
      <w:r>
        <w:rPr>
          <w:b/>
        </w:rPr>
        <w:t xml:space="preserve">[59:12] </w:t>
      </w:r>
      <w:r>
        <w:t>ummat-e-muslima.</w:t>
      </w:r>
    </w:p>
    <w:p>
      <w:pPr>
        <w:jc w:val="right"/>
      </w:pPr>
      <w:r>
        <w:t>امت مسلمہ۔</w:t>
      </w:r>
    </w:p>
    <w:p>
      <w:r>
        <w:rPr>
          <w:b/>
        </w:rPr>
        <w:t xml:space="preserve">[59:14] </w:t>
      </w:r>
      <w:r>
        <w:t>tab ja kar hamare liye ek naya daira aur naya daur aayega, naye darwaze khulenge aur millat ka ehya hoga.</w:t>
      </w:r>
    </w:p>
    <w:p>
      <w:pPr>
        <w:jc w:val="right"/>
      </w:pPr>
      <w:r>
        <w:t>تب جا کر ہمارے لیے ایک نیا دائرہ اور نیا دور آئے گا، نئے دروازے کھلیں گے اور ملت کا احیاء ہوگا۔</w:t>
      </w:r>
    </w:p>
    <w:p>
      <w:r>
        <w:rPr>
          <w:b/>
        </w:rPr>
        <w:t xml:space="preserve">[59:25] </w:t>
      </w:r>
      <w:r>
        <w:t>to main dua karta hoon ke Allah taala mujh ko aur aap ko tofeeq de ke hum sachai ko janen aur apne aap ko jhoot se nikalein.</w:t>
      </w:r>
    </w:p>
    <w:p>
      <w:pPr>
        <w:jc w:val="right"/>
      </w:pPr>
      <w:r>
        <w:t>تو میں دعا کرتا ہوں کہ اللہ تعالیٰ مجھ کو اور آپ کو توفیق دے کہ ہم سچائی کو جانیں اور اپنے آپ کو جھوٹ سے نکالیں۔</w:t>
      </w:r>
    </w:p>
    <w:p>
      <w:r>
        <w:rPr>
          <w:b/>
        </w:rPr>
        <w:t xml:space="preserve">[59:39] </w:t>
      </w:r>
      <w:r>
        <w:t>is se bachayen apne aap ko ke shaitan hum ko apna shikar bana le.</w:t>
      </w:r>
    </w:p>
    <w:p>
      <w:pPr>
        <w:jc w:val="right"/>
      </w:pPr>
      <w:r>
        <w:t>اس سے بچائیں اپنے آپ کو کہ شیطان ہم کو اپنا شکار بنا لے۔</w:t>
      </w:r>
    </w:p>
    <w:p>
      <w:r>
        <w:rPr>
          <w:b/>
        </w:rPr>
        <w:t xml:space="preserve">[59:47] </w:t>
      </w:r>
      <w:r>
        <w:t>Allah taala hum ko aur aap ko</w:t>
      </w:r>
    </w:p>
    <w:p>
      <w:pPr>
        <w:jc w:val="right"/>
      </w:pPr>
      <w:r>
        <w:t>اللہ تعالیٰ ہم کو اور آپ کو</w:t>
      </w:r>
    </w:p>
    <w:p>
      <w:r>
        <w:rPr>
          <w:b/>
        </w:rPr>
        <w:t xml:space="preserve">[59:51] </w:t>
      </w:r>
      <w:r>
        <w:t>sehih raste par chalaye. aqool qooli haza wa astaghfirullah li wa lakum ajmaeen.</w:t>
      </w:r>
    </w:p>
    <w:p>
      <w:pPr>
        <w:jc w:val="right"/>
      </w:pPr>
      <w:r>
        <w:t>صحیح راستے پر چلائے۔ أقول قولي هذا وأستغفر الله لي ولكم أجمعين.</w:t>
      </w:r>
    </w:p>
    <w:p>
      <w:r>
        <w:rPr>
          <w:b/>
        </w:rPr>
        <w:t xml:space="preserve">[1:00:10] </w:t>
      </w:r>
      <w:r>
        <w:t>maulana, haal hi mein haiderabad mein ek tanzeem ki teen din ki conference nizam ground par hui. is ka title tha "spring of islam".</w:t>
      </w:r>
    </w:p>
    <w:p>
      <w:pPr>
        <w:jc w:val="right"/>
      </w:pPr>
      <w:r>
        <w:t>مولانا، حال ہی میں حیدرآباد میں ایک تنظیم کی تین دن کی کانفرنس نظام گراؤنڈ پر ہوئی۔ اس کا ٹائٹل تھا "سپرنگ آف اسلام"۔</w:t>
      </w:r>
    </w:p>
    <w:p>
      <w:r>
        <w:rPr>
          <w:b/>
        </w:rPr>
        <w:t xml:space="preserve">[1:00:22] </w:t>
      </w:r>
      <w:r>
        <w:t>is is ka tha "spring of islam". spring. spring of islam. hmm, is ko maine attend kiya tha. is saare conference ka khulasa yeh tha ke islam ki bahar aa rahi hai, is ki shuruaat arab dunya se ho chuki hai.</w:t>
      </w:r>
    </w:p>
    <w:p>
      <w:pPr>
        <w:jc w:val="right"/>
      </w:pPr>
      <w:r>
        <w:t>اس اس کا تھا "سپرنگ آف اسلام"۔ سپرنگ۔ سپرنگ آف اسلام۔ ہمم، اس کو میں نے اٹینڈ کیا تھا۔ اس سارے کانفرنس کا خلاصہ یہ تھا کہ اسلام کی بہار آ رہی ہے، اس کی شروعات عرب دنیا سے ہو چکی ہے۔</w:t>
      </w:r>
    </w:p>
    <w:p>
      <w:r>
        <w:rPr>
          <w:b/>
        </w:rPr>
        <w:t xml:space="preserve">[1:00:38] </w:t>
      </w:r>
      <w:r>
        <w:t>is ke liye misaal egypt se hi li gayi. maulana, is program mein mujhe aisa lag raha tha ke is mein ek bhi muqarrir haqaiq se waqif nahi hai.</w:t>
      </w:r>
    </w:p>
    <w:p>
      <w:pPr>
        <w:jc w:val="right"/>
      </w:pPr>
      <w:r>
        <w:t>اس کے لیے مثال ایجپٹ سے ہی لی گئی۔ مولانا، اس پروگرام میں مجھے ایسا لگ رہا تھا کہ اس میں ایک بھی مقرر حقائق سے واقف نہیں ہے۔</w:t>
      </w:r>
    </w:p>
    <w:p>
      <w:r>
        <w:rPr>
          <w:b/>
        </w:rPr>
        <w:t xml:space="preserve">[1:00:49] </w:t>
      </w:r>
      <w:r>
        <w:t>har ek be buniyad baatein bata raha tha, sirf khoobsurat alfaaz ki bharmar thi. ek muqarrir ne to yeh keh diya ke hum Allah se dua karte hain ke Allah is nizam ground ko hi tahrir square sabit kar de.</w:t>
      </w:r>
    </w:p>
    <w:p>
      <w:pPr>
        <w:jc w:val="right"/>
      </w:pPr>
      <w:r>
        <w:t>ہر ایک بے بنیاد باتیں بتا رہا تھا، صرف خوبصورت الفاظ کی بھرمار تھی۔ ایک مقرر نے تو یہ کہہ دیا کہ ہم اللہ سے دعا کرتے ہیں کہ اللہ اس نظام گراؤنڈ کو ہی تحریر سکوئر ثابت کر دے۔</w:t>
      </w:r>
    </w:p>
    <w:p>
      <w:r>
        <w:rPr>
          <w:b/>
        </w:rPr>
        <w:t xml:space="preserve">[1:01:06] </w:t>
      </w:r>
      <w:r>
        <w:t>maulana, mera sawal is tahrir s</w:t>
      </w:r>
    </w:p>
    <w:p>
      <w:pPr>
        <w:jc w:val="right"/>
      </w:pPr>
      <w:r>
        <w:t>مولانا، میرا سوال اس تحریر س</w:t>
      </w:r>
    </w:p>
    <w:p>
      <w:r>
        <w:rPr>
          <w:b/>
        </w:rPr>
        <w:t xml:space="preserve">[1:01:08] </w:t>
      </w:r>
      <w:r>
        <w:t>quare. tahrir square. sabit kar de. astaghfirullah, astaghfirullah. maulana, mera sawal is silsile mein yeh hai ke hum musalmanon par yeh ghair haqeeqat pasanda fiza kyun chhai hui hai, aur hum is ko haqeeqat pasandi ka rukh kaise de sakte hain?</w:t>
      </w:r>
    </w:p>
    <w:p>
      <w:pPr>
        <w:jc w:val="right"/>
      </w:pPr>
      <w:r>
        <w:t>کوئر۔ تحریر سکوئر۔ ثابت کر دے۔ استغفراللہ، استغفراللہ۔ مولانا، میرا سوال اس سلسلے میں یہ ہے کہ ہم مسلمانوں پر یہ غیر حقیقت پسندہ فضا کیوں چھائی ہوئی ہے، اور ہم اس کو حقیقت پسندی کا رخ کیسے دے سکتے ہیں؟</w:t>
      </w:r>
    </w:p>
    <w:p>
      <w:r>
        <w:rPr>
          <w:b/>
        </w:rPr>
        <w:t xml:space="preserve">[1:01:25] </w:t>
      </w:r>
      <w:r>
        <w:t>yeh isi ka naam yahudiyat hai.</w:t>
      </w:r>
    </w:p>
    <w:p>
      <w:pPr>
        <w:jc w:val="right"/>
      </w:pPr>
      <w:r>
        <w:t>یہ اسی کا نام یہودیت ہے۔</w:t>
      </w:r>
    </w:p>
    <w:p>
      <w:r>
        <w:rPr>
          <w:b/>
        </w:rPr>
        <w:t xml:space="preserve">[1:01:30] </w:t>
      </w:r>
      <w:r>
        <w:t>aap internet par check kijiye to aap ko do lafz milenge:</w:t>
      </w:r>
    </w:p>
    <w:p>
      <w:pPr>
        <w:jc w:val="right"/>
      </w:pPr>
      <w:r>
        <w:t>آپ انٹرنیٹ پر چیک کیجیے تو آپ کو دو لفظ ملیں گے:</w:t>
      </w:r>
    </w:p>
    <w:p>
      <w:r>
        <w:rPr>
          <w:b/>
        </w:rPr>
        <w:t xml:space="preserve">[1:01:35] </w:t>
      </w:r>
      <w:r>
        <w:t>jewish paranoia aur muslim paranoia.</w:t>
      </w:r>
    </w:p>
    <w:p>
      <w:pPr>
        <w:jc w:val="right"/>
      </w:pPr>
      <w:r>
        <w:t>جیوش پیرانویا اور مسلم پیرانویا۔</w:t>
      </w:r>
    </w:p>
    <w:p>
      <w:r>
        <w:rPr>
          <w:b/>
        </w:rPr>
        <w:t xml:space="preserve">[1:01:44] </w:t>
      </w:r>
      <w:r>
        <w:t>to yahudi is ka shikar hue, is panicky character ban gaye woh. wahi musalmanon ka haal hai, panicky character bane hue hain.</w:t>
      </w:r>
    </w:p>
    <w:p>
      <w:pPr>
        <w:jc w:val="right"/>
      </w:pPr>
      <w:r>
        <w:t>تو یہودی اس کا شکار ہوئے، اس پیرانویک کریکٹر بن گئے وہ۔ وہی مسلمانوں کا حال ہے، پیرانویک کریکٹر بنے ہوئے ہیں۔</w:t>
      </w:r>
    </w:p>
    <w:p>
      <w:r>
        <w:rPr>
          <w:b/>
        </w:rPr>
        <w:t xml:space="preserve">[1:01:55] </w:t>
      </w:r>
      <w:r>
        <w:t>is ko kehte hain paranoia. yeh musalman mukammal maano mein paranoia ka qist ban chuke hain, jis tarah yahudi bane the.</w:t>
      </w:r>
    </w:p>
    <w:p>
      <w:pPr>
        <w:jc w:val="right"/>
      </w:pPr>
      <w:r>
        <w:t>اس کو کہتے ہیں پیرانویا۔ یہ مسلمان مکمل معنوں میں پیرانویا کا قسط بن چکے ہیں، جس طرح یہودی بنے تھے۔</w:t>
      </w:r>
    </w:p>
    <w:p>
      <w:r>
        <w:rPr>
          <w:b/>
        </w:rPr>
        <w:t xml:space="preserve">[1:02:04] </w:t>
      </w:r>
      <w:r>
        <w:t>to aap internet par dekh lijie, aap kitabein bahut si likhi gayi hain, article likhe gaye hain: jewish paranoia aur muslim paranoia.</w:t>
      </w:r>
    </w:p>
    <w:p>
      <w:pPr>
        <w:jc w:val="right"/>
      </w:pPr>
      <w:r>
        <w:t>تو آپ انٹرنیٹ پر دیکھ لیجیے، آپ کتابیں بہت سی لکھی گئی ہیں، آرٹیکل لکھے گئے ہیں: جیوش پیرانویا اور مسلم پیرانویا۔</w:t>
      </w:r>
    </w:p>
    <w:p>
      <w:r>
        <w:rPr>
          <w:b/>
        </w:rPr>
        <w:t xml:space="preserve">[1:02:15] </w:t>
      </w:r>
      <w:r>
        <w:t>ab hamein islaah ke liye zaroori hai ke hum janen ke ghalati hai kahan. jab tak kabina jane ke ghalati hai kahan, tab tak islaah nahi ho sakti.</w:t>
      </w:r>
    </w:p>
    <w:p>
      <w:pPr>
        <w:jc w:val="right"/>
      </w:pPr>
      <w:r>
        <w:t>اب ہمیں اصلاح کے لیے ضروری ہے کہ ہم جانیں کہ غلطی ہے کہاں۔ جب تک کابینہ جانے کہ غلطی ہے کہاں، تب تک اصلاح نہیں ہو سکتی۔</w:t>
      </w:r>
    </w:p>
    <w:p>
      <w:r>
        <w:rPr>
          <w:b/>
        </w:rPr>
        <w:t xml:space="preserve">[1:02:25] </w:t>
      </w:r>
      <w:r>
        <w:t>to ghalati yahan hai ke hum yahudiyat ka qist ban chuke hain.</w:t>
      </w:r>
    </w:p>
    <w:p>
      <w:pPr>
        <w:jc w:val="right"/>
      </w:pPr>
      <w:r>
        <w:t>تو غلطی یہاں ہے کہ ہم یہودیت کا قسط بن چکے ہیں۔</w:t>
      </w:r>
    </w:p>
    <w:p>
      <w:r>
        <w:rPr>
          <w:b/>
        </w:rPr>
        <w:t xml:space="preserve">[1:02:29] </w:t>
      </w:r>
      <w:r>
        <w:t>musalman jo hain, jis tarah hadith mein aata hai ke latatba'un sunna man kana qablakum yani tumhara qist yahudiyon ka qist ban jayega.</w:t>
      </w:r>
    </w:p>
    <w:p>
      <w:pPr>
        <w:jc w:val="right"/>
      </w:pPr>
      <w:r>
        <w:t>مسلمان جو ہیں، جس طرح حدیث میں آتا ہے کہ لَتَتَّبَعُونَّ سُنَّ مَنْ كَانَ قَبْلَكُمْ یعنی تمہارا قسط یہودیوں کا قسط بن جائے گا۔</w:t>
      </w:r>
    </w:p>
    <w:p>
      <w:r>
        <w:rPr>
          <w:b/>
        </w:rPr>
        <w:t xml:space="preserve">[1:02:39] </w:t>
      </w:r>
      <w:r>
        <w:t>woh peshangoi poori ho chuki hai.</w:t>
      </w:r>
    </w:p>
    <w:p>
      <w:pPr>
        <w:jc w:val="right"/>
      </w:pPr>
      <w:r>
        <w:t>وہ پیشنگوئی پوری ہو چکی ہے۔</w:t>
      </w:r>
    </w:p>
    <w:p>
      <w:r>
        <w:rPr>
          <w:b/>
        </w:rPr>
        <w:t xml:space="preserve">[1:02:41] </w:t>
      </w:r>
      <w:r>
        <w:t>to koi bhi nai islaah yahan se hogi ke hum manen is ghalati ko ke musalman apne zawal ki bina par yahudiyat ka qist ban chuke hain.</w:t>
      </w:r>
    </w:p>
    <w:p>
      <w:pPr>
        <w:jc w:val="right"/>
      </w:pPr>
      <w:r>
        <w:t>تو کوئی بھی نئی اصلاح یہاں سے ہوگی کہ ہم مانیں اس غلطی کو کہ مسلمان اپنے زوال کی بنا پر یہودیت کا قسط بن چکے ہیں۔</w:t>
      </w:r>
    </w:p>
    <w:p>
      <w:r>
        <w:rPr>
          <w:b/>
        </w:rPr>
        <w:t xml:space="preserve">[1:02:54] </w:t>
      </w:r>
      <w:r>
        <w:t>wahan se hamein islaah karni hai ab. warna koi islaah nahi hogi.</w:t>
      </w:r>
    </w:p>
    <w:p>
      <w:pPr>
        <w:jc w:val="right"/>
      </w:pPr>
      <w:r>
        <w:t>وہاں سے ہمیں اصلاح کرنی ہے اب۔ ورنہ کوئی اصلاح نہیں ہوگی۔</w:t>
      </w:r>
    </w:p>
    <w:p>
      <w:r>
        <w:rPr>
          <w:b/>
        </w:rPr>
        <w:t xml:space="preserve">[1:03:00] </w:t>
      </w:r>
      <w:r>
        <w:t>matlab jo tib mein kaha jata hai ke pehle tashkhees hai, is ke baad tajweez hai. pehle diagnosis hai, is ke baad prescription hai.</w:t>
      </w:r>
    </w:p>
    <w:p>
      <w:pPr>
        <w:jc w:val="right"/>
      </w:pPr>
      <w:r>
        <w:t>مطلب جو طب میں کہا جاتا ہے کہ پہلے تشخیص ہے، اس کے بعد تجویز ہے۔ پہلے ڈائیگنوسس ہے، اس کے بعد پریسکرپشن ہے۔</w:t>
      </w:r>
    </w:p>
    <w:p>
      <w:r>
        <w:rPr>
          <w:b/>
        </w:rPr>
        <w:t xml:space="preserve">[1:03:11] </w:t>
      </w:r>
      <w:r>
        <w:t>to diagnosis hi ghalat hai, tashkhees hi ghalat hai. tashkhees yeh hai ke millat-e-muslima jo hai, zawal ki aakhri had tak pahunch chuki hai, usi had par jahan yahood pahunche the.</w:t>
      </w:r>
    </w:p>
    <w:p>
      <w:pPr>
        <w:jc w:val="right"/>
      </w:pPr>
      <w:r>
        <w:t>تو ڈائیگنوسس ہی غلط ہے، تشخیص ہی غلط ہے۔ تشخیص یہ ہے کہ ملت مسلمہ جو ہے، زوال کی آخری حد پہنچ چکی ہے، اسی حد پر جہاں یہود پہنچے تھے۔</w:t>
      </w:r>
    </w:p>
    <w:p>
      <w:r>
        <w:rPr>
          <w:b/>
        </w:rPr>
        <w:t xml:space="preserve">[1:03:25] </w:t>
      </w:r>
      <w:r>
        <w:t>yehud ka qist ban gaya tha paranoia ka qist, musalman ka qist ban gaya hai paranoia ka qist.</w:t>
      </w:r>
    </w:p>
    <w:p>
      <w:pPr>
        <w:jc w:val="right"/>
      </w:pPr>
      <w:r>
        <w:t>یہود کا قسط بن گیا تھا پیرانویا کا قسط، مسلمان کا قسط بن گیا ہے پیرانویا کا قسط۔</w:t>
      </w:r>
    </w:p>
    <w:p>
      <w:r>
        <w:rPr>
          <w:b/>
        </w:rPr>
        <w:t xml:space="preserve">[1:03:34] </w:t>
      </w:r>
      <w:r>
        <w:t>is jab is haqeeqat ko hum eteraaf karein ge, tab lotenge hum quran ki taraf aur sunnat ki taraf, warna lotenge bhi nahin.</w:t>
      </w:r>
    </w:p>
    <w:p>
      <w:pPr>
        <w:jc w:val="right"/>
      </w:pPr>
      <w:r>
        <w:t>اس جب اس حقیقت کو ہم اعتراف کریں گے، تب لوٹیں گے ہم قرآن کی طرف اور سنت کی طرف، ورنہ لوٹیں گے بھی نہیں۔</w:t>
      </w:r>
    </w:p>
    <w:p>
      <w:r>
        <w:rPr>
          <w:b/>
        </w:rPr>
        <w:t xml:space="preserve">[1:03:46] </w:t>
      </w:r>
      <w:r>
        <w:t>maulana, agla sawal tamil nadu se hai, maulana iqbal umri ka. unhone likha hai: "ek mashhoor daai ne kaha ke dawat bhi sunnat hai aur siyasat bhi sunnat hai."</w:t>
      </w:r>
    </w:p>
    <w:p>
      <w:pPr>
        <w:jc w:val="right"/>
      </w:pPr>
      <w:r>
        <w:t>مولانا، اگلا سوال تمل ناڈو سے ہے، مولانا اقبال عمری کا۔ انہوں نے لکھا ہے: "ایک مشہور داعی نے کہا کہ دعوت بھی سنت ہے اور سیاست بھی سنت ہے۔"</w:t>
      </w:r>
    </w:p>
    <w:p>
      <w:r>
        <w:rPr>
          <w:b/>
        </w:rPr>
        <w:t xml:space="preserve">[1:04:00] </w:t>
      </w:r>
      <w:r>
        <w:t>maulana sahab, mera sawal yeh hai ke log dawat ko itna underestimate kyon karte hain aur siyasat ko itna kyon badhate hain? yeh sahi baat yeh kehna chahiye unko ke quran ke aitbaar se sunnat, quran ke aitbaar se dawat sunnat hai.</w:t>
      </w:r>
    </w:p>
    <w:p>
      <w:pPr>
        <w:jc w:val="right"/>
      </w:pPr>
      <w:r>
        <w:t>مولانا صاحب، میرا سوال یہ ہے کہ لوگ دعوت کو اتنا انڈر ایسٹیمیٹ کیوں کرتے ہیں اور سیاست کو اتنا کیوں بڑھاتے ہیں؟ یہ صحیح بات یہ کہنا چاہیے ان کو کہ قرآن کے اعتبار سے سنت، قرآن کے اعتبار سے دعوت سنت ہے۔</w:t>
      </w:r>
    </w:p>
    <w:p>
      <w:r>
        <w:rPr>
          <w:b/>
        </w:rPr>
        <w:t xml:space="preserve">[1:04:19] </w:t>
      </w:r>
      <w:r>
        <w:t>humne is mein add kar liya hai ke islaahaat ko sunnat bana liya hai. yeh toh sarakshi hai, yeh sarakshi ki baatein hain.</w:t>
      </w:r>
    </w:p>
    <w:p>
      <w:pPr>
        <w:jc w:val="right"/>
      </w:pPr>
      <w:r>
        <w:t>ہم نے اس میں ایڈ کر لیا ہے کہ اصلاحات کو سنت بنا لیا ہے۔ یہ تو سرکشی ہے، یہ سرکشی کی باتیں ہیں۔</w:t>
      </w:r>
    </w:p>
    <w:p>
      <w:r>
        <w:rPr>
          <w:b/>
        </w:rPr>
        <w:t xml:space="preserve">[1:04:28] </w:t>
      </w:r>
      <w:r>
        <w:t>yaani Allah ne dawat ko sunnat qarar diya tha, musalmanon ne apni sarakshi ki bina par is mein sunnat ko bhi, islaahaat ko bhi bana liya sunnat.</w:t>
      </w:r>
    </w:p>
    <w:p>
      <w:pPr>
        <w:jc w:val="right"/>
      </w:pPr>
      <w:r>
        <w:t>یعنی اللہ نے دعوت کو سنت قرار دیا تھا، مسلمانوں نے اپنی سرکشی کی بنا پر اس میں سنت کو بھی، اصلاحات کو بھی بنا لیا سنت۔</w:t>
      </w:r>
    </w:p>
    <w:p>
      <w:r>
        <w:rPr>
          <w:b/>
        </w:rPr>
        <w:t xml:space="preserve">[1:04:37] </w:t>
      </w:r>
      <w:r>
        <w:t>yeh toh sarakshi hai, aur is yeh kuch is mein sarakshi ke siwa aur kuch bhi nahin. unhein pehle pesh karna chahiye quran ki ayat, koi hadees.</w:t>
      </w:r>
    </w:p>
    <w:p>
      <w:pPr>
        <w:jc w:val="right"/>
      </w:pPr>
      <w:r>
        <w:t>یہ تو سرکشی ہے، اور اس یہ کچھ اس میں سرکشی کے سوا اور کچھ بھی نہیں۔ انہیں پہلے پیش کرنا چاہیے قرآن کی آیت، کوئی حدیث۔</w:t>
      </w:r>
    </w:p>
    <w:p>
      <w:r>
        <w:rPr>
          <w:b/>
        </w:rPr>
        <w:t xml:space="preserve">[1:04:49] </w:t>
      </w:r>
      <w:r>
        <w:t>woh pesh nahin kar paate log.</w:t>
      </w:r>
    </w:p>
    <w:p>
      <w:pPr>
        <w:jc w:val="right"/>
      </w:pPr>
      <w:r>
        <w:t>وہ پیش نہیں کر پاتے لوگ۔</w:t>
      </w:r>
    </w:p>
    <w:p>
      <w:r>
        <w:rPr>
          <w:b/>
        </w:rPr>
        <w:t xml:space="preserve">[1:04:52] </w:t>
      </w:r>
      <w:r>
        <w:t>aaj tak main, main pachaas baras se challenge diya hua hoon, aaj se nahin ke koi laaye, koi hadees laaye, koi quran ki ayat.</w:t>
      </w:r>
    </w:p>
    <w:p>
      <w:pPr>
        <w:jc w:val="right"/>
      </w:pPr>
      <w:r>
        <w:t>آج تک میں، میں پچاس برس سے چیلنج دیا ہوا ہوں، آج سے نہیں کہ کوئی لائے، کوئی حدیث لائے، کوئی قرآن کی آیت۔</w:t>
      </w:r>
    </w:p>
    <w:p>
      <w:r>
        <w:rPr>
          <w:b/>
        </w:rPr>
        <w:t xml:space="preserve">[1:05:02] </w:t>
      </w:r>
      <w:r>
        <w:t>bade bade ulma ne is par, is se unhone woh kiya, lekin koi is pesh nahin kar saka koi ayat ya hadees. yeh toh khud sakhta tor par alfaaz bolte hain ke Allah ne hum par dawat farz kiya tha, humne apni taraf se is mein izafa kar ke siyasat ko farz kar liya.</w:t>
      </w:r>
    </w:p>
    <w:p>
      <w:pPr>
        <w:jc w:val="right"/>
      </w:pPr>
      <w:r>
        <w:t>بڑے بڑے علماء نے اس پر، اس سے انہوں نے وہ کیا، لیکن کوئی اس پیش نہیں کر سکا کوئی آیت یا حدیث۔ یہ تو خود ساختہ طور پر الفاظ بولتے ہیں کہ اللہ نے ہم پر دعوت فرض کیا تھا، ہم نے اپنی طرف سے اس میں اضافہ کر کے سیاست کو فرض کر لیا۔</w:t>
      </w:r>
    </w:p>
    <w:p>
      <w:r>
        <w:rPr>
          <w:b/>
        </w:rPr>
        <w:t xml:space="preserve">[1:05:20] </w:t>
      </w:r>
      <w:r>
        <w:t>toh yeh toh sarakshi hai. jo Allah ne nahin kaha tha, us ko Allah ki taraf mansoob karte hain yeh log. maulana, agla sawal pakistan se hai, abdul latif sahab ka.</w:t>
      </w:r>
    </w:p>
    <w:p>
      <w:pPr>
        <w:jc w:val="right"/>
      </w:pPr>
      <w:r>
        <w:t>تو یہ تو سرکشی ہے۔ جو اللہ نے نہیں کہا تھا، اس کو اللہ کی طرف منسوب کرتے ہیں یہ لوگ۔ مولانا، اگلا سوال پاکستان سے ہے، عبداللطیف صاحب کا۔</w:t>
      </w:r>
    </w:p>
    <w:p>
      <w:r>
        <w:rPr>
          <w:b/>
        </w:rPr>
        <w:t xml:space="preserve">[1:05:33] </w:t>
      </w:r>
      <w:r>
        <w:t>unhone likha hai: "quran mein hai ke jannat un logon ko milegi jin logon ne duniya mein achhe aamaal kiye."</w:t>
      </w:r>
    </w:p>
    <w:p>
      <w:pPr>
        <w:jc w:val="right"/>
      </w:pPr>
      <w:r>
        <w:t>انہوں نے لکھا ہے: "قرآن میں ہے کہ جنت ان لوگوں کو ملے گی جن لوگوں نے دنیا میں اچھے اعمال کیے۔" مولانا صاحب، وہ کون سے اعمال ہیں جو جنت میں جانے کے لیے انسان کو دنیا میں کرنے ہیں</w:t>
      </w:r>
    </w:p>
    <w:p>
      <w:r>
        <w:rPr>
          <w:b/>
        </w:rPr>
        <w:t xml:space="preserve">[1:05:49] </w:t>
      </w:r>
      <w:r>
        <w:t>maulana sahab, woh kaun se aamaal hain jo jannat mein jaane ke liye insaan ko duniya mein karne hain, is ke baray mein bataein. bhai, wahi toh aaj maine kaha, yahi hai. koi mysterious baat nahin hai ke shayad tasbeeh padh li hai toh jannat ho jayegi.</w:t>
      </w:r>
    </w:p>
    <w:p>
      <w:pPr>
        <w:jc w:val="right"/>
      </w:pPr>
      <w:r>
        <w:t>، اس کے بارے میں بتائیں۔ بھئی، وہی تو آج میں نے کہا، یہی ہے۔ کوئی مسٹیریس بات نہیں ہے کہ شاید تسبیح پڑھ لی ہے تو جنت ہو جائے گی۔</w:t>
      </w:r>
    </w:p>
    <w:p>
      <w:r>
        <w:rPr>
          <w:b/>
        </w:rPr>
        <w:t xml:space="preserve">[1:06:02] </w:t>
      </w:r>
      <w:r>
        <w:t>yeh aisa kuch nahin hai. yahi hai ke har din, har subah, har shaam aap ko jannati shakhsiyat banani hai apne andar. jannati shakhsiyat.</w:t>
      </w:r>
    </w:p>
    <w:p>
      <w:pPr>
        <w:jc w:val="right"/>
      </w:pPr>
      <w:r>
        <w:t>یہ ایسا کچھ نہیں ہے۔ یہی ہے کہ ہر دن، ہر صبح، ہر شام آپ کو جنتی شخصیت بنانی ہے اپنے اندر۔ جنتی شخصیت۔</w:t>
      </w:r>
    </w:p>
    <w:p>
      <w:r>
        <w:rPr>
          <w:b/>
        </w:rPr>
        <w:t xml:space="preserve">[1:06:13] </w:t>
      </w:r>
      <w:r>
        <w:t>yaani ek tayyar shuda insaan hi jannat mein jayega.</w:t>
      </w:r>
    </w:p>
    <w:p>
      <w:pPr>
        <w:jc w:val="right"/>
      </w:pPr>
      <w:r>
        <w:t>یعنی ایک تیار شدہ انسان ہی جنت میں جائے گا۔</w:t>
      </w:r>
    </w:p>
    <w:p>
      <w:r>
        <w:rPr>
          <w:b/>
        </w:rPr>
        <w:t xml:space="preserve">[1:06:18] </w:t>
      </w:r>
      <w:r>
        <w:t>koi purasarar cheez aap ko jannat mein nahin le jayegi. har lamha aap ko shukr ke item mein jeena hai, har lamha aap ko nashukri ke item ko bhulana hai.</w:t>
      </w:r>
    </w:p>
    <w:p>
      <w:pPr>
        <w:jc w:val="right"/>
      </w:pPr>
      <w:r>
        <w:t>کوئی پراسرار چیز آپ کو جنت میں نہیں لے جائے گی۔ ہر لمحہ آپ کو شکر کے آئٹم میں جینا ہے، ہر لمحہ آپ کو ناشکری کے آئٹم کو بھلانا ہے۔</w:t>
      </w:r>
    </w:p>
    <w:p>
      <w:r>
        <w:rPr>
          <w:b/>
        </w:rPr>
        <w:t xml:space="preserve">[1:06:28] </w:t>
      </w:r>
      <w:r>
        <w:t>jis tarah ke aaj maine kaha, yahi jannat ka formula hai. jannat ka formula koi doosra nahin hai. jo kahe ke doosra koi formula hai, toh woh apni taraf se ek bidat nikaal raha hai, bidat.</w:t>
      </w:r>
    </w:p>
    <w:p>
      <w:pPr>
        <w:jc w:val="right"/>
      </w:pPr>
      <w:r>
        <w:t>جس طرح کہ آج میں نے کہا، یہی جنت کا فارمولا ہے۔ جنت کا فارمولا کوئی دوسرا نہیں ہے۔ جو کہے کہ دوسرا کوئی فارمولا ہے، تو وہ اپنی طرف سے ایک بدعت نکال رہا ہے، بدعت۔</w:t>
      </w:r>
    </w:p>
    <w:p>
      <w:r>
        <w:rPr>
          <w:b/>
        </w:rPr>
        <w:t xml:space="preserve">[1:06:43] </w:t>
      </w:r>
      <w:r>
        <w:t>maulana, agla sawal roorkee se hai, sajid anwar sahab ka.</w:t>
      </w:r>
    </w:p>
    <w:p>
      <w:pPr>
        <w:jc w:val="right"/>
      </w:pPr>
      <w:r>
        <w:t>مولانا، اگلا سوال روڑکی سے ہے، ساجد انور صاحب کا۔</w:t>
      </w:r>
    </w:p>
    <w:p>
      <w:r>
        <w:rPr>
          <w:b/>
        </w:rPr>
        <w:t xml:space="preserve">[1:06:47] </w:t>
      </w:r>
      <w:r>
        <w:t>unhone likha hai: "In one of your talks you mentioned about three types of mindset: distorted, technical, and Rabbani.</w:t>
      </w:r>
    </w:p>
    <w:p>
      <w:pPr>
        <w:jc w:val="right"/>
      </w:pPr>
      <w:r>
        <w:t>انہوں نے لکھا ہے: "In one of your talks you mentioned about three types of mindset: distorted, technical, and Rabbani.</w:t>
      </w:r>
    </w:p>
    <w:p>
      <w:r>
        <w:rPr>
          <w:b/>
        </w:rPr>
        <w:t xml:space="preserve">[1:06:58] </w:t>
      </w:r>
      <w:r>
        <w:t>The last one Rabbani being the most desired one to understand the Quran and the Hadith. Maulana, my question is that how to develop the Rabbani mindset?</w:t>
      </w:r>
    </w:p>
    <w:p>
      <w:pPr>
        <w:jc w:val="right"/>
      </w:pPr>
      <w:r>
        <w:t>The last one Rabbani being the most desired one to understand the Quran and the Hadith. مولانا، my question is that how to develop the Rabbani mindset?</w:t>
      </w:r>
    </w:p>
    <w:p>
      <w:r>
        <w:rPr>
          <w:b/>
        </w:rPr>
        <w:t xml:space="preserve">[1:07:09] </w:t>
      </w:r>
      <w:r>
        <w:t>Please guide us."</w:t>
      </w:r>
    </w:p>
    <w:p>
      <w:pPr>
        <w:jc w:val="right"/>
      </w:pPr>
      <w:r>
        <w:t>Please guide us."</w:t>
      </w:r>
    </w:p>
    <w:p>
      <w:r>
        <w:rPr>
          <w:b/>
        </w:rPr>
        <w:t xml:space="preserve">[1:07:12] </w:t>
      </w:r>
      <w:r>
        <w:t>dekhiye, rabbani mindset koi purasarar tor par nahin banta, soch kar banta hai, soch kar ke.</w:t>
      </w:r>
    </w:p>
    <w:p>
      <w:pPr>
        <w:jc w:val="right"/>
      </w:pPr>
      <w:r>
        <w:t>دیکھیے، ربانی مائنڈ سیٹ کوئی پراسرار طور پر نہیں بنتا، سوچ کر بنتا ہے، سوچ کر کے۔</w:t>
      </w:r>
    </w:p>
    <w:p>
      <w:r>
        <w:rPr>
          <w:b/>
        </w:rPr>
        <w:t xml:space="preserve">[1:07:22] </w:t>
      </w:r>
      <w:r>
        <w:t>jaise aaj maine baatein kahin toh har lamha aap sochein ke mere mind mein jo baatein aa rahi hain, woh fibren theory wali aati hain ke jo khula hai, us ki woh aa rahi hain.</w:t>
      </w:r>
    </w:p>
    <w:p>
      <w:pPr>
        <w:jc w:val="right"/>
      </w:pPr>
      <w:r>
        <w:t>جیسے آج میں نے باتیں کہیں تو ہر لمحہ آپ سوچیں کہ میرے مائنڈ میں جو باتیں آ رہی ہیں، وہ فائبرین تھیوری والی آتی ہیں کہ جو کھلا ہے، اس کی وہ آ رہی ہیں۔</w:t>
      </w:r>
    </w:p>
    <w:p>
      <w:r>
        <w:rPr>
          <w:b/>
        </w:rPr>
        <w:t xml:space="preserve">[1:07:35] </w:t>
      </w:r>
      <w:r>
        <w:t>matlab jo mila hua nahin hai, us par focus mein kar raha hoon ke main mile hue par focus kar raha hoon.</w:t>
      </w:r>
    </w:p>
    <w:p>
      <w:pPr>
        <w:jc w:val="right"/>
      </w:pPr>
      <w:r>
        <w:t>مطلب جو ملا ہوا نہیں ہے، اس پر فوکس میں کر رہا ہوں کہ میں ملے ہوئے پر فوکس کر رہا ہوں۔</w:t>
      </w:r>
    </w:p>
    <w:p>
      <w:r>
        <w:rPr>
          <w:b/>
        </w:rPr>
        <w:t xml:space="preserve">[1:07:41] </w:t>
      </w:r>
      <w:r>
        <w:t>sab se badi baat yeh hai har jaanna, har lamha yeh sochiye ke mera focus kahan ja raha hai, mile hue par ya na mile hue par.</w:t>
      </w:r>
    </w:p>
    <w:p>
      <w:pPr>
        <w:jc w:val="right"/>
      </w:pPr>
      <w:r>
        <w:t>سب سے بڑی بات یہ ہے ہر جاننا، ہر لمحہ یہ سوچیے کہ میرا فوکس کہاں جا رہا ہے، ملے ہوئے پر یا نہ ملے ہوئے پر۔</w:t>
      </w:r>
    </w:p>
    <w:p>
      <w:r>
        <w:rPr>
          <w:b/>
        </w:rPr>
        <w:t xml:space="preserve">[1:07:50] </w:t>
      </w:r>
      <w:r>
        <w:t>isi se aap ke andar rabbani shakhsiyat banegi.</w:t>
      </w:r>
    </w:p>
    <w:p>
      <w:pPr>
        <w:jc w:val="right"/>
      </w:pPr>
      <w:r>
        <w:t>اسی سے آپ کے اندر ربانی شخصیت بنے گی۔</w:t>
      </w:r>
    </w:p>
    <w:p>
      <w:r>
        <w:rPr>
          <w:b/>
        </w:rPr>
        <w:t xml:space="preserve">[1:07:55] </w:t>
      </w:r>
      <w:r>
        <w:t>jaise aaj maine misaal di apni ke kal shaam se le kar aaj ki subah tak bahut se item mujhe shukr ke milte rahe, milte rahe,</w:t>
      </w:r>
    </w:p>
    <w:p>
      <w:pPr>
        <w:jc w:val="right"/>
      </w:pPr>
      <w:r>
        <w:t>جیسے آج میں نے مثال دی اپنی کہ کل شام سے لے کر آج کی صبح تک بہت سے آئٹم مجھے شکر کے ملتے رہے، ملتے رہے،</w:t>
      </w:r>
    </w:p>
    <w:p>
      <w:r>
        <w:rPr>
          <w:b/>
        </w:rPr>
        <w:t xml:space="preserve">[1:08:04] </w:t>
      </w:r>
      <w:r>
        <w:t>yahan tak ke bilkul shukr mein ghark ho gaya aur aa kar apne bench pe baitha. aur us waqt jo akhbar mila, us mein kya hai ke nashukri ke item mein log misr mein lad rahe hain, aapas mein maar rahe hain ek doosre ko.</w:t>
      </w:r>
    </w:p>
    <w:p>
      <w:pPr>
        <w:jc w:val="right"/>
      </w:pPr>
      <w:r>
        <w:t>یہاں تک کہ بالکل شکر میں غرق ہو گیا اور آ کر اپنے بیج پہ بیٹھا۔ اور اس وقت جو اخبار ملا، اس میں کیا ہے کہ ناشکری کے آئٹم میں لوگ مصر میں لڑ رہے ہیں، آپس میں مار رہے ہیں ایک دوسرے کو۔</w:t>
      </w:r>
    </w:p>
    <w:p>
      <w:r>
        <w:rPr>
          <w:b/>
        </w:rPr>
        <w:t xml:space="preserve">[1:08:20] </w:t>
      </w:r>
      <w:r>
        <w:t>wo keh rahe hain laal ansar ko, yaani nashukri ke item ko hum bhoolenge nahi, us ko hum yaad rakhenge taake hum aur zyada satan ke perway bane rahen.</w:t>
      </w:r>
    </w:p>
    <w:p>
      <w:pPr>
        <w:jc w:val="right"/>
      </w:pPr>
      <w:r>
        <w:t>وہ کہہ رہے ہیں لال انصار کو، یعنی ناشکری کے آئٹم کو ہم بھولیں گے نہیں، اس کو ہم یاد رکھیں گے تاکہ ہم اور زیادہ سیٹن کے پیروے بنے رہیں۔</w:t>
      </w:r>
    </w:p>
    <w:p>
      <w:r>
        <w:rPr>
          <w:b/>
        </w:rPr>
        <w:t xml:space="preserve">[1:08:32] </w:t>
      </w:r>
      <w:r>
        <w:t>isi ko jaanna aur us ke mutabiq zehan ko activate karna, yeh rabbani shakhsiyat banane ka tareeqa hai.</w:t>
      </w:r>
    </w:p>
    <w:p>
      <w:pPr>
        <w:jc w:val="right"/>
      </w:pPr>
      <w:r>
        <w:t>اسی کو جاننا اور اس کے مطابق ذہن کو ایکٹیویٹ کرنا، یہ ربانی شخصیت بنانے کا طریقہ ہے۔</w:t>
      </w:r>
    </w:p>
    <w:p>
      <w:r>
        <w:rPr>
          <w:b/>
        </w:rPr>
        <w:t xml:space="preserve">[1:08:41] </w:t>
      </w:r>
      <w:r>
        <w:t>molana, agla sawal lene se pehle ek comment padhna chahenge jo abhi abhi aaya hai noida se, khalid ansari sahab ka. unhone likha hai: "Molana, I have a small experience to share.</w:t>
      </w:r>
    </w:p>
    <w:p>
      <w:pPr>
        <w:jc w:val="right"/>
      </w:pPr>
      <w:r>
        <w:t>مولانا، اگلا سوال لینے سے پہلے ایک کمنٹ پڑھنا چاہیں گے جو ابھی ابھی آیا ہے نوئیڈا سے، خالد انصاری صاحب کا۔ انہوں نے لکھا ہے: "Molana, I have a small experience to share.</w:t>
      </w:r>
    </w:p>
    <w:p>
      <w:r>
        <w:rPr>
          <w:b/>
        </w:rPr>
        <w:t xml:space="preserve">[1:08:55] </w:t>
      </w:r>
      <w:r>
        <w:t>Today's lecture has left the audience here completely speechless on how you took the incidence of Adam shifting his focus from what was provided to him to what was not,</w:t>
      </w:r>
    </w:p>
    <w:p>
      <w:pPr>
        <w:jc w:val="right"/>
      </w:pPr>
      <w:r>
        <w:t>Today's lecture has left the audience here completely speechless on how you took the incidence of Adam shifting his focus from what was provided to him to what was not,</w:t>
      </w:r>
    </w:p>
    <w:p>
      <w:r>
        <w:rPr>
          <w:b/>
        </w:rPr>
        <w:t xml:space="preserve">[1:09:08] </w:t>
      </w:r>
      <w:r>
        <w:t>and how the same blunder is being repeated by the entire Muslim community at a broader level these days.</w:t>
      </w:r>
    </w:p>
    <w:p>
      <w:pPr>
        <w:jc w:val="right"/>
      </w:pPr>
      <w:r>
        <w:t>and how the same blunder is being repeated by the entire Muslim community at a broader level these days.</w:t>
      </w:r>
    </w:p>
    <w:p>
      <w:r>
        <w:rPr>
          <w:b/>
        </w:rPr>
        <w:t xml:space="preserve">[1:09:16] </w:t>
      </w:r>
      <w:r>
        <w:t>The small team with me would like to express our deep gratitude to you for making it a point of reference for introspection and correcting ourselves before it is too late." jazakumullah.</w:t>
      </w:r>
    </w:p>
    <w:p>
      <w:pPr>
        <w:jc w:val="right"/>
      </w:pPr>
      <w:r>
        <w:t>The small team with me would like to express our deep gratitude to you for making it a point of reference for introspection and correcting ourselves before it is too late." جزاکم اللہ۔</w:t>
      </w:r>
    </w:p>
    <w:p>
      <w:r>
        <w:rPr>
          <w:b/>
        </w:rPr>
        <w:t xml:space="preserve">[1:09:32] </w:t>
      </w:r>
      <w:r>
        <w:t>molana, agla sawal aamir mori sahab ka hai, kashmir se. unhone likha hai: "Instead of focusing on material need, we have aligned ourselves in focusing on material greed.</w:t>
      </w:r>
    </w:p>
    <w:p>
      <w:pPr>
        <w:jc w:val="right"/>
      </w:pPr>
      <w:r>
        <w:t>مولانا، اگلا سوال عامر موری صاحب کا ہے، کشمیر سے۔ انہوں نے لکھا ہے: "Instead of focusing on material need, we have aligned ourselves in focusing on material greed.</w:t>
      </w:r>
    </w:p>
    <w:p>
      <w:r>
        <w:rPr>
          <w:b/>
        </w:rPr>
        <w:t xml:space="preserve">[1:09:49] </w:t>
      </w:r>
      <w:r>
        <w:t>I think this is the main reason that the Muslims of the present day have lost the habit of shukr. molana sahab, kindly guide us how we can focus only on material need."</w:t>
      </w:r>
    </w:p>
    <w:p>
      <w:pPr>
        <w:jc w:val="right"/>
      </w:pPr>
      <w:r>
        <w:t>I think this is the main reason that the Muslims of the present day have lost the habit of shukr. مولانا صاحب, kindly guide us how we can focus only on material need."</w:t>
      </w:r>
    </w:p>
    <w:p>
      <w:r>
        <w:rPr>
          <w:b/>
        </w:rPr>
        <w:t xml:space="preserve">[1:10:04] </w:t>
      </w:r>
      <w:r>
        <w:t>bas thinking process jaari kijiye. sara nikal baat depend karti hai thinking process par.</w:t>
      </w:r>
    </w:p>
    <w:p>
      <w:pPr>
        <w:jc w:val="right"/>
      </w:pPr>
      <w:r>
        <w:t>بس تھنکنگ پراسیس جاری کیجیے۔ سارا نکل بات ڈیپینڈ کرتی ہے تھنکنگ پراسیس پر۔</w:t>
      </w:r>
    </w:p>
    <w:p>
      <w:r>
        <w:rPr>
          <w:b/>
        </w:rPr>
        <w:t xml:space="preserve">[1:10:14] </w:t>
      </w:r>
      <w:r>
        <w:t>unesco ka dictum hai ke "Violence and peace both begin from mind." yeh yahan bhi hai ke shukr aur nashukri dono mind mein paida hote hain.</w:t>
      </w:r>
    </w:p>
    <w:p>
      <w:pPr>
        <w:jc w:val="right"/>
      </w:pPr>
      <w:r>
        <w:t>یونیسکو کا ڈکٹم ہے کہ "Violence and peace both begin from mind." یہ یہاں بھی ہے کہ شکر اور ناشکری دونوں مائنڈ میں پیدا ہوتے ہیں۔</w:t>
      </w:r>
    </w:p>
    <w:p>
      <w:r>
        <w:rPr>
          <w:b/>
        </w:rPr>
        <w:t xml:space="preserve">[1:10:27] </w:t>
      </w:r>
      <w:r>
        <w:t>apne mind ko sahi tarah par train kijiye, mind ko tayyar kijiye, to isi se yeh sab cheezen aayengi.</w:t>
      </w:r>
    </w:p>
    <w:p>
      <w:pPr>
        <w:jc w:val="right"/>
      </w:pPr>
      <w:r>
        <w:t>اپنے مائنڈ کو صحیح طرح پر ٹرین کیجیے، مائنڈ کو تیار کیجیے، تو اسی سے یہ سب چیزیں آئیں گی۔</w:t>
      </w:r>
    </w:p>
    <w:p>
      <w:r>
        <w:rPr>
          <w:b/>
        </w:rPr>
        <w:t xml:space="preserve">[1:10:37] </w:t>
      </w:r>
      <w:r>
        <w:t>aur koi doosra mysterious tareeqa nahi hai.</w:t>
      </w:r>
    </w:p>
    <w:p>
      <w:pPr>
        <w:jc w:val="right"/>
      </w:pPr>
      <w:r>
        <w:t>اور کوئی دوسرا مسٹیریس طریقہ نہیں ہے۔</w:t>
      </w:r>
    </w:p>
    <w:p>
      <w:r>
        <w:rPr>
          <w:b/>
        </w:rPr>
        <w:t xml:space="preserve">[1:10:42] </w:t>
      </w:r>
      <w:r>
        <w:t>molana, unka ek aur sawal hai. unhone aapse poocha hai: "How can a person fear and love God simultaneously?</w:t>
      </w:r>
    </w:p>
    <w:p>
      <w:pPr>
        <w:jc w:val="right"/>
      </w:pPr>
      <w:r>
        <w:t>مولانا، ان کا ایک اور سوال ہے۔ انہوں نے آپ سے پوچھا ہے: "How can a person fear and love God simultaneously?</w:t>
      </w:r>
    </w:p>
    <w:p>
      <w:r>
        <w:rPr>
          <w:b/>
        </w:rPr>
        <w:t xml:space="preserve">[1:10:51] </w:t>
      </w:r>
      <w:r>
        <w:t>Kindly guide." dekhiye, fear jo hai wo koi negative b</w:t>
      </w:r>
    </w:p>
    <w:p>
      <w:pPr>
        <w:jc w:val="right"/>
      </w:pPr>
      <w:r>
        <w:t>Kindly guide." دیکھیے، فیئر جو ہے وہ کوئی نیگیٹیو ب</w:t>
      </w:r>
    </w:p>
    <w:p>
      <w:r>
        <w:rPr>
          <w:b/>
        </w:rPr>
        <w:t xml:space="preserve">[1:10:55] </w:t>
      </w:r>
      <w:r>
        <w:t>aat nahi hai. aisa nahi ke saanp se darta hai aadmi, wo baat nahi hai.</w:t>
      </w:r>
    </w:p>
    <w:p>
      <w:pPr>
        <w:jc w:val="right"/>
      </w:pPr>
      <w:r>
        <w:t>ات نہیں ہے۔ ایسا نہیں کہ سانپ سے ڈرتا ہے آدمی، وہ بات نہیں ہے۔</w:t>
      </w:r>
    </w:p>
    <w:p>
      <w:r>
        <w:rPr>
          <w:b/>
        </w:rPr>
        <w:t xml:space="preserve">[1:11:02] </w:t>
      </w:r>
      <w:r>
        <w:t>yeh galat fehmi logon ko hoti hai. asal cheez jo hai wo love hi hai. love kis liye? ke sari blessing Allah ke haath mein hai, jannat Allah ke haath mein hai.</w:t>
      </w:r>
    </w:p>
    <w:p>
      <w:pPr>
        <w:jc w:val="right"/>
      </w:pPr>
      <w:r>
        <w:t>یہ غلط فہمی لوگوں کو ہوتی ہے۔ اصل چیز جو ہے وہ لو ہی ہے۔ لو کس لئے؟ کہ ساری بلیسنگ اللہ کے ہاتھ میں ہے، جنت اللہ کے ہاتھ میں ہے۔</w:t>
      </w:r>
    </w:p>
    <w:p>
      <w:r>
        <w:rPr>
          <w:b/>
        </w:rPr>
        <w:t xml:space="preserve">[1:11:14] </w:t>
      </w:r>
      <w:r>
        <w:t>meri attendant life jo hai, uski success Allah ke haath mein hai. to yeh cheez Allah se strong affection paida karti hai ke Khuda dega to mujhe milega.</w:t>
      </w:r>
    </w:p>
    <w:p>
      <w:pPr>
        <w:jc w:val="right"/>
      </w:pPr>
      <w:r>
        <w:t>میری اٹینڈر لائف جو ہے، اس کی سکسیس اللہ کے ہاتھ میں ہے۔ تو یہ چیز اللہ سے سٹرانگ افیکشن پیدا کرتی ہے کہ خدا دے گا تو مجھے ملے گا۔</w:t>
      </w:r>
    </w:p>
    <w:p>
      <w:r>
        <w:rPr>
          <w:b/>
        </w:rPr>
        <w:t xml:space="preserve">[1:11:26] </w:t>
      </w:r>
      <w:r>
        <w:t>at the same time yeh laga rehta hai ke mujhe apni competent saabit karna hai. agar main competent saabit na kar sakoon to blessing nahi paunga main.</w:t>
      </w:r>
    </w:p>
    <w:p>
      <w:pPr>
        <w:jc w:val="right"/>
      </w:pPr>
      <w:r>
        <w:t>ایٹ دا سیم ٹائم یہ لگا رہتا ہے کہ مجھے اپنی کمپیٹنٹ ثابت کرنا ہے۔ اگر میں کمپیٹنٹ ثابت نہ کر سکوں تو بلیسنگ نہیں پاؤں گا میں۔</w:t>
      </w:r>
    </w:p>
    <w:p>
      <w:r>
        <w:rPr>
          <w:b/>
        </w:rPr>
        <w:t xml:space="preserve">[1:11:37] </w:t>
      </w:r>
      <w:r>
        <w:t>to Khuda ki nisbat se aati hai love, apni nisbat se aati hai yeh andesha ke kahin main mehroom na ho jaaun. yeh matlab hai iska.</w:t>
      </w:r>
    </w:p>
    <w:p>
      <w:pPr>
        <w:jc w:val="right"/>
      </w:pPr>
      <w:r>
        <w:t>تو خدا کی نسبت سے آتی ہے لو، اپنی نسبت سے آتی ہے یہ اندیشہ کہ کہیں میں محروم نہ ہو جاؤں۔ یہ مطلب ہے اس کا۔</w:t>
      </w:r>
    </w:p>
    <w:p>
      <w:r>
        <w:rPr>
          <w:b/>
        </w:rPr>
        <w:t xml:space="preserve">[1:11:47] </w:t>
      </w:r>
      <w:r>
        <w:t>molana, agla sawal tamil nadu se hai, molana iqbal umri ka. unhone likha hai: "Molana, pandrah saal se hindustan aur gulf mulkon ka maine visit kiya.</w:t>
      </w:r>
    </w:p>
    <w:p>
      <w:pPr>
        <w:jc w:val="right"/>
      </w:pPr>
      <w:r>
        <w:t>مولانا، اگلا سوال تمل ناڈو سے ہے، مولانا اقبال عمری کا۔ انہوں نے لکھا ہے: "مولانا، پندرہ سال سے ہندوستان اور گلف ملکوں کا میں نے وزٹ کیا۔</w:t>
      </w:r>
    </w:p>
    <w:p>
      <w:r>
        <w:rPr>
          <w:b/>
        </w:rPr>
        <w:t xml:space="preserve">[1:12:00] </w:t>
      </w:r>
      <w:r>
        <w:t>logon se mulaqat ki to maloom hua ke muslim aur non-muslim dono apni qaum ka iqtidaar saare alam mein ho, is zehan mein jeete hain.</w:t>
      </w:r>
    </w:p>
    <w:p>
      <w:pPr>
        <w:jc w:val="right"/>
      </w:pPr>
      <w:r>
        <w:t>لوگوں سے ملاقات کی تو معلوم ہوا کہ مسلم اور نان مسلم دونوں اپنی قوم کا اقتدار سارے عالم میں ہو، اس ذہن میں جیتے ہیں۔</w:t>
      </w:r>
    </w:p>
    <w:p>
      <w:r>
        <w:rPr>
          <w:b/>
        </w:rPr>
        <w:t xml:space="preserve">[1:12:12] </w:t>
      </w:r>
      <w:r>
        <w:t>molana, aisa kyun hai?"</w:t>
      </w:r>
    </w:p>
    <w:p>
      <w:pPr>
        <w:jc w:val="right"/>
      </w:pPr>
      <w:r>
        <w:t>مولانا، ایسا کیوں ہے؟"</w:t>
      </w:r>
    </w:p>
    <w:p>
      <w:r>
        <w:rPr>
          <w:b/>
        </w:rPr>
        <w:t xml:space="preserve">[1:12:19] </w:t>
      </w:r>
      <w:r>
        <w:t>yeh wahi hai. Satan jo hai woh activate ki hui hai in cheezon par jo mili hain aap ko.</w:t>
      </w:r>
    </w:p>
    <w:p>
      <w:pPr>
        <w:jc w:val="right"/>
      </w:pPr>
      <w:r>
        <w:t>یہ وہی ہے۔ سیٹن جو ہے وہ ایکٹیویٹ کی ہوئی ہے ان چیزوں پر جو ملی ہیں آپ کو۔</w:t>
      </w:r>
    </w:p>
    <w:p>
      <w:r>
        <w:rPr>
          <w:b/>
        </w:rPr>
        <w:t xml:space="preserve">[1:12:26] </w:t>
      </w:r>
      <w:r>
        <w:t>Abhi jo mila hua hai, har ek ko mila hua hai. Yani political power hi mila hua hai, material comfort hi mila hua hai.</w:t>
      </w:r>
    </w:p>
    <w:p>
      <w:pPr>
        <w:jc w:val="right"/>
      </w:pPr>
      <w:r>
        <w:t>ابھی جو ملا ہوا ہے، ہر ایک کو ملا ہوا ہے۔ یعنی پولیٹیکل پاور ہی ملا ہوا ہے، مٹیریل کمفرٹ ہی ملا ہوا ہے۔</w:t>
      </w:r>
    </w:p>
    <w:p>
      <w:r>
        <w:rPr>
          <w:b/>
        </w:rPr>
        <w:t xml:space="preserve">[1:12:37] </w:t>
      </w:r>
      <w:r>
        <w:t>Sab cheez mili hui hai. Koi gosha ek jahan nahi mila hua hai. To bas isi par focus hai ke woh bhi mil jaye hamein, is par hamara qabza ho jaye.</w:t>
      </w:r>
    </w:p>
    <w:p>
      <w:pPr>
        <w:jc w:val="right"/>
      </w:pPr>
      <w:r>
        <w:t>سب چیز ملی ہوئی ہے۔ کوئی گوشہ ایک جہاں نہیں ملا ہوا ہے۔ تو بس اسی پر فوکس ہے کہ وہ بھی مل جائے ہمیں، اس پر ہمارا قبضہ ہو جائے۔</w:t>
      </w:r>
    </w:p>
    <w:p>
      <w:r>
        <w:rPr>
          <w:b/>
        </w:rPr>
        <w:t xml:space="preserve">[1:12:47] </w:t>
      </w:r>
      <w:r>
        <w:t>Wahi hai yeh, isi ka wahi phenomena hai yeh.</w:t>
      </w:r>
    </w:p>
    <w:p>
      <w:pPr>
        <w:jc w:val="right"/>
      </w:pPr>
      <w:r>
        <w:t>وہی ہے یہ، اسی کا وہی فیناومینا ہے یہ۔</w:t>
      </w:r>
    </w:p>
    <w:p>
      <w:r>
        <w:rPr>
          <w:b/>
        </w:rPr>
        <w:t xml:space="preserve">[1:12:55] </w:t>
      </w:r>
      <w:r>
        <w:t>Maulana, agla sawal Delhi se hai, Anwar Abbas sahab ka. Unhone likha hai: "Ek aalim ne apni kitaab mein likha hai ke Quran mein infiradi ahkam bhi hain aur ijtamai qawaneen bhi.</w:t>
      </w:r>
    </w:p>
    <w:p>
      <w:pPr>
        <w:jc w:val="right"/>
      </w:pPr>
      <w:r>
        <w:t>مولانا، अगला सवाल दिल्ली से है, अनवर अब्बास साहब का। उन्होंने लिखा है: "ایک عالم نے اپنی کتاب میں لکھا ہے کہ قرآن میں انفرادی احکام بھی ہیں اور اجتماعی قوانین بھی۔</w:t>
      </w:r>
    </w:p>
    <w:p>
      <w:r>
        <w:rPr>
          <w:b/>
        </w:rPr>
        <w:t xml:space="preserve">[1:13:09] </w:t>
      </w:r>
      <w:r>
        <w:t>Agar hum Allah ke qanoon aur uski shariyat ko nafiz nahi karte to yeh badi nashukri hai. Surah Maidah mein irshad hua hai, chapter 5, verse number 44:</w:t>
      </w:r>
    </w:p>
    <w:p>
      <w:pPr>
        <w:jc w:val="right"/>
      </w:pPr>
      <w:r>
        <w:t>اگر ہم اللہ کے قانون اور اس کی شریعت کو نافذ نہیں کرتے تو یہ بڑی ناشکری ہے۔ سورہ مائدہ میں ارشاد ہوا ہے، چیپٹر 5، ورس نمبر 44:</w:t>
      </w:r>
    </w:p>
    <w:p>
      <w:r>
        <w:rPr>
          <w:b/>
        </w:rPr>
        <w:t xml:space="preserve">[1:13:22] </w:t>
      </w:r>
      <w:r>
        <w:t>"Yani jo log Allah ke nazil kiye hue Quran ka mutabiq faisla nahi karte, woh to kafir hain." Maulana sahab, is ke bare mein batayein.</w:t>
      </w:r>
    </w:p>
    <w:p>
      <w:pPr>
        <w:jc w:val="right"/>
      </w:pPr>
      <w:r>
        <w:t>"यानी जो लोग اللہ کے نازل کیے ہوئے قرآن کا مطابق فیصلہ نہیں کرتے، وہ تو کافر ہیں۔" مولانا صاحب، اس کے بارے میں بتائیں۔</w:t>
      </w:r>
    </w:p>
    <w:p>
      <w:r>
        <w:rPr>
          <w:b/>
        </w:rPr>
        <w:t xml:space="preserve">[1:13:33] </w:t>
      </w:r>
      <w:r>
        <w:t>Dekhiye, yeh bahut hi yani jhooti baatein hain jo Quran ko mansoob karte hain log. Jhooti mein is liye bol raha hoon ke bahut hi zyada takleef hoti hai mujh ko, kyunke zara bhi seriousness nahi.</w:t>
      </w:r>
    </w:p>
    <w:p>
      <w:pPr>
        <w:jc w:val="right"/>
      </w:pPr>
      <w:r>
        <w:t>دیکھیے، یہ بہت ہی یعنی جھوٹی باتیں ہیں جو قرآن کو منسوب کرتے ہیں لوگ۔ جھوٹی میں اس لیے بول رہا ہوں کہ بہت ہی زیادہ تکلیف ہوتی ہے مجھ کو، کیونکہ ذرا بھی سیریسنس نہیں۔</w:t>
      </w:r>
    </w:p>
    <w:p>
      <w:r>
        <w:rPr>
          <w:b/>
        </w:rPr>
        <w:t xml:space="preserve">[1:13:46] </w:t>
      </w:r>
      <w:r>
        <w:t>Dekhiye, Quran mein wazeh taur par yeh ayat hai ke "La yukallifullahu nafsan illa wus'aha". Ke Allah baqadr-e-istita'at mukallaf karta hai,</w:t>
      </w:r>
    </w:p>
    <w:p>
      <w:pPr>
        <w:jc w:val="right"/>
      </w:pPr>
      <w:r>
        <w:t>دیکھیے، قرآن میں واضح طور پر یہ آیت ہے کہ "لا يكلف الله نفسا إلا أسعها" ۔ کہ اللہ بقدر استطاعت مکلف کرتا ہے،</w:t>
      </w:r>
    </w:p>
    <w:p>
      <w:r>
        <w:rPr>
          <w:b/>
        </w:rPr>
        <w:t xml:space="preserve">[1:14:01] </w:t>
      </w:r>
      <w:r>
        <w:t>Yani jitna bas woh hai, us ki zimmedari hoti hai. To is ki hamein bas yeh bhi nahi ke hum India mein qanoon Islami nafiz karein, to woh hamare liye woh applicable nahi hoga.</w:t>
      </w:r>
    </w:p>
    <w:p>
      <w:pPr>
        <w:jc w:val="right"/>
      </w:pPr>
      <w:r>
        <w:t>یعنی جتنا بس وہ ہے، اس کی ذمہ داری ہوتی ہے۔ تو اس کی ہمیں بس یہ بھی نہیں کہ ہم انڈیا میں قانون اسلامی نافذ کریں، تو وہ ہمارے لیے وہ اپلیبل نہیں ہوگا۔</w:t>
      </w:r>
    </w:p>
    <w:p>
      <w:r>
        <w:rPr>
          <w:b/>
        </w:rPr>
        <w:t xml:space="preserve">[1:14:14] </w:t>
      </w:r>
      <w:r>
        <w:t>Hamare liye</w:t>
      </w:r>
    </w:p>
    <w:p>
      <w:pPr>
        <w:jc w:val="right"/>
      </w:pPr>
      <w:r>
        <w:t>ہمارے لیے</w:t>
      </w:r>
    </w:p>
    <w:p>
      <w:r>
        <w:rPr>
          <w:b/>
        </w:rPr>
        <w:t xml:space="preserve">[1:14:16] </w:t>
      </w:r>
      <w:r>
        <w:t>Yani jo hamare capacity mein nahi hai, woh hum par applicable nahi hai. Jo capacity mein hai, woh applicable hai.</w:t>
      </w:r>
    </w:p>
    <w:p>
      <w:pPr>
        <w:jc w:val="right"/>
      </w:pPr>
      <w:r>
        <w:t>یعنی جو ہمارے کیپیسٹی میں نہیں ہے، وہ ہم پر اپلیبل نہیں ہے۔ جو کیپیسٹی میں ہے، وہ اپلیبل ہے۔</w:t>
      </w:r>
    </w:p>
    <w:p>
      <w:r>
        <w:rPr>
          <w:b/>
        </w:rPr>
        <w:t xml:space="preserve">[1:14:27] </w:t>
      </w:r>
      <w:r>
        <w:t>To yeh log bahut hi zyada yani zalim hain jo aise matlab nikalte hain Quran majeed se. Ke kaise un ki himmat padti hai ke aise matlab nikalein.</w:t>
      </w:r>
    </w:p>
    <w:p>
      <w:pPr>
        <w:jc w:val="right"/>
      </w:pPr>
      <w:r>
        <w:t>تو یہ لوگ بہت ہی زیادہ یعنی ظالم ہیں جو ایسے مطلب نکالتے ہیں قرآن مجید سے۔ کہ کیسے ان کی ہمت پڑتی ہے کہ ایسے مطلب نکالیں۔</w:t>
      </w:r>
    </w:p>
    <w:p>
      <w:r>
        <w:rPr>
          <w:b/>
        </w:rPr>
        <w:t xml:space="preserve">[1:14:38] </w:t>
      </w:r>
      <w:r>
        <w:t>Agar woh sanjeedgi se padhein Quran majeed to us mein yeh is usool ko bhi daryaft karein ge jo maine daryaft kiya hai.</w:t>
      </w:r>
    </w:p>
    <w:p>
      <w:pPr>
        <w:jc w:val="right"/>
      </w:pPr>
      <w:r>
        <w:t>اگر وہ سنجیدگی سے پڑھیں قرآن مجید تو اس میں یہ اس اصول کو بھی دریافت کریں گے جو میں نے دریافت کیا ہے۔</w:t>
      </w:r>
    </w:p>
    <w:p>
      <w:r>
        <w:rPr>
          <w:b/>
        </w:rPr>
        <w:t xml:space="preserve">[1:14:46] </w:t>
      </w:r>
      <w:r>
        <w:t>Ke Quran saaf saaf yeh keh raha hai ke mukhtalif ahkam hain, lekin ahkam jo hain, un ka jo application hoga, woh tumhari apni istita'at ke mutabiq hua, apni capacity ke mutabiq hua.</w:t>
      </w:r>
    </w:p>
    <w:p>
      <w:pPr>
        <w:jc w:val="right"/>
      </w:pPr>
      <w:r>
        <w:t>کہ قرآن صاف صاف یہ کہہ رہا ہے کہ مختلف احکام ہیں، لیکن احکام جو ہیں، ان کا جو ایپلیکیشن ہوگا، وہ تمہاری اپنی استطاعت کے مطابق ہوا، اپنی کیپیسٹی کے مطابق ہوا۔</w:t>
      </w:r>
    </w:p>
    <w:p>
      <w:r>
        <w:rPr>
          <w:b/>
        </w:rPr>
        <w:t xml:space="preserve">[1:15:00] </w:t>
      </w:r>
      <w:r>
        <w:t>Jo baat tumhari capacity mein hai, woh to applicable hogi tumhare upar. Jo nahi hai, woh applicable nahi hogi tumhare upar. To jo capacity mein hai, woh kya hai?</w:t>
      </w:r>
    </w:p>
    <w:p>
      <w:pPr>
        <w:jc w:val="right"/>
      </w:pPr>
      <w:r>
        <w:t>جو بات تمہاری کیپیسٹی میں ہے، وہ تو اپلیبل ہوگی تمہارے اوپر۔ جو نہیں ہے، وہ اپلیبل نہیں ہوگی تمہارے اوپر۔ تو جو کیپیسٹی میں ہے، وہ کیا ہے؟</w:t>
      </w:r>
    </w:p>
    <w:p>
      <w:r>
        <w:rPr>
          <w:b/>
        </w:rPr>
        <w:t xml:space="preserve">[1:15:12] </w:t>
      </w:r>
      <w:r>
        <w:t>Dawat-e-Ilah. Woh to karte nahi hain.</w:t>
      </w:r>
    </w:p>
    <w:p>
      <w:pPr>
        <w:jc w:val="right"/>
      </w:pPr>
      <w:r>
        <w:t>دعوت اللہ۔ وہ تو کرتے نہیں ہیں۔</w:t>
      </w:r>
    </w:p>
    <w:p>
      <w:r>
        <w:rPr>
          <w:b/>
        </w:rPr>
        <w:t xml:space="preserve">[1:15:14] </w:t>
      </w:r>
      <w:r>
        <w:t>Yani hukoomat qaim karne ke liye badi badi baatein bolte hain. Jo cheez mumkin hai, woh kyun nahi karte?</w:t>
      </w:r>
    </w:p>
    <w:p>
      <w:pPr>
        <w:jc w:val="right"/>
      </w:pPr>
      <w:r>
        <w:t>یعنی حکومت قائم کرنے کے لیے بڑی بڑی باتیں بولتے ہیں۔ جو چیز ممکن ہے، وہ کیوں نہیں کرتے؟</w:t>
      </w:r>
    </w:p>
    <w:p>
      <w:r>
        <w:rPr>
          <w:b/>
        </w:rPr>
        <w:t xml:space="preserve">[1:15:23] </w:t>
      </w:r>
      <w:r>
        <w:t>Sari qaumon tak Allah ka paigham pahunchao, us mein to koi rukawat nahi hai. To jo apni yani apne bas mein hai, woh na karna aur jo bas mein nahi hai, us ki baatein karna, yeh to munafiqat hai, munafiqat.</w:t>
      </w:r>
    </w:p>
    <w:p>
      <w:pPr>
        <w:jc w:val="right"/>
      </w:pPr>
      <w:r>
        <w:t>ساری قوموں تک اللہ کا پیغام پہنچاؤ، اس میں تو کوئی رکاوٹ نہیں ہے۔ تو جو اپنی یعنی اپنے بس میں ہے، وہ نہ کرنا اور جو بس میں نہیں ہے، اس کی باتیں کرنا، یہ تو منافقت ہے، منافقت۔</w:t>
      </w:r>
    </w:p>
    <w:p>
      <w:r>
        <w:rPr>
          <w:b/>
        </w:rPr>
        <w:t xml:space="preserve">[1:15:37] </w:t>
      </w:r>
      <w:r>
        <w:t>Yeh Islam nahi hai yeh.</w:t>
      </w:r>
    </w:p>
    <w:p>
      <w:pPr>
        <w:jc w:val="right"/>
      </w:pPr>
      <w:r>
        <w:t>یہ اسلام نہیں ہے یہ۔</w:t>
      </w:r>
    </w:p>
    <w:p>
      <w:r>
        <w:rPr>
          <w:b/>
        </w:rPr>
        <w:t xml:space="preserve">[1:15:43] </w:t>
      </w:r>
      <w:r>
        <w:t>Maulana, agla sawal Delhi se hai, Miss Nagma Siddiqui ka. Unhone likha hai: "Shukr is directly linked to positivity.</w:t>
      </w:r>
    </w:p>
    <w:p>
      <w:pPr>
        <w:jc w:val="right"/>
      </w:pPr>
      <w:r>
        <w:t>مولانا، अगला सवाल दिल्ली से है, मिस नगमा सिद्दीकी का। उन्होंने लिखा है: "Shukr is directly linked to positivity.</w:t>
      </w:r>
    </w:p>
    <w:p>
      <w:r>
        <w:rPr>
          <w:b/>
        </w:rPr>
        <w:t xml:space="preserve">[1:15:54] </w:t>
      </w:r>
      <w:r>
        <w:t>This comes when we focus on what we have. How can we save ourselves from Satan making our focus on what we do not have?"</w:t>
      </w:r>
    </w:p>
    <w:p>
      <w:pPr>
        <w:jc w:val="right"/>
      </w:pPr>
      <w:r>
        <w:t>This comes when we focus on what we have. How can we save ourselves from Satan making our focus on what we do not have?</w:t>
      </w:r>
    </w:p>
    <w:p>
      <w:r>
        <w:rPr>
          <w:b/>
        </w:rPr>
        <w:t xml:space="preserve">[1:16:05] </w:t>
      </w:r>
      <w:r>
        <w:t>Please tell us." Har cheez ka jo har cheez depend karti hai thinking par.</w:t>
      </w:r>
    </w:p>
    <w:p>
      <w:pPr>
        <w:jc w:val="right"/>
      </w:pPr>
      <w:r>
        <w:t>Please tell us." ہر چیز کا جو ہر چیز ڈیپینڈ کرتی ہے تھنکنگ پر۔</w:t>
      </w:r>
    </w:p>
    <w:p>
      <w:r>
        <w:rPr>
          <w:b/>
        </w:rPr>
        <w:t xml:space="preserve">[1:16:14] </w:t>
      </w:r>
      <w:r>
        <w:t>Har cheez depend karti hai thinking par. Aap koi soch ko jab active karein ge aap, to aap ko pata chal bar bar aap ko pata hota rahega ke kahan mujhe Satan jo hai behka raha hai.</w:t>
      </w:r>
    </w:p>
    <w:p>
      <w:pPr>
        <w:jc w:val="right"/>
      </w:pPr>
      <w:r>
        <w:t>ہر چیز ڈیپینڈ کرتی ہے تھنکنگ پر۔ آپ کوئی سوچ کو جب ایکٹیو کریں گے آپ، تو آپ کو پتہ چل بار بار آپ کو پتہ ہوتا رہے گا کہ کہاں مجھے سیٹن جو ہے بہکا رہا ہے۔</w:t>
      </w:r>
    </w:p>
    <w:p>
      <w:r>
        <w:rPr>
          <w:b/>
        </w:rPr>
        <w:t xml:space="preserve">[1:16:29] </w:t>
      </w:r>
      <w:r>
        <w:t>Aur koi doosra tareeqa nahi hai.</w:t>
      </w:r>
    </w:p>
    <w:p>
      <w:pPr>
        <w:jc w:val="right"/>
      </w:pPr>
      <w:r>
        <w:t>اور کوئی دوسرا طریقہ نہیں ہے۔</w:t>
      </w:r>
    </w:p>
    <w:p>
      <w:r>
        <w:rPr>
          <w:b/>
        </w:rPr>
        <w:t xml:space="preserve">[1:16:32] </w:t>
      </w:r>
      <w:r>
        <w:t>bahut zyada apne mind ko active rakhiye, bahut zyada bahosh rahiye, bahut zyada apne andar intellectual awareness paida kijiye, to aap har lamhe par jaan lenge.</w:t>
      </w:r>
    </w:p>
    <w:p>
      <w:pPr>
        <w:jc w:val="right"/>
      </w:pPr>
      <w:r>
        <w:t>بہت زیادہ اپنے مائنڈ کو ایکٹیو رکھیے، بہت زیادہ باہوش رہیے، بہت زیادہ اپنے اندر انٹلیکچول اویرنی پیدا کیجیے، تو آپ ہر لمحے پر جان لیں گے۔</w:t>
      </w:r>
    </w:p>
    <w:p>
      <w:r>
        <w:rPr>
          <w:b/>
        </w:rPr>
        <w:t xml:space="preserve">[1:16:45] </w:t>
      </w:r>
      <w:r>
        <w:t>har lamha aap ke liye bahut aasani se aap jaan lenge ke is waqt mujhe kya karna hai, kahan satan mujhe activate kar raha hai.</w:t>
      </w:r>
    </w:p>
    <w:p>
      <w:pPr>
        <w:jc w:val="right"/>
      </w:pPr>
      <w:r>
        <w:t>ہر لمحہ آپ کے لیے بہت آسانی سے آپ جان لیں گے کہ اس وقت مجھے کیا کرنا ہے، کہاں سیٹن مجھے ایکٹیویٹ کر رہا ہے۔</w:t>
      </w:r>
    </w:p>
    <w:p>
      <w:r>
        <w:rPr>
          <w:b/>
        </w:rPr>
        <w:t xml:space="preserve">[1:16:55] </w:t>
      </w:r>
      <w:r>
        <w:t>So it all requires intellectual awakening.</w:t>
      </w:r>
    </w:p>
    <w:p>
      <w:pPr>
        <w:jc w:val="right"/>
      </w:pPr>
      <w:r>
        <w:t>So it all requires intellectual awakening.</w:t>
      </w:r>
    </w:p>
    <w:p>
      <w:r>
        <w:rPr>
          <w:b/>
        </w:rPr>
        <w:t xml:space="preserve">[1:17:01] </w:t>
      </w:r>
      <w:r>
        <w:t>Maulana, agla sawal Pakistan se hai, Miss Salma ka. Unhone likha hai: "Qanaat aur hiras mein buniyadi farq kya hai?" Maulana sahib, aaj ka insaan qanaat kyun nahi pata?</w:t>
      </w:r>
    </w:p>
    <w:p>
      <w:pPr>
        <w:jc w:val="right"/>
      </w:pPr>
      <w:r>
        <w:t>مولانا، اگلا سوال پاکستان سے ہے، مس سلمہ کا۔ انہوں نے لکھا ہے: "कनात और हिरस में बुनियादी फर्क क्या है?" مولانا صاحب، آج کا انسان قناعت کیوں نہیں پاتا؟</w:t>
      </w:r>
    </w:p>
    <w:p>
      <w:r>
        <w:rPr>
          <w:b/>
        </w:rPr>
        <w:t xml:space="preserve">[1:17:19] </w:t>
      </w:r>
      <w:r>
        <w:t>Qanaat naam hai basic need par apne ko raazi karne ka.</w:t>
      </w:r>
    </w:p>
    <w:p>
      <w:pPr>
        <w:jc w:val="right"/>
      </w:pPr>
      <w:r>
        <w:t>قناعت نام ہے بیسک نیڈ پر اپنے کو راضی کرنے کا۔</w:t>
      </w:r>
    </w:p>
    <w:p>
      <w:r>
        <w:rPr>
          <w:b/>
        </w:rPr>
        <w:t xml:space="preserve">[1:17:26] </w:t>
      </w:r>
      <w:r>
        <w:t>Basic need raazi karne ka naam qanaat hai. Aur basic need ke baad jo cheezein hain, jo comfort aur luxury type ki, wahi hiras hai.</w:t>
      </w:r>
    </w:p>
    <w:p>
      <w:pPr>
        <w:jc w:val="right"/>
      </w:pPr>
      <w:r>
        <w:t>بیسک نیڈ راضی کرنے کا نام قناعت ہے۔ اور بیسک نیڈ کے بعد جو چیزیں ہیں، جو کمفرٹ اور لگزری ٹائپ کی، وہی حرص ہے۔</w:t>
      </w:r>
    </w:p>
    <w:p>
      <w:r>
        <w:rPr>
          <w:b/>
        </w:rPr>
        <w:t xml:space="preserve">[1:17:38] </w:t>
      </w:r>
      <w:r>
        <w:t>To hiras ki koi had nahi hai. Yaad rakhiye, basic need ki to had hai, lekin comfort aur luxury ki koi had nahi hai. To qanaat ki had hai, lekin hiras ki had nahi hai.</w:t>
      </w:r>
    </w:p>
    <w:p>
      <w:pPr>
        <w:jc w:val="right"/>
      </w:pPr>
      <w:r>
        <w:t>تو حرص کی کوئی حد نہیں ہے۔ یاد رکھیے، بیسک نیڈ کی تو حد ہے، لیکن کمفرٹ اور لگزری کی کوئی حد نہیں ہے۔ تو قناعت کی حد ہے، لیکن حرص کی حد نہیں ہے۔</w:t>
      </w:r>
    </w:p>
    <w:p>
      <w:r>
        <w:rPr>
          <w:b/>
        </w:rPr>
        <w:t xml:space="preserve">[1:17:51] </w:t>
      </w:r>
      <w:r>
        <w:t>To jo qanaat par apne ko raazi karega, wo shaitan se bach jayega.</w:t>
      </w:r>
    </w:p>
    <w:p>
      <w:pPr>
        <w:jc w:val="right"/>
      </w:pPr>
      <w:r>
        <w:t>تو جو قناعت پر اپنے کو راضی کرے گا، وہ شیطان سے بچ جائے گا۔</w:t>
      </w:r>
    </w:p>
    <w:p>
      <w:r>
        <w:rPr>
          <w:b/>
        </w:rPr>
        <w:t xml:space="preserve">[1:17:56] </w:t>
      </w:r>
      <w:r>
        <w:t>Aur jo hiras par ke raaste par chalega, to shaitan to kabhi bhi usko mutmaeen nahi hone dega, kyunke iski koi had had aati hi nahi hai.</w:t>
      </w:r>
    </w:p>
    <w:p>
      <w:pPr>
        <w:jc w:val="right"/>
      </w:pPr>
      <w:r>
        <w:t>اور جو حرص پر کے راستے پر چلے گا، تو شیطان تو کبھی بھی اس کو مطمئن نہیں ہونے دے گا، کیونکہ اس کی کوئی حد حد آتی ہی نہیں ہے۔</w:t>
      </w:r>
    </w:p>
    <w:p>
      <w:r>
        <w:rPr>
          <w:b/>
        </w:rPr>
        <w:t xml:space="preserve">[1:18:07] </w:t>
      </w:r>
      <w:r>
        <w:t>Aaj jitna hai, kal aur zyada, parson aur zyada, dason aur zyada. To hiras ka yaani jo yeh process hai, hiras wali soch ka chalta hi rehta hai, chalta hi rehta hai, chalta hi rehta hai.</w:t>
      </w:r>
    </w:p>
    <w:p>
      <w:pPr>
        <w:jc w:val="right"/>
      </w:pPr>
      <w:r>
        <w:t>آج جتنا ہے، کل اور زیادہ، پرسوں اور زیادہ، دسوں اور زیادہ۔ تو حرص کا یعنی جو یہ پراسیس ہے، حرص والی سوچ کا چلتا ہی رہتا ہے، چلتا ہی رہتا ہے، چلتا ہی رہتا ہے۔</w:t>
      </w:r>
    </w:p>
    <w:p>
      <w:r>
        <w:rPr>
          <w:b/>
        </w:rPr>
        <w:t xml:space="preserve">[1:18:20] </w:t>
      </w:r>
      <w:r>
        <w:t>No end.</w:t>
      </w:r>
    </w:p>
    <w:p>
      <w:pPr>
        <w:jc w:val="right"/>
      </w:pPr>
      <w:r>
        <w:t>نو اینڈ۔</w:t>
      </w:r>
    </w:p>
    <w:p>
      <w:r>
        <w:rPr>
          <w:b/>
        </w:rPr>
        <w:t xml:space="preserve">[1:18:22] </w:t>
      </w:r>
      <w:r>
        <w:t>To apne aap ko yaani rokiye qanaat par, break lagaiye. Agar break nahi lagayenge to kya hoga? Shaitan chala jayega aap ko hiras ke yaani shahrah par.</w:t>
      </w:r>
    </w:p>
    <w:p>
      <w:pPr>
        <w:jc w:val="right"/>
      </w:pPr>
      <w:r>
        <w:t>تو اپنے آپ کو یعنی روکیے قناعت پر، بریک لگائیے۔ اگر بریک نہیں لگائیں گے تو کیا ہوگا؟ شیطان چلا جائے گا آپ کو حرص کے یعنی شاہراہ پر۔</w:t>
      </w:r>
    </w:p>
    <w:p>
      <w:r>
        <w:rPr>
          <w:b/>
        </w:rPr>
        <w:t xml:space="preserve">[1:18:37] </w:t>
      </w:r>
      <w:r>
        <w:t>Aur phir aap daudte rahenge, kabhi end nahi aayega.</w:t>
      </w:r>
    </w:p>
    <w:p>
      <w:pPr>
        <w:jc w:val="right"/>
      </w:pPr>
      <w:r>
        <w:t>اور پھر آپ دوڑتے رہیں گے، کبھی اینڈ نہیں آئے گا۔</w:t>
      </w:r>
    </w:p>
    <w:p>
      <w:r>
        <w:rPr>
          <w:b/>
        </w:rPr>
        <w:t xml:space="preserve">[1:18:44] </w:t>
      </w:r>
      <w:r>
        <w:t>Maulana, agla sawal Delhi se hai, Mufti A. Sameer Qasmi sahib ka</w:t>
      </w:r>
    </w:p>
    <w:p>
      <w:pPr>
        <w:jc w:val="right"/>
      </w:pPr>
      <w:r>
        <w:t>مولانا، अगला सवाल दिल्ली से है, मुफ्ती ए. समीर क़ास्मी साहब का</w:t>
      </w:r>
    </w:p>
    <w:p>
      <w:r>
        <w:rPr>
          <w:b/>
        </w:rPr>
        <w:t xml:space="preserve">[1:18:49] </w:t>
      </w:r>
      <w:r>
        <w:t>. Unhone likha hai: "Non-muslim tak dawat pahunchana wajib, mustahab, mubash ya farz kya hai?</w:t>
      </w:r>
    </w:p>
    <w:p>
      <w:pPr>
        <w:jc w:val="right"/>
      </w:pPr>
      <w:r>
        <w:t>। उन्होंने लिखा है: "نان مسلم تک دعوت پہنچانا واجب، مستحب، مباح یا فرض کیا ہے؟</w:t>
      </w:r>
    </w:p>
    <w:p>
      <w:r>
        <w:rPr>
          <w:b/>
        </w:rPr>
        <w:t xml:space="preserve">[1:18:59] </w:t>
      </w:r>
      <w:r>
        <w:t>Iske bare mein bataein." Farz hai, farz-e-ain hai. Sabse bada farz hai. Dekhiye, Rasool Allah Sallallahu Alaihi Wasallam par farz tha ke nahi tha?</w:t>
      </w:r>
    </w:p>
    <w:p>
      <w:pPr>
        <w:jc w:val="right"/>
      </w:pPr>
      <w:r>
        <w:t>اس کے بارے میں بتائیں۔" فرض ہے، فرض عین ہے۔ سب سے بڑا فرض ہے۔ دیکھیے، رسول اللہ صلی اللہ علیہ وسلم پر فرض تھا کہ نہیں تھا؟</w:t>
      </w:r>
    </w:p>
    <w:p>
      <w:r>
        <w:rPr>
          <w:b/>
        </w:rPr>
        <w:t xml:space="preserve">[1:19:11] </w:t>
      </w:r>
      <w:r>
        <w:t>"Wa in labta fawalfaha balaghta risalatan" . Rasool Allah par farz tha ke aap dawat pahuncha rahe hon tab.</w:t>
      </w:r>
    </w:p>
    <w:p>
      <w:pPr>
        <w:jc w:val="right"/>
      </w:pPr>
      <w:r>
        <w:t>"وَإِنْ لَبْتَ فَوَلْفَهَا بَلَّغْتَ رِسَالَةً" ۔ رسول اللہ پر فرض تھا کہ آپ دعوت پہنچا رہے ہوں تب۔</w:t>
      </w:r>
    </w:p>
    <w:p>
      <w:r>
        <w:rPr>
          <w:b/>
        </w:rPr>
        <w:t xml:space="preserve">[1:19:22] </w:t>
      </w:r>
      <w:r>
        <w:t>Ab ummat-e-muslimah, ummat-e-muslimah kyun hai? Ummat-e-Muhammadia, ummat-e-Muhammadia kyun hai? Isi liye ke kar-e-Muhammadia ki zimmedari is par aa gayi hai.</w:t>
      </w:r>
    </w:p>
    <w:p>
      <w:pPr>
        <w:jc w:val="right"/>
      </w:pPr>
      <w:r>
        <w:t>اب امت مسلمہ، امت مسلمہ کیوں ہے؟ امت محمدی، امت محمدی کیوں ہے؟ اسی لیے کہ کار محمدی کی ذمہ داری اس پر آ گئی ہے۔</w:t>
      </w:r>
    </w:p>
    <w:p>
      <w:r>
        <w:rPr>
          <w:b/>
        </w:rPr>
        <w:t xml:space="preserve">[1:19:32] </w:t>
      </w:r>
      <w:r>
        <w:t>Ummat-e-Muhammadia jo hai, free bani ummat-e-Muhammadia nahi hai. Duty ki bina par rahega.</w:t>
      </w:r>
    </w:p>
    <w:p>
      <w:pPr>
        <w:jc w:val="right"/>
      </w:pPr>
      <w:r>
        <w:t>امت محمدی جو ہے، فری بنی امت محمدی نہیں ہے۔ ڈیوٹی کی بنا پر رہے گا۔</w:t>
      </w:r>
    </w:p>
    <w:p>
      <w:r>
        <w:rPr>
          <w:b/>
        </w:rPr>
        <w:t xml:space="preserve">[1:19:40] </w:t>
      </w:r>
      <w:r>
        <w:t>To jo duty Akbar ki thi ke logon tak pahunchao, "Qum fa-anzir, qum fa-anzir" . Jab khatm-e-Nabuwat ke baad ab koi Nabi nahi aane wala hai, to ummat-e-Muhammadia iski jagah par zimmedar hai.</w:t>
      </w:r>
    </w:p>
    <w:p>
      <w:pPr>
        <w:jc w:val="right"/>
      </w:pPr>
      <w:r>
        <w:t>تو جو ڈیوٹی اکبر کی تھی کہ لوگوں تک پہنچاؤ، "قُمْ فَانْزِرْ قُمْ فَانْزِرْ" ۔ جب ختم ختم نبوت کے بعد اب کوئی نبی نہیں آنے والا ہے، تو امت محمدی اس کی جگہ پر ذمہ دار ہے۔</w:t>
      </w:r>
    </w:p>
    <w:p>
      <w:r>
        <w:rPr>
          <w:b/>
        </w:rPr>
        <w:t xml:space="preserve">[1:19:55] </w:t>
      </w:r>
      <w:r>
        <w:t>"Li yakoonu rasoolan shaheedan alaikum wa takoonu shuhada alannas" . To Paighambar par farz thi dawat. Is tarah se ummat ke har fard par farz hai.</w:t>
      </w:r>
    </w:p>
    <w:p>
      <w:pPr>
        <w:jc w:val="right"/>
      </w:pPr>
      <w:r>
        <w:t>"لِيَكُونُوا رَسُولًا شَهِيدًا عَلَيْكُمْ وَتَكُونُوا شَهَادًا عَلَى النَّاسِ" ۔ تو پیغمبر پر فرض تھی دعوت۔ اس طرح سے امت کے ہر فرد پر فرض ہے۔</w:t>
      </w:r>
    </w:p>
    <w:p>
      <w:r>
        <w:rPr>
          <w:b/>
        </w:rPr>
        <w:t xml:space="preserve">[1:20:04] </w:t>
      </w:r>
      <w:r>
        <w:t>Yeh farz hai, farz-e-kifaya, farz-e-kifaya bhi nahi hai.</w:t>
      </w:r>
    </w:p>
    <w:p>
      <w:pPr>
        <w:jc w:val="right"/>
      </w:pPr>
      <w:r>
        <w:t>یہ فرض ہے، فرض کفایہ، فرض الکفایہ بھی نہیں ہے۔</w:t>
      </w:r>
    </w:p>
    <w:p>
      <w:r>
        <w:rPr>
          <w:b/>
        </w:rPr>
        <w:t xml:space="preserve">[1:20:08] </w:t>
      </w:r>
      <w:r>
        <w:t>Bilkul galat woh kehte hain jo kehte hain yeh farz-e-kifaya hai. Yeh farz-e-ain hai. Har aadmi ke contact mein jo aadmi aata hai, aadmi jo aadmi aur aadmi ka padosi hai, woh sab par aap ko dawat pahunchana hai.</w:t>
      </w:r>
    </w:p>
    <w:p>
      <w:pPr>
        <w:jc w:val="right"/>
      </w:pPr>
      <w:r>
        <w:t>بالکل غلط وہ کہتے ہیں جو کہتے ہیں یہ فرض الکفایہ ہے۔ یہ فرض عین ہے۔ ہر آدمی کے کنٹیکٹ میں جو آدمی آتا ہے، آدمی جو آدمی اور آدمی کا پڑوسی ہے، وہ سب پر آپ کو دعوت پہنچانا ہے۔</w:t>
      </w:r>
    </w:p>
    <w:p>
      <w:r>
        <w:rPr>
          <w:b/>
        </w:rPr>
        <w:t xml:space="preserve">[1:20:21] </w:t>
      </w:r>
      <w:r>
        <w:t>Nahi pahunchayenge to Allah ka madadgar qarar payenge. Yeh farz-e-ain hai. Woh har jagah rakh diya, yeh farz-e-kifaya nahi hai. Yeh ab farz-e-kifaya to hota hai, yeh un cheezon ke bare mein hai jaise aap ne kunwan banwa diya aur yeh talab banwa diya hai.</w:t>
      </w:r>
    </w:p>
    <w:p>
      <w:pPr>
        <w:jc w:val="right"/>
      </w:pPr>
      <w:r>
        <w:t>نہیں پہنچائیں گے تو اللہ کا مددگار قرار پائیں گے۔ یہ فرض عین ہے۔ وہ ہر جگہ رکھ دیا، یہ فرض الکفایہ نہیں ہے۔ یہ اب فرض الکفایہ تو ہوتا ہے، یہ ان چیزوں کے بارے میں ہے جیسے آپ نے کنواں بنوا دیا اور یہ تالاب بنوا دیا ہے۔</w:t>
      </w:r>
    </w:p>
    <w:p>
      <w:r>
        <w:rPr>
          <w:b/>
        </w:rPr>
        <w:t xml:space="preserve">[1:20:38] </w:t>
      </w:r>
      <w:r>
        <w:t>Is tarah ki cheezon par yeh yeh dawat Allah is is tarah ki cheez nahi hai. Yeh to kar karta hi rehna hai, karte karte mar jana hai. Maulana, agla sawal Ah Jammu Kashmir se Miss Quratul Ain ka hai.</w:t>
      </w:r>
    </w:p>
    <w:p>
      <w:pPr>
        <w:jc w:val="right"/>
      </w:pPr>
      <w:r>
        <w:t>اس طرح کی چیزوں پر یہ یہ دعوت اللہ اس اس طرح کی چیز نہیں ہے۔ یہ تو کر کرتا ہی رہنا ہے، کرتے کرتے مر جانا ہے۔ مولانا، अगला सवाल اہ جموں کشمیر سے مس قروت العین کا ہے۔</w:t>
      </w:r>
    </w:p>
    <w:p>
      <w:r>
        <w:rPr>
          <w:b/>
        </w:rPr>
        <w:t xml:space="preserve">[1:20:54] </w:t>
      </w:r>
      <w:r>
        <w:t>unhon ne likha hai: "12th Rabiul Awwal is observed throughout the subcontinent as an auspicious day. Processions and different programs are organized on that day.</w:t>
      </w:r>
    </w:p>
    <w:p>
      <w:pPr>
        <w:jc w:val="right"/>
      </w:pPr>
      <w:r>
        <w:t>انہوں نے لکھا ہے: "12th रबीउल अव्वल इज ऑब्जर्व्ड थ्रू आउट द सबकॉन्टिनेंट एज एन ऑस्पीशियस डे। प्रोसेशंस एंड डिफरेंट प्रोग्राम्स आर ऑर्गेनाइज्ड ऑन दैट डे।</w:t>
      </w:r>
    </w:p>
    <w:p>
      <w:r>
        <w:rPr>
          <w:b/>
        </w:rPr>
        <w:t xml:space="preserve">[1:21:09] </w:t>
      </w:r>
      <w:r>
        <w:t>tombs, shrines and markets are illuminated. Is it right to do so according to Islam? What is your view on this?" dekhiye, yeh jo biladun nabi jo kehte hain rasool Allah ka birthday banana,</w:t>
      </w:r>
    </w:p>
    <w:p>
      <w:pPr>
        <w:jc w:val="right"/>
      </w:pPr>
      <w:r>
        <w:t>टॉम्स, श्राइंस एंड मार्केट्स आर इलुमिनेटेड। इज इट राइट टू डू सो अकॉर्डिंग टू इस्लाम? व्हाट इज योर व्यू ऑन दिस?" دیکھیے، یہ جو بلاد النبی جو کہتے ہیں رسول اللہ کا برتھ ڈے بنانا،</w:t>
      </w:r>
    </w:p>
    <w:p>
      <w:r>
        <w:rPr>
          <w:b/>
        </w:rPr>
        <w:t xml:space="preserve">[1:21:25] </w:t>
      </w:r>
      <w:r>
        <w:t>to sahaba ke zamane mein, tabeen ke zamane mein, tabe tabeen ke zamane mein yeh lafzi maujood nahi tha, na aisa kabhi hota tha. Yeh Iran mein shuru hua, 600 saal ke baad shuru hua.</w:t>
      </w:r>
    </w:p>
    <w:p>
      <w:pPr>
        <w:jc w:val="right"/>
      </w:pPr>
      <w:r>
        <w:t>تو صحابہ کے زمانے میں، تابعین کے زمانے میں، تبع تابعین کے زمانے میں یہ لفظی موجود نہیں تھا، نہ ایسا کبھی ہوتا تھا۔ یہ ایران میں شروع ہوا، 600 سال کے بعد شروع ہوا۔</w:t>
      </w:r>
    </w:p>
    <w:p>
      <w:r>
        <w:rPr>
          <w:b/>
        </w:rPr>
        <w:t xml:space="preserve">[1:21:38] </w:t>
      </w:r>
      <w:r>
        <w:t>yani rasool Allah ki wafat ke 600 saal baad Iran mein shuru hua. Yeh biladun nabi ki tareeqa to yeh bidat hai, is mein to koi shakk hi nahi bidat hone mein.</w:t>
      </w:r>
    </w:p>
    <w:p>
      <w:pPr>
        <w:jc w:val="right"/>
      </w:pPr>
      <w:r>
        <w:t>یعنی رسول اللہ کی وفات کے 600 سال بعد ایران میں شروع ہوا۔ یہ بلاد النبی کی طریقہ تو یہ بدعت ہے، اس میں تو کوئی شک ہی نہیں بدعت ہونے میں۔</w:t>
      </w:r>
    </w:p>
    <w:p>
      <w:r>
        <w:rPr>
          <w:b/>
        </w:rPr>
        <w:t xml:space="preserve">[1:21:47] </w:t>
      </w:r>
      <w:r>
        <w:t>hum is se koi jhagda nahi karte, koi bahas nahi karte, sirf is liye ke fitna barpa hoga. Yeh fitne se bachne ke liye hum khamosh rehte hain.</w:t>
      </w:r>
    </w:p>
    <w:p>
      <w:pPr>
        <w:jc w:val="right"/>
      </w:pPr>
      <w:r>
        <w:t>ہم اس سے کوئی جھگڑا نہیں کرتے، کوئی بحث نہیں کرتے، صرف اس لیے کہ فتنہ برپا ہوگا۔ یہ فتنے سے بچنے کے لیے ہم خاموش رہتے ہیں۔</w:t>
      </w:r>
    </w:p>
    <w:p>
      <w:r>
        <w:rPr>
          <w:b/>
        </w:rPr>
        <w:t xml:space="preserve">[1:21:57] </w:t>
      </w:r>
      <w:r>
        <w:t>Otherwise it's a bidah, there's no doubt about it.</w:t>
      </w:r>
    </w:p>
    <w:p>
      <w:pPr>
        <w:jc w:val="right"/>
      </w:pPr>
      <w:r>
        <w:t>Otherwise it's a bidah, there's no doubt about it.</w:t>
      </w:r>
    </w:p>
    <w:p>
      <w:r>
        <w:rPr>
          <w:b/>
        </w:rPr>
        <w:t xml:space="preserve">[1:22:05] </w:t>
      </w:r>
      <w:r>
        <w:t>Maulana, agla sawal Delhi se hai, Naeem Bilal sahab ka. Unhon ne likha hai: "Kisi aadmi ko kisi cheez ke hasil karne ka mauqa sirf teen baar milta hai.</w:t>
      </w:r>
    </w:p>
    <w:p>
      <w:pPr>
        <w:jc w:val="right"/>
      </w:pPr>
      <w:r>
        <w:t>مولانا، अगला सवाल दिल्ली से है, नईम بلال साहब का। उन्होंने लिखा है: "کسی آدمی کو کسی چیز کے حاصل کرنے کا موقع صرف تین بار ملتا ہے۔</w:t>
      </w:r>
    </w:p>
    <w:p>
      <w:r>
        <w:rPr>
          <w:b/>
        </w:rPr>
        <w:t xml:space="preserve">[1:22:16] </w:t>
      </w:r>
      <w:r>
        <w:t>Yeh aap ka apna usool hai ya Quran o Hadees se bhi is ka saboot milta hai? Is ke bare mein bataein." Is ke liye Quran o Hadees ki zaroorat nahi hai. Is ke liye tajruba kafi hai.</w:t>
      </w:r>
    </w:p>
    <w:p>
      <w:pPr>
        <w:jc w:val="right"/>
      </w:pPr>
      <w:r>
        <w:t>یہ آپ کا اپنا اصول ہے یا قرآن و حدیث سے بھی اس کا ثبوت ملتا ہے؟ اس کے بارے میں بتائیں۔" इसके लिए قرآन و حدیث की जरूरत नहीं है। इसके लिए تجربہ काफी है।</w:t>
      </w:r>
    </w:p>
    <w:p>
      <w:r>
        <w:rPr>
          <w:b/>
        </w:rPr>
        <w:t xml:space="preserve">[1:22:29] </w:t>
      </w:r>
      <w:r>
        <w:t>Quran o Hadees mein aisa nahi hai ke har har ayat mein ab likha hua ho ke jab yeh nahi likha hua ke tum car ka zamana aa jaye to paidal mat chalo, car mein baitho.</w:t>
      </w:r>
    </w:p>
    <w:p>
      <w:pPr>
        <w:jc w:val="right"/>
      </w:pPr>
      <w:r>
        <w:t>قرآن و حدیث میں ایسا نہیں ہے کہ ہر ہر آیت میں اب لکھا ہوا ہو کہ جب یہ نہیں لکھا ہوا کہ تم کار کا زمانہ آ جائے تو پیدل مت چلو، کار میں بیٹھو۔</w:t>
      </w:r>
    </w:p>
    <w:p>
      <w:r>
        <w:rPr>
          <w:b/>
        </w:rPr>
        <w:t xml:space="preserve">[1:22:38] </w:t>
      </w:r>
      <w:r>
        <w:t>Yeh kahan likha hua hai? Quran o Hadees ka yeh matlab nahi hai ke hawa aa jaye, aa jaye tab bhi tum oont par baitho. Yeh kahan likha hua hai?</w:t>
      </w:r>
    </w:p>
    <w:p>
      <w:pPr>
        <w:jc w:val="right"/>
      </w:pPr>
      <w:r>
        <w:t>یہ کہاں لکھا ہوا ہے؟ قرآن و حدیث کا یہ مطلب نہیں ہے کہ ہوا آ جائے، آ جائے تب بھی تم اونٹ پر بیٹھو۔ یہ کہاں لکھا ہوا ہے؟</w:t>
      </w:r>
    </w:p>
    <w:p>
      <w:r>
        <w:rPr>
          <w:b/>
        </w:rPr>
        <w:t xml:space="preserve">[1:22:48] </w:t>
      </w:r>
      <w:r>
        <w:t>To yeh zindagi ke jo tajrubaat hain aur jo jo zindagi ke jo halaat hain, is se baatein samajh mein aati hain.</w:t>
      </w:r>
    </w:p>
    <w:p>
      <w:pPr>
        <w:jc w:val="right"/>
      </w:pPr>
      <w:r>
        <w:t>تو یہ زندگی کے جو تجربات ہیں اور جو جو زندگی کے جو حالات ہیں، اس سے باتیں سمجھ میں آتی ہیں۔</w:t>
      </w:r>
    </w:p>
    <w:p>
      <w:r>
        <w:rPr>
          <w:b/>
        </w:rPr>
        <w:t xml:space="preserve">[1:23:00] </w:t>
      </w:r>
      <w:r>
        <w:t>Warna to aap to kuch bhi nahi kar sakte.</w:t>
      </w:r>
    </w:p>
    <w:p>
      <w:pPr>
        <w:jc w:val="right"/>
      </w:pPr>
      <w:r>
        <w:t>ورنہ تو آپ تو کچھ بھی نہیں کر سکتے۔</w:t>
      </w:r>
    </w:p>
    <w:p>
      <w:r>
        <w:rPr>
          <w:b/>
        </w:rPr>
        <w:t xml:space="preserve">[1:23:02] </w:t>
      </w:r>
      <w:r>
        <w:t>Aap na car mein baith sakte hain, na hawa chal sakte hain. Hatta ke market mein ja kar kuch khareed nahi sakte. Saare item aise hain jo Quran o Hadees mein nahi likhe hue hain.</w:t>
      </w:r>
    </w:p>
    <w:p>
      <w:pPr>
        <w:jc w:val="right"/>
      </w:pPr>
      <w:r>
        <w:t>آپ نہ کار میں بیٹھ سکتے ہیں، نہ ہوا چل سکتے ہیں۔ حتیٰ کہ مارکیٹ میں جا کر کچھ خرید نہیں سکتے۔ سارے آئٹم ایسے ہیں جو قرآن و حدیث میں نہیں لکھے ہوئے ہیں۔</w:t>
      </w:r>
    </w:p>
    <w:p>
      <w:r>
        <w:rPr>
          <w:b/>
        </w:rPr>
        <w:t xml:space="preserve">[1:23:12] </w:t>
      </w:r>
      <w:r>
        <w:t>Yeh soch galat hai, main ek keh doon. Yeh soch bohat hi zyada bilkul ghair Qurani soch hai ke aap is ko bhi Quran mein nikalna chahein. Dekhiye, Hadees mein aata hai ke "istafte qalbaka".</w:t>
      </w:r>
    </w:p>
    <w:p>
      <w:pPr>
        <w:jc w:val="right"/>
      </w:pPr>
      <w:r>
        <w:t>یہ سوچ غلط ہے، میں ایک کہہ دوں۔ یہ سوچ بہت ہی زیادہ بالکل غیر قرآنی سوچ ہے کہ آپ اس کو بھی قرآن میں نکالنا چاہیں۔ دیکھیے، حدیث میں آتا ہے کہ "استفتِ قلبك" ۔</w:t>
      </w:r>
    </w:p>
    <w:p>
      <w:r>
        <w:rPr>
          <w:b/>
        </w:rPr>
        <w:t xml:space="preserve">[1:23:24] </w:t>
      </w:r>
      <w:r>
        <w:t>Apne dil se fatwa poocho, yani common sense se. To beshumar cheezein aisi hain jo common sense taluq in ka hota hai.</w:t>
      </w:r>
    </w:p>
    <w:p>
      <w:pPr>
        <w:jc w:val="right"/>
      </w:pPr>
      <w:r>
        <w:t>اپنے دل سے فتویٰ پوچھو، یعنی کامن سینس سے۔ تو بے شمار چیزیں ایسی ہیں جو کامن سینس تعلق ان کا ہوتا ہے۔</w:t>
      </w:r>
    </w:p>
    <w:p>
      <w:r>
        <w:rPr>
          <w:b/>
        </w:rPr>
        <w:t xml:space="preserve">[1:23:32] </w:t>
      </w:r>
      <w:r>
        <w:t>Beshumar cheezein hain. "Istafte qalbaka". Yani common sense se jano. To kuch cheezein hain jo basics hain, basics, woh to Quran mein bata di gayi hain.</w:t>
      </w:r>
    </w:p>
    <w:p>
      <w:pPr>
        <w:jc w:val="right"/>
      </w:pPr>
      <w:r>
        <w:t>بے شمار چیزیں ہیں۔ "استفتِ قلبك" ۔ یعنی کامن سینس سے جانو۔ تو کچھ چیزیں ہیں جو بیسکس ہیں، بیسکس، وہ تو قرآن میں بتا دی گئی ہیں۔</w:t>
      </w:r>
    </w:p>
    <w:p>
      <w:r>
        <w:rPr>
          <w:b/>
        </w:rPr>
        <w:t xml:space="preserve">[1:23:43] </w:t>
      </w:r>
      <w:r>
        <w:t>Baqi common sense par daal daal diya gaya hai. Apne common sense se aap jante raho aur is par amal karte raho. Maulana, agla sawal Basit sahab ka hai, Delhi se</w:t>
      </w:r>
    </w:p>
    <w:p>
      <w:pPr>
        <w:jc w:val="right"/>
      </w:pPr>
      <w:r>
        <w:t>باقی کامن سینس پر ڈال ڈال دیا گیا ہے۔ اپنے کامن سینس سے آپ جانتے رہیے اور اس پر عمل کرتے رہیے۔ مولانا، अगला सवाल باسط صاحب کا ہے، دہلی سے</w:t>
      </w:r>
    </w:p>
    <w:p>
      <w:r>
        <w:rPr>
          <w:b/>
        </w:rPr>
        <w:t xml:space="preserve">[1:23:57] </w:t>
      </w:r>
      <w:r>
        <w:t>. Unhon ne likha hai: "It is a comment regarding da'wah. In Chapter 16, it is mentioned: 'Invite all to the way of the Lord with wisdom and beautiful preaching,</w:t>
      </w:r>
    </w:p>
    <w:p>
      <w:pPr>
        <w:jc w:val="right"/>
      </w:pPr>
      <w:r>
        <w:t>۔ انہوں نے لکھا ہے: "It is a comment regarding دعویٰ. In Chapter 16, it is mentioned: 'Invite all to the way of the Lord with wisdom and beautiful preaching,</w:t>
      </w:r>
    </w:p>
    <w:p>
      <w:r>
        <w:rPr>
          <w:b/>
        </w:rPr>
        <w:t xml:space="preserve">[1:24:12] </w:t>
      </w:r>
      <w:r>
        <w:t>and argue with them in the ways that are best and most gracious.' This verse is a clear command making da'wah a first.</w:t>
      </w:r>
    </w:p>
    <w:p>
      <w:pPr>
        <w:jc w:val="right"/>
      </w:pPr>
      <w:r>
        <w:t>and argue with them in the ways that are best and most gracious.' This verse is a clear command making دعویٰ a first.</w:t>
      </w:r>
    </w:p>
    <w:p>
      <w:r>
        <w:rPr>
          <w:b/>
        </w:rPr>
        <w:t xml:space="preserve">[1:24:22] </w:t>
      </w:r>
      <w:r>
        <w:t>We do not find any such verse regarding siyasat or politics</w:t>
      </w:r>
    </w:p>
    <w:p>
      <w:pPr>
        <w:jc w:val="right"/>
      </w:pPr>
      <w:r>
        <w:t>We do not find any such verse regarding سیاست or politic</w:t>
      </w:r>
    </w:p>
    <w:p>
      <w:r>
        <w:rPr>
          <w:b/>
        </w:rPr>
        <w:t xml:space="preserve">[1:24:27] </w:t>
      </w:r>
      <w:r>
        <w:t>s." Sahi kaha, bohat sahi kaha. Bohat sahi baat hai, jazakumullah. Jazakumullah, bilkul sahi baat hai.</w:t>
      </w:r>
    </w:p>
    <w:p>
      <w:pPr>
        <w:jc w:val="right"/>
      </w:pPr>
      <w:r>
        <w:t>s." صحیح کہا، بہت صحیح کہا۔ بہت صحیح بات ہے، جزاکم اللہ۔ جزاکم اللہ، بالکل صحیح بات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