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Peace 18 Nov, 2012 - Maulana Wahiduddin Khan</w:t>
      </w:r>
    </w:p>
    <w:p>
      <w:r>
        <w:t>https://www.youtube.com/watch?v=rLxr-OBhcPg</w:t>
      </w:r>
    </w:p>
    <w:p>
      <w:r>
        <w:rPr>
          <w:b/>
        </w:rPr>
        <w:t xml:space="preserve">[00:12] </w:t>
      </w:r>
      <w:r>
        <w:t>aaj november 2012 ki 18 tareekh hai. Aaj ke liye jo talk hai, uska unwaan hai "Age of Peace" yaani "Daura Aman".</w:t>
      </w:r>
    </w:p>
    <w:p>
      <w:pPr>
        <w:jc w:val="right"/>
      </w:pPr>
      <w:r>
        <w:t>आज नवंबर 2012 की 18 तारीख है। आज के लिए जो टॉक है, उसका عنوان है "एज ऑफ पीस" यानी "दौरे अमन"।</w:t>
      </w:r>
    </w:p>
    <w:p>
      <w:r>
        <w:rPr>
          <w:b/>
        </w:rPr>
        <w:t xml:space="preserve">[00:37] </w:t>
      </w:r>
      <w:r>
        <w:t>quran aur hadith ki shahadat aur tareekhi waqiyat sab is baat ka saboot hain ke 21st century aman ki century hai,</w:t>
      </w:r>
    </w:p>
    <w:p>
      <w:pPr>
        <w:jc w:val="right"/>
      </w:pPr>
      <w:r>
        <w:t>कुरान और हदीस की शहादत और तारीखी वाक्यात सब इस बात का सबूत हैं कि 21 सेंचुरी अमन की सेंचुरी है,</w:t>
      </w:r>
    </w:p>
    <w:p>
      <w:r>
        <w:rPr>
          <w:b/>
        </w:rPr>
        <w:t xml:space="preserve">[00:57] </w:t>
      </w:r>
      <w:r>
        <w:t>century of peace hai.</w:t>
      </w:r>
    </w:p>
    <w:p>
      <w:pPr>
        <w:jc w:val="right"/>
      </w:pPr>
      <w:r>
        <w:t>सेंचुरी ऑफ पीस है।</w:t>
      </w:r>
    </w:p>
    <w:p>
      <w:r>
        <w:rPr>
          <w:b/>
        </w:rPr>
        <w:t xml:space="preserve">[01:02] </w:t>
      </w:r>
      <w:r>
        <w:t>agarche bahut kam log hain jo is haqeeqat ko jante hon.</w:t>
      </w:r>
    </w:p>
    <w:p>
      <w:pPr>
        <w:jc w:val="right"/>
      </w:pPr>
      <w:r>
        <w:t>अगरचे बहुत कम लोग हैं जो इस हकीकत को जानते हों।</w:t>
      </w:r>
    </w:p>
    <w:p>
      <w:r>
        <w:rPr>
          <w:b/>
        </w:rPr>
        <w:t xml:space="preserve">[01:12] </w:t>
      </w:r>
      <w:r>
        <w:t>is mozu mein aaj main kuch baatein arz karna chahta hoon.</w:t>
      </w:r>
    </w:p>
    <w:p>
      <w:pPr>
        <w:jc w:val="right"/>
      </w:pPr>
      <w:r>
        <w:t>इस विषय में आज मैं कुछ बातें अर्ज करना चाहता हूँ।</w:t>
      </w:r>
    </w:p>
    <w:p>
      <w:r>
        <w:rPr>
          <w:b/>
        </w:rPr>
        <w:t xml:space="preserve">[01:18] </w:t>
      </w:r>
      <w:r>
        <w:t>dekhiye, aaj ke akhbaron mein ek khabar aap sabne padhi hogi. do khabar, do khabar ek saath aaj ke akhbaron mein aayi hain.</w:t>
      </w:r>
    </w:p>
    <w:p>
      <w:pPr>
        <w:jc w:val="right"/>
      </w:pPr>
      <w:r>
        <w:t>देखिए, आज के अखबारों में एक खबर आप सबने पढ़ी होगी। दो खबर, दो खबर एक साथ आज के अखबारों में आई हैं।</w:t>
      </w:r>
    </w:p>
    <w:p>
      <w:r>
        <w:rPr>
          <w:b/>
        </w:rPr>
        <w:t xml:space="preserve">[01:32] </w:t>
      </w:r>
      <w:r>
        <w:t>ek taraf yeh ke</w:t>
      </w:r>
    </w:p>
    <w:p>
      <w:pPr>
        <w:jc w:val="right"/>
      </w:pPr>
      <w:r>
        <w:t>एक तरफ यह कि</w:t>
      </w:r>
    </w:p>
    <w:p>
      <w:r>
        <w:rPr>
          <w:b/>
        </w:rPr>
        <w:t xml:space="preserve">[01:36] </w:t>
      </w:r>
      <w:r>
        <w:t>"bal thackeray is dead".</w:t>
      </w:r>
    </w:p>
    <w:p>
      <w:pPr>
        <w:jc w:val="right"/>
      </w:pPr>
      <w:r>
        <w:t>"बाल ठाकरे इज डेड"।</w:t>
      </w:r>
    </w:p>
    <w:p>
      <w:r>
        <w:rPr>
          <w:b/>
        </w:rPr>
        <w:t xml:space="preserve">[01:40] </w:t>
      </w:r>
      <w:r>
        <w:t>maharashtra ke bahut hi fiery leader the, king of maharashtra kaha jata tha unko. aaj unki death ho gayi.</w:t>
      </w:r>
    </w:p>
    <w:p>
      <w:pPr>
        <w:jc w:val="right"/>
      </w:pPr>
      <w:r>
        <w:t>महाराष्ट्र के बहुत ही फायरी लीडर थे, किंग ऑफ महाराष्ट्र कहा जाता था उनको। आज उनकी डेथ हो गई।</w:t>
      </w:r>
    </w:p>
    <w:p>
      <w:r>
        <w:rPr>
          <w:b/>
        </w:rPr>
        <w:t xml:space="preserve">[01:57] </w:t>
      </w:r>
      <w:r>
        <w:t>wo kaha karte the ke "i am a great admirer of hitler". main hitler ko bahut zyada pasand karta hoon. hitler ki jo ideology thi,</w:t>
      </w:r>
    </w:p>
    <w:p>
      <w:pPr>
        <w:jc w:val="right"/>
      </w:pPr>
      <w:r>
        <w:t>वह कहा करते थे कि "आई एम अ ग्रेट एडमायर ऑफ हिटलर"। मैं हिटलर को बहुत ज्यादा पसंद करता हूँ। हिटलर की जो आइडियोलॉजी थी,</w:t>
      </w:r>
    </w:p>
    <w:p>
      <w:r>
        <w:rPr>
          <w:b/>
        </w:rPr>
        <w:t xml:space="preserve">[02:14] </w:t>
      </w:r>
      <w:r>
        <w:t>wahi bal thackeray ki ideology thi.</w:t>
      </w:r>
    </w:p>
    <w:p>
      <w:pPr>
        <w:jc w:val="right"/>
      </w:pPr>
      <w:r>
        <w:t>वही बाल ठाकरे की आइडियोलॉजी थी।</w:t>
      </w:r>
    </w:p>
    <w:p>
      <w:r>
        <w:rPr>
          <w:b/>
        </w:rPr>
        <w:t xml:space="preserve">[02:18] </w:t>
      </w:r>
      <w:r>
        <w:t>aap jante hain ke hitler jo hai, bahut hi zabardast qism ka war banger tha. wo tashaddud mein yaqeen rakhta tha.</w:t>
      </w:r>
    </w:p>
    <w:p>
      <w:pPr>
        <w:jc w:val="right"/>
      </w:pPr>
      <w:r>
        <w:t>आप जानते हैं कि हिटलर जो है, बहुत ही जबरदस्त किस्म का वार बांगर था। वह तशद्दुद में यकीन रखता था।</w:t>
      </w:r>
    </w:p>
    <w:p>
      <w:r>
        <w:rPr>
          <w:b/>
        </w:rPr>
        <w:t xml:space="preserve">[02:30] </w:t>
      </w:r>
      <w:r>
        <w:t>lekin aap gaur kijiye, bal thackeray bhi apne target ko achieve kiye bina mar gaye.</w:t>
      </w:r>
    </w:p>
    <w:p>
      <w:pPr>
        <w:jc w:val="right"/>
      </w:pPr>
      <w:r>
        <w:t>लेकिन आप गौर कीजिए, बाल ठाकरे भी अपने टारगेट को अचीव किए बिना मर गए।</w:t>
      </w:r>
    </w:p>
    <w:p>
      <w:r>
        <w:rPr>
          <w:b/>
        </w:rPr>
        <w:t xml:space="preserve">[02:39] </w:t>
      </w:r>
      <w:r>
        <w:t>isi tarah</w:t>
      </w:r>
    </w:p>
    <w:p>
      <w:pPr>
        <w:jc w:val="right"/>
      </w:pPr>
      <w:r>
        <w:t>इसी तरह</w:t>
      </w:r>
    </w:p>
    <w:p>
      <w:r>
        <w:rPr>
          <w:b/>
        </w:rPr>
        <w:t xml:space="preserve">[02:44] </w:t>
      </w:r>
      <w:r>
        <w:t>hitler bhi apne target ko achieve kiye bina khatma ho gaya. hitler ka</w:t>
      </w:r>
    </w:p>
    <w:p>
      <w:pPr>
        <w:jc w:val="right"/>
      </w:pPr>
      <w:r>
        <w:t>हिटलर भी अपने टारगेट को अचीव किए बिना खात्मा हो गया। हिटलर का</w:t>
      </w:r>
    </w:p>
    <w:p>
      <w:r>
        <w:rPr>
          <w:b/>
        </w:rPr>
        <w:t xml:space="preserve">[02:55] </w:t>
      </w:r>
      <w:r>
        <w:t>wo khatma hitler ki umr us waqt 56 years thi, 56. aur bal thackeray ki umr 86. aur dono apne target ko achieve kiye bina khatam ho gaye.</w:t>
      </w:r>
    </w:p>
    <w:p>
      <w:pPr>
        <w:jc w:val="right"/>
      </w:pPr>
      <w:r>
        <w:t>उस खात हिटलर की उम्र उस वक्त 56 इयर्स थी, 56। और बाल ठाकरे की उम्र 86। और दोनों अपने टारगेट को अचीव किए बिना खत्म हो गए।</w:t>
      </w:r>
    </w:p>
    <w:p>
      <w:r>
        <w:rPr>
          <w:b/>
        </w:rPr>
        <w:t xml:space="preserve">[03:12] </w:t>
      </w:r>
      <w:r>
        <w:t>Hitler chahta tha ke koi Europe mein rule kare.</w:t>
      </w:r>
    </w:p>
    <w:p>
      <w:pPr>
        <w:jc w:val="right"/>
      </w:pPr>
      <w:r>
        <w:t>हिटलर चाहता था कि कोई यूरोप में रूल करे।</w:t>
      </w:r>
    </w:p>
    <w:p>
      <w:r>
        <w:rPr>
          <w:b/>
        </w:rPr>
        <w:t xml:space="preserve">[03:16] </w:t>
      </w:r>
      <w:r>
        <w:t>wo rule nahi kar saka.</w:t>
      </w:r>
    </w:p>
    <w:p>
      <w:pPr>
        <w:jc w:val="right"/>
      </w:pPr>
      <w:r>
        <w:t>वो रूल नहीं कर सका।</w:t>
      </w:r>
    </w:p>
    <w:p>
      <w:r>
        <w:rPr>
          <w:b/>
        </w:rPr>
        <w:t xml:space="preserve">[03:18] </w:t>
      </w:r>
      <w:r>
        <w:t>uska apna hi khatma ho gaya.</w:t>
      </w:r>
    </w:p>
    <w:p>
      <w:pPr>
        <w:jc w:val="right"/>
      </w:pPr>
      <w:r>
        <w:t>उसका अपना ही खात्मा हो गया।</w:t>
      </w:r>
    </w:p>
    <w:p>
      <w:r>
        <w:rPr>
          <w:b/>
        </w:rPr>
        <w:t xml:space="preserve">[03:22] </w:t>
      </w:r>
      <w:r>
        <w:t>isi tarah dekhiye, Filisteen mein aaj khabar hai</w:t>
      </w:r>
    </w:p>
    <w:p>
      <w:pPr>
        <w:jc w:val="right"/>
      </w:pPr>
      <w:r>
        <w:t>इसी तरह देखिए, फिलिस्तीन में आज खबर है</w:t>
      </w:r>
    </w:p>
    <w:p>
      <w:r>
        <w:rPr>
          <w:b/>
        </w:rPr>
        <w:t xml:space="preserve">[03:28] </w:t>
      </w:r>
      <w:r>
        <w:t>ki hamas head quarter</w:t>
      </w:r>
    </w:p>
    <w:p>
      <w:pPr>
        <w:jc w:val="right"/>
      </w:pPr>
      <w:r>
        <w:t>कि हमास हेड क्वार्टर</w:t>
      </w:r>
    </w:p>
    <w:p>
      <w:r>
        <w:rPr>
          <w:b/>
        </w:rPr>
        <w:t xml:space="preserve">[03:33] </w:t>
      </w:r>
      <w:r>
        <w:t>battered by israeli airforce.</w:t>
      </w:r>
    </w:p>
    <w:p>
      <w:pPr>
        <w:jc w:val="right"/>
      </w:pPr>
      <w:r>
        <w:t>बैटर्ड बाय इजराइली एयरफोर्स।</w:t>
      </w:r>
    </w:p>
    <w:p>
      <w:r>
        <w:rPr>
          <w:b/>
        </w:rPr>
        <w:t xml:space="preserve">[03:39] </w:t>
      </w:r>
      <w:r>
        <w:t>hamas ke head quarter ko</w:t>
      </w:r>
    </w:p>
    <w:p>
      <w:pPr>
        <w:jc w:val="right"/>
      </w:pPr>
      <w:r>
        <w:t>हमास के हेड क्वार्टर को</w:t>
      </w:r>
    </w:p>
    <w:p>
      <w:r>
        <w:rPr>
          <w:b/>
        </w:rPr>
        <w:t xml:space="preserve">[03:43] </w:t>
      </w:r>
      <w:r>
        <w:t>israeli airforce ne destroy kar diya.</w:t>
      </w:r>
    </w:p>
    <w:p>
      <w:pPr>
        <w:jc w:val="right"/>
      </w:pPr>
      <w:r>
        <w:t>इजराइली एयरफोर्स ने डिस्ट्रॉय कर दिया।</w:t>
      </w:r>
    </w:p>
    <w:p>
      <w:r>
        <w:rPr>
          <w:b/>
        </w:rPr>
        <w:t xml:space="preserve">[03:47] </w:t>
      </w:r>
      <w:r>
        <w:t>wo bhi badi-badi baatein karte the,</w:t>
      </w:r>
    </w:p>
    <w:p>
      <w:pPr>
        <w:jc w:val="right"/>
      </w:pPr>
      <w:r>
        <w:t>वो भी बड़ी-बड़ी बातें करते थे,</w:t>
      </w:r>
    </w:p>
    <w:p>
      <w:r>
        <w:rPr>
          <w:b/>
        </w:rPr>
        <w:t xml:space="preserve">[03:52] </w:t>
      </w:r>
      <w:r>
        <w:t>lekin kuch bhi achieve na kar sake. aur unka haal yeh hua ke unka headquarter hi tabah kar diya gaya. unke leader maar dale gaye. dekhiye, yeh sirf do waqea nahi hain. is poore daur mein, yaani wo daur jo shuru hua hai second world war ke baad,</w:t>
      </w:r>
    </w:p>
    <w:p>
      <w:pPr>
        <w:jc w:val="right"/>
      </w:pPr>
      <w:r>
        <w:t>लेकिन कुछ भी अचीव ना कर सके। और उनका हाल यह हुआ कि उनका हेड क्वार्टर ही तबाह कर दिया गया। उनके लीडर मार डाले गए। देखिए, यह सिर्फ दो वाकया नहीं हैं। इस पूरे दौर में, यानी वह दौर जो शुरू हुआ है सेकंड वर्ल्ड वार के बाद,</w:t>
      </w:r>
    </w:p>
    <w:p>
      <w:r>
        <w:rPr>
          <w:b/>
        </w:rPr>
        <w:t xml:space="preserve">[04:13] </w:t>
      </w:r>
      <w:r>
        <w:t>is poore daur mein bahut se aise waqeat hue hain jo batate hain ke war ka zamana khatam ho gaya. yaani ladkar kuch jeet paane ka zamana khatam ho gaya. ab toh peace ka zamana hai.</w:t>
      </w:r>
    </w:p>
    <w:p>
      <w:pPr>
        <w:jc w:val="right"/>
      </w:pPr>
      <w:r>
        <w:t>इस पूरे दौर में बहुत से ऐसे वाक्यात हुए हैं जो बताते हैं कि वार का जमाना खत्म हो गया। यानी लड़कर कुछ जीत पाने का जमाना खत्म हो गया। अब तो पीस का जमाना है।</w:t>
      </w:r>
    </w:p>
    <w:p>
      <w:r>
        <w:rPr>
          <w:b/>
        </w:rPr>
        <w:t xml:space="preserve">[04:35] </w:t>
      </w:r>
      <w:r>
        <w:t>aap dekhiye, hitler ne ladkar chaha tha superiority hasil karna europe mein, magar hasil nahi kar saka. wo yahi haal japan ka hua. japan jo hai,</w:t>
      </w:r>
    </w:p>
    <w:p>
      <w:pPr>
        <w:jc w:val="right"/>
      </w:pPr>
      <w:r>
        <w:t>आप देखिए, हिटलर ने लड़कर चाहा था सुपीरियरिटी हासिल करना यूरोप में, मगर हासिल नहीं कर सका। वो यही हाल जापान का हुआ। जापान जो है,</w:t>
      </w:r>
    </w:p>
    <w:p>
      <w:r>
        <w:rPr>
          <w:b/>
        </w:rPr>
        <w:t xml:space="preserve">[04:50] </w:t>
      </w:r>
      <w:r>
        <w:t>second world war se pehle ek jangju qaum bana hua tha. japan ne aur hitler ne, dono ne</w:t>
      </w:r>
    </w:p>
    <w:p>
      <w:pPr>
        <w:jc w:val="right"/>
      </w:pPr>
      <w:r>
        <w:t>सेकंड वर्ल्ड वार से पहले एक जंगजू कौम बना हुआ था। जापान ने और हिटलर ने, दोनों ने</w:t>
      </w:r>
    </w:p>
    <w:p>
      <w:r>
        <w:rPr>
          <w:b/>
        </w:rPr>
        <w:t xml:space="preserve">[05:04] </w:t>
      </w:r>
      <w:r>
        <w:t>war ki taqat se chaha kaamyaabi hasil karna, lekin dono fail ho gaye.</w:t>
      </w:r>
    </w:p>
    <w:p>
      <w:pPr>
        <w:jc w:val="right"/>
      </w:pPr>
      <w:r>
        <w:t>वारिस की ताकत से चाहा कामयाबी हासिल करना, लेकिन दोनों फेल हो गए।</w:t>
      </w:r>
    </w:p>
    <w:p>
      <w:r>
        <w:rPr>
          <w:b/>
        </w:rPr>
        <w:t xml:space="preserve">[05:13] </w:t>
      </w:r>
      <w:r>
        <w:t>yaani dono ne goya sang world war mein zuban haal se yeh elaan kiya ke "age of war is over".</w:t>
      </w:r>
    </w:p>
    <w:p>
      <w:pPr>
        <w:jc w:val="right"/>
      </w:pPr>
      <w:r>
        <w:t>यानी दोनों ने गोया संग वर्ल्ड वार में जुबान हाल से यह ऐलान किया कि "एज ऑफ वार इज ओवर"।</w:t>
      </w:r>
    </w:p>
    <w:p>
      <w:r>
        <w:rPr>
          <w:b/>
        </w:rPr>
        <w:t xml:space="preserve">[05:24] </w:t>
      </w:r>
      <w:r>
        <w:t>us baad unhone bahut zyada sabak liya. germany ne industry mein apni taqat laga di, bajaye ladai karne ke. japan ne bhi laga laga di apni taqat industry mein. aap jante hain ke aaj germany europe ka number one mulk bana hua hai.</w:t>
      </w:r>
    </w:p>
    <w:p>
      <w:pPr>
        <w:jc w:val="right"/>
      </w:pPr>
      <w:r>
        <w:t>उस बाद उन्होंने बहुत ज्यादा सबक लिया। जर्मनी ने इंडस्ट्री में अपनी ताकत लगा दी, बजाय लड़ाई करने के। जापान ने भी लगा लगा दी अपनी ताकत इंडस्ट्री में। आप जानते हैं कि आज जर्मनी यूरोप का नंबर वन मुल्क बना हुआ है।</w:t>
      </w:r>
    </w:p>
    <w:p>
      <w:r>
        <w:rPr>
          <w:b/>
        </w:rPr>
        <w:t xml:space="preserve">[05:47] </w:t>
      </w:r>
      <w:r>
        <w:t>europe ka sabse zyada developed country bana hua hai germany. aur japan asia ka sabse zyada developed country bana hua hai. yeh kaise?</w:t>
      </w:r>
    </w:p>
    <w:p>
      <w:pPr>
        <w:jc w:val="right"/>
      </w:pPr>
      <w:r>
        <w:t>यूरोप का सबसे ज्यादा डेवलप्ड कंट्री बना हुआ है जर्मनी। और जापान एशिया का सबसे ज्यादा डेवलप्ड कंट्री बना हुआ है। यह कैसे?</w:t>
      </w:r>
    </w:p>
    <w:p>
      <w:r>
        <w:rPr>
          <w:b/>
        </w:rPr>
        <w:t xml:space="preserve">[06:02] </w:t>
      </w:r>
      <w:r>
        <w:t>war ki taqat ko istemal karke nahi, peace ki taqat ko istemal karke.</w:t>
      </w:r>
    </w:p>
    <w:p>
      <w:pPr>
        <w:jc w:val="right"/>
      </w:pPr>
      <w:r>
        <w:t>वार की ताकत को इस्तेमाल करके नहीं, पीस की ताकत को इस्तेमाल करके।</w:t>
      </w:r>
    </w:p>
    <w:p>
      <w:r>
        <w:rPr>
          <w:b/>
        </w:rPr>
        <w:t xml:space="preserve">[06:11] </w:t>
      </w:r>
      <w:r>
        <w:t>aise aap dekhiye, aur bahut se qaumon ne chaha war ke zariye kaamyaabi hasil karna. maslan, russia mein dekhiye, communist power mein aaye 1917 mein,</w:t>
      </w:r>
    </w:p>
    <w:p>
      <w:pPr>
        <w:jc w:val="right"/>
      </w:pPr>
      <w:r>
        <w:t>ऐसे आप देखिए, और बहुत से कौमों ने चाहा वार के जरिए कामयाबी हासिल करना। मसलन, रशिया में देखिए, कम्युनिस्ट पावर में आए 1917 में,</w:t>
      </w:r>
    </w:p>
    <w:p>
      <w:r>
        <w:rPr>
          <w:b/>
        </w:rPr>
        <w:t xml:space="preserve">[06:28] </w:t>
      </w:r>
      <w:r>
        <w:t>1917 mein. Unko mauka mila 75 years tak rule karne ka, 75 saal. Lekin aap jante hain ke toot gaya.</w:t>
      </w:r>
    </w:p>
    <w:p>
      <w:pPr>
        <w:jc w:val="right"/>
      </w:pPr>
      <w:r>
        <w:t>1917 में। उनको मौका मिला 75 इयर्स तक रूल करने का, 75 साल। लेकिन आप जानते हैं कि टूट गया।</w:t>
      </w:r>
    </w:p>
    <w:p>
      <w:r>
        <w:rPr>
          <w:b/>
        </w:rPr>
        <w:t xml:space="preserve">[06:44] </w:t>
      </w:r>
      <w:r>
        <w:t>Communist empire toot gaya. Unka nazariya kya tha? Hitler ne kaha tha ek baar apni takreer mein ke "humko kamyabi ke liye teen cheezon ki zaroorat hai:</w:t>
      </w:r>
    </w:p>
    <w:p>
      <w:pPr>
        <w:jc w:val="right"/>
      </w:pPr>
      <w:r>
        <w:t>कम्युनिस्ट एंपायर टूट गया। उनका नजरिया क्या था? हिटलर ने कहा था एक बार अपनी तकरीर में कि "हमको कामयाबी के लिए तीन चीजों की जरूरत है:</w:t>
      </w:r>
    </w:p>
    <w:p>
      <w:r>
        <w:rPr>
          <w:b/>
        </w:rPr>
        <w:t xml:space="preserve">[07:00] </w:t>
      </w:r>
      <w:r>
        <w:t>Awwal hathiyar, do hathiyar, 100 hathiyar, aur aakhir mein phir hathiyar". Aur hathiyar unhone hasil kiya, atom bomb banaya,</w:t>
      </w:r>
    </w:p>
    <w:p>
      <w:pPr>
        <w:jc w:val="right"/>
      </w:pPr>
      <w:r>
        <w:t>अव्वल हथियार, दो हथियार, 100 हथियार, और आखिर में फिर हथियार"। और हथियार उन्होंने हासिल किया, एटम बम बनाया,</w:t>
      </w:r>
    </w:p>
    <w:p>
      <w:r>
        <w:rPr>
          <w:b/>
        </w:rPr>
        <w:t xml:space="preserve">[07:14] </w:t>
      </w:r>
      <w:r>
        <w:t>super power ban gaye hathiyaron ke mamle mein. Lekin 75 saal mein Soviet Union toot gaya. Afghanistan mein woh haar gaya. Jo usko badai mili thi, woh bhi khatm ho gayi.</w:t>
      </w:r>
    </w:p>
    <w:p>
      <w:pPr>
        <w:jc w:val="right"/>
      </w:pPr>
      <w:r>
        <w:t>सुपर पावर बन गए हथियारों के मामले में। लेकिन 75 साल में सोवियत यूनियन टूट गया। अफगानिस्तान में वह हार गया। जो उसको बड़ाई मिली थी, वह भी खत्म हो गई।</w:t>
      </w:r>
    </w:p>
    <w:p>
      <w:r>
        <w:rPr>
          <w:b/>
        </w:rPr>
        <w:t xml:space="preserve">[07:35] </w:t>
      </w:r>
      <w:r>
        <w:t>Iske baad dekhiye, USO ko dekhiye. Aap USO bhi super power kaha jata tha. George Bush, jo America ke president the, unke zamane mein bahut badi war chhedi unhone,</w:t>
      </w:r>
    </w:p>
    <w:p>
      <w:pPr>
        <w:jc w:val="right"/>
      </w:pPr>
      <w:r>
        <w:t>इसके बाद देखिए, यूएसओ को देखिए। आप यूएसओ भी सुपर पावर कहा जाता था। जॉर्ज बुश, जो अमेरिका के प्रेसिडेंट थे, उनके जमाने में बहुत बड़ी वार छेड़ी उन्होंने,</w:t>
      </w:r>
    </w:p>
    <w:p>
      <w:r>
        <w:rPr>
          <w:b/>
        </w:rPr>
        <w:t xml:space="preserve">[07:52] </w:t>
      </w:r>
      <w:r>
        <w:t>jisko kehte hain gulf war.</w:t>
      </w:r>
    </w:p>
    <w:p>
      <w:pPr>
        <w:jc w:val="right"/>
      </w:pPr>
      <w:r>
        <w:t>जिसको कहते हैं गल्फ वार।</w:t>
      </w:r>
    </w:p>
    <w:p>
      <w:r>
        <w:rPr>
          <w:b/>
        </w:rPr>
        <w:t xml:space="preserve">[07:56] </w:t>
      </w:r>
      <w:r>
        <w:t>george bush kehte the, farq ke saath, isko star war.</w:t>
      </w:r>
    </w:p>
    <w:p>
      <w:pPr>
        <w:jc w:val="right"/>
      </w:pPr>
      <w:r>
        <w:t>जॉर्ज बुश कहते थे, फर्क के साथ, इसको स्टार वार।</w:t>
      </w:r>
    </w:p>
    <w:p>
      <w:r>
        <w:rPr>
          <w:b/>
        </w:rPr>
        <w:t xml:space="preserve">[08:02] </w:t>
      </w:r>
      <w:r>
        <w:t>aur amriki faujon ne iraq mein carpet</w:t>
      </w:r>
    </w:p>
    <w:p>
      <w:pPr>
        <w:jc w:val="right"/>
      </w:pPr>
      <w:r>
        <w:t>और अमेरिकी फौजों ने इराक में कारपेट</w:t>
      </w:r>
    </w:p>
    <w:p>
      <w:r>
        <w:rPr>
          <w:b/>
        </w:rPr>
        <w:t xml:space="preserve">[08:07] </w:t>
      </w:r>
      <w:r>
        <w:t>bombardment kiya. carpet bombardment.</w:t>
      </w:r>
    </w:p>
    <w:p>
      <w:pPr>
        <w:jc w:val="right"/>
      </w:pPr>
      <w:r>
        <w:t>बमबार्डमेंट किया। कारपेट बमबार्डमेंट।</w:t>
      </w:r>
    </w:p>
    <w:p>
      <w:r>
        <w:rPr>
          <w:b/>
        </w:rPr>
        <w:t xml:space="preserve">[08:12] </w:t>
      </w:r>
      <w:r>
        <w:t>ab poori apni navy ko, airforce ko, army ko istemal kiya</w:t>
      </w:r>
    </w:p>
    <w:p>
      <w:pPr>
        <w:jc w:val="right"/>
      </w:pPr>
      <w:r>
        <w:t>अब पूरी अपनी नेवी को, एयरफोर्स को, आर्मी को इस्तेमाल किया</w:t>
      </w:r>
    </w:p>
    <w:p>
      <w:r>
        <w:rPr>
          <w:b/>
        </w:rPr>
        <w:t xml:space="preserve">[08:17] </w:t>
      </w:r>
      <w:r>
        <w:t>aur 5 trillion dollar kharch kar dala america ne.</w:t>
      </w:r>
    </w:p>
    <w:p>
      <w:pPr>
        <w:jc w:val="right"/>
      </w:pPr>
      <w:r>
        <w:t>और 5 ट्रिलियन डॉलर खर्च कर डाला अमेरिका ने।</w:t>
      </w:r>
    </w:p>
    <w:p>
      <w:r>
        <w:rPr>
          <w:b/>
        </w:rPr>
        <w:t xml:space="preserve">[08:21] </w:t>
      </w:r>
      <w:r>
        <w:t>lekin kya hai?</w:t>
      </w:r>
    </w:p>
    <w:p>
      <w:pPr>
        <w:jc w:val="right"/>
      </w:pPr>
      <w:r>
        <w:t>लेकिन क्या है?</w:t>
      </w:r>
    </w:p>
    <w:p>
      <w:r>
        <w:rPr>
          <w:b/>
        </w:rPr>
        <w:t xml:space="preserve">[08:23] </w:t>
      </w:r>
      <w:r>
        <w:t>Kuch bhi nahi achieve hua unko. America ko kuch bhi achieve nahi hua Gulf War se. Us waqt jab jang chhedi thi unhone,</w:t>
      </w:r>
    </w:p>
    <w:p>
      <w:pPr>
        <w:jc w:val="right"/>
      </w:pPr>
      <w:r>
        <w:t>कुछ भी नहीं अचीव हुआ उनको। अमेरिका को कुछ भी अचीव नहीं हुआ गल्फ वार से। उस वक्त जबक जंग छेड़ी थी उन्होंने,</w:t>
      </w:r>
    </w:p>
    <w:p>
      <w:r>
        <w:rPr>
          <w:b/>
        </w:rPr>
        <w:t xml:space="preserve">[08:37] </w:t>
      </w:r>
      <w:r>
        <w:t>toh America duniya ki strongest economy samjha jata tha. Aaj woh ek weak economy bana hua hai. Toh kya mila war se?</w:t>
      </w:r>
    </w:p>
    <w:p>
      <w:pPr>
        <w:jc w:val="right"/>
      </w:pPr>
      <w:r>
        <w:t>तो अमेरिका दुनिया की स्ट्रांगेस्ट इकॉनमी समझा जाता था। आज वह एक वीक इकॉनमी बना हुआ है। तो क्या मिला वार से?</w:t>
      </w:r>
    </w:p>
    <w:p>
      <w:r>
        <w:rPr>
          <w:b/>
        </w:rPr>
        <w:t xml:space="preserve">[08:48] </w:t>
      </w:r>
      <w:r>
        <w:t>War se na mila America ko kuch, na mila Russia ko kuch, na mila Hitler ko kuch,</w:t>
      </w:r>
    </w:p>
    <w:p>
      <w:pPr>
        <w:jc w:val="right"/>
      </w:pPr>
      <w:r>
        <w:t>वार से ना मिला अमेरिका को कुछ, ना मिला रूस को कुछ, ना मिला हिटलर को कुछ,</w:t>
      </w:r>
    </w:p>
    <w:p>
      <w:r>
        <w:rPr>
          <w:b/>
        </w:rPr>
        <w:t xml:space="preserve">[08:59] </w:t>
      </w:r>
      <w:r>
        <w:t>na japan ko mila kuch.</w:t>
      </w:r>
    </w:p>
    <w:p>
      <w:pPr>
        <w:jc w:val="right"/>
      </w:pPr>
      <w:r>
        <w:t>ना जापान को मिला कुछ।</w:t>
      </w:r>
    </w:p>
    <w:p>
      <w:r>
        <w:rPr>
          <w:b/>
        </w:rPr>
        <w:t xml:space="preserve">[09:03] </w:t>
      </w:r>
      <w:r>
        <w:t>kisi ko kuch nahi mila.</w:t>
      </w:r>
    </w:p>
    <w:p>
      <w:pPr>
        <w:jc w:val="right"/>
      </w:pPr>
      <w:r>
        <w:t>किसी को कुछ नहीं मिला।</w:t>
      </w:r>
    </w:p>
    <w:p>
      <w:r>
        <w:rPr>
          <w:b/>
        </w:rPr>
        <w:t xml:space="preserve">[09:05] </w:t>
      </w:r>
      <w:r>
        <w:t>jis tarah bal thackeray ne kaha tha ki "i</w:t>
      </w:r>
    </w:p>
    <w:p>
      <w:pPr>
        <w:jc w:val="right"/>
      </w:pPr>
      <w:r>
        <w:t>जिस तरह बाल ठाकरे ने कहा था कि "आई</w:t>
      </w:r>
    </w:p>
    <w:p>
      <w:r>
        <w:rPr>
          <w:b/>
        </w:rPr>
        <w:t xml:space="preserve">[09:09] </w:t>
      </w:r>
      <w:r>
        <w:t>i am a great admirer</w:t>
      </w:r>
    </w:p>
    <w:p>
      <w:pPr>
        <w:jc w:val="right"/>
      </w:pPr>
      <w:r>
        <w:t>आई एम अ ग्रेट एडमायर</w:t>
      </w:r>
    </w:p>
    <w:p>
      <w:r>
        <w:rPr>
          <w:b/>
        </w:rPr>
        <w:t xml:space="preserve">[09:12] </w:t>
      </w:r>
      <w:r>
        <w:t>of hitler". hitler ko glorify kiya bal thackeray ne.</w:t>
      </w:r>
    </w:p>
    <w:p>
      <w:pPr>
        <w:jc w:val="right"/>
      </w:pPr>
      <w:r>
        <w:t>ऑफ हिटलर"। हिटलर को ग्लोरिफाई किया बाल ठाकरे ने।</w:t>
      </w:r>
    </w:p>
    <w:p>
      <w:r>
        <w:rPr>
          <w:b/>
        </w:rPr>
        <w:t xml:space="preserve">[09:20] </w:t>
      </w:r>
      <w:r>
        <w:t>isi tarah arab arab mulkon ka haal tha.</w:t>
      </w:r>
    </w:p>
    <w:p>
      <w:pPr>
        <w:jc w:val="right"/>
      </w:pPr>
      <w:r>
        <w:t>इसी तरह अरब अरब मुल्कों का हाल था।</w:t>
      </w:r>
    </w:p>
    <w:p>
      <w:r>
        <w:rPr>
          <w:b/>
        </w:rPr>
        <w:t xml:space="preserve">[09:22] </w:t>
      </w:r>
      <w:r>
        <w:t>poore arab mulk mein</w:t>
      </w:r>
    </w:p>
    <w:p>
      <w:pPr>
        <w:jc w:val="right"/>
      </w:pPr>
      <w:r>
        <w:t>पूरे अरब मुल्क में</w:t>
      </w:r>
    </w:p>
    <w:p>
      <w:r>
        <w:rPr>
          <w:b/>
        </w:rPr>
        <w:t xml:space="preserve">[09:25] </w:t>
      </w:r>
      <w:r>
        <w:t>yeh sher goonjta tha ek zamane mein</w:t>
      </w:r>
    </w:p>
    <w:p>
      <w:pPr>
        <w:jc w:val="right"/>
      </w:pPr>
      <w:r>
        <w:t>यह शेर गूंजता था एक जमाने में</w:t>
      </w:r>
    </w:p>
    <w:p>
      <w:r>
        <w:rPr>
          <w:b/>
        </w:rPr>
        <w:t xml:space="preserve">[09:28] </w:t>
      </w:r>
      <w:r>
        <w:t>ki "hate saladin sane tan fina jaddi hitan aur shab hitna saladin</w:t>
      </w:r>
    </w:p>
    <w:p>
      <w:pPr>
        <w:jc w:val="right"/>
      </w:pPr>
      <w:r>
        <w:t>कि "हाते सलादिन साने तन फीना जद्दी हितन और शब हितना सलादिन</w:t>
      </w:r>
    </w:p>
    <w:p>
      <w:r>
        <w:rPr>
          <w:b/>
        </w:rPr>
        <w:t xml:space="preserve">[09:37] </w:t>
      </w:r>
      <w:r>
        <w:t>ko dobara wapas lao aur hitan ka marg garam karo".</w:t>
      </w:r>
    </w:p>
    <w:p>
      <w:pPr>
        <w:jc w:val="right"/>
      </w:pPr>
      <w:r>
        <w:t>को दोबारा वापस लाओ और हितन का मार्ग गर्म करो"।</w:t>
      </w:r>
    </w:p>
    <w:p>
      <w:r>
        <w:rPr>
          <w:b/>
        </w:rPr>
        <w:t xml:space="preserve">[09:42] </w:t>
      </w:r>
      <w:r>
        <w:t>yeh sab kiya unhone.</w:t>
      </w:r>
    </w:p>
    <w:p>
      <w:pPr>
        <w:jc w:val="right"/>
      </w:pPr>
      <w:r>
        <w:t>यह सब किया उन्होंने।</w:t>
      </w:r>
    </w:p>
    <w:p>
      <w:r>
        <w:rPr>
          <w:b/>
        </w:rPr>
        <w:t xml:space="preserve">[09:46] </w:t>
      </w:r>
      <w:r>
        <w:t>filisteen</w:t>
      </w:r>
    </w:p>
    <w:p>
      <w:pPr>
        <w:jc w:val="right"/>
      </w:pPr>
      <w:r>
        <w:t>फिलिस्तीन</w:t>
      </w:r>
    </w:p>
    <w:p>
      <w:r>
        <w:rPr>
          <w:b/>
        </w:rPr>
        <w:t xml:space="preserve">[09:46] </w:t>
      </w:r>
      <w:r>
        <w:t>ki jang mein maine internet par nikal kar dekha toh maloom hua ke 12 trillion dollar kharch ho gaye Israel aur Filisteen ki jang mein. Magar kuch bhi nahi mila. Khud Israel ko bhi kya mila?</w:t>
      </w:r>
    </w:p>
    <w:p>
      <w:pPr>
        <w:jc w:val="right"/>
      </w:pPr>
      <w:r>
        <w:t>की जंग में मैंने इंटरनेट पर निकाल कर देखा तो मालूम हुआ कि 12 ट्रिलियन डॉलर खर्च हो गए इजराइल और फिलिस्तीन की जंग में। मगर कुछ भी नहीं मिला। खुद इजराइल को भी क्या मिला?</w:t>
      </w:r>
    </w:p>
    <w:p>
      <w:r>
        <w:rPr>
          <w:b/>
        </w:rPr>
        <w:t xml:space="preserve">[10:02] </w:t>
      </w:r>
      <w:r>
        <w:t>Israel jo hai, apne faujiyon ki hifazat karne mein nakaam hai. Its ek insecure state bana hua hai. Woh yaani jo Filisteen hai, Arabon ki jo Filisteen, woh ek failed state agar hai,</w:t>
      </w:r>
    </w:p>
    <w:p>
      <w:pPr>
        <w:jc w:val="right"/>
      </w:pPr>
      <w:r>
        <w:t>इजराइल जो है, अपने फौजियों की हिफाजत करने में नाकाम है। इट्स एक इनसिक्योर स्टेट बना हुआ है। वो यानी जो फिलिस्तीन है, अरबों की जो फिलिस्तीन, वह एक फेल्ड स्टेट अगर है,</w:t>
      </w:r>
    </w:p>
    <w:p>
      <w:r>
        <w:rPr>
          <w:b/>
        </w:rPr>
        <w:t xml:space="preserve">[10:19] </w:t>
      </w:r>
      <w:r>
        <w:t>toh khud Israel bhi ek insecure state hai, ghair mehfooz riasat hai. Toh na toh Israel ko kuch mila positive sense mein, na Filisteen ko kuch mila.</w:t>
      </w:r>
    </w:p>
    <w:p>
      <w:pPr>
        <w:jc w:val="right"/>
      </w:pPr>
      <w:r>
        <w:t>तो खुद इजराइल भी एक इनसिक्योर स्टेट है, गैर महफूज रासत है। तो ना तो इजराइल को कुछ मिला पॉजिटिव सेंस में, ना फिलिस्तीन को कुछ मिला।</w:t>
      </w:r>
    </w:p>
    <w:p>
      <w:r>
        <w:rPr>
          <w:b/>
        </w:rPr>
        <w:t xml:space="preserve">[10:33] </w:t>
      </w:r>
      <w:r>
        <w:t>Toh yeh poori tareekh jo hai, second world war ke baad ki batati hai ke ab "Age of War is Over". Aap atom bomb bana lijiye, aap weapons of mass destruction bana lijiye, kuch bhi kar lijiye. War ke zariye aap jeetne wale nahi hain.</w:t>
      </w:r>
    </w:p>
    <w:p>
      <w:pPr>
        <w:jc w:val="right"/>
      </w:pPr>
      <w:r>
        <w:t>तो यह पूरी तारीख जो है, सेकंड वर्ल्ड वार के बाद की बताती है कि अब "एज ऑफ वार इज ओवर"। आप एटम बम बना लीजिए, आप वेपंस ऑफ मास डिस्टेंस बना लीजिए, कुछ भी कर लीजिए। वार के जरिए आप जीतने वाले नहीं हैं।</w:t>
      </w:r>
    </w:p>
    <w:p>
      <w:r>
        <w:rPr>
          <w:b/>
        </w:rPr>
        <w:t xml:space="preserve">[11:00] </w:t>
      </w:r>
      <w:r>
        <w:t>Kaisi anokhi tareekh hai yeh.</w:t>
      </w:r>
    </w:p>
    <w:p>
      <w:pPr>
        <w:jc w:val="right"/>
      </w:pPr>
      <w:r>
        <w:t>कैसी अनोखी तारीख है यह।</w:t>
      </w:r>
    </w:p>
    <w:p>
      <w:r>
        <w:rPr>
          <w:b/>
        </w:rPr>
        <w:t xml:space="preserve">[11:08] </w:t>
      </w:r>
      <w:r>
        <w:t>"The Age of War is Over" poora yeh bata raha hai ke jang ka zamana khatm ho gaya.</w:t>
      </w:r>
    </w:p>
    <w:p>
      <w:pPr>
        <w:jc w:val="right"/>
      </w:pPr>
      <w:r>
        <w:t>"द एज ऑफ वार इज ओवर" पूरा यह बता रहा है कि जंग का जमाना खत्म हो गया।</w:t>
      </w:r>
    </w:p>
    <w:p>
      <w:r>
        <w:rPr>
          <w:b/>
        </w:rPr>
        <w:t xml:space="preserve">[11:20] </w:t>
      </w:r>
      <w:r>
        <w:t>Yeh kya cheez hai? Yeh batati hai ke jang ka zamana khatm hua, aman ka zamana aa gaya.</w:t>
      </w:r>
    </w:p>
    <w:p>
      <w:pPr>
        <w:jc w:val="right"/>
      </w:pPr>
      <w:r>
        <w:t>यह क्या चीज है? यह बताती है कि जंग का जमाना खत्म हुआ, अमन का जमाना आ गया।</w:t>
      </w:r>
    </w:p>
    <w:p>
      <w:r>
        <w:rPr>
          <w:b/>
        </w:rPr>
        <w:t xml:space="preserve">[11:32] </w:t>
      </w:r>
      <w:r>
        <w:t>Jang ka zamana khatm hua, aman ka zamana aa gaya.</w:t>
      </w:r>
    </w:p>
    <w:p>
      <w:pPr>
        <w:jc w:val="right"/>
      </w:pPr>
      <w:r>
        <w:t>जंग का जमाना खत्म हुआ, अमन का जमाना आ गया।</w:t>
      </w:r>
    </w:p>
    <w:p>
      <w:r>
        <w:rPr>
          <w:b/>
        </w:rPr>
        <w:t xml:space="preserve">[11:39] </w:t>
      </w:r>
      <w:r>
        <w:t>"In Age of Peace is replaced by Age of War".</w:t>
      </w:r>
    </w:p>
    <w:p>
      <w:pPr>
        <w:jc w:val="right"/>
      </w:pPr>
      <w:r>
        <w:t>"इन एज ऑफ पीस इज रिप्लेस बाय एज ऑफ वार"।</w:t>
      </w:r>
    </w:p>
    <w:p>
      <w:r>
        <w:rPr>
          <w:b/>
        </w:rPr>
        <w:t xml:space="preserve">[11:50] </w:t>
      </w:r>
      <w:r>
        <w:t>Yahan par main aapko yaad dilaoonga ke ab se 1400 saal pehle Quran aur Hadees mein iski peshangoee kar di gayi thi. Kaisi ajeeb baat hai!</w:t>
      </w:r>
    </w:p>
    <w:p>
      <w:pPr>
        <w:jc w:val="right"/>
      </w:pPr>
      <w:r>
        <w:t>यहां पर मैं आपको याद दिलाऊंगा कि अब से 1400 साल पहले कुरान और हदीस में इसकी पेशी निगोई कर दी गई थी। कैसी अजीब बात है!</w:t>
      </w:r>
    </w:p>
    <w:p>
      <w:r>
        <w:rPr>
          <w:b/>
        </w:rPr>
        <w:t xml:space="preserve">[12:04] </w:t>
      </w:r>
      <w:r>
        <w:t>1400 saal pehle Hadees mein dekhiye, Sahih Muslim bahut hi mashhoor kitab hai Hadees ki.</w:t>
      </w:r>
    </w:p>
    <w:p>
      <w:pPr>
        <w:jc w:val="right"/>
      </w:pPr>
      <w:r>
        <w:t>1400 साल पहले हदीस में देखिए, सहीह मुस्लिम बहुत ही मशहूर किताब है हदीस की।</w:t>
      </w:r>
    </w:p>
    <w:p>
      <w:r>
        <w:rPr>
          <w:b/>
        </w:rPr>
        <w:t xml:space="preserve">[12:17] </w:t>
      </w:r>
      <w:r>
        <w:t>Usmein aap Kitabul Fitur mein dekhiye,</w:t>
      </w:r>
    </w:p>
    <w:p>
      <w:pPr>
        <w:jc w:val="right"/>
      </w:pPr>
      <w:r>
        <w:t>उसमें आप किताबुल फितर में देखिए,</w:t>
      </w:r>
    </w:p>
    <w:p>
      <w:r>
        <w:rPr>
          <w:b/>
        </w:rPr>
        <w:t xml:space="preserve">[12:23] </w:t>
      </w:r>
      <w:r>
        <w:t>usmein ek hadees hai Kitabul Fitur mein ke Rasoolullah Sallallahu Alaihi Wasallam ne farmaya, Hazrat Habura kehte hain ke "ek zamana aayega jab tum na hathiyar istemal karoge, na teer chalaoge".</w:t>
      </w:r>
    </w:p>
    <w:p>
      <w:pPr>
        <w:jc w:val="right"/>
      </w:pPr>
      <w:r>
        <w:t>उसमें एक हदीस है किताबुल फितर में कि रसूलल्लाह सल्लल्लाहु अलैहि वसल्लम ने फरमाया, हजरत हबूरा कहते हैं कि "एक जमाना आएगा जबक तुम ना हथियार इस्तेमाल करोगे, ना तीर चलाओगे"।</w:t>
      </w:r>
    </w:p>
    <w:p>
      <w:r>
        <w:rPr>
          <w:b/>
        </w:rPr>
        <w:t xml:space="preserve">[12:47] </w:t>
      </w:r>
      <w:r>
        <w:t>yeh hadith maujood yahi wo kitab yahan yahan bhi maujood hai, mere office mein maujood hai.</w:t>
      </w:r>
    </w:p>
    <w:p>
      <w:pPr>
        <w:jc w:val="right"/>
      </w:pPr>
      <w:r>
        <w:t>यह हदीस मौजूद यही वो किताब यहां यहां भी मौजूद है, मेरे ऑफिस में मौजूद है।</w:t>
      </w:r>
    </w:p>
    <w:p>
      <w:r>
        <w:rPr>
          <w:b/>
        </w:rPr>
        <w:t xml:space="preserve">[12:52] </w:t>
      </w:r>
      <w:r>
        <w:t>aap dekh sakte hain,</w:t>
      </w:r>
    </w:p>
    <w:p>
      <w:pPr>
        <w:jc w:val="right"/>
      </w:pPr>
      <w:r>
        <w:t>आप देख सकते हैं,</w:t>
      </w:r>
    </w:p>
    <w:p>
      <w:r>
        <w:rPr>
          <w:b/>
        </w:rPr>
        <w:t xml:space="preserve">[12:54] </w:t>
      </w:r>
      <w:r>
        <w:t>1400 saal pehle aapne farmaya tha</w:t>
      </w:r>
    </w:p>
    <w:p>
      <w:pPr>
        <w:jc w:val="right"/>
      </w:pPr>
      <w:r>
        <w:t>1400 साल पहले आपने फरमाया था</w:t>
      </w:r>
    </w:p>
    <w:p>
      <w:r>
        <w:rPr>
          <w:b/>
        </w:rPr>
        <w:t xml:space="preserve">[12:59] </w:t>
      </w:r>
      <w:r>
        <w:t>ke "ek zamana aayega</w:t>
      </w:r>
    </w:p>
    <w:p>
      <w:pPr>
        <w:jc w:val="right"/>
      </w:pPr>
      <w:r>
        <w:t>कि "एक जमाना आएगा</w:t>
      </w:r>
    </w:p>
    <w:p>
      <w:r>
        <w:rPr>
          <w:b/>
        </w:rPr>
        <w:t xml:space="preserve">[13:01] </w:t>
      </w:r>
      <w:r>
        <w:t>jab tum na hathiyar istemal karoge aur na teer chalaoge".</w:t>
      </w:r>
    </w:p>
    <w:p>
      <w:pPr>
        <w:jc w:val="right"/>
      </w:pPr>
      <w:r>
        <w:t>जबक तुम ना हथियार इस्तेमाल करोगे और ना तीर चलाओगे"।</w:t>
      </w:r>
    </w:p>
    <w:p>
      <w:r>
        <w:rPr>
          <w:b/>
        </w:rPr>
        <w:t xml:space="preserve">[13:10] </w:t>
      </w:r>
      <w:r>
        <w:t>sirf yeh hoga ke tum kahoge "la ilaha illallah, allah o akbar"</w:t>
      </w:r>
    </w:p>
    <w:p>
      <w:pPr>
        <w:jc w:val="right"/>
      </w:pPr>
      <w:r>
        <w:t>सिर्फ यह होगा कि तुम कहोगे "ला इलाहा इल्लल्लाह, अल्लाह अकबर"</w:t>
      </w:r>
    </w:p>
    <w:p>
      <w:r>
        <w:rPr>
          <w:b/>
        </w:rPr>
        <w:t xml:space="preserve">[13:16] </w:t>
      </w:r>
      <w:r>
        <w:t>aur qile ki deewar gir jayegi.</w:t>
      </w:r>
    </w:p>
    <w:p>
      <w:pPr>
        <w:jc w:val="right"/>
      </w:pPr>
      <w:r>
        <w:t>और कले की दीवार गिर जाएगी।</w:t>
      </w:r>
    </w:p>
    <w:p>
      <w:r>
        <w:rPr>
          <w:b/>
        </w:rPr>
        <w:t xml:space="preserve">[13:21] </w:t>
      </w:r>
      <w:r>
        <w:t>"La ilaha illallah, Allahu Akbar" kahoge aur qale ki deewar gir jayegi. Uska gate khul jayega aur tum uske andar dakhil ho jaoge. Is hadees ko abhi tak hamare muhaddiseen samjhe nahi. Woh lafzon mein bat ke hue, samajhte sachmuch koi qila hoga, sachmuch koi deewar hogi, sachmuch koi gir padegi.</w:t>
      </w:r>
    </w:p>
    <w:p>
      <w:pPr>
        <w:jc w:val="right"/>
      </w:pPr>
      <w:r>
        <w:t>"ला इलाहा इल्लल्लाह, अल्लाह अकबर" कहोगे और कले की दीवार गिर जाएगी। उसका गेट खुल जाएगा और तुम उसके अंदर दाखिल हो जाओगे। इस हदीस को अभी तक हमारे मुहद्दसीन समझे नहीं। वो लफ्जों में बट के हुए, समझते सचमुच कोई कला होगा, सचमुच कोई दी दीवार होगी, सचमुच कोईढव पड़ेगी।</w:t>
      </w:r>
    </w:p>
    <w:p>
      <w:r>
        <w:rPr>
          <w:b/>
        </w:rPr>
        <w:t xml:space="preserve">[13:45] </w:t>
      </w:r>
      <w:r>
        <w:t>is liye yeh hadees aaj tak sarho ke mutabiq mama bani hui hai. yeh baat nahi hai. dekhiye, yahan par</w:t>
      </w:r>
    </w:p>
    <w:p>
      <w:pPr>
        <w:jc w:val="right"/>
      </w:pPr>
      <w:r>
        <w:t>इसलिए यह हदीस आज तक सरहो के मुताबिक मामा बनी हुई है। यह बात नहीं है। देखिए, यहां पर</w:t>
      </w:r>
    </w:p>
    <w:p>
      <w:r>
        <w:rPr>
          <w:b/>
        </w:rPr>
        <w:t xml:space="preserve">[13:58] </w:t>
      </w:r>
      <w:r>
        <w:t>kya kaha gaya hai?</w:t>
      </w:r>
    </w:p>
    <w:p>
      <w:pPr>
        <w:jc w:val="right"/>
      </w:pPr>
      <w:r>
        <w:t>क्या कहा गया है?</w:t>
      </w:r>
    </w:p>
    <w:p>
      <w:r>
        <w:rPr>
          <w:b/>
        </w:rPr>
        <w:t xml:space="preserve">[13:59] </w:t>
      </w:r>
      <w:r>
        <w:t>"la ilaha illallah, allah o akbar" ka matlab kya hai?</w:t>
      </w:r>
    </w:p>
    <w:p>
      <w:pPr>
        <w:jc w:val="right"/>
      </w:pPr>
      <w:r>
        <w:t>"ला इलाहा इल्लल्लाह, अल्लाह अकबर" का मतलब क्या है?</w:t>
      </w:r>
    </w:p>
    <w:p>
      <w:r>
        <w:rPr>
          <w:b/>
        </w:rPr>
        <w:t xml:space="preserve">[14:04] </w:t>
      </w:r>
      <w:r>
        <w:t>ideology. Is mein power of ideology ke bataya gaya hai</w:t>
      </w:r>
    </w:p>
    <w:p>
      <w:pPr>
        <w:jc w:val="right"/>
      </w:pPr>
      <w:r>
        <w:t>आइडियोलॉजी। इसमें पावर ऑफ आइडियोलॉजी के बताया गया है</w:t>
      </w:r>
    </w:p>
    <w:p>
      <w:r>
        <w:rPr>
          <w:b/>
        </w:rPr>
        <w:t xml:space="preserve">[14:09] </w:t>
      </w:r>
      <w:r>
        <w:t>और हथियार इस्तेमाल के किए बगैर कामयाबी पाने के हथियार यहां नुमाइंदगी कर रहे हैं war की।</w:t>
      </w:r>
    </w:p>
    <w:p>
      <w:pPr>
        <w:jc w:val="right"/>
      </w:pPr>
      <w:r>
        <w:t>और हथियार इस्तेमाल के किए बगैर कामयाबी पाने के हथियार यहां नुमाइंदगी कर रहे हैं वार की।</w:t>
      </w:r>
    </w:p>
    <w:p>
      <w:r>
        <w:rPr>
          <w:b/>
        </w:rPr>
        <w:t xml:space="preserve">[14:21] </w:t>
      </w:r>
      <w:r>
        <w:t>यानी war और violence के बगैर सिर्फ आइडियोलॉजी की ताकत से फतह करना मुमकिन हो जाएगा।</w:t>
      </w:r>
    </w:p>
    <w:p>
      <w:pPr>
        <w:jc w:val="right"/>
      </w:pPr>
      <w:r>
        <w:t>यानी वार और वायलेंस के बगैर सिर्फ आइडियोलॉजी की ताकत से फतह करना मुमकिन हो जाएगा।</w:t>
      </w:r>
    </w:p>
    <w:p>
      <w:r>
        <w:rPr>
          <w:b/>
        </w:rPr>
        <w:t xml:space="preserve">[14:32] </w:t>
      </w:r>
      <w:r>
        <w:t>kaisi ajeeb baat hai yeh!</w:t>
      </w:r>
    </w:p>
    <w:p>
      <w:pPr>
        <w:jc w:val="right"/>
      </w:pPr>
      <w:r>
        <w:t>कैसी अजीब बात है यह!</w:t>
      </w:r>
    </w:p>
    <w:p>
      <w:r>
        <w:rPr>
          <w:b/>
        </w:rPr>
        <w:t xml:space="preserve">[14:38] </w:t>
      </w:r>
      <w:r>
        <w:t>to log lafzon mein bat ke yahi se samajhte rahe is baat ko</w:t>
      </w:r>
    </w:p>
    <w:p>
      <w:pPr>
        <w:jc w:val="right"/>
      </w:pPr>
      <w:r>
        <w:t>तो लोग लफ्जों में बट के यही से समझते रहे इस बात को</w:t>
      </w:r>
    </w:p>
    <w:p>
      <w:r>
        <w:rPr>
          <w:b/>
        </w:rPr>
        <w:t xml:space="preserve">[14:44] </w:t>
      </w:r>
      <w:r>
        <w:t>ke tashaddud ki taqat khatm ho jayegi, aman ki taqat sabse badi taqat ban jayegi. yeh matlab hai iska.</w:t>
      </w:r>
    </w:p>
    <w:p>
      <w:pPr>
        <w:jc w:val="right"/>
      </w:pPr>
      <w:r>
        <w:t>कि तशद्दुद की ताकत खत्म हो जाएगी, अमन की ताकत सबसे बड़ी ताकत बन जाएगी। यह मतलब है इसका।</w:t>
      </w:r>
    </w:p>
    <w:p>
      <w:r>
        <w:rPr>
          <w:b/>
        </w:rPr>
        <w:t xml:space="preserve">[14:55] </w:t>
      </w:r>
      <w:r>
        <w:t>achha, iske asar khud quran mein maujood hain.</w:t>
      </w:r>
    </w:p>
    <w:p>
      <w:pPr>
        <w:jc w:val="right"/>
      </w:pPr>
      <w:r>
        <w:t>अच्छा, इसके असर खुद कुरान में मौजूद है।</w:t>
      </w:r>
    </w:p>
    <w:p>
      <w:r>
        <w:rPr>
          <w:b/>
        </w:rPr>
        <w:t xml:space="preserve">[14:58] </w:t>
      </w:r>
      <w:r>
        <w:t>iske asar jo hain, khud quran mein maujood hain.</w:t>
      </w:r>
    </w:p>
    <w:p>
      <w:pPr>
        <w:jc w:val="right"/>
      </w:pPr>
      <w:r>
        <w:t>इसके असर जो है, खुद कुरान में मौजूद है।</w:t>
      </w:r>
    </w:p>
    <w:p>
      <w:r>
        <w:rPr>
          <w:b/>
        </w:rPr>
        <w:t xml:space="preserve">[15:02] </w:t>
      </w:r>
      <w:r>
        <w:t>quran mein ek ayat hai</w:t>
      </w:r>
    </w:p>
    <w:p>
      <w:pPr>
        <w:jc w:val="right"/>
      </w:pPr>
      <w:r>
        <w:t>कुरान में एक आयत है</w:t>
      </w:r>
    </w:p>
    <w:p>
      <w:r>
        <w:rPr>
          <w:b/>
        </w:rPr>
        <w:t xml:space="preserve">[15:05] </w:t>
      </w:r>
      <w:r>
        <w:t>ke "qatiluhum hatta la takuna fitnah</w:t>
      </w:r>
    </w:p>
    <w:p>
      <w:pPr>
        <w:jc w:val="right"/>
      </w:pPr>
      <w:r>
        <w:t>कि "قاتلهم حتی لا تکون فتنہ</w:t>
      </w:r>
    </w:p>
    <w:p>
      <w:r>
        <w:rPr>
          <w:b/>
        </w:rPr>
        <w:t xml:space="preserve">[15:10] </w:t>
      </w:r>
      <w:r>
        <w:t>wa yakuna ad-deenu kulluhu lillah".</w:t>
      </w:r>
    </w:p>
    <w:p>
      <w:pPr>
        <w:jc w:val="right"/>
      </w:pPr>
      <w:r>
        <w:t>ویکون الدین کله للہ"।</w:t>
      </w:r>
    </w:p>
    <w:p>
      <w:r>
        <w:rPr>
          <w:b/>
        </w:rPr>
        <w:t xml:space="preserve">[15:15] </w:t>
      </w:r>
      <w:r>
        <w:t>iska translation yeh hai ke</w:t>
      </w:r>
    </w:p>
    <w:p>
      <w:pPr>
        <w:jc w:val="right"/>
      </w:pPr>
      <w:r>
        <w:t>इसका ट्रांसलेशन यह है कि</w:t>
      </w:r>
    </w:p>
    <w:p>
      <w:r>
        <w:rPr>
          <w:b/>
        </w:rPr>
        <w:t xml:space="preserve">[15:20] </w:t>
      </w:r>
      <w:r>
        <w:t>"lado yahan tak ke fitna baqi na rahe aur deen sabka sab ka sab allah ke liye ho</w:t>
      </w:r>
    </w:p>
    <w:p>
      <w:pPr>
        <w:jc w:val="right"/>
      </w:pPr>
      <w:r>
        <w:t>"लड़ो यहां तक कि फितन बाकी ना रहे और दीन सबका सब का सब अल्लाह के लिए हो</w:t>
      </w:r>
    </w:p>
    <w:p>
      <w:r>
        <w:rPr>
          <w:b/>
        </w:rPr>
        <w:t xml:space="preserve">[15:27] </w:t>
      </w:r>
      <w:r>
        <w:t>jaye" . is ayat ko bhi log samajh nahin paaye</w:t>
      </w:r>
    </w:p>
    <w:p>
      <w:pPr>
        <w:jc w:val="right"/>
      </w:pPr>
      <w:r>
        <w:t>जाए"। इस आयत को भी लोग समझ नहीं पाए</w:t>
      </w:r>
    </w:p>
    <w:p>
      <w:r>
        <w:rPr>
          <w:b/>
        </w:rPr>
        <w:t xml:space="preserve">[15:33] </w:t>
      </w:r>
      <w:r>
        <w:t>kyunki</w:t>
      </w:r>
    </w:p>
    <w:p>
      <w:pPr>
        <w:jc w:val="right"/>
      </w:pPr>
      <w:r>
        <w:t>क्योंकि</w:t>
      </w:r>
    </w:p>
    <w:p>
      <w:r>
        <w:rPr>
          <w:b/>
        </w:rPr>
        <w:t xml:space="preserve">[15:38] </w:t>
      </w:r>
      <w:r>
        <w:t>fitna khatm ho aur deen allah ke liye ho jaye, isko jode hue hain political power se.</w:t>
      </w:r>
    </w:p>
    <w:p>
      <w:pPr>
        <w:jc w:val="right"/>
      </w:pPr>
      <w:r>
        <w:t>फितन खत्म हो और दीन अल्लाह के लिए हो जाए, इसको जोड़े हुए हैं पॉलिटिकल पावर से।</w:t>
      </w:r>
    </w:p>
    <w:p>
      <w:r>
        <w:rPr>
          <w:b/>
        </w:rPr>
        <w:t xml:space="preserve">[15:44] </w:t>
      </w:r>
      <w:r>
        <w:t>isliye samajh mein nahin aati unki koi baat</w:t>
      </w:r>
    </w:p>
    <w:p>
      <w:pPr>
        <w:jc w:val="right"/>
      </w:pPr>
      <w:r>
        <w:t>इसलिए समझ में नहीं आती उनकी कोई बात</w:t>
      </w:r>
    </w:p>
    <w:p>
      <w:r>
        <w:rPr>
          <w:b/>
        </w:rPr>
        <w:t xml:space="preserve">[15:47] </w:t>
      </w:r>
      <w:r>
        <w:t>ke jab tak political power musalmanon ke hath bana ho, tab tak samajhte hain ke yeh waqea wajood</w:t>
      </w:r>
    </w:p>
    <w:p>
      <w:pPr>
        <w:jc w:val="right"/>
      </w:pPr>
      <w:r>
        <w:t>कि जब तक पॉलिटिकल पावर मुसलमानों का हाथ बना हो, तब तक समझते हैं कि यह वाकया وجود</w:t>
      </w:r>
    </w:p>
    <w:p>
      <w:r>
        <w:rPr>
          <w:b/>
        </w:rPr>
        <w:t xml:space="preserve">[15:54] </w:t>
      </w:r>
      <w:r>
        <w:t>mein nahin aaya.</w:t>
      </w:r>
    </w:p>
    <w:p>
      <w:pPr>
        <w:jc w:val="right"/>
      </w:pPr>
      <w:r>
        <w:t>में नहीं आया।</w:t>
      </w:r>
    </w:p>
    <w:p>
      <w:r>
        <w:rPr>
          <w:b/>
        </w:rPr>
        <w:t xml:space="preserve">[15:57] </w:t>
      </w:r>
      <w:r>
        <w:t>yahan par political power ki baat hai hi nahin.</w:t>
      </w:r>
    </w:p>
    <w:p>
      <w:pPr>
        <w:jc w:val="right"/>
      </w:pPr>
      <w:r>
        <w:t>यहां पर पॉलिटिकल पावर की बात है ही नहीं।</w:t>
      </w:r>
    </w:p>
    <w:p>
      <w:r>
        <w:rPr>
          <w:b/>
        </w:rPr>
        <w:t xml:space="preserve">[15:59] </w:t>
      </w:r>
      <w:r>
        <w:t>sire se yahan par dekhiye, deen jo hai, woh</w:t>
      </w:r>
    </w:p>
    <w:p>
      <w:pPr>
        <w:jc w:val="right"/>
      </w:pPr>
      <w:r>
        <w:t>सिरे से यहां पर देखिए, दीन जो है, वह</w:t>
      </w:r>
    </w:p>
    <w:p>
      <w:r>
        <w:rPr>
          <w:b/>
        </w:rPr>
        <w:t xml:space="preserve">[16:06] </w:t>
      </w:r>
      <w:r>
        <w:t>alamat hai ideology ki.</w:t>
      </w:r>
    </w:p>
    <w:p>
      <w:pPr>
        <w:jc w:val="right"/>
      </w:pPr>
      <w:r>
        <w:t>अलामत है आइडियोलॉजी की।</w:t>
      </w:r>
    </w:p>
    <w:p>
      <w:r>
        <w:rPr>
          <w:b/>
        </w:rPr>
        <w:t xml:space="preserve">[16:11] </w:t>
      </w:r>
      <w:r>
        <w:t>to jis zamane mein rasoolullah sallallahu alaihi wasallam tashreef laye, 1400 saal pehle, us zamane mein kya tha?</w:t>
      </w:r>
    </w:p>
    <w:p>
      <w:pPr>
        <w:jc w:val="right"/>
      </w:pPr>
      <w:r>
        <w:t>तो जिस जमाने में रसूलल्लाह सल्लल्लाहु अलैहि वसल्लम तशरीफ लाए, 1400 साल पहले, उस जमाने में क्या था?</w:t>
      </w:r>
    </w:p>
    <w:p>
      <w:r>
        <w:rPr>
          <w:b/>
        </w:rPr>
        <w:t xml:space="preserve">[16:21] </w:t>
      </w:r>
      <w:r>
        <w:t>talwar ki taqat hi sabse badi taqat samjhati thi. woh tribal age tha. bas talwar, talwar, talwar. farsi shayar ne kaha tha ke "har ke shamshir zard sikka bana mashkhanan". matlab jo talwar chalata hai,</w:t>
      </w:r>
    </w:p>
    <w:p>
      <w:pPr>
        <w:jc w:val="right"/>
      </w:pPr>
      <w:r>
        <w:t>तलवार की ताकत ही सबसे बड़ी ताकत समझाती थी। वो ट्राइबल एज था। बस तलवार, तलवार, तलवार। फारसी शायर ने कहा था कि "हर के शमशीर जरद सिक्का बना मशखानन"। मतलब जो तलवार चलाता है,</w:t>
      </w:r>
    </w:p>
    <w:p>
      <w:r>
        <w:rPr>
          <w:b/>
        </w:rPr>
        <w:t xml:space="preserve">[16:40] </w:t>
      </w:r>
      <w:r>
        <w:t>taqat usi ke paas rehti hai. yeh daur tha. is ayat ka matlab yeh hai ke is daur ko khatm karo.</w:t>
      </w:r>
    </w:p>
    <w:p>
      <w:pPr>
        <w:jc w:val="right"/>
      </w:pPr>
      <w:r>
        <w:t>ताकत उसी के पास रहती है। यह दौर था। इस आयत का मतलब यह है कि इस दौर को खत्म करो।</w:t>
      </w:r>
    </w:p>
    <w:p>
      <w:r>
        <w:rPr>
          <w:b/>
        </w:rPr>
        <w:t xml:space="preserve">[16:49] </w:t>
      </w:r>
      <w:r>
        <w:t>yeh jang karke jang ke daur ko khatm karo. iska matlab yeh tha</w:t>
      </w:r>
    </w:p>
    <w:p>
      <w:pPr>
        <w:jc w:val="right"/>
      </w:pPr>
      <w:r>
        <w:t>य जंग करके जंग के दौर को खत्म करो। इसका मतलब यह था</w:t>
      </w:r>
    </w:p>
    <w:p>
      <w:r>
        <w:rPr>
          <w:b/>
        </w:rPr>
        <w:t xml:space="preserve">[16:56] </w:t>
      </w:r>
      <w:r>
        <w:t>jang karke jang ke daur ko khatm karna,</w:t>
      </w:r>
    </w:p>
    <w:p>
      <w:pPr>
        <w:jc w:val="right"/>
      </w:pPr>
      <w:r>
        <w:t>जंग करके जंग के दौर को खत्म करना,</w:t>
      </w:r>
    </w:p>
    <w:p>
      <w:r>
        <w:rPr>
          <w:b/>
        </w:rPr>
        <w:t xml:space="preserve">[17:00] </w:t>
      </w:r>
      <w:r>
        <w:t>yahan tak ke aman ka daur aa jaye.</w:t>
      </w:r>
    </w:p>
    <w:p>
      <w:pPr>
        <w:jc w:val="right"/>
      </w:pPr>
      <w:r>
        <w:t>यहां तक कि अमन का दौर आ जाए।</w:t>
      </w:r>
    </w:p>
    <w:p>
      <w:r>
        <w:rPr>
          <w:b/>
        </w:rPr>
        <w:t xml:space="preserve">[17:02] </w:t>
      </w:r>
      <w:r>
        <w:t>aur aur ideology hi kafi ho kamyabi ke liye.</w:t>
      </w:r>
    </w:p>
    <w:p>
      <w:pPr>
        <w:jc w:val="right"/>
      </w:pPr>
      <w:r>
        <w:t>और और आइडियोलॉजी ही काफी हो कामयाबी के लिए।</w:t>
      </w:r>
    </w:p>
    <w:p>
      <w:r>
        <w:rPr>
          <w:b/>
        </w:rPr>
        <w:t xml:space="preserve">[17:09] </w:t>
      </w:r>
      <w:r>
        <w:t>yeh matlab tha.</w:t>
      </w:r>
    </w:p>
    <w:p>
      <w:pPr>
        <w:jc w:val="right"/>
      </w:pPr>
      <w:r>
        <w:t>यह मतलब था।</w:t>
      </w:r>
    </w:p>
    <w:p>
      <w:r>
        <w:rPr>
          <w:b/>
        </w:rPr>
        <w:t xml:space="preserve">[17:12] </w:t>
      </w:r>
      <w:r>
        <w:t>saara masla yeh hai ke is mein jode hue hain log political power ko.</w:t>
      </w:r>
    </w:p>
    <w:p>
      <w:pPr>
        <w:jc w:val="right"/>
      </w:pPr>
      <w:r>
        <w:t>सारा मसला यह है कि इसमें जोड़े हुए हैं लोग पॉलिटिकल पावर को।</w:t>
      </w:r>
    </w:p>
    <w:p>
      <w:r>
        <w:rPr>
          <w:b/>
        </w:rPr>
        <w:t xml:space="preserve">[17:15] </w:t>
      </w:r>
      <w:r>
        <w:t>is liye unki samajh mein aata hai kya matlab is hadith, is ayat ka.</w:t>
      </w:r>
    </w:p>
    <w:p>
      <w:pPr>
        <w:jc w:val="right"/>
      </w:pPr>
      <w:r>
        <w:t>इसलिए उनकी समझ में आता है क्या मतलब इस हदीस, इस आयत का।</w:t>
      </w:r>
    </w:p>
    <w:p>
      <w:r>
        <w:rPr>
          <w:b/>
        </w:rPr>
        <w:t xml:space="preserve">[17:20] </w:t>
      </w:r>
      <w:r>
        <w:t>na hadith samajhte hain, na ayat ko samajhte hain.</w:t>
      </w:r>
    </w:p>
    <w:p>
      <w:pPr>
        <w:jc w:val="right"/>
      </w:pPr>
      <w:r>
        <w:t>ना हदीस समझते हैं, ना आयत को समझते हैं।</w:t>
      </w:r>
    </w:p>
    <w:p>
      <w:r>
        <w:rPr>
          <w:b/>
        </w:rPr>
        <w:t xml:space="preserve">[17:23] </w:t>
      </w:r>
      <w:r>
        <w:t>political power is nothing.</w:t>
      </w:r>
    </w:p>
    <w:p>
      <w:pPr>
        <w:jc w:val="right"/>
      </w:pPr>
      <w:r>
        <w:t>पॉलिटिकल पावर इज नथिंग।</w:t>
      </w:r>
    </w:p>
    <w:p>
      <w:r>
        <w:rPr>
          <w:b/>
        </w:rPr>
        <w:t xml:space="preserve">[17:25] </w:t>
      </w:r>
      <w:r>
        <w:t>uski koi haqeeqat nahi hai.</w:t>
      </w:r>
    </w:p>
    <w:p>
      <w:pPr>
        <w:jc w:val="right"/>
      </w:pPr>
      <w:r>
        <w:t>उसकी कोई हकीकत नहीं है।</w:t>
      </w:r>
    </w:p>
    <w:p>
      <w:r>
        <w:rPr>
          <w:b/>
        </w:rPr>
        <w:t xml:space="preserve">[17:27] </w:t>
      </w:r>
      <w:r>
        <w:t>political power to ek headache hai.</w:t>
      </w:r>
    </w:p>
    <w:p>
      <w:pPr>
        <w:jc w:val="right"/>
      </w:pPr>
      <w:r>
        <w:t>पॉलिटिकल पावर तो एक हेडेक है।</w:t>
      </w:r>
    </w:p>
    <w:p>
      <w:r>
        <w:rPr>
          <w:b/>
        </w:rPr>
        <w:t xml:space="preserve">[17:28] </w:t>
      </w:r>
      <w:r>
        <w:t>headache!</w:t>
      </w:r>
    </w:p>
    <w:p>
      <w:pPr>
        <w:jc w:val="right"/>
      </w:pPr>
      <w:r>
        <w:t>हेडेक!</w:t>
      </w:r>
    </w:p>
    <w:p>
      <w:r>
        <w:rPr>
          <w:b/>
        </w:rPr>
        <w:t xml:space="preserve">[17:31] </w:t>
      </w:r>
      <w:r>
        <w:t>political power ek headache hai. aaj cheez ahamiyat jis cheez ki hai, woh hai opportunity ki, mawaqe ki, kaam ke mawaqe. agar aapke kaam ke mawaqe khule hue ho education ki field mein, da'wah ki field mein,</w:t>
      </w:r>
    </w:p>
    <w:p>
      <w:pPr>
        <w:jc w:val="right"/>
      </w:pPr>
      <w:r>
        <w:t>पॉलिटिकल पावर एक हेडेक है। आज चीज अहमियत जिस चीज की है, वो है अपॉर्चुनिटी की, मवाके की, काम के मवाके। अगर आपके काम के मवाके खुले हुए हो एजुकेशन की फील्ड में, दावा की फील्ड में,</w:t>
      </w:r>
    </w:p>
    <w:p>
      <w:r>
        <w:rPr>
          <w:b/>
        </w:rPr>
        <w:t xml:space="preserve">[17:48] </w:t>
      </w:r>
      <w:r>
        <w:t>business ki field mein, industry ki field mein, to bas aap sab kuch aapko mila hua hai. phir political power ki zaroorat hi nahi hai. to is ayat ka, is hadees ka matlab yeh hai ke ek zamana ayega,</w:t>
      </w:r>
    </w:p>
    <w:p>
      <w:pPr>
        <w:jc w:val="right"/>
      </w:pPr>
      <w:r>
        <w:t>बिजनेस की फील्ड में, इंडस्ट्री की फील्ड में, तो बस आप सब कुछ आपको मिला हुआ है। फिर पॉलिटिकल पावर की जरूरत ही नहीं है। तो इस आयत का, इस हदीस का मतलब यह है कि एक जमाना आएगा,</w:t>
      </w:r>
    </w:p>
    <w:p>
      <w:r>
        <w:rPr>
          <w:b/>
        </w:rPr>
        <w:t xml:space="preserve">[18:05] </w:t>
      </w:r>
      <w:r>
        <w:t>yaani allah taala aise tadbeer farmaenge halaat mein ke woh z, woh daur hi khatm ho jayega. jis daur mein log samajhte the ke baghair lade kuch nahi milega,</w:t>
      </w:r>
    </w:p>
    <w:p>
      <w:pPr>
        <w:jc w:val="right"/>
      </w:pPr>
      <w:r>
        <w:t>यानी अल्लाह ताला ऐसे तदबीर फरमाएंगे हालात में कि वह ज, वह दौर ही खत्म हो जाएगा। जिस दौर में लोग समझते थे कि बगैर लड़े कुछ नहीं मिलेगा,</w:t>
      </w:r>
    </w:p>
    <w:p>
      <w:r>
        <w:rPr>
          <w:b/>
        </w:rPr>
        <w:t xml:space="preserve">[18:19] </w:t>
      </w:r>
      <w:r>
        <w:t>baghair talwar ke kuch nahi mil sakta, woh daur khatm ho jayega.</w:t>
      </w:r>
    </w:p>
    <w:p>
      <w:pPr>
        <w:jc w:val="right"/>
      </w:pPr>
      <w:r>
        <w:t>बगैर तलवार के कुछ नहीं मिल सकता, वह दौर खत्म हो जाएगा।</w:t>
      </w:r>
    </w:p>
    <w:p>
      <w:r>
        <w:rPr>
          <w:b/>
        </w:rPr>
        <w:t xml:space="preserve">[18:26] </w:t>
      </w:r>
      <w:r>
        <w:t>woh daur ab aa chuka hai. woh daur kaise aaya hai? is zamane mein dekhiye, second world war ke baad bahut sari tabdiliyan hui. bahut zyada. maslan, dekhiye, religious freedom aayi duniya mein, jo ke pehle nahi thi.</w:t>
      </w:r>
    </w:p>
    <w:p>
      <w:pPr>
        <w:jc w:val="right"/>
      </w:pPr>
      <w:r>
        <w:t>वह दौर अब आ चुका है। वह दौर कैसे आया है? इस जमाने में देखिए, सेकंड वर्ल्ड वार के बाद बहुत सारी तब्दीलियां हुई। बहुत ज्यादा। मसलन, देखिए, रिलीजस फ्रीडम आई दुनिया में, जो कि पहले नहीं थी।</w:t>
      </w:r>
    </w:p>
    <w:p>
      <w:r>
        <w:rPr>
          <w:b/>
        </w:rPr>
        <w:t xml:space="preserve">[18:45] </w:t>
      </w:r>
      <w:r>
        <w:t>azaadi aai duniya mein, jo pehle nahi thi.</w:t>
      </w:r>
    </w:p>
    <w:p>
      <w:pPr>
        <w:jc w:val="right"/>
      </w:pPr>
      <w:r>
        <w:t>आजादी आई दुनिया में, जो पहले नहीं थी।</w:t>
      </w:r>
    </w:p>
    <w:p>
      <w:r>
        <w:rPr>
          <w:b/>
        </w:rPr>
        <w:t xml:space="preserve">[18:49] </w:t>
      </w:r>
      <w:r>
        <w:t>economy ke darwaze khul gaye.</w:t>
      </w:r>
    </w:p>
    <w:p>
      <w:pPr>
        <w:jc w:val="right"/>
      </w:pPr>
      <w:r>
        <w:t>इकॉनमी के दरवाजे खुल गए।</w:t>
      </w:r>
    </w:p>
    <w:p>
      <w:r>
        <w:rPr>
          <w:b/>
        </w:rPr>
        <w:t xml:space="preserve">[18:52] </w:t>
      </w:r>
      <w:r>
        <w:t>pehley sirf agriculture, yaani zara thi source tha iqtisad ka, economy ka.</w:t>
      </w:r>
    </w:p>
    <w:p>
      <w:pPr>
        <w:jc w:val="right"/>
      </w:pPr>
      <w:r>
        <w:t>पहले सिर्फ एग्रीकल्चर, यानी जरा थी सोर्स था اقتसाद का, इकॉनमी का।</w:t>
      </w:r>
    </w:p>
    <w:p>
      <w:r>
        <w:rPr>
          <w:b/>
        </w:rPr>
        <w:t xml:space="preserve">[18:59] </w:t>
      </w:r>
      <w:r>
        <w:t>ab to secondary cheez ban gaye wo.</w:t>
      </w:r>
    </w:p>
    <w:p>
      <w:pPr>
        <w:jc w:val="right"/>
      </w:pPr>
      <w:r>
        <w:t>अब तो सेकेंडरी चीज बन गए वो।</w:t>
      </w:r>
    </w:p>
    <w:p>
      <w:r>
        <w:rPr>
          <w:b/>
        </w:rPr>
        <w:t xml:space="preserve">[19:02] </w:t>
      </w:r>
      <w:r>
        <w:t>ab hazaron hazar naye tareeqe hain, jis se aadmi paisa kamata hai.</w:t>
      </w:r>
    </w:p>
    <w:p>
      <w:pPr>
        <w:jc w:val="right"/>
      </w:pPr>
      <w:r>
        <w:t>अब हजारों हजार नए तरीके हैं, जिससे आदमी पैसा कमाता है।</w:t>
      </w:r>
    </w:p>
    <w:p>
      <w:r>
        <w:rPr>
          <w:b/>
        </w:rPr>
        <w:t xml:space="preserve">[19:07] </w:t>
      </w:r>
      <w:r>
        <w:t>modern industrial age mein</w:t>
      </w:r>
    </w:p>
    <w:p>
      <w:pPr>
        <w:jc w:val="right"/>
      </w:pPr>
      <w:r>
        <w:t>मॉडर्न इंडस्ट्रियल एज में</w:t>
      </w:r>
    </w:p>
    <w:p>
      <w:r>
        <w:rPr>
          <w:b/>
        </w:rPr>
        <w:t xml:space="preserve">[19:12] </w:t>
      </w:r>
      <w:r>
        <w:t>to yeh hai decentralization.</w:t>
      </w:r>
    </w:p>
    <w:p>
      <w:pPr>
        <w:jc w:val="right"/>
      </w:pPr>
      <w:r>
        <w:t>तो यह है डिसेंट्रलाइजेशन।</w:t>
      </w:r>
    </w:p>
    <w:p>
      <w:r>
        <w:rPr>
          <w:b/>
        </w:rPr>
        <w:t xml:space="preserve">[19:17] </w:t>
      </w:r>
      <w:r>
        <w:t>age of decentralization,</w:t>
      </w:r>
    </w:p>
    <w:p>
      <w:pPr>
        <w:jc w:val="right"/>
      </w:pPr>
      <w:r>
        <w:t>एज ऑफ डिसेंट्रलाइजेशन,</w:t>
      </w:r>
    </w:p>
    <w:p>
      <w:r>
        <w:rPr>
          <w:b/>
        </w:rPr>
        <w:t xml:space="preserve">[19:19] </w:t>
      </w:r>
      <w:r>
        <w:t>yaani economy ko zara se alag kar diya, power ko political hukoomat se alag kar diya. ab har cheez azaad hai. aap jo bhi karein, aap madrasa qaim karein, idarah banayein,</w:t>
      </w:r>
    </w:p>
    <w:p>
      <w:pPr>
        <w:jc w:val="right"/>
      </w:pPr>
      <w:r>
        <w:t>यानी इकॉनमी को जरा से अलग कर दिया, पावर को पॉलिटिकल हुकूमत से अलग कर दिया। अब हर चीज आजाद है। आप जो भी करें, आप मदरसा कायम करें, इदार बनाएं,</w:t>
      </w:r>
    </w:p>
    <w:p>
      <w:r>
        <w:rPr>
          <w:b/>
        </w:rPr>
        <w:t xml:space="preserve">[19:36] </w:t>
      </w:r>
      <w:r>
        <w:t>da'wah work karein, education mein aage badhna chahe, aage badhein, kuch bhi karna chahe, koi rukawat hi nahi.</w:t>
      </w:r>
    </w:p>
    <w:p>
      <w:pPr>
        <w:jc w:val="right"/>
      </w:pPr>
      <w:r>
        <w:t>दाव वर्क करें, एजुकेशन में आगे बढ़ना चाहे, आगे बढ़े, कुछ भी करना चाहे, कोई रुकावट ही नहीं।</w:t>
      </w:r>
    </w:p>
    <w:p>
      <w:r>
        <w:rPr>
          <w:b/>
        </w:rPr>
        <w:t xml:space="preserve">[19:46] </w:t>
      </w:r>
      <w:r>
        <w:t>to mawaqe ka khul jana yeh asli cheez hai. political power asli cheez nahi hai. to yeh sab kuch ho gaya.</w:t>
      </w:r>
    </w:p>
    <w:p>
      <w:pPr>
        <w:jc w:val="right"/>
      </w:pPr>
      <w:r>
        <w:t>तो मवाके का खुल जाना यह असली चीज है। पॉलिटिकल पावर असली चीज नहीं है। तो यह सब कुछ हो गया।</w:t>
      </w:r>
    </w:p>
    <w:p>
      <w:r>
        <w:rPr>
          <w:b/>
        </w:rPr>
        <w:t xml:space="preserve">[19:58] </w:t>
      </w:r>
      <w:r>
        <w:t>yeh sab kuch ho gaya. abhi dekhiye, aaj ka waqea batata hoon main. abhi hamare is, hamare is class mein ek sahab maujood hain,</w:t>
      </w:r>
    </w:p>
    <w:p>
      <w:pPr>
        <w:jc w:val="right"/>
      </w:pPr>
      <w:r>
        <w:t>यह सब कुछ हो गया। अभी देखिए, आज का वाकया बताता हूं मैं। अभी हमारे इस, हमारे इस क्लास में एक साहब मौजूद हैं,</w:t>
      </w:r>
    </w:p>
    <w:p>
      <w:r>
        <w:rPr>
          <w:b/>
        </w:rPr>
        <w:t xml:space="preserve">[20:11] </w:t>
      </w:r>
      <w:r>
        <w:t>maulana abdullah qasmi.</w:t>
      </w:r>
    </w:p>
    <w:p>
      <w:pPr>
        <w:jc w:val="right"/>
      </w:pPr>
      <w:r>
        <w:t>मौलाना अब्दुल्लाह कासमी।</w:t>
      </w:r>
    </w:p>
    <w:p>
      <w:r>
        <w:rPr>
          <w:b/>
        </w:rPr>
        <w:t xml:space="preserve">[20:14] </w:t>
      </w:r>
      <w:r>
        <w:t>wo bombay se aaye hain.</w:t>
      </w:r>
    </w:p>
    <w:p>
      <w:pPr>
        <w:jc w:val="right"/>
      </w:pPr>
      <w:r>
        <w:t>वो बंबई से आए हैं।</w:t>
      </w:r>
    </w:p>
    <w:p>
      <w:r>
        <w:rPr>
          <w:b/>
        </w:rPr>
        <w:t xml:space="preserve">[20:16] </w:t>
      </w:r>
      <w:r>
        <w:t>is waqt hamare saath shareek hain.</w:t>
      </w:r>
    </w:p>
    <w:p>
      <w:pPr>
        <w:jc w:val="right"/>
      </w:pPr>
      <w:r>
        <w:t>इस वक्त हमारे साथ शरीक हैं।</w:t>
      </w:r>
    </w:p>
    <w:p>
      <w:r>
        <w:rPr>
          <w:b/>
        </w:rPr>
        <w:t xml:space="preserve">[20:17] </w:t>
      </w:r>
      <w:r>
        <w:t>wo maulana abdullah qasmi</w:t>
      </w:r>
    </w:p>
    <w:p>
      <w:pPr>
        <w:jc w:val="right"/>
      </w:pPr>
      <w:r>
        <w:t>वो मौलाना अब्दुल्लाह कासमी</w:t>
      </w:r>
    </w:p>
    <w:p>
      <w:r>
        <w:rPr>
          <w:b/>
        </w:rPr>
        <w:t xml:space="preserve">[20:23] </w:t>
      </w:r>
      <w:r>
        <w:t>bombay mein rehte hain.</w:t>
      </w:r>
    </w:p>
    <w:p>
      <w:pPr>
        <w:jc w:val="right"/>
      </w:pPr>
      <w:r>
        <w:t>बंबई में रहते हैं।</w:t>
      </w:r>
    </w:p>
    <w:p>
      <w:r>
        <w:rPr>
          <w:b/>
        </w:rPr>
        <w:t xml:space="preserve">[20:24] </w:t>
      </w:r>
      <w:r>
        <w:t>wo aaj hi unhone bataya ke</w:t>
      </w:r>
    </w:p>
    <w:p>
      <w:pPr>
        <w:jc w:val="right"/>
      </w:pPr>
      <w:r>
        <w:t>वो आज ही उन्होंने बताया कि</w:t>
      </w:r>
    </w:p>
    <w:p>
      <w:r>
        <w:rPr>
          <w:b/>
        </w:rPr>
        <w:t xml:space="preserve">[20:29] </w:t>
      </w:r>
      <w:r>
        <w:t>2 october 2012 ko goa mein</w:t>
      </w:r>
    </w:p>
    <w:p>
      <w:pPr>
        <w:jc w:val="right"/>
      </w:pPr>
      <w:r>
        <w:t>2 अक्टूबर 2012 को गोवा में</w:t>
      </w:r>
    </w:p>
    <w:p>
      <w:r>
        <w:rPr>
          <w:b/>
        </w:rPr>
        <w:t xml:space="preserve">[20:34] </w:t>
      </w:r>
      <w:r>
        <w:t>ek christian conference thi.</w:t>
      </w:r>
    </w:p>
    <w:p>
      <w:pPr>
        <w:jc w:val="right"/>
      </w:pPr>
      <w:r>
        <w:t>एक क्रिश्चियन कॉन्फ्रेंस थी।</w:t>
      </w:r>
    </w:p>
    <w:p>
      <w:r>
        <w:rPr>
          <w:b/>
        </w:rPr>
        <w:t xml:space="preserve">[20:38] </w:t>
      </w:r>
      <w:r>
        <w:t>goa, aap jante hain ki wahan par christian log bahut hain.</w:t>
      </w:r>
    </w:p>
    <w:p>
      <w:pPr>
        <w:jc w:val="right"/>
      </w:pPr>
      <w:r>
        <w:t>गोवा, आप जानते हैं कि वहां पर क्रिश्चियन लोग बहुत हैं।</w:t>
      </w:r>
    </w:p>
    <w:p>
      <w:r>
        <w:rPr>
          <w:b/>
        </w:rPr>
        <w:t xml:space="preserve">[20:42] </w:t>
      </w:r>
      <w:r>
        <w:t>to unke jo head hain, jo top ke log hain,</w:t>
      </w:r>
    </w:p>
    <w:p>
      <w:pPr>
        <w:jc w:val="right"/>
      </w:pPr>
      <w:r>
        <w:t>तो उनके जो हेड हैं, जो टॉप के लोग हैं,</w:t>
      </w:r>
    </w:p>
    <w:p>
      <w:r>
        <w:rPr>
          <w:b/>
        </w:rPr>
        <w:t xml:space="preserve">[20:48] </w:t>
      </w:r>
      <w:r>
        <w:t>wo jama hue conference mein.</w:t>
      </w:r>
    </w:p>
    <w:p>
      <w:pPr>
        <w:jc w:val="right"/>
      </w:pPr>
      <w:r>
        <w:t>वह जमा हुए कॉन्फ्रेंस में।</w:t>
      </w:r>
    </w:p>
    <w:p>
      <w:r>
        <w:rPr>
          <w:b/>
        </w:rPr>
        <w:t xml:space="preserve">[20:52] </w:t>
      </w:r>
      <w:r>
        <w:t>bahut hi top post log,</w:t>
      </w:r>
    </w:p>
    <w:p>
      <w:pPr>
        <w:jc w:val="right"/>
      </w:pPr>
      <w:r>
        <w:t>बहुत ही टॉप पोस्ट लोग,</w:t>
      </w:r>
    </w:p>
    <w:p>
      <w:r>
        <w:rPr>
          <w:b/>
        </w:rPr>
        <w:t xml:space="preserve">[20:55] </w:t>
      </w:r>
      <w:r>
        <w:t>do darjan ki tadad mein.</w:t>
      </w:r>
    </w:p>
    <w:p>
      <w:pPr>
        <w:jc w:val="right"/>
      </w:pPr>
      <w:r>
        <w:t>दो दर्जन की तादाद में।</w:t>
      </w:r>
    </w:p>
    <w:p>
      <w:r>
        <w:rPr>
          <w:b/>
        </w:rPr>
        <w:t xml:space="preserve">[20:58] </w:t>
      </w:r>
      <w:r>
        <w:t>to maulana abdullah qasmi quran majeed ke angrezi tarjuma lekar wahan gaye.</w:t>
      </w:r>
    </w:p>
    <w:p>
      <w:pPr>
        <w:jc w:val="right"/>
      </w:pPr>
      <w:r>
        <w:t>तो मौलाना अब्दुल्लाह कासमी कुरान मजीद के अंग्रेजी तरीमा लेकर वहां गए।</w:t>
      </w:r>
    </w:p>
    <w:p>
      <w:r>
        <w:rPr>
          <w:b/>
        </w:rPr>
        <w:t xml:space="preserve">[21:05] </w:t>
      </w:r>
      <w:r>
        <w:t>bahut sari mushkilat pesh aai, bahut si rukawaten pesh aai.</w:t>
      </w:r>
    </w:p>
    <w:p>
      <w:pPr>
        <w:jc w:val="right"/>
      </w:pPr>
      <w:r>
        <w:t>बहुत सारी मुश्किलात पेश आई, बहुत सी रुकावटें पेश आई।</w:t>
      </w:r>
    </w:p>
    <w:p>
      <w:r>
        <w:rPr>
          <w:b/>
        </w:rPr>
        <w:t xml:space="preserve">[21:09] </w:t>
      </w:r>
      <w:r>
        <w:t>lekin wo dua karte rahe, dua karte rahe, allah se madad mangte rahe, yahan tak ki unko mauka</w:t>
      </w:r>
    </w:p>
    <w:p>
      <w:pPr>
        <w:jc w:val="right"/>
      </w:pPr>
      <w:r>
        <w:t>लेकिन वह दुआ करते रहे, दुआ करते रहे, अल्लाह से मदद मांगते रहे, यहां तक कि उनको मौका</w:t>
      </w:r>
    </w:p>
    <w:p>
      <w:r>
        <w:rPr>
          <w:b/>
        </w:rPr>
        <w:t xml:space="preserve">[21:15] </w:t>
      </w:r>
      <w:r>
        <w:t>mil gaya. aur sabko unhone quran pahunchaya.</w:t>
      </w:r>
    </w:p>
    <w:p>
      <w:pPr>
        <w:jc w:val="right"/>
      </w:pPr>
      <w:r>
        <w:t>मिल गया। और सबको उन्होंने कुरान पहुंचाया।</w:t>
      </w:r>
    </w:p>
    <w:p>
      <w:r>
        <w:rPr>
          <w:b/>
        </w:rPr>
        <w:t xml:space="preserve">[21:18] </w:t>
      </w:r>
      <w:r>
        <w:t>yahan tak ki jo head tha, head ek dadi head hai wahan ki goa ki,</w:t>
      </w:r>
    </w:p>
    <w:p>
      <w:pPr>
        <w:jc w:val="right"/>
      </w:pPr>
      <w:r>
        <w:t>यहां तक कि जो हेड था, हेड एक डेडी हेड है वहां की गोवा की,</w:t>
      </w:r>
    </w:p>
    <w:p>
      <w:r>
        <w:rPr>
          <w:b/>
        </w:rPr>
        <w:t xml:space="preserve">[21:24] </w:t>
      </w:r>
      <w:r>
        <w:t>woh wahan usko bhi pahuncha diya. yeh waqea hua hai 2 october 2012 ko.</w:t>
      </w:r>
    </w:p>
    <w:p>
      <w:pPr>
        <w:jc w:val="right"/>
      </w:pPr>
      <w:r>
        <w:t>वो वहां उसको भी पहुंचा दिया। यह वाकया हुआ है 2 अक्टूबर 2012 को।</w:t>
      </w:r>
    </w:p>
    <w:p>
      <w:r>
        <w:rPr>
          <w:b/>
        </w:rPr>
        <w:t xml:space="preserve">[21:33] </w:t>
      </w:r>
      <w:r>
        <w:t>achha, uske baad kya hua?</w:t>
      </w:r>
    </w:p>
    <w:p>
      <w:pPr>
        <w:jc w:val="right"/>
      </w:pPr>
      <w:r>
        <w:t>अच्छा, उसके बाद क्या हुआ?</w:t>
      </w:r>
    </w:p>
    <w:p>
      <w:r>
        <w:rPr>
          <w:b/>
        </w:rPr>
        <w:t xml:space="preserve">[21:35] </w:t>
      </w:r>
      <w:r>
        <w:t>wo chale gaye wapas bombay.</w:t>
      </w:r>
    </w:p>
    <w:p>
      <w:pPr>
        <w:jc w:val="right"/>
      </w:pPr>
      <w:r>
        <w:t>वह चले गए वापस बंबई।</w:t>
      </w:r>
    </w:p>
    <w:p>
      <w:r>
        <w:rPr>
          <w:b/>
        </w:rPr>
        <w:t xml:space="preserve">[21:38] </w:t>
      </w:r>
      <w:r>
        <w:t>unhone bataya ki bombay mein unhe ek telephone mila us lady ka, jo head hai christian mission ki</w:t>
      </w:r>
    </w:p>
    <w:p>
      <w:pPr>
        <w:jc w:val="right"/>
      </w:pPr>
      <w:r>
        <w:t>उन्होंने बताया कि बंबई में उन्हें एक टेलीफोन मिला उस लेडी का, जो हेड है क्रिश्चियन मिशन की</w:t>
      </w:r>
    </w:p>
    <w:p>
      <w:r>
        <w:rPr>
          <w:b/>
        </w:rPr>
        <w:t xml:space="preserve">[21:47] </w:t>
      </w:r>
      <w:r>
        <w:t>goa mein. usne bataya ki hum puna mein hain is waqt.</w:t>
      </w:r>
    </w:p>
    <w:p>
      <w:pPr>
        <w:jc w:val="right"/>
      </w:pPr>
      <w:r>
        <w:t>गोवा में। उसने बताया कि हम पुना में हैं इस वक्त।</w:t>
      </w:r>
    </w:p>
    <w:p>
      <w:r>
        <w:rPr>
          <w:b/>
        </w:rPr>
        <w:t xml:space="preserve">[21:51] </w:t>
      </w:r>
      <w:r>
        <w:t>puna mein hamari ek meeting ho rahi hai, aap yahan aa jaiye.</w:t>
      </w:r>
    </w:p>
    <w:p>
      <w:pPr>
        <w:jc w:val="right"/>
      </w:pPr>
      <w:r>
        <w:t>पुना में हमारी एक मीटिंग हो रही है, आप यहां आ जाइए।</w:t>
      </w:r>
    </w:p>
    <w:p>
      <w:r>
        <w:rPr>
          <w:b/>
        </w:rPr>
        <w:t xml:space="preserve">[21:56] </w:t>
      </w:r>
      <w:r>
        <w:t>to yeh waqia 20 din ke baad ka hai.</w:t>
      </w:r>
    </w:p>
    <w:p>
      <w:pPr>
        <w:jc w:val="right"/>
      </w:pPr>
      <w:r>
        <w:t>तो यह वाकया 20 दिन के बाद का है।</w:t>
      </w:r>
    </w:p>
    <w:p>
      <w:r>
        <w:rPr>
          <w:b/>
        </w:rPr>
        <w:t xml:space="preserve">[22:00] </w:t>
      </w:r>
      <w:r>
        <w:t>yani 2 october ko unhone quran diya usko.</w:t>
      </w:r>
    </w:p>
    <w:p>
      <w:pPr>
        <w:jc w:val="right"/>
      </w:pPr>
      <w:r>
        <w:t>यानी 2 अक्टूबर को उन्होंने कुरान दिया उसको।</w:t>
      </w:r>
    </w:p>
    <w:p>
      <w:r>
        <w:rPr>
          <w:b/>
        </w:rPr>
        <w:t xml:space="preserve">[22:03] </w:t>
      </w:r>
      <w:r>
        <w:t>uske 20 din ke baad telephone aata hai.</w:t>
      </w:r>
    </w:p>
    <w:p>
      <w:pPr>
        <w:jc w:val="right"/>
      </w:pPr>
      <w:r>
        <w:t>उसके 20 दिन के बाद टेलीफोन आता है।</w:t>
      </w:r>
    </w:p>
    <w:p>
      <w:r>
        <w:rPr>
          <w:b/>
        </w:rPr>
        <w:t xml:space="preserve">[22:06] </w:t>
      </w:r>
      <w:r>
        <w:t>to yeh bombay se gaye puna.</w:t>
      </w:r>
    </w:p>
    <w:p>
      <w:pPr>
        <w:jc w:val="right"/>
      </w:pPr>
      <w:r>
        <w:t>तो यह बॉम्बे से गए पुना।</w:t>
      </w:r>
    </w:p>
    <w:p>
      <w:r>
        <w:rPr>
          <w:b/>
        </w:rPr>
        <w:t xml:space="preserve">[22:11] </w:t>
      </w:r>
      <w:r>
        <w:t>puna mein us lady ne unse mulakat ki ek kamre mein.</w:t>
      </w:r>
    </w:p>
    <w:p>
      <w:pPr>
        <w:jc w:val="right"/>
      </w:pPr>
      <w:r>
        <w:t>पुना में उस लेडी ने उनसे मुलाकात की एक कमरे में।</w:t>
      </w:r>
    </w:p>
    <w:p>
      <w:r>
        <w:rPr>
          <w:b/>
        </w:rPr>
        <w:t xml:space="preserve">[22:15] </w:t>
      </w:r>
      <w:r>
        <w:t>aur usne jo kaha,</w:t>
      </w:r>
    </w:p>
    <w:p>
      <w:pPr>
        <w:jc w:val="right"/>
      </w:pPr>
      <w:r>
        <w:t>और उसने जो कहा,</w:t>
      </w:r>
    </w:p>
    <w:p>
      <w:r>
        <w:rPr>
          <w:b/>
        </w:rPr>
        <w:t xml:space="preserve">[22:17] </w:t>
      </w:r>
      <w:r>
        <w:t>vo bahut ankhi baat thi. ek christian mission ke head hain vo, vo goa ke</w:t>
      </w:r>
    </w:p>
    <w:p>
      <w:pPr>
        <w:jc w:val="right"/>
      </w:pPr>
      <w:r>
        <w:t>वो बहुत अनखी बात थी। एक क्रिश्चियन मिशन के हेड है वो, वो गोवा के</w:t>
      </w:r>
    </w:p>
    <w:p>
      <w:r>
        <w:rPr>
          <w:b/>
        </w:rPr>
        <w:t xml:space="preserve">[22:27] </w:t>
      </w:r>
      <w:r>
        <w:t>senior lady. usne kaha ki us jo quran diya tha, inhon ne english translation, uska shukriya ada kiya. usne kaha ki ab tak meri aankhon par patti bandhi hui thi.</w:t>
      </w:r>
    </w:p>
    <w:p>
      <w:pPr>
        <w:jc w:val="right"/>
      </w:pPr>
      <w:r>
        <w:t>सीनियर लेडी। उसने कहा कि उस जो कुरान दिया था, इन्होंने इंग्लिश ट्रांसलेशन, उसका शुक्रिया अदा किया। उसने कहा कि अब तक मेरी आंखों पर पट्टी बंधी हुई थी।</w:t>
      </w:r>
    </w:p>
    <w:p>
      <w:r>
        <w:rPr>
          <w:b/>
        </w:rPr>
        <w:t xml:space="preserve">[22:45] </w:t>
      </w:r>
      <w:r>
        <w:t>main khuda ko nahin dekh sakti thi. meri aankhon patti bandhi hui thi. main khuda ko nahin dekh sakti thi. lekin quran padhne ke baad main is qabil ho gai ki main khuda ko dekhun. kaisi ajib baat hai!</w:t>
      </w:r>
    </w:p>
    <w:p>
      <w:pPr>
        <w:jc w:val="right"/>
      </w:pPr>
      <w:r>
        <w:t>मैं खुदा को नहीं देख सकती थी। मेरी आंखों पट्टी बंधी हुई थी। मैं खुदा को नहीं देख सकती थी। लेकिन कुरान पढ़ने के बाद मैं इस काबिल हो गई कि मैं खुदा को देखूं। कैसी अजीब बात है!</w:t>
      </w:r>
    </w:p>
    <w:p>
      <w:r>
        <w:rPr>
          <w:b/>
        </w:rPr>
        <w:t xml:space="preserve">[23:07] </w:t>
      </w:r>
      <w:r>
        <w:t>yaani vo quran, jo logon ki aankhon ki patti khol de, jo logon ko is qabil banaye ki vah</w:t>
      </w:r>
    </w:p>
    <w:p>
      <w:pPr>
        <w:jc w:val="right"/>
      </w:pPr>
      <w:r>
        <w:t>यानी वो कुरान, जो लोगों की आंखों की पट्टी खोल दे, जो लोगों को इस काबिल बनाए कि वह</w:t>
      </w:r>
    </w:p>
    <w:p>
      <w:r>
        <w:rPr>
          <w:b/>
        </w:rPr>
        <w:t xml:space="preserve">[23:18] </w:t>
      </w:r>
      <w:r>
        <w:t>khuda ko, khaliq ka kainat ko dekhne lagen. vah quran, jo logon ko sachchai ka rasta dikhaye, vah quran, jo logon ki roshni ban jae,</w:t>
      </w:r>
    </w:p>
    <w:p>
      <w:pPr>
        <w:jc w:val="right"/>
      </w:pPr>
      <w:r>
        <w:t>खुदा को, खालिक का कायनात को देखने लगे। वह कुरान, जो लोगों को सच्चाई का रास्ता दिखाए, वह कुरान, जो लोगों की रोशनी बन जाए,</w:t>
      </w:r>
    </w:p>
    <w:p>
      <w:r>
        <w:rPr>
          <w:b/>
        </w:rPr>
        <w:t xml:space="preserve">[23:33] </w:t>
      </w:r>
      <w:r>
        <w:t>vah aapke paas hai. aur usko bilkul free pahuncha sakte hain logon ko. yeh to political power, yaani sari duniya mein aapko hukumat qaim ho, usse bhi badi badi baat hai. aapki hukumat sari duniya mein agar qaim ho jae, bilaf jo mumkeen nahin hai, tab bhi usse badi baat yeh hai. yaani vah quran, jis jo logon ke dilon ko jeet le, vah quran, jo logon ke mind ko address kare,</w:t>
      </w:r>
    </w:p>
    <w:p>
      <w:pPr>
        <w:jc w:val="right"/>
      </w:pPr>
      <w:r>
        <w:t>वह आपके पास है। और उसको बिल्कुल फ्री पहुंचा सकते हैं लोगों को। यह तो पॉलिटिकल पावर, यानी सारी दुनिया में आपको हुकूमत कायम हो, उससे भी बड़ी बड़ी बात है। आपकी हुकूमत सारी दुनिया में अगर कायम हो जाए, बिलफ जो मुमकिन नहीं है, तब भी उससे बड़ी बात यह है। यानी वह कुरान, जिस जो लोगों के दिलों को जीत ले, वह कुरान, जो लोगों के माइंड को एड्रेस करे,</w:t>
      </w:r>
    </w:p>
    <w:p>
      <w:r>
        <w:rPr>
          <w:b/>
        </w:rPr>
        <w:t xml:space="preserve">[24:02] </w:t>
      </w:r>
      <w:r>
        <w:t>vah quran, jo logon ki patti khol de aankhon ki, vah quran, jo andhe ko bina bana de, vah quran, jo logon ke liye apne khaliq ke introduction ka zariya ban jae, vah quran aapke paas hai.</w:t>
      </w:r>
    </w:p>
    <w:p>
      <w:pPr>
        <w:jc w:val="right"/>
      </w:pPr>
      <w:r>
        <w:t>वह कुरान, जो लोगों की पट्टी खोल दे आंखों की, वह कुरान, जो अंधे को बीना बना दे, वह कुरान, जो लोगों के लिए अपने खालिक के इंट्रोडक्शन का जरिया बन जाए, वह कुरान आपके पास है।</w:t>
      </w:r>
    </w:p>
    <w:p>
      <w:r>
        <w:rPr>
          <w:b/>
        </w:rPr>
        <w:t xml:space="preserve">[24:22] </w:t>
      </w:r>
      <w:r>
        <w:t>aur uska international language mein tarjuma karke aap har har ek ko pahuncha sakte hain. aaj ki zuban, aap jante hain, english jo hai, international language hai. koi rukavat nahin. jahan bhi jaen, aap pahuncha sakte hain logon ko. yeh to more than super power hai. to yeh matlab tha us ayat ka:</w:t>
      </w:r>
    </w:p>
    <w:p>
      <w:pPr>
        <w:jc w:val="right"/>
      </w:pPr>
      <w:r>
        <w:t>और उसका इंटरनेशनल लैंग्वेज में तरजुमा करके आप हर हर एक को पहुंचा सकते हैं। आज की जुबान, आप जानते हैं, इंग्लिश जो है, इंटरनेशनल लैंग्वेज है। कोई रुकावट नहीं। जहां भी जाएं, आप पहुंचा सकते हैं लोगों को। यह तो मोर दन सुपर पावर है। तो यह मतलब था उस आयत का:</w:t>
      </w:r>
    </w:p>
    <w:p>
      <w:r>
        <w:rPr>
          <w:b/>
        </w:rPr>
        <w:t xml:space="preserve">[24:50] </w:t>
      </w:r>
      <w:r>
        <w:t>"wa qatuluhum hatta la takuna fitna wa yakuna ad-dinu lillah".</w:t>
      </w:r>
    </w:p>
    <w:p>
      <w:pPr>
        <w:jc w:val="right"/>
      </w:pPr>
      <w:r>
        <w:t>"वकात लूम हत्ता ला तकून फितना वक वक दिन कुल लिल्लाह"।</w:t>
      </w:r>
    </w:p>
    <w:p>
      <w:r>
        <w:rPr>
          <w:b/>
        </w:rPr>
        <w:t xml:space="preserve">[24:59] </w:t>
      </w:r>
      <w:r>
        <w:t>us us daur ko khatm karo, lad karke. jo daur tha, jismein ki sab rukavaten thin, rukavaton ke daur ko khatm kar do taaki har qism ki opportunity ke darwaze khul jaen. aur khul gae. jahan jahan abdullah omar ki riwayat maujood hai bukhari mein ki ibn zubair ke zamane mein log ladai chhede hue the,</w:t>
      </w:r>
    </w:p>
    <w:p>
      <w:pPr>
        <w:jc w:val="right"/>
      </w:pPr>
      <w:r>
        <w:t>उस उस दौर को खत्म करो, लड़ करके। जो दौर था, जिसमें कि सब रुकावटें थीं, रुकावटों के दौर को खत्म कर दो ताकि हर किस्म की अपॉर्चुनिटी के दरवाजे खुल जाएं। और खुल गए। जहां जहां अब्दुल्लाह उमर की रिवायत मौजूद है बुखारी में कि इब्न जुबैर के जमाने में लोग लड़ाई छड़े हुए थे,</w:t>
      </w:r>
    </w:p>
    <w:p>
      <w:r>
        <w:rPr>
          <w:b/>
        </w:rPr>
        <w:t xml:space="preserve">[25:26] </w:t>
      </w:r>
      <w:r>
        <w:t>jismein abdullah omar sharif nahin the. logon ke paas gae ki aap bhi aaie. aur yeh ayat padhi unhon ne ki aap kaise aadmi hain ki quran mein hukam hai, aap ladte nahin hamare sath aa kar ke. yeh ayat padhi unhon ne: "wa qatuluhum hatta la takuna fitna wa yakuna ad-dinu lillah". jante hain kya kaha rasulullah ke sahabi abdullah omar,</w:t>
      </w:r>
    </w:p>
    <w:p>
      <w:pPr>
        <w:jc w:val="right"/>
      </w:pPr>
      <w:r>
        <w:t>जिसमें अब्दुल्लाह उमर शरीफ नहीं थे। लोगों के पास गए कि आप भी आइए। और यह आयत पढ़ी उन्होंने कि आप कैसे आदमी हैं कि कुरान में हुकम है, आप लड़ते नहीं हमारे साथ आकर के। यह आयत पढ़ी उन्होंने: "वकात लूम हत्ता ला कुन फितना वक दन कुल लिल्लाह"। जानते हैं क्या कहा रसूलल्लाह के सहाबी अब्दुल्लाह उमर,</w:t>
      </w:r>
    </w:p>
    <w:p>
      <w:r>
        <w:rPr>
          <w:b/>
        </w:rPr>
        <w:t xml:space="preserve">[25:52] </w:t>
      </w:r>
      <w:r>
        <w:t>hazrat omar farooq ke sahibzade ne kya kaha? unhon ne kaha: "qatalaana!"</w:t>
      </w:r>
    </w:p>
    <w:p>
      <w:pPr>
        <w:jc w:val="right"/>
      </w:pPr>
      <w:r>
        <w:t>हजरत उमर फारूक के साहबजादे ने क्या कहा? उन्होंने कहा: "कत्फना!</w:t>
      </w:r>
    </w:p>
    <w:p>
      <w:r>
        <w:rPr>
          <w:b/>
        </w:rPr>
        <w:t xml:space="preserve">[25:59] </w:t>
      </w:r>
      <w:r>
        <w:t>" vo to humne kar diya. vo waqt ho chuka. ab tum dobara lad karke usko zinda kar rahe ho guzre hue daur ko.</w:t>
      </w:r>
    </w:p>
    <w:p>
      <w:pPr>
        <w:jc w:val="right"/>
      </w:pPr>
      <w:r>
        <w:t>" वो तो हमने कर दिया। वो वक्त हो चुका। अब तुम दोबारा लड़ करके उसको जिंदा कर रहे हो गुजरे हुए दौर को।</w:t>
      </w:r>
    </w:p>
    <w:p>
      <w:r>
        <w:rPr>
          <w:b/>
        </w:rPr>
        <w:t xml:space="preserve">[26:12] </w:t>
      </w:r>
      <w:r>
        <w:t>to aaj jabki maine mal abdullah qasmi ki zuban se waqea suna, to mujhe aisa laga ki jaise abdullah omar ki awaaz goonj rahi hai, aaj bhi goonj rahi hai. vo keh rahi hai: "qatalaana!"</w:t>
      </w:r>
    </w:p>
    <w:p>
      <w:pPr>
        <w:jc w:val="right"/>
      </w:pPr>
      <w:r>
        <w:t>तो आज जबक मैंने मल अब्दुल्ला कासमी की जुबान से वाकया सुना, तो मुझे ऐसा लगा कि जैसे अब्दुल्ला उमर की आवाज गूंज रही है, आज भी गूंज रही है। वो कह रही है: "कत्फना!</w:t>
      </w:r>
    </w:p>
    <w:p>
      <w:r>
        <w:rPr>
          <w:b/>
        </w:rPr>
        <w:t xml:space="preserve">[26:27] </w:t>
      </w:r>
      <w:r>
        <w:t>" jang ka daur to hum khatm kar chuke. ab ladna kis baat ka?</w:t>
      </w:r>
    </w:p>
    <w:p>
      <w:pPr>
        <w:jc w:val="right"/>
      </w:pPr>
      <w:r>
        <w:t>" जंग का दौर तो हम खत्म कर चुके। अब लड़ना किस बात का?</w:t>
      </w:r>
    </w:p>
    <w:p>
      <w:r>
        <w:rPr>
          <w:b/>
        </w:rPr>
        <w:t xml:space="preserve">[26:35] </w:t>
      </w:r>
      <w:r>
        <w:t>kaisi ajib baat hai! yeh aaj jab maulana abdullah qasmi sahab ne bataya ki vah gae goa, vah gae puna aur christians ke top ke logon ko unhon ne quran pahunchaya,</w:t>
      </w:r>
    </w:p>
    <w:p>
      <w:pPr>
        <w:jc w:val="right"/>
      </w:pPr>
      <w:r>
        <w:t>कैसी अजीब बात है! यह आज जब मौलाना अब्दुल्ला कासमी साहब ने बताया कि वह गए गोवा, वह गए पुना और क्रिश्चियंस के टॉप के लोगों को उन्होंने कुरान पहुंचाया,</w:t>
      </w:r>
    </w:p>
    <w:p>
      <w:r>
        <w:rPr>
          <w:b/>
        </w:rPr>
        <w:t xml:space="preserve">[26:50] </w:t>
      </w:r>
      <w:r>
        <w:t>aur christian ke head ne unse kaha ki ki quran ke padhne se pehle to meri aankh par patti bandhi hui thi. main khuda ko dekh nahin sakti thi. yeh quran ne mujhe khuda ko dikha diya. yeh waqea hai: quran allah ka introduction hai, allah ka taaruf hai.</w:t>
      </w:r>
    </w:p>
    <w:p>
      <w:pPr>
        <w:jc w:val="right"/>
      </w:pPr>
      <w:r>
        <w:t>और क्रिश्चियन के हेड ने उनसे कहा कि कि कुरान के पढ़ने से पहले तो मेरी आंख पर पट्टी बंधी हुई थी। मैं खुदा को देख नहीं सकती थी। य कुरान ने मुझे खुदा को दिखा दिया। यह वाकया है: कुरान अल्लाह का इंट्रोडक्शन है, अल्लाह का तारुफ है।</w:t>
      </w:r>
    </w:p>
    <w:p>
      <w:r>
        <w:rPr>
          <w:b/>
        </w:rPr>
        <w:t xml:space="preserve">[27:12] </w:t>
      </w:r>
      <w:r>
        <w:t>yani quran is the introduction of of the creator of of the universe.</w:t>
      </w:r>
    </w:p>
    <w:p>
      <w:pPr>
        <w:jc w:val="right"/>
      </w:pPr>
      <w:r>
        <w:t>यानी कुरान इज द इंट्रोडक्शन ऑफ ऑफ द क्रिएटर ऑफ ऑफ द यूनिवर्स।</w:t>
      </w:r>
    </w:p>
    <w:p>
      <w:r>
        <w:rPr>
          <w:b/>
        </w:rPr>
        <w:t xml:space="preserve">[27:20] </w:t>
      </w:r>
      <w:r>
        <w:t>yeh ek haqeeqat hai</w:t>
      </w:r>
    </w:p>
    <w:p>
      <w:pPr>
        <w:jc w:val="right"/>
      </w:pPr>
      <w:r>
        <w:t>यह एक हकीकत है</w:t>
      </w:r>
    </w:p>
    <w:p>
      <w:r>
        <w:rPr>
          <w:b/>
        </w:rPr>
        <w:t xml:space="preserve">[27:23] </w:t>
      </w:r>
      <w:r>
        <w:t>ki quran khaliq kayanat ka taruf hai.</w:t>
      </w:r>
    </w:p>
    <w:p>
      <w:pPr>
        <w:jc w:val="right"/>
      </w:pPr>
      <w:r>
        <w:t>कि कुरान खालिक कायनात का तारुफ है।</w:t>
      </w:r>
    </w:p>
    <w:p>
      <w:r>
        <w:rPr>
          <w:b/>
        </w:rPr>
        <w:t xml:space="preserve">[27:29] </w:t>
      </w:r>
      <w:r>
        <w:t>wah kitab padhi unhon ne</w:t>
      </w:r>
    </w:p>
    <w:p>
      <w:pPr>
        <w:jc w:val="right"/>
      </w:pPr>
      <w:r>
        <w:t>वह किताब पढ़ी उन्होंने</w:t>
      </w:r>
    </w:p>
    <w:p>
      <w:r>
        <w:rPr>
          <w:b/>
        </w:rPr>
        <w:t xml:space="preserve">[27:32] </w:t>
      </w:r>
      <w:r>
        <w:t>kyunki aur jo kitaben hain, wah to kahaniyan hain.</w:t>
      </w:r>
    </w:p>
    <w:p>
      <w:pPr>
        <w:jc w:val="right"/>
      </w:pPr>
      <w:r>
        <w:t>क्योंकि और जो किताबें हैं, वह तो कहानियां हैं।</w:t>
      </w:r>
    </w:p>
    <w:p>
      <w:r>
        <w:rPr>
          <w:b/>
        </w:rPr>
        <w:t xml:space="preserve">[27:37] </w:t>
      </w:r>
      <w:r>
        <w:t>lekin Quran jo hai, wah Khuda Vand Alam ka taruf hai.</w:t>
      </w:r>
    </w:p>
    <w:p>
      <w:pPr>
        <w:jc w:val="right"/>
      </w:pPr>
      <w:r>
        <w:t>लेकिन कुरान जो है, वह खुदा वंद आलम का तारुफ है।</w:t>
      </w:r>
    </w:p>
    <w:p>
      <w:r>
        <w:rPr>
          <w:b/>
        </w:rPr>
        <w:t xml:space="preserve">[27:44] </w:t>
      </w:r>
      <w:r>
        <w:t>to uski aankhon ki patti khul gayi</w:t>
      </w:r>
    </w:p>
    <w:p>
      <w:pPr>
        <w:jc w:val="right"/>
      </w:pPr>
      <w:r>
        <w:t>तो उसकी आंखों की पट्टी खुल गई</w:t>
      </w:r>
    </w:p>
    <w:p>
      <w:r>
        <w:rPr>
          <w:b/>
        </w:rPr>
        <w:t xml:space="preserve">[27:47] </w:t>
      </w:r>
      <w:r>
        <w:t>aur Allah se barah raast</w:t>
      </w:r>
    </w:p>
    <w:p>
      <w:pPr>
        <w:jc w:val="right"/>
      </w:pPr>
      <w:r>
        <w:t>और अल्लाह से बराह रास्त</w:t>
      </w:r>
    </w:p>
    <w:p>
      <w:r>
        <w:rPr>
          <w:b/>
        </w:rPr>
        <w:t xml:space="preserve">[27:53] </w:t>
      </w:r>
      <w:r>
        <w:t>uska taruf ho gaya.</w:t>
      </w:r>
    </w:p>
    <w:p>
      <w:pPr>
        <w:jc w:val="right"/>
      </w:pPr>
      <w:r>
        <w:t>उसका तारुफ हो गया।</w:t>
      </w:r>
    </w:p>
    <w:p>
      <w:r>
        <w:rPr>
          <w:b/>
        </w:rPr>
        <w:t xml:space="preserve">[27:57] </w:t>
      </w:r>
      <w:r>
        <w:t>to quran vah kitab hai aur vah mehfooz hai. vah aaj ki international language mein uska tarjuma ho chuka hai. print press ke daur mein chhap kar vah aakar size mein available hai. yeh sab kuch ho chuka hai. ab to isko pahunchaie, isko distributor kijiye.</w:t>
      </w:r>
    </w:p>
    <w:p>
      <w:pPr>
        <w:jc w:val="right"/>
      </w:pPr>
      <w:r>
        <w:t>तो कुरान वह किताब है और वह महफूज है। वह आज की इंटरनेशनल लैंग्वेज में उसका तरजुमा हो चुका है। प्रिंट प्रेस के दौर में छप करके वह ऑकर साइज में अवेलेबल है। यह सब कुछ हो चुका है। अब तो इसको पहुंचाइए, इसको डिस्ट्रीब्यूटर कीजिए।</w:t>
      </w:r>
    </w:p>
    <w:p>
      <w:r>
        <w:rPr>
          <w:b/>
        </w:rPr>
        <w:t xml:space="preserve">[28:24] </w:t>
      </w:r>
      <w:r>
        <w:t>Sahaba ka zamana print press se pehle ka zamana tha.</w:t>
      </w:r>
    </w:p>
    <w:p>
      <w:pPr>
        <w:jc w:val="right"/>
      </w:pPr>
      <w:r>
        <w:t>सहाबा का जमाना प्रिंट प्रेस से पहले का जमाना था।</w:t>
      </w:r>
    </w:p>
    <w:p>
      <w:r>
        <w:rPr>
          <w:b/>
        </w:rPr>
        <w:t xml:space="preserve">[28:30] </w:t>
      </w:r>
      <w:r>
        <w:t>tab kitab likhi nahi jati thi, sirf yaad karte the log.</w:t>
      </w:r>
    </w:p>
    <w:p>
      <w:pPr>
        <w:jc w:val="right"/>
      </w:pPr>
      <w:r>
        <w:t>तब किताब लिखी नहीं जाती थी, सिर्फ याद करते थे लोग।</w:t>
      </w:r>
    </w:p>
    <w:p>
      <w:r>
        <w:rPr>
          <w:b/>
        </w:rPr>
        <w:t xml:space="preserve">[28:34] </w:t>
      </w:r>
      <w:r>
        <w:t>to Sahaba ne is tarah kaam kiya ki wah Quran ke mukri ban gaye, yani padhkar sunane wale.</w:t>
      </w:r>
    </w:p>
    <w:p>
      <w:pPr>
        <w:jc w:val="right"/>
      </w:pPr>
      <w:r>
        <w:t>तो सहाबा ने इस तरह काम किया कि वह कुरान के मुकरी बन गए, यानी पढ़कर सुनाने वाले।</w:t>
      </w:r>
    </w:p>
    <w:p>
      <w:r>
        <w:rPr>
          <w:b/>
        </w:rPr>
        <w:t xml:space="preserve">[28:43] </w:t>
      </w:r>
      <w:r>
        <w:t>unko mukri kaha jata tha ki padhkar sunane wale.</w:t>
      </w:r>
    </w:p>
    <w:p>
      <w:pPr>
        <w:jc w:val="right"/>
      </w:pPr>
      <w:r>
        <w:t>उनको मुकरी कहा जाता था कि पढ़कर सुनाने वाले।</w:t>
      </w:r>
    </w:p>
    <w:p>
      <w:r>
        <w:rPr>
          <w:b/>
        </w:rPr>
        <w:t xml:space="preserve">[28:47] </w:t>
      </w:r>
      <w:r>
        <w:t>us daur mein yahi mumkin tha.</w:t>
      </w:r>
    </w:p>
    <w:p>
      <w:pPr>
        <w:jc w:val="right"/>
      </w:pPr>
      <w:r>
        <w:t>उस दौर में यही मुमकिन था।</w:t>
      </w:r>
    </w:p>
    <w:p>
      <w:r>
        <w:rPr>
          <w:b/>
        </w:rPr>
        <w:t xml:space="preserve">[28:51] </w:t>
      </w:r>
      <w:r>
        <w:t>aaj press ka zamana hai, azadi ka zamana hai.</w:t>
      </w:r>
    </w:p>
    <w:p>
      <w:pPr>
        <w:jc w:val="right"/>
      </w:pPr>
      <w:r>
        <w:t>आज प्रेस का जमाना है, आजादी का जमाना है।</w:t>
      </w:r>
    </w:p>
    <w:p>
      <w:r>
        <w:rPr>
          <w:b/>
        </w:rPr>
        <w:t xml:space="preserve">[28:56] </w:t>
      </w:r>
      <w:r>
        <w:t>to aaj aapko kya banna hai?</w:t>
      </w:r>
    </w:p>
    <w:p>
      <w:pPr>
        <w:jc w:val="right"/>
      </w:pPr>
      <w:r>
        <w:t>तो आज आपको क्या बनना है?</w:t>
      </w:r>
    </w:p>
    <w:p>
      <w:r>
        <w:rPr>
          <w:b/>
        </w:rPr>
        <w:t xml:space="preserve">[28:58] </w:t>
      </w:r>
      <w:r>
        <w:t>distributor of quran. vah muqri of quran the. aapko distributor of quran banna hai aur quran apne aap hi kafi hai, khud fateh karne ke liye kafi hai.</w:t>
      </w:r>
    </w:p>
    <w:p>
      <w:pPr>
        <w:jc w:val="right"/>
      </w:pPr>
      <w:r>
        <w:t>डिस्ट्रीब्यूटर ऑफ कुरान। वह मुकरी ऑफ कुरान थे। आपको डिस्ट्रीब्यूटर ऑफ कुरान बनना है और कुरान अपने आप ही काफी है, खुद फतह करने के लिए काफी है।</w:t>
      </w:r>
    </w:p>
    <w:p>
      <w:r>
        <w:rPr>
          <w:b/>
        </w:rPr>
        <w:t xml:space="preserve">[29:15] </w:t>
      </w:r>
      <w:r>
        <w:t>to yeh matlab hai us ayat ka aur us hadith ka ki ek daur aaega jabki talwar meaningless ho jaegi. talwar ka koi wazan nahin rahega,</w:t>
      </w:r>
    </w:p>
    <w:p>
      <w:pPr>
        <w:jc w:val="right"/>
      </w:pPr>
      <w:r>
        <w:t>तो यह मतलब है उस आयत का और उस हदीस का कि एक दौर आएगा जबकि तलवार मीनिंगलेस हो जाएगी। तलवार का कोई वजन नहीं रहेगा,</w:t>
      </w:r>
    </w:p>
    <w:p>
      <w:r>
        <w:rPr>
          <w:b/>
        </w:rPr>
        <w:t xml:space="preserve">[29:29] </w:t>
      </w:r>
      <w:r>
        <w:t>violence ka koi wazan nahin rahega. yahan tak ki super power bhi violence se kuch achieve na kar paenge. us waqt ideology ek taqat ban jaegi.</w:t>
      </w:r>
    </w:p>
    <w:p>
      <w:pPr>
        <w:jc w:val="right"/>
      </w:pPr>
      <w:r>
        <w:t>वायलेंस का कोई वजन नहीं रहेगा। यहां तक कि सुपर पावर भी वायलेंस से कुछ अचीव ना कर पाएंगे। उस वक्त आइडियोलॉजी एक ताकत बन जाएगी।</w:t>
      </w:r>
    </w:p>
    <w:p>
      <w:r>
        <w:rPr>
          <w:b/>
        </w:rPr>
        <w:t xml:space="preserve">[29:46] </w:t>
      </w:r>
      <w:r>
        <w:t>ideology will replace the sword. vah daur aa jaega.</w:t>
      </w:r>
    </w:p>
    <w:p>
      <w:pPr>
        <w:jc w:val="right"/>
      </w:pPr>
      <w:r>
        <w:t>आइडियोलॉजी विल रिप्लेस द सोर्ड। वह दौर आ जाएगा।</w:t>
      </w:r>
    </w:p>
    <w:p>
      <w:r>
        <w:rPr>
          <w:b/>
        </w:rPr>
        <w:t xml:space="preserve">[29:55] </w:t>
      </w:r>
      <w:r>
        <w:t>to yeh jo ayat hai quran beed ki ke "waqat loom hatta la takoon fitna waq dan kul lallah" . iska matlab kya hai?</w:t>
      </w:r>
    </w:p>
    <w:p>
      <w:pPr>
        <w:jc w:val="right"/>
      </w:pPr>
      <w:r>
        <w:t>तो यह जो आयत है कुरान बीद की कि "वकात लूम हत्ता ला तकून फितना वक दन कुल लल्लाह"। इसका मतलब क्या है?</w:t>
      </w:r>
    </w:p>
    <w:p>
      <w:r>
        <w:rPr>
          <w:b/>
        </w:rPr>
        <w:t xml:space="preserve">[30:06] </w:t>
      </w:r>
      <w:r>
        <w:t>ke so that the ideology may replace the sword</w:t>
      </w:r>
    </w:p>
    <w:p>
      <w:pPr>
        <w:jc w:val="right"/>
      </w:pPr>
      <w:r>
        <w:t>कि सो दैट द आइडियोलॉजी मे रिप्लेस द सोर्ड</w:t>
      </w:r>
    </w:p>
    <w:p>
      <w:r>
        <w:rPr>
          <w:b/>
        </w:rPr>
        <w:t xml:space="preserve">[30:14] </w:t>
      </w:r>
      <w:r>
        <w:t>taake daur talwar khatm ho aur woh daur aa jaye jabke uram tablig, uram nazariya, muhim, uram dawa work kafi ho jaye</w:t>
      </w:r>
    </w:p>
    <w:p>
      <w:pPr>
        <w:jc w:val="right"/>
      </w:pPr>
      <w:r>
        <w:t>ताकि दौर तलवार खत्म हो और वह दौर आ जाए जबकि उरम तबलीग, उरम नजरिया, मुहिम, उरम दावा वर्क काफी हो जाए</w:t>
      </w:r>
    </w:p>
    <w:p>
      <w:r>
        <w:rPr>
          <w:b/>
        </w:rPr>
        <w:t xml:space="preserve">[30:30] </w:t>
      </w:r>
      <w:r>
        <w:t>allah ki azmat ko duniya mein qaim karne ke liye.</w:t>
      </w:r>
    </w:p>
    <w:p>
      <w:pPr>
        <w:jc w:val="right"/>
      </w:pPr>
      <w:r>
        <w:t>अल्लाह की अजमत को दुनिया में कायम करने के लिए।</w:t>
      </w:r>
    </w:p>
    <w:p>
      <w:r>
        <w:rPr>
          <w:b/>
        </w:rPr>
        <w:t xml:space="preserve">[30:36] </w:t>
      </w:r>
      <w:r>
        <w:t>yeh sab kuch sirf us waqt samajh mein aa jayega jab aap political mind ko khatm kar dein, political power ko khatm kar dein. sab kuch bilkul clear hai.</w:t>
      </w:r>
    </w:p>
    <w:p>
      <w:pPr>
        <w:jc w:val="right"/>
      </w:pPr>
      <w:r>
        <w:t>यह सब कुछ सिर्फ उस वक्त समझ में आ जाएगा जब आप पॉलिटिकल माइंड को खत्म कर दें, पॉलिटिकल पावर को खत्म कर दें। सब कुछ बिल्कुल क्लियर है।</w:t>
      </w:r>
    </w:p>
    <w:p>
      <w:r>
        <w:rPr>
          <w:b/>
        </w:rPr>
        <w:t xml:space="preserve">[30:48] </w:t>
      </w:r>
      <w:r>
        <w:t>saara mamla yeh hai ke log political power mein atke hue hain, isliye andhe bane hue hain. kuch samajh mein nahi aata unki.</w:t>
      </w:r>
    </w:p>
    <w:p>
      <w:pPr>
        <w:jc w:val="right"/>
      </w:pPr>
      <w:r>
        <w:t>सारा मामला यह है कि लोग पॉलिटिकल पावर में अटके हुए हैं, इसलिए अंधे बने हुए हैं। कुछ समझ में नहीं आता उनकी।</w:t>
      </w:r>
    </w:p>
    <w:p>
      <w:r>
        <w:rPr>
          <w:b/>
        </w:rPr>
        <w:t xml:space="preserve">[31:04] </w:t>
      </w:r>
      <w:r>
        <w:t>to yeh aisi hi baat hai jaise ke allah taala barish barsaye, khoob bahut umda qism ki barish ho, zameen jalthal ho jaye aur aa jaye woh zamana jabke kisan zirad kare, kheti kare,</w:t>
      </w:r>
    </w:p>
    <w:p>
      <w:pPr>
        <w:jc w:val="right"/>
      </w:pPr>
      <w:r>
        <w:t>तो यह ऐसी ही बात है जैसे कि अल्लाह ताला बारिश बरसाए, खूब बहुत उम्दा किस्म की बारिश हो, जमीन जलथल हो जाए और आ जाए वह जमाना जबकि किसान जिराद करे, खेती करे,</w:t>
      </w:r>
    </w:p>
    <w:p>
      <w:r>
        <w:rPr>
          <w:b/>
        </w:rPr>
        <w:t xml:space="preserve">[31:23] </w:t>
      </w:r>
      <w:r>
        <w:t>agriculture mein mashgool ho. lekin kisan jo hai, intezar kar raha ho fauj banane ki, ladai chhidne ki. to kya hoga?</w:t>
      </w:r>
    </w:p>
    <w:p>
      <w:pPr>
        <w:jc w:val="right"/>
      </w:pPr>
      <w:r>
        <w:t>एग्रीकल्चर में मशगूल हो। लेकिन किसान जो है, इंतजार कर रहा हो फौज बनाने की, लड़ाई छड़ने की। तो क्या होगा?</w:t>
      </w:r>
    </w:p>
    <w:p>
      <w:r>
        <w:rPr>
          <w:b/>
        </w:rPr>
        <w:t xml:space="preserve">[31:36] </w:t>
      </w:r>
      <w:r>
        <w:t>mausam aayega aur kisan ko kuch nahi milega.</w:t>
      </w:r>
    </w:p>
    <w:p>
      <w:pPr>
        <w:jc w:val="right"/>
      </w:pPr>
      <w:r>
        <w:t>मौसम आएगा और किसान को कुछ नहीं मिलेगा।</w:t>
      </w:r>
    </w:p>
    <w:p>
      <w:r>
        <w:rPr>
          <w:b/>
        </w:rPr>
        <w:t xml:space="preserve">[31:42] </w:t>
      </w:r>
      <w:r>
        <w:t>to mausam aa chuka, barish ho chuki,</w:t>
      </w:r>
    </w:p>
    <w:p>
      <w:pPr>
        <w:jc w:val="right"/>
      </w:pPr>
      <w:r>
        <w:t>तो मौसम आ चुका, बारिश हो चुकी,</w:t>
      </w:r>
    </w:p>
    <w:p>
      <w:r>
        <w:rPr>
          <w:b/>
        </w:rPr>
        <w:t xml:space="preserve">[31:48] </w:t>
      </w:r>
      <w:r>
        <w:t>lekin log atke hue hain. hukoomati zehan hai logon ka, hukoomaton mein atke hue hain, political power mein atke hue hain aur khamkha lad rahe hain, khamkha lad rahe hain. dekhiye, kal main tv par ek discussion sun raha tha,</w:t>
      </w:r>
    </w:p>
    <w:p>
      <w:pPr>
        <w:jc w:val="right"/>
      </w:pPr>
      <w:r>
        <w:t>लेकिन लोग अटके हुए हैं। हुकूमती जहन है लोगों का, हुकूमतों में अटके हुए हैं, पॉलिटिकल पावर में अटके हुए हैं और खामखा लड़ रहे हैं, खामखा लड़ रहे हैं। देखिए, कल मैं टीवी पर एक डिस्कशन सुन रहा था,</w:t>
      </w:r>
    </w:p>
    <w:p>
      <w:r>
        <w:rPr>
          <w:b/>
        </w:rPr>
        <w:t xml:space="preserve">[32:06] </w:t>
      </w:r>
      <w:r>
        <w:t>bbc london mein tha. woh top ke log baat kar rahe the israel aur philistine ke darmiyan jo ladai ho rahi hai. aur usmein tha ke tasweer mein bata raha tha ke woh gaza patti ko israel ne bombardment ko tabah kar diya,</w:t>
      </w:r>
    </w:p>
    <w:p>
      <w:pPr>
        <w:jc w:val="right"/>
      </w:pPr>
      <w:r>
        <w:t>बीबीसी लंदन में था। वह टॉप के लोग बात कर रहे थे इजराइल और फिलिस्तीन के दरमियान जो लड़ाई हो रही है। और उसमें था कि तस्वीर में बता रहा था कि वह गज्जा पट्टी को इजराइल ने बमबार्डमेंट को तबाह कर दिया,</w:t>
      </w:r>
    </w:p>
    <w:p>
      <w:r>
        <w:rPr>
          <w:b/>
        </w:rPr>
        <w:t xml:space="preserve">[32:31] </w:t>
      </w:r>
      <w:r>
        <w:t>uski buildingon ko. woh sab dikha raha tha manzar. to wahan par jo log the, woh sab top intellectuals the. to ek aadmi ne kaha,</w:t>
      </w:r>
    </w:p>
    <w:p>
      <w:pPr>
        <w:jc w:val="right"/>
      </w:pPr>
      <w:r>
        <w:t>उसकी बिल्डिंगों को। वह सब दिखा रहा था मंजर। तो वहां पर जो लोग थे, वह सब टॉप इंटेलेक्चुअल्स थे। तो एक आदमी ने कहा,</w:t>
      </w:r>
    </w:p>
    <w:p>
      <w:r>
        <w:rPr>
          <w:b/>
        </w:rPr>
        <w:t xml:space="preserve">[32:46] </w:t>
      </w:r>
      <w:r>
        <w:t>usne tafsir karte hue ke yeh ek uneven war hai, naam musabi jang. yeh lafz istemal kiya usne, uneven war. yaani philistine ke paas kuch taqat nahi, israel ke paas modern hathiyar hain,</w:t>
      </w:r>
    </w:p>
    <w:p>
      <w:pPr>
        <w:jc w:val="right"/>
      </w:pPr>
      <w:r>
        <w:t>उसने तफसीर करते हुए कि यह एक अनइवन वार है, नाम मुसाबी जंग। यह लफ्ज इस्तेमाल किया उसने, अनइवन वार। यानी फिलिस्तीन के पास कुछ ताकत नहीं, इजराइल के पास मॉडर्न हथियार हैं,</w:t>
      </w:r>
    </w:p>
    <w:p>
      <w:r>
        <w:rPr>
          <w:b/>
        </w:rPr>
        <w:t xml:space="preserve">[33:08] </w:t>
      </w:r>
      <w:r>
        <w:t>bahut zabardast fauj hai. to yeh ek uneven war hai, na barabari ki jang hai. yeh to maine socha ke galat ka ye aadmi galat bol raha hai. usko usko baat samajh mein nahi aayi.</w:t>
      </w:r>
    </w:p>
    <w:p>
      <w:pPr>
        <w:jc w:val="right"/>
      </w:pPr>
      <w:r>
        <w:t>बहुत जबरदस्त फौज है। तो यह एक अनइवन वार है, ना बराबरी की जंग है। यह तो मैंने सोचा कि गलत का ये आदमी गलत बोल रहा है। उसको उसको बात समझ में नहीं आई।</w:t>
      </w:r>
    </w:p>
    <w:p>
      <w:r>
        <w:rPr>
          <w:b/>
        </w:rPr>
        <w:t xml:space="preserve">[33:25] </w:t>
      </w:r>
      <w:r>
        <w:t>yeh uneven war nahi hai, yeh unnecessary war hai, unnecessary war, yaani ghair ghair zaroori jang. jang ki koi zaroorat hi nahi hai.</w:t>
      </w:r>
    </w:p>
    <w:p>
      <w:pPr>
        <w:jc w:val="right"/>
      </w:pPr>
      <w:r>
        <w:t>यह अनइवन वार नहीं है, यह अननेसेसरी वार है, अननेसेसरी वार, यानी गैर गैर जरूरी जंग। जंग की कोई जरूरत ही नहीं है।</w:t>
      </w:r>
    </w:p>
    <w:p>
      <w:r>
        <w:rPr>
          <w:b/>
        </w:rPr>
        <w:t xml:space="preserve">[33:45] </w:t>
      </w:r>
      <w:r>
        <w:t>to jitni bhi war hui, sabke upar yeh cheez apply hoti hai. to yeh jo is waqt jo war ho rahi hai philistine mein, israel mein, yeh uneven war nahi hai. yeh hai unnecessary war,</w:t>
      </w:r>
    </w:p>
    <w:p>
      <w:pPr>
        <w:jc w:val="right"/>
      </w:pPr>
      <w:r>
        <w:t>तो जितनी भी वार हुई, सबके ऊपर यह चीज अप्लाई होती है। तो यह जो इस वक्त जो वार हो रही है फिलिस्तीन में, इजराइल में, यह अनइवन वार नहीं है। यह है अननेसेसरी वार,</w:t>
      </w:r>
    </w:p>
    <w:p>
      <w:r>
        <w:rPr>
          <w:b/>
        </w:rPr>
        <w:t xml:space="preserve">[34:03] </w:t>
      </w:r>
      <w:r>
        <w:t>ghair zaroori jang. in sab kuch aap jo chahte ho, hasil kar sakte hain bagair lade hue. hatta ke khud israel mein bhi. khud israel mein bhi.</w:t>
      </w:r>
    </w:p>
    <w:p>
      <w:pPr>
        <w:jc w:val="right"/>
      </w:pPr>
      <w:r>
        <w:t>गैर जरूरी जंग। इन सब कुछ आप जो चाहते हो, हासिल कर सकते हैं बगैर लड़े हुए। हत्ता कि खुद इजराइल में भी। खुद इजराइल में भी।</w:t>
      </w:r>
    </w:p>
    <w:p>
      <w:r>
        <w:rPr>
          <w:b/>
        </w:rPr>
        <w:t xml:space="preserve">[34:19] </w:t>
      </w:r>
      <w:r>
        <w:t>pichhle saal main gaya tha israel mein. ek ek seminar tha jismein philistini naujawan bhi badi taadad mein aaye hue the, israeli bhi aaye hue the. woh dono ke darmiyan tha ek seminar.</w:t>
      </w:r>
    </w:p>
    <w:p>
      <w:pPr>
        <w:jc w:val="right"/>
      </w:pPr>
      <w:r>
        <w:t>पिछले साल मैं गया था इजराइल में। एक एक सेमिनार था जिसमें फिलिस्तीनी नौजवान भी बड़ी तादाद में आए हुए थे, इजराइली भी आए हुए थे। वह दोनों के दरमियान था एक सेमिनार।</w:t>
      </w:r>
    </w:p>
    <w:p>
      <w:r>
        <w:rPr>
          <w:b/>
        </w:rPr>
        <w:t xml:space="preserve">[34:36] </w:t>
      </w:r>
      <w:r>
        <w:t>to maine dekha ke is philistini ladke bahut shandar angrezi bol rahe hain, bahut achhi english bol rahe hain. philistini ladke aur ladkiyan wahan par. to maine ek saath se poocha ke bhai, yeh philistini ladke itni achhi angrezi bol rahe hain, yeh kahan pada hai inhone?</w:t>
      </w:r>
    </w:p>
    <w:p>
      <w:pPr>
        <w:jc w:val="right"/>
      </w:pPr>
      <w:r>
        <w:t>तो मैंने देखा कि इस फिलिस्तीनी लड़के बहुत शानदार अंग्रेजी बोल रहे हैं, बहुत अच्छी इंग्लिश बोल रहे हैं। फिलिस्तीनी लड़के और लड़कियां वहां पर। तो मैंने एक साथ से पूछा कि भाई, यह फिलिस्तीनी लड़के इतनी अच्छी अंग्रेजी बोल रहे हैं, यह कहां पढ़ा है इन्होंने?</w:t>
      </w:r>
    </w:p>
    <w:p>
      <w:r>
        <w:rPr>
          <w:b/>
        </w:rPr>
        <w:t xml:space="preserve">[34:58] </w:t>
      </w:r>
      <w:r>
        <w:t>to unhone kya bataya? unhone kaha ke israel mein jo philistini muqeem hain, yeh woh log hain. yeh abhi bhi 20 par arab jo hain, philistine,</w:t>
      </w:r>
    </w:p>
    <w:p>
      <w:pPr>
        <w:jc w:val="right"/>
      </w:pPr>
      <w:r>
        <w:t>तो उन्होंने क्या बताया? उन्होंने कहा कि इजराइल में जो फिलिस्तीनी मुकीम हैं, यह वह लोग हैं। यह अभी भी 20 पर अरब जो हैं, फिलिस्तीन,</w:t>
      </w:r>
    </w:p>
    <w:p>
      <w:r>
        <w:rPr>
          <w:b/>
        </w:rPr>
        <w:t xml:space="preserve">[35:11] </w:t>
      </w:r>
      <w:r>
        <w:t>yaani arab philistini jo hain, 20 par abhi bhi hain israel mein. to unke ladke hi hain. aap gaur kijiye ke 60 varsh se jang chal rahi hai philistiniyon aur israel ke darmiyan</w:t>
      </w:r>
    </w:p>
    <w:p>
      <w:pPr>
        <w:jc w:val="right"/>
      </w:pPr>
      <w:r>
        <w:t>यानी अरब फिलिस्तीनी जो हैं, 20 पर अभी भी हैं इजराइल में। तो उनके लड़के ही हैं। आप गौर कीजिए कि 60 वर्ष से जंग चल रही है फिलिस्तीनियों और इजराइल के दरमियान</w:t>
      </w:r>
    </w:p>
    <w:p>
      <w:r>
        <w:rPr>
          <w:b/>
        </w:rPr>
        <w:t xml:space="preserve">[35:29] </w:t>
      </w:r>
      <w:r>
        <w:t>aur kitna nuksan hua hai, kitna tabahi hui hai.</w:t>
      </w:r>
    </w:p>
    <w:p>
      <w:pPr>
        <w:jc w:val="right"/>
      </w:pPr>
      <w:r>
        <w:t>और कितना नुकसान हुआ है, कितना तबाही हुई है।</w:t>
      </w:r>
    </w:p>
    <w:p>
      <w:r>
        <w:rPr>
          <w:b/>
        </w:rPr>
        <w:t xml:space="preserve">[35:35] </w:t>
      </w:r>
      <w:r>
        <w:t>lekin abhi bhi wahan par yeh haal hai ki jo chahta hai padhna ho, khoob padh raha hai.</w:t>
      </w:r>
    </w:p>
    <w:p>
      <w:pPr>
        <w:jc w:val="right"/>
      </w:pPr>
      <w:r>
        <w:t>लेकिन अभी भी वहां पर यह हाल है कि जो चाहता है पढ़ना हो, खूब पढ़ रहा है।</w:t>
      </w:r>
    </w:p>
    <w:p>
      <w:r>
        <w:rPr>
          <w:b/>
        </w:rPr>
        <w:t xml:space="preserve">[35:41] </w:t>
      </w:r>
      <w:r>
        <w:t>jo chahta hai business karna ho, khoob business kar raha hai.</w:t>
      </w:r>
    </w:p>
    <w:p>
      <w:pPr>
        <w:jc w:val="right"/>
      </w:pPr>
      <w:r>
        <w:t>जो चाहता है बिजनेस करना हो, खूब बिजनेस कर रहा है।</w:t>
      </w:r>
    </w:p>
    <w:p>
      <w:r>
        <w:rPr>
          <w:b/>
        </w:rPr>
        <w:t xml:space="preserve">[35:44] </w:t>
      </w:r>
      <w:r>
        <w:t>maine khud dekha ki wahan par achhe-achhe dukane thin arbon ki.</w:t>
      </w:r>
    </w:p>
    <w:p>
      <w:pPr>
        <w:jc w:val="right"/>
      </w:pPr>
      <w:r>
        <w:t>मैंने खुद देखा कि वहां पर अच्छे-अच्छे दुकाने थीं अरबों की।</w:t>
      </w:r>
    </w:p>
    <w:p>
      <w:r>
        <w:rPr>
          <w:b/>
        </w:rPr>
        <w:t xml:space="preserve">[35:50] </w:t>
      </w:r>
      <w:r>
        <w:t>abhi aap jaakar dekhiye, Masjid Aqsa ke charon taraf arbon ki dukane hain, khoob bheed lagi rehti hai</w:t>
      </w:r>
    </w:p>
    <w:p>
      <w:pPr>
        <w:jc w:val="right"/>
      </w:pPr>
      <w:r>
        <w:t>अभी आप जाकर देखिए, मस्जिद अकसा के चारों तरफ अरबों की दुकाने हैं, खूब भीड़ लगी रहती है</w:t>
      </w:r>
    </w:p>
    <w:p>
      <w:r>
        <w:rPr>
          <w:b/>
        </w:rPr>
        <w:t xml:space="preserve">[35:55] </w:t>
      </w:r>
      <w:r>
        <w:t>wahan par. to aap dekhiye ki</w:t>
      </w:r>
    </w:p>
    <w:p>
      <w:pPr>
        <w:jc w:val="right"/>
      </w:pPr>
      <w:r>
        <w:t>वहां पर। तो आप देखिए कि</w:t>
      </w:r>
    </w:p>
    <w:p>
      <w:r>
        <w:rPr>
          <w:b/>
        </w:rPr>
        <w:t xml:space="preserve">[36:01] </w:t>
      </w:r>
      <w:r>
        <w:t>log lad rahe hain zameen ke liye, zameen mein idar kayam karne ke liye.</w:t>
      </w:r>
    </w:p>
    <w:p>
      <w:pPr>
        <w:jc w:val="right"/>
      </w:pPr>
      <w:r>
        <w:t>लोग लड़ रहे हैं जमीन के लिए, जमीन में इदार कायम करने के लिए।</w:t>
      </w:r>
    </w:p>
    <w:p>
      <w:r>
        <w:rPr>
          <w:b/>
        </w:rPr>
        <w:t xml:space="preserve">[36:07] </w:t>
      </w:r>
      <w:r>
        <w:t>lekin aaye usi waqt kya hai?</w:t>
      </w:r>
    </w:p>
    <w:p>
      <w:pPr>
        <w:jc w:val="right"/>
      </w:pPr>
      <w:r>
        <w:t>लेकिन आए उसी वक्त क्या है?</w:t>
      </w:r>
    </w:p>
    <w:p>
      <w:r>
        <w:rPr>
          <w:b/>
        </w:rPr>
        <w:t xml:space="preserve">[36:10] </w:t>
      </w:r>
      <w:r>
        <w:t>achhi education aap bhi aaj bhi le pa rahe hain. woh aaj bhi woh achha business kar rahe hain. aaj bhi wahan par tourism chal raha hai, aaj bhi dawa work ho raha hai. main khud teen baar gaya hoon wahan par. hamare saathi wahan par khoob unhone quran taqseem kiya, khoob kitabein di, islami kitabein, khoob logon se baatein ki islam par. koi rukawat hi nahi,</w:t>
      </w:r>
    </w:p>
    <w:p>
      <w:pPr>
        <w:jc w:val="right"/>
      </w:pPr>
      <w:r>
        <w:t>अच्छी एजुकेशन आप भी आज भी ले पा रहे हैं। वो आज भी वह अच्छा बिजनेस कर रहे हैं। आज भी वहां पर टूरिज्म चल रहा है, आज भी दावा वर्क हो रहा है। मैं खुद तीन बार गया हूं वहां पर। हमारे साथी वहां पर खूब उन्होंने कुरान तकसीम किया, खूब किताबें दी, इस्लामी किताबें, खूब लोगों से बातें की इस्लाम पर। कोई रुकावट ही नहीं,</w:t>
      </w:r>
    </w:p>
    <w:p>
      <w:r>
        <w:rPr>
          <w:b/>
        </w:rPr>
        <w:t xml:space="preserve">[36:35] </w:t>
      </w:r>
      <w:r>
        <w:t>koi rukawat nahi. to aaj jabke log ek unnecessary war mein mashgool hain, abhi bhi itne zabardast opportunity wahan par hain.</w:t>
      </w:r>
    </w:p>
    <w:p>
      <w:pPr>
        <w:jc w:val="right"/>
      </w:pPr>
      <w:r>
        <w:t>कोई रुकावट नहीं। तो आज जबक लोग एक अननेसेसरी वार में मशगूल हैं, अभी भी इतने जबरदस्त अपॉर्चुनिटी वहां पर हैं।</w:t>
      </w:r>
    </w:p>
    <w:p>
      <w:r>
        <w:rPr>
          <w:b/>
        </w:rPr>
        <w:t xml:space="preserve">[36:51] </w:t>
      </w:r>
      <w:r>
        <w:t>aap agar unka avail karein to sab kuch aapko hasil hai, yaani ki education bhi, business bhi, dawa work bhi, tourism bhi, sab kuch hasil hai. to phir ladai kis liye?</w:t>
      </w:r>
    </w:p>
    <w:p>
      <w:pPr>
        <w:jc w:val="right"/>
      </w:pPr>
      <w:r>
        <w:t>आप अगर उनका अवेल करें तो सब कुछ आपको हासिल है, यानी कि एजुकेशन भी, बिजनेस भी, दावा वर्क भी, टूरिज्म भी, सब कुछ हासिल है। तो फिर लड़ाई किस लिए?</w:t>
      </w:r>
    </w:p>
    <w:p>
      <w:r>
        <w:rPr>
          <w:b/>
        </w:rPr>
        <w:t xml:space="preserve">[37:09] </w:t>
      </w:r>
      <w:r>
        <w:t>for what? isi liye maine jab suna usko, yeh kehte hue ki yeh ek uneven war hai, to maine kaha nahi, yeh ek unnecessary war hai. jab sab kuch mil raha ho, lade baghair ladne ki zaroorat kya hai?</w:t>
      </w:r>
    </w:p>
    <w:p>
      <w:pPr>
        <w:jc w:val="right"/>
      </w:pPr>
      <w:r>
        <w:t>फॉर व्हाट? इसीलिए मैंने जब सुना उसको, यह कहते हुए कि यह एक अनइवन वार है, तो मैंने कहा नहीं, यह एक अननेसेसरी वार है। जब सब कुछ मिल रहा हो, लड़े बगैर लड़ने की जरूरत क्या है?</w:t>
      </w:r>
    </w:p>
    <w:p>
      <w:r>
        <w:rPr>
          <w:b/>
        </w:rPr>
        <w:t xml:space="preserve">[37:30] </w:t>
      </w:r>
      <w:r>
        <w:t>to wahi hai hazrat abdullah umar ne jo kaha tha, qatna. wo to humne kar diya, jo rukawat thi, khatam kar di. ab to khoob avail karo mawaqe ko,</w:t>
      </w:r>
    </w:p>
    <w:p>
      <w:pPr>
        <w:jc w:val="right"/>
      </w:pPr>
      <w:r>
        <w:t>तो वही है हजरत अब्दुल्ला उमर ने जो कहा था, कत्फना। वो तो हमने कर दिया, जो रुकावट थी, खत्म कर दी। अब तो खूब अवेल करो मवाके को,</w:t>
      </w:r>
    </w:p>
    <w:p>
      <w:r>
        <w:rPr>
          <w:b/>
        </w:rPr>
        <w:t xml:space="preserve">[37:43] </w:t>
      </w:r>
      <w:r>
        <w:t>opportunity ko khoob avail karo har field mein. to allah taala ne tareekh mein aise asbab paida kiye,</w:t>
      </w:r>
    </w:p>
    <w:p>
      <w:pPr>
        <w:jc w:val="right"/>
      </w:pPr>
      <w:r>
        <w:t>अपॉर्चुनिटी को खूब अवेल करो हर फील्ड में। तो अल्लाह ताला ने तारीख में ऐसे असबाब पैदा किए,</w:t>
      </w:r>
    </w:p>
    <w:p>
      <w:r>
        <w:rPr>
          <w:b/>
        </w:rPr>
        <w:t xml:space="preserve">[37:58] </w:t>
      </w:r>
      <w:r>
        <w:t>ek ek lamba process chalaya. achanak aisi tabdiliya dekhiye, achanak nahi hoti hai. yeh process ke roop mein hoti hai. process to allah taala ne tareekh mein ek aisa process chalaya.</w:t>
      </w:r>
    </w:p>
    <w:p>
      <w:pPr>
        <w:jc w:val="right"/>
      </w:pPr>
      <w:r>
        <w:t>एक एक लंबा प्रोसेस चलाया। अचानक ऐसी तबलिया देखिए, अचानक नहीं होती है। यह प्रोसेस के रूप में होती है। प्रोसेस तो अल्लाह ताला ने तारीख में एक ऐसा प्रोसेस चलाया।</w:t>
      </w:r>
    </w:p>
    <w:p>
      <w:r>
        <w:rPr>
          <w:b/>
        </w:rPr>
        <w:t xml:space="preserve">[38:17] </w:t>
      </w:r>
      <w:r>
        <w:t>aise aisi tabdiliya hui, aise inkilabath hue ki poora daur badal gaya. daur jang khatam ho gaya, daur aman aa gaya. talwar jo hai,</w:t>
      </w:r>
    </w:p>
    <w:p>
      <w:pPr>
        <w:jc w:val="right"/>
      </w:pPr>
      <w:r>
        <w:t>ऐसे ऐसी तबलिया हुई, ऐसे इंकलाबात हुए कि पूरा दौर बदल गया। दौर दौर जंग खत्म हो गया, दौर अमन आ गया। तलवार जो है,</w:t>
      </w:r>
    </w:p>
    <w:p>
      <w:r>
        <w:rPr>
          <w:b/>
        </w:rPr>
        <w:t xml:space="preserve">[38:31] </w:t>
      </w:r>
      <w:r>
        <w:t>ghair zaroori cheez ban gayi, aman sabse badi taqat ban gayi. ab kisi bhi mulk mein, aapki israel se lekar india tak, jahan bhi kisi bhi mulk mein aap jaiye,</w:t>
      </w:r>
    </w:p>
    <w:p>
      <w:pPr>
        <w:jc w:val="right"/>
      </w:pPr>
      <w:r>
        <w:t>गैर जरूरी चीज बन गई, अमन सबसे बड़ी ताकत बन गई। अब किसी भी मुल्क में, आपकी इजराइल से लेकर इंडिया तक, जहां भी किसी भी मुल्क में आप जाइए,</w:t>
      </w:r>
    </w:p>
    <w:p>
      <w:r>
        <w:rPr>
          <w:b/>
        </w:rPr>
        <w:t xml:space="preserve">[38:46] </w:t>
      </w:r>
      <w:r>
        <w:t>agar aap</w:t>
      </w:r>
    </w:p>
    <w:p>
      <w:pPr>
        <w:jc w:val="right"/>
      </w:pPr>
      <w:r>
        <w:t>अगर आप</w:t>
      </w:r>
    </w:p>
    <w:p>
      <w:r>
        <w:rPr>
          <w:b/>
        </w:rPr>
        <w:t xml:space="preserve">[38:51] </w:t>
      </w:r>
      <w:r>
        <w:t>basoor hain, baaton ko samajhte hain, agar aap pass wisdom ho, aap pass baseerat hai, to aap jo chahte hain, wo kar sakte hain. yeh dawa work kijiye,</w:t>
      </w:r>
    </w:p>
    <w:p>
      <w:pPr>
        <w:jc w:val="right"/>
      </w:pPr>
      <w:r>
        <w:t>बासूर हैं, बातों को समझते हैं, अगर आप पास विजडम हो, आप पास बसीरत है, तो आप जो चाहते हैं, वह कर सकते हैं। य दावा वर्क कीजिए,</w:t>
      </w:r>
    </w:p>
    <w:p>
      <w:r>
        <w:rPr>
          <w:b/>
        </w:rPr>
        <w:t xml:space="preserve">[39:05] </w:t>
      </w:r>
      <w:r>
        <w:t>education ke idare chalaiye, industry lagaiye, business kijiye.</w:t>
      </w:r>
    </w:p>
    <w:p>
      <w:pPr>
        <w:jc w:val="right"/>
      </w:pPr>
      <w:r>
        <w:t>एजुकेशन के इदार चलाइए, इंडस्ट्री लगाइए, बिजनेस कीजिए।</w:t>
      </w:r>
    </w:p>
    <w:p>
      <w:r>
        <w:rPr>
          <w:b/>
        </w:rPr>
        <w:t xml:space="preserve">[39:15] </w:t>
      </w:r>
      <w:r>
        <w:t>sab kuch jab sab kuch hasil hai, to phir ladna kis liye? ladai kis liye?</w:t>
      </w:r>
    </w:p>
    <w:p>
      <w:pPr>
        <w:jc w:val="right"/>
      </w:pPr>
      <w:r>
        <w:t>सब कुछ जब सब कुछ हासिल है, तो फिर लड़ना किस लिए? लड़ाई किस लिए?</w:t>
      </w:r>
    </w:p>
    <w:p>
      <w:r>
        <w:rPr>
          <w:b/>
        </w:rPr>
        <w:t xml:space="preserve">[39:27] </w:t>
      </w:r>
      <w:r>
        <w:t>yeh hai masad ki sabse bada paigham, jo aaj ki khabar se mujhe mila ki bal thackeray ki death ek taraf aur doosri taraf hamas ka headquarter tabah. do waqiyat ki khabar aaj hi aayi hai.</w:t>
      </w:r>
    </w:p>
    <w:p>
      <w:pPr>
        <w:jc w:val="right"/>
      </w:pPr>
      <w:r>
        <w:t>यह है मसद की सबसे बड़ा पैगाम, जो आज की खबर से मुझे मिला कि बाल ठाकरे की डेथ एक तरफ और दूसरी तरफ हमास का हेड क्वार्टर तबाह। दो वाक्यात की खबर आज ही आई है।</w:t>
      </w:r>
    </w:p>
    <w:p>
      <w:r>
        <w:rPr>
          <w:b/>
        </w:rPr>
        <w:t xml:space="preserve">[39:48] </w:t>
      </w:r>
      <w:r>
        <w:t>us par sochte sochte main samjha, is haqeeqat tak pahuncha ki kitne naye zamane mein hum dakhil ho chuke hain. 21st century ek nayi century hai, bilkul nayi.</w:t>
      </w:r>
    </w:p>
    <w:p>
      <w:pPr>
        <w:jc w:val="right"/>
      </w:pPr>
      <w:r>
        <w:t>उस पर सोचते सोचते मैं समझा, इस हकीकत तक पहुंचा कि कितने नए जमाने में हम दाखिल हो चुके हैं। 21 सेंचुरी एक नई सेंचुरी है, बिल्कुल नई।</w:t>
      </w:r>
    </w:p>
    <w:p>
      <w:r>
        <w:rPr>
          <w:b/>
        </w:rPr>
        <w:t xml:space="preserve">[40:04] </w:t>
      </w:r>
      <w:r>
        <w:t>in rukawaton ko khatam ki ki century. sab kuch jo aap chahte hain, wo hasil kar sakte hain aman ki taqat se, ideology ki taqat se.</w:t>
      </w:r>
    </w:p>
    <w:p>
      <w:pPr>
        <w:jc w:val="right"/>
      </w:pPr>
      <w:r>
        <w:t>इन रुकावटों को खत्म की कि सेंचुरी। सब कुछ जो आप चाहते हैं, वह हासिल कर सकते हैं अमन की ताकत से, आइडियोलॉजी की ताकत से।</w:t>
      </w:r>
    </w:p>
    <w:p>
      <w:r>
        <w:rPr>
          <w:b/>
        </w:rPr>
        <w:t xml:space="preserve">[40:19] </w:t>
      </w:r>
      <w:r>
        <w:t>yaani violent activism ka daur khatam aur peaceful activism ka daur ab duniya mein aa gaya.</w:t>
      </w:r>
    </w:p>
    <w:p>
      <w:pPr>
        <w:jc w:val="right"/>
      </w:pPr>
      <w:r>
        <w:t>यानी वायलेंट एक्टिविज्म का दौर खत्म और पीसफुल एक्टिविज्म का दौर अब दुनिया में आ गया।</w:t>
      </w:r>
    </w:p>
    <w:p>
      <w:r>
        <w:rPr>
          <w:b/>
        </w:rPr>
        <w:t xml:space="preserve">[40:29] </w:t>
      </w:r>
      <w:r>
        <w:t>violent activism ka daur khatam. wo to sach poochhe to second world war ke baad hi khatam ho chuka tha. ab to aakhri taur par wo khatma ho chuka hai. uska</w:t>
      </w:r>
    </w:p>
    <w:p>
      <w:pPr>
        <w:jc w:val="right"/>
      </w:pPr>
      <w:r>
        <w:t>वायलेंट एक्टिविज्म का दौर खत्म। वो तो सच पूछे तो सेकंड वर्ल्ड वार के बाद ही खत्म हो चुका था। अब तो आखिरी तौर पर वो खात्मा हो चुका है। उसका</w:t>
      </w:r>
    </w:p>
    <w:p>
      <w:r>
        <w:rPr>
          <w:b/>
        </w:rPr>
        <w:t xml:space="preserve">[40:45] </w:t>
      </w:r>
      <w:r>
        <w:t>log jhoothe politics mein fase rehte hain. jhoothe politics ke liye andhe bane bane rehte hain. andhe jhoothi politics hai jisne logon ko andha bana rakha hai.</w:t>
      </w:r>
    </w:p>
    <w:p>
      <w:pPr>
        <w:jc w:val="right"/>
      </w:pPr>
      <w:r>
        <w:t>लोग झूठे पॉलिटिक्स में फंसे रहते हैं। झूठे पॉलिटिक्स के लिए अंधे बने बने रहते हैं। अंधे झूठी पॉलिटिक्स है जिसने लोगों को अंधा बना रखा है।</w:t>
      </w:r>
    </w:p>
    <w:p>
      <w:r>
        <w:rPr>
          <w:b/>
        </w:rPr>
        <w:t xml:space="preserve">[41:00] </w:t>
      </w:r>
      <w:r>
        <w:t>jhoothi politics ne. warna jab opportunity ke darwaze khul jayen, jab mawaqe ke raste khul jayen, to phir ladna kis liye?</w:t>
      </w:r>
    </w:p>
    <w:p>
      <w:pPr>
        <w:jc w:val="right"/>
      </w:pPr>
      <w:r>
        <w:t>झूठी पॉलिटिक्स ने। वरना जब अपॉर्चुनिटी के दरवाजे खुल जाएं, जब मवाके के रास्ते खुल जाएं, तो फिर लड़ना किस लिए?</w:t>
      </w:r>
    </w:p>
    <w:p>
      <w:r>
        <w:rPr>
          <w:b/>
        </w:rPr>
        <w:t xml:space="preserve">[41:12] </w:t>
      </w:r>
      <w:r>
        <w:t>kisi se ladna kis liye?</w:t>
      </w:r>
    </w:p>
    <w:p>
      <w:pPr>
        <w:jc w:val="right"/>
      </w:pPr>
      <w:r>
        <w:t>किसी से लड़ना किस लिए?</w:t>
      </w:r>
    </w:p>
    <w:p>
      <w:r>
        <w:rPr>
          <w:b/>
        </w:rPr>
        <w:t xml:space="preserve">[41:17] </w:t>
      </w:r>
      <w:r>
        <w:t>ladai hoti hai kisi masad ke liye. faka kehte hain, qatar jo hai, hasan lajati nahi hai, hasan lagar hi hai.</w:t>
      </w:r>
    </w:p>
    <w:p>
      <w:pPr>
        <w:jc w:val="right"/>
      </w:pPr>
      <w:r>
        <w:t>लड़ाई होती है किसी मकसद के लिए। फका कहते हैं, कतार जो है, हसन लजाती नहीं है, हसन लगर ही है।</w:t>
      </w:r>
    </w:p>
    <w:p>
      <w:r>
        <w:rPr>
          <w:b/>
        </w:rPr>
        <w:t xml:space="preserve">[41:30] </w:t>
      </w:r>
      <w:r>
        <w:t>yaani jang ka masad yeh nahi ki jang bara jang, balki jang ka masad hota hai kisi cheez ko hasil karna. to ab to agar aap lade, to wo jang bara jang banegi. jang lajati hi banegi aur jang lajati din mein kuch nahi hai.</w:t>
      </w:r>
    </w:p>
    <w:p>
      <w:pPr>
        <w:jc w:val="right"/>
      </w:pPr>
      <w:r>
        <w:t>यानी जंग का मकसद यह नहीं कि जंग बरा जंग, बल्कि जंग का मकसद होता है किसी चीज को हासिल करना। तो अब तो अगर आप लड़े, तो वो जंग बरा जंग बनेगी। जंग लजाती ही बनेगी और जंग लजाती दिन में कुछ नहीं है।</w:t>
      </w:r>
    </w:p>
    <w:p>
      <w:r>
        <w:rPr>
          <w:b/>
        </w:rPr>
        <w:t xml:space="preserve">[41:55] </w:t>
      </w:r>
      <w:r>
        <w:t>ab to planning ki ahmiyat hai, aqal ki ahmiyat hai, shaoor ki ahmiyat hai, samajh boojh ki ahmiyat hai, wisdom ki ahmiyat hai. wisdom, wisdom ko istemal kijiye aur samajh boojh karke halaat ko janiye aur planning kijiye.</w:t>
      </w:r>
    </w:p>
    <w:p>
      <w:pPr>
        <w:jc w:val="right"/>
      </w:pPr>
      <w:r>
        <w:t>अब तो प्लानिंग की अहमियत है, अकल की अहमियत है, शूर की अहमियत है, समझबूझ की अहमियत है, विजडम की अहमियत है। विजडम, विजडम को इस्तेमाल कीजिए और समझबूझ करके हालात को जानिए और प्लानिंग कीजिए।</w:t>
      </w:r>
    </w:p>
    <w:p>
      <w:r>
        <w:rPr>
          <w:b/>
        </w:rPr>
        <w:t xml:space="preserve">[42:17] </w:t>
      </w:r>
      <w:r>
        <w:t>aur main samajhta hoon ki sabse bada kaam jo hai, dawa work. sabse bada kaam hai dawat, dawat, dawat allah. sabse bada kaam hai. jaise ki maine misaal di</w:t>
      </w:r>
    </w:p>
    <w:p>
      <w:pPr>
        <w:jc w:val="right"/>
      </w:pPr>
      <w:r>
        <w:t>और मैं समझता हूं कि सबसे बड़ा काम जो है, दावा वर्क। सबसे बड़ा काम है दावत, दावत, दावत अल्लाह। सबसे बड़ा काम है। जैसे कि मैंने मिसाल दी</w:t>
      </w:r>
    </w:p>
    <w:p>
      <w:r>
        <w:rPr>
          <w:b/>
        </w:rPr>
        <w:t xml:space="preserve">[42:35] </w:t>
      </w:r>
      <w:r>
        <w:t>ki hamare ek saathi gunah mein gaye</w:t>
      </w:r>
    </w:p>
    <w:p>
      <w:pPr>
        <w:jc w:val="right"/>
      </w:pPr>
      <w:r>
        <w:t>कि हमारे एक साथी गुनाह में गए</w:t>
      </w:r>
    </w:p>
    <w:p>
      <w:r>
        <w:rPr>
          <w:b/>
        </w:rPr>
        <w:t xml:space="preserve">[42:39] </w:t>
      </w:r>
      <w:r>
        <w:t>aur unhon ne Quran pesh kiya,</w:t>
      </w:r>
    </w:p>
    <w:p>
      <w:pPr>
        <w:jc w:val="right"/>
      </w:pPr>
      <w:r>
        <w:t>और उन्होंने कुरान पेश किया,</w:t>
      </w:r>
    </w:p>
    <w:p>
      <w:r>
        <w:rPr>
          <w:b/>
        </w:rPr>
        <w:t xml:space="preserve">[42:42] </w:t>
      </w:r>
      <w:r>
        <w:t>to kitna bada waqia pesh aaya.</w:t>
      </w:r>
    </w:p>
    <w:p>
      <w:pPr>
        <w:jc w:val="right"/>
      </w:pPr>
      <w:r>
        <w:t>तो कितना बड़ा वाकया पेश आया।</w:t>
      </w:r>
    </w:p>
    <w:p>
      <w:r>
        <w:rPr>
          <w:b/>
        </w:rPr>
        <w:t xml:space="preserve">[42:48] </w:t>
      </w:r>
      <w:r>
        <w:t>Quran English mein kaha tha ki "He came, he saw, he conquered".</w:t>
      </w:r>
    </w:p>
    <w:p>
      <w:pPr>
        <w:jc w:val="right"/>
      </w:pPr>
      <w:r>
        <w:t>कुरान अंग्रेजी में कहा था कि "ही केम हीसा ही कांकड़"।</w:t>
      </w:r>
    </w:p>
    <w:p>
      <w:r>
        <w:rPr>
          <w:b/>
        </w:rPr>
        <w:t xml:space="preserve">[42:52] </w:t>
      </w:r>
      <w:r>
        <w:t>wahi to ho gaya "hi</w:t>
      </w:r>
    </w:p>
    <w:p>
      <w:pPr>
        <w:jc w:val="right"/>
      </w:pPr>
      <w:r>
        <w:t>वही तो हो गया "ही</w:t>
      </w:r>
    </w:p>
    <w:p>
      <w:r>
        <w:rPr>
          <w:b/>
        </w:rPr>
        <w:t xml:space="preserve">[42:56] </w:t>
      </w:r>
      <w:r>
        <w:t>came he saw he conquered" कि कुरान आपने दिया और उसके दिलों का फतह कर लिया।</w:t>
      </w:r>
    </w:p>
    <w:p>
      <w:pPr>
        <w:jc w:val="right"/>
      </w:pPr>
      <w:r>
        <w:t>केम हीसा ही कांकड़" कि कुरान आपने दिया और उसके दिलों का फतह कर लिया।</w:t>
      </w:r>
    </w:p>
    <w:p>
      <w:r>
        <w:rPr>
          <w:b/>
        </w:rPr>
        <w:t xml:space="preserve">[43:04] </w:t>
      </w:r>
      <w:r>
        <w:t>kyunki Quran aadmi ke mind ko address karta hai.</w:t>
      </w:r>
    </w:p>
    <w:p>
      <w:pPr>
        <w:jc w:val="right"/>
      </w:pPr>
      <w:r>
        <w:t>क्योंकि कुरान आदमी के माइंड को एड्रेस करता है।</w:t>
      </w:r>
    </w:p>
    <w:p>
      <w:r>
        <w:rPr>
          <w:b/>
        </w:rPr>
        <w:t xml:space="preserve">[43:07] </w:t>
      </w:r>
      <w:r>
        <w:t>quran aadmi ke sawalaat ka jawab deta hai.</w:t>
      </w:r>
    </w:p>
    <w:p>
      <w:pPr>
        <w:jc w:val="right"/>
      </w:pPr>
      <w:r>
        <w:t>कुरान आदमी के सवालात का जवाब देता है।</w:t>
      </w:r>
    </w:p>
    <w:p>
      <w:r>
        <w:rPr>
          <w:b/>
        </w:rPr>
        <w:t xml:space="preserve">[43:11] </w:t>
      </w:r>
      <w:r>
        <w:t>quran insaan ko apne khaliq ka taruf karata hai.</w:t>
      </w:r>
    </w:p>
    <w:p>
      <w:pPr>
        <w:jc w:val="right"/>
      </w:pPr>
      <w:r>
        <w:t>कुरान इंसान को अपने खालिक का तारुफ कराता है।</w:t>
      </w:r>
    </w:p>
    <w:p>
      <w:r>
        <w:rPr>
          <w:b/>
        </w:rPr>
        <w:t xml:space="preserve">[43:15] </w:t>
      </w:r>
      <w:r>
        <w:t>قرآن بتاتا ہے کہ "What is the Christian plan of God".</w:t>
      </w:r>
    </w:p>
    <w:p>
      <w:pPr>
        <w:jc w:val="right"/>
      </w:pPr>
      <w:r>
        <w:t>कुरान बताता है कि "व्हाट इज द क्रिश्चियन प्लान ऑफ गॉड"।</w:t>
      </w:r>
    </w:p>
    <w:p>
      <w:r>
        <w:rPr>
          <w:b/>
        </w:rPr>
        <w:t xml:space="preserve">[43:19] </w:t>
      </w:r>
      <w:r>
        <w:t>in saari baaton</w:t>
      </w:r>
    </w:p>
    <w:p>
      <w:pPr>
        <w:jc w:val="right"/>
      </w:pPr>
      <w:r>
        <w:t>इन सारी बातों</w:t>
      </w:r>
    </w:p>
    <w:p>
      <w:r>
        <w:rPr>
          <w:b/>
        </w:rPr>
        <w:t xml:space="preserve">[43:20] </w:t>
      </w:r>
      <w:r>
        <w:t>ka jawab wo quran mein pa leta. to yahi to insan ka masla hai.</w:t>
      </w:r>
    </w:p>
    <w:p>
      <w:pPr>
        <w:jc w:val="right"/>
      </w:pPr>
      <w:r>
        <w:t>का जवाब वो कुरान में पा लेता। तो यही तो इंसान का मसला है।</w:t>
      </w:r>
    </w:p>
    <w:p>
      <w:r>
        <w:rPr>
          <w:b/>
        </w:rPr>
        <w:t xml:space="preserve">[43:30] </w:t>
      </w:r>
      <w:r>
        <w:t>yahi to insan ka masla hai ke jis masle mein insan subah sham fasa hua hai, us masle mein quran ko usko jawab deta hai, jawab faraham karta hai.</w:t>
      </w:r>
    </w:p>
    <w:p>
      <w:pPr>
        <w:jc w:val="right"/>
      </w:pPr>
      <w:r>
        <w:t>यही तो इंसान का मसला है कि जिस मसले में इंसान सुबह शाम फंसा हुआ है, उस मसले में कुरान को उसको जवाब देता है, जवाब फराम करता है।</w:t>
      </w:r>
    </w:p>
    <w:p>
      <w:r>
        <w:rPr>
          <w:b/>
        </w:rPr>
        <w:t xml:space="preserve">[43:48] </w:t>
      </w:r>
      <w:r>
        <w:t>to jin logon ko dawat allah se jism na ho, unko bhi ladne ki zaroorat nahi hai. wo bhi education ka kaam karen, taaleem ka kaam karen. ladna kya hai?</w:t>
      </w:r>
    </w:p>
    <w:p>
      <w:pPr>
        <w:jc w:val="right"/>
      </w:pPr>
      <w:r>
        <w:t>तो जिन लोगों को दावत अल्लाह से जिस्म ना हो, उनको भी लड़ने की जरूरत नहीं है। वो भी एजुकेशन का काम करें, तालीम का काम करें। लड़ना क्या है?</w:t>
      </w:r>
    </w:p>
    <w:p>
      <w:r>
        <w:rPr>
          <w:b/>
        </w:rPr>
        <w:t xml:space="preserve">[44:00] </w:t>
      </w:r>
      <w:r>
        <w:t>lekin hamara jo mission hai, hamara mission to daawati mission hai. hum allah akbar se dawat allah ke kaam mein mashgool hain.</w:t>
      </w:r>
    </w:p>
    <w:p>
      <w:pPr>
        <w:jc w:val="right"/>
      </w:pPr>
      <w:r>
        <w:t>लेकिन हमारा जो मिशन है, हमारा मिशन तो दावती मिशन है। हम अल्लाह अकबर से दावत अल्लाह के काम में मशगूल हैं।</w:t>
      </w:r>
    </w:p>
    <w:p>
      <w:r>
        <w:rPr>
          <w:b/>
        </w:rPr>
        <w:t xml:space="preserve">[44:19] </w:t>
      </w:r>
      <w:r>
        <w:t>dekhiye, hadees mein aaya hai ke "la yaaka ala zahri larj bait madarin wabar illa athla kalmat islam". yeh hadees musadd imam mohammad musadd imam mohammad mein maujood hai.</w:t>
      </w:r>
    </w:p>
    <w:p>
      <w:pPr>
        <w:jc w:val="right"/>
      </w:pPr>
      <w:r>
        <w:t>देखिए, हदीस में आया है कि "ला याका अला जहरी लर्ज बैत मदरिन वबर इल्ला अथला कलमत इस्लाम"। यह हदीस मुसद इमाम मोहम्मद मुसद इमाम मोहम्मद में मौजूद है।</w:t>
      </w:r>
    </w:p>
    <w:p>
      <w:r>
        <w:rPr>
          <w:b/>
        </w:rPr>
        <w:t xml:space="preserve">[44:38] </w:t>
      </w:r>
      <w:r>
        <w:t>yeh hadees ek peshi goi ki zuban mein hai, prediction ki zuban mein hai ke ek waqt aayega jabk zameen par, yaani globe par,</w:t>
      </w:r>
    </w:p>
    <w:p>
      <w:pPr>
        <w:jc w:val="right"/>
      </w:pPr>
      <w:r>
        <w:t>यह हदीस एक पेशी गोई की जुबान में है, प्रेडिक्शन की जुबान में है कि एक वक्त आएगा जबक जमीन पर, यानी ग्लोब पर,</w:t>
      </w:r>
    </w:p>
    <w:p>
      <w:r>
        <w:rPr>
          <w:b/>
        </w:rPr>
        <w:t xml:space="preserve">[44:53] </w:t>
      </w:r>
      <w:r>
        <w:t>koi chhota ya bada ghar nahi bachega, magar wahan islam ka kalma dakhil ho jayega.</w:t>
      </w:r>
    </w:p>
    <w:p>
      <w:pPr>
        <w:jc w:val="right"/>
      </w:pPr>
      <w:r>
        <w:t>कोई छोटा या बड़ा घर नहीं बचेगा, मगर वहां इस्लाम का कलमा दाखिल हो जाएगा।</w:t>
      </w:r>
    </w:p>
    <w:p>
      <w:r>
        <w:rPr>
          <w:b/>
        </w:rPr>
        <w:t xml:space="preserve">[45:03] </w:t>
      </w:r>
      <w:r>
        <w:t>dekhiye, yeh hadees jo thi,</w:t>
      </w:r>
    </w:p>
    <w:p>
      <w:pPr>
        <w:jc w:val="right"/>
      </w:pPr>
      <w:r>
        <w:t>देखिए, यह हदीस जो थी,</w:t>
      </w:r>
    </w:p>
    <w:p>
      <w:r>
        <w:rPr>
          <w:b/>
        </w:rPr>
        <w:t xml:space="preserve">[45:07] </w:t>
      </w:r>
      <w:r>
        <w:t>iska yeh allah taala ke ek mansha ko bata rahi thi.</w:t>
      </w:r>
    </w:p>
    <w:p>
      <w:pPr>
        <w:jc w:val="right"/>
      </w:pPr>
      <w:r>
        <w:t>इसका यह अल्लाह ताला के एक मंशा को बता रही थी।</w:t>
      </w:r>
    </w:p>
    <w:p>
      <w:r>
        <w:rPr>
          <w:b/>
        </w:rPr>
        <w:t xml:space="preserve">[45:10] </w:t>
      </w:r>
      <w:r>
        <w:t>allah taala ka mansha yeh hai ki allah ka paigham</w:t>
      </w:r>
    </w:p>
    <w:p>
      <w:pPr>
        <w:jc w:val="right"/>
      </w:pPr>
      <w:r>
        <w:t>अल्लाह ताला का मंशा यह है कि अल्लाह का पैगाम</w:t>
      </w:r>
    </w:p>
    <w:p>
      <w:r>
        <w:rPr>
          <w:b/>
        </w:rPr>
        <w:t xml:space="preserve">[45:16] </w:t>
      </w:r>
      <w:r>
        <w:t>se koi bhi ghar, koi bhi insaan</w:t>
      </w:r>
    </w:p>
    <w:p>
      <w:pPr>
        <w:jc w:val="right"/>
      </w:pPr>
      <w:r>
        <w:t>से कोई भी घर, कोई भी इंसान</w:t>
      </w:r>
    </w:p>
    <w:p>
      <w:r>
        <w:rPr>
          <w:b/>
        </w:rPr>
        <w:t xml:space="preserve">[45:20] </w:t>
      </w:r>
      <w:r>
        <w:t>aisa na hai jisko pahunchna gaya ho.</w:t>
      </w:r>
    </w:p>
    <w:p>
      <w:pPr>
        <w:jc w:val="right"/>
      </w:pPr>
      <w:r>
        <w:t>ऐसा ना है जिसको पहुंचना गया हो।</w:t>
      </w:r>
    </w:p>
    <w:p>
      <w:r>
        <w:rPr>
          <w:b/>
        </w:rPr>
        <w:t xml:space="preserve">[45:23] </w:t>
      </w:r>
      <w:r>
        <w:t>saare zameen par allah ka paigham pahunch jaaye, ghar-ghar pahunch jaaye, har aurat aur mard tak pahunch jaaye.</w:t>
      </w:r>
    </w:p>
    <w:p>
      <w:pPr>
        <w:jc w:val="right"/>
      </w:pPr>
      <w:r>
        <w:t>सारे जमीन पर अल्लाह का पैगाम पहुंच जाए, घर-घर पहुंच जाए, हर औरत और मर्द तक पहुंच जाए।</w:t>
      </w:r>
    </w:p>
    <w:p>
      <w:r>
        <w:rPr>
          <w:b/>
        </w:rPr>
        <w:t xml:space="preserve">[45:30] </w:t>
      </w:r>
      <w:r>
        <w:t>"lakna lil aalameen nazeera".</w:t>
      </w:r>
    </w:p>
    <w:p>
      <w:pPr>
        <w:jc w:val="right"/>
      </w:pPr>
      <w:r>
        <w:t>"लकना लिल आलमीन नजीरा"।</w:t>
      </w:r>
    </w:p>
    <w:p>
      <w:r>
        <w:rPr>
          <w:b/>
        </w:rPr>
        <w:t xml:space="preserve">[45:32] </w:t>
      </w:r>
      <w:r>
        <w:t>yeh allah taala ka mansha tha.</w:t>
      </w:r>
    </w:p>
    <w:p>
      <w:pPr>
        <w:jc w:val="right"/>
      </w:pPr>
      <w:r>
        <w:t>यह अल्लाह ताला का मंशा था।</w:t>
      </w:r>
    </w:p>
    <w:p>
      <w:r>
        <w:rPr>
          <w:b/>
        </w:rPr>
        <w:t xml:space="preserve">[45:35] </w:t>
      </w:r>
      <w:r>
        <w:t>lekin dekhiye, yeh mansha allah ka poora nahi ho raha tha.</w:t>
      </w:r>
    </w:p>
    <w:p>
      <w:pPr>
        <w:jc w:val="right"/>
      </w:pPr>
      <w:r>
        <w:t>लेकिन देखिए, यह मंशा अल्लाह का पूरा नहीं हो रहा था।</w:t>
      </w:r>
    </w:p>
    <w:p>
      <w:r>
        <w:rPr>
          <w:b/>
        </w:rPr>
        <w:t xml:space="preserve">[45:41] </w:t>
      </w:r>
      <w:r>
        <w:t>yaani pichhle paigambaron ki zuban mein poora nahi hua, rasoolallah ki zuban mein poora nahi hua, sahaba, tabeen, taba, tabeen ki zuban mein poora nahi hua. kyun?</w:t>
      </w:r>
    </w:p>
    <w:p>
      <w:pPr>
        <w:jc w:val="right"/>
      </w:pPr>
      <w:r>
        <w:t>यानी पिछले पैगंबरों की जुबान में पूरा नहीं हुआ, रसूलल्लाह की जुबान में पूरा नहीं हुआ, सहाबा, ताबीन, तबा, ताबीन की जुबान में पूरा नहीं हुआ। क्यों?</w:t>
      </w:r>
    </w:p>
    <w:p>
      <w:r>
        <w:rPr>
          <w:b/>
        </w:rPr>
        <w:t xml:space="preserve">[45:52] </w:t>
      </w:r>
      <w:r>
        <w:t>kyunki yeh kaam hoga asbab ke daire mein. yeh kaam karamati taur par nahi hoga. to asbab maujood nahi the.</w:t>
      </w:r>
    </w:p>
    <w:p>
      <w:pPr>
        <w:jc w:val="right"/>
      </w:pPr>
      <w:r>
        <w:t>क्योंकि यह काम होगा असबाब के दायरे में। यह काम करामाती तौर पर नहीं होगा। तो असबाब मौजूद नहीं थे।</w:t>
      </w:r>
    </w:p>
    <w:p>
      <w:r>
        <w:rPr>
          <w:b/>
        </w:rPr>
        <w:t xml:space="preserve">[46:06] </w:t>
      </w:r>
      <w:r>
        <w:t>allah taala ne tareekh mein, tareekh ko badal dala, tareekh mein naye halaat paida kiye taake wo asbab paida ho. jabki yeh waqea,</w:t>
      </w:r>
    </w:p>
    <w:p>
      <w:pPr>
        <w:jc w:val="right"/>
      </w:pPr>
      <w:r>
        <w:t>अल्लाह ताला ने तारीख में, तारीख को बदल डाला, तारीख में नए हालात पैदा किए ताकि वह असबाब पैदा हो। जबकि यह वाकया,</w:t>
      </w:r>
    </w:p>
    <w:p>
      <w:r>
        <w:rPr>
          <w:b/>
        </w:rPr>
        <w:t xml:space="preserve">[46:22] </w:t>
      </w:r>
      <w:r>
        <w:t>yaani jabki yeh maqsad hasil ho chuka hai ke sari duniya mein, ghar-ghar mein kalam islam ko pahunchna. ab maujooda zamane mein aap dekhiye, aap maujooda zamane mein communication aa gaya,</w:t>
      </w:r>
    </w:p>
    <w:p>
      <w:pPr>
        <w:jc w:val="right"/>
      </w:pPr>
      <w:r>
        <w:t>यानी जबकि यह मकसद हासिल हो चुका है कि सारी दुनिया में, घर-घर में कलम इस्लाम को पहुंचना। अब मौजूदा जमाने में आप देखिए, आप मौजूदा जमाने में कम्युनिकेशन आ गया,</w:t>
      </w:r>
    </w:p>
    <w:p>
      <w:r>
        <w:rPr>
          <w:b/>
        </w:rPr>
        <w:t xml:space="preserve">[46:36] </w:t>
      </w:r>
      <w:r>
        <w:t>mazhabi aazadi aa gayi, safar karna aasan ho gaya, printing press aa gaya, print media aur electronic media ka zamana aa gaya. in saare hi source hasil ho gayi,</w:t>
      </w:r>
    </w:p>
    <w:p>
      <w:pPr>
        <w:jc w:val="right"/>
      </w:pPr>
      <w:r>
        <w:t>मजहबी आजादी आ गई, सफर करना आसान हो गया, प्रिंटिंग प्रेस आ गया, प्रिंट मीडिया और इलेक्ट्रॉनिक मीडिया का जमाना आ गया। इन सारे ही सोर्स हासिल हो गई,</w:t>
      </w:r>
    </w:p>
    <w:p>
      <w:r>
        <w:rPr>
          <w:b/>
        </w:rPr>
        <w:t xml:space="preserve">[46:55] </w:t>
      </w:r>
      <w:r>
        <w:t>saare darwaze khul gaye. yeh kis baat ka ishara hai? jis tarah se barish, barish jab hoti hai, to ishara hota hai ke "ae kisan, uth aur kheti kar". barish jo hai, awaaz nahi deti, barish chillati nahi hai. barish ke paas koi,</w:t>
      </w:r>
    </w:p>
    <w:p>
      <w:pPr>
        <w:jc w:val="right"/>
      </w:pPr>
      <w:r>
        <w:t>सारे दरवाजे खुल गए। यह किस बात का इशारा है? जिस तरह से बारिश, बारिश जब होती है, तो इशारा होता है कि "ए किसान, उठ और खेती कर"। बारिश जो है, आवाज नहीं देती, बारिश चिल्लाती नहीं है। बारिश के पास कोई,</w:t>
      </w:r>
    </w:p>
    <w:p>
      <w:r>
        <w:rPr>
          <w:b/>
        </w:rPr>
        <w:t xml:space="preserve">[47:16] </w:t>
      </w:r>
      <w:r>
        <w:t>koi loudspeaker nahi hota hai. khamosh zuban mein barish is baat ka ailaan karti hai ke "ae kisan, uth, uth aur kheti kar". isi tarah se jab yeh halaat badal gaye, yeh mawaqe paida ho gaye,</w:t>
      </w:r>
    </w:p>
    <w:p>
      <w:pPr>
        <w:jc w:val="right"/>
      </w:pPr>
      <w:r>
        <w:t>कोई लाउडस्पीकर नहीं होता है। खामोश जुबान में बारिश इस बात का ऐलान करती है कि "ए किसान, उठ, उठ और खेती कर"। इसी तरह से जब यह हालात बदल गए, यह मवाके पैदा हो गए,</w:t>
      </w:r>
    </w:p>
    <w:p>
      <w:r>
        <w:rPr>
          <w:b/>
        </w:rPr>
        <w:t xml:space="preserve">[47:37] </w:t>
      </w:r>
      <w:r>
        <w:t>saare asbab muhaiya ho gaye, to ab ga khamosh zuban mein zameen aasman cheekh rahe hain. khamosh zuban mein k "ae iman wale, utho!</w:t>
      </w:r>
    </w:p>
    <w:p>
      <w:pPr>
        <w:jc w:val="right"/>
      </w:pPr>
      <w:r>
        <w:t>सारे असबाब मुहैया हो गए, तो अब गा खामोश जुबान में जमीन आसमान चीख रहे हैं। खामोश जुबान में क "ए ईमान वाले, उठो!</w:t>
      </w:r>
    </w:p>
    <w:p>
      <w:r>
        <w:rPr>
          <w:b/>
        </w:rPr>
        <w:t xml:space="preserve">[47:49] </w:t>
      </w:r>
      <w:r>
        <w:t>ae quran ko manne wale, utho!</w:t>
      </w:r>
    </w:p>
    <w:p>
      <w:pPr>
        <w:jc w:val="right"/>
      </w:pPr>
      <w:r>
        <w:t>ए कुरान को मानने वाले, उठो!</w:t>
      </w:r>
    </w:p>
    <w:p>
      <w:r>
        <w:rPr>
          <w:b/>
        </w:rPr>
        <w:t xml:space="preserve">[47:55] </w:t>
      </w:r>
      <w:r>
        <w:t>ae paigambar islam ke followers, utho aur sari duniya mein kalam islam ko pahuncha do peaceful tareeqe se, uram tareeqe se".</w:t>
      </w:r>
    </w:p>
    <w:p>
      <w:pPr>
        <w:jc w:val="right"/>
      </w:pPr>
      <w:r>
        <w:t>ए पैगंबर इस्लाम के फॉलोवर्स, उठो और सारी दुनिया में कलम इस्लाम को पहुंचा दो पीसफुल तरीके से, उरम तरीके से"।</w:t>
      </w:r>
    </w:p>
    <w:p>
      <w:r>
        <w:rPr>
          <w:b/>
        </w:rPr>
        <w:t xml:space="preserve">[48:11] </w:t>
      </w:r>
      <w:r>
        <w:t>to halaat khamosh zuban mein ailaan kar rahe hain ke ab, ab ahle iman ko uthna hai isi ek kaam ke liye, daav work ke liye.</w:t>
      </w:r>
    </w:p>
    <w:p>
      <w:pPr>
        <w:jc w:val="right"/>
      </w:pPr>
      <w:r>
        <w:t>तो हालात खामोश जुबान में ऐलान कर रहे हैं कि अब, अब अहले ईमान को उठना है इसी एक काम के लिए, दाव वर्क के लिए।</w:t>
      </w:r>
    </w:p>
    <w:p>
      <w:r>
        <w:rPr>
          <w:b/>
        </w:rPr>
        <w:t xml:space="preserve">[48:23] </w:t>
      </w:r>
      <w:r>
        <w:t>ab daav work jo hai,</w:t>
      </w:r>
    </w:p>
    <w:p>
      <w:pPr>
        <w:jc w:val="right"/>
      </w:pPr>
      <w:r>
        <w:t>अब दाव वर्क जो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