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Characteristics of the Sahaba 6July, 2019 - Maulana Wahiduddin Khan</w:t>
      </w:r>
    </w:p>
    <w:p>
      <w:r>
        <w:t>https://www.youtube.com/watch?v=2wktpPu1O8Q</w:t>
      </w:r>
    </w:p>
    <w:p>
      <w:r>
        <w:rPr>
          <w:b/>
        </w:rPr>
        <w:t xml:space="preserve">[00:14] </w:t>
      </w:r>
      <w:r>
        <w:t>bismillah ir rehman ir rahim.</w:t>
      </w:r>
    </w:p>
    <w:p>
      <w:pPr>
        <w:jc w:val="right"/>
      </w:pPr>
      <w:r>
        <w:t>بسم اللہ الرحمن الرحیم۔</w:t>
      </w:r>
    </w:p>
    <w:p>
      <w:r>
        <w:rPr>
          <w:b/>
        </w:rPr>
        <w:t xml:space="preserve">[00:21] </w:t>
      </w:r>
      <w:r>
        <w:t>rab ish rah li sadri, wa yassir li amri, wah lul uqdata min lisani, yafqahu qawli.</w:t>
      </w:r>
    </w:p>
    <w:p>
      <w:pPr>
        <w:jc w:val="right"/>
      </w:pPr>
      <w:r>
        <w:t>رب الشیعلی صدری، ویسر لی امری، واحل العقدۃ من لسانی، یفقہ قول۔</w:t>
      </w:r>
    </w:p>
    <w:p>
      <w:r>
        <w:rPr>
          <w:b/>
        </w:rPr>
        <w:t xml:space="preserve">[00:32] </w:t>
      </w:r>
      <w:r>
        <w:t>6 julaai 2019.</w:t>
      </w:r>
    </w:p>
    <w:p>
      <w:pPr>
        <w:jc w:val="right"/>
      </w:pPr>
      <w:r>
        <w:t>6 جولائی 2019۔</w:t>
      </w:r>
    </w:p>
    <w:p>
      <w:r>
        <w:rPr>
          <w:b/>
        </w:rPr>
        <w:t xml:space="preserve">[00:41] </w:t>
      </w:r>
      <w:r>
        <w:t>dekhen, main ne rasool Allah ko aur is ka ashaab ko bohat ziyada parha hai,</w:t>
      </w:r>
    </w:p>
    <w:p>
      <w:pPr>
        <w:jc w:val="right"/>
      </w:pPr>
      <w:r>
        <w:t>دیکھیں، میں نے رسول اللہ کو اور اس کا اصحاب کو بہت زیادہ پڑھا ہے،</w:t>
      </w:r>
    </w:p>
    <w:p>
      <w:r>
        <w:rPr>
          <w:b/>
        </w:rPr>
        <w:t xml:space="preserve">[00:52] </w:t>
      </w:r>
      <w:r>
        <w:t>balkay shayad jitna bhi literature available hai, woh sab parh raha hoon. agar mujh say koi poochay kay rasool Allah kay ashaab ki, compain ki,</w:t>
      </w:r>
    </w:p>
    <w:p>
      <w:pPr>
        <w:jc w:val="right"/>
      </w:pPr>
      <w:r>
        <w:t>بلکہ شاید جتنا بھی لٹریچر اویلیبل ہے، وہ سب پڑھ رہا ہوں۔ اگر مجھ سے کوئی پوچھے کہ رسول اللہ کے اصحاب کی، کمپیڈین کی،</w:t>
      </w:r>
    </w:p>
    <w:p>
      <w:r>
        <w:rPr>
          <w:b/>
        </w:rPr>
        <w:t xml:space="preserve">[01:08] </w:t>
      </w:r>
      <w:r>
        <w:t>sab say ziyada ajeeb sifat kya thi, to doosray log kuch aur jawab day saktay hain.</w:t>
      </w:r>
    </w:p>
    <w:p>
      <w:pPr>
        <w:jc w:val="right"/>
      </w:pPr>
      <w:r>
        <w:t>سب سے زیادہ عجیب صفت کیا تھی، تو دوسرے لوگ کچھ اور جواب دے سکتے ہیں۔</w:t>
      </w:r>
    </w:p>
    <w:p>
      <w:r>
        <w:rPr>
          <w:b/>
        </w:rPr>
        <w:t xml:space="preserve">[01:17] </w:t>
      </w:r>
      <w:r>
        <w:t>mera jawab yeh hoga kay un ki sifat sab say ajeeb yeh thi kay woh apnay nahi ko jantay thay.</w:t>
      </w:r>
    </w:p>
    <w:p>
      <w:pPr>
        <w:jc w:val="right"/>
      </w:pPr>
      <w:r>
        <w:t>میرا جواب یہ ہوگا کہ ان کی صفت سب سے عجیب یہ تھی کہ وہ اپنے نہیں کو جانتے تھے۔</w:t>
      </w:r>
    </w:p>
    <w:p>
      <w:r>
        <w:rPr>
          <w:b/>
        </w:rPr>
        <w:t xml:space="preserve">[01:28] </w:t>
      </w:r>
      <w:r>
        <w:t>aaj ka insaan apnay hai ko janta hai.</w:t>
      </w:r>
    </w:p>
    <w:p>
      <w:pPr>
        <w:jc w:val="right"/>
      </w:pPr>
      <w:r>
        <w:t>آج کا انسان اپنے ہے کو جانتا ہے۔</w:t>
      </w:r>
    </w:p>
    <w:p>
      <w:r>
        <w:rPr>
          <w:b/>
        </w:rPr>
        <w:t xml:space="preserve">[01:36] </w:t>
      </w:r>
      <w:r>
        <w:t>yeh bohat anokhi sifat thi kay main kya nahi hoon, meray andar kya nahi hai. to woh apnay nahi ko jantay thay.</w:t>
      </w:r>
    </w:p>
    <w:p>
      <w:pPr>
        <w:jc w:val="right"/>
      </w:pPr>
      <w:r>
        <w:t>یہ بہت انوکھی صفت تھی کہ میں کیا نہیں ہوں، میرے اندر کیا نہیں ہے۔ تو وہ اپنے نہیں کو جانتے تھے۔</w:t>
      </w:r>
    </w:p>
    <w:p>
      <w:r>
        <w:rPr>
          <w:b/>
        </w:rPr>
        <w:t xml:space="preserve">[01:49] </w:t>
      </w:r>
      <w:r>
        <w:t>aaj ka insaan apnay hai ko janay ka master bana hua hai. main aisa kaisay samjha hoon, woh misaal deta hoon aap ko.</w:t>
      </w:r>
    </w:p>
    <w:p>
      <w:pPr>
        <w:jc w:val="right"/>
      </w:pPr>
      <w:r>
        <w:t>آج کا انسان اپنے ہے کو جاننے کا ماسٹر بنا ہوا ہے۔ میں ایسا کیسے سمجھا ہوں، وہ مثال دیتا ہوں آپ کو۔</w:t>
      </w:r>
    </w:p>
    <w:p>
      <w:r>
        <w:rPr>
          <w:b/>
        </w:rPr>
        <w:t xml:space="preserve">[02:05] </w:t>
      </w:r>
      <w:r>
        <w:t>rasool Allah sal Allah alaih wasalam kay zamanay mein, zamanay mein, jab aap kuch boltay thay, kuch, kuch lecture detay thay, koi baat kehtay thay,</w:t>
      </w:r>
    </w:p>
    <w:p>
      <w:pPr>
        <w:jc w:val="right"/>
      </w:pPr>
      <w:r>
        <w:t>رسول اللہ صلی اللہ علیہ وسلم کے زمانے میں، زمانے میں، جب آپ کچھ بولتے تھے، کچھ، کچھ لیکچر دیتے تھے، کوئی بات کہتے تھے،</w:t>
      </w:r>
    </w:p>
    <w:p>
      <w:r>
        <w:rPr>
          <w:b/>
        </w:rPr>
        <w:t xml:space="preserve">[02:22] </w:t>
      </w:r>
      <w:r>
        <w:t>to aakhir mein aap kehtay thay kay "ashiri ashari al nas".</w:t>
      </w:r>
    </w:p>
    <w:p>
      <w:pPr>
        <w:jc w:val="right"/>
      </w:pPr>
      <w:r>
        <w:t>تو آخر میں آپ کہتے تھے کہ "اشیری عشری الناس"۔</w:t>
      </w:r>
    </w:p>
    <w:p>
      <w:r>
        <w:rPr>
          <w:b/>
        </w:rPr>
        <w:t xml:space="preserve">[02:33] </w:t>
      </w:r>
      <w:r>
        <w:t>koi masla darpesh hota tha to aap logon ko ikatha kartay thay aur batatay thay, aur farmatay thay kay "ashiri ala aiha al nas".</w:t>
      </w:r>
    </w:p>
    <w:p>
      <w:pPr>
        <w:jc w:val="right"/>
      </w:pPr>
      <w:r>
        <w:t>کوئی مسئلہ درپیش ہوتا تھا تو آپ لوگوں کو اکٹھا کرتے تھے اور بتاتے تھے، اور فرماتے تھے کہ "اشیری علی ایہا الناس"۔</w:t>
      </w:r>
    </w:p>
    <w:p>
      <w:r>
        <w:rPr>
          <w:b/>
        </w:rPr>
        <w:t xml:space="preserve">[02:46] </w:t>
      </w:r>
      <w:r>
        <w:t>aay logon, yeh masla hai, is mein tum log mujhe mashwara do.</w:t>
      </w:r>
    </w:p>
    <w:p>
      <w:pPr>
        <w:jc w:val="right"/>
      </w:pPr>
      <w:r>
        <w:t>اے لوگوں، یہ مسئلہ ہے، اس میں تم لوگ مجھے مشورہ دو۔</w:t>
      </w:r>
    </w:p>
    <w:p>
      <w:r>
        <w:rPr>
          <w:b/>
        </w:rPr>
        <w:t xml:space="preserve">[02:55] </w:t>
      </w:r>
      <w:r>
        <w:t>aay logon, yeh masla meray samnay hai is waqt, tum log is mein mujhe mashwara do. to jantay hain kya hota tha?</w:t>
      </w:r>
    </w:p>
    <w:p>
      <w:pPr>
        <w:jc w:val="right"/>
      </w:pPr>
      <w:r>
        <w:t>اے لوگوں، یہ مسئلہ میرے سامنے ہے اس وقت، تم لوگ اس میں مجھے مشورہ دو۔ تو جانتے ہیں کیا ہوتا تھا؟</w:t>
      </w:r>
    </w:p>
    <w:p>
      <w:r>
        <w:rPr>
          <w:b/>
        </w:rPr>
        <w:t xml:space="preserve">[03:08] </w:t>
      </w:r>
      <w:r>
        <w:t>aaj main ne majlisain dekhi hain, bohat majlisain dekhi hain. log har aadmi bolnay lagta hai, kuch samajh nahi aata kay kya keh rahay hain log.</w:t>
      </w:r>
    </w:p>
    <w:p>
      <w:pPr>
        <w:jc w:val="right"/>
      </w:pPr>
      <w:r>
        <w:t>آج میں نے مجلسیں دیکھی ہیں، بہت مجلسیں دیکھی ہیں۔ لوگ ہر آدمی بولنے لگتا ہے، کچھ سمجھ نہیں آتا کہ کیا کہہ رہے ہیں لوگ۔</w:t>
      </w:r>
    </w:p>
    <w:p>
      <w:r>
        <w:rPr>
          <w:b/>
        </w:rPr>
        <w:t xml:space="preserve">[03:17] </w:t>
      </w:r>
      <w:r>
        <w:t>wohi bol rahay hain, wohi bol rahay hain, wohi bol rahay hain. aur wahan par sunata hota rehta tha kay rasool Allah ne kaha kay batao, aur woh to sunata sunata.</w:t>
      </w:r>
    </w:p>
    <w:p>
      <w:pPr>
        <w:jc w:val="right"/>
      </w:pPr>
      <w:r>
        <w:t>وہی بول رہے ہیں، وہی بول رہے ہیں، وہی بول رہے ہیں۔ اور وہاں پر سناٹا ہوتا رہتا تھا کہ رسول اللہ نے کہا کہ بتاؤ، اور وہ تو سناٹا سناٹا۔</w:t>
      </w:r>
    </w:p>
    <w:p>
      <w:r>
        <w:rPr>
          <w:b/>
        </w:rPr>
        <w:t xml:space="preserve">[03:32] </w:t>
      </w:r>
      <w:r>
        <w:t>yeh kyun hota tha? main ne bohat socha</w:t>
      </w:r>
    </w:p>
    <w:p>
      <w:pPr>
        <w:jc w:val="right"/>
      </w:pPr>
      <w:r>
        <w:t>یہ کیوں ہوتا تھا؟ میں نے بہت سوچا</w:t>
      </w:r>
    </w:p>
    <w:p>
      <w:r>
        <w:rPr>
          <w:b/>
        </w:rPr>
        <w:t xml:space="preserve">[03:38] </w:t>
      </w:r>
      <w:r>
        <w:t>kay aisa kyun hota tha? rasool Allah to kehtay hain kay bol kar batao, aur koi bol hi nahi raha.</w:t>
      </w:r>
    </w:p>
    <w:p>
      <w:pPr>
        <w:jc w:val="right"/>
      </w:pPr>
      <w:r>
        <w:t>کہ ایسا کیوں ہوتا تھا؟ رسول اللہ تو کہتے ہیں کہ بول کر بتاؤ، اور کوئی بول ہی نہیں رہا۔</w:t>
      </w:r>
    </w:p>
    <w:p>
      <w:r>
        <w:rPr>
          <w:b/>
        </w:rPr>
        <w:t xml:space="preserve">[03:51] </w:t>
      </w:r>
      <w:r>
        <w:t>to kuch din ka pause hota tha, lamba pause. phir kya hota tha?</w:t>
      </w:r>
    </w:p>
    <w:p>
      <w:pPr>
        <w:jc w:val="right"/>
      </w:pPr>
      <w:r>
        <w:t>تو کچھ دن کا پاز ہوتا تھا، لمبا پاز۔ پھر کیا ہوتا تھا؟</w:t>
      </w:r>
    </w:p>
    <w:p>
      <w:r>
        <w:rPr>
          <w:b/>
        </w:rPr>
        <w:t xml:space="preserve">[04:01] </w:t>
      </w:r>
      <w:r>
        <w:t>hamesha ab oopar kay kharay hotay thay.</w:t>
      </w:r>
    </w:p>
    <w:p>
      <w:pPr>
        <w:jc w:val="right"/>
      </w:pPr>
      <w:r>
        <w:t>ہمیشہ اب اوپر کے کھڑے ہوتے تھے۔</w:t>
      </w:r>
    </w:p>
    <w:p>
      <w:r>
        <w:rPr>
          <w:b/>
        </w:rPr>
        <w:t xml:space="preserve">[04:10] </w:t>
      </w:r>
      <w:r>
        <w:t>is par main ne socha kay aisa kyun hota tha?</w:t>
      </w:r>
    </w:p>
    <w:p>
      <w:pPr>
        <w:jc w:val="right"/>
      </w:pPr>
      <w:r>
        <w:t>اس پر میں نے سوچا کہ ایسا کیوں ہوتا تھا؟</w:t>
      </w:r>
    </w:p>
    <w:p>
      <w:r>
        <w:rPr>
          <w:b/>
        </w:rPr>
        <w:t xml:space="preserve">[04:16] </w:t>
      </w:r>
      <w:r>
        <w:t>to woh log jantay thay kay pehlay bolnay ka haq jo hai, woh abubakar ko hai. hum bolain to kyun bolain? pehlay bolain to abubakar bolain, hum kyun bolain?</w:t>
      </w:r>
    </w:p>
    <w:p>
      <w:pPr>
        <w:jc w:val="right"/>
      </w:pPr>
      <w:r>
        <w:t>تو وہ لوگ جانتے تھے کہ پہلے بولنے کا حق جو ہے، وہ ابوبکر کو ہے۔ ہم بولیں تو کیوں بولیں؟ پہلے بولیں تو ابوبکر بولیں، ہم کیوں بولیں؟</w:t>
      </w:r>
    </w:p>
    <w:p>
      <w:r>
        <w:rPr>
          <w:b/>
        </w:rPr>
        <w:t xml:space="preserve">[04:32] </w:t>
      </w:r>
      <w:r>
        <w:t>yeh anokhi sifat thi jo aaj main ne, main ne musalmanon ki bohat bari dekhi hain, kisi ko main ne paya nahi.</w:t>
      </w:r>
    </w:p>
    <w:p>
      <w:pPr>
        <w:jc w:val="right"/>
      </w:pPr>
      <w:r>
        <w:t>یہ انوکھی صفت تھی جو آج میں نے، میں نے مسلمانوں کی بہت بڑی دیکھی ہیں، کسی کو میں نے پایا نہیں۔</w:t>
      </w:r>
    </w:p>
    <w:p>
      <w:r>
        <w:rPr>
          <w:b/>
        </w:rPr>
        <w:t xml:space="preserve">[04:45] </w:t>
      </w:r>
      <w:r>
        <w:t>to woh is liye rasool Allah kehtay thay kay bolo. log chup rehtay thay. kyun? is liye kay log jab zaroor jantay thay kay sab say pehlay bolna hai abubakar ko, hum kyun bolain?</w:t>
      </w:r>
    </w:p>
    <w:p>
      <w:pPr>
        <w:jc w:val="right"/>
      </w:pPr>
      <w:r>
        <w:t>تو وہ اس لیے رسول اللہ کہتے تھے کہ بولو۔ لوگ چپ رہتے تھے۔ کیوں؟ اس لیے کہ لوگ جب ضرور جانتے تھے کہ سب سے پہلے بولنا ہے ابوبکر کو، ہم کیوں بولیں؟</w:t>
      </w:r>
    </w:p>
    <w:p>
      <w:r>
        <w:rPr>
          <w:b/>
        </w:rPr>
        <w:t xml:space="preserve">[05:03] </w:t>
      </w:r>
      <w:r>
        <w:t>chunanche ek lambe pause ke baad abubakar khade hote the, woh apni rai dete the.</w:t>
      </w:r>
    </w:p>
    <w:p>
      <w:pPr>
        <w:jc w:val="right"/>
      </w:pPr>
      <w:r>
        <w:t>چنانچہ ایک لمبے پاز کے بعد ابوبکر کھڑے ہوتے تھے، وہ اپنی رائے دیتے تھے۔</w:t>
      </w:r>
    </w:p>
    <w:p>
      <w:r>
        <w:rPr>
          <w:b/>
        </w:rPr>
        <w:t xml:space="preserve">[05:17] </w:t>
      </w:r>
      <w:r>
        <w:t>phir is ke baad doosra daur aaya umar ka. umar ke daur ka matlab yeh hai ke rasool Allah hi ke zamane mein abubakar chale gaye, ab abubakar,</w:t>
      </w:r>
    </w:p>
    <w:p>
      <w:pPr>
        <w:jc w:val="right"/>
      </w:pPr>
      <w:r>
        <w:t>پھر اس کے بعد دوسرا دور آیا عمر کا۔ عمر کے دور کا معنی یہ ہے کہ رسول اللہ ہی کے زمانے میں ابوبکر چلے گئے، اب ابوبکر،</w:t>
      </w:r>
    </w:p>
    <w:p>
      <w:r>
        <w:rPr>
          <w:b/>
        </w:rPr>
        <w:t xml:space="preserve">[05:33] </w:t>
      </w:r>
      <w:r>
        <w:t>abubakar chale gaye, ab umar reh gaya.</w:t>
      </w:r>
    </w:p>
    <w:p>
      <w:pPr>
        <w:jc w:val="right"/>
      </w:pPr>
      <w:r>
        <w:t>ابوبکر چلے گئے، اب عمر رہ گیا۔</w:t>
      </w:r>
    </w:p>
    <w:p>
      <w:r>
        <w:rPr>
          <w:b/>
        </w:rPr>
        <w:t xml:space="preserve">[05:39] </w:t>
      </w:r>
      <w:r>
        <w:t>to ab abubakar ka bhi tareeqa wahi tha. koi masla pesh aaya to aap ne kaha ke bhai yeh masla hai, aap rai dijiye,</w:t>
      </w:r>
    </w:p>
    <w:p>
      <w:pPr>
        <w:jc w:val="right"/>
      </w:pPr>
      <w:r>
        <w:t>تو اب ابوبکر کا بھی طریقہ وہی تھا۔ کوئی مسئلہ پیش آیا تو آپ نے کہا کہ بھئی یہ مسئلہ ہے، آپ رائے دیجئے،</w:t>
      </w:r>
    </w:p>
    <w:p>
      <w:r>
        <w:rPr>
          <w:b/>
        </w:rPr>
        <w:t xml:space="preserve">[05:52] </w:t>
      </w:r>
      <w:r>
        <w:t>rai dijiye.</w:t>
      </w:r>
    </w:p>
    <w:p>
      <w:pPr>
        <w:jc w:val="right"/>
      </w:pPr>
      <w:r>
        <w:t>رائے دیجئے۔</w:t>
      </w:r>
    </w:p>
    <w:p>
      <w:r>
        <w:rPr>
          <w:b/>
        </w:rPr>
        <w:t xml:space="preserve">[05:59] </w:t>
      </w:r>
      <w:r>
        <w:t>to dobara wahan pause ho jata tha, chup log chup rehte the, chup rehte the. is ke baad lambe pause ke baad khade hote the kaun?</w:t>
      </w:r>
    </w:p>
    <w:p>
      <w:pPr>
        <w:jc w:val="right"/>
      </w:pPr>
      <w:r>
        <w:t>تو دوبارہ وہاں پاز ہو جاتا تھا، چپ لوگ چپ رہتے تھے، چپ رہتے تھے۔ اس کے بعد لمبے پاز کے بعد کھڑے ہوتے تھے کون؟</w:t>
      </w:r>
    </w:p>
    <w:p>
      <w:r>
        <w:rPr>
          <w:b/>
        </w:rPr>
        <w:t xml:space="preserve">[06:12] </w:t>
      </w:r>
      <w:r>
        <w:t>umar. to yeh pause kyon tha? hota tha. ab log yeh sochte the ke pehle bolen to umar bol rahe hain, hum kyon bolen?</w:t>
      </w:r>
    </w:p>
    <w:p>
      <w:pPr>
        <w:jc w:val="right"/>
      </w:pPr>
      <w:r>
        <w:t>عمر۔ تو یہ پاز کیوں تھا؟ ہوتا تھا۔ اب لوگ یہ سوچتے تھے کہ پہلے بولیں تو عمر بول رہے ہیں، ہم کیوں بولیں؟</w:t>
      </w:r>
    </w:p>
    <w:p>
      <w:r>
        <w:rPr>
          <w:b/>
        </w:rPr>
        <w:t xml:space="preserve">[06:25] </w:t>
      </w:r>
      <w:r>
        <w:t>to pehle log abubakar ko mauqa dete the bolne ka, phir log umar ko mauqa dete the bolne ka.</w:t>
      </w:r>
    </w:p>
    <w:p>
      <w:pPr>
        <w:jc w:val="right"/>
      </w:pPr>
      <w:r>
        <w:t>تو پہلے لوگ ابوبکر کو موقع دیتے تھے بولنے کا، پھر لوگ عمر کو موقع دیتے تھے بولنے کا۔</w:t>
      </w:r>
    </w:p>
    <w:p>
      <w:r>
        <w:rPr>
          <w:b/>
        </w:rPr>
        <w:t xml:space="preserve">[06:40] </w:t>
      </w:r>
      <w:r>
        <w:t>is waqt matlab yeh tha ke bhai yeh rai hai to rai dene ka hamein, hum to follower hain,</w:t>
      </w:r>
    </w:p>
    <w:p>
      <w:pPr>
        <w:jc w:val="right"/>
      </w:pPr>
      <w:r>
        <w:t>اس وقت معنی یہ تھا کہ بھئی یہ رائے ہے تو رائے دینے کا ہمیں، ہم تو فالوور ہیں،</w:t>
      </w:r>
    </w:p>
    <w:p>
      <w:r>
        <w:rPr>
          <w:b/>
        </w:rPr>
        <w:t xml:space="preserve">[06:50] </w:t>
      </w:r>
      <w:r>
        <w:t>rai dene wale to abubakar hain. jab doosra dafa na aaya tab yeh hoga ke rai dena chahiye umar ko, hamein to follow karna hai.</w:t>
      </w:r>
    </w:p>
    <w:p>
      <w:pPr>
        <w:jc w:val="right"/>
      </w:pPr>
      <w:r>
        <w:t>رائے دینے والے تو ابوبکر ہیں۔ جب دوسرا دفعہ نہ آیا تب یہ ہوگا کہ رائے دینا چاہیے عمر کو، ہمیں تو فالو کرنا ہے۔</w:t>
      </w:r>
    </w:p>
    <w:p>
      <w:r>
        <w:rPr>
          <w:b/>
        </w:rPr>
        <w:t xml:space="preserve">[07:04] </w:t>
      </w:r>
      <w:r>
        <w:t>ab yeh cheez khatm ho gayi. is zamane mein baat ko, is ke baad jab daur aaya usman ka, to haal soojhra ho gaya.</w:t>
      </w:r>
    </w:p>
    <w:p>
      <w:pPr>
        <w:jc w:val="right"/>
      </w:pPr>
      <w:r>
        <w:t>اب یہ چیز ختم ہوگئی۔ اس زمانے میں بات کو، اس کے بعد جب دور آیا عثمان کا، تو حال سوجھرا ہو گیا۔</w:t>
      </w:r>
    </w:p>
    <w:p>
      <w:r>
        <w:rPr>
          <w:b/>
        </w:rPr>
        <w:t xml:space="preserve">[07:16] </w:t>
      </w:r>
      <w:r>
        <w:t>yahi bol rahe hain, wahi bol rahe hain, wahi bol rahe hain. yahan tak ke yeh samajhna hi mushkil hai ke kya logon ne kaha.</w:t>
      </w:r>
    </w:p>
    <w:p>
      <w:pPr>
        <w:jc w:val="right"/>
      </w:pPr>
      <w:r>
        <w:t>یہی بول رہے ہیں، وہی بول رہے ہیں، وہی بول رہے ہیں۔ یہاں تک کہ یہ سمجھنا ہی مشکل ہے کہ کیا لوگوں نے کہا۔</w:t>
      </w:r>
    </w:p>
    <w:p>
      <w:r>
        <w:rPr>
          <w:b/>
        </w:rPr>
        <w:t xml:space="preserve">[07:29] </w:t>
      </w:r>
      <w:r>
        <w:t>yahi haal hua umar ke zamane mein, yahi haal hua ali ke zamane mein. to is ke baad kya hua? is ke baad ameer muawiya ne dekha ke yeh to self control ka zamana khatm ho gaya.</w:t>
      </w:r>
    </w:p>
    <w:p>
      <w:pPr>
        <w:jc w:val="right"/>
      </w:pPr>
      <w:r>
        <w:t>یہی حال ہوا عمر کے زمانے میں، یہی حال ہوا علی کے زمانے میں۔ تو اس کے بعد کیا ہوا؟ اس کے بعد امیر معاویہ نے دیکھا کہ یہ تو سیلف کنٹرول کا زمانہ ختم ہو گیا۔</w:t>
      </w:r>
    </w:p>
    <w:p>
      <w:r>
        <w:rPr>
          <w:b/>
        </w:rPr>
        <w:t xml:space="preserve">[07:46] </w:t>
      </w:r>
      <w:r>
        <w:t>khud se koi chup hone wala hai nahin.</w:t>
      </w:r>
    </w:p>
    <w:p>
      <w:pPr>
        <w:jc w:val="right"/>
      </w:pPr>
      <w:r>
        <w:t>خود سے کوئی چپ ہونے والا ہے نہیں۔</w:t>
      </w:r>
    </w:p>
    <w:p>
      <w:r>
        <w:rPr>
          <w:b/>
        </w:rPr>
        <w:t xml:space="preserve">[07:51] </w:t>
      </w:r>
      <w:r>
        <w:t>rasool Allah ke zamane mein log khud se chup hote the, abubakar ke zamane mein log khud se chup hote the. yaad rakhiye, sab se badi cheez chup hona hai, bolna nahin hai.</w:t>
      </w:r>
    </w:p>
    <w:p>
      <w:pPr>
        <w:jc w:val="right"/>
      </w:pPr>
      <w:r>
        <w:t>رسول اللہ کے زمانے میں لوگ خود سے چپ ہوتے تھے، ابوبکر کے زمانے میں لوگ خود سے چپ ہوتے تھے۔ یاد رکھیے، سب سے بڑی چیز چپ ہونا ہے، بولنا نہیں ہے۔</w:t>
      </w:r>
    </w:p>
    <w:p>
      <w:r>
        <w:rPr>
          <w:b/>
        </w:rPr>
        <w:t xml:space="preserve">[08:10] </w:t>
      </w:r>
      <w:r>
        <w:t>to baad ko jab usman ka zamana aaya, ali ka zamana aaya to lage bolne log. yani khud se apne ko chup kar ke baithna, yeh kis taqat logon mein nahin rahi?</w:t>
      </w:r>
    </w:p>
    <w:p>
      <w:pPr>
        <w:jc w:val="right"/>
      </w:pPr>
      <w:r>
        <w:t>تو بعد کو جب عثمان کا زمانہ آیا، علی کا زمانہ آیا تو لگے بولنے لوگ۔ یعنی خود سے اپنے کو چپ کر کے بیٹھنا، یہ کس طاقت لوگوں میں نہیں رہی؟</w:t>
      </w:r>
    </w:p>
    <w:p>
      <w:r>
        <w:rPr>
          <w:b/>
        </w:rPr>
        <w:t xml:space="preserve">[08:27] </w:t>
      </w:r>
      <w:r>
        <w:t>to jante hain ke kya hai? casualty kya thi? casualty kya thi? is ke baad casualty kya hoti hai? jab aisa ho jaye, stability khatm.</w:t>
      </w:r>
    </w:p>
    <w:p>
      <w:pPr>
        <w:jc w:val="right"/>
      </w:pPr>
      <w:r>
        <w:t>تو جانتے ہیں کہ کیا ہے؟ کیژول کیا تھی؟ کیژولٹی کیا تھی؟ اس کے بعد کیژولٹی کیا ہوتی ہے؟ جب ایسا ہو جائے، اسٹیبلٹی ختم۔</w:t>
      </w:r>
    </w:p>
    <w:p>
      <w:r>
        <w:rPr>
          <w:b/>
        </w:rPr>
        <w:t xml:space="preserve">[08:41] </w:t>
      </w:r>
      <w:r>
        <w:t>stability khatm. jab aisa zamana aa jaye</w:t>
      </w:r>
    </w:p>
    <w:p>
      <w:pPr>
        <w:jc w:val="right"/>
      </w:pPr>
      <w:r>
        <w:t>اسٹیبلٹی ختم۔ جب ایسا زمانہ آ جائے</w:t>
      </w:r>
    </w:p>
    <w:p>
      <w:r>
        <w:rPr>
          <w:b/>
        </w:rPr>
        <w:t xml:space="preserve">[08:48] </w:t>
      </w:r>
      <w:r>
        <w:t>ke har aadmi lage bolne, tab political instability khatm ho jati hai. aur koi bhi hukumat ya khilafat ka pehla maqsad hai samaj mein stability qaim karna.</w:t>
      </w:r>
    </w:p>
    <w:p>
      <w:pPr>
        <w:jc w:val="right"/>
      </w:pPr>
      <w:r>
        <w:t>کہ ہر آدمی لگے بولنے، تب پولیٹیکل ڈسٹیبلٹی ختم ہو جاتی ہے۔ اور کوئی بھی حکومت یا خلافت کا پہلا مقصد ہے سماج میں اسٹیبلٹی قائم کرنا۔</w:t>
      </w:r>
    </w:p>
    <w:p>
      <w:r>
        <w:rPr>
          <w:b/>
        </w:rPr>
        <w:t xml:space="preserve">[09:06] </w:t>
      </w:r>
      <w:r>
        <w:t>yeh jo Pakistan hai aur Misr mein log nara lagate hain "Islami hukumat", woh bari to sust hon ke woh Islami hukumat ka ABC d bhi nahin jante.</w:t>
      </w:r>
    </w:p>
    <w:p>
      <w:pPr>
        <w:jc w:val="right"/>
      </w:pPr>
      <w:r>
        <w:t>یہ جو پاکستان ہے اور مصر میں لوگ نعرہ لگاتے ہیں "اسلامی حکومت"، وہ بڑی تو سست ہوں کہ وہ اسلامی حکومت کا اے بی سی ڈی بھی نہیں جانتے۔</w:t>
      </w:r>
    </w:p>
    <w:p>
      <w:r>
        <w:rPr>
          <w:b/>
        </w:rPr>
        <w:t xml:space="preserve">[09:14] </w:t>
      </w:r>
      <w:r>
        <w:t>Pakistan</w:t>
      </w:r>
    </w:p>
    <w:p>
      <w:pPr>
        <w:jc w:val="right"/>
      </w:pPr>
      <w:r>
        <w:t>پاکستان</w:t>
      </w:r>
    </w:p>
    <w:p>
      <w:r>
        <w:rPr>
          <w:b/>
        </w:rPr>
        <w:t xml:space="preserve">[09:19] </w:t>
      </w:r>
      <w:r>
        <w:t>mein aur Misr mein bohat nare lagte hain Islami hukumat ke, lekin main maaf kijiyega, main yeh samajhta hoon ke jitne bolne wale hain Pakistan mein aur Misr mein, woh politics ka ABC d bhi nahin jante.</w:t>
      </w:r>
    </w:p>
    <w:p>
      <w:pPr>
        <w:jc w:val="right"/>
      </w:pPr>
      <w:r>
        <w:t>میں اور مصر میں بہت نعرے لگتے ہیں اسلامی حکومت کے، لیکن میں معاف کیجئے گا، میں یہ سمجھتا ہوں کہ جتنے بولنے والے ہیں پاکستان میں اور مصر میں، وہ پولیٹکس کا اے بی سی ڈی بھی نہیں جانتے۔</w:t>
      </w:r>
    </w:p>
    <w:p>
      <w:r>
        <w:rPr>
          <w:b/>
        </w:rPr>
        <w:t xml:space="preserve">[09:41] </w:t>
      </w:r>
      <w:r>
        <w:t>chand halaat bol raha hai to koi koi kaam hota nahin.</w:t>
      </w:r>
    </w:p>
    <w:p>
      <w:pPr>
        <w:jc w:val="right"/>
      </w:pPr>
      <w:r>
        <w:t>چند حالات بول رہا ہے تو کوئی کوئی کام ہوتا نہیں۔</w:t>
      </w:r>
    </w:p>
    <w:p>
      <w:r>
        <w:rPr>
          <w:b/>
        </w:rPr>
        <w:t xml:space="preserve">[09:53] </w:t>
      </w:r>
      <w:r>
        <w:t>to sahaba ne doosra wahid iqdam kiya kya? yeh bhi sun lijiyega. jab yeh ho gaya ke wahi bol rahe hain, wahi bol rahe hain, wahi bol rahe hain,</w:t>
      </w:r>
    </w:p>
    <w:p>
      <w:pPr>
        <w:jc w:val="right"/>
      </w:pPr>
      <w:r>
        <w:t>تو صحابہ نے دوسرا واحد اقدام کیا کیا؟ یہ بھی سن لیجئے۔ جب یہ ہو گیا کہ وہی بول رہے ہیں، وہی بول رہے ہیں، وہی بول رہے ہیں،</w:t>
      </w:r>
    </w:p>
    <w:p>
      <w:r>
        <w:rPr>
          <w:b/>
        </w:rPr>
        <w:t xml:space="preserve">[10:08] </w:t>
      </w:r>
      <w:r>
        <w:t>unity nahin hai.</w:t>
      </w:r>
    </w:p>
    <w:p>
      <w:pPr>
        <w:jc w:val="right"/>
      </w:pPr>
      <w:r>
        <w:t>یونٹی نہیں ہے۔</w:t>
      </w:r>
    </w:p>
    <w:p>
      <w:r>
        <w:rPr>
          <w:b/>
        </w:rPr>
        <w:t xml:space="preserve">[10:15] </w:t>
      </w:r>
      <w:r>
        <w:t>to sahaba mein itni aqal thi, itni ziyada aqal thi ke ek drastic, ek drastic step liya gaya.</w:t>
      </w:r>
    </w:p>
    <w:p>
      <w:pPr>
        <w:jc w:val="right"/>
      </w:pPr>
      <w:r>
        <w:t>تو صحابہ میں اتنی عقل تھی، اتنی زیادہ عقل تھی کہ ایک ڈراسٹک، ایک ڈراسٹک سٹیپ لیا گیا۔</w:t>
      </w:r>
    </w:p>
    <w:p>
      <w:r>
        <w:rPr>
          <w:b/>
        </w:rPr>
        <w:t xml:space="preserve">[10:24] </w:t>
      </w:r>
      <w:r>
        <w:t>woh to aksar log toh razi ho gaye. Yani khilafat khatam, dynasty qaim.</w:t>
      </w:r>
    </w:p>
    <w:p>
      <w:pPr>
        <w:jc w:val="right"/>
      </w:pPr>
      <w:r>
        <w:t>وہ تو اکثر لوگ تو راضی ہو گئے۔ یعنی خلافت ختم، ڈائنسٹری قائم۔</w:t>
      </w:r>
    </w:p>
    <w:p>
      <w:r>
        <w:rPr>
          <w:b/>
        </w:rPr>
        <w:t xml:space="preserve">[10:33] </w:t>
      </w:r>
      <w:r>
        <w:t>khilafat ka toh ka khatam karo, dynasty lao taake jo jo minimum requirement hai, minimum requirement hai stability, woh qaim ho jaye.</w:t>
      </w:r>
    </w:p>
    <w:p>
      <w:pPr>
        <w:jc w:val="right"/>
      </w:pPr>
      <w:r>
        <w:t>خلافت کا تو کا ختم کرو، ڈائنسٹری لاؤ تاکہ جو جو منیمم ریکوائرمنٹ ہے، منیمم ریکوائرمنٹ ہے اسٹیبلٹی، وہ قائم ہو جائے۔</w:t>
      </w:r>
    </w:p>
    <w:p>
      <w:r>
        <w:rPr>
          <w:b/>
        </w:rPr>
        <w:t xml:space="preserve">[10:49] </w:t>
      </w:r>
      <w:r>
        <w:t>hukumat ka jo minimum requirement hai, woh woh justice aur yeh sab nahi hai jo nare lagate hain.</w:t>
      </w:r>
    </w:p>
    <w:p>
      <w:pPr>
        <w:jc w:val="right"/>
      </w:pPr>
      <w:r>
        <w:t>حکومت کا جو منیمم ریکوائرمنٹ ہے، وہ وہ جسٹس اور یہ سب نہیں ہے جو نعرے لگاتے ہیں۔</w:t>
      </w:r>
    </w:p>
    <w:p>
      <w:r>
        <w:rPr>
          <w:b/>
        </w:rPr>
        <w:t xml:space="preserve">[10:59] </w:t>
      </w:r>
      <w:r>
        <w:t>woh jo nare lagate hain justice ka, uska, uska,</w:t>
      </w:r>
    </w:p>
    <w:p>
      <w:pPr>
        <w:jc w:val="right"/>
      </w:pPr>
      <w:r>
        <w:t>وہ جو نعرے لگاتے ہیں جسٹس کا، اس کا، اس کا،</w:t>
      </w:r>
    </w:p>
    <w:p>
      <w:r>
        <w:rPr>
          <w:b/>
        </w:rPr>
        <w:t xml:space="preserve">[11:06] </w:t>
      </w:r>
      <w:r>
        <w:t>woh kuch nahi jante ke hukumat kya cheez hai.</w:t>
      </w:r>
    </w:p>
    <w:p>
      <w:pPr>
        <w:jc w:val="right"/>
      </w:pPr>
      <w:r>
        <w:t>وہ کچھ نہیں جانتے کہ حکومت کیا چیز ہے۔</w:t>
      </w:r>
    </w:p>
    <w:p>
      <w:r>
        <w:rPr>
          <w:b/>
        </w:rPr>
        <w:t xml:space="preserve">[11:12] </w:t>
      </w:r>
      <w:r>
        <w:t>mein aap ko ek qissa batata hoon.</w:t>
      </w:r>
    </w:p>
    <w:p>
      <w:pPr>
        <w:jc w:val="right"/>
      </w:pPr>
      <w:r>
        <w:t>میں آپ کو ایک قصہ بتاتا ہوں۔</w:t>
      </w:r>
    </w:p>
    <w:p>
      <w:r>
        <w:rPr>
          <w:b/>
        </w:rPr>
        <w:t xml:space="preserve">[11:28] </w:t>
      </w:r>
      <w:r>
        <w:t>ek pata hai, mere paas ek aaye, misr ke ek bohat parhe likhe thay, ghaliban woh professor thay, woh ikhwani thay, ikhwani thay ya filastini thay.</w:t>
      </w:r>
    </w:p>
    <w:p>
      <w:pPr>
        <w:jc w:val="right"/>
      </w:pPr>
      <w:r>
        <w:t>ایک پتہ ہے، میرے پاس ایک آئے، مصر کے ایک بہت پڑھے لکھے تھے، غالباً وہ پروفیسر تھے، وہ اخوانی تھے، اخوانی تھے یا فلسطینی تھے۔</w:t>
      </w:r>
    </w:p>
    <w:p>
      <w:r>
        <w:rPr>
          <w:b/>
        </w:rPr>
        <w:t xml:space="preserve">[11:41] </w:t>
      </w:r>
      <w:r>
        <w:t>to wohi boli bolte thay, woh jo woh likh chuke thay, yani sheikh khatam ke hamein adl chahiye, hamein justice chahiye.</w:t>
      </w:r>
    </w:p>
    <w:p>
      <w:pPr>
        <w:jc w:val="right"/>
      </w:pPr>
      <w:r>
        <w:t>تو وہی بولی بولتے تھے، وہ جو وہ لکھ چکے تھے، یعنی شیخ ختم کہ ہمیں عدل چاہیے، ہمیں جسٹس چاہیے۔</w:t>
      </w:r>
    </w:p>
    <w:p>
      <w:r>
        <w:rPr>
          <w:b/>
        </w:rPr>
        <w:t xml:space="preserve">[12:01] </w:t>
      </w:r>
      <w:r>
        <w:t>unki kitab ek moti si,</w:t>
      </w:r>
    </w:p>
    <w:p>
      <w:pPr>
        <w:jc w:val="right"/>
      </w:pPr>
      <w:r>
        <w:t>ان کی کتاب ایک موٹی سی،</w:t>
      </w:r>
    </w:p>
    <w:p>
      <w:r>
        <w:rPr>
          <w:b/>
        </w:rPr>
        <w:t xml:space="preserve">[12:06] </w:t>
      </w:r>
      <w:r>
        <w:t>"al-idarah al-ijtima'iyah fi al-islam",</w:t>
      </w:r>
    </w:p>
    <w:p>
      <w:pPr>
        <w:jc w:val="right"/>
      </w:pPr>
      <w:r>
        <w:t>"الادارۃ الاجتماعیہ فی الاسلام"،</w:t>
      </w:r>
    </w:p>
    <w:p>
      <w:r>
        <w:rPr>
          <w:b/>
        </w:rPr>
        <w:t xml:space="preserve">[12:15] </w:t>
      </w:r>
      <w:r>
        <w:t>yani</w:t>
      </w:r>
    </w:p>
    <w:p>
      <w:pPr>
        <w:jc w:val="right"/>
      </w:pPr>
      <w:r>
        <w:t>یعنی</w:t>
      </w:r>
    </w:p>
    <w:p>
      <w:r>
        <w:rPr>
          <w:b/>
        </w:rPr>
        <w:t xml:space="preserve">[12:19] </w:t>
      </w:r>
      <w:r>
        <w:t>ka matlab hai</w:t>
      </w:r>
    </w:p>
    <w:p>
      <w:pPr>
        <w:jc w:val="right"/>
      </w:pPr>
      <w:r>
        <w:t>کا مطلب ہے</w:t>
      </w:r>
    </w:p>
    <w:p>
      <w:r>
        <w:rPr>
          <w:b/>
        </w:rPr>
        <w:t xml:space="preserve">[12:22] </w:t>
      </w:r>
      <w:r>
        <w:t>adl ijtima'i. To maine unse kaha ke aap yeh bataiye ke yeh kitab jo aap farma rahe hain, yaqeenan aapne padhi hai,</w:t>
      </w:r>
    </w:p>
    <w:p>
      <w:pPr>
        <w:jc w:val="right"/>
      </w:pPr>
      <w:r>
        <w:t>عدل اجتماعی۔ تو میں نے ان سے کہا کہ آپ یہ بتائیے کہ یہ کتاب جو آپ فرما رہے ہیں، یقینا آپ نے پڑھی ہے،</w:t>
      </w:r>
    </w:p>
    <w:p>
      <w:r>
        <w:rPr>
          <w:b/>
        </w:rPr>
        <w:t xml:space="preserve">[12:37] </w:t>
      </w:r>
      <w:r>
        <w:t>is mein mujhe bataiye ke unhone yeh toh kaha hai ke islam chahta hai social justice.</w:t>
      </w:r>
    </w:p>
    <w:p>
      <w:pPr>
        <w:jc w:val="right"/>
      </w:pPr>
      <w:r>
        <w:t>اس میں مجھے بتائیے کہ انہوں نے یہ تو کہا ہے کہ اسلام چاہتا ہے سوشل جسٹس۔</w:t>
      </w:r>
    </w:p>
    <w:p>
      <w:r>
        <w:rPr>
          <w:b/>
        </w:rPr>
        <w:t xml:space="preserve">[12:46] </w:t>
      </w:r>
      <w:r>
        <w:t>yeh mujhe bataiye ke social justice ka well-structured, yeh lafz bola tha main, well-structured</w:t>
      </w:r>
    </w:p>
    <w:p>
      <w:pPr>
        <w:jc w:val="right"/>
      </w:pPr>
      <w:r>
        <w:t>یہ مجھے بتائیے کہ سوشل جسٹس کا ویل اسٹرکچرڈ، یہ لفظ بولا تھا میں، ویل اسٹرکچرڈ</w:t>
      </w:r>
    </w:p>
    <w:p>
      <w:r>
        <w:rPr>
          <w:b/>
        </w:rPr>
        <w:t xml:space="preserve">[13:01] </w:t>
      </w:r>
      <w:r>
        <w:t>dhancha kahan hai?</w:t>
      </w:r>
    </w:p>
    <w:p>
      <w:pPr>
        <w:jc w:val="right"/>
      </w:pPr>
      <w:r>
        <w:t>ڈھانچہ کہاں ہے؟</w:t>
      </w:r>
    </w:p>
    <w:p>
      <w:r>
        <w:rPr>
          <w:b/>
        </w:rPr>
        <w:t xml:space="preserve">[13:06] </w:t>
      </w:r>
      <w:r>
        <w:t>is kitab mein well-structured dhancha adl ijtima'i ka kahan hai?</w:t>
      </w:r>
    </w:p>
    <w:p>
      <w:pPr>
        <w:jc w:val="right"/>
      </w:pPr>
      <w:r>
        <w:t>اس کتاب میں ویل اسٹرکچرڈ ڈھانچہ عدل اجتماعی کا کہاں ہے؟</w:t>
      </w:r>
    </w:p>
    <w:p>
      <w:r>
        <w:rPr>
          <w:b/>
        </w:rPr>
        <w:t xml:space="preserve">[13:16] </w:t>
      </w:r>
      <w:r>
        <w:t>to der tak socha unhone, unhone kaha ke to nahi hai. To maine kaha jante hain is kitab ka kya hai? Is kitab mein pure muslim samaj se kuch afraad, afraad ke character ko liya unhone,</w:t>
      </w:r>
    </w:p>
    <w:p>
      <w:pPr>
        <w:jc w:val="right"/>
      </w:pPr>
      <w:r>
        <w:t>تو دیر تک سوچا انہوں نے، انہوں نے کہا کہ تو نہیں ہے۔ تو میں نے کہا جانتے ہیں اس کتاب کا کیا ہے؟ اس کتاب میں پورے مسلم سماج سے کچھ افراد، افراد کے کریکٹر کو لیا انہوں نے،</w:t>
      </w:r>
    </w:p>
    <w:p>
      <w:r>
        <w:rPr>
          <w:b/>
        </w:rPr>
        <w:t xml:space="preserve">[13:32] </w:t>
      </w:r>
      <w:r>
        <w:t>afraad ke, aur usko unhone woh kar diya, socialize kar diya ke aisa wahan hota tha.</w:t>
      </w:r>
    </w:p>
    <w:p>
      <w:pPr>
        <w:jc w:val="right"/>
      </w:pPr>
      <w:r>
        <w:t>افراد کے، اور اس کو انہوں نے وہ کر دیا، سوشلائز کر دیا کہ اس ایسا وہاں ہوتا تھا۔</w:t>
      </w:r>
    </w:p>
    <w:p>
      <w:r>
        <w:rPr>
          <w:b/>
        </w:rPr>
        <w:t xml:space="preserve">[13:45] </w:t>
      </w:r>
      <w:r>
        <w:t>to afraad to hamesha hote hain, hamesha afraad ko le kar aap yeh nahi keh sakte ke yeh hai is zamane ka social structure.</w:t>
      </w:r>
    </w:p>
    <w:p>
      <w:pPr>
        <w:jc w:val="right"/>
      </w:pPr>
      <w:r>
        <w:t>تو افراد تو ہمیشہ ہوتے ہیں، ہمیشہ افراد کو لے کر آپ یہ نہیں کہہ سکتے کہ یہ ہے اس زمانے کا سوشل اسٹرکچر۔</w:t>
      </w:r>
    </w:p>
    <w:p>
      <w:r>
        <w:rPr>
          <w:b/>
        </w:rPr>
        <w:t xml:space="preserve">[13:59] </w:t>
      </w:r>
      <w:r>
        <w:t>to afraad ke individual character ko le kar unhone bana diya, yeh tha islam ka ijtima'i dhancha.</w:t>
      </w:r>
    </w:p>
    <w:p>
      <w:pPr>
        <w:jc w:val="right"/>
      </w:pPr>
      <w:r>
        <w:t>تو افراد کے انڈیویجول کریکٹر کو لے کر انہوں نے بنا دیا، یہ تھا اسلام کا اجتماعی ڈھانچہ۔</w:t>
      </w:r>
    </w:p>
    <w:p>
      <w:r>
        <w:rPr>
          <w:b/>
        </w:rPr>
        <w:t xml:space="preserve">[14:09] </w:t>
      </w:r>
      <w:r>
        <w:t>woh ijtima'i dhancha tha hi nahi.</w:t>
      </w:r>
    </w:p>
    <w:p>
      <w:pPr>
        <w:jc w:val="right"/>
      </w:pPr>
      <w:r>
        <w:t>وہ اجتماعی ڈھانچہ تھا ہی نہیں۔</w:t>
      </w:r>
    </w:p>
    <w:p>
      <w:r>
        <w:rPr>
          <w:b/>
        </w:rPr>
        <w:t xml:space="preserve">[14:17] </w:t>
      </w:r>
      <w:r>
        <w:t>wahan itna ziyada yeh baat thi ke jis zamane mein ladai ho rahi thi, ladai ho rahi thi Siffin o Jabal ke zamane mein,</w:t>
      </w:r>
    </w:p>
    <w:p>
      <w:pPr>
        <w:jc w:val="right"/>
      </w:pPr>
      <w:r>
        <w:t>وہاں اتنا زیادہ یہ بات تھی کہ جس زمانے میں لڑائی ہو رہی تھی، لڑائی ہو رہی تھی صفین و جبل کے زمانے میں،</w:t>
      </w:r>
    </w:p>
    <w:p>
      <w:r>
        <w:rPr>
          <w:b/>
        </w:rPr>
        <w:t xml:space="preserve">[14:33] </w:t>
      </w:r>
      <w:r>
        <w:t>to yeh halat thi ke din bhar ladte thay, yani marte thay, aur sham ko logon ke lashon ko jama kar ke mil kar ke unka janaza padhte thay, namaz janaza.</w:t>
      </w:r>
    </w:p>
    <w:p>
      <w:pPr>
        <w:jc w:val="right"/>
      </w:pPr>
      <w:r>
        <w:t>تو یہ حالت تھی کہ دن بھر لڑتے تھے، یعنی مارتے تھے، اور شام کو لوگوں کے لاشوں کو جمع کر کے مل کر کے ان کا جنازہ پڑھتے تھے، نماز جنازہ۔</w:t>
      </w:r>
    </w:p>
    <w:p>
      <w:r>
        <w:rPr>
          <w:b/>
        </w:rPr>
        <w:t xml:space="preserve">[14:49] </w:t>
      </w:r>
      <w:r>
        <w:t>aise log the woh.</w:t>
      </w:r>
    </w:p>
    <w:p>
      <w:pPr>
        <w:jc w:val="right"/>
      </w:pPr>
      <w:r>
        <w:t>ایسے لوگ تھے وہ۔</w:t>
      </w:r>
    </w:p>
    <w:p>
      <w:r>
        <w:rPr>
          <w:b/>
        </w:rPr>
        <w:t xml:space="preserve">[14:53] </w:t>
      </w:r>
      <w:r>
        <w:t>to kisi kuch logon ke infiradi character ko le kar aap nahi keh sakte ke yeh tha us zamane ka social dhancha, warna aisa hota to wahan ladaai hi na hoti.</w:t>
      </w:r>
    </w:p>
    <w:p>
      <w:pPr>
        <w:jc w:val="right"/>
      </w:pPr>
      <w:r>
        <w:t>تو کسی کچھ لوگوں کے انفرادی کریکٹر کو لے کر آپ نہیں کہہ سکتے کہ یہ تھا اس زمانے کا سوشل ڈھانچہ، ورنہ ایسا ہوتا تو وہاں لڑائی ہی نہ ہوتی۔</w:t>
      </w:r>
    </w:p>
    <w:p>
      <w:r>
        <w:rPr>
          <w:b/>
        </w:rPr>
        <w:t xml:space="preserve">[15:06] </w:t>
      </w:r>
      <w:r>
        <w:t>to wahan par social character zaroor tha, lekin koi social dhancha nahi tha.</w:t>
      </w:r>
    </w:p>
    <w:p>
      <w:pPr>
        <w:jc w:val="right"/>
      </w:pPr>
      <w:r>
        <w:t>تو وہاں پر سوشل کریکٹر ضرور تھا، لیکن کوئی سوشل ڈھانچہ نہیں تھا۔</w:t>
      </w:r>
    </w:p>
    <w:p>
      <w:r>
        <w:rPr>
          <w:b/>
        </w:rPr>
        <w:t xml:space="preserve">[15:16] </w:t>
      </w:r>
      <w:r>
        <w:t>to unhon ne kya kiya ke kuch individual ke infiradi kirdaar ko le kar yeh kar diya ke Islam ka yeh yeh tha social dhancha.</w:t>
      </w:r>
    </w:p>
    <w:p>
      <w:pPr>
        <w:jc w:val="right"/>
      </w:pPr>
      <w:r>
        <w:t>تو انہوں نے کیا کیا کہ کچھ انڈیویجول کے انفرادی کردار کو لے کر یہ کر دیا کہ اسلام کا یہ یہ تھا سوشل ڈھانچہ۔</w:t>
      </w:r>
    </w:p>
    <w:p>
      <w:r>
        <w:rPr>
          <w:b/>
        </w:rPr>
        <w:t xml:space="preserve">[15:29] </w:t>
      </w:r>
      <w:r>
        <w:t>to woh soch mein pad gaya kaha ke yeh to waqeatan aisa hai, yahi hai wahan par.</w:t>
      </w:r>
    </w:p>
    <w:p>
      <w:pPr>
        <w:jc w:val="right"/>
      </w:pPr>
      <w:r>
        <w:t>تو وہ سوچ میں پڑ گیا کہا کہ یہ تو واقعتا ایسا ہے، یہی ہے وہاں پر۔</w:t>
      </w:r>
    </w:p>
    <w:p>
      <w:r>
        <w:rPr>
          <w:b/>
        </w:rPr>
        <w:t xml:space="preserve">[15:40] </w:t>
      </w:r>
      <w:r>
        <w:t>to itna zyada Allah Rasool Allah ki sohbat ne aur tadabbur ne logon ko itna zyada, yaani danishmand bana diya tha ke woh soch paate the apne nahi ko, jabke log sochte hain apne haaye ko.</w:t>
      </w:r>
    </w:p>
    <w:p>
      <w:pPr>
        <w:jc w:val="right"/>
      </w:pPr>
      <w:r>
        <w:t>تو اتنا زیادہ اللہ رسول اللہ کی صحبت نے اور تدبر نے لوگوں کو اتنا زیادہ، یعنی دانشمند بنا دیا تھا کہ وہ سوچ پاتے تھے اپنے نہیں کو، جبکہ لوگ سوچتے ہیں اپنے ہائے کو۔</w:t>
      </w:r>
    </w:p>
    <w:p>
      <w:r>
        <w:rPr>
          <w:b/>
        </w:rPr>
        <w:t xml:space="preserve">[16:04] </w:t>
      </w:r>
      <w:r>
        <w:t>to unhon ne poore is ke bare mein socha, pehle apne bare mein socha, phir poore group ke bare mein ke hum jo jis group mein hain aaj Rasool Allah ke baad,</w:t>
      </w:r>
    </w:p>
    <w:p>
      <w:pPr>
        <w:jc w:val="right"/>
      </w:pPr>
      <w:r>
        <w:t>تو انہوں نے پورے اس کے بارے میں سوچا، پہلے اپنے بارے میں سوچا، پھر پورے گروپ کے بارے میں کہ ہم جو جس گروپ میں ہیں آج رسول اللہ کے بعد،</w:t>
      </w:r>
    </w:p>
    <w:p>
      <w:r>
        <w:rPr>
          <w:b/>
        </w:rPr>
        <w:t xml:space="preserve">[16:17] </w:t>
      </w:r>
      <w:r>
        <w:t>wahan par</w:t>
      </w:r>
    </w:p>
    <w:p>
      <w:pPr>
        <w:jc w:val="right"/>
      </w:pPr>
      <w:r>
        <w:t>وہاں پر</w:t>
      </w:r>
    </w:p>
    <w:p>
      <w:r>
        <w:rPr>
          <w:b/>
        </w:rPr>
        <w:t xml:space="preserve">[16:21] </w:t>
      </w:r>
      <w:r>
        <w:t>self control ki sifat baqi nahi rahi hai. Isi liye ab kya hai, ittehad khatm ho gaya hai. Self control khatm to ittehad bhi khatm.</w:t>
      </w:r>
    </w:p>
    <w:p>
      <w:pPr>
        <w:jc w:val="right"/>
      </w:pPr>
      <w:r>
        <w:t>سیلف کنٹرول کی صفت باقی نہیں رہی ہے۔ اسی لیے اب کیا ہے، اتحاد ختم ہو گیا ہے۔ سیلف کنٹرول ختم تو اتحاد بھی ختم۔</w:t>
      </w:r>
    </w:p>
    <w:p>
      <w:r>
        <w:rPr>
          <w:b/>
        </w:rPr>
        <w:t xml:space="preserve">[16:34] </w:t>
      </w:r>
      <w:r>
        <w:t>self control, self control khatm to ittehad bhi, ittehad bhi khatm. Tab unhon ne kya kiya</w:t>
      </w:r>
    </w:p>
    <w:p>
      <w:pPr>
        <w:jc w:val="right"/>
      </w:pPr>
      <w:r>
        <w:t>سیلف کنٹرول، سیلف کنٹرول ختم تو اتحاد بھی، اتحاد بھی ختم۔ تب انہوں نے کیا کیا</w:t>
      </w:r>
    </w:p>
    <w:p>
      <w:r>
        <w:rPr>
          <w:b/>
        </w:rPr>
        <w:t xml:space="preserve">[16:46] </w:t>
      </w:r>
      <w:r>
        <w:t>ke dynasty ko ab accept kar liya. Dynasty ko Ameer Muawiya kya the?</w:t>
      </w:r>
    </w:p>
    <w:p>
      <w:pPr>
        <w:jc w:val="right"/>
      </w:pPr>
      <w:r>
        <w:t>کہ ڈائنسٹری کو اب ایکسیپٹ کر لیا۔ ڈائنسٹری کو امیر معاویہ کیا تھے؟</w:t>
      </w:r>
    </w:p>
    <w:p>
      <w:r>
        <w:rPr>
          <w:b/>
        </w:rPr>
        <w:t xml:space="preserve">[16:56] </w:t>
      </w:r>
      <w:r>
        <w:t>wo dynasty ke fard the.</w:t>
      </w:r>
    </w:p>
    <w:p>
      <w:pPr>
        <w:jc w:val="right"/>
      </w:pPr>
      <w:r>
        <w:t>وہ ڈائنسٹری کے فرد تھے۔</w:t>
      </w:r>
    </w:p>
    <w:p>
      <w:r>
        <w:rPr>
          <w:b/>
        </w:rPr>
        <w:t xml:space="preserve">[17:03] </w:t>
      </w:r>
      <w:r>
        <w:t>yaani khilafat jo Rasool Allah ne khud farmaya tha ke "alaykum bisunnati wa sunnatil khulafair rashideen", tab bhi Sahaba ne khilafat ka woh suspend kar diya aur dynasty qaim kar di.</w:t>
      </w:r>
    </w:p>
    <w:p>
      <w:pPr>
        <w:jc w:val="right"/>
      </w:pPr>
      <w:r>
        <w:t>یعنی خلافت جو رسول اللہ نے خود فرمایا تھا کہ "علیکم بسنت وسنت الخلفائے راشدین"، تب بھی صحابہ نے خلافت کا وہ سسپینڈ کر دیا اور ڈائنسٹری قائم کر دی۔</w:t>
      </w:r>
    </w:p>
    <w:p>
      <w:r>
        <w:rPr>
          <w:b/>
        </w:rPr>
        <w:t xml:space="preserve">[17:22] </w:t>
      </w:r>
      <w:r>
        <w:t>kyun ke kam se kam stability to aa hi gayi thi. Aur jaisa ke aap log jante hain ke Ziyad ibn Abi ko apna bhai declare kar diya.</w:t>
      </w:r>
    </w:p>
    <w:p>
      <w:pPr>
        <w:jc w:val="right"/>
      </w:pPr>
      <w:r>
        <w:t>کیوں کہ کم سے کم اسٹیبلٹی تو آ ہی گئی تھی۔ اور جیسا کہ آپ لوگ جانتے ہیں کہ زیاد ابن عبی کو اپنا بھائی ڈیکلیئر کر دیا۔</w:t>
      </w:r>
    </w:p>
    <w:p>
      <w:r>
        <w:rPr>
          <w:b/>
        </w:rPr>
        <w:t xml:space="preserve">[17:35] </w:t>
      </w:r>
      <w:r>
        <w:t>yeh sab kyun kiya? Taake minimum jo hai, minimum woh woh hasil ho. Minimum tha,</w:t>
      </w:r>
    </w:p>
    <w:p>
      <w:pPr>
        <w:jc w:val="right"/>
      </w:pPr>
      <w:r>
        <w:t>یہ سب کیوں کیا؟ تاکہ منیمم جو ہے، منیمم وہ وہ حاصل ہو۔ منیمم تھا،</w:t>
      </w:r>
    </w:p>
    <w:p>
      <w:r>
        <w:rPr>
          <w:b/>
        </w:rPr>
        <w:t xml:space="preserve">[17:44] </w:t>
      </w:r>
      <w:r>
        <w:t>minimum adl nahi tha, minimum tha stability. Stability to Sahaba yeh sab baaton ko jante the.</w:t>
      </w:r>
    </w:p>
    <w:p>
      <w:pPr>
        <w:jc w:val="right"/>
      </w:pPr>
      <w:r>
        <w:t>منیمم عدل نہیں تھا، منیمم تھا اسٹیبلٹی۔ اسٹیبلٹی تو صحابہ یہ سب باتوں کو جانتے تھے۔</w:t>
      </w:r>
    </w:p>
    <w:p>
      <w:r>
        <w:rPr>
          <w:b/>
        </w:rPr>
        <w:t xml:space="preserve">[17:56] </w:t>
      </w:r>
      <w:r>
        <w:t>Sahaba se badhkar jo waqe mein sab ko Sahaba nahi manta, kyun ke taareef yeh ki jaati hai jis ne haalat e imaan mein Rasool Allah ko dekh liya, woh Sahabi hai.</w:t>
      </w:r>
    </w:p>
    <w:p>
      <w:pPr>
        <w:jc w:val="right"/>
      </w:pPr>
      <w:r>
        <w:t>صحابہ سے بڑھ کر جو واقع میں سب کو صحابہ نہیں مانتا، کیونکہ تعریف یہ کی جاتی ہے جس نے حالت ایمان میں رسول اللہ کو دیکھ لیا، وہ صحابی ہے۔</w:t>
      </w:r>
    </w:p>
    <w:p>
      <w:r>
        <w:rPr>
          <w:b/>
        </w:rPr>
        <w:t xml:space="preserve">[18:07] </w:t>
      </w:r>
      <w:r>
        <w:t>nahi bhai, yeh nahi manta. Yaani kalma padhne ke baad agar Rasool Allah ko dekh liya to Sahabi hai. Nahi, jo Rasool Allah ki sohbat mein lambi muddat tak baitha ho, suna ho, un ko watch kiya ho, woh Sahabi hai.</w:t>
      </w:r>
    </w:p>
    <w:p>
      <w:pPr>
        <w:jc w:val="right"/>
      </w:pPr>
      <w:r>
        <w:t>نہیں بھائی، یہ نہیں مانتا۔ یعنی کلمہ پڑھنے کے بعد اگر رسول اللہ کو دیکھ لیا تو صحابی ہے۔ نہیں، جو رسول اللہ کی صحبت میں لمبی مدت تک بیٹھا ہو، سنا ہو، ان کو واچ کیا ہو، وہ صحابی ہے۔</w:t>
      </w:r>
    </w:p>
    <w:p>
      <w:r>
        <w:rPr>
          <w:b/>
        </w:rPr>
        <w:t xml:space="preserve">[18:28] </w:t>
      </w:r>
      <w:r>
        <w:t>yaani sab Rasool Allah ke sohbat mein jis ki tarbiyat hui ho, woh Sahabi hai.</w:t>
      </w:r>
    </w:p>
    <w:p>
      <w:pPr>
        <w:jc w:val="right"/>
      </w:pPr>
      <w:r>
        <w:t>یعنی سب رسول اللہ کے صحبت میں جس کی تربیت ہوئی ہو، وہ صحابی ہے۔</w:t>
      </w:r>
    </w:p>
    <w:p>
      <w:r>
        <w:rPr>
          <w:b/>
        </w:rPr>
        <w:t xml:space="preserve">[18:39] </w:t>
      </w:r>
      <w:r>
        <w:t>to jo yeh aise log jo the jo Rasool Allah ki tarbiyat yafta the, un ke bare mein misaal di aap ko kaise the woh log.</w:t>
      </w:r>
    </w:p>
    <w:p>
      <w:pPr>
        <w:jc w:val="right"/>
      </w:pPr>
      <w:r>
        <w:t>تو جو یہ ایسے لوگ جو تھے جو رسول اللہ کی تربیت یافتہ تھے، ان کے بارے میں مثال دی آپ کو کیسے تھے وہ لوگ۔</w:t>
      </w:r>
    </w:p>
    <w:p>
      <w:r>
        <w:rPr>
          <w:b/>
        </w:rPr>
        <w:t xml:space="preserve">[18:56] </w:t>
      </w:r>
      <w:r>
        <w:t>to yaad rakhiye ke jannat unhi logon ke liye hai.</w:t>
      </w:r>
    </w:p>
    <w:p>
      <w:pPr>
        <w:jc w:val="right"/>
      </w:pPr>
      <w:r>
        <w:t>تو یاد رکھیے کہ جنت انہی لوگوں کے لیے ہے۔</w:t>
      </w:r>
    </w:p>
    <w:p>
      <w:r>
        <w:rPr>
          <w:b/>
        </w:rPr>
        <w:t xml:space="preserve">[19:04] </w:t>
      </w:r>
      <w:r>
        <w:t>jannat unhi logon ke liye. Ulā'ika al-kamāl, nabiyyin wa siddiqīn wa shuhadā'i wa sālihīn wa ḥusna ulā'ika rafīqā.</w:t>
      </w:r>
    </w:p>
    <w:p>
      <w:pPr>
        <w:jc w:val="right"/>
      </w:pPr>
      <w:r>
        <w:t>جنت انہی لوگوں کے لیے۔ اولائے کمال، نبیین و صدیقین و شہدائے وصالحین و حسن اولائے کا رفیقہ۔</w:t>
      </w:r>
    </w:p>
    <w:p>
      <w:r>
        <w:rPr>
          <w:b/>
        </w:rPr>
        <w:t xml:space="preserve">[19:15] </w:t>
      </w:r>
      <w:r>
        <w:t>to jis ko jannat mein jana hai, woh Sahaba ke naqsh e qadam ko follow kare. Jis ko jannat mein jana hai, woh Sahaba ka follower bane.</w:t>
      </w:r>
    </w:p>
    <w:p>
      <w:pPr>
        <w:jc w:val="right"/>
      </w:pPr>
      <w:r>
        <w:t>تو جس کو جنت میں جانا ہے، وہ صحابہ کے نقش قدم کو فالو کرے۔ جس کو جنت میں جانا ہے، وہ صحابہ کا فالوور بنے۔</w:t>
      </w:r>
    </w:p>
    <w:p>
      <w:r>
        <w:rPr>
          <w:b/>
        </w:rPr>
        <w:t xml:space="preserve">[19:30] </w:t>
      </w:r>
      <w:r>
        <w:t>main dua dua karta hoon ke Allah taala hum sab ko tofeeq de ke hum is baat ki nazakat ko samjhein aur Sahaba kaise the, us ko samjhein aur us ko follow karein.</w:t>
      </w:r>
    </w:p>
    <w:p>
      <w:pPr>
        <w:jc w:val="right"/>
      </w:pPr>
      <w:r>
        <w:t>میں دعا دعا کرتا ہوں کہ اللہ تعالی ہم سب کو توفیق دے کہ ہم اس بات کی نزاکت کو سمجھیں اور صحابہ کیسے تھے، اس کو سمجھیں اور اس کو فالو کریں۔</w:t>
      </w:r>
    </w:p>
    <w:p>
      <w:r>
        <w:rPr>
          <w:b/>
        </w:rPr>
        <w:t xml:space="preserve">[19:44] </w:t>
      </w:r>
      <w:r>
        <w:t>Assalamu Alaikum wa Rahmatullahi</w:t>
      </w:r>
    </w:p>
    <w:p>
      <w:pPr>
        <w:jc w:val="right"/>
      </w:pPr>
      <w:r>
        <w:t>السلام علیکم ورحمۃ اللہ</w:t>
      </w:r>
    </w:p>
    <w:p>
      <w:r>
        <w:rPr>
          <w:b/>
        </w:rPr>
        <w:t xml:space="preserve">[19:59] </w:t>
      </w:r>
      <w:r>
        <w:t>maulana. today biggest lesson was from the life of the sahaba that in unlike the people of today,</w:t>
      </w:r>
    </w:p>
    <w:p>
      <w:pPr>
        <w:jc w:val="right"/>
      </w:pPr>
      <w:r>
        <w:t>مولانا۔ ٹوڈے بگسٹ لیسن واز فرام دا لائف اف دا صحابہ دیٹ ان لائک دا پیپل اف ٹوڈے،</w:t>
      </w:r>
    </w:p>
    <w:p>
      <w:r>
        <w:rPr>
          <w:b/>
        </w:rPr>
        <w:t xml:space="preserve">[20:16] </w:t>
      </w:r>
      <w:r>
        <w:t>we should not just keep on talking for the sake of talking. if something is asked of us, like when the prophet used to ask the sahaba to give advice in any issue,</w:t>
      </w:r>
    </w:p>
    <w:p>
      <w:pPr>
        <w:jc w:val="right"/>
      </w:pPr>
      <w:r>
        <w:t>وی شوڈ ناٹ جسٹ کیپ ان ٹاکنگ فار دا سیک اف ٹاکنگ۔ اف سمتھنگ از اسکڈ اف اس، لائک وین دا پرافٹ یوز ٹو اسک دا صحابہ ٹو گیو ایڈوائس ان اینی ایشو،</w:t>
      </w:r>
    </w:p>
    <w:p>
      <w:r>
        <w:rPr>
          <w:b/>
        </w:rPr>
        <w:t xml:space="preserve">[20:34] </w:t>
      </w:r>
      <w:r>
        <w:t>all of them used to be quiet. that you said ke woh apne na janne ko jante thay ke hum is is baat pe hum kuch nahi keh sakeinge.</w:t>
      </w:r>
    </w:p>
    <w:p>
      <w:pPr>
        <w:jc w:val="right"/>
      </w:pPr>
      <w:r>
        <w:t>ال اف دیم یوز ٹو بی کوائٹ۔ دیٹ یو سیڈ کہ وہ اپنے نہ جاننے کو جانتے تھے کہ ہم اس اس بات پہ ہم کچھ نہیں کہہ سکیں گے۔</w:t>
      </w:r>
    </w:p>
    <w:p>
      <w:r>
        <w:rPr>
          <w:b/>
        </w:rPr>
        <w:t xml:space="preserve">[20:45] </w:t>
      </w:r>
      <w:r>
        <w:t>kuch they used to wait for the senior sahabi abu bakr and umar to give a response.</w:t>
      </w:r>
    </w:p>
    <w:p>
      <w:pPr>
        <w:jc w:val="right"/>
      </w:pPr>
      <w:r>
        <w:t>کچھ دے یوز ٹو ویٹ فار دا سینئر صحابی ابوبکر اینڈ عمر ٹو گیو ا ریسپانس۔</w:t>
      </w:r>
    </w:p>
    <w:p>
      <w:r>
        <w:rPr>
          <w:b/>
        </w:rPr>
        <w:t xml:space="preserve">[20:55] </w:t>
      </w:r>
      <w:r>
        <w:t>in unlike that, we immediately just jump into it. so maulana, i got a very big lesson that we i should learn to keep quiet.</w:t>
      </w:r>
    </w:p>
    <w:p>
      <w:pPr>
        <w:jc w:val="right"/>
      </w:pPr>
      <w:r>
        <w:t>ان لائک دیٹ، وی امیڈیٹلی جسٹ جمپ انٹو اٹ۔ سو مولانا، ائی گاٹ ا ویری بگ لیسن دیٹ وی ائی شوڈ لرن ٹو کیپ کوائٹ۔</w:t>
      </w:r>
    </w:p>
    <w:p>
      <w:r>
        <w:rPr>
          <w:b/>
        </w:rPr>
        <w:t xml:space="preserve">[21:08] </w:t>
      </w:r>
      <w:r>
        <w:t>and you have said this to me many times ke aap chup rehna seekhiye. aur maulana, aaj woh cheez ghar baith gayi, woh samajh mein aa gayi.</w:t>
      </w:r>
    </w:p>
    <w:p>
      <w:pPr>
        <w:jc w:val="right"/>
      </w:pPr>
      <w:r>
        <w:t>اینڈ یو ہیو سیڈ دس ٹو می مینی ٹائمز کہ اپ چپ رہنا سیکھیے۔ اور مولانا، اج وہ چیز گھر بیٹھ گئی، وہ سمجھ میں اگئی۔</w:t>
      </w:r>
    </w:p>
    <w:p>
      <w:r>
        <w:rPr>
          <w:b/>
        </w:rPr>
        <w:t xml:space="preserve">[21:19] </w:t>
      </w:r>
      <w:r>
        <w:t>bohat zabardast baat aap ne kahi ke sab se bari baat hai ke hum chup rehna seekhein, bolna seekhein.</w:t>
      </w:r>
    </w:p>
    <w:p>
      <w:pPr>
        <w:jc w:val="right"/>
      </w:pPr>
      <w:r>
        <w:t>بہت زبردست بات اپ نے کہی کہ سب سے بڑی بات ہے کہ ہم چپ رہنا سیکھیں، بولنا سیکھیں۔</w:t>
      </w:r>
    </w:p>
    <w:p>
      <w:r>
        <w:rPr>
          <w:b/>
        </w:rPr>
        <w:t xml:space="preserve">[21:28] </w:t>
      </w:r>
      <w:r>
        <w:t>yeh bari baat nahi hai,</w:t>
      </w:r>
    </w:p>
    <w:p>
      <w:pPr>
        <w:jc w:val="right"/>
      </w:pPr>
      <w:r>
        <w:t>یہ بڑی بات نہیں ہے،</w:t>
      </w:r>
    </w:p>
    <w:p>
      <w:r>
        <w:rPr>
          <w:b/>
        </w:rPr>
        <w:t xml:space="preserve">[21:32] </w:t>
      </w:r>
      <w:r>
        <w:t>apne chup rehne ko seekhein. yeh bari baat hai.</w:t>
      </w:r>
    </w:p>
    <w:p>
      <w:pPr>
        <w:jc w:val="right"/>
      </w:pPr>
      <w:r>
        <w:t>اپنے چپ رہنے کو سیکھیں۔ یہ بڑی بات ہے۔</w:t>
      </w:r>
    </w:p>
    <w:p>
      <w:r>
        <w:rPr>
          <w:b/>
        </w:rPr>
        <w:t xml:space="preserve">[21:45] </w:t>
      </w:r>
      <w:r>
        <w:t>maulana, main ne aaj ke lecture se yeh yeh samjha ke seniors jo hotay hain hamare, woh zyada experienced hotay hain.</w:t>
      </w:r>
    </w:p>
    <w:p>
      <w:pPr>
        <w:jc w:val="right"/>
      </w:pPr>
      <w:r>
        <w:t>مولانا، میں نے اج کے لیکچر سے یہ یہ سمجھا کہ سینئرز جو ہوتے ہیں ہمارے، وہ زیادہ ایکسپیرینسڈ ہوتے ہیں۔</w:t>
      </w:r>
    </w:p>
    <w:p>
      <w:r>
        <w:rPr>
          <w:b/>
        </w:rPr>
        <w:t xml:space="preserve">[21:55] </w:t>
      </w:r>
      <w:r>
        <w:t>to humein un se seekh leni chahiye ke woh apni baat aage rakhein, kyunke woh experience hotay hain. to un ki baaton mein wisdom hoti hai, woh wisdom ko humein samajhna chahiye, as a junior.</w:t>
      </w:r>
    </w:p>
    <w:p>
      <w:pPr>
        <w:jc w:val="right"/>
      </w:pPr>
      <w:r>
        <w:t>تو ہمیں ان سے سیکھ لینی چاہیے کہ وہ اپنی بات اگے رکھیں، کیونکہ وہ ایکسپیرینس ہوتے ہیں۔ تو ان کی باتوں میں وزڈم ہوتی ہے، وہ وزڈم کو ہمیں سمجھنا چاہیے، ایز ا جونیئر۔</w:t>
      </w:r>
    </w:p>
    <w:p>
      <w:r>
        <w:rPr>
          <w:b/>
        </w:rPr>
        <w:t xml:space="preserve">[22:11] </w:t>
      </w:r>
      <w:r>
        <w:t>to main yeh cheez apne mein personally apply karunga ke main pehle apne seniors se seekhoon, jaise sahaba ke seniors thay, Hazrat Umar, Hazrat Abu Bakr.</w:t>
      </w:r>
    </w:p>
    <w:p>
      <w:pPr>
        <w:jc w:val="right"/>
      </w:pPr>
      <w:r>
        <w:t>تو میں یہ چیز اپنے میں پرسنلی اپلائی کروں گا کہ میں پہلے اپنے سینئرز سے سیکھوں، جیسے صحابیوں کے سینئرز تھے، حضرت عمر، حضرت ابوبکر۔</w:t>
      </w:r>
    </w:p>
    <w:p>
      <w:r>
        <w:rPr>
          <w:b/>
        </w:rPr>
        <w:t xml:space="preserve">[22:23] </w:t>
      </w:r>
      <w:r>
        <w:t>to woh un se seekha karte thay. to as a junior, humein pehle apne seniors se seekhna chahiye taake humein bhi woh wisdom mile jo un ke paas thi.</w:t>
      </w:r>
    </w:p>
    <w:p>
      <w:pPr>
        <w:jc w:val="right"/>
      </w:pPr>
      <w:r>
        <w:t>تو وہ ان سے سیکھا کرتے تھے۔ تو ایز ا جونیئر، ہمیں پہلے اپنے سینئرز سے سیکھنا چاہیے تاکہ ہمیں بھی وہ وزڈم ملے جو ان کے پاس تھی۔</w:t>
      </w:r>
    </w:p>
    <w:p>
      <w:r>
        <w:rPr>
          <w:b/>
        </w:rPr>
        <w:t xml:space="preserve">[22:36] </w:t>
      </w:r>
      <w:r>
        <w:t>as a, humein as a learner rehna chahiye. learning pehle, speaking us ke baad. maulana sahib, aap ne jo dars diya,</w:t>
      </w:r>
    </w:p>
    <w:p>
      <w:pPr>
        <w:jc w:val="right"/>
      </w:pPr>
      <w:r>
        <w:t>ایز ا، ہمیں ایز ا لرنر رہنا چاہیے۔ لرننگ پہلے، اسپیکنگ اس کے بعد۔ مولانا صاحب، آپ نے جو درس دیا،</w:t>
      </w:r>
    </w:p>
    <w:p>
      <w:r>
        <w:rPr>
          <w:b/>
        </w:rPr>
        <w:t xml:space="preserve">[22:49] </w:t>
      </w:r>
      <w:r>
        <w:t>is se is mein sahaba karam ki khusoosiyat yeh thi ke woh nahi janne ko jana karte thay. to is se main ne yeh seekha ke jab aap apne nahi janne ko jante ho, is se ek cheez hoti hai ke dil se woh takabbur jo hota hai, woh nikal jata hai.</w:t>
      </w:r>
    </w:p>
    <w:p>
      <w:pPr>
        <w:jc w:val="right"/>
      </w:pPr>
      <w:r>
        <w:t>اس سے اس میں صحابہ کرام کی خصوصیت یہ تھی کہ وہ نہیں جاننے کو جانا کرتے تھے۔ تو اس سے میں نے یہ سیکھا کہ جب آپ اپنے نہیں جاننے کو جانتے ہو، اس سے ایک چیز ہوتی ہے کہ دل سے وہ تکبر جو ہوتا ہے، وہ نکل جاتا ہے۔</w:t>
      </w:r>
    </w:p>
    <w:p>
      <w:r>
        <w:rPr>
          <w:b/>
        </w:rPr>
        <w:t xml:space="preserve">[23:05] </w:t>
      </w:r>
      <w:r>
        <w:t>kahin na kahin aap ke andar agar kisi cheez ki khusoosiyat khuda ne di hai, to is se takabbur banta hai. lekin aap jante hain ke kuch aur cheez mein kahin kami hai, to takabbur nikal jata hai.</w:t>
      </w:r>
    </w:p>
    <w:p>
      <w:pPr>
        <w:jc w:val="right"/>
      </w:pPr>
      <w:r>
        <w:t>کہیں نہ کہیں آپ کے اندر اگر کسی چیز کی خصوصیت خدا نے دی ہے، تو اس سے تکبر بنتا ہے۔ لیکن آپ جانتے ہیں کہ کچھ اور چیز میں کہیں کمی ہے، تو تکبر نکل جاتا ہے۔</w:t>
      </w:r>
    </w:p>
    <w:p>
      <w:r>
        <w:rPr>
          <w:b/>
        </w:rPr>
        <w:t xml:space="preserve">[23:15] </w:t>
      </w:r>
      <w:r>
        <w:t>yeh main ne samjha. dekhein, suniye, main lafz badliye nahi. aap ne kaha ke nahi janne ko jana nahi, yeh humein nahi kehta.</w:t>
      </w:r>
    </w:p>
    <w:p>
      <w:pPr>
        <w:jc w:val="right"/>
      </w:pPr>
      <w:r>
        <w:t>یہ میں نے سمجھا۔ دیکھیں، سنیے، میں لفظ بدلیے نہیں۔ آپ نے کہا کہ نہیں جاننے کو جانا نہیں، یہ ہمیں نہیں کہتا۔</w:t>
      </w:r>
    </w:p>
    <w:p>
      <w:r>
        <w:rPr>
          <w:b/>
        </w:rPr>
        <w:t xml:space="preserve">[23:26] </w:t>
      </w:r>
      <w:r>
        <w:t>apne nahi ko janna, dono mein ek hi nahi hai. main ne jo kaha tha ke sahaba apne nahi ko jante thay, aaj ke log apne high ko jante hain.</w:t>
      </w:r>
    </w:p>
    <w:p>
      <w:pPr>
        <w:jc w:val="right"/>
      </w:pPr>
      <w:r>
        <w:t>اپنے نہیں کو جاننا، دونوں میں ایک ہی نہیں ہے۔ میں نے جو کہا تھا کہ صحابہ اپنے نہیں کو جانتے تھے، آج کے لوگ اپنے ہائے کو جانتے ہیں۔</w:t>
      </w:r>
    </w:p>
    <w:p>
      <w:r>
        <w:rPr>
          <w:b/>
        </w:rPr>
        <w:t xml:space="preserve">[23:45] </w:t>
      </w:r>
      <w:r>
        <w:t>maulana, dono mein kya farq hai? is ko elaborate agar karein aap, na janne ko aur nahi ko. bhai, na janne ki baat alag hai, lekin nahi bohat wasee tar lafz hai.</w:t>
      </w:r>
    </w:p>
    <w:p>
      <w:pPr>
        <w:jc w:val="right"/>
      </w:pPr>
      <w:r>
        <w:t>مولانا، دونوں میں کیا فرق ہے؟ اس کو ایلیبریٹ اگر کریں آپ، نہ جاننے کو اور نہیں کو۔ بھئی، نہ جاننے کی بات الگ ہے، لیکن نہیں بہت وسیع تر لفظ ہے۔</w:t>
      </w:r>
    </w:p>
    <w:p>
      <w:r>
        <w:rPr>
          <w:b/>
        </w:rPr>
        <w:t xml:space="preserve">[23:57] </w:t>
      </w:r>
      <w:r>
        <w:t>apne nahi ko janna ke hum competent nahi ke bolein. achha, yeh nahi ke hum nahi jante, nahi, hum abhi competent nahi ke bolein.</w:t>
      </w:r>
    </w:p>
    <w:p>
      <w:pPr>
        <w:jc w:val="right"/>
      </w:pPr>
      <w:r>
        <w:t>اپنے نہیں کو جاننا کہ ہم کمپیٹنٹ نہیں کہ بولیں۔ اچھا، یہ نہیں کہ ہم نہیں جانتے، نہیں، ہم ابھی کمپیٹنٹ نہیں کہ بولیں۔</w:t>
      </w:r>
    </w:p>
    <w:p>
      <w:r>
        <w:rPr>
          <w:b/>
        </w:rPr>
        <w:t xml:space="preserve">[24:06] </w:t>
      </w:r>
      <w:r>
        <w:t>humari itni study nahi hai, hum ne itna ghor o fikr nahi kiya hai, itna samjha nahi hai. yeh hai apne nahi ko janna.</w:t>
      </w:r>
    </w:p>
    <w:p>
      <w:pPr>
        <w:jc w:val="right"/>
      </w:pPr>
      <w:r>
        <w:t>ہماری اتنی اسٹڈی نہیں ہے، ہم نے اتنا غور و فکر نہیں کیا ہے، اتنا سمجھا نہیں ہے۔ یہ ہے اپنے نہیں کو جاننا۔</w:t>
      </w:r>
    </w:p>
    <w:p>
      <w:r>
        <w:rPr>
          <w:b/>
        </w:rPr>
        <w:t xml:space="preserve">[24:26] </w:t>
      </w:r>
      <w:r>
        <w:t>maulana, aaj aap ne jo sahaba ke zindagi se waqiat sunaye, aur jo bataya, is se maulana, mujhe yeh baat bohat hi ahmiyat ke sath samajh mein aayi ke social ethics bohat behad aham hotay hain.</w:t>
      </w:r>
    </w:p>
    <w:p>
      <w:pPr>
        <w:jc w:val="right"/>
      </w:pPr>
      <w:r>
        <w:t>مولانا، آج آپ نے جو صحابہ کے زندگی سے واقعات سنائے، اور جو بتایا، اس سے مولانا، مجھے یہ بات بہت ہی اہمیت کے ساتھ سمجھ میں آئی کہ سوشل ایتھکس بہت بے حد اہم ہوتے ہیں۔</w:t>
      </w:r>
    </w:p>
    <w:p>
      <w:r>
        <w:rPr>
          <w:b/>
        </w:rPr>
        <w:t xml:space="preserve">[24:49] </w:t>
      </w:r>
      <w:r>
        <w:t>social ethics ko na janne se instability qaim ho jati hai. to yeh maulana, yeh baat mujhe aaj pehli martaba mein samjha hoon.</w:t>
      </w:r>
    </w:p>
    <w:p>
      <w:pPr>
        <w:jc w:val="right"/>
      </w:pPr>
      <w:r>
        <w:t>سوشل ایتھکس کو نہ جاننے سے انسٹیبلٹی قائم ہو جاتی ہے۔ تو یہ مولانا، یہ بات مجھے آج پہلی مرتبہ میں سمجھا ہوں۔</w:t>
      </w:r>
    </w:p>
    <w:p>
      <w:r>
        <w:rPr>
          <w:b/>
        </w:rPr>
        <w:t xml:space="preserve">[25:02] </w:t>
      </w:r>
      <w:r>
        <w:t>ek martaba main baat kar raha tha masla tha evolution, theory of evolution,</w:t>
      </w:r>
    </w:p>
    <w:p>
      <w:pPr>
        <w:jc w:val="right"/>
      </w:pPr>
      <w:r>
        <w:t>ایک مرتبہ میں بات کر رہا تھا مسئلہ تھا ایولوشن، تھیوری اف ایولوشن،</w:t>
      </w:r>
    </w:p>
    <w:p>
      <w:r>
        <w:rPr>
          <w:b/>
        </w:rPr>
        <w:t xml:space="preserve">[25:13] </w:t>
      </w:r>
      <w:r>
        <w:t>theory of evolution.</w:t>
      </w:r>
    </w:p>
    <w:p>
      <w:pPr>
        <w:jc w:val="right"/>
      </w:pPr>
      <w:r>
        <w:t>تھیوری اف ایولوشن۔</w:t>
      </w:r>
    </w:p>
    <w:p>
      <w:r>
        <w:rPr>
          <w:b/>
        </w:rPr>
        <w:t xml:space="preserve">[25:19] </w:t>
      </w:r>
      <w:r>
        <w:t>to theory of evolution, woh jante nahi the kya cheez hai, aur jump kar ke pahunche ke main batata hoon.</w:t>
      </w:r>
    </w:p>
    <w:p>
      <w:pPr>
        <w:jc w:val="right"/>
      </w:pPr>
      <w:r>
        <w:t>تو تھیوری اف ایولوشن، وہ جانتے نہیں تھے کیا چیز ہے، اور جمپ کر کے پہنچے کہ میں بتاتا ہوں۔</w:t>
      </w:r>
    </w:p>
    <w:p>
      <w:r>
        <w:rPr>
          <w:b/>
        </w:rPr>
        <w:t xml:space="preserve">[25:31] </w:t>
      </w:r>
      <w:r>
        <w:t>to bataya jo ulta palta, jis ne theory of evolution ko parha ho, woh bole.</w:t>
      </w:r>
    </w:p>
    <w:p>
      <w:pPr>
        <w:jc w:val="right"/>
      </w:pPr>
      <w:r>
        <w:t>تو بتایا جو الٹا پلٹا، جس نے تھیوری اف ایولوشن کو پڑھا ہو، وہ بولے۔</w:t>
      </w:r>
    </w:p>
    <w:p>
      <w:r>
        <w:rPr>
          <w:b/>
        </w:rPr>
        <w:t xml:space="preserve">[25:41] </w:t>
      </w:r>
      <w:r>
        <w:t>jis ne parha hi nahi hai, to us ko bolne ki kya zaroorat hai? to yeh janna ke maine theory of evolution ko parha nahi, main janta nahi ke kya hai.</w:t>
      </w:r>
    </w:p>
    <w:p>
      <w:pPr>
        <w:jc w:val="right"/>
      </w:pPr>
      <w:r>
        <w:t>جس نے پڑھا ہی نہیں ہے، تو اس کو بولنے کی کیا ضرورت ہے؟ تو یہ جاننا کہ میں نے تھیوری اف ایولوشن کو پڑھا نہیں، میں جانتا نہیں کہ کیا ہے۔</w:t>
      </w:r>
    </w:p>
    <w:p>
      <w:r>
        <w:rPr>
          <w:b/>
        </w:rPr>
        <w:t xml:space="preserve">[25:51] </w:t>
      </w:r>
      <w:r>
        <w:t>yeh to ab to suno, suno, main listener banoon.</w:t>
      </w:r>
    </w:p>
    <w:p>
      <w:pPr>
        <w:jc w:val="right"/>
      </w:pPr>
      <w:r>
        <w:t>یہ تو اب تو سنو، سنو، میں لسنر بنوں۔</w:t>
      </w:r>
    </w:p>
    <w:p>
      <w:r>
        <w:rPr>
          <w:b/>
        </w:rPr>
        <w:t xml:space="preserve">[26:01] </w:t>
      </w:r>
      <w:r>
        <w:t>main ek martaba bahir ke jalse mein tha, wahan scholars ka jalsa tha, to sab log bol rahe the, main chup tha.</w:t>
      </w:r>
    </w:p>
    <w:p>
      <w:pPr>
        <w:jc w:val="right"/>
      </w:pPr>
      <w:r>
        <w:t>میں ایک مرتبہ باہر کے جلسے میں تھا، وہاں اسکالرز کا جلسہ تھا، تو سب لوگ بول رہے تھے، میں چپ تھا۔</w:t>
      </w:r>
    </w:p>
    <w:p>
      <w:r>
        <w:rPr>
          <w:b/>
        </w:rPr>
        <w:t xml:space="preserve">[26:13] </w:t>
      </w:r>
      <w:r>
        <w:t>sab log bol rahe the, main chup tha. to ek sahab ne kaha ke aap bhi boliye.</w:t>
      </w:r>
    </w:p>
    <w:p>
      <w:pPr>
        <w:jc w:val="right"/>
      </w:pPr>
      <w:r>
        <w:t>سب لوگ بول رہے تھے، میں چپ تھا۔ تو ایک صاحب نے کہا کہ آپ بھی بولیے۔</w:t>
      </w:r>
    </w:p>
    <w:p>
      <w:r>
        <w:rPr>
          <w:b/>
        </w:rPr>
        <w:t xml:space="preserve">[26:22] </w:t>
      </w:r>
      <w:r>
        <w:t>to maine kaha ke I am trying to be a good listener. to meri adat yeh hai, I am trying to be good listener.</w:t>
      </w:r>
    </w:p>
    <w:p>
      <w:pPr>
        <w:jc w:val="right"/>
      </w:pPr>
      <w:r>
        <w:t>تو میں نے کہا کہ آئی ایم ٹرائنگ ٹو بی ا گڈ لسنر۔ تو میری عادت یہ ہے، آئی ایم ٹرائنگ ٹو بی گڈ لسنر۔</w:t>
      </w:r>
    </w:p>
    <w:p>
      <w:r>
        <w:rPr>
          <w:b/>
        </w:rPr>
        <w:t xml:space="preserve">[26:36] </w:t>
      </w:r>
      <w:r>
        <w:t>yeh yeh hai farq.</w:t>
      </w:r>
    </w:p>
    <w:p>
      <w:pPr>
        <w:jc w:val="right"/>
      </w:pPr>
      <w:r>
        <w:t>یہ یہ ہے فرق۔</w:t>
      </w:r>
    </w:p>
    <w:p>
      <w:r>
        <w:rPr>
          <w:b/>
        </w:rPr>
        <w:t xml:space="preserve">[26:42] </w:t>
      </w:r>
      <w:r>
        <w:t>Maulana, ek sawal aaya hai Chennai se, Maulana Iqbal Umri ne kiya hai. unhon ne likha hai: "Maulana, aaj self control ke masle bohat mushkil ho gaye hain.</w:t>
      </w:r>
    </w:p>
    <w:p>
      <w:pPr>
        <w:jc w:val="right"/>
      </w:pPr>
      <w:r>
        <w:t>مولانا، ایک سوال آیا ہے چنئی سے، مولانا اقبال عمری نے کیا ہے۔ انہوں نے لکھا ہے: "مولانا، آج سیلف کنٹرول کے مسئلہ بہت مشکل ہو گیا ہے۔</w:t>
      </w:r>
    </w:p>
    <w:p>
      <w:r>
        <w:rPr>
          <w:b/>
        </w:rPr>
        <w:t xml:space="preserve">[26:57] </w:t>
      </w:r>
      <w:r>
        <w:t>communication ke zamane mein har aadmi bolta hai, to kya karein?"</w:t>
      </w:r>
    </w:p>
    <w:p>
      <w:pPr>
        <w:jc w:val="right"/>
      </w:pPr>
      <w:r>
        <w:t>کمیونیکیشن کے زمانے میں ہر آدمی بولتا ہے، تو کیا کریں؟"</w:t>
      </w:r>
    </w:p>
    <w:p>
      <w:r>
        <w:rPr>
          <w:b/>
        </w:rPr>
        <w:t xml:space="preserve">[27:07] </w:t>
      </w:r>
      <w:r>
        <w:t>aap chup rehna seekhein, jab yeh zuban aa jaye to chup rehna seekhein. main khud isi par amal karta hoon, jahan dekhta hoon ke ke baat samajhne wale log nahi hain aur bolne ko khoob bolne ki koshish kar rahe hain.</w:t>
      </w:r>
    </w:p>
    <w:p>
      <w:pPr>
        <w:jc w:val="right"/>
      </w:pPr>
      <w:r>
        <w:t>آپ چپ رہنا سیکھیں، جب یہ زبان آ جائے تو چپ رہنا سیکھیں۔ میں خود اسی پر عمل کرتا ہوں، جہاں دیکھتا ہوں کہ کہ بات سمجھنے والے لوگ نہیں ہیں اور بولنے کو خوب بولنے کی کوشش کر رہے ہیں۔</w:t>
      </w:r>
    </w:p>
    <w:p>
      <w:r>
        <w:rPr>
          <w:b/>
        </w:rPr>
        <w:t xml:space="preserve">[27:25] </w:t>
      </w:r>
      <w:r>
        <w:t>to</w:t>
      </w:r>
    </w:p>
    <w:p>
      <w:pPr>
        <w:jc w:val="right"/>
      </w:pPr>
      <w:r>
        <w:t>تو</w:t>
      </w:r>
    </w:p>
    <w:p>
      <w:r>
        <w:rPr>
          <w:b/>
        </w:rPr>
        <w:t xml:space="preserve">[27:29] </w:t>
      </w:r>
      <w:r>
        <w:t>misalan aap ko batata hoon, mere bare mein ek chupa, woh Faraz Umri ke paas is ka tape maujood hai.</w:t>
      </w:r>
    </w:p>
    <w:p>
      <w:pPr>
        <w:jc w:val="right"/>
      </w:pPr>
      <w:r>
        <w:t>مثلاً آپ کو بتاتا ہوں، میرے بارے میں ایک چھپا، وہ فراز عمری کے پاس اس کا ٹیپ موجود ہے۔</w:t>
      </w:r>
    </w:p>
    <w:p>
      <w:r>
        <w:rPr>
          <w:b/>
        </w:rPr>
        <w:t xml:space="preserve">[27:41] </w:t>
      </w:r>
      <w:r>
        <w:t>mere bare mein yeh chupa ke main kya, woh malamat ka kya lafz tha? khud malamati rang hain, khud malamati.</w:t>
      </w:r>
    </w:p>
    <w:p>
      <w:pPr>
        <w:jc w:val="right"/>
      </w:pPr>
      <w:r>
        <w:t>میرے بارے میں یہ چھپا کہ میں کیا، وہ ملامت کا کیا لفظ تھا؟ خود ملامتی رنگ ہیں، خود ملامتی۔</w:t>
      </w:r>
    </w:p>
    <w:p>
      <w:r>
        <w:rPr>
          <w:b/>
        </w:rPr>
        <w:t xml:space="preserve">[27:52] </w:t>
      </w:r>
      <w:r>
        <w:t>haan, khud malamati rang, khud malamati. yani Musalmanon ko malamat karne ka andaaz.</w:t>
      </w:r>
    </w:p>
    <w:p>
      <w:pPr>
        <w:jc w:val="right"/>
      </w:pPr>
      <w:r>
        <w:t>ہاں، خود ملامتی رنگ، خود ملامتی۔ یعنی مسلمانوں کو ملامت کرنے کا انداز۔</w:t>
      </w:r>
    </w:p>
    <w:p>
      <w:r>
        <w:rPr>
          <w:b/>
        </w:rPr>
        <w:t xml:space="preserve">[28:04] </w:t>
      </w:r>
      <w:r>
        <w:t>to yeh mere zikr bilkul jahilana woh hai remark ka mere bare mein. main jo karta hoon, malamat nahi hoti.</w:t>
      </w:r>
    </w:p>
    <w:p>
      <w:pPr>
        <w:jc w:val="right"/>
      </w:pPr>
      <w:r>
        <w:t>تو یہ میرے ذکر بالکل جاہلانہ وہ ہے ریمارک کا میرے بارے میں۔ میں جو کرتا ہوں، ملامت نہیں ہوتی۔</w:t>
      </w:r>
    </w:p>
    <w:p>
      <w:r>
        <w:rPr>
          <w:b/>
        </w:rPr>
        <w:t xml:space="preserve">[28:15] </w:t>
      </w:r>
      <w:r>
        <w:t>woh malamat to ek ek gaali ka lafz hai, gaali ka lafz. main wohi karta hoon jo hadith Quran mein hai: "Qul inni lakum nadheer".</w:t>
      </w:r>
    </w:p>
    <w:p>
      <w:pPr>
        <w:jc w:val="right"/>
      </w:pPr>
      <w:r>
        <w:t>وہ ملامت تو ایک ایک گالی کا لفظ ہے، گالی کا لفظ۔ میں وہی کرتا ہوں جو حدیث قرآن میں ہے: "کل انی لکم ناصر"۔</w:t>
      </w:r>
    </w:p>
    <w:p>
      <w:r>
        <w:rPr>
          <w:b/>
        </w:rPr>
        <w:t xml:space="preserve">[28:28] </w:t>
      </w:r>
      <w:r>
        <w:t>main tum ko naseehat karne wala hoon. to khud malamati andaaz nahi mera hai, wohi andaaz hai jis ko hadith, jis ko Quran mein naseehat kaha gaya hai.</w:t>
      </w:r>
    </w:p>
    <w:p>
      <w:pPr>
        <w:jc w:val="right"/>
      </w:pPr>
      <w:r>
        <w:t>میں تم کو نصیحت کرنے والا ہوں۔ تو خود ملامتی انداز نہیں میرا ہے، وہی انداز ہے جس کو حدیث، جس کو قرآن میں نصیحت کہا گیا ہے۔</w:t>
      </w:r>
    </w:p>
    <w:p>
      <w:r>
        <w:rPr>
          <w:b/>
        </w:rPr>
        <w:t xml:space="preserve">[28:42] </w:t>
      </w:r>
      <w:r>
        <w:t>to aise aise log jo hain, bolna jante nahi, bolte ke aise logon ke bare mein main yahi kahunga ke un ko bolna aata nahi aur bolte hain.</w:t>
      </w:r>
    </w:p>
    <w:p>
      <w:pPr>
        <w:jc w:val="right"/>
      </w:pPr>
      <w:r>
        <w:t>تو ایسے ایسے لوگ جو ہیں، بولنا جانتے نہیں، بولتے کہ ایسے لوگوں کے بارے میں میں یہی کہوں گا کہ ان کو بولنا آتا نہیں اور بولتے ہیں۔</w:t>
      </w:r>
    </w:p>
    <w:p>
      <w:r>
        <w:rPr>
          <w:b/>
        </w:rPr>
        <w:t xml:space="preserve">[28:55] </w:t>
      </w:r>
      <w:r>
        <w:t>to aap ko jab bhi bolna hai to pehle sochiye ke jo kuch aap keh rahe hain, kya woh haqeeqat waqe ke mutabiq hai? agar agar waqe aap ka dil kahe,</w:t>
      </w:r>
    </w:p>
    <w:p>
      <w:pPr>
        <w:jc w:val="right"/>
      </w:pPr>
      <w:r>
        <w:t>تو آپ کو جب بھی بولنا ہے تو پہلے سوچیے کہ جو کچھ آپ کہہ رہے ہیں، کیا وہ حقیقت واقعہ کے مطابق ہے؟ اگر اگر واقعی آپ کا دل کہے،</w:t>
      </w:r>
    </w:p>
    <w:p>
      <w:r>
        <w:rPr>
          <w:b/>
        </w:rPr>
        <w:t xml:space="preserve">[29:11] </w:t>
      </w:r>
      <w:r>
        <w:t>misalan aap meri tehreeron ko padhenge to aap kahein nahi bata sakte ke main malamat karta hoon, main naseehat karta hoon.</w:t>
      </w:r>
    </w:p>
    <w:p>
      <w:pPr>
        <w:jc w:val="right"/>
      </w:pPr>
      <w:r>
        <w:t>مثلاً آپ میری تحریروں کو پڑھیں گے تو آپ کہیں نہیں بتا سکتے کہ میں ملامت کرتا ہوں، میں نصیحت کرتا ہوں۔</w:t>
      </w:r>
    </w:p>
    <w:p>
      <w:r>
        <w:rPr>
          <w:b/>
        </w:rPr>
        <w:t xml:space="preserve">[29:21] </w:t>
      </w:r>
      <w:r>
        <w:t>aur naseehat meri sab ki sab analysis hota hai, facts hote hain. maine ek ek bar kaha tha apni tehreeron ke bare mein ke meri tehreerein jo hoti hain, arrangement of facts hoti hain.</w:t>
      </w:r>
    </w:p>
    <w:p>
      <w:pPr>
        <w:jc w:val="right"/>
      </w:pPr>
      <w:r>
        <w:t>اور نصیحت میری سب کی سب انالیسز ہوتا ہے، فیکٹس ہوتے ہیں۔ میں نے ایک ایک بار کہا تھا اپنی تحریروں کے بارے میں کہ میری تحریریں جو ہوتی ہیں، ارینجمنٹ اف فیکٹس ہوتی ہیں۔</w:t>
      </w:r>
    </w:p>
    <w:p>
      <w:r>
        <w:rPr>
          <w:b/>
        </w:rPr>
        <w:t xml:space="preserve">[29:36] </w:t>
      </w:r>
      <w:r>
        <w:t>arrangement of facts, is ko aap keh ke malamati lafz, yeh to bekhabari ki baat hai.</w:t>
      </w:r>
    </w:p>
    <w:p>
      <w:pPr>
        <w:jc w:val="right"/>
      </w:pPr>
      <w:r>
        <w:t>ارینجمنٹ اف فیکٹس، اس کو آپ کہہ کے ملامتی لفظ، یہ تو بے خبری کی بات ہے۔</w:t>
      </w:r>
    </w:p>
    <w:p>
      <w:r>
        <w:rPr>
          <w:b/>
        </w:rPr>
        <w:t xml:space="preserve">[29:45] </w:t>
      </w:r>
      <w:r>
        <w:t>to kuch bhi aap jo kehne ja rahe hain, sochiye ke ek shakhs arrangement of facts ki zuban bol raha hai, aap kehte hain malamati zuban.</w:t>
      </w:r>
    </w:p>
    <w:p>
      <w:pPr>
        <w:jc w:val="right"/>
      </w:pPr>
      <w:r>
        <w:t>تو کچھ بھی آپ جو کہنے جا رہے ہیں، سوچیے کہ ایک شخص ارینجمنٹ اف فیکٹس کی زبان بول رہا ہے، آپ کہتے ہیں ملامتی زبان۔</w:t>
      </w:r>
    </w:p>
    <w:p>
      <w:r>
        <w:rPr>
          <w:b/>
        </w:rPr>
        <w:t xml:space="preserve">[29:58] </w:t>
      </w:r>
      <w:r>
        <w:t>to aap ko haq nahi bolne ka, chup rahiye aap. aap ko bolne ki zaroorat kya hai? jab bolna nahi aata to chup rahiye.</w:t>
      </w:r>
    </w:p>
    <w:p>
      <w:pPr>
        <w:jc w:val="right"/>
      </w:pPr>
      <w:r>
        <w:t>تو آپ کو حق نہیں بولنے کا، چپ رہیے آپ۔ آپ کو بولنے کی ضرورت کیا ہے؟ جب بولنا نہیں آتا تو چپ رہیے۔</w:t>
      </w:r>
    </w:p>
    <w:p>
      <w:r>
        <w:rPr>
          <w:b/>
        </w:rPr>
        <w:t xml:space="preserve">[30:16] </w:t>
      </w:r>
      <w:r>
        <w:t>maulana, aaj ki class bohat important thi, bohat si cheezen samajh aaeen, but sab se ziada cheez jo samajh aai woh yeh thi ke jo agar aap ke paas koi relevant point hai ya relevant question hai, tab to boliye, nahi to chup rehne mein hi theek hai.</w:t>
      </w:r>
    </w:p>
    <w:p>
      <w:pPr>
        <w:jc w:val="right"/>
      </w:pPr>
      <w:r>
        <w:t>مولانا، آج کی کلاس بہت امپورٹنٹ تھی، بہت سی چیزیں سمجھ آئیں، بٹ سب سے زیادہ چیز جو سمجھ آئی وہ یہ تھی کہ جو اگر آپ کے پاس کوئی ریلیونٹ پوائنٹ ہے یا ریلیونٹ کوئسچن ہے، تب تو بولیے، نہیں تو چپ رہنے میں ہی ٹھیک ہے۔</w:t>
      </w:r>
    </w:p>
    <w:p>
      <w:r>
        <w:rPr>
          <w:b/>
        </w:rPr>
        <w:t xml:space="preserve">[30:33] </w:t>
      </w:r>
      <w:r>
        <w:t>to kya yeh sahi hai? bilkul sahi hai, bilkul sahi hai. dekhiye, islam mein har aadmi ko haq hai bolne ka,</w:t>
      </w:r>
    </w:p>
    <w:p>
      <w:pPr>
        <w:jc w:val="right"/>
      </w:pPr>
      <w:r>
        <w:t>تو کیا یہ صحیح ہے؟ بالکل صحیح ہے، بالکل صحیح ہے۔ دیکھیے، اسلام میں ہر آدمی کو حق ہے بولنے کا،</w:t>
      </w:r>
    </w:p>
    <w:p>
      <w:r>
        <w:rPr>
          <w:b/>
        </w:rPr>
        <w:t xml:space="preserve">[30:47] </w:t>
      </w:r>
      <w:r>
        <w:t>hata ke paighambar ke muqable mein bolne ka haq hai. haq ke maene ke critical comment dene ka haq hai.</w:t>
      </w:r>
    </w:p>
    <w:p>
      <w:pPr>
        <w:jc w:val="right"/>
      </w:pPr>
      <w:r>
        <w:t>حتی کہ پیغمبر کے مقابلے میں بولنے کا حق ہے۔ حق کے معنی کہ کریٹیکل کمنٹ دینے کا حق ہے۔</w:t>
      </w:r>
    </w:p>
    <w:p>
      <w:r>
        <w:rPr>
          <w:b/>
        </w:rPr>
        <w:t xml:space="preserve">[30:58] </w:t>
      </w:r>
      <w:r>
        <w:t>iski misaal mein batata hoon aap ko: rasool Allah jab ja rahe the ek ghazwa mein to us zamane mein padao dala jata tha, daalte the padao, padao.</w:t>
      </w:r>
    </w:p>
    <w:p>
      <w:pPr>
        <w:jc w:val="right"/>
      </w:pPr>
      <w:r>
        <w:t>اس کی مثال میں بتاتا ہوں آپ کو: رسول اللہ جب جا رہے تھے ایک غزوہ میں تو اس زمانے میں پڑاؤ ڈالا جاتا تھا، ڈالتے تھے پڑاؤ، پڑاؤ۔</w:t>
      </w:r>
    </w:p>
    <w:p>
      <w:r>
        <w:rPr>
          <w:b/>
        </w:rPr>
        <w:t xml:space="preserve">[31:11] </w:t>
      </w:r>
      <w:r>
        <w:t>to aap ne padao dala ek jagah to ek sahabi khare hue, unhon ne kaha ke "laisa hazal manzila".</w:t>
      </w:r>
    </w:p>
    <w:p>
      <w:pPr>
        <w:jc w:val="right"/>
      </w:pPr>
      <w:r>
        <w:t>تو آپ نے پڑاؤ ڈالا ایک جگہ تو ایک صحابی کھڑے ہوئے، انہوں نے کہا کہ "لیسھذا بے منزل"۔</w:t>
      </w:r>
    </w:p>
    <w:p>
      <w:r>
        <w:rPr>
          <w:b/>
        </w:rPr>
        <w:t xml:space="preserve">[31:24] </w:t>
      </w:r>
      <w:r>
        <w:t>yani is tareeqe se keh diya bilkul "laisa hazal manzila". yeh to koi padao ki jagah nahi,</w:t>
      </w:r>
    </w:p>
    <w:p>
      <w:pPr>
        <w:jc w:val="right"/>
      </w:pPr>
      <w:r>
        <w:t>یعنی اس طریقے سے کہہ دیا بالکل "لیسھذا بے منزل"۔ یہ تو کوئی پڑاؤ کی جگہ نہیں،</w:t>
      </w:r>
    </w:p>
    <w:p>
      <w:r>
        <w:rPr>
          <w:b/>
        </w:rPr>
        <w:t xml:space="preserve">[31:35] </w:t>
      </w:r>
      <w:r>
        <w:t>lekin kisi ne is pe aitraz nahi kiya kyunke woh sahi comment tha. woh baat ko khud rasool Allah ne aitraf kiya ke yeh comment hamara durust hai.</w:t>
      </w:r>
    </w:p>
    <w:p>
      <w:pPr>
        <w:jc w:val="right"/>
      </w:pPr>
      <w:r>
        <w:t>لیکن کسی نے اس پہ اعتراض نہیں کیا کیونکہ وہ صحیح کمنٹ تھا۔ وہ بات کو خود رسول اللہ نے اعتراف کیا کہ یہ کمنٹ ہمارا درست ہے۔</w:t>
      </w:r>
    </w:p>
    <w:p>
      <w:r>
        <w:rPr>
          <w:b/>
        </w:rPr>
        <w:t xml:space="preserve">[31:44] </w:t>
      </w:r>
      <w:r>
        <w:t>yahan se chalo. to agar aap comment sahi karne ki, comment sahi comment dene ki salahiyat aap ke andar hota to rasool ke khilaf bol sakte hain.</w:t>
      </w:r>
    </w:p>
    <w:p>
      <w:pPr>
        <w:jc w:val="right"/>
      </w:pPr>
      <w:r>
        <w:t>یہاں سے چلو۔ تو اگر آپ کمنٹ صحیح کرنے کی، کمنٹ صحیح کمنٹ دینے کی صلاحیت آپ کے اندر ہوتا تو رسول کے خلاف بول سکتے ہیں۔</w:t>
      </w:r>
    </w:p>
    <w:p>
      <w:r>
        <w:rPr>
          <w:b/>
        </w:rPr>
        <w:t xml:space="preserve">[31:58] </w:t>
      </w:r>
      <w:r>
        <w:t>aap kehti hai azadi hai islam mein, lekin khwamkhwah bolna, jaise mere khilaf woh jo bole, woh ke malmati mere nazdeek un ko haq nahi bolne ka kyunke woh jante hi nahi ke naseehat kya cheez hai, malamat kya cheez hai, analysis kya cheez hai.</w:t>
      </w:r>
    </w:p>
    <w:p>
      <w:pPr>
        <w:jc w:val="right"/>
      </w:pPr>
      <w:r>
        <w:t>آپ کہتی ہے آزادی ہے اسلام میں، لیکن خوامخواہ بولنا، جیسے میرے خلاف وہ جو بولے، وہ کہ ملامتی میرے نزدیک ان کو حق نہیں بولنے کا کیونکہ وہ جانتے ہی نہیں کہ نصیحت کیا چیز ہے، ملامت کیا چیز ہے، انالیسز کیا چیز ہے۔</w:t>
      </w:r>
    </w:p>
    <w:p>
      <w:r>
        <w:rPr>
          <w:b/>
        </w:rPr>
        <w:t xml:space="preserve">[32:16] </w:t>
      </w:r>
      <w:r>
        <w:t>kya zaroorat hai bolne ki? chup rahen, chup rahen.</w:t>
      </w:r>
    </w:p>
    <w:p>
      <w:pPr>
        <w:jc w:val="right"/>
      </w:pPr>
      <w:r>
        <w:t>کیا ضرورت ہے بولنے کی؟ چپ رہیں، چپ رہیں۔</w:t>
      </w:r>
    </w:p>
    <w:p>
      <w:r>
        <w:rPr>
          <w:b/>
        </w:rPr>
        <w:t xml:space="preserve">[32:24] </w:t>
      </w:r>
      <w:r>
        <w:t>maulana, jo aap ne yeh abhi bataya hai, i mean, its like a wisdom which was shared by all the prophet and his followers 1400 years ago.</w:t>
      </w:r>
    </w:p>
    <w:p>
      <w:pPr>
        <w:jc w:val="right"/>
      </w:pPr>
      <w:r>
        <w:t>مولانا، جو آپ نے یہ ابھی بتایا ہے، آئی مین، اٹس لائک ا وزڈم وچ واز شیئرڈ بائے ال دا پرافٹ اینڈ ہز فالوورز 1400 ایئرز ایگو۔</w:t>
      </w:r>
    </w:p>
    <w:p>
      <w:r>
        <w:rPr>
          <w:b/>
        </w:rPr>
        <w:t xml:space="preserve">[32:36] </w:t>
      </w:r>
      <w:r>
        <w:t>aur jahan tak hamein yaad hai, maulana sahib, yeh aaj ke zamane mein bhi jo aap successful leaders ki bhi baat karen, business mein aap ne hamein ek baar yeh bataya tha kahan tak yeh sach hai, hamein abhi yaad nahi aa raha.</w:t>
      </w:r>
    </w:p>
    <w:p>
      <w:pPr>
        <w:jc w:val="right"/>
      </w:pPr>
      <w:r>
        <w:t>اور جہاں تک ہمیں یاد ہے، مولانا صاحب، یہ آج کے زمانے میں بھی جو آپ سکسیس فل لیڈرز کی بھی بات کریں، بزنس میں آپ نے ہمیں ایک بار یہ بتایا تھا کہاں تک یہ سچ ہے، ہمیں ابھی یاد نہیں آ رہا۔</w:t>
      </w:r>
    </w:p>
    <w:p>
      <w:r>
        <w:rPr>
          <w:b/>
        </w:rPr>
        <w:t xml:space="preserve">[32:47] </w:t>
      </w:r>
      <w:r>
        <w:t>maybe aap repeat kar sakte hain, aap ne kaha tha mislan ke aap ya koi pata hamein yaad nahi aa raha, aap dhirubhai ambani ke sath the ek baar hi, aur aap ne kaha ke bohat ghanton tak woh sirf logon ki baaten sun rahe the aur ek shabd bhi unhon ne apne munh se nahi nikala.</w:t>
      </w:r>
    </w:p>
    <w:p>
      <w:pPr>
        <w:jc w:val="right"/>
      </w:pPr>
      <w:r>
        <w:t>می بی آپ ریپیٹ کر سکتے ہیں، آپ نے کہا تھا مثلاً کہ آپ یا کوئی پتہ ہمیں یاد نہیں آ رہا، آپ دھیرو بھائی امانی کے ساتھ تھے ایک بار ہی، اور آپ نے کہا کہ بہت گھنٹوں تک وہ صرف لوگوں کی باتیں سن رہے تھے اور ایک शब्द بھی انہوں نے اپنے منہ سے نہیں نکالا۔</w:t>
      </w:r>
    </w:p>
    <w:p>
      <w:r>
        <w:rPr>
          <w:b/>
        </w:rPr>
        <w:t xml:space="preserve">[33:02] </w:t>
      </w:r>
      <w:r>
        <w:t>unhon ne yeh maulana sahib, thoda relate karenge is baat ko. main naam bana bata sakta hoon, haan, hyderabad mein businessman hain habib bhai.</w:t>
      </w:r>
    </w:p>
    <w:p>
      <w:pPr>
        <w:jc w:val="right"/>
      </w:pPr>
      <w:r>
        <w:t>انہوں نے یہ مولانا صاحب، تھوڑا ریلیٹ کریں گے اس بات کو۔ میں نام بنا بتا سکتا ہوں، ہاں، حیدرآباد میں بزنس مین ہیں حبیب بھائی۔</w:t>
      </w:r>
    </w:p>
    <w:p>
      <w:r>
        <w:rPr>
          <w:b/>
        </w:rPr>
        <w:t xml:space="preserve">[33:15] </w:t>
      </w:r>
      <w:r>
        <w:t>to ek baar un ka kisi business ke silsile mein mamla hua tha, yeh un ke mashooq maksh ambani ke jo baap the na, kya naam tha un ka?</w:t>
      </w:r>
    </w:p>
    <w:p>
      <w:pPr>
        <w:jc w:val="right"/>
      </w:pPr>
      <w:r>
        <w:t>تو ایک بار ان کا کسی بزنس کے سلسلے میں معاملہ ہوا تھا، یہ ان کے مشوق مکش امبانی کے جو باپ تھے نا، کیا نام تھا ان کا؟</w:t>
      </w:r>
    </w:p>
    <w:p>
      <w:r>
        <w:rPr>
          <w:b/>
        </w:rPr>
        <w:t xml:space="preserve">[33:26] </w:t>
      </w:r>
      <w:r>
        <w:t>dhirubhai ambani. dhirubhai ambani hain ji, dhirubhai ambani. to dhiru ambani se contact kiya unhon ne ke main aap se milna chahta hoon, kuch aap se business ki baat karna hai.</w:t>
      </w:r>
    </w:p>
    <w:p>
      <w:pPr>
        <w:jc w:val="right"/>
      </w:pPr>
      <w:r>
        <w:t>دھیرو بھائی امبانی۔ دھیرو بھائی امبانی ہیں جی، دھیرو بھائی امبانی۔ تو دھیرو امبانی سے کنٹیکٹ کیا انہوں نے کہ میں آپ سے ملنا چاہتا ہوں، کچھ آپ سے بزنس کی بات کرنا ہے۔</w:t>
      </w:r>
    </w:p>
    <w:p>
      <w:r>
        <w:rPr>
          <w:b/>
        </w:rPr>
        <w:t xml:space="preserve">[33:40] </w:t>
      </w:r>
      <w:r>
        <w:t>to dhirubhai ambani ki taraf se jawab aaya ke mere paas to time hai nahi is waqt, aap falan falan din falan waqt mein car se jaane wala hoon, to aap aajayen mere sath car mein baith jaiye, rastay mein baat kar lenge.</w:t>
      </w:r>
    </w:p>
    <w:p>
      <w:pPr>
        <w:jc w:val="right"/>
      </w:pPr>
      <w:r>
        <w:t>تو دھیرو بھائی امبانی کی طرف سے جواب آیا کہ میرے پاس تو ٹائم ہے نہیں اس وقت، آپ فلاں فلاں دن فلاں وقت میں کار سے جانے والا ہوں، تو آپ آجائیں میرے ساتھ کار میں بیٹھ جائیے، راستے میں بات کر لیں گے۔</w:t>
      </w:r>
    </w:p>
    <w:p>
      <w:r>
        <w:rPr>
          <w:b/>
        </w:rPr>
        <w:t xml:space="preserve">[34:00] </w:t>
      </w:r>
      <w:r>
        <w:t>to habib bhai ne kaha, habib bhai ne kaha ke hum shayad ek ghanta 31 der un ke sath rahe car mein.</w:t>
      </w:r>
    </w:p>
    <w:p>
      <w:pPr>
        <w:jc w:val="right"/>
      </w:pPr>
      <w:r>
        <w:t>تو حبیب بھائی نے کہا، حبیب بھائی نے کہا کہ ہم شاید ایک گھنٹہ 31 دیر ان کے ساتھ رہے کار میں۔</w:t>
      </w:r>
    </w:p>
    <w:p>
      <w:r>
        <w:rPr>
          <w:b/>
        </w:rPr>
        <w:t xml:space="preserve">[34:11] </w:t>
      </w:r>
      <w:r>
        <w:t>aur habib bhai ne kaha, jahan tak mujhe yaad hai ke woh aadmi kuch bola hi nahi, sirf sunta raha. habib bhai bolte rahe, woh sunta raha, chup chap sunta raha bas.</w:t>
      </w:r>
    </w:p>
    <w:p>
      <w:pPr>
        <w:jc w:val="right"/>
      </w:pPr>
      <w:r>
        <w:t>اور حبیب بھائی نے کہا، جہاں تک مجھے یاد ہے کہ وہ آدمی کچھ بولا ہی نہیں، صرف سنتا رہا۔ حبیب بھائی بولتے رہے، وہ سنتا رہا، چپ چاپ سنتا رہا بس۔</w:t>
      </w:r>
    </w:p>
    <w:p>
      <w:r>
        <w:rPr>
          <w:b/>
        </w:rPr>
        <w:t xml:space="preserve">[34:26] </w:t>
      </w:r>
      <w:r>
        <w:t>to main ne yeh samjha ke jo log top par pahunchte hain, bare bare position mein, woh khwamkhwah nahi pahunchte, un ke andar kuch quality hoti hai, kuch quality hoti hai, tab woh pahunchte hain.</w:t>
      </w:r>
    </w:p>
    <w:p>
      <w:pPr>
        <w:jc w:val="right"/>
      </w:pPr>
      <w:r>
        <w:t>تو میں نے یہ سمجھا کہ جو لوگ ٹاپ پر پہنچتے ہیں، بڑے بڑے پوزیشن میں، وہ خوامخواہ نہیں پہنچتے، ان کے اندر کچھ کوالٹی ہوتی ہے، کچھ کوالٹی ہوتی ہے، تب وہ پہنچتے ہیں۔</w:t>
      </w:r>
    </w:p>
    <w:p>
      <w:r>
        <w:rPr>
          <w:b/>
        </w:rPr>
        <w:t xml:space="preserve">[34:38] </w:t>
      </w:r>
      <w:r>
        <w:t>woh</w:t>
      </w:r>
    </w:p>
    <w:p>
      <w:pPr>
        <w:jc w:val="right"/>
      </w:pPr>
      <w:r>
        <w:t>وہ</w:t>
      </w:r>
    </w:p>
    <w:p>
      <w:r>
        <w:rPr>
          <w:b/>
        </w:rPr>
        <w:t xml:space="preserve">[34:44] </w:t>
      </w:r>
      <w:r>
        <w:t>maulana, aap ne ek baar hi bataya tha, shayad yeh ek seng hai ya hadith hai ke "man samta naja". jo chup raha, us ne nijat pai.</w:t>
      </w:r>
    </w:p>
    <w:p>
      <w:pPr>
        <w:jc w:val="right"/>
      </w:pPr>
      <w:r>
        <w:t>مولانا، آپ نے ایک بار ہی بتایا تھا، شاید یہ ایک سینگ ہے یا حدیث ہے کہ "من سمتا نہ جا"۔ جو چپ رہا، اس نے نجات پائی۔</w:t>
      </w:r>
    </w:p>
    <w:p>
      <w:r>
        <w:rPr>
          <w:b/>
        </w:rPr>
        <w:t xml:space="preserve">[34:55] </w:t>
      </w:r>
      <w:r>
        <w:t>ek martaba main safar kar raha tha to bahar ke kisi airport par tha, main bahar ke to wahan ek aadmi jo jo japani scholar tha, woh to us se mulaqat ho gayi.</w:t>
      </w:r>
    </w:p>
    <w:p>
      <w:pPr>
        <w:jc w:val="right"/>
      </w:pPr>
      <w:r>
        <w:t>ایک مرتبہ میں سفر کر رہا تھا تو باہر کے کسی ایئرپورٹ پر تھا، میں باہر کے تو وہاں ایک آدمی جو جو جاپانی اسکالر تھا، وہ تو اس سے ملاقات ہو گئی۔</w:t>
      </w:r>
    </w:p>
    <w:p>
      <w:r>
        <w:rPr>
          <w:b/>
        </w:rPr>
        <w:t xml:space="preserve">[35:14] </w:t>
      </w:r>
      <w:r>
        <w:t>yani woh bhi kisi flight ka wait kar raha tha, main bhi kisi flight ka wait kar raha tha.</w:t>
      </w:r>
    </w:p>
    <w:p>
      <w:pPr>
        <w:jc w:val="right"/>
      </w:pPr>
      <w:r>
        <w:t>یعنی وہ بھی کسی فلائٹ کا ویٹ کر رہا تھا، میں بھی کسی فلائٹ کا ویٹ کر رہا تھا۔</w:t>
      </w:r>
    </w:p>
    <w:p>
      <w:r>
        <w:rPr>
          <w:b/>
        </w:rPr>
        <w:t xml:space="preserve">[35:22] </w:t>
      </w:r>
      <w:r>
        <w:t>to us se baat shuru hui to us ne kaha ke woh japan mein</w:t>
      </w:r>
    </w:p>
    <w:p>
      <w:pPr>
        <w:jc w:val="right"/>
      </w:pPr>
      <w:r>
        <w:t>تو اس سے بات شروع ہوئی تو اس نے کہا کہ وہ جاپان میں</w:t>
      </w:r>
    </w:p>
    <w:p>
      <w:r>
        <w:rPr>
          <w:b/>
        </w:rPr>
        <w:t xml:space="preserve">[35:31] </w:t>
      </w:r>
      <w:r>
        <w:t>research kar raha hai is par, yaani silence ke sawal par ke silence kya cheez hai.</w:t>
      </w:r>
    </w:p>
    <w:p>
      <w:pPr>
        <w:jc w:val="right"/>
      </w:pPr>
      <w:r>
        <w:t>ریسرچ کر رہا ہے اس پر، یعنی سائلنس کے سوال پر کہ سائلنس کیا چیز ہے۔</w:t>
      </w:r>
    </w:p>
    <w:p>
      <w:r>
        <w:rPr>
          <w:b/>
        </w:rPr>
        <w:t xml:space="preserve">[35:41] </w:t>
      </w:r>
      <w:r>
        <w:t>silence mazhab mazhab mein. to is ne mujh se poocha ke silence ke liye Islam mein kuch bohat mujhe bataiye, main add karunga is ko.</w:t>
      </w:r>
    </w:p>
    <w:p>
      <w:pPr>
        <w:jc w:val="right"/>
      </w:pPr>
      <w:r>
        <w:t>سائلنس مذہب مذہب میں۔ تو اس نے مجھ سے پوچھا کہ سائلنس کے لیے اسلام میں کچھ بہت مجھے بتائیے، میں ایڈ کروں گا اس کو۔</w:t>
      </w:r>
    </w:p>
    <w:p>
      <w:r>
        <w:rPr>
          <w:b/>
        </w:rPr>
        <w:t xml:space="preserve">[35:52] </w:t>
      </w:r>
      <w:r>
        <w:t>to main ne kaha, main aap ko ek hadith suna sakta hoon. to main ne ek hadith sunai, woh to "man samta na ja".</w:t>
      </w:r>
    </w:p>
    <w:p>
      <w:pPr>
        <w:jc w:val="right"/>
      </w:pPr>
      <w:r>
        <w:t>تو میں نے کہا، میں آپ کو ایک حدیث سنا سکتا ہوں۔ تو میں نے ایک حدیث سنائی، وہ تو "من سمتا نہ جا"۔</w:t>
      </w:r>
    </w:p>
    <w:p>
      <w:r>
        <w:rPr>
          <w:b/>
        </w:rPr>
        <w:t xml:space="preserve">[36:04] </w:t>
      </w:r>
      <w:r>
        <w:t>jo chup raha, us ne nijat pai. to sahib, yeh sunte hi woh chup ho gaya, der tak sochta raha, "man samta na ja".</w:t>
      </w:r>
    </w:p>
    <w:p>
      <w:pPr>
        <w:jc w:val="right"/>
      </w:pPr>
      <w:r>
        <w:t>جو چپ رہا، اس نے نجات پائی۔ تو صاحب، یہ سنتے ہی وہ چپ ہو گیا، دیر تک سوچتا رہا، "من سمتا نہ جا"۔</w:t>
      </w:r>
    </w:p>
    <w:p>
      <w:r>
        <w:rPr>
          <w:b/>
        </w:rPr>
        <w:t xml:space="preserve">[36:19] </w:t>
      </w:r>
      <w:r>
        <w:t>to chup rehna aisi bari cheez hai, chup rehna aadmi ko bara banati hai. "man samta na ja" is ka mani yeh hai ke jo chup rahega, woh sochega, woh planning karega,</w:t>
      </w:r>
    </w:p>
    <w:p>
      <w:pPr>
        <w:jc w:val="right"/>
      </w:pPr>
      <w:r>
        <w:t>تو چپ رہنا ایسی بڑی چیز ہے، چپ رہنا آدمی کو بڑا بناتی ہے۔ "من سمتا نہ جا" اس کا معنی یہ ہے کہ جو چپ رہے گا، وہ سوچے گا، وہ پلاننگ کرے گا،</w:t>
      </w:r>
    </w:p>
    <w:p>
      <w:r>
        <w:rPr>
          <w:b/>
        </w:rPr>
        <w:t xml:space="preserve">[36:36] </w:t>
      </w:r>
      <w:r>
        <w:t>woh har pehlu ko le kar ke rai banayega.</w:t>
      </w:r>
    </w:p>
    <w:p>
      <w:pPr>
        <w:jc w:val="right"/>
      </w:pPr>
      <w:r>
        <w:t>وہ ہر پہلو کو لے کر کے رائے بنائے گا۔</w:t>
      </w:r>
    </w:p>
    <w:p>
      <w:r>
        <w:rPr>
          <w:b/>
        </w:rPr>
        <w:t xml:space="preserve">[36:45] </w:t>
      </w:r>
      <w:r>
        <w:t>ab koi bhi planning karna hai to is se pehle woh is ke</w:t>
      </w:r>
    </w:p>
    <w:p>
      <w:pPr>
        <w:jc w:val="right"/>
      </w:pPr>
      <w:r>
        <w:t>اب کوئی بھی پلاننگ کرنا ہے تو اس سے پہلے وہ اس کے</w:t>
      </w:r>
    </w:p>
    <w:p>
      <w:r>
        <w:rPr>
          <w:b/>
        </w:rPr>
        <w:t xml:space="preserve">[36:52] </w:t>
      </w:r>
      <w:r>
        <w:t>saare pehluon par ghor karega. to chup rehna sadah baat nahi hai, chup rehne ka mani hai deep thinking.</w:t>
      </w:r>
    </w:p>
    <w:p>
      <w:pPr>
        <w:jc w:val="right"/>
      </w:pPr>
      <w:r>
        <w:t>سارے پہلوؤں پر غور کرے گا۔ تو چپ رہنا سادہ بات نہیں ہے، چپ رہنے کا معنی ہے ڈیپ تھنکنگ۔</w:t>
      </w:r>
    </w:p>
    <w:p>
      <w:r>
        <w:rPr>
          <w:b/>
        </w:rPr>
        <w:t xml:space="preserve">[37:08] </w:t>
      </w:r>
      <w:r>
        <w:t>deep thinking. chacha, dekhen Tata ki kahaniyan parhen to Tata bohat kam bolta tha. doosra bol raha hai, woh chup raha hai, sun raha hai.</w:t>
      </w:r>
    </w:p>
    <w:p>
      <w:pPr>
        <w:jc w:val="right"/>
      </w:pPr>
      <w:r>
        <w:t>ڈیپ تھنکنگ۔ چاچا، دیکھیں ٹاٹا کی کہانیاں پڑھیں تو ٹاٹا بہت کم بولتا تھا۔ دوسرا بول رہا ہے، وہ چپ رہا ہے، سن رہا ہے۔</w:t>
      </w:r>
    </w:p>
    <w:p>
      <w:r>
        <w:rPr>
          <w:b/>
        </w:rPr>
        <w:t xml:space="preserve">[37:25] </w:t>
      </w:r>
      <w:r>
        <w:t>ek qissa main ne parha tha ke wajahat mein ek baar koi tha Tata ke sath, to un ke sath jo baitha hua tha, woh koi journalist tha, ek aisa bohat bolta tha.</w:t>
      </w:r>
    </w:p>
    <w:p>
      <w:pPr>
        <w:jc w:val="right"/>
      </w:pPr>
      <w:r>
        <w:t>ایک قصہ میں نے پڑھا تھا کہ واجہات میں ایک بار کوئی تھا ٹاٹا کے ساتھ، تو ان کے ساتھ جو بیٹھا ہوا تھا، وہ کوئی جرنلسٹ تھا، ایک ایسا بہت بولتا تھا۔</w:t>
      </w:r>
    </w:p>
    <w:p>
      <w:r>
        <w:rPr>
          <w:b/>
        </w:rPr>
        <w:t xml:space="preserve">[37:37] </w:t>
      </w:r>
      <w:r>
        <w:t>woh to woh Tata chup chap tha, chup chup sun raha tha.</w:t>
      </w:r>
    </w:p>
    <w:p>
      <w:pPr>
        <w:jc w:val="right"/>
      </w:pPr>
      <w:r>
        <w:t>وہ تو وہ ٹاٹا چپ چاپ تھا، چپ چپ سن رہا تھا۔</w:t>
      </w:r>
    </w:p>
    <w:p>
      <w:r>
        <w:rPr>
          <w:b/>
        </w:rPr>
        <w:t xml:space="preserve">[37:45] </w:t>
      </w:r>
      <w:r>
        <w:t>woh bol raha tha aur Tata chup chap sunta tha. to aakhir mein us ne poocha ke aap kaun kaun sahib hain? to us ne kaha ke main ji R D Tata hoon.</w:t>
      </w:r>
    </w:p>
    <w:p>
      <w:pPr>
        <w:jc w:val="right"/>
      </w:pPr>
      <w:r>
        <w:t>وہ بول رہا تھا اور ٹاٹا چپ چاپ سنتا تھا۔ تو آخر میں اس نے پوچھا کہ آپ کون کون صاحب ہیں؟ تو اس نے کہا کہ میں جی آر ڈی ٹاٹا ہوں۔</w:t>
      </w:r>
    </w:p>
    <w:p>
      <w:r>
        <w:rPr>
          <w:b/>
        </w:rPr>
        <w:t xml:space="preserve">[37:56] </w:t>
      </w:r>
      <w:r>
        <w:t>to woh khara ho gaya. itna bara aadmi mere sath baitha hua hai, bolta kuch nahi. to bolna koi kamal nahi hai, sunna kamal hai.</w:t>
      </w:r>
    </w:p>
    <w:p>
      <w:pPr>
        <w:jc w:val="right"/>
      </w:pPr>
      <w:r>
        <w:t>تو وہ کھڑا ہو گیا۔ اتنا بڑا آدمی میرے ساتھ بیٹھا ہوا ہے، بولتا کچھ نہیں۔ تو بولنا کوئی کمال نہیں ہے، سننا کمال ہے۔</w:t>
      </w:r>
    </w:p>
    <w:p>
      <w:r>
        <w:rPr>
          <w:b/>
        </w:rPr>
        <w:t xml:space="preserve">[38:08] </w:t>
      </w:r>
      <w:r>
        <w:t>sunna, sun kar baat ko samajhna. Maulana, aap ne ek baar hi kaha tha ke "when you are not speaking, then you are learning".</w:t>
      </w:r>
    </w:p>
    <w:p>
      <w:pPr>
        <w:jc w:val="right"/>
      </w:pPr>
      <w:r>
        <w:t>سننا، سن کر بات کو سمجھنا۔ مولانا، آپ نے ایک بار ہی کہا تھا کہ "وین یو آر ناٹ سپیکنگ، دین یو آر لرننگ"۔</w:t>
      </w:r>
    </w:p>
    <w:p>
      <w:r>
        <w:rPr>
          <w:b/>
        </w:rPr>
        <w:t xml:space="preserve">[38:20] </w:t>
      </w:r>
      <w:r>
        <w:t>haan, main is ka bhi qissa batata hoon aap ko. America mein ek baar, meri ek taqreer hui, woh sab musalman the is mein.</w:t>
      </w:r>
    </w:p>
    <w:p>
      <w:pPr>
        <w:jc w:val="right"/>
      </w:pPr>
      <w:r>
        <w:t>ہاں، میں اس کا بھی قصہ بتاتا ہوں آپ کو۔ امریکہ میں ایک بار، میری ایک تقریر ہوئی، وہ سب مسلمان تھے اس میں۔</w:t>
      </w:r>
    </w:p>
    <w:p>
      <w:r>
        <w:rPr>
          <w:b/>
        </w:rPr>
        <w:t xml:space="preserve">[38:30] </w:t>
      </w:r>
      <w:r>
        <w:t>to ek aadmi jo wahan America ke jo log jama hue the, un mein sab se bara business man tha, yaani kam kai kai countries mein is ka computer ki factory thi is ki.</w:t>
      </w:r>
    </w:p>
    <w:p>
      <w:pPr>
        <w:jc w:val="right"/>
      </w:pPr>
      <w:r>
        <w:t>تو ایک آدمی جو وہاں امریکہ کے جو لوگ اکٹھا ہوئے تھے، ان میں سب سے بڑا بزنس مین تھا، یعنی کم کئی کئی کنٹریز میں اس کا کمپیوٹر کی فیکٹری تھی اس کی۔</w:t>
      </w:r>
    </w:p>
    <w:p>
      <w:r>
        <w:rPr>
          <w:b/>
        </w:rPr>
        <w:t xml:space="preserve">[38:49] </w:t>
      </w:r>
      <w:r>
        <w:t>to main ne jo jo kuch kaha, to sab log bolte the. ek aadmi, woh bolta hi nahi tha, kuch chup chap. woh yahi tha jo computer ka bohat bara business man tha.</w:t>
      </w:r>
    </w:p>
    <w:p>
      <w:pPr>
        <w:jc w:val="right"/>
      </w:pPr>
      <w:r>
        <w:t>تو میں نے جو جو کچھ کہا، تو سب لوگ بولتے تھے۔ ایک آدمی، وہ بولتا ہی نہیں تھا، کچھ چپ چاپ۔ وہ یہی تھا جو کمپیوٹر کا بہت بڑا بزنس مین تھا۔</w:t>
      </w:r>
    </w:p>
    <w:p>
      <w:r>
        <w:rPr>
          <w:b/>
        </w:rPr>
        <w:t xml:space="preserve">[39:03] </w:t>
      </w:r>
      <w:r>
        <w:t>to jab sab baat bol chuke, baat khatam ho gayi to aakhir mein un se main ne poocha, is ka naam bhi mujhe yaad hai, Mr Qureshi naam tha is ka.</w:t>
      </w:r>
    </w:p>
    <w:p>
      <w:pPr>
        <w:jc w:val="right"/>
      </w:pPr>
      <w:r>
        <w:t>تو جب سب بات بول چکے، بات ختم ہوگئی تو آخر میں ان سے میں نے پوچھا، اس کا نام بھی مجھے یاد ہے، مسٹر قریشی نام تھا اس کا۔</w:t>
      </w:r>
    </w:p>
    <w:p>
      <w:r>
        <w:rPr>
          <w:b/>
        </w:rPr>
        <w:t xml:space="preserve">[39:16] </w:t>
      </w:r>
      <w:r>
        <w:t>to main ne poocha ke Mr Qureshi, aap kuch bolne aur kuch bole nahi? aap to us ne kaha kya?</w:t>
      </w:r>
    </w:p>
    <w:p>
      <w:pPr>
        <w:jc w:val="right"/>
      </w:pPr>
      <w:r>
        <w:t>تو میں نے پوچھا کہ مسٹر قریشی، آپ کچھ بولنے اور کچھ بولے نہیں؟ آپ تو اس نے کہا کیا؟</w:t>
      </w:r>
    </w:p>
    <w:p>
      <w:r>
        <w:rPr>
          <w:b/>
        </w:rPr>
        <w:t xml:space="preserve">[39:26] </w:t>
      </w:r>
      <w:r>
        <w:t>us waqt se aaj tak main is ki baat ko pakre hue hoon, aaj tak pakre hue hoon. us ne kaha, "when I am speaking, I am not thinking.</w:t>
      </w:r>
    </w:p>
    <w:p>
      <w:pPr>
        <w:jc w:val="right"/>
      </w:pPr>
      <w:r>
        <w:t>اس وقت سے آج تک میں اس کی بات کو پکڑے ہوئے ہوں، آج تک پکڑے ہوئے ہوں۔ اس نے کہا، "وین آئی ایم سپیکنگ، آئی ایم ناٹ تھنکنگ۔</w:t>
      </w:r>
    </w:p>
    <w:p>
      <w:r>
        <w:rPr>
          <w:b/>
        </w:rPr>
        <w:t xml:space="preserve">[39:42] </w:t>
      </w:r>
      <w:r>
        <w:t>when I am speaking, I am not thinking". yeh ghiza angrezi ka koi bagoola bhi shayad yeh hai. to bari baat hai chup rehna, bari baat bolna nahi, bas bol rahe hain, bol rahe hain, bol rahe hain.</w:t>
      </w:r>
    </w:p>
    <w:p>
      <w:pPr>
        <w:jc w:val="right"/>
      </w:pPr>
      <w:r>
        <w:t>وین آئی ایم سپیکنگ، آئی ایم ناٹ تھنکنگ"۔ یہ غذا انگریزی کا کوئی بقولہ بھی شاید یہ ہے۔ تو بڑی بات ہے چپ رہنا، بڑی بات بولنا نہیں، بس بول رہے ہیں، بول رہے ہیں، بول رہے ہیں۔</w:t>
      </w:r>
    </w:p>
    <w:p>
      <w:r>
        <w:rPr>
          <w:b/>
        </w:rPr>
        <w:t xml:space="preserve">[40:01] </w:t>
      </w:r>
      <w:r>
        <w:t>Maulana, kuch comments aaye hain, yeh comment bheja hai Dubai se Miss Firdous ne. unhon ne likha hai, "Subhan Allah, kitni pyari baat batai!</w:t>
      </w:r>
    </w:p>
    <w:p>
      <w:pPr>
        <w:jc w:val="right"/>
      </w:pPr>
      <w:r>
        <w:t>مولانا، کچھ کمنٹس آئے ہیں، یہ کمنٹ بھیجا ہے دبئی سے مس فردوس نے۔ انہوں نے لکھا ہے، "سبحان اللہ، کتنی پیاری بات بتائی!</w:t>
      </w:r>
    </w:p>
    <w:p>
      <w:r>
        <w:rPr>
          <w:b/>
        </w:rPr>
        <w:t xml:space="preserve">[40:13] </w:t>
      </w:r>
      <w:r>
        <w:t>yeh baat aksar mere zehn mein aati thi. aaj aap se sahi baat maloom hui. Allah ki rehmaten aap par hon, aap Allah ki rehmaten aap par har dam rahen.</w:t>
      </w:r>
    </w:p>
    <w:p>
      <w:pPr>
        <w:jc w:val="right"/>
      </w:pPr>
      <w:r>
        <w:t>یہ بات اکثر میرے ذہن میں آتی تھی۔ آج آپ سے صحیح بات معلوم ہوئی۔ اللہ کی رحمتیں آپ پر ہوں، آپ اللہ کی رحمتیں آپ پر ہر دم رہیں۔</w:t>
      </w:r>
    </w:p>
    <w:p>
      <w:r>
        <w:rPr>
          <w:b/>
        </w:rPr>
        <w:t xml:space="preserve">[40:25] </w:t>
      </w:r>
      <w:r>
        <w:t>Ameen." Sajid Anwar sahib ne Mumbai se likha hai, "Maulana, this is not a lecture but an ocean of wisdom. I learned many things.</w:t>
      </w:r>
    </w:p>
    <w:p>
      <w:pPr>
        <w:jc w:val="right"/>
      </w:pPr>
      <w:r>
        <w:t>آمین۔" ساجد انور صاحب نے ممبئی سے لکھا ہے، "مولانا، دس از ناٹ ا لیکچر بٹ این اوشن اف وزڈم۔ آئی لرنڈ مینی تھنگز۔</w:t>
      </w:r>
    </w:p>
    <w:p>
      <w:r>
        <w:rPr>
          <w:b/>
        </w:rPr>
        <w:t xml:space="preserve">[40:37] </w:t>
      </w:r>
      <w:r>
        <w:t>one of them is that till today I was of the view that the criteria to judge the rightness of a government was justice.</w:t>
      </w:r>
    </w:p>
    <w:p>
      <w:pPr>
        <w:jc w:val="right"/>
      </w:pPr>
      <w:r>
        <w:t>ون اف دیم از دیٹ ٹل ٹوڈے آئی واز اف دا ویو دیٹ دا کرائٹیریا ٹو جج دی رائٹیسنس اف ا گورنمنٹ واز جسٹس۔</w:t>
      </w:r>
    </w:p>
    <w:p>
      <w:r>
        <w:rPr>
          <w:b/>
        </w:rPr>
        <w:t xml:space="preserve">[40:47] </w:t>
      </w:r>
      <w:r>
        <w:t>bat today only i i got to know that the correct criteria is stability. jazak allah molana. muhammad imran talha sahib ne likha hai, behtareen baatein maloom huin stability ke bare mein aur sahaba ke bare mein ke woh apni nahi ko jante the.</w:t>
      </w:r>
    </w:p>
    <w:p>
      <w:pPr>
        <w:jc w:val="right"/>
      </w:pPr>
      <w:r>
        <w:t>بٹ ٹوڈے اونلی آئی آئی گاٹ ٹو نو دیٹ دا کریکٹ کرائٹیریا از سٹیبلٹی۔" جزاک اللہ مولانا۔ محمد عمران طلحہ صاحب نے لکھا ہے، "بہترین باتیں معلوم ہوئیں سٹیبلٹی کے بارے میں اور صحابہ کے بارے میں کہ وہ اپنی نہیں کو جانتے تھے۔</w:t>
      </w:r>
    </w:p>
    <w:p>
      <w:r>
        <w:rPr>
          <w:b/>
        </w:rPr>
        <w:t xml:space="preserve">[41:08] </w:t>
      </w:r>
      <w:r>
        <w:t>chup rehne ke bare mein bhalai hai.</w:t>
      </w:r>
    </w:p>
    <w:p>
      <w:pPr>
        <w:jc w:val="right"/>
      </w:pPr>
      <w:r>
        <w:t>چپ رہنے کے بارے میں بھلائی ہے۔"</w:t>
      </w:r>
    </w:p>
    <w:p>
      <w:r>
        <w:rPr>
          <w:b/>
        </w:rPr>
        <w:t xml:space="preserve">[41:15] </w:t>
      </w:r>
      <w:r>
        <w:t>abdul majeed sahib ne likha hai, try to be a good listener is today theme. molana, hamein thoda ek thoda controversial ek question yeh poochna hai ke bahut sare log yeh hawala dete hain hadith se aur idhar udhar nikal ke ke zulm zulm agar ho raha ho to chup rehna bhi kharab hai.</w:t>
      </w:r>
    </w:p>
    <w:p>
      <w:pPr>
        <w:jc w:val="right"/>
      </w:pPr>
      <w:r>
        <w:t>عبدالماجد صاحب نے لکھا ہے، "ٹرائی ٹو بی ا گڈ لسنر از ٹوڈے تھیم۔" مولانا، ہمیں تھوڑا ایک تھوڑا کنٹروورشل ایک کوئسچن یہ پوچھنا ہے کہ بہت سارے لوگ یہ حوالہ دیتے ہیں حدیث سے اور ادھر ادھر نکال کے کہ ظلم ظلم اگر ہو رہا ہو تو چپ رہنا بھی خراب ہے۔</w:t>
      </w:r>
    </w:p>
    <w:p>
      <w:r>
        <w:rPr>
          <w:b/>
        </w:rPr>
        <w:t xml:space="preserve">[41:35] </w:t>
      </w:r>
      <w:r>
        <w:t>to molana, what do you say about that? molana, inka sawal yeh hai ke bahut sare log musalman yeh kehte hain hadith aur quran ke hawale se kehte hain ke zulm agar kahin par ho raha ho, zulm agar kahin par ho raha ho to chup rehna haram hai.</w:t>
      </w:r>
    </w:p>
    <w:p>
      <w:pPr>
        <w:jc w:val="right"/>
      </w:pPr>
      <w:r>
        <w:t>تو مولانا، واٹ ڈو یو سے اباؤٹ دیٹ؟ مولانا، ان کا سوال یہ ہے کہ بہت سارے لوگ مسلمان یہ کہتے ہیں حدیث اور قرآن کے حوالے سے کہتے ہیں کہ ظلم اگر کہیں پر ہو رہا ہو، ظلم اگر کہیں پر ہو رہا ہو تو چپ رہنا حرام ہے۔</w:t>
      </w:r>
    </w:p>
    <w:p>
      <w:r>
        <w:rPr>
          <w:b/>
        </w:rPr>
        <w:t xml:space="preserve">[41:52] </w:t>
      </w:r>
      <w:r>
        <w:t>quran aur hadith, quran aur hadith, is se zyada bada jhoot koi nahi hai. is se bada jhoot koi nahi. yeh aap aap aise jahil musalmanon ki baatein suni hongi aap ne.</w:t>
      </w:r>
    </w:p>
    <w:p>
      <w:pPr>
        <w:jc w:val="right"/>
      </w:pPr>
      <w:r>
        <w:t>قرآن اور حدیث، قرآن اور حدیث، اس سے زیادہ بڑا جھوٹ کوئی نہیں ہے۔ اس سے بڑا جھوٹ کوئی نہیں۔ یہ آپ آپ ایسے جاہل مسلمانوں کی باتیں سنی ہوں گی آپ نے۔</w:t>
      </w:r>
    </w:p>
    <w:p>
      <w:r>
        <w:rPr>
          <w:b/>
        </w:rPr>
        <w:t xml:space="preserve">[42:05] </w:t>
      </w:r>
      <w:r>
        <w:t>haan ji, parhe likhe musalmanon ki baat nahi suni hongi aap ne. yeh to jahilon ki baat hai. hargiz nahi. yeh yeh islam hai ke aap farz kar lein ke yahan zulm ho raha hai aur kood paden wahan par.</w:t>
      </w:r>
    </w:p>
    <w:p>
      <w:pPr>
        <w:jc w:val="right"/>
      </w:pPr>
      <w:r>
        <w:t>ہاں جی، پڑھے لکھے مسلمانوں کی بات نہیں سنی ہوں گی آپ نے۔ یہ تو جاہلوں کی بات ہے۔ ہرگز نہیں۔ یہ یہ اسلام ہے کہ آپ فرض کر لیں کہ یہاں ظلم ہو رہا ہے اور کود پڑیں وہاں پر۔</w:t>
      </w:r>
    </w:p>
    <w:p>
      <w:r>
        <w:rPr>
          <w:b/>
        </w:rPr>
        <w:t xml:space="preserve">[42:17] </w:t>
      </w:r>
      <w:r>
        <w:t>yeh to yeh to khud itselfly haram hai. sab se pehla kaam aap ka hai, dekhein mein batata hoon aap ko islam ke bare mein.</w:t>
      </w:r>
    </w:p>
    <w:p>
      <w:pPr>
        <w:jc w:val="right"/>
      </w:pPr>
      <w:r>
        <w:t>یہ تو یہ تو خود اٹسیلفلی حرام ہے۔ سب سے پہلا کام آپ کا ہے، دیکھیں میں بتاتا ہوں آپ کو اسلام کے بارے میں۔</w:t>
      </w:r>
    </w:p>
    <w:p>
      <w:r>
        <w:rPr>
          <w:b/>
        </w:rPr>
        <w:t xml:space="preserve">[42:31] </w:t>
      </w:r>
      <w:r>
        <w:t>sab se pehla kaam yeh hai ke aap samjhein ke what is the fact. yeh nahi ke bol paden.</w:t>
      </w:r>
    </w:p>
    <w:p>
      <w:pPr>
        <w:jc w:val="right"/>
      </w:pPr>
      <w:r>
        <w:t>سب سے پہلا کام یہ ہے کہ آپ سمجھیں کہ واٹ از دا فیکٹ۔ یہ نہیں کہ بول پڑیں۔</w:t>
      </w:r>
    </w:p>
    <w:p>
      <w:r>
        <w:rPr>
          <w:b/>
        </w:rPr>
        <w:t xml:space="preserve">[42:41] </w:t>
      </w:r>
      <w:r>
        <w:t>nahin. kahin koi waqea ho raha hai to chup chap is ko observe kijiye. observe kijiye aur janiye ke hai mamla kya hai.</w:t>
      </w:r>
    </w:p>
    <w:p>
      <w:pPr>
        <w:jc w:val="right"/>
      </w:pPr>
      <w:r>
        <w:t>نہیں۔ کہیں کوئی واقعہ ہو رہا ہے تو چپ چاپ اس کو ابزرو کیجئے۔ ابزرو کیجئے اور جانئے کہ ہے معاملہ کیا ہے۔</w:t>
      </w:r>
    </w:p>
    <w:p>
      <w:r>
        <w:rPr>
          <w:b/>
        </w:rPr>
        <w:t xml:space="preserve">[42:53] </w:t>
      </w:r>
      <w:r>
        <w:t>phir is ko analyze kijiye.</w:t>
      </w:r>
    </w:p>
    <w:p>
      <w:pPr>
        <w:jc w:val="right"/>
      </w:pPr>
      <w:r>
        <w:t>پھر اس کو انالیسز کیجئے۔</w:t>
      </w:r>
    </w:p>
    <w:p>
      <w:r>
        <w:rPr>
          <w:b/>
        </w:rPr>
        <w:t xml:space="preserve">[42:58] </w:t>
      </w:r>
      <w:r>
        <w:t>aur jab tak aap aur dono taraf ko suniye, yeh bhi zaroori hai. ek fareeq ka sun kar nahi. maslan aam taur par maine dekha hai, mein jata tha tehqeeq karne ke liye.</w:t>
      </w:r>
    </w:p>
    <w:p>
      <w:pPr>
        <w:jc w:val="right"/>
      </w:pPr>
      <w:r>
        <w:t>اور جب تک آپ اور دونوں طرف کو سنیے، یہ بھی ضروری ہے۔ ایک فریق کا سن کر نہیں۔ مثلاً عام طور پر میں نے دیکھا ہے، میں جاتا تھا تحقیق کرنے کے لیے۔</w:t>
      </w:r>
    </w:p>
    <w:p>
      <w:r>
        <w:rPr>
          <w:b/>
        </w:rPr>
        <w:t xml:space="preserve">[43:12] </w:t>
      </w:r>
      <w:r>
        <w:t>yeh jo so called fasad fasadat hote the, comma rights so called, to maine likha tha is pe bhi kitab hai "fasadat ka masla".</w:t>
      </w:r>
    </w:p>
    <w:p>
      <w:pPr>
        <w:jc w:val="right"/>
      </w:pPr>
      <w:r>
        <w:t>یہ جو سو کالڈ فساد فسادات ہوتے تھے، کمرہ رائٹس سو کالڈ، تو میں نے لکھا تھا اس پہ بھی کتاب ہے "فسادات کا مسئلہ"۔</w:t>
      </w:r>
    </w:p>
    <w:p>
      <w:r>
        <w:rPr>
          <w:b/>
        </w:rPr>
        <w:t xml:space="preserve">[43:28] </w:t>
      </w:r>
      <w:r>
        <w:t>to maine is pe likha tha ke jis cheez ko kehte hain zulm, woh haqeeqat mein hota hai retaliation. yani fareeqe sani ko aap ne zulm ka woh kar rahe hain,</w:t>
      </w:r>
    </w:p>
    <w:p>
      <w:pPr>
        <w:jc w:val="right"/>
      </w:pPr>
      <w:r>
        <w:t>تو میں نے اس پہ لکھا تھا کہ جس چیز کو کہتے ہیں ظلم، وہ حقیقت میں ہوتا ہے ریٹیلیشن۔ یعنی فریق ثانی کو آپ نے ظلم کا وہ کر رہے ہیں،</w:t>
      </w:r>
    </w:p>
    <w:p>
      <w:r>
        <w:rPr>
          <w:b/>
        </w:rPr>
        <w:t xml:space="preserve">[43:42] </w:t>
      </w:r>
      <w:r>
        <w:t>ilzaam de rahe hain. woh to retaliation hota hai. yahi hota hai falasteen mein, yeh hota hai india mein. aap ne pathar bahra, aap ne bomb mara to woh retaliate karega.</w:t>
      </w:r>
    </w:p>
    <w:p>
      <w:pPr>
        <w:jc w:val="right"/>
      </w:pPr>
      <w:r>
        <w:t>الزام دے رہے ہیں۔ وہ تو ریٹیلیشن ہوتا ہے۔ یہی ہوتا ہے فلسطین میں، یہ ہوتا ہے انڈیا میں۔ آپ نے پتھر بہرا، آپ نے بم مارا تو وہ ریٹیلیٹ کرے گا۔</w:t>
      </w:r>
    </w:p>
    <w:p>
      <w:r>
        <w:rPr>
          <w:b/>
        </w:rPr>
        <w:t xml:space="preserve">[43:56] </w:t>
      </w:r>
      <w:r>
        <w:t>woh phir doosra fareeq aap kahenge zulm ho raha hai, zulm ho raha hai. yeh to jhoot se bhi zyada buri cheez hai. yeh yeh jhoot se zyada buri cheez hai.</w:t>
      </w:r>
    </w:p>
    <w:p>
      <w:pPr>
        <w:jc w:val="right"/>
      </w:pPr>
      <w:r>
        <w:t>وہ پھر دوسرا فریق آپ کہیں گے ظلم ہو رہا ہے، ظلم ہو رہا ہے۔ یہ تو جھوٹ سے بھی زیادہ بری چیز ہے۔ یہ یہ جھوٹ سے زیادہ بری چیز ہے۔</w:t>
      </w:r>
    </w:p>
    <w:p>
      <w:r>
        <w:rPr>
          <w:b/>
        </w:rPr>
        <w:t xml:space="preserve">[44:08] </w:t>
      </w:r>
      <w:r>
        <w:t>ji molana, maslan aap dekhein, mein misaal deta hoon aap ko. aap check kar lejiye internet par. ek martaba filastiniyon ke area mein chand israeli naujawan mil gaye.</w:t>
      </w:r>
    </w:p>
    <w:p>
      <w:pPr>
        <w:jc w:val="right"/>
      </w:pPr>
      <w:r>
        <w:t>جی مولانا، مثلاً آپ دیکھیں، میں مثال دیتا ہوں آپ کو۔ آپ چیک کر لیجئے انٹرنیٹ پر۔ ایک مرتبہ فلسطینیوں کے ایریا میں چند اسرائیلی نوجوان مل گئے۔</w:t>
      </w:r>
    </w:p>
    <w:p>
      <w:r>
        <w:rPr>
          <w:b/>
        </w:rPr>
        <w:t xml:space="preserve">[44:20] </w:t>
      </w:r>
      <w:r>
        <w:t>un ko koi maar dala. unho ne woh fauj ke naujawan the, woh maar dala. kai the woh. to is ke baad bombardment ki israel ne, bombardment ki.</w:t>
      </w:r>
    </w:p>
    <w:p>
      <w:pPr>
        <w:jc w:val="right"/>
      </w:pPr>
      <w:r>
        <w:t>ان کو کوئی مار ڈالا۔ انہوں نے وہ فوج کے نوجوان تھے، وہ مار ڈالا۔ کئی تھے وہ۔ تو اس کے بعد بمباری کی اسرائیل نے، بمباری کی۔</w:t>
      </w:r>
    </w:p>
    <w:p>
      <w:r>
        <w:rPr>
          <w:b/>
        </w:rPr>
        <w:t xml:space="preserve">[44:35] </w:t>
      </w:r>
      <w:r>
        <w:t>to sare musalman zulm ho raha hai, zulm ho raha hai. yeh to retaliation, woh zulm tha hi nahi.</w:t>
      </w:r>
    </w:p>
    <w:p>
      <w:pPr>
        <w:jc w:val="right"/>
      </w:pPr>
      <w:r>
        <w:t>تو سارے مسلمان ظلم ہو رہا ہے، ظلم ہو رہا ہے۔ یہ تو ریٹیلیشن، وہ ظلم تھا ہی نہیں۔</w:t>
      </w:r>
    </w:p>
    <w:p>
      <w:r>
        <w:rPr>
          <w:b/>
        </w:rPr>
        <w:t xml:space="preserve">[44:46] </w:t>
      </w:r>
      <w:r>
        <w:t>woh retaliation tha, woh zulm tha hi nahi. to musalman to unho ne to sirf apne ko sirf woh sabit karna hai ke hum achhe hain, chahe jhoot bol ke ho, kaise bhi kar ke ho.</w:t>
      </w:r>
    </w:p>
    <w:p>
      <w:pPr>
        <w:jc w:val="right"/>
      </w:pPr>
      <w:r>
        <w:t>وہ ریٹیلیشن تھا، وہ ظلم تھا ہی نہیں۔ تو مسلمان تو انہوں نے تو صرف اپنے کو صرف وہ ثابت کرنا ہے کہ ہم اچھے ہیں، چاہے جھوٹ بول کے ہو، کیسے بھی کر کے ہو۔</w:t>
      </w:r>
    </w:p>
    <w:p>
      <w:r>
        <w:rPr>
          <w:b/>
        </w:rPr>
        <w:t xml:space="preserve">[45:03] </w:t>
      </w:r>
      <w:r>
        <w:t>to aise musalmanon ki baat sunti hain aap? aise musalmanon ki baat sunti hain aap? aap kyun nahi un ki scrutiny karti hain? scrutiny kijiye.</w:t>
      </w:r>
    </w:p>
    <w:p>
      <w:pPr>
        <w:jc w:val="right"/>
      </w:pPr>
      <w:r>
        <w:t>تو ایسے مسلمانوں کی بات سنتی ہیں آپ؟ ایسے مسلمانوں کی بات سنتی ہیں آپ؟ آپ کیوں نہیں ان کی سکوٹری کرتی ہیں؟ سکوٹری کیجئے۔</w:t>
      </w:r>
    </w:p>
    <w:p>
      <w:r>
        <w:rPr>
          <w:b/>
        </w:rPr>
        <w:t xml:space="preserve">[45:13] </w:t>
      </w:r>
      <w:r>
        <w:t>mein hamesha scrutiny karta hoon. mein hamesha scrutiny karta hoon. jahan bhi jata hoon, mein to scrutiny karta hoon.</w:t>
      </w:r>
    </w:p>
    <w:p>
      <w:pPr>
        <w:jc w:val="right"/>
      </w:pPr>
      <w:r>
        <w:t>میں ہمیشہ سکوٹری کرتا ہوں۔ میں ہمیشہ سکوٹری کرتا ہوں۔ جہاں بھی جاتا ہوں، میں تو سکوٹری کرتا ہوں۔</w:t>
      </w:r>
    </w:p>
    <w:p>
      <w:r>
        <w:rPr>
          <w:b/>
        </w:rPr>
        <w:t xml:space="preserve">[45:22] </w:t>
      </w:r>
      <w:r>
        <w:t>scrutiny mein baat khul jati hai.</w:t>
      </w:r>
    </w:p>
    <w:p>
      <w:pPr>
        <w:jc w:val="right"/>
      </w:pPr>
      <w:r>
        <w:t>سکوٹری میں بات کھل جاتی ہے۔</w:t>
      </w:r>
    </w:p>
    <w:p>
      <w:r>
        <w:rPr>
          <w:b/>
        </w:rPr>
        <w:t xml:space="preserve">[45:26] </w:t>
      </w:r>
      <w:r>
        <w:t>parhta hoon, tab bhi kai kai version parhta hoon. agar akhbar ki report parhoon ga to kai version parhoon ga.</w:t>
      </w:r>
    </w:p>
    <w:p>
      <w:pPr>
        <w:jc w:val="right"/>
      </w:pPr>
      <w:r>
        <w:t>پڑھتا ہوں، تب بھی کئی کئی ورژن پڑھتا ہوں۔ اگر اخبار کی رپورٹ پڑھوں گا تو کئی ورژن پڑھوں گا۔</w:t>
      </w:r>
    </w:p>
    <w:p>
      <w:r>
        <w:rPr>
          <w:b/>
        </w:rPr>
        <w:t xml:space="preserve">[45:37] </w:t>
      </w:r>
      <w:r>
        <w:t>koi sunne wala mujhe mil jaye ga to us ki scrutiny karoon ga.</w:t>
      </w:r>
    </w:p>
    <w:p>
      <w:pPr>
        <w:jc w:val="right"/>
      </w:pPr>
      <w:r>
        <w:t>کوئی سننے والا مجھے مل جائے گا تو اس کی سکوٹری کروں گا۔</w:t>
      </w:r>
    </w:p>
    <w:p>
      <w:r>
        <w:rPr>
          <w:b/>
        </w:rPr>
        <w:t xml:space="preserve">[45:44] </w:t>
      </w:r>
      <w:r>
        <w:t>us ka analysis karoon ga. analysis.</w:t>
      </w:r>
    </w:p>
    <w:p>
      <w:pPr>
        <w:jc w:val="right"/>
      </w:pPr>
      <w:r>
        <w:t>اس کا انالیسز کروں گا۔ انالیسز۔</w:t>
      </w:r>
    </w:p>
    <w:p>
      <w:r>
        <w:rPr>
          <w:b/>
        </w:rPr>
        <w:t xml:space="preserve">[45:50] </w:t>
      </w:r>
      <w:r>
        <w:t>misalan dainkhen, shuru zamanay ki baat hai, sari qiyadat hamari jo thi musalmanon ki so called, woh sab khari ho gayi thi zulm o rah, zulm o rah par.</w:t>
      </w:r>
    </w:p>
    <w:p>
      <w:pPr>
        <w:jc w:val="right"/>
      </w:pPr>
      <w:r>
        <w:t>مثلاً دیکھیں، شروع زمانے کی بات ہے، ساری قیادت ہماری جو تھی مسلمانوں کی سو کالڈ، وہ سب کھڑی ہو گئی تھی ظلم و راہ، ظلم و راہ پر۔</w:t>
      </w:r>
    </w:p>
    <w:p>
      <w:r>
        <w:rPr>
          <w:b/>
        </w:rPr>
        <w:t xml:space="preserve">[46:02] </w:t>
      </w:r>
      <w:r>
        <w:t>aur main ne tehqeeq ki ja kar yeh woh yeh area is area mein hua tha, yeh waqia jo bangal se mila hua area hai.</w:t>
      </w:r>
    </w:p>
    <w:p>
      <w:pPr>
        <w:jc w:val="right"/>
      </w:pPr>
      <w:r>
        <w:t>اور میں نے تحقیق کی جا کر یہ وہ یہ ایریا اس ایریا میں ہوا تھا، یہ واقعہ جو بنگال سے ملا ہوا ایریا ہے۔</w:t>
      </w:r>
    </w:p>
    <w:p>
      <w:r>
        <w:rPr>
          <w:b/>
        </w:rPr>
        <w:t xml:space="preserve">[46:13] </w:t>
      </w:r>
      <w:r>
        <w:t>to main ne jab tehqeeq ki ja kar ke to maloom hua ke aik muslim naujawan jo hai, aik hindi hindi larki ko bhaga le gaya tha. is mein fasad hua, bohat sakht fasad hua.</w:t>
      </w:r>
    </w:p>
    <w:p>
      <w:pPr>
        <w:jc w:val="right"/>
      </w:pPr>
      <w:r>
        <w:t>تو میں نے جب تحقیق کی جا کر کے تو معلوم ہوا کہ ایک مسلم نوجوان جو ہے، ایک ہندی ہندی لڑکی کو بھگا لے گیا تھا۔ اس میں فساد ہوا، بہت سخت فساد ہوا۔</w:t>
      </w:r>
    </w:p>
    <w:p>
      <w:r>
        <w:rPr>
          <w:b/>
        </w:rPr>
        <w:t xml:space="preserve">[46:24] </w:t>
      </w:r>
      <w:r>
        <w:t>to musalmanon mein yahan jo khabar chapi hai, woh sirf yeh chapi ke fasad, yeh zulm, yeh zulm. yeh nahin bataya ke aik muslim naujawan ne aik hindu lodi larki ko ko bhaga le gaya.</w:t>
      </w:r>
    </w:p>
    <w:p>
      <w:pPr>
        <w:jc w:val="right"/>
      </w:pPr>
      <w:r>
        <w:t>تو مسلمانوں میں یہاں جو خبر چھپی ہے، وہ صرف یہ چھپی کہ فساد، یہ ظلم، یہ ظلم۔ یہ نہیں بتایا کہ ایک مسلم نوجوان نے ایک ہندو لوڈی لڑکی کو کو بھگا لے گیا۔</w:t>
      </w:r>
    </w:p>
    <w:p>
      <w:r>
        <w:rPr>
          <w:b/>
        </w:rPr>
        <w:t xml:space="preserve">[46:38] </w:t>
      </w:r>
      <w:r>
        <w:t>to main ne yeh baat kahi to mujh pe musalman bohat ghusa ho gaya. isi liye is ko yeh kehte hain ke woh jo kon hai ke malamat, khud malamati, malamati rang, malamati rang ke mani ke main fact batata hoon.</w:t>
      </w:r>
    </w:p>
    <w:p>
      <w:pPr>
        <w:jc w:val="right"/>
      </w:pPr>
      <w:r>
        <w:t>تو میں نے یہ بات کہی تو مجھ پہ مسلمان بہت غصہ ہو گیا۔ اسی لیے اس کو یہ کہتے ہیں کہ وہ جو کون ہے کہ ملامت، خود ملامتی، ملامتی رنگ، ملامتی رنگ کے معنی کہ میں فیکٹ بتاتا ہوں۔</w:t>
      </w:r>
    </w:p>
    <w:p>
      <w:r>
        <w:rPr>
          <w:b/>
        </w:rPr>
        <w:t xml:space="preserve">[46:52] </w:t>
      </w:r>
      <w:r>
        <w:t>to is ko kehte hain malamati rang. main fact kehta hoon, batata hoon. is ko kehte hain malamati rang. nahin, woh naseehat hoti hai.</w:t>
      </w:r>
    </w:p>
    <w:p>
      <w:pPr>
        <w:jc w:val="right"/>
      </w:pPr>
      <w:r>
        <w:t>تو اس کو کہتے ہیں ملامتی رنگ۔ میں فیکٹ کہتا ہوں، بتاتا ہوں۔ اس کو کہتے ہیں ملامتی رنگ۔ نہیں، وہ نصیحت ہوتی ہے۔</w:t>
      </w:r>
    </w:p>
    <w:p>
      <w:r>
        <w:rPr>
          <w:b/>
        </w:rPr>
        <w:t xml:space="preserve">[47:03] </w:t>
      </w:r>
      <w:r>
        <w:t>main hamesha fact fain, fact jo kehte hain na, fact finding, is par jata hoon. koi meri baat ko daleel se aaj tak kaat nahin saka.</w:t>
      </w:r>
    </w:p>
    <w:p>
      <w:pPr>
        <w:jc w:val="right"/>
      </w:pPr>
      <w:r>
        <w:t>میں ہمیشہ فیکٹ فائن، فیکٹ جو کہتے ہیں نا، فیکٹ فائنڈنگ، اس پر جاتا ہوں۔ کوئی میری بات کو دلیل سے آج تک کاٹ نہیں سکا۔</w:t>
      </w:r>
    </w:p>
    <w:p>
      <w:r>
        <w:rPr>
          <w:b/>
        </w:rPr>
        <w:t xml:space="preserve">[47:15] </w:t>
      </w:r>
      <w:r>
        <w:t>jitne bhi main ne likha hai, reporting di hai, sab aise alfaaz bolte hain ke malamati rang. yeh koi, yeh koi baat thori hai.</w:t>
      </w:r>
    </w:p>
    <w:p>
      <w:pPr>
        <w:jc w:val="right"/>
      </w:pPr>
      <w:r>
        <w:t>جتنے بھی میں نے لکھا ہے، رپورٹنگ دی ہے، سب ایسے الفاظ بولتے ہیں کہ ملامتی رنگ۔ یہ کوئی، یہ کوئی بات تھوڑی ہے۔</w:t>
      </w:r>
    </w:p>
    <w:p>
      <w:r>
        <w:rPr>
          <w:b/>
        </w:rPr>
        <w:t xml:space="preserve">[47:26] </w:t>
      </w:r>
      <w:r>
        <w:t>yeh to, yeh to jhoot hai.</w:t>
      </w:r>
    </w:p>
    <w:p>
      <w:pPr>
        <w:jc w:val="right"/>
      </w:pPr>
      <w:r>
        <w:t>یہ تو، یہ تو جھوٹ ہے۔</w:t>
      </w:r>
    </w:p>
    <w:p>
      <w:r>
        <w:rPr>
          <w:b/>
        </w:rPr>
        <w:t xml:space="preserve">[47:30] </w:t>
      </w:r>
      <w:r>
        <w:t>aap daleel ko main kitni baar main ne challenge kiya hai ke meri baaton ko daleel se kaatiye. yeh kya hai? yeh to gaali hai ke malamati rang.</w:t>
      </w:r>
    </w:p>
    <w:p>
      <w:pPr>
        <w:jc w:val="right"/>
      </w:pPr>
      <w:r>
        <w:t>آپ دلیل کو میں کتنی بار میں نے چیلنج کیا ہے کہ میری باتوں کو دلیل سے کاٹیے۔ یہ کیا ہے؟ یہ تو گالی ہے کہ ملامتی رنگ۔</w:t>
      </w:r>
    </w:p>
    <w:p>
      <w:r>
        <w:rPr>
          <w:b/>
        </w:rPr>
        <w:t xml:space="preserve">[47:38] </w:t>
      </w:r>
      <w:r>
        <w:t>yeh gaali hai. yeh aap daleel se kaatiye meri baat ko. aaj tak koi aik waqia nahin bata saka ke meri baat ko unhon ne daleel se kaata ho.</w:t>
      </w:r>
    </w:p>
    <w:p>
      <w:pPr>
        <w:jc w:val="right"/>
      </w:pPr>
      <w:r>
        <w:t>یہ گالی ہے۔ یہ آپ دلیل سے کاٹیے میری بات کو۔ آج تک کوئی ایک واقعہ نہیں بتا سکا کہ میری بات کو انہوں نے دلیل سے کاٹا ہو۔</w:t>
      </w:r>
    </w:p>
    <w:p>
      <w:r>
        <w:rPr>
          <w:b/>
        </w:rPr>
        <w:t xml:space="preserve">[47:51] </w:t>
      </w:r>
      <w:r>
        <w:t>bhai, ilzaam lagate hain mere upar ke ilzaam lagane se kuch sabit hota hai.</w:t>
      </w:r>
    </w:p>
    <w:p>
      <w:pPr>
        <w:jc w:val="right"/>
      </w:pPr>
      <w:r>
        <w:t>بھئی، الزام لگاتے ہیں میرے اوپر کہ الزام لگانے سے کچھ ثابت ہوتا ہے۔</w:t>
      </w:r>
    </w:p>
    <w:p>
      <w:r>
        <w:rPr>
          <w:b/>
        </w:rPr>
        <w:t xml:space="preserve">[48:03] </w:t>
      </w:r>
      <w:r>
        <w:t>ji, mera aik sawal hai Maulana se. aaj ka lecture bohat enlightening tha aur bohat baatein seekhne ko milin. par i wont quote those orthodox muslims, which priya mam recently quoted, but i would quote a french philosopher, rene descartes.</w:t>
      </w:r>
    </w:p>
    <w:p>
      <w:pPr>
        <w:jc w:val="right"/>
      </w:pPr>
      <w:r>
        <w:t>جی، میرا ایک سوال ہے مولانا سے۔ آج کا لیکچر بہت انلائٹننگ تھا اور بہت باتیں سیکھنے کو ملیں۔ پر آئی وونٹ کوٹ دوز ارتھوڈوکس مسلمز، وچ پریا میم ریسنٹلی کوٹڈ، بٹ آئی وڈ کوٹ اے فرنچ فلاسفر، رینی ڈسکارٹس۔</w:t>
      </w:r>
    </w:p>
    <w:p>
      <w:r>
        <w:rPr>
          <w:b/>
        </w:rPr>
        <w:t xml:space="preserve">[48:18] </w:t>
      </w:r>
      <w:r>
        <w:t>he once said that i speak, therefore i am. one thing. second thing, main doosri baat kehna chahunga.</w:t>
      </w:r>
    </w:p>
    <w:p>
      <w:pPr>
        <w:jc w:val="right"/>
      </w:pPr>
      <w:r>
        <w:t>ہی ون سیڈ دیٹ آئی سپیک، دیر فور آئی ایم۔ ون تھنگ۔ سیکنڈ تھنگ، میں دوسری بات کہنا چاہوں گا۔</w:t>
      </w:r>
    </w:p>
    <w:p>
      <w:r>
        <w:rPr>
          <w:b/>
        </w:rPr>
        <w:t xml:space="preserve">[48:27] </w:t>
      </w:r>
      <w:r>
        <w:t>hamare south east asia mein, there was a great urdu poet, faiz ahmed faiz. us ki, un ki aik nazm mujhe yaad aati hai: "bol ke lab azaad hain tere, bol ke yeh zuban ab bhi teri hai." my question is that: hum kya, hum ko chup zindagi ke har aik situation mein rehna chahiye?</w:t>
      </w:r>
    </w:p>
    <w:p>
      <w:pPr>
        <w:jc w:val="right"/>
      </w:pPr>
      <w:r>
        <w:t>ہمارے ساؤتھ ایسٹ ایشیا میں، دیر واز ا گریٹ اردو پوئٹ، فیض احمد فیض۔ اس کی، ان کی ایک نظم مجھے یاد آتی ہے: "بول کے لب آزاد ہیں تیرے، بول کے یہ زباں اب بھی تیری ہے۔" مائی کوئسچن از دیٹ: ہم کیا، ہم کو چپ زندگی کے ہر ایک سچویشن میں رہنا چاہیے؟</w:t>
      </w:r>
    </w:p>
    <w:p>
      <w:r>
        <w:rPr>
          <w:b/>
        </w:rPr>
        <w:t xml:space="preserve">[48:48] </w:t>
      </w:r>
      <w:r>
        <w:t>aur agar nahin to kon si situation woh hai jis mein hum ko bolna chahiye? yeh yaar, pehli baat yeh ke descartes ke baad naqal ki, unhon ne is ko samjhai.</w:t>
      </w:r>
    </w:p>
    <w:p>
      <w:pPr>
        <w:jc w:val="right"/>
      </w:pPr>
      <w:r>
        <w:t>اور اگر نہیں تو کون سی سچویشن وہ ہے جس میں ہم کو بولنا چاہیے؟ یہ یار، پہلی بات یہ کہ ڈکارٹ کے بعد نقل کی، انہوں نے اس کو سمجھائی۔</w:t>
      </w:r>
    </w:p>
    <w:p>
      <w:r>
        <w:rPr>
          <w:b/>
        </w:rPr>
        <w:t xml:space="preserve">[48:56] </w:t>
      </w:r>
      <w:r>
        <w:t>baghair samjhe naqal kar diya aap ne. haan, woh is ka aik philosophical statement hai. aap ne jod diya social maamle mein is ko. hain, woh aik philosophical statement hai.</w:t>
      </w:r>
    </w:p>
    <w:p>
      <w:pPr>
        <w:jc w:val="right"/>
      </w:pPr>
      <w:r>
        <w:t>بغیر سمجھے نقل کر دیا آپ نے۔ ہاں، وہ اس کا ایک فلیسیفیکل سٹیٹمنٹ ہے۔ آپ نے جوڑ دیا سوشل معاملے میں اس کو۔ ہیں، وہ ایک فلیسیفیکل اسٹیٹمنٹ ہے۔</w:t>
      </w:r>
    </w:p>
    <w:p>
      <w:r>
        <w:rPr>
          <w:b/>
        </w:rPr>
        <w:t xml:space="preserve">[49:09] </w:t>
      </w:r>
      <w:r>
        <w:t>is ka social maamle mein is ka kya talluq? kaise aji</w:t>
      </w:r>
    </w:p>
    <w:p>
      <w:pPr>
        <w:jc w:val="right"/>
      </w:pPr>
      <w:r>
        <w:t>اس کا سوشل معاملے میں اس کا کیا تعلق؟ کیسے عجی</w:t>
      </w:r>
    </w:p>
    <w:p>
      <w:r>
        <w:rPr>
          <w:b/>
        </w:rPr>
        <w:t xml:space="preserve">[49:14] </w:t>
      </w:r>
      <w:r>
        <w:t>b log hain! abhi is ka criterion hadith mein maujood hai.</w:t>
      </w:r>
    </w:p>
    <w:p>
      <w:pPr>
        <w:jc w:val="right"/>
      </w:pPr>
      <w:r>
        <w:t>ب لوگ ہیں! ابھی اس کا کرائٹیرین حدیث میں موجود ہے۔</w:t>
      </w:r>
    </w:p>
    <w:p>
      <w:r>
        <w:rPr>
          <w:b/>
        </w:rPr>
        <w:t xml:space="preserve">[49:21] </w:t>
      </w:r>
      <w:r>
        <w:t>is ka criterion hadith mein maujood hai.</w:t>
      </w:r>
    </w:p>
    <w:p>
      <w:pPr>
        <w:jc w:val="right"/>
      </w:pPr>
      <w:r>
        <w:t>اس کا کرائٹیرین حدیث میں موجود ہے۔</w:t>
      </w:r>
    </w:p>
    <w:p>
      <w:r>
        <w:rPr>
          <w:b/>
        </w:rPr>
        <w:t xml:space="preserve">[49:29] </w:t>
      </w:r>
      <w:r>
        <w:t>woh kya hai, sahib? yani result ko dekh ke bolo, woh kya hadith hai? yeh hadith, is ko baaz muhaddiseen ne chaar buniyadi hadithon mein se aik shumar kiya hai, bataya hai.</w:t>
      </w:r>
    </w:p>
    <w:p>
      <w:pPr>
        <w:jc w:val="right"/>
      </w:pPr>
      <w:r>
        <w:t>وہ کیا ہے، صاحب؟ یعنی رزلٹ کو دیکھ کے بولو، وہ کیا حدیث ہے؟ یہ حدیث، اس کو بعض محدثین نے چار بنیادی حدیثوں میں سے ایک شمار کیا ہے، بتایا ہے۔</w:t>
      </w:r>
    </w:p>
    <w:p>
      <w:r>
        <w:rPr>
          <w:b/>
        </w:rPr>
        <w:t xml:space="preserve">[49:43] </w:t>
      </w:r>
      <w:r>
        <w:t>yeh hadith musnad</w:t>
      </w:r>
    </w:p>
    <w:p>
      <w:pPr>
        <w:jc w:val="right"/>
      </w:pPr>
      <w:r>
        <w:t>یہ حدیث مسند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