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Ijtihad 1 Aug, 2010 - Maulana Wahiduddin Khan</w:t>
      </w:r>
    </w:p>
    <w:p>
      <w:r>
        <w:t>https://www.youtube.com/watch?v=KeTyYnDmeFU</w:t>
      </w:r>
    </w:p>
    <w:p>
      <w:r>
        <w:rPr>
          <w:b/>
        </w:rPr>
        <w:t xml:space="preserve">[00:13] </w:t>
      </w:r>
      <w:r>
        <w:t>bismillah rahman rahim, wa salallahu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uqdatan min lisani, yafqahu qawli.</w:t>
      </w:r>
    </w:p>
    <w:p>
      <w:pPr>
        <w:jc w:val="right"/>
      </w:pPr>
      <w:r>
        <w:t>واحل العقدۃ من لسانی، یفقہ قولی۔</w:t>
      </w:r>
    </w:p>
    <w:p>
      <w:r>
        <w:rPr>
          <w:b/>
        </w:rPr>
        <w:t xml:space="preserve">[00:36] </w:t>
      </w:r>
      <w:r>
        <w:t>aaj ki jo talk hai, is ka unwan hai "the importance of ijtihad".</w:t>
      </w:r>
    </w:p>
    <w:p>
      <w:pPr>
        <w:jc w:val="right"/>
      </w:pPr>
      <w:r>
        <w:t>آج کی جو ٹاک ہے، اس کا عنوان ہے "دا امپورٹنس آف اجتہاد"۔</w:t>
      </w:r>
    </w:p>
    <w:p>
      <w:r>
        <w:rPr>
          <w:b/>
        </w:rPr>
        <w:t xml:space="preserve">[00:49] </w:t>
      </w:r>
      <w:r>
        <w:t>ijtihad ki ahmiyat.</w:t>
      </w:r>
    </w:p>
    <w:p>
      <w:pPr>
        <w:jc w:val="right"/>
      </w:pPr>
      <w:r>
        <w:t>اجتہاد کی اہمیت۔</w:t>
      </w:r>
    </w:p>
    <w:p>
      <w:r>
        <w:rPr>
          <w:b/>
        </w:rPr>
        <w:t xml:space="preserve">[00:54] </w:t>
      </w:r>
      <w:r>
        <w:t>is baat ko main shuru karta hoon ek hadith se.</w:t>
      </w:r>
    </w:p>
    <w:p>
      <w:pPr>
        <w:jc w:val="right"/>
      </w:pPr>
      <w:r>
        <w:t>اس بات کو میں شروع کرتا ہوں ایک حدیث سے۔</w:t>
      </w:r>
    </w:p>
    <w:p>
      <w:r>
        <w:rPr>
          <w:b/>
        </w:rPr>
        <w:t xml:space="preserve">[01:00] </w:t>
      </w:r>
      <w:r>
        <w:t>ek bahut mashhoor hadith hai:</w:t>
      </w:r>
    </w:p>
    <w:p>
      <w:pPr>
        <w:jc w:val="right"/>
      </w:pPr>
      <w:r>
        <w:t>ایک بہت مشہور حدیث ہے:</w:t>
      </w:r>
    </w:p>
    <w:p>
      <w:r>
        <w:rPr>
          <w:b/>
        </w:rPr>
        <w:t xml:space="preserve">[01:05] </w:t>
      </w:r>
      <w:r>
        <w:t>"badal islam ghariba, wa sauda kama bada, fatubal gharaba".</w:t>
      </w:r>
    </w:p>
    <w:p>
      <w:pPr>
        <w:jc w:val="right"/>
      </w:pPr>
      <w:r>
        <w:t>"بدا الاسلام غریبا، وسعود کما بدا، فتوبہ للغرباء"۔</w:t>
      </w:r>
    </w:p>
    <w:p>
      <w:r>
        <w:rPr>
          <w:b/>
        </w:rPr>
        <w:t xml:space="preserve">[01:15] </w:t>
      </w:r>
      <w:r>
        <w:t>islam shuru hua to woh ajnabi tha. woh dobara ajnabi ho jayega. to mubarak hai ajnabiyon ke liye, mubarakbad hai ajnabiyon ke liye.</w:t>
      </w:r>
    </w:p>
    <w:p>
      <w:pPr>
        <w:jc w:val="right"/>
      </w:pPr>
      <w:r>
        <w:t>اسلام شروع ہوا تو وہ اجنبی تھا۔ وہ دوبارہ اجنبی ہو جائے گا۔ تو مبارک ہے اجنبیوں کے لیے، مبارکباد ہے اجنبیوں کے لیے۔</w:t>
      </w:r>
    </w:p>
    <w:p>
      <w:r>
        <w:rPr>
          <w:b/>
        </w:rPr>
        <w:t xml:space="preserve">[01:34] </w:t>
      </w:r>
      <w:r>
        <w:t>dekhen, yeh jo baat kahi gayi ke baad ke zamane mein islam ajnabi ho jayega, strange ho jayega, iska matlab kya hai?</w:t>
      </w:r>
    </w:p>
    <w:p>
      <w:pPr>
        <w:jc w:val="right"/>
      </w:pPr>
      <w:r>
        <w:t>دیکھیں، یہ جو بات کہی گئی کہ بعد کے زمانے میں اسلام اجنبی ہو جائے گا، اسٹرینج ہو جائے گا، اس کا مطلب کیا ہے؟</w:t>
      </w:r>
    </w:p>
    <w:p>
      <w:r>
        <w:rPr>
          <w:b/>
        </w:rPr>
        <w:t xml:space="preserve">[01:45] </w:t>
      </w:r>
      <w:r>
        <w:t>yeh koi mysterious cheez nahi hai.</w:t>
      </w:r>
    </w:p>
    <w:p>
      <w:pPr>
        <w:jc w:val="right"/>
      </w:pPr>
      <w:r>
        <w:t>یہ کوئی مسٹیریس چیز نہیں ہے۔</w:t>
      </w:r>
    </w:p>
    <w:p>
      <w:r>
        <w:rPr>
          <w:b/>
        </w:rPr>
        <w:t xml:space="preserve">[01:50] </w:t>
      </w:r>
      <w:r>
        <w:t>yeh ek well known qanoon ke tehat aisa hota hai. to is hadith mein darasal ek cheez understood hai.</w:t>
      </w:r>
    </w:p>
    <w:p>
      <w:pPr>
        <w:jc w:val="right"/>
      </w:pPr>
      <w:r>
        <w:t>یہ ایک ویل نون قانون کے تحت ایسا ہوتا ہے۔ تو اس حدیث میں دراصل ایک چیز انڈرسٹڈ ہے۔</w:t>
      </w:r>
    </w:p>
    <w:p>
      <w:r>
        <w:rPr>
          <w:b/>
        </w:rPr>
        <w:t xml:space="preserve">[02:03] </w:t>
      </w:r>
      <w:r>
        <w:t>woh yeh hai ke "according to the law of nature, it will happen that".</w:t>
      </w:r>
    </w:p>
    <w:p>
      <w:pPr>
        <w:jc w:val="right"/>
      </w:pPr>
      <w:r>
        <w:t>وہ یہ ہے کہ "اکارڈنگ ٹو دا لاء آف نیچر، اٹ ول ہیپن دیٹ"۔</w:t>
      </w:r>
    </w:p>
    <w:p>
      <w:r>
        <w:rPr>
          <w:b/>
        </w:rPr>
        <w:t xml:space="preserve">[02:11] </w:t>
      </w:r>
      <w:r>
        <w:t>yani law of nature ke mutabiq aisa hoga ke islam baad ke zamane mein ajnabi ho jayega.</w:t>
      </w:r>
    </w:p>
    <w:p>
      <w:pPr>
        <w:jc w:val="right"/>
      </w:pPr>
      <w:r>
        <w:t>یعنی لاء آف نیچر کے مطابق ایسا ہوگا کہ اسلام بعد کے زمانے میں اجنبی ہو جائے گا۔</w:t>
      </w:r>
    </w:p>
    <w:p>
      <w:r>
        <w:rPr>
          <w:b/>
        </w:rPr>
        <w:t xml:space="preserve">[02:24] </w:t>
      </w:r>
      <w:r>
        <w:t>yeh law of nature kya hai? ek ek scholar ne, ek western scholar ne, isko is tarah bayan kiya hai ke "every religion begins from an ideology,</w:t>
      </w:r>
    </w:p>
    <w:p>
      <w:pPr>
        <w:jc w:val="right"/>
      </w:pPr>
      <w:r>
        <w:t>یہ لاء آف نیچر کیا ہے؟ ایک ایک سکالر نے، ایک ویسٹرن سکالر نے، اس کو اس طرح بیان کیا ہے کہ "ایوری ریلیجن بیگنز فرام این آئیڈیالوجی،</w:t>
      </w:r>
    </w:p>
    <w:p>
      <w:r>
        <w:rPr>
          <w:b/>
        </w:rPr>
        <w:t xml:space="preserve">[02:44] </w:t>
      </w:r>
      <w:r>
        <w:t>and after some generations, it is reduced to a history". har mazhab jab shuru hota hai to woh ek ideology hota hai.</w:t>
      </w:r>
    </w:p>
    <w:p>
      <w:pPr>
        <w:jc w:val="right"/>
      </w:pPr>
      <w:r>
        <w:t>اینڈ افٹر سم جنریشنز، اٹ از ریڈیوس ٹو ا ہسٹری"۔ ہر مذہب جب شروع ہوتا ہے تو وہ ایک آئیڈیالوجی ہوتا ہے۔</w:t>
      </w:r>
    </w:p>
    <w:p>
      <w:r>
        <w:rPr>
          <w:b/>
        </w:rPr>
        <w:t xml:space="preserve">[02:55] </w:t>
      </w:r>
      <w:r>
        <w:t>baad ko reduce hokar woh isi history ban jata hai. ek historical phenomena. log history se mazhab ko derive karne lagte hain.</w:t>
      </w:r>
    </w:p>
    <w:p>
      <w:pPr>
        <w:jc w:val="right"/>
      </w:pPr>
      <w:r>
        <w:t>بعد کو ریڈیوس ہو کر وہ اسی ہسٹری بن جاتا ہے۔ ایک ہسٹوریکل فیناومینا۔ لوگ ہسٹری سے مذہب کو ڈرائیو کرنے لگتے ہیں۔</w:t>
      </w:r>
    </w:p>
    <w:p>
      <w:r>
        <w:rPr>
          <w:b/>
        </w:rPr>
        <w:t xml:space="preserve">[03:07] </w:t>
      </w:r>
      <w:r>
        <w:t>to woh ideology peeche chali jati hai background mein.</w:t>
      </w:r>
    </w:p>
    <w:p>
      <w:pPr>
        <w:jc w:val="right"/>
      </w:pPr>
      <w:r>
        <w:t>تو وہ آئیڈیالوجی پیچھے چلی جاتی ہے بیک گراؤنڈ میں۔</w:t>
      </w:r>
    </w:p>
    <w:p>
      <w:r>
        <w:rPr>
          <w:b/>
        </w:rPr>
        <w:t xml:space="preserve">[03:14] </w:t>
      </w:r>
      <w:r>
        <w:t>yeh kaise hota hai? main isko ek misaal doonga aap ko.</w:t>
      </w:r>
    </w:p>
    <w:p>
      <w:pPr>
        <w:jc w:val="right"/>
      </w:pPr>
      <w:r>
        <w:t>یہ کیسے ہوتا ہے؟ میں اس کو ایک مثال دوں گا آپ کو۔</w:t>
      </w:r>
    </w:p>
    <w:p>
      <w:r>
        <w:rPr>
          <w:b/>
        </w:rPr>
        <w:t xml:space="preserve">[03:22] </w:t>
      </w:r>
      <w:r>
        <w:t>yeh bahut hi zyada samajhne ki baat hai. tab aap is hadith ki gehrai ko payenge. aur yeh hadith jo chahti hai ke woh karen, hum woh aap kar payenge.</w:t>
      </w:r>
    </w:p>
    <w:p>
      <w:pPr>
        <w:jc w:val="right"/>
      </w:pPr>
      <w:r>
        <w:t>یہ بہت ہی زیادہ سمجھنے کی بات ہے۔ تب آپ اس حدیث کی گہرائی کو پائیں گے۔ اور یہ حدیث جو چاہتی ہے کہ وہ کریں، ہم وہ آپ کر پائیں گے۔</w:t>
      </w:r>
    </w:p>
    <w:p>
      <w:r>
        <w:rPr>
          <w:b/>
        </w:rPr>
        <w:t xml:space="preserve">[03:35] </w:t>
      </w:r>
      <w:r>
        <w:t>ek yeh baat dekhen, secular secular is mein movement mein bhi hoti hai aur religious movement mein dono mein.</w:t>
      </w:r>
    </w:p>
    <w:p>
      <w:pPr>
        <w:jc w:val="right"/>
      </w:pPr>
      <w:r>
        <w:t>ایک یہ بات دیکھیں، سیکولر سیکولر اس میں موومنٹ میں بھی ہوتی ہے اور ریلیجیس موومنٹ میں دونوں میں۔</w:t>
      </w:r>
    </w:p>
    <w:p>
      <w:r>
        <w:rPr>
          <w:b/>
        </w:rPr>
        <w:t xml:space="preserve">[03:45] </w:t>
      </w:r>
      <w:r>
        <w:t>law of nature jo hai, universal hota hai hamesha. yaad rakhiye.</w:t>
      </w:r>
    </w:p>
    <w:p>
      <w:pPr>
        <w:jc w:val="right"/>
      </w:pPr>
      <w:r>
        <w:t>لاء آف نیچر جو ہے، یونیورسل ہوتا ہے ہمیشہ۔ یاد رکھیے۔</w:t>
      </w:r>
    </w:p>
    <w:p>
      <w:r>
        <w:rPr>
          <w:b/>
        </w:rPr>
        <w:t xml:space="preserve">[03:51] </w:t>
      </w:r>
      <w:r>
        <w:t>abhi dekhen, aaj kal khabren daily aati hain ke mouse jo hain, hamare mulk ke kuch hisson mein. aur tabahi machate rehte hain woh.</w:t>
      </w:r>
    </w:p>
    <w:p>
      <w:pPr>
        <w:jc w:val="right"/>
      </w:pPr>
      <w:r>
        <w:t>ابھی دیکھیں، آج کل خبریں ڈیلی آتی ہیں کہ ماؤس جو ہیں، ہمارے ملک کے کچھ حصوں میں۔ اور تباہی مچاتے رہتے ہیں وہ۔</w:t>
      </w:r>
    </w:p>
    <w:p>
      <w:r>
        <w:rPr>
          <w:b/>
        </w:rPr>
        <w:t xml:space="preserve">[03:59] </w:t>
      </w:r>
      <w:r>
        <w:t>idhar maar mara, idhar gun mara, idhar jalaya, idhar phoonka, gaadi ulti, buildingen tabah kin. daily news aati rehti hai.</w:t>
      </w:r>
    </w:p>
    <w:p>
      <w:pPr>
        <w:jc w:val="right"/>
      </w:pPr>
      <w:r>
        <w:t>ادھر مام مارا، ادھر گن مارا، ادھر جلایا، ادھر پھونکا، گاڑی الٹی، بلڈنگیں تباہ کیں۔ ڈیلی نیوز آتی رہتی ہے۔</w:t>
      </w:r>
    </w:p>
    <w:p>
      <w:r>
        <w:rPr>
          <w:b/>
        </w:rPr>
        <w:t xml:space="preserve">[04:09] </w:t>
      </w:r>
      <w:r>
        <w:t>log taajjub mein rehte hain ke aakhir yeh kyun aisa kar rahe hain? yani kaun sa faida hai is mein in ko? kuch bhi faida nahi, woh kar rahe hain.</w:t>
      </w:r>
    </w:p>
    <w:p>
      <w:pPr>
        <w:jc w:val="right"/>
      </w:pPr>
      <w:r>
        <w:t>لوگ تعجب میں رہتے ہیں کہ آخر یہ کیوں ایسا کر رہے ہیں؟ یعنی کون سا فائدہ ہے اس میں ان کو؟ کچھ بھی فائدہ نہیں، وہ کر رہے ہیں۔</w:t>
      </w:r>
    </w:p>
    <w:p>
      <w:r>
        <w:rPr>
          <w:b/>
        </w:rPr>
        <w:t xml:space="preserve">[04:22] </w:t>
      </w:r>
      <w:r>
        <w:t>yeh kya hai? yeh woh log hain jinhone nahi, yahan yeh isi ko history yahin par ijtihad zarurat hoti hai.</w:t>
      </w:r>
    </w:p>
    <w:p>
      <w:pPr>
        <w:jc w:val="right"/>
      </w:pPr>
      <w:r>
        <w:t>یہ کیا ہے؟ یہ وہ لوگ ہیں جنہوں نے نہیں، یہاں یہ اسی کو ہسٹری یہیں پر اجتہاد ضرورت ہوتی ہے۔</w:t>
      </w:r>
    </w:p>
    <w:p>
      <w:r>
        <w:rPr>
          <w:b/>
        </w:rPr>
        <w:t xml:space="preserve">[04:32] </w:t>
      </w:r>
      <w:r>
        <w:t>yani ijtihad karke phir se nahi jana ke Mao's theory ka application aaj ke lehaz se kya hai. dekhen, Mao Zedong ek ek communist tha China ka.</w:t>
      </w:r>
    </w:p>
    <w:p>
      <w:pPr>
        <w:jc w:val="right"/>
      </w:pPr>
      <w:r>
        <w:t>یعنی اجتہاد کر کے پھر سے نہیں جانا کہ ماؤس تھیوری کا ایپلیکیشن آج کے لحاظ سے کیا ہے۔ دیکھیں، ماؤ جی تنگ ایک ایک کمیونسٹ تھا چائنہ کا۔</w:t>
      </w:r>
    </w:p>
    <w:p>
      <w:r>
        <w:rPr>
          <w:b/>
        </w:rPr>
        <w:t xml:space="preserve">[04:48] </w:t>
      </w:r>
      <w:r>
        <w:t>to bahut zabardast leader tha woh. uski death hui 1976 mein.</w:t>
      </w:r>
    </w:p>
    <w:p>
      <w:pPr>
        <w:jc w:val="right"/>
      </w:pPr>
      <w:r>
        <w:t>تو بہت زبردست لیڈر تھا وہ۔ اس کی ڈیتھ ہوئی 1976 میں۔</w:t>
      </w:r>
    </w:p>
    <w:p>
      <w:r>
        <w:rPr>
          <w:b/>
        </w:rPr>
        <w:t xml:space="preserve">[05:00] </w:t>
      </w:r>
      <w:r>
        <w:t>to woh bahut hi zyada is soch wala aadmi tha jis mein ke inqilab aata hai violence ke zariye se.</w:t>
      </w:r>
    </w:p>
    <w:p>
      <w:pPr>
        <w:jc w:val="right"/>
      </w:pPr>
      <w:r>
        <w:t>تو وہ بہت ہی زیادہ اس سوچ والا آدمی تھا جس میں کہ انقلاب آتا ہے وائیلنس کے ذریعے سے۔</w:t>
      </w:r>
    </w:p>
    <w:p>
      <w:r>
        <w:rPr>
          <w:b/>
        </w:rPr>
        <w:t xml:space="preserve">[05:10] </w:t>
      </w:r>
      <w:r>
        <w:t>kyunke violence ki baat ki thi marx ne aur lenin ne, stalin ne, sab ne. yaani un ke haan yeh nazariya tha ke violence ke zariye aa sakta hai revolution aur koi doosra zariya nahi hai.</w:t>
      </w:r>
    </w:p>
    <w:p>
      <w:pPr>
        <w:jc w:val="right"/>
      </w:pPr>
      <w:r>
        <w:t>کیونکہ وائیلنس کی بات کی تھی مارکس نے اور لینن نے، اسٹالن نے، سب نے۔ یعنی ان کے ہاں یہ نظریہ تھا کہ وائیلنس کے ذریعے آ سکتا ہے ریولوشن اور کوئی دوسرا ذریعہ نہیں ہے۔</w:t>
      </w:r>
    </w:p>
    <w:p>
      <w:r>
        <w:rPr>
          <w:b/>
        </w:rPr>
        <w:t xml:space="preserve">[05:29] </w:t>
      </w:r>
      <w:r>
        <w:t>to mao ne, mao ji tang ne kaha tha ke "power flows from the barrel of gun". yaani taqat jo hai, woh gun ke zor par aati hai,</w:t>
      </w:r>
    </w:p>
    <w:p>
      <w:pPr>
        <w:jc w:val="right"/>
      </w:pPr>
      <w:r>
        <w:t>تو ماؤ نے، ماؤ جی تنگ نے کہا تھا کہ "پاور فلوز فرام دی بیرل آف گن"۔ یعنی طاقت جو ہے، وہ گن کے زور پر آتی ہے،</w:t>
      </w:r>
    </w:p>
    <w:p>
      <w:r>
        <w:rPr>
          <w:b/>
        </w:rPr>
        <w:t xml:space="preserve">[05:43] </w:t>
      </w:r>
      <w:r>
        <w:t>bandook ke zor par aati hai. "power flows from the barrel of gun". yeh thi yeh nazariya tha pehle ka.</w:t>
      </w:r>
    </w:p>
    <w:p>
      <w:pPr>
        <w:jc w:val="right"/>
      </w:pPr>
      <w:r>
        <w:t>بندوق کے زور پر آتی ہے۔ "پاور فلوز فرام دی بیرل آف گن"۔ یہ تھی یہ نظریہ تھا پہلے کا۔</w:t>
      </w:r>
    </w:p>
    <w:p>
      <w:r>
        <w:rPr>
          <w:b/>
        </w:rPr>
        <w:t xml:space="preserve">[05:54] </w:t>
      </w:r>
      <w:r>
        <w:t>isi par qaim hai abhi tak mao ji. yeh maos log. woh ijtihad karna tha yahan inhe.</w:t>
      </w:r>
    </w:p>
    <w:p>
      <w:pPr>
        <w:jc w:val="right"/>
      </w:pPr>
      <w:r>
        <w:t>اسی پر قائم ہے ابھی تک ماؤ جی۔ یہ ماؤس لوگ۔ وہ اجتہاد کرنا تھا یہاں انہیں۔</w:t>
      </w:r>
    </w:p>
    <w:p>
      <w:r>
        <w:rPr>
          <w:b/>
        </w:rPr>
        <w:t xml:space="preserve">[06:04] </w:t>
      </w:r>
      <w:r>
        <w:t>ijtihad kar ke jaanna tha ke ab ab jo aaj halaat hain is mein is ka application kya hai? is ki parallel misaal kya hai?</w:t>
      </w:r>
    </w:p>
    <w:p>
      <w:pPr>
        <w:jc w:val="right"/>
      </w:pPr>
      <w:r>
        <w:t>اجتہاد کر کے جاننا تھا کہ اب اب جو آج حالات ہیں اس میں اس کا ایپلیکیشن کیا ہے؟ اس کی پیرلل مثال کیا ہے؟</w:t>
      </w:r>
    </w:p>
    <w:p>
      <w:r>
        <w:rPr>
          <w:b/>
        </w:rPr>
        <w:t xml:space="preserve">[06:13] </w:t>
      </w:r>
      <w:r>
        <w:t>khud china mein maujood hai ke china mein dekhein, mao ji tang ki death ho gayi 1976 mein. is ke baad wahan aik leader ubhra, is ka naam tha deng yang ping.</w:t>
      </w:r>
    </w:p>
    <w:p>
      <w:pPr>
        <w:jc w:val="right"/>
      </w:pPr>
      <w:r>
        <w:t>خود چائنہ میں موجود ہے کہ چائنہ میں دیکھیں، ماؤ جی تنگ کی ڈیتھ ہو گئی 1976 میں۔ اس کے بعد وہاں ایک لیڈر ابھرا، اس کا نام تھا ڈینگ یانگ پنگ۔</w:t>
      </w:r>
    </w:p>
    <w:p>
      <w:r>
        <w:rPr>
          <w:b/>
        </w:rPr>
        <w:t xml:space="preserve">[06:30] </w:t>
      </w:r>
      <w:r>
        <w:t>deng yang ping. is ki death hui hai 1997 mein. yaani 1997 mein.</w:t>
      </w:r>
    </w:p>
    <w:p>
      <w:pPr>
        <w:jc w:val="right"/>
      </w:pPr>
      <w:r>
        <w:t>ڈینگ یانگ پنگ۔ اس کی ڈیتھ ہوئی ہے 1997 میں۔ یعنی 1997 میں۔</w:t>
      </w:r>
    </w:p>
    <w:p>
      <w:r>
        <w:rPr>
          <w:b/>
        </w:rPr>
        <w:t xml:space="preserve">[06:41] </w:t>
      </w:r>
      <w:r>
        <w:t>is ne aik bohat aik revolutionary kaam kiya jis ko hum ijtihad kehte hain. yahi ijtihad hai ke yeh discover karna ke ab naye badle hue halaat mein kaise is nazariye ko apply kiya jaye?</w:t>
      </w:r>
    </w:p>
    <w:p>
      <w:pPr>
        <w:jc w:val="right"/>
      </w:pPr>
      <w:r>
        <w:t>اس نے ایک بہت ایک ریولوشنری کام کیا جس کو ہم اجتہاد کہتے ہیں۔ یہی اجتہاد ہے کہ یہ ڈسکور کرنا کہ اب نئے بدلے ہوئے حالات میں کیسے اس نظریے کو اپلائی کیا جائے؟</w:t>
      </w:r>
    </w:p>
    <w:p>
      <w:r>
        <w:rPr>
          <w:b/>
        </w:rPr>
        <w:t xml:space="preserve">[06:56] </w:t>
      </w:r>
      <w:r>
        <w:t>"how to reapply that theory in the changing situation". to is ne kiya kiya? deng yang ping ne ke is ne political role ko economic activity se alag kar diya jo pehle nahi tha.</w:t>
      </w:r>
    </w:p>
    <w:p>
      <w:pPr>
        <w:jc w:val="right"/>
      </w:pPr>
      <w:r>
        <w:t>"ہاؤ ٹو ری اپلائی دیٹ تھیوری ان دا چینجنگ سچوئیشن"۔ تو اس نے کیا کیا؟ ڈینگ یانگ پنگ نے کہ اس نے پولیٹیکل رول کو اکنامک ایکٹیویٹی سے الگ کر دیا جو پہلے نہیں تھا۔</w:t>
      </w:r>
    </w:p>
    <w:p>
      <w:r>
        <w:rPr>
          <w:b/>
        </w:rPr>
        <w:t xml:space="preserve">[07:20] </w:t>
      </w:r>
      <w:r>
        <w:t>yaani china mein is ne iqtisadiyat ko, economic activities ko poori freedom de di, poori freedom jaise ke america waghera mein hai.</w:t>
      </w:r>
    </w:p>
    <w:p>
      <w:pPr>
        <w:jc w:val="right"/>
      </w:pPr>
      <w:r>
        <w:t>یعنی چائنہ میں اس نے اقتصادیات کو، اکنامک ایکٹیویٹیز کو پوری فریڈم دے دی، پوری فریڈم جیسے کہ امریکہ وغیرہ میں ہے۔</w:t>
      </w:r>
    </w:p>
    <w:p>
      <w:r>
        <w:rPr>
          <w:b/>
        </w:rPr>
        <w:t xml:space="preserve">[07:30] </w:t>
      </w:r>
      <w:r>
        <w:t>albatta political field mein is ne dejimendation ko baqi rakha. achanak china jo hai, taraqqi kar gaya. ab jo china aaj hai, jo hota hai taraqqi, to is ko yaani "architect of modern china" kaha shayad kaha jata hai.</w:t>
      </w:r>
    </w:p>
    <w:p>
      <w:pPr>
        <w:jc w:val="right"/>
      </w:pPr>
      <w:r>
        <w:t>البتہ پولیٹیکل فیلڈ میں اس نے ڈیجمنڈیشن کو باقی رکھا۔ اچانک چائنہ جو ہے، ترقی کر گیا۔ اب جو چائنہ آج ہے، جو ہوتا ہے ترقی، تو اس کو یعنی "آرکیٹیکٹ آف ماڈرن چائنہ" کہا شاید کہا جاتا ہے۔</w:t>
      </w:r>
    </w:p>
    <w:p>
      <w:r>
        <w:rPr>
          <w:b/>
        </w:rPr>
        <w:t xml:space="preserve">[07:50] </w:t>
      </w:r>
      <w:r>
        <w:t>deng yang ping ko "architect of modern china" jab is ne dealing kar diya political power ko aur aur iqtisadi sargarmion ko to khoob business industries flourish karne lagi.</w:t>
      </w:r>
    </w:p>
    <w:p>
      <w:pPr>
        <w:jc w:val="right"/>
      </w:pPr>
      <w:r>
        <w:t>ڈینگ یانگ پنگ کو "آرکیٹیکٹ آف ماڈرن چائنہ" جب اس نے ڈیلنگ کر دیا پولیٹیکل پاور کو اور اور اقتصادی سرگرمیوں کو تو خوب بزنس انڈسٹریز فلورش کرنے لگی۔</w:t>
      </w:r>
    </w:p>
    <w:p>
      <w:r>
        <w:rPr>
          <w:b/>
        </w:rPr>
        <w:t xml:space="preserve">[08:08] </w:t>
      </w:r>
      <w:r>
        <w:t>ab yeh pata nahi yeh maos jo hain, inhe kuch pata nahi. isi purani theory pe hain, marcard karte rehte hain. inhe kuch milta rahe, samaj ko kuch milta.</w:t>
      </w:r>
    </w:p>
    <w:p>
      <w:pPr>
        <w:jc w:val="right"/>
      </w:pPr>
      <w:r>
        <w:t>اب یہ پتہ نہیں یہ ماؤس جو ہیں، انہیں کچھ پتہ نہیں۔ اسی پرانی تھیوری پہ ہیں، مارکارڈ کرتے رہتے ہیں۔ انہیں کچھ ملتا رہے، سماج کو کچھ ملتا۔</w:t>
      </w:r>
    </w:p>
    <w:p>
      <w:r>
        <w:rPr>
          <w:b/>
        </w:rPr>
        <w:t xml:space="preserve">[08:20] </w:t>
      </w:r>
      <w:r>
        <w:t>yahi muamla musalmanon ka hua hai. musalmanon ko jo musalmanon ke jo bible scholar the, woh ijtihad nahi kar sake.</w:t>
      </w:r>
    </w:p>
    <w:p>
      <w:pPr>
        <w:jc w:val="right"/>
      </w:pPr>
      <w:r>
        <w:t>یہی معاملہ مسلمانوں کا ہوا ہے۔ مسلمانوں کو جو مسلمانوں کے جو ببل سکالر تھے، وہ اجتہاد نہیں کر سکے۔</w:t>
      </w:r>
    </w:p>
    <w:p>
      <w:r>
        <w:rPr>
          <w:b/>
        </w:rPr>
        <w:t xml:space="preserve">[08:31] </w:t>
      </w:r>
      <w:r>
        <w:t>"they fail to find the reapplication of Islam in modern situation, in the changing situation". ijtihad kiya hai?</w:t>
      </w:r>
    </w:p>
    <w:p>
      <w:pPr>
        <w:jc w:val="right"/>
      </w:pPr>
      <w:r>
        <w:t>"دے فیل ٹو فائنڈ دا ری ایپلیکیشن آف اسلام ان ماڈرن سچوئیشن، ان دا چینجنگ سچوئیشن"۔ اجتہاد کیا ہے؟</w:t>
      </w:r>
    </w:p>
    <w:p>
      <w:r>
        <w:rPr>
          <w:b/>
        </w:rPr>
        <w:t xml:space="preserve">[08:40] </w:t>
      </w:r>
      <w:r>
        <w:t>dekhein, ijtihad jo hai, literal meaning ijtihad ki hai koshish karna. koshish karna to strive.</w:t>
      </w:r>
    </w:p>
    <w:p>
      <w:pPr>
        <w:jc w:val="right"/>
      </w:pPr>
      <w:r>
        <w:t>دیکھیں، اجتہاد جو ہے، لٹرل میننگ اجتہاد کی ہے کوشش کرنا۔ کوشش کرنا ٹو اسٹرائیو۔</w:t>
      </w:r>
    </w:p>
    <w:p>
      <w:r>
        <w:rPr>
          <w:b/>
        </w:rPr>
        <w:t xml:space="preserve">[08:50] </w:t>
      </w:r>
      <w:r>
        <w:t>lekin yeh aik term hai islam mein. woh term yahi hai, is ka matlab ke yaani islam ke usool ko naye halaat mein reapply karna.</w:t>
      </w:r>
    </w:p>
    <w:p>
      <w:pPr>
        <w:jc w:val="right"/>
      </w:pPr>
      <w:r>
        <w:t>لیکن یہ ایک ٹرم ہے اسلام میں۔ وہ ٹرم یہی ہے، اس کا مطلب کہ یعنی اسلام کے اصول کو نئے حالات میں ری اپلائی کرنا۔</w:t>
      </w:r>
    </w:p>
    <w:p>
      <w:r>
        <w:rPr>
          <w:b/>
        </w:rPr>
        <w:t xml:space="preserve">[09:10] </w:t>
      </w:r>
      <w:r>
        <w:t>to discover how to reapply they islamic principle in the changing situation. yeh hai ijtihad. to ab modern jo world hai, yaani jo scientific world, industrial world, jo nayi duniya bani hai,</w:t>
      </w:r>
    </w:p>
    <w:p>
      <w:pPr>
        <w:jc w:val="right"/>
      </w:pPr>
      <w:r>
        <w:t>ٹو ڈسکور ہاؤ ٹو ری اپلائی دے اسلامک پرنسپل ان دا چینجنگ سچوئیشن۔ یہ ہے اجتہاد۔ تو اب ماڈرن جو ورلڈ ہے، یعنی جو سائنٹیفک ورلڈ، انڈسٹریل ورلڈ، جو نئی دنیا بنی ہے،</w:t>
      </w:r>
    </w:p>
    <w:p>
      <w:r>
        <w:rPr>
          <w:b/>
        </w:rPr>
        <w:t xml:space="preserve">[09:31] </w:t>
      </w:r>
      <w:r>
        <w:t>is mein zaroorat thi ke phir se socha jaye. soch kar ke phir se islam ka reapplication daryaft kiya jaye.</w:t>
      </w:r>
    </w:p>
    <w:p>
      <w:pPr>
        <w:jc w:val="right"/>
      </w:pPr>
      <w:r>
        <w:t>اس میں ضرورت تھی کہ پھر سے سوچا جائے۔ سوچ کر کے پھر سے اسلام کا ری ایپلیکیشن دریافت کیا جائے۔</w:t>
      </w:r>
    </w:p>
    <w:p>
      <w:r>
        <w:rPr>
          <w:b/>
        </w:rPr>
        <w:t xml:space="preserve">[09:41] </w:t>
      </w:r>
      <w:r>
        <w:t>kyun ke aaj ki duniya mein log samajhte hain ke islam to yaani mis fit ho gaya hai. islam mis fit ho gaya hai. aaj ki news hai, aaj aap ko maloom padha hoga ke america ke kisi church ne elaan kiya hai ke hum september 11 ko quran jalayenge.</w:t>
      </w:r>
    </w:p>
    <w:p>
      <w:pPr>
        <w:jc w:val="right"/>
      </w:pPr>
      <w:r>
        <w:t>کیونکہ آج کی دنیا میں لوگ سمجھتے ہیں کہ اسلام تو یعنی مس فٹ ہو گیا ہے۔ اسلام مس فٹ ہو گیا ہے۔ آج کی نیوز ہے، آج آپ کو معلوم پڑھا ہوگا کہ امریکہ کے کسی چرچ نے اعلان کیا ہے کہ ہم ستمبر الیون کو قرآن جلائیں گے۔</w:t>
      </w:r>
    </w:p>
    <w:p>
      <w:r>
        <w:rPr>
          <w:b/>
        </w:rPr>
        <w:t xml:space="preserve">[10:03] </w:t>
      </w:r>
      <w:r>
        <w:t>kyun? woh samajhte hain ke quran yeh quran jo hai, modern jo modern jo jo culture hai, is ke khilaf hai.</w:t>
      </w:r>
    </w:p>
    <w:p>
      <w:pPr>
        <w:jc w:val="right"/>
      </w:pPr>
      <w:r>
        <w:t>کیوں؟ وہ سمجھتے ہیں کہ قرآن یہ قرآن جو ہے، ماڈرن جو ماڈرن جو جو کلچر ہے، اس کے خلاف ہے۔</w:t>
      </w:r>
    </w:p>
    <w:p>
      <w:r>
        <w:rPr>
          <w:b/>
        </w:rPr>
        <w:t xml:space="preserve">[10:14] </w:t>
      </w:r>
      <w:r>
        <w:t>aap dekhein, modern culture jo hai, modern thinking jo hai, base karti hai freedom of expression par. expression har aik ko poori azadi.</w:t>
      </w:r>
    </w:p>
    <w:p>
      <w:pPr>
        <w:jc w:val="right"/>
      </w:pPr>
      <w:r>
        <w:t>آپ دیکھیں، ماڈرن کلچر جو ہے، ماڈرن تھنکنگ جو ہے، بیس کرتی ہے فریڈم آف ایکسپریشن پر۔ ایکسپریشن ہر ایک کو پوری آزادی۔</w:t>
      </w:r>
    </w:p>
    <w:p>
      <w:r>
        <w:rPr>
          <w:b/>
        </w:rPr>
        <w:t xml:space="preserve">[10:26] </w:t>
      </w:r>
      <w:r>
        <w:t>woh samajhte hain ke jise musalman idhar udhar hangama karte rehte hain, kahin salman rushdie ki kitab par, kahin denmark ke cartoon par, kahin kisi aur cheez par, aur marcard kehte hain ke maro usay, qatal karo.</w:t>
      </w:r>
    </w:p>
    <w:p>
      <w:pPr>
        <w:jc w:val="right"/>
      </w:pPr>
      <w:r>
        <w:t>وہ سمجھتے ہیں کہ جسے مسلمان ادھر ادھر ہنگامہ کرتے رہتے ہیں، کہیں سلمان رشدی کی کتاب پر، کہیں ڈنمارک کے کارٹون پر، کہیں کسی اور چیز پر، اور مارکارڈ کہتے ہیں کہ مارو اسے، قتل کرو۔</w:t>
      </w:r>
    </w:p>
    <w:p>
      <w:r>
        <w:rPr>
          <w:b/>
        </w:rPr>
        <w:t xml:space="preserve">[10:38] </w:t>
      </w:r>
      <w:r>
        <w:t>to woh samajhte hain ke quran jo hai, aik aisi kitab hai jo modern world mein chal nahi sakti. kyun ke modern world hai freedom of expression ka zamana.</w:t>
      </w:r>
    </w:p>
    <w:p>
      <w:pPr>
        <w:jc w:val="right"/>
      </w:pPr>
      <w:r>
        <w:t>تو وہ سمجھتے ہیں کہ قرآن جو ہے، ایک ایسی کتاب ہے جو ماڈرن ورلڈ میں چل نہیں سکتی۔ کیونکہ ماڈرن ورلڈ ہے فریڈم آف ایکسپریشن کا زمانہ۔</w:t>
      </w:r>
    </w:p>
    <w:p>
      <w:r>
        <w:rPr>
          <w:b/>
        </w:rPr>
        <w:t xml:space="preserve">[10:50] </w:t>
      </w:r>
      <w:r>
        <w:t>aur yeh kehta hai ke nahi, hum maan, hum azadi nahi denge hum kisi ko. tum ko ab zabaan band karni padegi.</w:t>
      </w:r>
    </w:p>
    <w:p>
      <w:pPr>
        <w:jc w:val="right"/>
      </w:pPr>
      <w:r>
        <w:t>اور یہ کہتا ہے کہ نہیں، ہم مان، ہم آزادی نہیں دیں گے ہم کسی کو۔ تم کو اب زبان بند کرنی پڑے گی۔</w:t>
      </w:r>
    </w:p>
    <w:p>
      <w:r>
        <w:rPr>
          <w:b/>
        </w:rPr>
        <w:t xml:space="preserve">[11:01] </w:t>
      </w:r>
      <w:r>
        <w:t>to hamare jo scholars the, hamare jo bare bare leaders the, wo is is raat ko nahi samjhe ke aaj ki duniya kya hai. to ijtihad bhi nahi kar sake wo.</w:t>
      </w:r>
    </w:p>
    <w:p>
      <w:pPr>
        <w:jc w:val="right"/>
      </w:pPr>
      <w:r>
        <w:t>تو ہمارے جو سکالرز تھے، ہمارے جو بڑے بڑے لیڈرز تھے، وہ اس اس رات کو نہیں سمجھے کہ آج کی دنیا کیا ہے۔ تو اجتہاد بھی نہیں کر سکے وہ۔</w:t>
      </w:r>
    </w:p>
    <w:p>
      <w:r>
        <w:rPr>
          <w:b/>
        </w:rPr>
        <w:t xml:space="preserve">[11:12] </w:t>
      </w:r>
      <w:r>
        <w:t>dekhen, ijtihad mein jo kitab hai, us ko aap parhen to jo logon ka jo stand hai ijtihad ke bare mein, wo yeh hai ke abbasi daur mein jo fuqaha paida hue, bas wahi the mujtahid e mutlaq, jaise imam shafi, imam malik, imam hanbal, imam abu hanifa.</w:t>
      </w:r>
    </w:p>
    <w:p>
      <w:pPr>
        <w:jc w:val="right"/>
      </w:pPr>
      <w:r>
        <w:t>دیکھیں، اجتہاد میں جو کتاب ہے، اس کو آپ پڑھیں تو جو لوگوں کا جو سٹینڈ ہے اجتہاد کے بارے میں، وہ یہ ہے کہ عباسی دور میں جو فقہاء پیدا ہوئے، بس وہی تھے مجتہد مطلق، جیسے امام شافعی، امام مالک، امام حنبل، امام ابو حنیفہ۔</w:t>
      </w:r>
    </w:p>
    <w:p>
      <w:r>
        <w:rPr>
          <w:b/>
        </w:rPr>
        <w:t xml:space="preserve">[11:31] </w:t>
      </w:r>
      <w:r>
        <w:t>bas yeh mujtahid e mutlaq the. baqi jo hai, wo mujtahid e muqayyad hain. in logon ne jo ijtihad kar diya, usi ke daire mein soch sakte hain aap.</w:t>
      </w:r>
    </w:p>
    <w:p>
      <w:pPr>
        <w:jc w:val="right"/>
      </w:pPr>
      <w:r>
        <w:t>بس یہ مجتہد مطلق تھے۔ باقی جو ہے، وہ مجتہد مقید ہیں۔ ان لوگوں نے جو اجتہاد کر دیا، اسی کے دائرے میں سوچ سکتے ہیں آپ۔</w:t>
      </w:r>
    </w:p>
    <w:p>
      <w:r>
        <w:rPr>
          <w:b/>
        </w:rPr>
        <w:t xml:space="preserve">[11:41] </w:t>
      </w:r>
      <w:r>
        <w:t>is ke baad ja ke soch nahi sakte aap. to jab halaat ek dam badal gaye, yani pehle kingship thi, ab democracy aa gayi.</w:t>
      </w:r>
    </w:p>
    <w:p>
      <w:pPr>
        <w:jc w:val="right"/>
      </w:pPr>
      <w:r>
        <w:t>اس کے بعد جا کے سوچ نہیں سکتے آپ۔ تو جب حالات ایک دم بدل گئے، یعنی پہلے کنگ شپ تھی، اب ڈیموکریسی آ گئی۔</w:t>
      </w:r>
    </w:p>
    <w:p>
      <w:r>
        <w:rPr>
          <w:b/>
        </w:rPr>
        <w:t xml:space="preserve">[11:53] </w:t>
      </w:r>
      <w:r>
        <w:t>aap ghor kijiye, pehle kingship ka zamana tha, ab democracy aa gayi. pehle suppression ka zamana tha, ab science ka zamana aa gaya.</w:t>
      </w:r>
    </w:p>
    <w:p>
      <w:pPr>
        <w:jc w:val="right"/>
      </w:pPr>
      <w:r>
        <w:t>آپ غور کیجئے، پہلے کنگ شپ کا زمانہ تھا، اب ڈیموکریسی آ گئی۔ پہلے سپریسیشن کا زمانہ تھا، اب سائنسی زمانہ آ گیا۔</w:t>
      </w:r>
    </w:p>
    <w:p>
      <w:r>
        <w:rPr>
          <w:b/>
        </w:rPr>
        <w:t xml:space="preserve">[12:06] </w:t>
      </w:r>
      <w:r>
        <w:t>pehle mazhab se juda hua tha nationality, ab homeland par nationhood base kar rahi hai zamane mein.</w:t>
      </w:r>
    </w:p>
    <w:p>
      <w:pPr>
        <w:jc w:val="right"/>
      </w:pPr>
      <w:r>
        <w:t>پہلے مذہب سے جڑا ہوا تھا نیشنلٹی، اب ہوم لینڈ پر نیشنل ہڈ بیس کر کر رہی ہے زمانے میں۔</w:t>
      </w:r>
    </w:p>
    <w:p>
      <w:r>
        <w:rPr>
          <w:b/>
        </w:rPr>
        <w:t xml:space="preserve">[12:17] </w:t>
      </w:r>
      <w:r>
        <w:t>pehle azadi nahi thi bolne ki, freedom of expression nahi tha pehle, ab freedom of expression ka zamana aa gaya. to bohat se farq ho gaye.</w:t>
      </w:r>
    </w:p>
    <w:p>
      <w:pPr>
        <w:jc w:val="right"/>
      </w:pPr>
      <w:r>
        <w:t>پہلے آزادی نہیں تھی بولنے کی، فریڈم آف ایکسپریشن نہیں تھا پہلے، اب فریڈم آف ایکسپریشن کا زمانہ آ گیا۔ تو بہت سے فرق ہو گئے۔</w:t>
      </w:r>
    </w:p>
    <w:p>
      <w:r>
        <w:rPr>
          <w:b/>
        </w:rPr>
        <w:t xml:space="preserve">[12:27] </w:t>
      </w:r>
      <w:r>
        <w:t>to naye halaat ke lehaz se sochna tha. lekin ab chuki ijtihad hai, yani wo in in mujtahid jo jo paida ho chuke hain, jo mujtahid e mutlaq, unhi ke daire mein ijtihad karna tha.</w:t>
      </w:r>
    </w:p>
    <w:p>
      <w:pPr>
        <w:jc w:val="right"/>
      </w:pPr>
      <w:r>
        <w:t>تو نئے حالات کے لحاظ سے سوچنا تھا۔ لیکن اب چونکہ اجتہاد ہے، یعنی وہ ان ان مجتہد جو جو پیدا ہو چکے ہیں، جو مجتہد مطلق، انہی کے دائرے میں اجتہاد کرنا تھا۔</w:t>
      </w:r>
    </w:p>
    <w:p>
      <w:r>
        <w:rPr>
          <w:b/>
        </w:rPr>
        <w:t xml:space="preserve">[12:42] </w:t>
      </w:r>
      <w:r>
        <w:t>bahar ja ke ijtihad nahi kar sakte the aap. kyunke mujtahid e mutlaq ab koi ho nahi sakta hai. to nateeja kya? darwaza band ho gaya aur koi samajh nahi saka ke hamein kya karna chahiye.</w:t>
      </w:r>
    </w:p>
    <w:p>
      <w:pPr>
        <w:jc w:val="right"/>
      </w:pPr>
      <w:r>
        <w:t>باہر جا کے اجتہاد نہیں کر سکتے تھے آپ۔ کیونکہ مجتہد مطلق اب کوئی ہو نہیں سکتا ہے۔ تو نتیجہ کیا؟ دروازہ بند ہو گیا اور کوئی سمجھ نہیں سکا کہ ہمیں کیا کرنا چاہیے۔</w:t>
      </w:r>
    </w:p>
    <w:p>
      <w:r>
        <w:rPr>
          <w:b/>
        </w:rPr>
        <w:t xml:space="preserve">[12:55] </w:t>
      </w:r>
      <w:r>
        <w:t>jaise ek misaal deta hoon main aap samajhne ke liye ke mujtahid e mutlaq aur mujtahid e muqayyad ka mamla.</w:t>
      </w:r>
    </w:p>
    <w:p>
      <w:pPr>
        <w:jc w:val="right"/>
      </w:pPr>
      <w:r>
        <w:t>جیسے ایک مثال دیتا ہوں میں آپ سمجھنے کے لیے کہ مجتہد مطلق اور مجتہد مقید کا معاملہ۔</w:t>
      </w:r>
    </w:p>
    <w:p>
      <w:r>
        <w:rPr>
          <w:b/>
        </w:rPr>
        <w:t xml:space="preserve">[13:03] </w:t>
      </w:r>
      <w:r>
        <w:t>yeh nazariya chahta hai ke koi pichhle ke koi precedents jo kehte hain, yeh log juz'i, koi juz'i ho, koi nazir ho, koi misaal pehle ki ho, us ko le kar ke aap ek naya ijtihad kar sakte hain.</w:t>
      </w:r>
    </w:p>
    <w:p>
      <w:pPr>
        <w:jc w:val="right"/>
      </w:pPr>
      <w:r>
        <w:t>یہ نظریہ چاہتا ہے کہ کوئی پچھلے کے کوئی پریسیڈنٹس جو کہتے ہیں، یہ لوگ جزئیہ، کوئی جزئیہ ہو، کوئی نظیر ہو، کوئی مثال پہلے کی ہو، اس کو لے کر کے آپ ایک نیا اجتہاد کر سکتے ہیں۔</w:t>
      </w:r>
    </w:p>
    <w:p>
      <w:r>
        <w:rPr>
          <w:b/>
        </w:rPr>
        <w:t xml:space="preserve">[13:18] </w:t>
      </w:r>
      <w:r>
        <w:t>jaise misaal ke taur par, is zamane mein injection ijad hua. to ek shakhs bimar ho gaya, to us ko fori taur par dawa dena aaye.</w:t>
      </w:r>
    </w:p>
    <w:p>
      <w:pPr>
        <w:jc w:val="right"/>
      </w:pPr>
      <w:r>
        <w:t>جیسے مثال کے طور پر، اس زمانے میں انجیکشن ایجاد ہوا۔ تو ایک شخص بیمار ہو گیا، تو اس کو فوری طور پر دوا دینا آئے۔</w:t>
      </w:r>
    </w:p>
    <w:p>
      <w:r>
        <w:rPr>
          <w:b/>
        </w:rPr>
        <w:t xml:space="preserve">[13:29] </w:t>
      </w:r>
      <w:r>
        <w:t>to us ke body mein inject kiya jati hai dawa. to agar ek aadmi roza rakhe bhi hai aur us ko injection lagaya gaya, to roza toot gaya ke roza baqi hai, ek masla hai.</w:t>
      </w:r>
    </w:p>
    <w:p>
      <w:pPr>
        <w:jc w:val="right"/>
      </w:pPr>
      <w:r>
        <w:t>تو اس کے باڈی میں انجیکٹ کیا جاتی ہے دوا۔ تو اگر ایک آدمی روزہ رکھے بھی ہے اور اس کو انجیکشن لگایا گیا، تو روزہ ٹوٹ گیا کہ روزہ باقی ہے، ایک مسئلہ ہے۔</w:t>
      </w:r>
    </w:p>
    <w:p>
      <w:r>
        <w:rPr>
          <w:b/>
        </w:rPr>
        <w:t xml:space="preserve">[13:44] </w:t>
      </w:r>
      <w:r>
        <w:t>ab is masle ke liye kya kiya in logon ne? ek sahab ne research ki, bohat zabardast research. is research par un ko yani degree mili.</w:t>
      </w:r>
    </w:p>
    <w:p>
      <w:pPr>
        <w:jc w:val="right"/>
      </w:pPr>
      <w:r>
        <w:t>اب اس مسئلے کے لیے کیا کیا ان لوگوں نے؟ ایک صاحب نے ریسرچ کی، بہت زبردست ریسرچ۔ اس ریسرچ پر ان کو یعنی ڈگری ملی۔</w:t>
      </w:r>
    </w:p>
    <w:p>
      <w:r>
        <w:rPr>
          <w:b/>
        </w:rPr>
        <w:t xml:space="preserve">[13:54] </w:t>
      </w:r>
      <w:r>
        <w:t>wo kya thi research? pata kiya ke falan bohat pehle ek ek the, yani bare aalim, unhon ne ek fatwa diya tha.</w:t>
      </w:r>
    </w:p>
    <w:p>
      <w:pPr>
        <w:jc w:val="right"/>
      </w:pPr>
      <w:r>
        <w:t>وہ کیا تھی ریسرچ؟ پتہ کیا کہ فلاں بہت پہلے ایک ایک تھے، یعنی بڑے عالم، انہوں نے ایک فتوی دیا تھا۔</w:t>
      </w:r>
    </w:p>
    <w:p>
      <w:r>
        <w:rPr>
          <w:b/>
        </w:rPr>
        <w:t xml:space="preserve">[14:06] </w:t>
      </w:r>
      <w:r>
        <w:t>wo fatwa yeh tha ke ek shakhs ke kapde ke andar bichhoo ghus gaya, us ne dank maar diya aur roze ki halat mein the wo.</w:t>
      </w:r>
    </w:p>
    <w:p>
      <w:pPr>
        <w:jc w:val="right"/>
      </w:pPr>
      <w:r>
        <w:t>وہ فتوی یہ تھا کہ ایک شخص کے کپڑے کے اندر بچھو گھس گیا، اس نے ڈنک مار دیا اور روزے کی حالت میں تھے وہ۔</w:t>
      </w:r>
    </w:p>
    <w:p>
      <w:r>
        <w:rPr>
          <w:b/>
        </w:rPr>
        <w:t xml:space="preserve">[14:18] </w:t>
      </w:r>
      <w:r>
        <w:t>ab yeh sawal paida hua ke roz bichhoo ne ojan un ki body mein inject kar diya hai, to ojan ek bahar ki cheez thi, body mein chali gayi.</w:t>
      </w:r>
    </w:p>
    <w:p>
      <w:pPr>
        <w:jc w:val="right"/>
      </w:pPr>
      <w:r>
        <w:t>اب یہ سوال پیدا ہوا کہ روز بچھو نے اوجن ان کی باڈی میں انجیکٹ کر دیا ہے، تو اوجن ایک باہر کی چیز تھی، باڈی میں چلی گئی۔</w:t>
      </w:r>
    </w:p>
    <w:p>
      <w:r>
        <w:rPr>
          <w:b/>
        </w:rPr>
        <w:t xml:space="preserve">[14:29] </w:t>
      </w:r>
      <w:r>
        <w:t>is se roza toota ke nahi toota? to unhon ne fatwa diya ke nahi, roza nahi toota. to yeh hai ke us ko kehte hain juz'i ya precedents.</w:t>
      </w:r>
    </w:p>
    <w:p>
      <w:pPr>
        <w:jc w:val="right"/>
      </w:pPr>
      <w:r>
        <w:t>اس سے روزہ ٹوٹا کہ نہیں ٹوٹا؟ تو انہوں نے فتوی دیا کہ نہیں، روزہ نہیں ٹوٹا۔ تو یہ ہے کہ اس کو کہتے ہیں جزئیہ یا پریسیڈنٹس۔</w:t>
      </w:r>
    </w:p>
    <w:p>
      <w:r>
        <w:rPr>
          <w:b/>
        </w:rPr>
        <w:t xml:space="preserve">[14:39] </w:t>
      </w:r>
      <w:r>
        <w:t>us ko le kar ke fatwa unhon ne, yani us ko le kar unhon ne yeh research ki ke isi tarah se injection agar kiya jaye, injection diya jaye kisi ko to roza nahi toote ga.</w:t>
      </w:r>
    </w:p>
    <w:p>
      <w:pPr>
        <w:jc w:val="right"/>
      </w:pPr>
      <w:r>
        <w:t>اس کو لے کر کے فتوی انہوں نے، یعنی اس کو لے کر انہوں نے یہ ریسرچ کی کہ اسی طرح سے انجیکشن اگر کیا جائے، انجیکشن دیا جائے کسی کو تو روزہ نہیں ٹوٹے گا۔</w:t>
      </w:r>
    </w:p>
    <w:p>
      <w:r>
        <w:rPr>
          <w:b/>
        </w:rPr>
        <w:t xml:space="preserve">[14:52] </w:t>
      </w:r>
      <w:r>
        <w:t>bas isi had tak un ke nazdeek, yani ijtihad ka application hai, is se aage kuch nahi.</w:t>
      </w:r>
    </w:p>
    <w:p>
      <w:pPr>
        <w:jc w:val="right"/>
      </w:pPr>
      <w:r>
        <w:t>بس اسی حد تک ان کے نزدیک، یعنی اجتہاد کا ایپلیکیشن ہے، اس سے آگے کچھ نہیں۔</w:t>
      </w:r>
    </w:p>
    <w:p>
      <w:r>
        <w:rPr>
          <w:b/>
        </w:rPr>
        <w:t xml:space="preserve">[15:01] </w:t>
      </w:r>
      <w:r>
        <w:t>baqi jo bare bare issues the, bare bare issues, us ko wo soch nahi sake. poori poori qaum jo hai, blind aalim phansi hui hai. poori poori millat blind aalim phansi hui hai.</w:t>
      </w:r>
    </w:p>
    <w:p>
      <w:pPr>
        <w:jc w:val="right"/>
      </w:pPr>
      <w:r>
        <w:t>باقی جو بڑے بڑے ایشوز تھے، بڑے بڑے ایشوز، اس کو وہ سوچ نہیں سکے۔ پوری پوری قوم جو ہے، بلائنڈ عالم پھنسی ہوئی ہے۔ پوری پوری ملت بلائنڈ عالم پھنسی ہوئی ہے۔</w:t>
      </w:r>
    </w:p>
    <w:p>
      <w:r>
        <w:rPr>
          <w:b/>
        </w:rPr>
        <w:t xml:space="preserve">[15:14] </w:t>
      </w:r>
      <w:r>
        <w:t>ab main aap ko, yani sab se buniyadi jo sawal hai, basic wo kya hai? is hadith ke le kar ke, wo yeh hai</w:t>
      </w:r>
    </w:p>
    <w:p>
      <w:pPr>
        <w:jc w:val="right"/>
      </w:pPr>
      <w:r>
        <w:t>اب میں آپ کو، یعنی سب سے بنیادی جو سوال ہے، بیسک وہ کیا ہے؟ اس حدیث کے کو لے کر کے، وہ یہ ہے</w:t>
      </w:r>
    </w:p>
    <w:p>
      <w:r>
        <w:rPr>
          <w:b/>
        </w:rPr>
        <w:t xml:space="preserve">[15:26] </w:t>
      </w:r>
      <w:r>
        <w:t>ke islam ki jo ideology thi, wo ab background mein chali gayi hai. ab history jo hai, usi ko usi ko hum jante hain. aaj jo islam hai logon ka, wo drive from their history and not from their original ideology.</w:t>
      </w:r>
    </w:p>
    <w:p>
      <w:pPr>
        <w:jc w:val="right"/>
      </w:pPr>
      <w:r>
        <w:t>کہ اسلام کی جو آئیڈیالوجی تھی، وہ اب بیک گراؤنڈ میں چلی گئی ہے۔ اب ہسٹری جو ہے، اسی کو اسی کو ہم جانتے ہیں۔ آج جو اسلام ہے لوگوں کا، وہ ڈرائیو فرام دیر ہسٹری اینڈ ناٹ فرام دیر اوریجنل آئیڈیالوجی۔</w:t>
      </w:r>
    </w:p>
    <w:p>
      <w:r>
        <w:rPr>
          <w:b/>
        </w:rPr>
        <w:t xml:space="preserve">[15:43] </w:t>
      </w:r>
      <w:r>
        <w:t>wo kaise? aap rasool Allah ke zamane mein jo islam tha, wo tha ek dawati mission. ek dawati mission.</w:t>
      </w:r>
    </w:p>
    <w:p>
      <w:pPr>
        <w:jc w:val="right"/>
      </w:pPr>
      <w:r>
        <w:t>وہ کیسے؟ آپ رسول اللہ کے زمانے میں جو اسلام تھا، وہ تھا ایک دعوتی مشن۔ ایک دعوتی مشن۔</w:t>
      </w:r>
    </w:p>
    <w:p>
      <w:r>
        <w:rPr>
          <w:b/>
        </w:rPr>
        <w:t xml:space="preserve">[15:56] </w:t>
      </w:r>
      <w:r>
        <w:t>us ke baad abbasi daur tak pounchate pounchate, wo ek political, yani mission ban gaya ke hukumat qaim karo, expansion, political expansion karo, sari duniya mein islamic rule qaim karo.</w:t>
      </w:r>
    </w:p>
    <w:p>
      <w:pPr>
        <w:jc w:val="right"/>
      </w:pPr>
      <w:r>
        <w:t>اس کے بعد عباسی دور تک پہنچتے پہنچتے، وہ ایک پولیٹیکل، یعنی مشن بن گیا کہ حکومت قائم کرو، ایکسپینشن، پولیٹیکل ایکسپینشن کرو، ساری دنیا میں اسلامک رول قائم کرو۔</w:t>
      </w:r>
    </w:p>
    <w:p>
      <w:r>
        <w:rPr>
          <w:b/>
        </w:rPr>
        <w:t xml:space="preserve">[16:10] </w:t>
      </w:r>
      <w:r>
        <w:t>yeh mission ban gaya. but it was history, it was a part of ideology directly. ab jo log jante hain, woh kya jante hain?</w:t>
      </w:r>
    </w:p>
    <w:p>
      <w:pPr>
        <w:jc w:val="right"/>
      </w:pPr>
      <w:r>
        <w:t>یہ مشن بن گیا۔ بٹ اٹ واز ہسٹری، اٹ واز ا پارٹ آف آئیڈیالوجی ڈائریکٹلی۔ اب جو لوگ جانتے ہیں، وہ کیا جانتے ہیں؟</w:t>
      </w:r>
    </w:p>
    <w:p>
      <w:r>
        <w:rPr>
          <w:b/>
        </w:rPr>
        <w:t xml:space="preserve">[16:20] </w:t>
      </w:r>
      <w:r>
        <w:t>bas yahi political role, political role, political role. yani Islam as a dawah mission, woh bhool gaye log. ab Islam as a political role jante hain log.</w:t>
      </w:r>
    </w:p>
    <w:p>
      <w:pPr>
        <w:jc w:val="right"/>
      </w:pPr>
      <w:r>
        <w:t>بس یہی پولیٹیکل رول، پولیٹیکل رول، پولیٹیکل رول۔ یعنی اسلام ایز اے دعویٰ مشن، وہ بھول گئے لوگ۔ اب اسلام ایز اے پولیٹیکل رول جانتے ہیں لوگ۔</w:t>
      </w:r>
    </w:p>
    <w:p>
      <w:r>
        <w:rPr>
          <w:b/>
        </w:rPr>
        <w:t xml:space="preserve">[16:35] </w:t>
      </w:r>
      <w:r>
        <w:t>jis se bhi baat kijiye, woh isi tarah ki baatein karega. jaise main ek misaal deta hoon, chand misaalain. jaise ek ek mashhoor Arab writer, ek lady writer,</w:t>
      </w:r>
    </w:p>
    <w:p>
      <w:pPr>
        <w:jc w:val="right"/>
      </w:pPr>
      <w:r>
        <w:t>جس سے بھی بات کیجئے، وہ اسی طرح کی باتیں کرے گا۔ جیسے میں ایک مثال دیتا ہوں، چند مثالیں۔ جیسے ایک ایک مشہور عرب رائٹر، ایک لیڈی رائٹر،</w:t>
      </w:r>
    </w:p>
    <w:p>
      <w:r>
        <w:rPr>
          <w:b/>
        </w:rPr>
        <w:t xml:space="preserve">[16:50] </w:t>
      </w:r>
      <w:r>
        <w:t>woh gayeen wahan par Spain. toh Spain mein us zamane ke ek khandar hain, buildingen hain.</w:t>
      </w:r>
    </w:p>
    <w:p>
      <w:pPr>
        <w:jc w:val="right"/>
      </w:pPr>
      <w:r>
        <w:t>وہ گئیں وہاں پر اسپین۔ تو اسپین میں اس زمانے کے ایک کھڈر ہیں، بلڈنگیں ہیں۔</w:t>
      </w:r>
    </w:p>
    <w:p>
      <w:r>
        <w:rPr>
          <w:b/>
        </w:rPr>
        <w:t xml:space="preserve">[17:00] </w:t>
      </w:r>
      <w:r>
        <w:t>jab wahan Arabon ki hukumat thi, Spain ke ek hisse par, jis ko Andalusia kaha jata tha, us par un ki hukumat thi. toh wahan par buildingen hain, masjid hain aur mahal hain, is tarah ki cheezen.</w:t>
      </w:r>
    </w:p>
    <w:p>
      <w:pPr>
        <w:jc w:val="right"/>
      </w:pPr>
      <w:r>
        <w:t>جب وہاں عربوں کی حکومت تھی، اسپین کے ایک حصے پر، جس کو اندلس کہا جاتا تھا، اس پر ان کی حکومت تھی۔ تو وہاں پر بلڈنگیں ہیں، مسجد ہیں اور محل ہیں، اس طرح کی چیزیں۔</w:t>
      </w:r>
    </w:p>
    <w:p>
      <w:r>
        <w:rPr>
          <w:b/>
        </w:rPr>
        <w:t xml:space="preserve">[17:15] </w:t>
      </w:r>
      <w:r>
        <w:t>main bhi, main bhi wahan gaya hoon, maine bhi dekha hai. toh mujhe toh kuch nahi hua. woh Arab lady gayeen wahan par, unhon ne dekha, unhon ne toh unhon ne ek article likha tha, woh main ne parha hai.</w:t>
      </w:r>
    </w:p>
    <w:p>
      <w:pPr>
        <w:jc w:val="right"/>
      </w:pPr>
      <w:r>
        <w:t>میں بھی، میں بھی وہاں گیا ہوں، میں نے بھی دیکھا ہے۔ تو مجھے تو کچھ نہیں ہوا۔ وہ عرب لیڈی گئیں وہاں پر، انہوں نے دیکھا، انہوں نے تو انہوں نے ایک آرٹیکل لکھا تھا، وہ میں نے پڑھا ہے۔</w:t>
      </w:r>
    </w:p>
    <w:p>
      <w:r>
        <w:rPr>
          <w:b/>
        </w:rPr>
        <w:t xml:space="preserve">[17:24] </w:t>
      </w:r>
      <w:r>
        <w:t>is ka jo heading thi, woh kya thi? "Al-mata satamarr, satamarr hadha al-layl al-arabi".</w:t>
      </w:r>
    </w:p>
    <w:p>
      <w:pPr>
        <w:jc w:val="right"/>
      </w:pPr>
      <w:r>
        <w:t>اس کا جو ہیڈنگ تھی، وہ کیا تھی؟ "الا متا سستمر، سیستمر هذا الليل العربی"۔</w:t>
      </w:r>
    </w:p>
    <w:p>
      <w:r>
        <w:rPr>
          <w:b/>
        </w:rPr>
        <w:t xml:space="preserve">[17:38] </w:t>
      </w:r>
      <w:r>
        <w:t>"Al-mata satamarr hadha al-layl al-arabi". yani yeh Arab raat kab tak chalegi? kab tak jaari rahegi?</w:t>
      </w:r>
    </w:p>
    <w:p>
      <w:pPr>
        <w:jc w:val="right"/>
      </w:pPr>
      <w:r>
        <w:t>"الا متا سیستمر هذا الليل العربی"۔ یعنی یہ عرب رات کب تک چلے گی؟ کب تک جاری رہے گی؟</w:t>
      </w:r>
    </w:p>
    <w:p>
      <w:r>
        <w:rPr>
          <w:b/>
        </w:rPr>
        <w:t xml:space="preserve">[17:49] </w:t>
      </w:r>
      <w:r>
        <w:t>yani matlab unhon ne dekha wahan par, toh un ko, yani un ka political jo barhai thi, woh yaad aayi ke Arab log yahan tak pahunche thay, yahan hukumat ki thi.</w:t>
      </w:r>
    </w:p>
    <w:p>
      <w:pPr>
        <w:jc w:val="right"/>
      </w:pPr>
      <w:r>
        <w:t>یعنی مطلب انہوں نے دیکھا وہاں پر، تو ان کو، یعنی ان کا پولیٹیکل جو بڑائی تھی، وہ یاد آئی کہ عرب لوگ یہاں تک پہنچے تھے، یہاں حکومت کی تھی۔</w:t>
      </w:r>
    </w:p>
    <w:p>
      <w:r>
        <w:rPr>
          <w:b/>
        </w:rPr>
        <w:t xml:space="preserve">[18:00] </w:t>
      </w:r>
      <w:r>
        <w:t>unhon ne bas isi par sochne lagi woh, aur isi se apne ko identify karne lagi woh ke woh hai toh sab kuch hai, woh nahi toh kuch nahi.</w:t>
      </w:r>
    </w:p>
    <w:p>
      <w:pPr>
        <w:jc w:val="right"/>
      </w:pPr>
      <w:r>
        <w:t>انہوں نے بس اسی پر سوچنے لگی وہ، اور اسی سے اپنے کو آئیڈینٹیفائی کرنے لگی وہ کہ وہ ہے تو سب کچھ ہے، وہ نہیں تو کچھ نہیں۔</w:t>
      </w:r>
    </w:p>
    <w:p>
      <w:r>
        <w:rPr>
          <w:b/>
        </w:rPr>
        <w:t xml:space="preserve">[18:10] </w:t>
      </w:r>
      <w:r>
        <w:t>halankeh aaj jo Arab hain, woh us zamane ke khulafa ya kings se hazar guna behtar hain. aaj is se behtar maholon mein rehte hain, woh un se achi caron mein chalte hain, woh hawa jahazon mein urrte hain, woh sari duniya mein un ke establishment hain.</w:t>
      </w:r>
    </w:p>
    <w:p>
      <w:pPr>
        <w:jc w:val="right"/>
      </w:pPr>
      <w:r>
        <w:t>حالانکہ آج جو عرب ہیں، وہ اس زمانے کے خلفاء یا کنگز سے ہزار گنا بہتر ہیں۔ آج اس سے بہتر ماحولوں میں رہتے ہیں، وہ ان سے اچھی کاروں میں چلتے ہیں، وہ ہوا جہادوں میں اڑتے ہیں، وہ ساری دنیا میں ان کے اسٹیبلشمنٹ ہیں۔</w:t>
      </w:r>
    </w:p>
    <w:p>
      <w:r>
        <w:rPr>
          <w:b/>
        </w:rPr>
        <w:t xml:space="preserve">[18:28] </w:t>
      </w:r>
      <w:r>
        <w:t>yeh kis khalifa ko, yeh kis sultan ko hasil tha yeh baat? lekin kya hai? soch sochne ki salahiyat nahi hai. sab ka yahi haal hai.</w:t>
      </w:r>
    </w:p>
    <w:p>
      <w:pPr>
        <w:jc w:val="right"/>
      </w:pPr>
      <w:r>
        <w:t>یہ کس خلیفہ کو، یہ کس سلطان کو حاصل تھا یہ بات؟ لیکن کیا ہے؟ سوچ سوچنے کی صلاحیت نہیں ہے۔ سب کا یہی حال ہے۔</w:t>
      </w:r>
    </w:p>
    <w:p>
      <w:r>
        <w:rPr>
          <w:b/>
        </w:rPr>
        <w:t xml:space="preserve">[18:40] </w:t>
      </w:r>
      <w:r>
        <w:t>India mein Musalman apne aap ko identify karte hain kis se? Qutub Minar, Taj Mahal aur Lal Qile se. Ae qile surkh, ae asar Shah Jahani, barbaad shuda azmat maazi ki nishani.</w:t>
      </w:r>
    </w:p>
    <w:p>
      <w:pPr>
        <w:jc w:val="right"/>
      </w:pPr>
      <w:r>
        <w:t>انڈیا میں مسلمان اپنے آپ کو آئیڈینٹیفائی کرتے ہیں کس سے؟ قطب مینار، تاج محل اور لال قلعے سے۔ اے قلعے سرخ، اے اثر شاہ جہانی، برباد شدہ عظمت ماضی کی نشانی۔</w:t>
      </w:r>
    </w:p>
    <w:p>
      <w:r>
        <w:rPr>
          <w:b/>
        </w:rPr>
        <w:t xml:space="preserve">[18:55] </w:t>
      </w:r>
      <w:r>
        <w:t>isi ko jante hain. halankeh aaj jo hai India mein Musalman is se hazar guna behtar hain, lekin unhein kisi ko pata nahi.</w:t>
      </w:r>
    </w:p>
    <w:p>
      <w:pPr>
        <w:jc w:val="right"/>
      </w:pPr>
      <w:r>
        <w:t>اسی کو جانتے ہیں۔ حالانکہ آج جو ہے انڈیا میں مسلمان اس سے ہزار گنا بہتر ہیں، لیکن انہیں کسی کو پتہ نہیں۔</w:t>
      </w:r>
    </w:p>
    <w:p>
      <w:r>
        <w:rPr>
          <w:b/>
        </w:rPr>
        <w:t xml:space="preserve">[19:05] </w:t>
      </w:r>
      <w:r>
        <w:t>kyun? ijtihad kar ke Islam ke re-application ko daryaft nahi kiya gaya. sari kitaben hamari isi, yani is mein fateh o shikast o badshahon ke kahaniyan likhi hui hain.</w:t>
      </w:r>
    </w:p>
    <w:p>
      <w:pPr>
        <w:jc w:val="right"/>
      </w:pPr>
      <w:r>
        <w:t>کیوں؟ اجتہاد کر کے اسلام کے ری ایپلیکیشن کو دریافت نہیں کیا گیا۔ ساری کتابیں ہماری اسی، یعنی اس میں فتح و شکست و بادشاہوں کے کہانیاں لکھی ہوئی ہیں۔</w:t>
      </w:r>
    </w:p>
    <w:p>
      <w:r>
        <w:rPr>
          <w:b/>
        </w:rPr>
        <w:t xml:space="preserve">[19:19] </w:t>
      </w:r>
      <w:r>
        <w:t>yahan fateh kiya, yahan foujdar kar diya. yeh sari kitaben hain. in ke title bhi isi tarah ke hain: Fateh al-Buldan, Fateh al-Sham, is tarah kitabon ke naam hain.</w:t>
      </w:r>
    </w:p>
    <w:p>
      <w:pPr>
        <w:jc w:val="right"/>
      </w:pPr>
      <w:r>
        <w:t>یہاں فتح کیا، یہاں فوجدار کر دیا۔ یہ ساری کتابیں ہیں۔ ان کے ٹائٹل بھی اسی طرح کے ہیں: فتح البلدان، فتح الشام، اس طرح کتابوں کے نام ہیں۔</w:t>
      </w:r>
    </w:p>
    <w:p>
      <w:r>
        <w:rPr>
          <w:b/>
        </w:rPr>
        <w:t xml:space="preserve">[19:32] </w:t>
      </w:r>
      <w:r>
        <w:t>toh jab Islam shuru hua toh woh tha ek dawati mission. yeh hai Rasool Allah Salallahu Alaihi Wasallam ne Hazrat Hazrat Ali se kaha tha, woh ek ja rahe thay ek ek mission par.</w:t>
      </w:r>
    </w:p>
    <w:p>
      <w:pPr>
        <w:jc w:val="right"/>
      </w:pPr>
      <w:r>
        <w:t>تو جب اسلام شروع ہوا تو وہ تھا ایک دعوتی مشن۔ یہ ہے رسول اللہ صلی اللہ علیہ وسلم نے حضرت حضرت علی سے کہا تھا، وہ ایک جا رہے تھے ایک ایک مشن پر۔</w:t>
      </w:r>
    </w:p>
    <w:p>
      <w:r>
        <w:rPr>
          <w:b/>
        </w:rPr>
        <w:t xml:space="preserve">[19:46] </w:t>
      </w:r>
      <w:r>
        <w:t>toh unhon ne kaha, aap ne farmaya tha ke agar tumhare haath se ek shakhs ko hidayat hasil ho jaye, ek shakhs ko sachai mil jaye, toh woh itni badi cheez hai, itni badi cheez hai ke khair mumtalla ta'ala shams,</w:t>
      </w:r>
    </w:p>
    <w:p>
      <w:pPr>
        <w:jc w:val="right"/>
      </w:pPr>
      <w:r>
        <w:t>تو انہوں نے کہا، آپ نے فرمایا تھا کہ اگر تمہارے ہاتھ سے ایک شخص کو ہدایت حاصل ہو جائے، ایک شخص کو سچائی مل جائے، تو وہ اتنی بڑی چیز ہے، اتنی بڑی چیز ہے کہ خیر ممت اللہ تعالیٰ شمس،</w:t>
      </w:r>
    </w:p>
    <w:p>
      <w:r>
        <w:rPr>
          <w:b/>
        </w:rPr>
        <w:t xml:space="preserve">[20:04] </w:t>
      </w:r>
      <w:r>
        <w:t>yani suraj jis par chamakta hai, itna bada jo duniya ke upar, woh sab kuch tumhein mil jaye. toh is se ek badi cheez hai yeh ke ek insan ko tumhare zariye se hidayat mil gayi.</w:t>
      </w:r>
    </w:p>
    <w:p>
      <w:pPr>
        <w:jc w:val="right"/>
      </w:pPr>
      <w:r>
        <w:t>یعنی سورج جس پر چمکتا ہے، اتنا بڑا جو دنیا کے اوپر، وہ سب کچھ تمہیں مل جائے۔ تو اس سے ایک بڑی چیز ہے یہ کہ ایک انسان کو تمہارے ذریعے سے ہدایت مل گئی۔</w:t>
      </w:r>
    </w:p>
    <w:p>
      <w:r>
        <w:rPr>
          <w:b/>
        </w:rPr>
        <w:t xml:space="preserve">[20:17] </w:t>
      </w:r>
      <w:r>
        <w:t>yeh tha woh zamana jab ke dawah Islam ki hujjat dawati mission ki thi. dawati mission ki hujjat thi. baad ko kya hua?</w:t>
      </w:r>
    </w:p>
    <w:p>
      <w:pPr>
        <w:jc w:val="right"/>
      </w:pPr>
      <w:r>
        <w:t>یہ تھا وہ زمانہ جب کہ دعوت اسلام کی حجت دعوتی مشن کی تھی۔ دعوتی مشن کی حجت تھی۔ بعد کو کیا ہوا؟</w:t>
      </w:r>
    </w:p>
    <w:p>
      <w:r>
        <w:rPr>
          <w:b/>
        </w:rPr>
        <w:t xml:space="preserve">[20:28] </w:t>
      </w:r>
      <w:r>
        <w:t>bas woh political role asal ban gaya. sirf ek shakhs mujhe maloom hai jo is ke khilaf soch sakta tha, woh Hazrat Umar Ibn Abdul Aziz, jin ki wafat hui thi hijri hijrat ke lehaz se, yani 101 hijri mein.</w:t>
      </w:r>
    </w:p>
    <w:p>
      <w:pPr>
        <w:jc w:val="right"/>
      </w:pPr>
      <w:r>
        <w:t>بس وہ پولیٹیکل رول اصل بن گیا۔ صرف ایک شخص مجھے معلوم ہے جو اس کے خلاف سوچ سکتا تھا، وہ حضرت عمر ابن عبدالعزیز، جن کی وفات ہوئی تھی ہجری ہجرت کے لحاظ سے، یعنی 101 ہجری میں۔</w:t>
      </w:r>
    </w:p>
    <w:p>
      <w:r>
        <w:rPr>
          <w:b/>
        </w:rPr>
        <w:t xml:space="preserve">[20:46] </w:t>
      </w:r>
      <w:r>
        <w:t>yani hijri karna jab shuru hua, yani jo hijrat Islam ki thi, Madina Makka se Madina, us ke 101 saal baad aap ki wafat hui Damascus mein.</w:t>
      </w:r>
    </w:p>
    <w:p>
      <w:pPr>
        <w:jc w:val="right"/>
      </w:pPr>
      <w:r>
        <w:t>یعنی ہجری کرنا جب شروع ہوا، یعنی جو ہجرت اسلام کی تھی، مدینہ مکہ سے مدینہ، اس کے 101 سال بعد آپ کی وفات ہوئی دمشق میں۔</w:t>
      </w:r>
    </w:p>
    <w:p>
      <w:r>
        <w:rPr>
          <w:b/>
        </w:rPr>
        <w:t xml:space="preserve">[20:58] </w:t>
      </w:r>
      <w:r>
        <w:t>toh woh Khalifa thay, Umayyad Khalifa. toh un ke ek wazir ne, ek un ke ek governor ne kaha ke log Islam qabool kar rahe hain, is tarah se toh Islam ka, yani maliya ghat jayega.</w:t>
      </w:r>
    </w:p>
    <w:p>
      <w:pPr>
        <w:jc w:val="right"/>
      </w:pPr>
      <w:r>
        <w:t>تو وہ خلیفہ تھے، اموی خلیفہ۔ تو ان کے ایک وزیر نے، ایک ان کے ایک گورنر نے کہا کہ لوگ اسلام قبول کر رہے ہیں، اس طرح سے تو اسلام کا، یعنی مالیہ گھٹ جائے گا۔</w:t>
      </w:r>
    </w:p>
    <w:p>
      <w:r>
        <w:rPr>
          <w:b/>
        </w:rPr>
        <w:t xml:space="preserve">[21:15] </w:t>
      </w:r>
      <w:r>
        <w:t>maliya ghat jayega, yani tax kam ho jayega. toh unhon ne kaha tha ke "wahak in Muhammad</w:t>
      </w:r>
    </w:p>
    <w:p>
      <w:pPr>
        <w:jc w:val="right"/>
      </w:pPr>
      <w:r>
        <w:t>مالیہ گھٹ جائے گا، یعنی ٹیکس کم ہو جائے گا۔ تو انہوں نے کہا تھا کہ "واہک ان محمد</w:t>
      </w:r>
    </w:p>
    <w:p>
      <w:r>
        <w:rPr>
          <w:b/>
        </w:rPr>
        <w:t xml:space="preserve">[21:29] </w:t>
      </w:r>
      <w:r>
        <w:t>boos hadi", yani "walabas jabbeen". tumhara bura ho. Rasool Allah bheje gaye thay hadi ke taur par, tax collector ke taur par nahi.</w:t>
      </w:r>
    </w:p>
    <w:p>
      <w:pPr>
        <w:jc w:val="right"/>
      </w:pPr>
      <w:r>
        <w:t>بوس ہادی"، یعنی "ولباس جابین"۔ تمہارا برا ہو۔ رسول اللہ بھیجے گئے تھے ہادی کے طور پر، ٹیکس کلیکٹر کے طور پر نہیں۔</w:t>
      </w:r>
    </w:p>
    <w:p>
      <w:r>
        <w:rPr>
          <w:b/>
        </w:rPr>
        <w:t xml:space="preserve">[21:40] </w:t>
      </w:r>
      <w:r>
        <w:t>logon se tax len aur aur aur ex checker badhaiye, is ke liye nahin bheje gaye the. hote hain logon ko guidance den, logon ki hidayat ka saman karen, is ke liye bheje gaye the woh.</w:t>
      </w:r>
    </w:p>
    <w:p>
      <w:pPr>
        <w:jc w:val="right"/>
      </w:pPr>
      <w:r>
        <w:t>لوگوں سے ٹیکس لیں اور اور اور ایکس چیکر بڑھائیے، اس کے لیے نہیں بھیجے گئے تھے۔ ہوتے ہیں لوگوں کو گائیڈنس دیں، لوگوں کی ہدایت کا سامان کریں، اس کے لیے بھیجے گئے تھے وہ۔</w:t>
      </w:r>
    </w:p>
    <w:p>
      <w:r>
        <w:rPr>
          <w:b/>
        </w:rPr>
        <w:t xml:space="preserve">[21:52] </w:t>
      </w:r>
      <w:r>
        <w:t>lekin puri tareekh chal padi isi is rukh par. ab jis ko dekhiye, woh isi isi is mein jeeta hai. yaani isi tareekh mein futuhat ki tareekh, political role ki tareekh aur muslim empire ki tareekh, khilafat ki tareekh, isi ko isi se identify karte hain apne aap ko.</w:t>
      </w:r>
    </w:p>
    <w:p>
      <w:pPr>
        <w:jc w:val="right"/>
      </w:pPr>
      <w:r>
        <w:t>لیکن پوری تاریخ چل پڑی اسی اس رخ پر۔ اب جس کو دیکھیے، وہ اسی اسی اس میں جیتا ہے۔ یعنی اسی تاریخ میں فتوحات کی تاریخ، پولیٹیکل رول کی تاریخ اور مسلم ایمپائر کی تاریخ، خلافت کی تاریخ، اسی کو اسی سے آئیڈینٹیفائی کرتے ہیں اپنے آپ کو۔</w:t>
      </w:r>
    </w:p>
    <w:p>
      <w:r>
        <w:rPr>
          <w:b/>
        </w:rPr>
        <w:t xml:space="preserve">[22:16] </w:t>
      </w:r>
      <w:r>
        <w:t>woh jo woh jo islam tha, dawati mission ke taur par, jo rasool allah ke zamane mein aur sahaba ke zamane mein, us ki unhein khabar hi nahin. ek qissa maine bataya tha aap ko is se pehle ke ek bahut bade is muslim scholar india aaye, woh bahar rehte hain.</w:t>
      </w:r>
    </w:p>
    <w:p>
      <w:pPr>
        <w:jc w:val="right"/>
      </w:pPr>
      <w:r>
        <w:t>وہ جو وہ جو اسلام تھا، دعوتی مشن کے طور پر، جو رسول اللہ کے زمانے میں اور صحابہ کے زمانے میں، اس کی انہیں خبر ہی نہیں۔ ایک قصہ میں نے بتایا تھا آپ کو اس سے پہلے کہ ایک بہت بڑے اس مسلم اسکالر انڈیا آئے، وہ باہر رہتے ہیں۔</w:t>
      </w:r>
    </w:p>
    <w:p>
      <w:r>
        <w:rPr>
          <w:b/>
        </w:rPr>
        <w:t xml:space="preserve">[22:36] </w:t>
      </w:r>
      <w:r>
        <w:t>toh yahan un ki speech hui,</w:t>
      </w:r>
    </w:p>
    <w:p>
      <w:pPr>
        <w:jc w:val="right"/>
      </w:pPr>
      <w:r>
        <w:t>تو یہاں ان کی اسپیچ ہوئی،</w:t>
      </w:r>
    </w:p>
    <w:p>
      <w:r>
        <w:rPr>
          <w:b/>
        </w:rPr>
        <w:t xml:space="preserve">[22:41] </w:t>
      </w:r>
      <w:r>
        <w:t>woh bahar rehte hain woh. toh kisi musalman ne un se poocha ke india mein hum minority mein hain, toh ek minority ke liye islam mein kya bataya gaya hai?</w:t>
      </w:r>
    </w:p>
    <w:p>
      <w:pPr>
        <w:jc w:val="right"/>
      </w:pPr>
      <w:r>
        <w:t>وہ باہر رہتے ہیں وہ۔ تو کسی مسلمان نے ان سے پوچھا کہ انڈیا میں ہم مائنورٹی میں ہیں، تو ایک مائنورٹی کے لیے اسلام میں کیا بتایا گیا ہے؟</w:t>
      </w:r>
    </w:p>
    <w:p>
      <w:r>
        <w:rPr>
          <w:b/>
        </w:rPr>
        <w:t xml:space="preserve">[23:02] </w:t>
      </w:r>
      <w:r>
        <w:t>toh main is waqt maujood tha is meeting mein. toh there was a pause, kuch der chup rahe.</w:t>
      </w:r>
    </w:p>
    <w:p>
      <w:pPr>
        <w:jc w:val="right"/>
      </w:pPr>
      <w:r>
        <w:t>تو میں اس وقت موجود تھا اس میٹنگ میں۔ تو دیر واز ا پاز، کچھ دیر چپ رہے۔</w:t>
      </w:r>
    </w:p>
    <w:p>
      <w:r>
        <w:rPr>
          <w:b/>
        </w:rPr>
        <w:t xml:space="preserve">[23:13] </w:t>
      </w:r>
      <w:r>
        <w:t>phir woh bole, bahut hi ruk ruk kar ke ke islam mein position of strength ka model maujood hai, lekin islam mein position of modesty ka model maujood nahin.</w:t>
      </w:r>
    </w:p>
    <w:p>
      <w:pPr>
        <w:jc w:val="right"/>
      </w:pPr>
      <w:r>
        <w:t>پھر وہ بولے، بہت ہی رک رک کر کے کہ اسلام میں پوزیشن آف اسٹرینتھ کا ماڈل موجود ہے، لیکن اسلام میں پوزیشن آف بائیسٹی کا ماڈل موجود نہیں۔</w:t>
      </w:r>
    </w:p>
    <w:p>
      <w:r>
        <w:rPr>
          <w:b/>
        </w:rPr>
        <w:t xml:space="preserve">[23:27] </w:t>
      </w:r>
      <w:r>
        <w:t>yeh bhi ek bahut mushkil sawal hai. aap ghor kijiye, yaani unhein maloom hi nahin ke islam ke mein position of modesty ka model hai.</w:t>
      </w:r>
    </w:p>
    <w:p>
      <w:pPr>
        <w:jc w:val="right"/>
      </w:pPr>
      <w:r>
        <w:t>یہ بھی ایک بہت مشکل سوال ہے۔ آپ غور کیجئے، یعنی انہیں معلوم ہی نہیں کہ اسلام کے میں پوزیشن آف مائسٹری کا ماڈل ہے۔</w:t>
      </w:r>
    </w:p>
    <w:p>
      <w:r>
        <w:rPr>
          <w:b/>
        </w:rPr>
        <w:t xml:space="preserve">[23:38] </w:t>
      </w:r>
      <w:r>
        <w:t>woh sirf position of strength ka model jante hain, yaani political role, political futuhat. halanke asal toh islam modesty hi hai. rasool allah sallallahu alaihi wasallam ke zamane mein islam modesty ka mazhab tha, kyunke dekhiye, dawat ka kaam chal nahin sakta modesty ke baghair.</w:t>
      </w:r>
    </w:p>
    <w:p>
      <w:pPr>
        <w:jc w:val="right"/>
      </w:pPr>
      <w:r>
        <w:t>وہ صرف پوزیشن آف اسٹرینتھ کا ماڈل جانتے ہیں، یعنی پولیٹیکل رول، پولیٹیکل فتوحات۔ حالانکہ اصل تو اسلام مائسٹری ہی ہے۔ رسول اللہ صلی اللہ علیہ وسلم کے زمانے میں اسلام مائسٹری کا مذہب تھا، کیونکہ دیکھیے، دعوت کا کام چل نہیں سکتا مائسٹری کے بغیر۔</w:t>
      </w:r>
    </w:p>
    <w:p>
      <w:r>
        <w:rPr>
          <w:b/>
        </w:rPr>
        <w:t xml:space="preserve">[23:59] </w:t>
      </w:r>
      <w:r>
        <w:t>modesty rasool allah sallallahu alaihi wasallam ne itni zyada dikhai ke, yaani misaal ke taur par, kaba mein but the, aap ne kuch is mein kuch kuch chhed chhad nahin ki, ek dum khamoshi is ko tolerate karte rahe.</w:t>
      </w:r>
    </w:p>
    <w:p>
      <w:pPr>
        <w:jc w:val="right"/>
      </w:pPr>
      <w:r>
        <w:t>مائسٹری رسول اللہ صلی اللہ علیہ وسلم نے اتنی زیادہ دکھائی کہ، یعنی مثال کے طور پر، کعبہ میں بت تھے، آپ نے کچھ اس میں کچھ کچھ چھیڑ چھاڑ نہیں کی، ایک دم خاموشی اس کو ٹولریٹ کرتے رہے۔</w:t>
      </w:r>
    </w:p>
    <w:p>
      <w:r>
        <w:rPr>
          <w:b/>
        </w:rPr>
        <w:t xml:space="preserve">[24:14] </w:t>
      </w:r>
      <w:r>
        <w:t>jab hijrat hui aur aap madina aaye toh wahan par bahut sare yahood rehte the. yahudiyon ki rai se aap ne ashura ka roza rakhna shuru kar diya. yahudi log jo the, woh roza rakhte the, is ka naam tha ashura ka roza, so mein ashura.</w:t>
      </w:r>
    </w:p>
    <w:p>
      <w:pPr>
        <w:jc w:val="right"/>
      </w:pPr>
      <w:r>
        <w:t>جب ہجرت ہوئی اور آپ مدینہ آئے تو وہاں پر بہت سارے یہود رہتے تھے۔ یہودیوں کی رائے سے آپ نے عاشورہ کا روزہ رکھنا شروع کر دیا۔ یہودی لوگ جو تھے، وہ روزہ رکھتے تھے، اس کا نام تھا عاشورہ کا روزہ، سو میں عاشورہ۔</w:t>
      </w:r>
    </w:p>
    <w:p>
      <w:r>
        <w:rPr>
          <w:b/>
        </w:rPr>
        <w:t xml:space="preserve">[24:31] </w:t>
      </w:r>
      <w:r>
        <w:t>toh yahudiyon ki talif e qalb ke liye aap ne ashura ka roza rakh liya. yahan tak ke shuru mein, jab ke jo masjid nabwi nahin bani thi madina mein, toh inhi ke qibla ki taraf rukh kar ke aap namaz padhne lage madina mein,</w:t>
      </w:r>
    </w:p>
    <w:p>
      <w:pPr>
        <w:jc w:val="right"/>
      </w:pPr>
      <w:r>
        <w:t>تو یہودیوں کی تالیف قلب کے لیے آپ نے عاشورہ کا روزہ رکھ لیا۔ یہاں تک کہ شروع میں، جب کہ جو مسجد نبوی نہیں بنی تھی مدینہ میں، تو انہی کے قبلہ کی طرف رخ کر کے آپ نماز پڑھنے لگے مدینہ میں،</w:t>
      </w:r>
    </w:p>
    <w:p>
      <w:r>
        <w:rPr>
          <w:b/>
        </w:rPr>
        <w:t xml:space="preserve">[24:47] </w:t>
      </w:r>
      <w:r>
        <w:t>aur taqreeban 16 mahine tak aise hi karte rahe. there was modesty,</w:t>
      </w:r>
    </w:p>
    <w:p>
      <w:pPr>
        <w:jc w:val="right"/>
      </w:pPr>
      <w:r>
        <w:t>اور تقریباً 16 مہینے تک ایسے ہی کرتے رہے۔ دیر واز مائسٹری،</w:t>
      </w:r>
    </w:p>
    <w:p>
      <w:r>
        <w:rPr>
          <w:b/>
        </w:rPr>
        <w:t xml:space="preserve">[24:56] </w:t>
      </w:r>
      <w:r>
        <w:t>yaani yaani agar dawati mission ho toh modesty hi culture hoga dawi ka. dawi jo hai, kabhi bhi aur aur yaani woh apna dab dabah dikhaye aur apna arrogance dikhaye,</w:t>
      </w:r>
    </w:p>
    <w:p>
      <w:pPr>
        <w:jc w:val="right"/>
      </w:pPr>
      <w:r>
        <w:t>یعنی یعنی اگر دعوتی مشن ہو تو مائسٹری ہی کلچر ہوگا داعی کا۔ داعی جو ہے، کبھی بھی اور اور یعنی وہ اپنا دبدبہ دکھائے اور اپنا اروگنس دکھائے،</w:t>
      </w:r>
    </w:p>
    <w:p>
      <w:r>
        <w:rPr>
          <w:b/>
        </w:rPr>
        <w:t xml:space="preserve">[25:18] </w:t>
      </w:r>
      <w:r>
        <w:t>apni badai dikhaye, apna fakhr, apna pride dikhaye toh dawat chalegi nahin.</w:t>
      </w:r>
    </w:p>
    <w:p>
      <w:pPr>
        <w:jc w:val="right"/>
      </w:pPr>
      <w:r>
        <w:t>اپنی بڑائی دکھائے، اپنا فخر، اپنا پرائیڈ دکھائے تو دعوت چلے گی نہیں۔</w:t>
      </w:r>
    </w:p>
    <w:p>
      <w:r>
        <w:rPr>
          <w:b/>
        </w:rPr>
        <w:t xml:space="preserve">[25:27] </w:t>
      </w:r>
      <w:r>
        <w:t>modesty ki ground par dawat ka kaam hota hai. yahan aap ke andar modesty ho, tawazu ho, narmi ho, sabr karna ho, bardasht karna ho, tabhi toh dawat chalegi.</w:t>
      </w:r>
    </w:p>
    <w:p>
      <w:pPr>
        <w:jc w:val="right"/>
      </w:pPr>
      <w:r>
        <w:t>مائسٹری کی گراؤنڈ پر دعوت کا کام ہوتا ہے۔ یہاں آپ کے اندر مائسٹری ہو، تواضع ہو، نرمی ہو، صبر کرنا ہو، برداشت کرنا ہو، تبھی تو دعوت چلے گی۔</w:t>
      </w:r>
    </w:p>
    <w:p>
      <w:r>
        <w:rPr>
          <w:b/>
        </w:rPr>
        <w:t xml:space="preserve">[25:42] </w:t>
      </w:r>
      <w:r>
        <w:t>isi liye quran majeed mein hai ke "wa nasbiranna ala ma adhaitumuna" ke tum humein agar satayo, tab bhi hum sabr karte rahenge.</w:t>
      </w:r>
    </w:p>
    <w:p>
      <w:pPr>
        <w:jc w:val="right"/>
      </w:pPr>
      <w:r>
        <w:t>اسی لیے قرآن مجید میں ہے کہ "وَنَسْبِرَنَّ عَلَى مَا أَذَيْتُمُونَ" کہ تم ہمیں اگر ستاؤ، تب بھی ہم صبر کرتے رہیں گے۔</w:t>
      </w:r>
    </w:p>
    <w:p>
      <w:r>
        <w:rPr>
          <w:b/>
        </w:rPr>
        <w:t xml:space="preserve">[25:52] </w:t>
      </w:r>
      <w:r>
        <w:t>yeh dawi ki zaban hai. agar tum ko satayo hum ko, tab bhi hum sabr karte rahenge. kyun?</w:t>
      </w:r>
    </w:p>
    <w:p>
      <w:pPr>
        <w:jc w:val="right"/>
      </w:pPr>
      <w:r>
        <w:t>یہ داعی کی زبان ہے۔ اگر تم کو ستاؤ ہم کو، تب بھی ہم صبر کرتے رہیں گے۔ کیوں؟</w:t>
      </w:r>
    </w:p>
    <w:p>
      <w:r>
        <w:rPr>
          <w:b/>
        </w:rPr>
        <w:t xml:space="preserve">[26:01] </w:t>
      </w:r>
      <w:r>
        <w:t>dawat kabhi chal sakti hai.</w:t>
      </w:r>
    </w:p>
    <w:p>
      <w:pPr>
        <w:jc w:val="right"/>
      </w:pPr>
      <w:r>
        <w:t>دعوت کبھی چل سکتی ہے۔</w:t>
      </w:r>
    </w:p>
    <w:p>
      <w:r>
        <w:rPr>
          <w:b/>
        </w:rPr>
        <w:t xml:space="preserve">[26:06] </w:t>
      </w:r>
      <w:r>
        <w:t>toh modesty ke baghair toh dawat hi nahin chal sakti. toh jab islam ek dawah mission tha, toh jante the woh log ke humein modest bankar rehna hai.</w:t>
      </w:r>
    </w:p>
    <w:p>
      <w:pPr>
        <w:jc w:val="right"/>
      </w:pPr>
      <w:r>
        <w:t>تو مائسٹری کے بغیر تو دعوت ہی نہیں چل سکتی۔ تو جب اسلام ایک دعویٰ مشن تھا، تو جانتے تھے وہ لوگ کہ ہمیں ماڈرس بن کر رہنا ہے۔</w:t>
      </w:r>
    </w:p>
    <w:p>
      <w:r>
        <w:rPr>
          <w:b/>
        </w:rPr>
        <w:t xml:space="preserve">[26:19] </w:t>
      </w:r>
      <w:r>
        <w:t>rasool allah ke zamane mein aur sahaba ke zamane mein, jab islam ke hisse ek dawah mission ki thi, dawati mission, toh un ko pata tha ke humein modest bankar rehna hai.</w:t>
      </w:r>
    </w:p>
    <w:p>
      <w:pPr>
        <w:jc w:val="right"/>
      </w:pPr>
      <w:r>
        <w:t>رسول اللہ کے زمانے میں اور صحابہ کے زمانے میں، جب اسلام کے حصے ایک دعویٰ مشن کی تھی، دعوتی مشن، تو ان کو پتہ تھا کہ ہمیں ماڈرس بن کر رہنا ہے۔</w:t>
      </w:r>
    </w:p>
    <w:p>
      <w:r>
        <w:rPr>
          <w:b/>
        </w:rPr>
        <w:t xml:space="preserve">[26:32] </w:t>
      </w:r>
      <w:r>
        <w:t>modesty ke sath nahin rahenge toh dawati kaam bhi nahin hoga. is ke baad jab islam</w:t>
      </w:r>
    </w:p>
    <w:p>
      <w:pPr>
        <w:jc w:val="right"/>
      </w:pPr>
      <w:r>
        <w:t>مائسٹری کے ساتھ نہیں رہیں گے تو دعوتی کام بھی نہیں ہوگا۔ اس کے بعد جب اسلام</w:t>
      </w:r>
    </w:p>
    <w:p>
      <w:r>
        <w:rPr>
          <w:b/>
        </w:rPr>
        <w:t xml:space="preserve">[26:41] </w:t>
      </w:r>
      <w:r>
        <w:t>ek political power ban gaya toh policy khatam ho gayi.</w:t>
      </w:r>
    </w:p>
    <w:p>
      <w:pPr>
        <w:jc w:val="right"/>
      </w:pPr>
      <w:r>
        <w:t>ایک پولیٹیکل پاور بن گیا تو پالیسی ختم ہوگئی۔</w:t>
      </w:r>
    </w:p>
    <w:p>
      <w:r>
        <w:rPr>
          <w:b/>
        </w:rPr>
        <w:t xml:space="preserve">[26:48] </w:t>
      </w:r>
      <w:r>
        <w:t>ek bahut bahut zabardast hadith ek hai, woh is ko aap ghor kijiye. ek hadith hai ke baad ke zamane mein islam mein dukhun paida ho gaya, fi dukhun,</w:t>
      </w:r>
    </w:p>
    <w:p>
      <w:pPr>
        <w:jc w:val="right"/>
      </w:pPr>
      <w:r>
        <w:t>ایک بہت بہت زبردست حدیث ایک ہے، وہ اس کو آپ غور کیجئے۔ ایک حدیث ہے کہ بعد کے زمانے میں اسلام میں دخن پیدا ہوگیا، فی دخن،</w:t>
      </w:r>
    </w:p>
    <w:p>
      <w:r>
        <w:rPr>
          <w:b/>
        </w:rPr>
        <w:t xml:space="preserve">[27:05] </w:t>
      </w:r>
      <w:r>
        <w:t>yaani baad ke zamane mein muslim naslein jo hain, muslim generations jo hain, un ko dukhun paida ho gaya. dukhun ke maani toh haqd hai, haqd, malice, hate.</w:t>
      </w:r>
    </w:p>
    <w:p>
      <w:pPr>
        <w:jc w:val="right"/>
      </w:pPr>
      <w:r>
        <w:t>یعنی بعد کے زمانے میں مسلم نسلیں جو ہیں، مسلم جنریشنز جو ہیں، ان کو دخن پیدا ہوگیا۔ دخن کے معنی تو حقد ہے، حقد، مائلس، ہیٹ۔</w:t>
      </w:r>
    </w:p>
    <w:p>
      <w:r>
        <w:rPr>
          <w:b/>
        </w:rPr>
        <w:t xml:space="preserve">[27:16] </w:t>
      </w:r>
      <w:r>
        <w:t>ab sochiye ke heat kyun paida ho jayega?</w:t>
      </w:r>
    </w:p>
    <w:p>
      <w:pPr>
        <w:jc w:val="right"/>
      </w:pPr>
      <w:r>
        <w:t>اب سوچیے کہ ہیٹ کیوں پیدا ہو جائے گا؟</w:t>
      </w:r>
    </w:p>
    <w:p>
      <w:r>
        <w:rPr>
          <w:b/>
        </w:rPr>
        <w:t xml:space="preserve">[27:21] </w:t>
      </w:r>
      <w:r>
        <w:t>yeh bohat bohat bari haqeeqat is ke andar bayan ki gayi hai. dekhen, dekhen, jab aap ka mission dawati mission hota hai to aap ke andar friendly culture develop karta rehta hai.</w:t>
      </w:r>
    </w:p>
    <w:p>
      <w:pPr>
        <w:jc w:val="right"/>
      </w:pPr>
      <w:r>
        <w:t>یہ بہت بہت بڑی حقیقت اس کے اندر بیان کی گئی ہے۔ دیکھیں، دیکھیں، جب آپ کا مشن دعوتی مشن ہوتا ہے تو آپ کے اندر فرینڈلی کلچر ڈیولپ کرتا رہتا ہے۔</w:t>
      </w:r>
    </w:p>
    <w:p>
      <w:r>
        <w:rPr>
          <w:b/>
        </w:rPr>
        <w:t xml:space="preserve">[27:35] </w:t>
      </w:r>
      <w:r>
        <w:t>dusron ke, dusron ke liye aap ke liye khair khwahi hoti hai, dusron ke liye aap jhukne wale hote hain, dusron ke liye aap riayat karne wale hote hain, dusron ko allowance dene wale hote hain.</w:t>
      </w:r>
    </w:p>
    <w:p>
      <w:pPr>
        <w:jc w:val="right"/>
      </w:pPr>
      <w:r>
        <w:t>دوسروں کے، دوسروں کے لیے آپ کے لیے خیر خواہی ہوتی ہے، دوسروں کے لیے آپ جھکنے والے ہوتے ہیں، دوسروں کے لیے آپ رعایت کرنے والے ہوتے ہیں، دوسروں کو الاوننس دینے والے ہوتے ہیں۔</w:t>
      </w:r>
    </w:p>
    <w:p>
      <w:r>
        <w:rPr>
          <w:b/>
        </w:rPr>
        <w:t xml:space="preserve">[27:45] </w:t>
      </w:r>
      <w:r>
        <w:t>aap yani madu friendly culture develop karta hai. jab daai ek taraf hai, doosra badu hai to insaan friendly culture ya madu friendly culture develop karta hai.</w:t>
      </w:r>
    </w:p>
    <w:p>
      <w:pPr>
        <w:jc w:val="right"/>
      </w:pPr>
      <w:r>
        <w:t>آپ یعنی مدو فرینڈلی کلچر ڈیولپ کرتا ہے۔ جب داعی ایک طرف ہے، دوسرا بدو ہے تو انسان فرینڈلی کلچر یا مدو فرینڈلی کلچر ڈیولپ کرتا ہے۔</w:t>
      </w:r>
    </w:p>
    <w:p>
      <w:r>
        <w:rPr>
          <w:b/>
        </w:rPr>
        <w:t xml:space="preserve">[28:03] </w:t>
      </w:r>
      <w:r>
        <w:t>lekin dekhen, jab politics aa jati hai, politics to is ka ulta ho jata hai. tab heat aati hai, nafrat aati hai.</w:t>
      </w:r>
    </w:p>
    <w:p>
      <w:pPr>
        <w:jc w:val="right"/>
      </w:pPr>
      <w:r>
        <w:t>لیکن دیکھیں، جب پولیٹکس آ جاتی ہے، پولیٹکس تو اس کا الٹا ہو جاتا ہے۔ تب ہیٹ آتی ہے، نفرت آتی ہے۔</w:t>
      </w:r>
    </w:p>
    <w:p>
      <w:r>
        <w:rPr>
          <w:b/>
        </w:rPr>
        <w:t xml:space="preserve">[28:14] </w:t>
      </w:r>
      <w:r>
        <w:t>mujhe is ka tajurba hua tha jab mein naujawani ki umar mein tha, madrasay mein parhta tha to hamare madrasay mein pehli bar wahan election hua. yani student ki woh bani thi, woh organization,</w:t>
      </w:r>
    </w:p>
    <w:p>
      <w:pPr>
        <w:jc w:val="right"/>
      </w:pPr>
      <w:r>
        <w:t>مجھے اس کا تجربہ ہوا تھا جب میں نوجوانی کی عمر میں تھا، مدرسے میں پڑھتا تھا تو ہمارے مدرسے میں پہلی بار وہاں الیکشن ہوا۔ یعنی اسٹوڈنٹ کی وہ بنی تھی، وہ ارگنائزیشن،</w:t>
      </w:r>
    </w:p>
    <w:p>
      <w:r>
        <w:rPr>
          <w:b/>
        </w:rPr>
        <w:t xml:space="preserve">[28:28] </w:t>
      </w:r>
      <w:r>
        <w:t>is ka election hua pehli bar. to hamare ek wahan par ek saathi thay jise ek achi khasi hamari, yani aaj kal ki zuban mein jo kaha jata hai, dosti.</w:t>
      </w:r>
    </w:p>
    <w:p>
      <w:pPr>
        <w:jc w:val="right"/>
      </w:pPr>
      <w:r>
        <w:t>اس کا الیکشن ہوا پہلی بار۔ تو ہمارے ایک وہاں پر ایک ساتھی تھے جسے ایک اچھی خاصی ہماری، یعنی آج کل کی زبان میں جو کہا جاتا ہے، دوستی۔</w:t>
      </w:r>
    </w:p>
    <w:p>
      <w:r>
        <w:rPr>
          <w:b/>
        </w:rPr>
        <w:t xml:space="preserve">[28:39] </w:t>
      </w:r>
      <w:r>
        <w:t>to election mein kisi wajah se aisa hua ke maine un ke candidate ke khilaf vote de diya. un ka jo candidate tha, us ke khilaf vote de diya.</w:t>
      </w:r>
    </w:p>
    <w:p>
      <w:pPr>
        <w:jc w:val="right"/>
      </w:pPr>
      <w:r>
        <w:t>تو الیکشن میں کسی وجہ سے ایسا ہوا کہ میں نے ان کے کینڈیڈیٹ کے خلاف ووٹ دے دیا۔ ان کا جو کینڈیڈیٹ تھا، اس کے خلاف ووٹ دے دیا۔</w:t>
      </w:r>
    </w:p>
    <w:p>
      <w:r>
        <w:rPr>
          <w:b/>
        </w:rPr>
        <w:t xml:space="preserve">[28:49] </w:t>
      </w:r>
      <w:r>
        <w:t>is ke baad hamare un ke darmiyan itna ikhtilaf paida hua, kabhi bhi phir normal taluq nahi hua. yeh dosti jo hai, dushmani mein tabdeel ho gayi.</w:t>
      </w:r>
    </w:p>
    <w:p>
      <w:pPr>
        <w:jc w:val="right"/>
      </w:pPr>
      <w:r>
        <w:t>اس کے بعد ہمارے ان کے درمیان اتنا اختلاف پیدا ہوا، کبھی بھی پھر نارمل تعلق نہیں ہوا۔ یہ دوستی جو ہے، دشمنی میں تبدیل ہو گئی۔</w:t>
      </w:r>
    </w:p>
    <w:p>
      <w:r>
        <w:rPr>
          <w:b/>
        </w:rPr>
        <w:t xml:space="preserve">[29:00] </w:t>
      </w:r>
      <w:r>
        <w:t>is waqt maine samjha ke politics jo hai, woh heat paida karti hai. kyun? kyun aisa hota hai?</w:t>
      </w:r>
    </w:p>
    <w:p>
      <w:pPr>
        <w:jc w:val="right"/>
      </w:pPr>
      <w:r>
        <w:t>اس وقت میں نے سمجھا کہ پولیٹکس جو ہے، وہ ہیٹ پیدا کرتی ہے۔ کیوں؟ کیوں ایسا ہوتا ہے؟</w:t>
      </w:r>
    </w:p>
    <w:p>
      <w:r>
        <w:rPr>
          <w:b/>
        </w:rPr>
        <w:t xml:space="preserve">[29:10] </w:t>
      </w:r>
      <w:r>
        <w:t>politics mein aisa hota hai ke do group ban jate hain, do rival group. ek group doosre group ko necha karna chahta hai.</w:t>
      </w:r>
    </w:p>
    <w:p>
      <w:pPr>
        <w:jc w:val="right"/>
      </w:pPr>
      <w:r>
        <w:t>پولیٹکس میں ایسا ہوتا ہے کہ دو گروپ بن جاتے ہیں، دو رائیول گروپ۔ ایک گروپ دوسرے گروپ کو نیچا کرنا چاہتا ہے۔</w:t>
      </w:r>
    </w:p>
    <w:p>
      <w:r>
        <w:rPr>
          <w:b/>
        </w:rPr>
        <w:t xml:space="preserve">[29:22] </w:t>
      </w:r>
      <w:r>
        <w:t>yani ek ruler hota hai, ek ruled hota hai, ek king hota hai, ek subject hota hai. to ab dono mein rivalry aati hai.</w:t>
      </w:r>
    </w:p>
    <w:p>
      <w:pPr>
        <w:jc w:val="right"/>
      </w:pPr>
      <w:r>
        <w:t>یعنی ایک رولر ہوتا ہے، ایک رولڈ ہوتا ہے، ایک کنگ ہوتا ہے، ایک سبجیکٹ ہوتا ہے۔ تو اب دونوں میں رائیولری آتی ہے۔</w:t>
      </w:r>
    </w:p>
    <w:p>
      <w:r>
        <w:rPr>
          <w:b/>
        </w:rPr>
        <w:t xml:space="preserve">[29:32] </w:t>
      </w:r>
      <w:r>
        <w:t>jab rivalry aayegi to heat aayega, nafrat aayegi.</w:t>
      </w:r>
    </w:p>
    <w:p>
      <w:pPr>
        <w:jc w:val="right"/>
      </w:pPr>
      <w:r>
        <w:t>جب رائیولری آئے گی تو ہیٹ آئے گا، نفرت آئے گی۔</w:t>
      </w:r>
    </w:p>
    <w:p>
      <w:r>
        <w:rPr>
          <w:b/>
        </w:rPr>
        <w:t xml:space="preserve">[29:38] </w:t>
      </w:r>
      <w:r>
        <w:t>to chunancha Rasool Allah ne jo farmaya tha ke baad ko aisa hoga ke dukhhan paida ho jayega. ek hadees mein hai ke jab tumhare andar talwar dakhil hogi to phir kabhi woh niklegi nahi.</w:t>
      </w:r>
    </w:p>
    <w:p>
      <w:pPr>
        <w:jc w:val="right"/>
      </w:pPr>
      <w:r>
        <w:t>تو چنانچہ رسول اللہ نے جو فرمایا تھا کہ بعد کو ایسا ہوگا کہ دخن پیدا ہو جائے گا۔ ایک حدیث میں ہے کہ جب تمہارے اندر تلوار داخل ہوگی تو پھر کبھی وہ نکلے گی نہیں۔</w:t>
      </w:r>
    </w:p>
    <w:p>
      <w:r>
        <w:rPr>
          <w:b/>
        </w:rPr>
        <w:t xml:space="preserve">[29:54] </w:t>
      </w:r>
      <w:r>
        <w:t>lab yurfa' anha hatta yawm al-qiyamah aur aap jante hain talwar kab dakhil hui? jab logon ne Hazrat Usman ko qatal kiya.</w:t>
      </w:r>
    </w:p>
    <w:p>
      <w:pPr>
        <w:jc w:val="right"/>
      </w:pPr>
      <w:r>
        <w:t>لَبْ يُرْفَعَ عَنْهَا حَتَّىٰ يَوْمَ الْقِيَامَةِ اور آپ جانتے ہیں تلوار کب داخل ہوئی؟ جب لوگوں نے حضرت عثمان کو قتل کیا۔</w:t>
      </w:r>
    </w:p>
    <w:p>
      <w:r>
        <w:rPr>
          <w:b/>
        </w:rPr>
        <w:t xml:space="preserve">[30:06] </w:t>
      </w:r>
      <w:r>
        <w:t>us waqt se aaj tak kya haal hai? pehle talwar chalti thi, ab bomb chalte hain, ab gun chalta hai.</w:t>
      </w:r>
    </w:p>
    <w:p>
      <w:pPr>
        <w:jc w:val="right"/>
      </w:pPr>
      <w:r>
        <w:t>اس وقت سے آج تک کیا حال ہے؟ پہلے تلوار چلتی تھی، اب بم چلتے ہیں، اب گن چلتا ہے۔</w:t>
      </w:r>
    </w:p>
    <w:p>
      <w:r>
        <w:rPr>
          <w:b/>
        </w:rPr>
        <w:t xml:space="preserve">[30:17] </w:t>
      </w:r>
      <w:r>
        <w:t>aaj bhi rozana hi khabron mein rehta hai ke musalmanon mein yeh sab aap dekh sakte hain. to isi yeh yahi dukhhan hai ke jahan talwar aayi, nafrat aayi.</w:t>
      </w:r>
    </w:p>
    <w:p>
      <w:pPr>
        <w:jc w:val="right"/>
      </w:pPr>
      <w:r>
        <w:t>آج بھی روزانہ ہی خبروں میں رہتا ہے کہ مسلمانوں میں یہ سب آپ دیکھ سکتے ہیں۔ تو اسی یہ یہی دخن ہے کہ جہاں تلوار آئی، نفرت آئی۔</w:t>
      </w:r>
    </w:p>
    <w:p>
      <w:r>
        <w:rPr>
          <w:b/>
        </w:rPr>
        <w:t xml:space="preserve">[30:27] </w:t>
      </w:r>
      <w:r>
        <w:t>jahan politics aayi, wahan nafrat aayi. jahan hukumat aayi, wahan nafrat aayi. kyunke ek group, yani do group ban jate hain.</w:t>
      </w:r>
    </w:p>
    <w:p>
      <w:pPr>
        <w:jc w:val="right"/>
      </w:pPr>
      <w:r>
        <w:t>جہاں پولیٹکس آئی، وہاں نفرت آئی۔ جہاں حکومت آئی، وہاں نفرت آئی۔ کیونکہ ایک گروپ، یعنی دو گروپ بن جاتے ہیں۔</w:t>
      </w:r>
    </w:p>
    <w:p>
      <w:r>
        <w:rPr>
          <w:b/>
        </w:rPr>
        <w:t xml:space="preserve">[30:40] </w:t>
      </w:r>
      <w:r>
        <w:t>we and they concept develop karta hai. dekhen, dawat mein kya hota hai? we and we we concept hota hai. we we ka, yani dusron ka apna banana chahte hain.</w:t>
      </w:r>
    </w:p>
    <w:p>
      <w:pPr>
        <w:jc w:val="right"/>
      </w:pPr>
      <w:r>
        <w:t>وی اینڈ دے کانسیپٹ ڈیولپ کرتا ہے۔ دیکھیں، دعوت میں کیا ہوتا ہے؟ وی اینڈ وی وی کانسیپٹ ہوتا ہے۔ وی وی کا، یعنی دوسروں کا اپنا بنانا چاہتے ہیں۔</w:t>
      </w:r>
    </w:p>
    <w:p>
      <w:r>
        <w:rPr>
          <w:b/>
        </w:rPr>
        <w:t xml:space="preserve">[30:53] </w:t>
      </w:r>
      <w:r>
        <w:t>daai ka zehan kya hota hai? ke woh doosre ko apna banana chahta hai. woh hai we we concept. lekin jab politics aa jati hai to kya hota hai?</w:t>
      </w:r>
    </w:p>
    <w:p>
      <w:pPr>
        <w:jc w:val="right"/>
      </w:pPr>
      <w:r>
        <w:t>داعی کا ذہن کیا ہوتا ہے؟ کہ وہ دوسرے کو اپنا بنانا چاہتا ہے۔ وہ ہے وی وی کانسیپٹ۔ لیکن جب پولیٹکس آ جاتی ہے تو کیا ہوتا ہے؟</w:t>
      </w:r>
    </w:p>
    <w:p>
      <w:r>
        <w:rPr>
          <w:b/>
        </w:rPr>
        <w:t xml:space="preserve">[31:02] </w:t>
      </w:r>
      <w:r>
        <w:t>we they concept, yani hum alag hain, woh alag hain. hamein un ke upar supremacy qaim karni hai, un ko necha dikhana hai. phir isi se ladai hoti hai, is talwarein chalti hain, is ki gun chalte hain, is ke bomb chalte hain.</w:t>
      </w:r>
    </w:p>
    <w:p>
      <w:pPr>
        <w:jc w:val="right"/>
      </w:pPr>
      <w:r>
        <w:t>وی دے کانسیپٹ، یعنی ہم الگ ہیں، وہ الگ ہیں۔ ہمیں ان کے اوپر سپریمیسی قائم کرنی ہے، ان کو نیچا دکھانا ہے۔ پھر اسی سے لڑائی ہوتی ہے، اس تلواریں چلتی ہیں، اس کی گن چلتے ہیں، اس کے بم چلتے ہیں۔</w:t>
      </w:r>
    </w:p>
    <w:p>
      <w:r>
        <w:rPr>
          <w:b/>
        </w:rPr>
        <w:t xml:space="preserve">[31:19] </w:t>
      </w:r>
      <w:r>
        <w:t>to aap dekhiye kya hua ke sab se pehle Rasool Allah ke baad Khilafat e Rashida qaim hui thi. Khilafat e Rashida woh saatvi, seven century mein khatam ho gayi.</w:t>
      </w:r>
    </w:p>
    <w:p>
      <w:pPr>
        <w:jc w:val="right"/>
      </w:pPr>
      <w:r>
        <w:t>تو آپ دیکھیے کیا ہوا کہ سب سے پہلے رسول اللہ کے بعد خلافت راشدہ قائم ہوئی تھی۔ خلافت راشدہ وہ ساتویں، سیون سینچری میں ختم ہوگئی۔</w:t>
      </w:r>
    </w:p>
    <w:p>
      <w:r>
        <w:rPr>
          <w:b/>
        </w:rPr>
        <w:t xml:space="preserve">[31:37] </w:t>
      </w:r>
      <w:r>
        <w:t>yani ek so saal ke andar hi andar khatam ho gayi. seven century mein khatam ho gayi. is ke baad bani kya? Banu Umayyah ki hukumat jo do takraao se bani thi, Banu Umayyah aur Banu Hashim mein takraao hua.</w:t>
      </w:r>
    </w:p>
    <w:p>
      <w:pPr>
        <w:jc w:val="right"/>
      </w:pPr>
      <w:r>
        <w:t>یعنی ایک سو سال کے اندر ہی اندر ختم ہوگئی۔ سیون سینچری میں ختم ہوگئی۔ اس کے بعد بنی کیا؟ بنو ابیہ کی حکومت جو دو ٹکراؤ سے بنی تھی، بنو ابیہ اور بنو ہاشم میں ٹکراؤ ہوا۔</w:t>
      </w:r>
    </w:p>
    <w:p>
      <w:r>
        <w:rPr>
          <w:b/>
        </w:rPr>
        <w:t xml:space="preserve">[31:54] </w:t>
      </w:r>
      <w:r>
        <w:t>is ke baad Banu Umayyah ki hukumat ban gayi, woh bhi athvi sadi tak chali. athvi sadi ke baad khatam ho gayi.</w:t>
      </w:r>
    </w:p>
    <w:p>
      <w:pPr>
        <w:jc w:val="right"/>
      </w:pPr>
      <w:r>
        <w:t>اس کے بعد بنو ابیہ کی حکومت بن گئی، وہ بھی اٹھویں صدی تک چلی۔ اٹھویں صدی کے بعد ختم ہوگئی۔</w:t>
      </w:r>
    </w:p>
    <w:p>
      <w:r>
        <w:rPr>
          <w:b/>
        </w:rPr>
        <w:t xml:space="preserve">[32:06] </w:t>
      </w:r>
      <w:r>
        <w:t>phir Banu Abbas ki hukumat bani, woh lambi hui, woh thirteen century tak chali, terahvi sadi tak chali.</w:t>
      </w:r>
    </w:p>
    <w:p>
      <w:pPr>
        <w:jc w:val="right"/>
      </w:pPr>
      <w:r>
        <w:t>پھر بنو عباس کی حکومت بنی، وہ لمبی ہوئی، وہ تھرٹین سینچری تک چلی، تیرہویں صدی تک چلی۔</w:t>
      </w:r>
    </w:p>
    <w:p>
      <w:r>
        <w:rPr>
          <w:b/>
        </w:rPr>
        <w:t xml:space="preserve">[32:15] </w:t>
      </w:r>
      <w:r>
        <w:t>wo tatariyon ne khatam kiya is ko. phir misr mein dekhiye, aur dolat fatmiya qaim hui, jo shiyon ki thi.</w:t>
      </w:r>
    </w:p>
    <w:p>
      <w:pPr>
        <w:jc w:val="right"/>
      </w:pPr>
      <w:r>
        <w:t>وہ تاتاریوں نے ختم کیا اس کو۔ پھر مصر میں دیکھیے، اور دولت فاطمیہ قائم ہوئی، جو شیعوں کی تھی۔</w:t>
      </w:r>
    </w:p>
    <w:p>
      <w:r>
        <w:rPr>
          <w:b/>
        </w:rPr>
        <w:t xml:space="preserve">[32:26] </w:t>
      </w:r>
      <w:r>
        <w:t>wo, wo shiyon ko sunniyon ne khatam kiya, wo bhi barahween sadi mein khatam ho gayi. matlab shia aur, yani banu hashim aur banu ummaya ki jang, banu ummaya aur banu abbas ki jang, sunni ki aur shia ki jang.</w:t>
      </w:r>
    </w:p>
    <w:p>
      <w:pPr>
        <w:jc w:val="right"/>
      </w:pPr>
      <w:r>
        <w:t>وہ، وہ شیعوں کو سنیوں نے ختم کیا، وہ بھی بارہویں صدی میں ختم ہوگئی۔ مطلب شیعہ اور، یعنی بنو ہاشم اور بنو امیہ کی جنگ، بنو امیہ اور بنو عباس کی جنگ، سنی کی اور شیعہ کی جنگ۔</w:t>
      </w:r>
    </w:p>
    <w:p>
      <w:r>
        <w:rPr>
          <w:b/>
        </w:rPr>
        <w:t xml:space="preserve">[32:42] </w:t>
      </w:r>
      <w:r>
        <w:t>ispan mein aisi ladai hoti rahi, barabar india mein barabar sultane ladte rahe aapas mein. to khilafat rashida khatam hui saatween sadi isvi mein,</w:t>
      </w:r>
    </w:p>
    <w:p>
      <w:pPr>
        <w:jc w:val="right"/>
      </w:pPr>
      <w:r>
        <w:t>اسپین میں ایسی لڑائی ہوتی رہی، برابر انڈیا میں برابر سلاطین لڑتے رہے آپس میں۔ تو خلافت راشدہ ختم ہوئی ساتویں صدی عیسوی میں،</w:t>
      </w:r>
    </w:p>
    <w:p>
      <w:r>
        <w:rPr>
          <w:b/>
        </w:rPr>
        <w:t xml:space="preserve">[32:56] </w:t>
      </w:r>
      <w:r>
        <w:t>banu ummaya ki hukumat khatam hui athween sadi isvi mein, banu abbas ki khatam hui abbasi hukumat terahween sadi mein, dolat fatmiya khatam hui barahween sadi mein, mughal rol india mein jo qaim hua, khatam hua wo ninth century mein, nineteen century mein, unneesween sadi mein.</w:t>
      </w:r>
    </w:p>
    <w:p>
      <w:pPr>
        <w:jc w:val="right"/>
      </w:pPr>
      <w:r>
        <w:t>بنو امیہ کی حکومت ختم ہوئی اٹھویں صدی عیسوی میں، بنو عباس کی ختم ہوئی عباسی حکومت تیرہویں صدی میں، دولت فاطمیہ ختم ہوئی بارہویں صدی میں، مغل رول انڈیا میں جو قائم ہوا، ختم ہوا وہ نائنتھ سینچری میں، نائنٹین سینچری میں، انیسویں صدی میں۔</w:t>
      </w:r>
    </w:p>
    <w:p>
      <w:r>
        <w:rPr>
          <w:b/>
        </w:rPr>
        <w:t xml:space="preserve">[33:15] </w:t>
      </w:r>
      <w:r>
        <w:t>aur yeh turki jo mein jo khilafat qaim hui thi, wo khatam hui twenty century ke first quarter mein. is tarah se hamesha ek aaya to is ka doosra dushman create ho gaya, aur dono mein takrao hua.</w:t>
      </w:r>
    </w:p>
    <w:p>
      <w:pPr>
        <w:jc w:val="right"/>
      </w:pPr>
      <w:r>
        <w:t>اور یہ ترکی جو میں جو خلافت قائم ہوئی تھی، وہ ختم ہوئی ٹونٹی سنچری کے فرسٹ کوارٹر میں۔ اس طرح سے ہمیشہ ایک آیا تو اس کا دوسرا دشمن کریٹ ہو گیا، اور دونوں میں ٹکراؤ ہوا۔</w:t>
      </w:r>
    </w:p>
    <w:p>
      <w:r>
        <w:rPr>
          <w:b/>
        </w:rPr>
        <w:t xml:space="preserve">[33:31] </w:t>
      </w:r>
      <w:r>
        <w:t>wo un se lade, wo un se lade, yahan tak ke ek ne khatam kar ke doosre ko apna qaim kiya. is tarah se dukhun se is ka barabar jari raha, yani heat, heat, heat.</w:t>
      </w:r>
    </w:p>
    <w:p>
      <w:pPr>
        <w:jc w:val="right"/>
      </w:pPr>
      <w:r>
        <w:t>وہ ان سے لڑے، وہ ان سے لڑے، یہاں تک کہ ایک نے ختم کر کے دوسرے کو اپنا قائم کیا۔ اس طرح سے دخن سے اس کا برابر جاری رہا، یعنی ہیٹ، ہیٹ، ہیٹ۔</w:t>
      </w:r>
    </w:p>
    <w:p>
      <w:r>
        <w:rPr>
          <w:b/>
        </w:rPr>
        <w:t xml:space="preserve">[33:42] </w:t>
      </w:r>
      <w:r>
        <w:t>aaj tak wo silsila jari hai, kyunke hum isi isi history ke, hum isi history ko hum ne inherit kiya hai, hum isi ke waris hain.</w:t>
      </w:r>
    </w:p>
    <w:p>
      <w:pPr>
        <w:jc w:val="right"/>
      </w:pPr>
      <w:r>
        <w:t>آج تک وہ سلسلہ جاری ہے، کیونکہ ہم اسی اسی ہسٹری کے، ہم اسی ہسٹری کو ہم نے انہیریٹ کیا ہے، ہم اسی کے وارث ہیں۔</w:t>
      </w:r>
    </w:p>
    <w:p>
      <w:r>
        <w:rPr>
          <w:b/>
        </w:rPr>
        <w:t xml:space="preserve">[33:52] </w:t>
      </w:r>
      <w:r>
        <w:t>to ideology chali gayi background mein, yani dawah ideology, ideology that based on dawah, yani islam as a dawah mission ke background mein chala gaya.</w:t>
      </w:r>
    </w:p>
    <w:p>
      <w:pPr>
        <w:jc w:val="right"/>
      </w:pPr>
      <w:r>
        <w:t>تو آئیڈیالوجی چلی گئی بیک گراؤنڈ میں، یعنی دعویٰ آئیڈیالوجی، آئیڈیالوجی دیٹ بیسڈ ان دعویٰ، یعنی اسلام ایز اے دعوت مشن کے بیک گراؤنڈ میں چلا گیا۔</w:t>
      </w:r>
    </w:p>
    <w:p>
      <w:r>
        <w:rPr>
          <w:b/>
        </w:rPr>
        <w:t xml:space="preserve">[34:07] </w:t>
      </w:r>
      <w:r>
        <w:t>ab hazar baras mein jo literature tayyar hua, jo kitabein likhin, un ko padhiye aap, yani ek bhi kitab aisi nahi hai jis mein dawati mission ke taur par islam ko namaya kiya gaya.</w:t>
      </w:r>
    </w:p>
    <w:p>
      <w:pPr>
        <w:jc w:val="right"/>
      </w:pPr>
      <w:r>
        <w:t>اب ہزار برس میں جو لٹریچر تیار ہوا، جو کتابیں لکھیں، ان کو پڑھیے آپ، یعنی ایک بھی کتاب ایسی نہیں ہے جس میں دعوتی مشن کے طور پر اسلام کو نمائے کیا گیا۔</w:t>
      </w:r>
    </w:p>
    <w:p>
      <w:r>
        <w:rPr>
          <w:b/>
        </w:rPr>
        <w:t xml:space="preserve">[34:21] </w:t>
      </w:r>
      <w:r>
        <w:t>ek bhi kitab nahi. quran ki tafsir likhi gayi, dawati mission ghayab, hadith ki sharhein likhi gayi, dawati mission ghayab.</w:t>
      </w:r>
    </w:p>
    <w:p>
      <w:pPr>
        <w:jc w:val="right"/>
      </w:pPr>
      <w:r>
        <w:t>ایک بھی کتاب نہیں۔ قرآن کی تفسیر لکھی گئی، دعوتی مشن غائب، حدیث کی شرحیں لکھی گئیں، دعوتی مشن غائب۔</w:t>
      </w:r>
    </w:p>
    <w:p>
      <w:r>
        <w:rPr>
          <w:b/>
        </w:rPr>
        <w:t xml:space="preserve">[34:32] </w:t>
      </w:r>
      <w:r>
        <w:t>jo badi badi kitabein likhi gayi, maslan ghazali ki, ihya ulum al-din, ibn al-qayyim ki, allama al-mu'in, shah walliullah ki, hujjat al-baligha waghera waghera waghera waghera, kisi mein bhi dawah ka bab nahi.</w:t>
      </w:r>
    </w:p>
    <w:p>
      <w:pPr>
        <w:jc w:val="right"/>
      </w:pPr>
      <w:r>
        <w:t>جو بڑی بڑی کتابیں لکھی گئیں، مثلاً غزالی کی، احیاء علوم الدین، ابن قیم کی، علامہ الموقین، شاہ اللہ کی، حجت البالغہ وغیرہ وغیرہ وغیرہ وغیرہ، کسی میں بھی دعوت کا باب نہیں۔</w:t>
      </w:r>
    </w:p>
    <w:p>
      <w:r>
        <w:rPr>
          <w:b/>
        </w:rPr>
        <w:t xml:space="preserve">[34:47] </w:t>
      </w:r>
      <w:r>
        <w:t>fiqh par bohat kitabein likhi gayi, kisi bhi fiqh mein dawah ka chapter nahi.</w:t>
      </w:r>
    </w:p>
    <w:p>
      <w:pPr>
        <w:jc w:val="right"/>
      </w:pPr>
      <w:r>
        <w:t>فقہ پر بہت کتابیں لکھی گئیں، کسی بھی فقہ میں دعوت کا چیپٹر نہیں۔</w:t>
      </w:r>
    </w:p>
    <w:p>
      <w:r>
        <w:rPr>
          <w:b/>
        </w:rPr>
        <w:t xml:space="preserve">[34:55] </w:t>
      </w:r>
      <w:r>
        <w:t>aaj tak hi chala, silsila chala ja raha hai, yahan tak ke ab jo dawah ka naam kuch le lete hain to wo milli kaam ko dawah ka unwan de rakha hai.</w:t>
      </w:r>
    </w:p>
    <w:p>
      <w:pPr>
        <w:jc w:val="right"/>
      </w:pPr>
      <w:r>
        <w:t>آج تک ہی چلا، سلسلہ چلا جا رہا ہے، یہاں تک کہ اب جو دعوت کا نام کچھ لے لیتے ہیں تو وہ ملی کام کو دعوت کا عنوان دے رکھا ہے۔</w:t>
      </w:r>
    </w:p>
    <w:p>
      <w:r>
        <w:rPr>
          <w:b/>
        </w:rPr>
        <w:t xml:space="preserve">[35:03] </w:t>
      </w:r>
      <w:r>
        <w:t>unhone milli kaam karenge, is ko kahenge aap dawti kaam kar rahe hain.</w:t>
      </w:r>
    </w:p>
    <w:p>
      <w:pPr>
        <w:jc w:val="right"/>
      </w:pPr>
      <w:r>
        <w:t>انہوں نے ملی کام کریں گے، اس کو کہیں گے آپ دعوتی کام کر رہے ہیں۔</w:t>
      </w:r>
    </w:p>
    <w:p>
      <w:r>
        <w:rPr>
          <w:b/>
        </w:rPr>
        <w:t xml:space="preserve">[35:12] </w:t>
      </w:r>
      <w:r>
        <w:t>to yeh yeh tha wo cheez jo main ne kaha ke ek shakhs ka qaul, ek scholar ka ke "religion begins as an ideology, after some generations, it is reduced to a history".</w:t>
      </w:r>
    </w:p>
    <w:p>
      <w:pPr>
        <w:jc w:val="right"/>
      </w:pPr>
      <w:r>
        <w:t>تو یہ یہ تھا وہ چیز جو میں نے کہا کہ ایک شخص کا قول، ایک سکالر کا کہ "ریلیجن بگنز ایز این آئیڈیالوجی، افٹر سم جنریشن، اٹ از ریڈیوس ٹو ا ہسٹری"۔</w:t>
      </w:r>
    </w:p>
    <w:p>
      <w:r>
        <w:rPr>
          <w:b/>
        </w:rPr>
        <w:t xml:space="preserve">[35:25] </w:t>
      </w:r>
      <w:r>
        <w:t>to islam jo shuru hua, wo dawah ki ideology par shuru hua. musalman ka mission kya hai? dawah hai. hadith mein aata hai ke "antum shuhada Allah fil ard".</w:t>
      </w:r>
    </w:p>
    <w:p>
      <w:pPr>
        <w:jc w:val="right"/>
      </w:pPr>
      <w:r>
        <w:t>تو اسلام جو شروع ہوا، وہ دعوت کی آئیڈیالوجی پر شروع ہوا۔ مسلمان کا مشن کیا ہے؟ دعوت ہے۔ حدیث میں آتا ہے کہ "انتم شہداء اللہ فی اللعب"۔</w:t>
      </w:r>
    </w:p>
    <w:p>
      <w:r>
        <w:rPr>
          <w:b/>
        </w:rPr>
        <w:t xml:space="preserve">[35:38] </w:t>
      </w:r>
      <w:r>
        <w:t>tum sari dunya ke liye dawi ho, sari dunya ko tumhein paigham pahunchana hai Allah taala ka.</w:t>
      </w:r>
    </w:p>
    <w:p>
      <w:pPr>
        <w:jc w:val="right"/>
      </w:pPr>
      <w:r>
        <w:t>تم ساری دنیا کے لیے داعی ہو، ساری دنیا کو تمہیں پیغام پہنچانا ہے اللہ تعالیٰ کا۔</w:t>
      </w:r>
    </w:p>
    <w:p>
      <w:r>
        <w:rPr>
          <w:b/>
        </w:rPr>
        <w:t xml:space="preserve">[35:48] </w:t>
      </w:r>
      <w:r>
        <w:t>yeh tha asal, yani yeh musalman ki asal identity yeh thi, is ki shanakht yeh thi ke wo dawi hain.</w:t>
      </w:r>
    </w:p>
    <w:p>
      <w:pPr>
        <w:jc w:val="right"/>
      </w:pPr>
      <w:r>
        <w:t>یہ تھا اصل، یعنی یہ مسلمان کی اصل آئیڈینٹیٹی یہ تھی، اس کی شناخت یہ تھی کہ وہ داعی ہیں۔</w:t>
      </w:r>
    </w:p>
    <w:p>
      <w:r>
        <w:rPr>
          <w:b/>
        </w:rPr>
        <w:t xml:space="preserve">[35:59] </w:t>
      </w:r>
      <w:r>
        <w:t>lekin wo baad ko jo history bani, wo history reveal karti rahi. aaj tak wahi soch logon mein mein hai, aaj tak.</w:t>
      </w:r>
    </w:p>
    <w:p>
      <w:pPr>
        <w:jc w:val="right"/>
      </w:pPr>
      <w:r>
        <w:t>لیکن وہ بعد کو جو ہسٹری بنی، وہ ہسٹری ریویل کرتی رہی۔ آج تک وہی سوچ لوگوں میں میں ہے، آج تک۔</w:t>
      </w:r>
    </w:p>
    <w:p>
      <w:r>
        <w:rPr>
          <w:b/>
        </w:rPr>
        <w:t xml:space="preserve">[36:12] </w:t>
      </w:r>
      <w:r>
        <w:t>to yeh hai ijtihad ka kaam, yani mujtahid ko yahan ek kaam karna tha ke wo jo us ko kiya kare, wo detach kare history ko ideology se.</w:t>
      </w:r>
    </w:p>
    <w:p>
      <w:pPr>
        <w:jc w:val="right"/>
      </w:pPr>
      <w:r>
        <w:t>تو یہ ہے اجتہاد کا کام، یعنی مجتہد کو یہاں ایک کام کرنا تھا کہ وہ جو اس کو کیا کرے، وہ ڈیٹیچ کرے ہسٹری کو آئیڈیالوجی سے۔</w:t>
      </w:r>
    </w:p>
    <w:p>
      <w:r>
        <w:rPr>
          <w:b/>
        </w:rPr>
        <w:t xml:space="preserve">[36:26] </w:t>
      </w:r>
      <w:r>
        <w:t>yeh karna tha kaam,</w:t>
      </w:r>
    </w:p>
    <w:p>
      <w:pPr>
        <w:jc w:val="right"/>
      </w:pPr>
      <w:r>
        <w:t>یہ کرنا تھا کام،</w:t>
      </w:r>
    </w:p>
    <w:p>
      <w:r>
        <w:rPr>
          <w:b/>
        </w:rPr>
        <w:t xml:space="preserve">[36:30] </w:t>
      </w:r>
      <w:r>
        <w:t>history ko alag kar ke bataye aur ideology ko alag kar ke bataye.</w:t>
      </w:r>
    </w:p>
    <w:p>
      <w:pPr>
        <w:jc w:val="right"/>
      </w:pPr>
      <w:r>
        <w:t>ہسٹری کو الگ کر کے بتائے اور آئیڈیالوجی کو الگ کر کے بتائے۔</w:t>
      </w:r>
    </w:p>
    <w:p>
      <w:r>
        <w:rPr>
          <w:b/>
        </w:rPr>
        <w:t xml:space="preserve">[36:39] </w:t>
      </w:r>
      <w:r>
        <w:t>yeh tha ijtihad ka kaam ke history reality hoti hai, ideology real hoti hai. yeh batana</w:t>
      </w:r>
    </w:p>
    <w:p>
      <w:pPr>
        <w:jc w:val="right"/>
      </w:pPr>
      <w:r>
        <w:t>یہ تھا اجتہاد کا کام کہ ہسٹری ریلیٹی ہوتی ہے، آئیڈیالوجی ریئل ہوتی ہے۔ یہ بتانا</w:t>
      </w:r>
    </w:p>
    <w:p>
      <w:r>
        <w:rPr>
          <w:b/>
        </w:rPr>
        <w:t xml:space="preserve">[36:51] </w:t>
      </w:r>
      <w:r>
        <w:t>yahi kaam nahi hua,</w:t>
      </w:r>
    </w:p>
    <w:p>
      <w:pPr>
        <w:jc w:val="right"/>
      </w:pPr>
      <w:r>
        <w:t>یہی کام نہیں ہوا،</w:t>
      </w:r>
    </w:p>
    <w:p>
      <w:r>
        <w:rPr>
          <w:b/>
        </w:rPr>
        <w:t xml:space="preserve">[36:57] </w:t>
      </w:r>
      <w:r>
        <w:t>yani jo jis history pe hum jee rahe hain, jis history se hum islam apna islam derive kar rahe hain, jis history se sari kitabein bhari hui hain, bhari hui hain, bhari hui hain, aur jis ke background mein hum bolte hain, stageon par aa kar ke, wo sab islam ka real part nahi hai, wo real relative part hai.</w:t>
      </w:r>
    </w:p>
    <w:p>
      <w:pPr>
        <w:jc w:val="right"/>
      </w:pPr>
      <w:r>
        <w:t>یعنی جو جس ہسٹری پہ ہم جی رہے ہیں، جس ہسٹری سے ہم اسلام اپنا اسلام ڈرائیو کر رہے ہیں، جس ہسٹری سے ساری کتابیں بھری ہوئی ہیں، بھری ہوئی ہیں، بھری ہوئی ہیں، اور جس کے بیک گراؤنڈ میں ہم بولتے ہیں، اسٹیجوں پر آ کر کے، وہ سب اسلام کا ریئل پارٹ نہیں ہے، وہ ریئل ریلیٹو پارٹ ہے۔</w:t>
      </w:r>
    </w:p>
    <w:p>
      <w:r>
        <w:rPr>
          <w:b/>
        </w:rPr>
        <w:t xml:space="preserve">[37:15] </w:t>
      </w:r>
      <w:r>
        <w:t>woh</w:t>
      </w:r>
    </w:p>
    <w:p>
      <w:pPr>
        <w:jc w:val="right"/>
      </w:pPr>
      <w:r>
        <w:t>وہ</w:t>
      </w:r>
    </w:p>
    <w:p>
      <w:r>
        <w:rPr>
          <w:b/>
        </w:rPr>
        <w:t xml:space="preserve">[37:21] </w:t>
      </w:r>
      <w:r>
        <w:t>lekin is ke liye ijtihad kulli darkaar tha, jis ko yeh log kehte hain hamara is ka is ka ijtihad mutlaq.</w:t>
      </w:r>
    </w:p>
    <w:p>
      <w:pPr>
        <w:jc w:val="right"/>
      </w:pPr>
      <w:r>
        <w:t>لیکن اس کے لیے اجتہاد کلی درکار تھا، جس کو یہ لوگ کہتے ہیں ہمارا اس کا اس کا اجتہاد مطلق۔</w:t>
      </w:r>
    </w:p>
    <w:p>
      <w:r>
        <w:rPr>
          <w:b/>
        </w:rPr>
        <w:t xml:space="preserve">[37:31] </w:t>
      </w:r>
      <w:r>
        <w:t>to muqayyad ijtihad jaiz tha aur mutlaq ijtihad jaiz hi nahi tha. to yahan kaun daakhil hota? kaun si koshish karta?</w:t>
      </w:r>
    </w:p>
    <w:p>
      <w:pPr>
        <w:jc w:val="right"/>
      </w:pPr>
      <w:r>
        <w:t>تو مقید اجتہاد جائز تھا اور مطلق اجتہاد جائز ہی نہیں تھا۔ تو یہاں کون داخل ہوتا؟ کون سی کوشش کرتا؟</w:t>
      </w:r>
    </w:p>
    <w:p>
      <w:r>
        <w:rPr>
          <w:b/>
        </w:rPr>
        <w:t xml:space="preserve">[37:42] </w:t>
      </w:r>
      <w:r>
        <w:t>halan ke yeh bohat bari bhool hai, bohat hi bari bhool hai. dekhiye, bukhari mein aik riwayat hai, aik bohat hi ahem riwayat</w:t>
      </w:r>
    </w:p>
    <w:p>
      <w:pPr>
        <w:jc w:val="right"/>
      </w:pPr>
      <w:r>
        <w:t>حالانکہ یہ بہت بڑی بھول ہے، بہت ہی بڑی بھول ہے۔ دیکھیے، بخاری میں ایک روایت ہے، ایک بہت ہی اہم روایت</w:t>
      </w:r>
    </w:p>
    <w:p>
      <w:r>
        <w:rPr>
          <w:b/>
        </w:rPr>
        <w:t xml:space="preserve">[38:01] </w:t>
      </w:r>
      <w:r>
        <w:t>ijtihad ke baray mein.</w:t>
      </w:r>
    </w:p>
    <w:p>
      <w:pPr>
        <w:jc w:val="right"/>
      </w:pPr>
      <w:r>
        <w:t>اجتہاد کے بارے میں۔</w:t>
      </w:r>
    </w:p>
    <w:p>
      <w:r>
        <w:rPr>
          <w:b/>
        </w:rPr>
        <w:t xml:space="preserve">[38:05] </w:t>
      </w:r>
      <w:r>
        <w:t>bukhari mein riwayat hai ke aik shakhs jab ijtihad karta hai</w:t>
      </w:r>
    </w:p>
    <w:p>
      <w:pPr>
        <w:jc w:val="right"/>
      </w:pPr>
      <w:r>
        <w:t>بخاری میں روایت ہے کہ ایک شخص جب اجتہاد کرتا ہے</w:t>
      </w:r>
    </w:p>
    <w:p>
      <w:r>
        <w:rPr>
          <w:b/>
        </w:rPr>
        <w:t xml:space="preserve">[38:13] </w:t>
      </w:r>
      <w:r>
        <w:t>to woh ijtihad is ka khata ghlat bhi ho sakta hai, sahih ho sakta hai. yaani sahih ijtihad bhi hoga is ka aur ghlat ijtihad bhi hoga, dono imkaan hain.</w:t>
      </w:r>
    </w:p>
    <w:p>
      <w:pPr>
        <w:jc w:val="right"/>
      </w:pPr>
      <w:r>
        <w:t>تو وہ اجتہاد اس کا خطا غلط بھی ہو سکتا ہے، صحیح ہو سکتا ہے۔ یعنی صحیح اجتہاد بھی ہوگا اس کا اور غلط اجتہاد بھی ہوگا، دونوں امکان ہیں۔</w:t>
      </w:r>
    </w:p>
    <w:p>
      <w:r>
        <w:rPr>
          <w:b/>
        </w:rPr>
        <w:t xml:space="preserve">[38:24] </w:t>
      </w:r>
      <w:r>
        <w:t>yaani khata ka bhi aur sawab ka bhi. al-mushtahid yakhtah wa-yasee to hadees mein aata hai ke agar is ne ijtihad kiya aur is ka is ka sahih tha to us ko double sawab milega.</w:t>
      </w:r>
    </w:p>
    <w:p>
      <w:pPr>
        <w:jc w:val="right"/>
      </w:pPr>
      <w:r>
        <w:t>یعنی خطا کا بھی اور ثواب کا بھی۔ المشتہد یختہ ویسی تو حدیث میں آتا ہے کہ اگر اس نے اجتہاد کیا اور اس کا اس کا صحیح تھا تو اس کو ڈبل ثواب ملے گا۔</w:t>
      </w:r>
    </w:p>
    <w:p>
      <w:r>
        <w:rPr>
          <w:b/>
        </w:rPr>
        <w:t xml:space="preserve">[38:39] </w:t>
      </w:r>
      <w:r>
        <w:t>agar is ne ijtihad kiya aur ijtihad mein ghalti kar gaya woh to us ko aik sawab milega. is ka matlab kya hai? yeh usloob rasool Allah ne kyun ikhtiyar kiya?</w:t>
      </w:r>
    </w:p>
    <w:p>
      <w:pPr>
        <w:jc w:val="right"/>
      </w:pPr>
      <w:r>
        <w:t>اگر اس نے اجتہاد کیا اور اجتہاد میں غلطی کر گیا وہ تو اس کو ایک ثواب ملے گا۔ اس کا مطلب کیا ہے؟ یہ اسلوب رسول اللہ نے کیوں اختیار کیا؟</w:t>
      </w:r>
    </w:p>
    <w:p>
      <w:r>
        <w:rPr>
          <w:b/>
        </w:rPr>
        <w:t xml:space="preserve">[38:51] </w:t>
      </w:r>
      <w:r>
        <w:t>is par ghhor kijiye ke rasool Allah ne aisa kyun kaha ke tum ijtihad karne mein agar ghalti kar jao to tum ko aik sawab milega aur sahih ijtihad tumhara double sawab milega?</w:t>
      </w:r>
    </w:p>
    <w:p>
      <w:pPr>
        <w:jc w:val="right"/>
      </w:pPr>
      <w:r>
        <w:t>اس پر غور کیجئے کہ رسول اللہ نے ایسا کیوں کہا کہ تم اجتہاد کرنے میں اگر غلطی کر جاؤ تو تم کو ایک ثواب ملے گا اور صحیح اجتہاد تمہارا ڈبل ثواب ملے گا؟</w:t>
      </w:r>
    </w:p>
    <w:p>
      <w:r>
        <w:rPr>
          <w:b/>
        </w:rPr>
        <w:t xml:space="preserve">[39:05] </w:t>
      </w:r>
      <w:r>
        <w:t>aisa kyun farmaya? aap</w:t>
      </w:r>
    </w:p>
    <w:p>
      <w:pPr>
        <w:jc w:val="right"/>
      </w:pPr>
      <w:r>
        <w:t>ایسا کیوں فرمایا؟ آپ</w:t>
      </w:r>
    </w:p>
    <w:p>
      <w:r>
        <w:rPr>
          <w:b/>
        </w:rPr>
        <w:t xml:space="preserve">[39:09] </w:t>
      </w:r>
      <w:r>
        <w:t>is ka matlab yeh hai ke you have to exercise ijtihad at any cost.</w:t>
      </w:r>
    </w:p>
    <w:p>
      <w:pPr>
        <w:jc w:val="right"/>
      </w:pPr>
      <w:r>
        <w:t>اس کا مطلب یہ ہے کہ you have to exercise اجتہاد ایٹ اینی کاسٹ۔</w:t>
      </w:r>
    </w:p>
    <w:p>
      <w:r>
        <w:rPr>
          <w:b/>
        </w:rPr>
        <w:t xml:space="preserve">[39:19] </w:t>
      </w:r>
      <w:r>
        <w:t>kitni ahem baat hai yeh!</w:t>
      </w:r>
    </w:p>
    <w:p>
      <w:pPr>
        <w:jc w:val="right"/>
      </w:pPr>
      <w:r>
        <w:t>کتنی اہم بات ہے یہ!</w:t>
      </w:r>
    </w:p>
    <w:p>
      <w:r>
        <w:rPr>
          <w:b/>
        </w:rPr>
        <w:t xml:space="preserve">[39:25] </w:t>
      </w:r>
      <w:r>
        <w:t>yaani exercise ijtihad even at the risk of wrong ijtihad.</w:t>
      </w:r>
    </w:p>
    <w:p>
      <w:pPr>
        <w:jc w:val="right"/>
      </w:pPr>
      <w:r>
        <w:t>یعنی ایکسرسائز اجتہاد ایون ایٹ دا رسک اف رونگ اجتہاد۔</w:t>
      </w:r>
    </w:p>
    <w:p>
      <w:r>
        <w:rPr>
          <w:b/>
        </w:rPr>
        <w:t xml:space="preserve">[39:33] </w:t>
      </w:r>
      <w:r>
        <w:t>ghalat ijtihad ka khatra ho tab bhi ijtihad karo. wahan hamare scholar logon ne kya kar kiya ke chounke ijtihad mutlaq ki salahiyat ab logon mein nahi hai, ijtihad pe ghalti kar jayenge to ijtihad darwaza band.</w:t>
      </w:r>
    </w:p>
    <w:p>
      <w:pPr>
        <w:jc w:val="right"/>
      </w:pPr>
      <w:r>
        <w:t>غلط اجتہاد کا خطرہ ہو تب بھی اجتہاد کرو۔ وہاں ہمارے سکالر لوگوں نے کیا کر کیا کہ چونکہ اجتہاد مطلق کی صلاحیت اب لوگوں میں نہیں ہے، اجتہاد پہ غلطی کر جائیں گے تو اجتہاد دروازہ بند۔</w:t>
      </w:r>
    </w:p>
    <w:p>
      <w:r>
        <w:rPr>
          <w:b/>
        </w:rPr>
        <w:t xml:space="preserve">[39:47] </w:t>
      </w:r>
      <w:r>
        <w:t>yaani ulta kar liya unhon ne. saare scholar jitne hain woh kehte hain ke ab sirf muq</w:t>
      </w:r>
    </w:p>
    <w:p>
      <w:pPr>
        <w:jc w:val="right"/>
      </w:pPr>
      <w:r>
        <w:t>یعنی الٹا کر لیا انہوں نے۔ سارے سکالر جتنے ہیں وہ کہتے ہیں کہ اب صرف مق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