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Last Book 22 June, 2019 - Maulana Wahiduddin Khan</w:t>
      </w:r>
    </w:p>
    <w:p>
      <w:r>
        <w:t>https://www.youtube.com/watch?v=N9PYMdFvAIQ</w:t>
      </w:r>
    </w:p>
    <w:p>
      <w:r>
        <w:rPr>
          <w:b/>
        </w:rPr>
        <w:t xml:space="preserve">[00:13] </w:t>
      </w:r>
      <w:r>
        <w:t>okay, we—uh, we are starting, uh, today's session with Maulana Wahiduddin Khan sahib.</w:t>
      </w:r>
    </w:p>
    <w:p>
      <w:pPr>
        <w:jc w:val="right"/>
      </w:pPr>
      <w:r>
        <w:t>ओके, वी—उह, वी आर स्टार्टिंग, उह, टुडेज़ सेशन विद मौलाना वैदुद्दीन खान साहब।</w:t>
      </w:r>
    </w:p>
    <w:p>
      <w:r>
        <w:rPr>
          <w:b/>
        </w:rPr>
        <w:t xml:space="preserve">[00:19] </w:t>
      </w:r>
      <w:r>
        <w:t>uh, before Maulana sahib speaks, he has asked me to give all of you who are watching this</w:t>
      </w:r>
    </w:p>
    <w:p>
      <w:pPr>
        <w:jc w:val="right"/>
      </w:pPr>
      <w:r>
        <w:t>उह, बिफोर मौलाना साहब स्पीक्स, ही हैज़ आस्क मी टू गिव ऑल ऑफ यू हु आर वाचिंग दिस</w:t>
      </w:r>
    </w:p>
    <w:p>
      <w:r>
        <w:rPr>
          <w:b/>
        </w:rPr>
        <w:t xml:space="preserve">[00:24] </w:t>
      </w:r>
      <w:r>
        <w:t>program a brief about—a</w:t>
      </w:r>
    </w:p>
    <w:p>
      <w:pPr>
        <w:jc w:val="right"/>
      </w:pPr>
      <w:r>
        <w:t>प्रोग्राम अ ब्रीफ अबाउट—अ</w:t>
      </w:r>
    </w:p>
    <w:p>
      <w:r>
        <w:rPr>
          <w:b/>
        </w:rPr>
        <w:t xml:space="preserve">[00:27] </w:t>
      </w:r>
      <w:r>
        <w:t>short brief about Mahbubul Haq.</w:t>
      </w:r>
    </w:p>
    <w:p>
      <w:pPr>
        <w:jc w:val="right"/>
      </w:pPr>
      <w:r>
        <w:t>शॉर्ट ब्रीफ अबाउट महबूबुल हक़।</w:t>
      </w:r>
    </w:p>
    <w:p>
      <w:r>
        <w:rPr>
          <w:b/>
        </w:rPr>
        <w:t xml:space="preserve">[00:30] </w:t>
      </w:r>
      <w:r>
        <w:t>uh, he was a Pakistani economist, and, uh, he was born, uh, in Punjab province on 24 February</w:t>
      </w:r>
    </w:p>
    <w:p>
      <w:pPr>
        <w:jc w:val="right"/>
      </w:pPr>
      <w:r>
        <w:t>उह, ही वाज़ अ पाकिस्तानी इकोनॉमिस्ट, एंड, उह, ही वाज़ बोर्न, उह, इन पंजाब प्रोविंस ऑन 24 फ़रवरी</w:t>
      </w:r>
    </w:p>
    <w:p>
      <w:r>
        <w:rPr>
          <w:b/>
        </w:rPr>
        <w:t xml:space="preserve">[00:39] </w:t>
      </w:r>
      <w:r>
        <w:t>1934. uh, little bit about him: Mahbubul Haq was a Pakistani game theorist, economist, and an international development</w:t>
      </w:r>
    </w:p>
    <w:p>
      <w:pPr>
        <w:jc w:val="right"/>
      </w:pPr>
      <w:r>
        <w:t>1934। उह, लिटिल बिट अबाउट हिम: महबूबुल हक़ वाज़ अ पाकिस्तानी गेम थ्योरिस्ट, इकोनॉमिस्ट, एंड एन इंटरनेशनल डेवलपमेंट</w:t>
      </w:r>
    </w:p>
    <w:p>
      <w:r>
        <w:rPr>
          <w:b/>
        </w:rPr>
        <w:t xml:space="preserve">[00:50] </w:t>
      </w:r>
      <w:r>
        <w:t>theorist who served as the 13th finance minister of Pakistan, from 10th April 1985 ants 28</w:t>
      </w:r>
    </w:p>
    <w:p>
      <w:pPr>
        <w:jc w:val="right"/>
      </w:pPr>
      <w:r>
        <w:t>थ्योरिस्ट हु सर्व्ड एज द 13th फाइनेंस मिनिस्टर ऑफ पाकिस्तान, फ्रॉम 10th अप्रैल 1985 अंट्स 28</w:t>
      </w:r>
    </w:p>
    <w:p>
      <w:r>
        <w:rPr>
          <w:b/>
        </w:rPr>
        <w:t xml:space="preserve">[00:59] </w:t>
      </w:r>
      <w:r>
        <w:t>January 1988. after studying economics at Punjab University, he travelled to Cambridge, where he got a degree. uh, Mahbubul Haq died on 16th July 1998 in New York. one striking thing—</w:t>
      </w:r>
    </w:p>
    <w:p>
      <w:pPr>
        <w:jc w:val="right"/>
      </w:pPr>
      <w:r>
        <w:t>जनवरी 1988। आफ्टर स्टडिंग इकोनॉमिक्स एट पंजाब यूनिवर्सिटी, ही ट्रैवल्ड टू केंब्रिज, वेयर ही गॉट अ डिग्री। उह, महबूबुल हक़ डाइड ऑन 16th जुलाई 1998 इन न्यूयॉर्क। वन स्ट्राइकिंग थिंग—</w:t>
      </w:r>
    </w:p>
    <w:p>
      <w:r>
        <w:rPr>
          <w:b/>
        </w:rPr>
        <w:t xml:space="preserve">[01:17] </w:t>
      </w:r>
      <w:r>
        <w:t>died karte umar thi. he died, uh, he died when he was 64 years old. and, uh, one striking, uh, thing about him was a sentence that he wrote, the last sentence in one of the book. and the sentence that he wrote was, "human destiny is a choice,</w:t>
      </w:r>
    </w:p>
    <w:p>
      <w:pPr>
        <w:jc w:val="right"/>
      </w:pPr>
      <w:r>
        <w:t>डाइड करते उम्र थी। ही डाइड, उह, ही डाइड व्हेन ही वाज़ 64 इयर्स ओल्ड। एंड, उह, वन स्ट्राइकिंग, उह, थिंग अबाउट हिम वाज़ अ सेंटेंस दैट ही रोट, द लास्ट सेंटेंस इन वन ऑफ द बुक। एंड द सेंटेंस दैट ही रोट वाज़, "ह्यूमन डेस्टिनी इज़ अ चॉइस,</w:t>
      </w:r>
    </w:p>
    <w:p>
      <w:r>
        <w:rPr>
          <w:b/>
        </w:rPr>
        <w:t xml:space="preserve">[01:40] </w:t>
      </w:r>
      <w:r>
        <w:t>not a chance.</w:t>
      </w:r>
    </w:p>
    <w:p>
      <w:pPr>
        <w:jc w:val="right"/>
      </w:pPr>
      <w:r>
        <w:t>नॉट अ चांस।</w:t>
      </w:r>
    </w:p>
    <w:p>
      <w:r>
        <w:rPr>
          <w:b/>
        </w:rPr>
        <w:t xml:space="preserve">[01:43] </w:t>
      </w:r>
      <w:r>
        <w:t>" bismillah-ur-rehman-ur-raheem. 22 June 2000, 19. Pakistan mein aik bohat hi baray intellectual paida hue. main un ko Pakistan ka top intellectual maanta hoon.</w:t>
      </w:r>
    </w:p>
    <w:p>
      <w:pPr>
        <w:jc w:val="right"/>
      </w:pPr>
      <w:r>
        <w:t>" बिस्मिल्लाह रहमान रहीम। 22 जून 2000, 19। पाकिस्तान में एक बहुत ही बड़े इंटेलेक्चुअल पैदा हुए। मैं उनको पाकिस्तान का टॉप इंटेलेक्चुअल मानता हूं।</w:t>
      </w:r>
    </w:p>
    <w:p>
      <w:r>
        <w:rPr>
          <w:b/>
        </w:rPr>
        <w:t xml:space="preserve">[02:06] </w:t>
      </w:r>
      <w:r>
        <w:t>bohat hi,</w:t>
      </w:r>
    </w:p>
    <w:p>
      <w:pPr>
        <w:jc w:val="right"/>
      </w:pPr>
      <w:r>
        <w:t>बहुत ही,</w:t>
      </w:r>
    </w:p>
    <w:p>
      <w:r>
        <w:rPr>
          <w:b/>
        </w:rPr>
        <w:t xml:space="preserve">[02:10] </w:t>
      </w:r>
      <w:r>
        <w:t>unko bohat bari bari kitabein likhi unhone, aur united nations mein unko bohat bara darja mila.</w:t>
      </w:r>
    </w:p>
    <w:p>
      <w:pPr>
        <w:jc w:val="right"/>
      </w:pPr>
      <w:r>
        <w:t>उनको बहुत बड़ी-बड़ी किताबें लिखी उन्होंने, और यूनाइटेड नेशंस में उनको बहुत बड़ा दर्जा मिला।</w:t>
      </w:r>
    </w:p>
    <w:p>
      <w:r>
        <w:rPr>
          <w:b/>
        </w:rPr>
        <w:t xml:space="preserve">[02:22] </w:t>
      </w:r>
      <w:r>
        <w:t>to unhone apni ek kitab mein ka khatma in alfaaz mein kiya tha ki, "human destiny is a choice, not a chance.</w:t>
      </w:r>
    </w:p>
    <w:p>
      <w:pPr>
        <w:jc w:val="right"/>
      </w:pPr>
      <w:r>
        <w:t>तो उन्होंने अपनी एक किताब में का खात्मा इन अल्फाज़ में किया था कि, "ह्यूमन डेस्टिनी इज़ अ चॉइस, नॉट अ चांस।</w:t>
      </w:r>
    </w:p>
    <w:p>
      <w:r>
        <w:rPr>
          <w:b/>
        </w:rPr>
        <w:t xml:space="preserve">[02:39] </w:t>
      </w:r>
      <w:r>
        <w:t>human destiny is a choice, not a chance." to ye parhte hue mujhe khayal aaya ki itna bara aadmi, itni zabardast kitabein likhne wala, jo united nations mein unko accept kiya gaya tha,</w:t>
      </w:r>
    </w:p>
    <w:p>
      <w:pPr>
        <w:jc w:val="right"/>
      </w:pPr>
      <w:r>
        <w:t>ह्यूमन डेस्टिनी इज़ अ चॉइस, नॉट अ चांस।" तो ये पढ़ते हुए मुझे ख्याल आया कि इतना बड़ा आदमी, इतनी जबरदस्त किताबें लिखने वाला, जो यूनाइटेड नेशंस में उनको एक्सेप्ट किया गया था,</w:t>
      </w:r>
    </w:p>
    <w:p>
      <w:r>
        <w:rPr>
          <w:b/>
        </w:rPr>
        <w:t xml:space="preserve">[02:57] </w:t>
      </w:r>
      <w:r>
        <w:t>wo sirf 64 saal ki umar mein dunya se chale gaye. isko parhte hue mujhe tagore ka wo sentence yaad aaya,</w:t>
      </w:r>
    </w:p>
    <w:p>
      <w:pPr>
        <w:jc w:val="right"/>
      </w:pPr>
      <w:r>
        <w:t>वो सिर्फ 64 साल की उम्र में दुनिया से चले गए। इसको पढ़ते हुए मुझे टैगोर का वो सेंटेंस याद आया,</w:t>
      </w:r>
    </w:p>
    <w:p>
      <w:r>
        <w:rPr>
          <w:b/>
        </w:rPr>
        <w:t xml:space="preserve">[03:14] </w:t>
      </w:r>
      <w:r>
        <w:t>jo unhone likha hai</w:t>
      </w:r>
    </w:p>
    <w:p>
      <w:pPr>
        <w:jc w:val="right"/>
      </w:pPr>
      <w:r>
        <w:t>जो उन्होंने लिखा है</w:t>
      </w:r>
    </w:p>
    <w:p>
      <w:r>
        <w:rPr>
          <w:b/>
        </w:rPr>
        <w:t xml:space="preserve">[03:22] </w:t>
      </w:r>
      <w:r>
        <w:t>ki, "saari umar</w:t>
      </w:r>
    </w:p>
    <w:p>
      <w:pPr>
        <w:jc w:val="right"/>
      </w:pPr>
      <w:r>
        <w:t>कि, "सारे उम्र</w:t>
      </w:r>
    </w:p>
    <w:p>
      <w:r>
        <w:rPr>
          <w:b/>
        </w:rPr>
        <w:t xml:space="preserve">[03:26] </w:t>
      </w:r>
      <w:r>
        <w:t>beena ke taaron ko suljhane mein beet gayi." beena maane sitar. saari umar beena ke taaron ko suljhane mein beet gayi.</w:t>
      </w:r>
    </w:p>
    <w:p>
      <w:pPr>
        <w:jc w:val="right"/>
      </w:pPr>
      <w:r>
        <w:t>बीना के तारों को सुलझाने में बीत गई।" बीना माने सितार। सारे उम्र बीना के तारों को सुलझाने में बीत गई।</w:t>
      </w:r>
    </w:p>
    <w:p>
      <w:r>
        <w:rPr>
          <w:b/>
        </w:rPr>
        <w:t xml:space="preserve">[03:46] </w:t>
      </w:r>
      <w:r>
        <w:t>jo aakhri geet main gana chahta tha, wo gana saka.</w:t>
      </w:r>
    </w:p>
    <w:p>
      <w:pPr>
        <w:jc w:val="right"/>
      </w:pPr>
      <w:r>
        <w:t>जो अंतिम गीत मैं गाना चाहता था, वो गाना सका।</w:t>
      </w:r>
    </w:p>
    <w:p>
      <w:r>
        <w:rPr>
          <w:b/>
        </w:rPr>
        <w:t xml:space="preserve">[03:57] </w:t>
      </w:r>
      <w:r>
        <w:t>to yahi har aadmi qissa hai. doctor babul haq ka jo subject tha, wo galban mere lafzon mein ye tha, mere shabdon mein ki, "how to end poverty. how to end poverty." to wo isi par research karte rahe,</w:t>
      </w:r>
    </w:p>
    <w:p>
      <w:pPr>
        <w:jc w:val="right"/>
      </w:pPr>
      <w:r>
        <w:t>तो यही हर आदमी किस्सा है। डॉक्टर बबुल हक़ का जो सब्जेक्ट था, वो गालबन मेरे लफ्जों में ये था, मेरे शब्दों में कि, "हाउ टू एंड पॉवर्टी। हाउ टू एंड पॉवर्टी।" तो वो इसी पर रिसर्च करते रहे,</w:t>
      </w:r>
    </w:p>
    <w:p>
      <w:r>
        <w:rPr>
          <w:b/>
        </w:rPr>
        <w:t xml:space="preserve">[04:22] </w:t>
      </w:r>
      <w:r>
        <w:t>lekin wo bata nahi sake ki poverty, ye jo aakhri baat unhe kehni thi, wo nahi kar sake. wo dunya se chale gaye ki poverty ko khatam karna ye koi kaam nahi hai.</w:t>
      </w:r>
    </w:p>
    <w:p>
      <w:pPr>
        <w:jc w:val="right"/>
      </w:pPr>
      <w:r>
        <w:t>लेकिन वो बता नहीं सके कि पॉवर्टी, ये जो आखिरी बात उन्हें कहनी थी, वो नहीं कर सके। वो दुनिया से चले गए कि पॉवर्टी को खत्म करना ये कोई काम नहीं है।</w:t>
      </w:r>
    </w:p>
    <w:p>
      <w:r>
        <w:rPr>
          <w:b/>
        </w:rPr>
        <w:t xml:space="preserve">[04:44] </w:t>
      </w:r>
      <w:r>
        <w:t>agar wo aur zinda rehte aur study karte, to aakhri kitab unki yahi hoti</w:t>
      </w:r>
    </w:p>
    <w:p>
      <w:pPr>
        <w:jc w:val="right"/>
      </w:pPr>
      <w:r>
        <w:t>अगर वो और जिंदा रहते और स्टडी करते, तो आखिरी किताब उनकी यही होती</w:t>
      </w:r>
    </w:p>
    <w:p>
      <w:r>
        <w:rPr>
          <w:b/>
        </w:rPr>
        <w:t xml:space="preserve">[04:54] </w:t>
      </w:r>
      <w:r>
        <w:t>ki, "positive aspect of poverty." ye likhte wo,</w:t>
      </w:r>
    </w:p>
    <w:p>
      <w:pPr>
        <w:jc w:val="right"/>
      </w:pPr>
      <w:r>
        <w:t>कि, "पॉजिटिव एस्पेक्ट ऑफ पॉवर्टी।" ये लिखते वो,</w:t>
      </w:r>
    </w:p>
    <w:p>
      <w:r>
        <w:rPr>
          <w:b/>
        </w:rPr>
        <w:t xml:space="preserve">[05:03] </w:t>
      </w:r>
      <w:r>
        <w:t>"how to end poverty." bas is par research karte rahe wo, aur bohat bare bare ohde mile unko. dekhiye, poverty ek nickname hai ek situation ka, ek positive situation ka. poverty kya cheez hai?</w:t>
      </w:r>
    </w:p>
    <w:p>
      <w:pPr>
        <w:jc w:val="right"/>
      </w:pPr>
      <w:r>
        <w:t>"हाउ टू एंड पॉवर्टी।" बस इस पर रिसर्च करते रहे वो, और बहुत बड़े-बड़े ओहदे मिले उनको। देखिए, पॉवर्टी एक निकनेम है एक सिचुएशन का, एक पॉजिटिव सिचुएशन का। पॉवर्टी क्या चीज है?</w:t>
      </w:r>
    </w:p>
    <w:p>
      <w:r>
        <w:rPr>
          <w:b/>
        </w:rPr>
        <w:t xml:space="preserve">[05:26] </w:t>
      </w:r>
      <w:r>
        <w:t>poverty hai ki zindagi mein aadmi</w:t>
      </w:r>
    </w:p>
    <w:p>
      <w:pPr>
        <w:jc w:val="right"/>
      </w:pPr>
      <w:r>
        <w:t>पॉवर्टी है कि जिंदगी में आदमी</w:t>
      </w:r>
    </w:p>
    <w:p>
      <w:r>
        <w:rPr>
          <w:b/>
        </w:rPr>
        <w:t xml:space="preserve">[05:31] </w:t>
      </w:r>
      <w:r>
        <w:t>apni ambitions ko poora na kar sake.</w:t>
      </w:r>
    </w:p>
    <w:p>
      <w:pPr>
        <w:jc w:val="right"/>
      </w:pPr>
      <w:r>
        <w:t>अपनी एंबिशंस को पूरा ना कर सके।</w:t>
      </w:r>
    </w:p>
    <w:p>
      <w:r>
        <w:rPr>
          <w:b/>
        </w:rPr>
        <w:t xml:space="preserve">[05:37] </w:t>
      </w:r>
      <w:r>
        <w:t>aadmi ko zindagi mein discontent mein jeena pade.</w:t>
      </w:r>
    </w:p>
    <w:p>
      <w:pPr>
        <w:jc w:val="right"/>
      </w:pPr>
      <w:r>
        <w:t>आदमी को जिंदगी में डिसकंटेंट में जीना पड़े।</w:t>
      </w:r>
    </w:p>
    <w:p>
      <w:r>
        <w:rPr>
          <w:b/>
        </w:rPr>
        <w:t xml:space="preserve">[05:45] </w:t>
      </w:r>
      <w:r>
        <w:t>discontent mein</w:t>
      </w:r>
    </w:p>
    <w:p>
      <w:pPr>
        <w:jc w:val="right"/>
      </w:pPr>
      <w:r>
        <w:t>डिसकंटेंट में</w:t>
      </w:r>
    </w:p>
    <w:p>
      <w:r>
        <w:rPr>
          <w:b/>
        </w:rPr>
        <w:t xml:space="preserve">[05:50] </w:t>
      </w:r>
      <w:r>
        <w:t>ki, "main ye chahta tha, mujhe nahi mila, wo chahta tha, nahi mila." main to poverty means discontent mein jeena. poverty apne aap mein kuch nahi hai. to poverty jo hai,</w:t>
      </w:r>
    </w:p>
    <w:p>
      <w:pPr>
        <w:jc w:val="right"/>
      </w:pPr>
      <w:r>
        <w:t>कि, "मैं ये चाहता था, मुझे नहीं मिला, वो चाहता था, नहीं मिला।" मैं तो पॉवर्टी मींस डिसकंटेंट में जीना। पॉवर्टी अपने आप में कुछ नहीं है। तो पॉवर्टी जो है,</w:t>
      </w:r>
    </w:p>
    <w:p>
      <w:r>
        <w:rPr>
          <w:b/>
        </w:rPr>
        <w:t xml:space="preserve">[06:11] </w:t>
      </w:r>
      <w:r>
        <w:t>ya discontent,</w:t>
      </w:r>
    </w:p>
    <w:p>
      <w:pPr>
        <w:jc w:val="right"/>
      </w:pPr>
      <w:r>
        <w:t>या डिसकंटेंट,</w:t>
      </w:r>
    </w:p>
    <w:p>
      <w:r>
        <w:rPr>
          <w:b/>
        </w:rPr>
        <w:t xml:space="preserve">[06:16] </w:t>
      </w:r>
      <w:r>
        <w:t>ye creator ka plan hai.</w:t>
      </w:r>
    </w:p>
    <w:p>
      <w:pPr>
        <w:jc w:val="right"/>
      </w:pPr>
      <w:r>
        <w:t>ये क्रिएटर का प्लान है।</w:t>
      </w:r>
    </w:p>
    <w:p>
      <w:r>
        <w:rPr>
          <w:b/>
        </w:rPr>
        <w:t xml:space="preserve">[06:23] </w:t>
      </w:r>
      <w:r>
        <w:t>creator ka plan hai,</w:t>
      </w:r>
    </w:p>
    <w:p>
      <w:pPr>
        <w:jc w:val="right"/>
      </w:pPr>
      <w:r>
        <w:t>क्रिएटर का प्लान है,</w:t>
      </w:r>
    </w:p>
    <w:p>
      <w:r>
        <w:rPr>
          <w:b/>
        </w:rPr>
        <w:t xml:space="preserve">[06:27] </w:t>
      </w:r>
      <w:r>
        <w:t>yaani na paane ke ehsaas mein jeena. main jo chahta paana chahta tha, wo main nahi pa saka. iske ehsaas mein jeena. to ye jo ehsaas hai,</w:t>
      </w:r>
    </w:p>
    <w:p>
      <w:pPr>
        <w:jc w:val="right"/>
      </w:pPr>
      <w:r>
        <w:t>यानी ना पाने के एहसास में जीना। मैं जो चा पाना चाहता था, वो मैं नहीं पा सका। इसके एहसास में जीना। तो ये जो एहसास है,</w:t>
      </w:r>
    </w:p>
    <w:p>
      <w:r>
        <w:rPr>
          <w:b/>
        </w:rPr>
        <w:t xml:space="preserve">[06:41] </w:t>
      </w:r>
      <w:r>
        <w:t>ye aapko ubharta hai bar bar ki, "replanning karo, aur koshish karo, naye raaste dhoondho</w:t>
      </w:r>
    </w:p>
    <w:p>
      <w:pPr>
        <w:jc w:val="right"/>
      </w:pPr>
      <w:r>
        <w:t>ये आपको उभारता है बार-बार कि, "रीप्लानिंग करो, और कोशिश करो, नए रास्तेढूंढो</w:t>
      </w:r>
    </w:p>
    <w:p>
      <w:r>
        <w:rPr>
          <w:b/>
        </w:rPr>
        <w:t xml:space="preserve">[06:54] </w:t>
      </w:r>
      <w:r>
        <w:t>taaki tum jo chahte ho aur nahi pa sake, usko pa pa lo." to poverty is is maane mein insaan ko</w:t>
      </w:r>
    </w:p>
    <w:p>
      <w:pPr>
        <w:jc w:val="right"/>
      </w:pPr>
      <w:r>
        <w:t>ताकि तुम जो चाहते हो और नहीं पा सके, उसको पा पा लो।" तो पॉवर्टी इस इस माने में इंसान को</w:t>
      </w:r>
    </w:p>
    <w:p>
      <w:r>
        <w:rPr>
          <w:b/>
        </w:rPr>
        <w:t xml:space="preserve">[07:09] </w:t>
      </w:r>
      <w:r>
        <w:t>ek continuous struggle mein rakhti hai. agar poverty na ho, to dunya se struggle, struggle, struggle khatam ho jaye. jahad khatam ho jaye.</w:t>
      </w:r>
    </w:p>
    <w:p>
      <w:pPr>
        <w:jc w:val="right"/>
      </w:pPr>
      <w:r>
        <w:t>एक कंटीन्यूअस स्ट्रगल में रखती है। अगर पॉवर्टी ना हो, तो दुनिया से स्ट्रगल, स्ट्रगल, स्ट्रगल खत्म हो जाए। जद्दोजहद खत्म हो जाए।</w:t>
      </w:r>
    </w:p>
    <w:p>
      <w:r>
        <w:rPr>
          <w:b/>
        </w:rPr>
        <w:t xml:space="preserve">[07:32] </w:t>
      </w:r>
      <w:r>
        <w:t>to poverty koi buri cheez nahi hai.</w:t>
      </w:r>
    </w:p>
    <w:p>
      <w:pPr>
        <w:jc w:val="right"/>
      </w:pPr>
      <w:r>
        <w:t>तो पॉवर्टी कोई बुरी चीज नहीं है।</w:t>
      </w:r>
    </w:p>
    <w:p>
      <w:r>
        <w:rPr>
          <w:b/>
        </w:rPr>
        <w:t xml:space="preserve">[07:38] </w:t>
      </w:r>
      <w:r>
        <w:t>duniya mein jitne log bade-bade maane jaate hain, unko poverty hi mein jeena pada. including jo america ka to bahut bada ameer aadmi hai,</w:t>
      </w:r>
    </w:p>
    <w:p>
      <w:pPr>
        <w:jc w:val="right"/>
      </w:pPr>
      <w:r>
        <w:t>दुनिया में जितने लोग बड़े-बड़े माने जाते हैं, उनको पॉवर्टी ही में जीना पड़ा। इंक्लूडिंग जो अमेरिका का तो बहुत बड़ा अमीर आदमी है,</w:t>
      </w:r>
    </w:p>
    <w:p>
      <w:r>
        <w:rPr>
          <w:b/>
        </w:rPr>
        <w:t xml:space="preserve">[07:56] </w:t>
      </w:r>
      <w:r>
        <w:t>bill gates, wo bhi mamooli haalat mein paida hue the.</w:t>
      </w:r>
    </w:p>
    <w:p>
      <w:pPr>
        <w:jc w:val="right"/>
      </w:pPr>
      <w:r>
        <w:t>बिल गेट्स, वो भी मामूली हालत में पैदा हुए थे।</w:t>
      </w:r>
    </w:p>
    <w:p>
      <w:r>
        <w:rPr>
          <w:b/>
        </w:rPr>
        <w:t xml:space="preserve">[08:04] </w:t>
      </w:r>
      <w:r>
        <w:t>ameer khandan mein nahi paida hue the. wo doosre bhi, doosron ka bhi haal bhi yahi hai.</w:t>
      </w:r>
    </w:p>
    <w:p>
      <w:pPr>
        <w:jc w:val="right"/>
      </w:pPr>
      <w:r>
        <w:t>अमीर खानदान में नहीं पैदा हुए थे। वो दूसरे भी, दूसरों का भी हाल भी यही है।</w:t>
      </w:r>
    </w:p>
    <w:p>
      <w:r>
        <w:rPr>
          <w:b/>
        </w:rPr>
        <w:t xml:space="preserve">[08:15] </w:t>
      </w:r>
      <w:r>
        <w:t>to poverty jo hai,</w:t>
      </w:r>
    </w:p>
    <w:p>
      <w:pPr>
        <w:jc w:val="right"/>
      </w:pPr>
      <w:r>
        <w:t>तो पॉवर्टी जो है,</w:t>
      </w:r>
    </w:p>
    <w:p>
      <w:r>
        <w:rPr>
          <w:b/>
        </w:rPr>
        <w:t xml:space="preserve">[08:19] </w:t>
      </w:r>
      <w:r>
        <w:t>naam hai aisi</w:t>
      </w:r>
    </w:p>
    <w:p>
      <w:pPr>
        <w:jc w:val="right"/>
      </w:pPr>
      <w:r>
        <w:t>नाम है ऐसी</w:t>
      </w:r>
    </w:p>
    <w:p>
      <w:r>
        <w:rPr>
          <w:b/>
        </w:rPr>
        <w:t xml:space="preserve">[08:22] </w:t>
      </w:r>
      <w:r>
        <w:t>paidaish ka ki insaan discontent mein</w:t>
      </w:r>
    </w:p>
    <w:p>
      <w:pPr>
        <w:jc w:val="right"/>
      </w:pPr>
      <w:r>
        <w:t>पैदाइश का कि इंसान डिसकंटेंट में</w:t>
      </w:r>
    </w:p>
    <w:p>
      <w:r>
        <w:rPr>
          <w:b/>
        </w:rPr>
        <w:t xml:space="preserve">[08:27] </w:t>
      </w:r>
      <w:r>
        <w:t>jeena pade. usko</w:t>
      </w:r>
    </w:p>
    <w:p>
      <w:pPr>
        <w:jc w:val="right"/>
      </w:pPr>
      <w:r>
        <w:t>जीना पड़े। उसको</w:t>
      </w:r>
    </w:p>
    <w:p>
      <w:r>
        <w:rPr>
          <w:b/>
        </w:rPr>
        <w:t xml:space="preserve">[08:31] </w:t>
      </w:r>
      <w:r>
        <w:t>discontent mein jeena pade.</w:t>
      </w:r>
    </w:p>
    <w:p>
      <w:pPr>
        <w:jc w:val="right"/>
      </w:pPr>
      <w:r>
        <w:t>डिसकंटेंट में जीना पड़े।</w:t>
      </w:r>
    </w:p>
    <w:p>
      <w:r>
        <w:rPr>
          <w:b/>
        </w:rPr>
        <w:t xml:space="preserve">[08:33] </w:t>
      </w:r>
      <w:r>
        <w:t>to wahi to is is ubharti hai ki, "jo tumko nahi mila, usko paane ki koshish karo.</w:t>
      </w:r>
    </w:p>
    <w:p>
      <w:pPr>
        <w:jc w:val="right"/>
      </w:pPr>
      <w:r>
        <w:t>तो वही तो इस इस उभारती है कि, "जो तुमको नहीं मिला, उसको पाने की कोशिश करो।</w:t>
      </w:r>
    </w:p>
    <w:p>
      <w:r>
        <w:rPr>
          <w:b/>
        </w:rPr>
        <w:t xml:space="preserve">[08:42] </w:t>
      </w:r>
      <w:r>
        <w:t>jo tumko nahi mila, usko paane ki koshish karo."</w:t>
      </w:r>
    </w:p>
    <w:p>
      <w:pPr>
        <w:jc w:val="right"/>
      </w:pPr>
      <w:r>
        <w:t>जो तुमको नहीं मिला, उसको पाने की कोशिश करो।"</w:t>
      </w:r>
    </w:p>
    <w:p>
      <w:r>
        <w:rPr>
          <w:b/>
        </w:rPr>
        <w:t xml:space="preserve">[08:49] </w:t>
      </w:r>
      <w:r>
        <w:t>to iska matlab kya hua</w:t>
      </w:r>
    </w:p>
    <w:p>
      <w:pPr>
        <w:jc w:val="right"/>
      </w:pPr>
      <w:r>
        <w:t>तो इसका मतलब क्या हुआ</w:t>
      </w:r>
    </w:p>
    <w:p>
      <w:r>
        <w:rPr>
          <w:b/>
        </w:rPr>
        <w:t xml:space="preserve">[08:51] </w:t>
      </w:r>
      <w:r>
        <w:t>? ke aakhri kitaab koi late nahi likh pata. aakhri kitaab yeh hai kisi aadmi ke liye ke, "main paida hua discontent mein,</w:t>
      </w:r>
    </w:p>
    <w:p>
      <w:pPr>
        <w:jc w:val="right"/>
      </w:pPr>
      <w:r>
        <w:t>? कि आखिरी किताब कोई लेट नहीं लिख पाता। आखिरी किताब यह है किसी आदमी के लिए कि, "मैं पैदा हुआ डिसकंटेंट में,</w:t>
      </w:r>
    </w:p>
    <w:p>
      <w:r>
        <w:rPr>
          <w:b/>
        </w:rPr>
        <w:t xml:space="preserve">[09:06] </w:t>
      </w:r>
      <w:r>
        <w:t>lekin struggle karte-karte main wipro ban gaya, bill gates ban gaya, mukesh ambani ban gaya." har ek ki aakhri kitaab agar wo likhe, to yahi hogi ke, "poverty hi mujhe,</w:t>
      </w:r>
    </w:p>
    <w:p>
      <w:pPr>
        <w:jc w:val="right"/>
      </w:pPr>
      <w:r>
        <w:t>लेकिन स्ट्रगल करते-करते मैं विप्रो बन गया, बिल गेट्स बन गया, मुकेश अंबानी बन गया।" हर एक की आखिरी किताब अगर वो लिखे, तो यही होगी कि, "पॉवर्टी ही तो मुझे,</w:t>
      </w:r>
    </w:p>
    <w:p>
      <w:r>
        <w:rPr>
          <w:b/>
        </w:rPr>
        <w:t xml:space="preserve">[09:25] </w:t>
      </w:r>
      <w:r>
        <w:t>poverty hi ne to mujhe utha ubhara ke main badi-badi kaamo mein hazir karoon."</w:t>
      </w:r>
    </w:p>
    <w:p>
      <w:pPr>
        <w:jc w:val="right"/>
      </w:pPr>
      <w:r>
        <w:t>पॉवर्टी ही ने तो मुझे उठा उभारा कि मैं बड़ी-बड़ी कामों में हाजिर करूं।"</w:t>
      </w:r>
    </w:p>
    <w:p>
      <w:r>
        <w:rPr>
          <w:b/>
        </w:rPr>
        <w:t xml:space="preserve">[09:37] </w:t>
      </w:r>
      <w:r>
        <w:t>to part poverty koi buri cheez nahi hai. jaise kaha yaar, humne shuru-shuru mein jo kitaabein padhi thi, usmein likha hota tha</w:t>
      </w:r>
    </w:p>
    <w:p>
      <w:pPr>
        <w:jc w:val="right"/>
      </w:pPr>
      <w:r>
        <w:t>तो पार्ट पॉवर्टी कोई बुरी चीज नहीं है। जैसे कहा यार, हमने शुरू-शुरू में जो किताबें पढ़ी थीं, उसमें लिखा होता था</w:t>
      </w:r>
    </w:p>
    <w:p>
      <w:r>
        <w:rPr>
          <w:b/>
        </w:rPr>
        <w:t xml:space="preserve">[09:53] </w:t>
      </w:r>
      <w:r>
        <w:t>ke, "mister so and so was born with a silver spoon. it is about."</w:t>
      </w:r>
    </w:p>
    <w:p>
      <w:pPr>
        <w:jc w:val="right"/>
      </w:pPr>
      <w:r>
        <w:t>कि, "मिस्टर सो एंड सो वाज बोर्न विद ए सिल्वर स्पून। इट इज अबाउट।"</w:t>
      </w:r>
    </w:p>
    <w:p>
      <w:r>
        <w:rPr>
          <w:b/>
        </w:rPr>
        <w:t xml:space="preserve">[10:05] </w:t>
      </w:r>
      <w:r>
        <w:t>main kehta hoon ke usse zyada badi cheez hai ke, "mister so and so was born with a incentive spoon."</w:t>
      </w:r>
    </w:p>
    <w:p>
      <w:pPr>
        <w:jc w:val="right"/>
      </w:pPr>
      <w:r>
        <w:t>मैं कहता हूं कि उससे ज्यादा बड़ी चीज है कि, "मिस्टर सो एंड सो वाज बोर्न विद ए इंसेंटिव स्पून।"</w:t>
      </w:r>
    </w:p>
    <w:p>
      <w:r>
        <w:rPr>
          <w:b/>
        </w:rPr>
        <w:t xml:space="preserve">[10:24] </w:t>
      </w:r>
      <w:r>
        <w:t>doosri baat yeh hai ke har insaan, aap dekhiye ke doctor babool haq jo hai, bahut bada darja unko mila, lekin wo mar gaye</w:t>
      </w:r>
    </w:p>
    <w:p>
      <w:pPr>
        <w:jc w:val="right"/>
      </w:pPr>
      <w:r>
        <w:t>दूसरी बात यह है कि हर इंसान, आप देखिए कि डॉक्टर बबूल हक़ जो है, बहुत बड़ा दर्जा उनको मिला, लेकिन वो मर गए</w:t>
      </w:r>
    </w:p>
    <w:p>
      <w:r>
        <w:rPr>
          <w:b/>
        </w:rPr>
        <w:t xml:space="preserve">[10:41] </w:t>
      </w:r>
      <w:r>
        <w:t>64 saal ki umar mein. 64 saal aur pneumonia mein mar gaye.</w:t>
      </w:r>
    </w:p>
    <w:p>
      <w:pPr>
        <w:jc w:val="right"/>
      </w:pPr>
      <w:r>
        <w:t>64 साल की उम्र में। 64 साल और निमोनिया में मर गए।</w:t>
      </w:r>
    </w:p>
    <w:p>
      <w:r>
        <w:rPr>
          <w:b/>
        </w:rPr>
        <w:t xml:space="preserve">[10:52] </w:t>
      </w:r>
      <w:r>
        <w:t>to aakhri kitaab agar wo likh paate, to shayad wo kitaab yeh hoti ke, "the lessons from death."</w:t>
      </w:r>
    </w:p>
    <w:p>
      <w:pPr>
        <w:jc w:val="right"/>
      </w:pPr>
      <w:r>
        <w:t>तो आखिरी किताब अगर वो लिख पाते, तो शायद वो किताब यह होती कि, "द लेसंस फ्रॉम डेथ।"</w:t>
      </w:r>
    </w:p>
    <w:p>
      <w:r>
        <w:rPr>
          <w:b/>
        </w:rPr>
        <w:t xml:space="preserve">[11:07] </w:t>
      </w:r>
      <w:r>
        <w:t>wo batate ke, "dekho,</w:t>
      </w:r>
    </w:p>
    <w:p>
      <w:pPr>
        <w:jc w:val="right"/>
      </w:pPr>
      <w:r>
        <w:t>वो बताते कि, "देखो,</w:t>
      </w:r>
    </w:p>
    <w:p>
      <w:r>
        <w:rPr>
          <w:b/>
        </w:rPr>
        <w:t xml:space="preserve">[11:11] </w:t>
      </w:r>
      <w:r>
        <w:t>main kya-kya lekar paida hua, kya-kya maine socha, likha,</w:t>
      </w:r>
    </w:p>
    <w:p>
      <w:pPr>
        <w:jc w:val="right"/>
      </w:pPr>
      <w:r>
        <w:t>मैं क्या-क्या लेकर पैदा हुआ, क्या-क्या मैंने सोचा, लिखा,</w:t>
      </w:r>
    </w:p>
    <w:p>
      <w:r>
        <w:rPr>
          <w:b/>
        </w:rPr>
        <w:t xml:space="preserve">[11:21] </w:t>
      </w:r>
      <w:r>
        <w:t>lekin apni umar ko lamba nahi kar saka.</w:t>
      </w:r>
    </w:p>
    <w:p>
      <w:pPr>
        <w:jc w:val="right"/>
      </w:pPr>
      <w:r>
        <w:t>लेकिन अपनी उम्र को लंबा नहीं कर सका।</w:t>
      </w:r>
    </w:p>
    <w:p>
      <w:r>
        <w:rPr>
          <w:b/>
        </w:rPr>
        <w:t xml:space="preserve">[11:31] </w:t>
      </w:r>
      <w:r>
        <w:t>choti umar mein mar gaya main."</w:t>
      </w:r>
    </w:p>
    <w:p>
      <w:pPr>
        <w:jc w:val="right"/>
      </w:pPr>
      <w:r>
        <w:t>छोटी उम्र में मर गया मैं।"</w:t>
      </w:r>
    </w:p>
    <w:p>
      <w:r>
        <w:rPr>
          <w:b/>
        </w:rPr>
        <w:t xml:space="preserve">[11:39] </w:t>
      </w:r>
      <w:r>
        <w:t>to phir study karte wo life and death ka jo subject hai, uski study karte wo. study karte-karte unko maloom hua ke zindagi ka maamla to</w:t>
      </w:r>
    </w:p>
    <w:p>
      <w:pPr>
        <w:jc w:val="right"/>
      </w:pPr>
      <w:r>
        <w:t>तो फिर स्टडी करते वो लाइफ एंड डेथ का जो सब्जेक्ट है, उसकी स्टडी करते वो। स्टडी करते-करते उनको मालूम हुआ कि जिंदगी का मामला तो</w:t>
      </w:r>
    </w:p>
    <w:p>
      <w:r>
        <w:rPr>
          <w:b/>
        </w:rPr>
        <w:t xml:space="preserve">[11:57] </w:t>
      </w:r>
      <w:r>
        <w:t>yeh hai ke aadmi maut ke baad bhi zinda rehta hai.</w:t>
      </w:r>
    </w:p>
    <w:p>
      <w:pPr>
        <w:jc w:val="right"/>
      </w:pPr>
      <w:r>
        <w:t>यह है कि आदमी मौत के बाद भी जिंदा रहता है।</w:t>
      </w:r>
    </w:p>
    <w:p>
      <w:r>
        <w:rPr>
          <w:b/>
        </w:rPr>
        <w:t xml:space="preserve">[12:06] </w:t>
      </w:r>
      <w:r>
        <w:t>maut zindagi ka khatma nahi hai.</w:t>
      </w:r>
    </w:p>
    <w:p>
      <w:pPr>
        <w:jc w:val="right"/>
      </w:pPr>
      <w:r>
        <w:t>मौत जिंदगी का खात्मा नहीं है।</w:t>
      </w:r>
    </w:p>
    <w:p>
      <w:r>
        <w:rPr>
          <w:b/>
        </w:rPr>
        <w:t xml:space="preserve">[12:12] </w:t>
      </w:r>
      <w:r>
        <w:t>maut zindagi ka khatma nahi hai.</w:t>
      </w:r>
    </w:p>
    <w:p>
      <w:pPr>
        <w:jc w:val="right"/>
      </w:pPr>
      <w:r>
        <w:t>मौत जिंदगी का खात्मा नहीं है।</w:t>
      </w:r>
    </w:p>
    <w:p>
      <w:r>
        <w:rPr>
          <w:b/>
        </w:rPr>
        <w:t xml:space="preserve">[12:17] </w:t>
      </w:r>
      <w:r>
        <w:t>wo doosre daur hayat ka aagaz hai.</w:t>
      </w:r>
    </w:p>
    <w:p>
      <w:pPr>
        <w:jc w:val="right"/>
      </w:pPr>
      <w:r>
        <w:t>वो दूसरे दौर हयात का आगाज है।</w:t>
      </w:r>
    </w:p>
    <w:p>
      <w:r>
        <w:rPr>
          <w:b/>
        </w:rPr>
        <w:t xml:space="preserve">[12:26] </w:t>
      </w:r>
      <w:r>
        <w:t>to tayyari karo uski,</w:t>
      </w:r>
    </w:p>
    <w:p>
      <w:pPr>
        <w:jc w:val="right"/>
      </w:pPr>
      <w:r>
        <w:t>तो तैयारी करो उसकी,</w:t>
      </w:r>
    </w:p>
    <w:p>
      <w:r>
        <w:rPr>
          <w:b/>
        </w:rPr>
        <w:t xml:space="preserve">[12:30] </w:t>
      </w:r>
      <w:r>
        <w:t>yani etiditi ki tayyari karo. yeh to 40 saal, 50 saal, 60 saal.</w:t>
      </w:r>
    </w:p>
    <w:p>
      <w:pPr>
        <w:jc w:val="right"/>
      </w:pPr>
      <w:r>
        <w:t>यानी एटिडिटी की तैयारी करो। यह तो 40 साल, 50 साल, 60 साल।</w:t>
      </w:r>
    </w:p>
    <w:p>
      <w:r>
        <w:rPr>
          <w:b/>
        </w:rPr>
        <w:t xml:space="preserve">[12:41] </w:t>
      </w:r>
      <w:r>
        <w:t>aur kaha jata hai ke insan ki</w:t>
      </w:r>
    </w:p>
    <w:p>
      <w:pPr>
        <w:jc w:val="right"/>
      </w:pPr>
      <w:r>
        <w:t>और कहा जाता है कि इंसान की</w:t>
      </w:r>
    </w:p>
    <w:p>
      <w:r>
        <w:rPr>
          <w:b/>
        </w:rPr>
        <w:t xml:space="preserve">[12:46] </w:t>
      </w:r>
      <w:r>
        <w:t>average umar 70 saal hai.</w:t>
      </w:r>
    </w:p>
    <w:p>
      <w:pPr>
        <w:jc w:val="right"/>
      </w:pPr>
      <w:r>
        <w:t>एवरेज उम्र 70 साल है।</w:t>
      </w:r>
    </w:p>
    <w:p>
      <w:r>
        <w:rPr>
          <w:b/>
        </w:rPr>
        <w:t xml:space="preserve">[12:53] </w:t>
      </w:r>
      <w:r>
        <w:t>to 70 saal to bohat hi kam hai.</w:t>
      </w:r>
    </w:p>
    <w:p>
      <w:pPr>
        <w:jc w:val="right"/>
      </w:pPr>
      <w:r>
        <w:t>तो 70 साल तो बहुत ही कम है।</w:t>
      </w:r>
    </w:p>
    <w:p>
      <w:r>
        <w:rPr>
          <w:b/>
        </w:rPr>
        <w:t xml:space="preserve">[12:57] </w:t>
      </w:r>
      <w:r>
        <w:t>to tayyari karo</w:t>
      </w:r>
    </w:p>
    <w:p>
      <w:pPr>
        <w:jc w:val="right"/>
      </w:pPr>
      <w:r>
        <w:t>तो तैयारी करो</w:t>
      </w:r>
    </w:p>
    <w:p>
      <w:r>
        <w:rPr>
          <w:b/>
        </w:rPr>
        <w:t xml:space="preserve">[13:00] </w:t>
      </w:r>
      <w:r>
        <w:t>after death ki.</w:t>
      </w:r>
    </w:p>
    <w:p>
      <w:pPr>
        <w:jc w:val="right"/>
      </w:pPr>
      <w:r>
        <w:t>आफ्टर डेथ की।</w:t>
      </w:r>
    </w:p>
    <w:p>
      <w:r>
        <w:rPr>
          <w:b/>
        </w:rPr>
        <w:t xml:space="preserve">[13:04] </w:t>
      </w:r>
      <w:r>
        <w:t>life after death ki.</w:t>
      </w:r>
    </w:p>
    <w:p>
      <w:pPr>
        <w:jc w:val="right"/>
      </w:pPr>
      <w:r>
        <w:t>लाइफ आफ्टर डेथ की।</w:t>
      </w:r>
    </w:p>
    <w:p>
      <w:r>
        <w:rPr>
          <w:b/>
        </w:rPr>
        <w:t xml:space="preserve">[13:07] </w:t>
      </w:r>
      <w:r>
        <w:t>life after death.</w:t>
      </w:r>
    </w:p>
    <w:p>
      <w:pPr>
        <w:jc w:val="right"/>
      </w:pPr>
      <w:r>
        <w:t>लाइफ आफ्टर डेथ।</w:t>
      </w:r>
    </w:p>
    <w:p>
      <w:r>
        <w:rPr>
          <w:b/>
        </w:rPr>
        <w:t xml:space="preserve">[13:11] </w:t>
      </w:r>
      <w:r>
        <w:t>to agar aadmi ko</w:t>
      </w:r>
    </w:p>
    <w:p>
      <w:pPr>
        <w:jc w:val="right"/>
      </w:pPr>
      <w:r>
        <w:t>तो अगर आदमी को</w:t>
      </w:r>
    </w:p>
    <w:p>
      <w:r>
        <w:rPr>
          <w:b/>
        </w:rPr>
        <w:t xml:space="preserve">[13:14] </w:t>
      </w:r>
      <w:r>
        <w:t>apni zindagi ki aakhri kitab likhne ka mauka mile,</w:t>
      </w:r>
    </w:p>
    <w:p>
      <w:pPr>
        <w:jc w:val="right"/>
      </w:pPr>
      <w:r>
        <w:t>अपनी जिंदगी की आखिरी किताब लिखने का मौका मिले,</w:t>
      </w:r>
    </w:p>
    <w:p>
      <w:r>
        <w:rPr>
          <w:b/>
        </w:rPr>
        <w:t xml:space="preserve">[13:19] </w:t>
      </w:r>
      <w:r>
        <w:t>jo tagore chahte the, woh likh nahi sake,</w:t>
      </w:r>
    </w:p>
    <w:p>
      <w:pPr>
        <w:jc w:val="right"/>
      </w:pPr>
      <w:r>
        <w:t>जो टैगोर चाहते थे, वो लिख नहीं सके,</w:t>
      </w:r>
    </w:p>
    <w:p>
      <w:r>
        <w:rPr>
          <w:b/>
        </w:rPr>
        <w:t xml:space="preserve">[13:25] </w:t>
      </w:r>
      <w:r>
        <w:t>to har aadmi yahi kitab likhta. har aadmi, koi ek nahi.</w:t>
      </w:r>
    </w:p>
    <w:p>
      <w:pPr>
        <w:jc w:val="right"/>
      </w:pPr>
      <w:r>
        <w:t>तो हर आदमी यही किताब लिखता। हर आदमी, कोई एक नहीं।</w:t>
      </w:r>
    </w:p>
    <w:p>
      <w:r>
        <w:rPr>
          <w:b/>
        </w:rPr>
        <w:t xml:space="preserve">[13:35] </w:t>
      </w:r>
      <w:r>
        <w:t>ke zindagi to 100 saal se bhi kam hai.</w:t>
      </w:r>
    </w:p>
    <w:p>
      <w:pPr>
        <w:jc w:val="right"/>
      </w:pPr>
      <w:r>
        <w:t>कि जिंदगी तो 100 साल से भी कम है।</w:t>
      </w:r>
    </w:p>
    <w:p>
      <w:r>
        <w:rPr>
          <w:b/>
        </w:rPr>
        <w:t xml:space="preserve">[13:41] </w:t>
      </w:r>
      <w:r>
        <w:t>bohat hi kam hai. aur is comp ke baad ek eternity aati hai.</w:t>
      </w:r>
    </w:p>
    <w:p>
      <w:pPr>
        <w:jc w:val="right"/>
      </w:pPr>
      <w:r>
        <w:t>बहुत ही कम है। और इस कंप के बाद एक एटरनिटी आती है।</w:t>
      </w:r>
    </w:p>
    <w:p>
      <w:r>
        <w:rPr>
          <w:b/>
        </w:rPr>
        <w:t xml:space="preserve">[13:52] </w:t>
      </w:r>
      <w:r>
        <w:t>is comp ke baad ek hamesgi aati hai. hamesgi. to us hamesgi ki tayyari karo.</w:t>
      </w:r>
    </w:p>
    <w:p>
      <w:pPr>
        <w:jc w:val="right"/>
      </w:pPr>
      <w:r>
        <w:t>इस कंप के बाद एक हमेशगी आती है। हमेशगी। तो उस हमेशगी की तैयारी करो।</w:t>
      </w:r>
    </w:p>
    <w:p>
      <w:r>
        <w:rPr>
          <w:b/>
        </w:rPr>
        <w:t xml:space="preserve">[14:06] </w:t>
      </w:r>
      <w:r>
        <w:t>is temporary period ki mein sari umr bandh khatm kar do. jo lambi nahi, balki eternal jo period hai,</w:t>
      </w:r>
    </w:p>
    <w:p>
      <w:pPr>
        <w:jc w:val="right"/>
      </w:pPr>
      <w:r>
        <w:t>इस टेंपरेरी पीरियड की में सारी उम्र बंद खत्म कर दो। जो लंबी नहीं, बल्कि इटरनल जो पीरियड है,</w:t>
      </w:r>
    </w:p>
    <w:p>
      <w:r>
        <w:rPr>
          <w:b/>
        </w:rPr>
        <w:t xml:space="preserve">[14:20] </w:t>
      </w:r>
      <w:r>
        <w:t>uske liye tayyari karo.</w:t>
      </w:r>
    </w:p>
    <w:p>
      <w:pPr>
        <w:jc w:val="right"/>
      </w:pPr>
      <w:r>
        <w:t>उसके लिए तैयारी करो।</w:t>
      </w:r>
    </w:p>
    <w:p>
      <w:r>
        <w:rPr>
          <w:b/>
        </w:rPr>
        <w:t xml:space="preserve">[14:27] </w:t>
      </w:r>
      <w:r>
        <w:t>ek sahib se mulaqat hui.</w:t>
      </w:r>
    </w:p>
    <w:p>
      <w:pPr>
        <w:jc w:val="right"/>
      </w:pPr>
      <w:r>
        <w:t>एक साहब से मुलाकात हुई।</w:t>
      </w:r>
    </w:p>
    <w:p>
      <w:r>
        <w:rPr>
          <w:b/>
        </w:rPr>
        <w:t xml:space="preserve">[14:33] </w:t>
      </w:r>
      <w:r>
        <w:t>ek ek sahib se mulaqat hui. woh unho ne kaha ke, "main</w:t>
      </w:r>
    </w:p>
    <w:p>
      <w:pPr>
        <w:jc w:val="right"/>
      </w:pPr>
      <w:r>
        <w:t>एक एक साहब से मुलाकात हुई। वो उन्होंने कहा कि, "मैं</w:t>
      </w:r>
    </w:p>
    <w:p>
      <w:r>
        <w:rPr>
          <w:b/>
        </w:rPr>
        <w:t xml:space="preserve">[14:40] </w:t>
      </w:r>
      <w:r>
        <w:t>khudkushi ka suicide karna chahta hoon." halanki unki umr abhi 30 saal se kam hai. 29 years hai.</w:t>
      </w:r>
    </w:p>
    <w:p>
      <w:pPr>
        <w:jc w:val="right"/>
      </w:pPr>
      <w:r>
        <w:t>खुदकुशी का सुसाइड करना चाहता हूं।" हालांकि उनकी उम्र अभी 30 साल से कम है। 29 इयर्स है।</w:t>
      </w:r>
    </w:p>
    <w:p>
      <w:r>
        <w:rPr>
          <w:b/>
        </w:rPr>
        <w:t xml:space="preserve">[14:54] </w:t>
      </w:r>
      <w:r>
        <w:t>to unho ne kaha ke, "main aaj hi ki baat hai." aaj ek sahib se mulaqat hui, jo inki umr 29 years hai. aur woh keh rahe the ke, "main suicide karna chahta hoon."</w:t>
      </w:r>
    </w:p>
    <w:p>
      <w:pPr>
        <w:jc w:val="right"/>
      </w:pPr>
      <w:r>
        <w:t>तो उन्होंने कहा कि, "मैं आज ही की बात है।" आज एक साहब से मुलाकात हुई, जो इनकी उम्र 29 इयर्स है। और वो कह रहे थे कि, "मैं सुसाइड करना चाहता हूं।"</w:t>
      </w:r>
    </w:p>
    <w:p>
      <w:r>
        <w:rPr>
          <w:b/>
        </w:rPr>
        <w:t xml:space="preserve">[15:11] </w:t>
      </w:r>
      <w:r>
        <w:t>suicide. kyunke unki shadi unke khayal se galat ho gayi.</w:t>
      </w:r>
    </w:p>
    <w:p>
      <w:pPr>
        <w:jc w:val="right"/>
      </w:pPr>
      <w:r>
        <w:t>सुसाइड। क्योंकि उनकी शादी उनके ख्याल से गलत हो गई।</w:t>
      </w:r>
    </w:p>
    <w:p>
      <w:r>
        <w:rPr>
          <w:b/>
        </w:rPr>
        <w:t xml:space="preserve">[15:18] </w:t>
      </w:r>
      <w:r>
        <w:t>yaani unke kehne ke mutabiq, unki biwi jo hai,</w:t>
      </w:r>
    </w:p>
    <w:p>
      <w:pPr>
        <w:jc w:val="right"/>
      </w:pPr>
      <w:r>
        <w:t>यानी उनके कहने के मुताबिक, उनकी बीवी जो है,</w:t>
      </w:r>
    </w:p>
    <w:p>
      <w:r>
        <w:rPr>
          <w:b/>
        </w:rPr>
        <w:t xml:space="preserve">[15:23] </w:t>
      </w:r>
      <w:r>
        <w:t>unka wazan 150 kilo hai.</w:t>
      </w:r>
    </w:p>
    <w:p>
      <w:pPr>
        <w:jc w:val="right"/>
      </w:pPr>
      <w:r>
        <w:t>उनका वजन 150 किलो है।</w:t>
      </w:r>
    </w:p>
    <w:p>
      <w:r>
        <w:rPr>
          <w:b/>
        </w:rPr>
        <w:t xml:space="preserve">[15:28] </w:t>
      </w:r>
      <w:r>
        <w:t>ab zahir hai ke ye bohat bada masla hai.</w:t>
      </w:r>
    </w:p>
    <w:p>
      <w:pPr>
        <w:jc w:val="right"/>
      </w:pPr>
      <w:r>
        <w:t>अब जाहिर है कि ये बहुत बड़ा मसला है।</w:t>
      </w:r>
    </w:p>
    <w:p>
      <w:r>
        <w:rPr>
          <w:b/>
        </w:rPr>
        <w:t xml:space="preserve">[15:31] </w:t>
      </w:r>
      <w:r>
        <w:t>ye to wo isse pareshan, itne pareshan hain ke unhone kaha ke, "main</w:t>
      </w:r>
    </w:p>
    <w:p>
      <w:pPr>
        <w:jc w:val="right"/>
      </w:pPr>
      <w:r>
        <w:t>ये तो वो इससे परेशान, इतने परेशान हैं कि उन्होंने कहा कि, "मैं</w:t>
      </w:r>
    </w:p>
    <w:p>
      <w:r>
        <w:rPr>
          <w:b/>
        </w:rPr>
        <w:t xml:space="preserve">[15:37] </w:t>
      </w:r>
      <w:r>
        <w:t>chahta hoon suicide kar loon."</w:t>
      </w:r>
    </w:p>
    <w:p>
      <w:pPr>
        <w:jc w:val="right"/>
      </w:pPr>
      <w:r>
        <w:t>चाहता हूं सुसाइड कर लूं।"</w:t>
      </w:r>
    </w:p>
    <w:p>
      <w:r>
        <w:rPr>
          <w:b/>
        </w:rPr>
        <w:t xml:space="preserve">[15:41] </w:t>
      </w:r>
      <w:r>
        <w:t>to isko lekar bas sochta raha, sochta raha, sochta raha.</w:t>
      </w:r>
    </w:p>
    <w:p>
      <w:pPr>
        <w:jc w:val="right"/>
      </w:pPr>
      <w:r>
        <w:t>तो इसको लेकर बस सोचता रहा, सोचता रहा, सोचता रहा।</w:t>
      </w:r>
    </w:p>
    <w:p>
      <w:r>
        <w:rPr>
          <w:b/>
        </w:rPr>
        <w:t xml:space="preserve">[15:44] </w:t>
      </w:r>
      <w:r>
        <w:t>abhi tak sochta raha hoon.</w:t>
      </w:r>
    </w:p>
    <w:p>
      <w:pPr>
        <w:jc w:val="right"/>
      </w:pPr>
      <w:r>
        <w:t>अभी तक सोचता रहा हूं।</w:t>
      </w:r>
    </w:p>
    <w:p>
      <w:r>
        <w:rPr>
          <w:b/>
        </w:rPr>
        <w:t xml:space="preserve">[15:51] </w:t>
      </w:r>
      <w:r>
        <w:t>to main is is rai par pohncha ke agar</w:t>
      </w:r>
    </w:p>
    <w:p>
      <w:pPr>
        <w:jc w:val="right"/>
      </w:pPr>
      <w:r>
        <w:t>तो मैं इस इस राय पर पहुंचा कि अगर</w:t>
      </w:r>
    </w:p>
    <w:p>
      <w:r>
        <w:rPr>
          <w:b/>
        </w:rPr>
        <w:t xml:space="preserve">[16:01] </w:t>
      </w:r>
      <w:r>
        <w:t>logon ne apni zindagi ki aakhri kitab likhi hoti, yani "what after death." har aadmi marta hai. kul nafs zaiqat ul maut. agar logon ne, har marne wale ne apni aakhri kitab likhi hoti,</w:t>
      </w:r>
    </w:p>
    <w:p>
      <w:pPr>
        <w:jc w:val="right"/>
      </w:pPr>
      <w:r>
        <w:t>लोगों ने अपनी जिंदगी की आखिरी किताब लिखी होती, यानी "व्हाट आफ्टर डेथ।" हर आदमी मरता है। कुल नफ्स जायतुल मौत। अगर लोगों ने, हर मरने वाले ने अपनी आखिरी किताब लिखी होती,</w:t>
      </w:r>
    </w:p>
    <w:p>
      <w:r>
        <w:rPr>
          <w:b/>
        </w:rPr>
        <w:t xml:space="preserve">[16:20] </w:t>
      </w:r>
      <w:r>
        <w:t>"what after death," to sab yeh kehte, sab sab yeh kehte ke, "bhai, aakhri zindagi to maut ke baad ki hai. woh eternity hai. uski tayyari karo. tumhari shuru ki zindagi agar achi guzri ya buri guzre,</w:t>
      </w:r>
    </w:p>
    <w:p>
      <w:pPr>
        <w:jc w:val="right"/>
      </w:pPr>
      <w:r>
        <w:t>"व्हाट आफ्टर डेथ," तो सब यह कहते, सब सब यह कहते कि, "भाई, आखिरी जिंदगी तो मौत के बाद की है। वो एटरनिटी है। उसकी तैयारी करो। तुम्हारी शुरू की जिंदगी अगर अच्छी गुजरी या बुरी गुजरे,</w:t>
      </w:r>
    </w:p>
    <w:p>
      <w:r>
        <w:rPr>
          <w:b/>
        </w:rPr>
        <w:t xml:space="preserve">[16:43] </w:t>
      </w:r>
      <w:r>
        <w:t>use koi farq nahi parta. kyunke woh bohat hi temporary period hai.</w:t>
      </w:r>
    </w:p>
    <w:p>
      <w:pPr>
        <w:jc w:val="right"/>
      </w:pPr>
      <w:r>
        <w:t>उसे कोई फर्क नहीं पड़ता। क्योंकि वो बहुत ही टेंपरेरी पीरियड है।</w:t>
      </w:r>
    </w:p>
    <w:p>
      <w:r>
        <w:rPr>
          <w:b/>
        </w:rPr>
        <w:t xml:space="preserve">[16:53] </w:t>
      </w:r>
      <w:r>
        <w:t>woh to 70 saal hai. aisi kuch hai. to asal zindagi to abhi baqi hai. asal zindagi to abhi baqi hai, jo eternal hai. to agar marne wale apni aakhri kitab likh sakte,</w:t>
      </w:r>
    </w:p>
    <w:p>
      <w:pPr>
        <w:jc w:val="right"/>
      </w:pPr>
      <w:r>
        <w:t>वो तो 70 साल है। ऐसी कुछ है। तो असल जिंदगी तो अभी बाकी है। असल जिंदगी तो अभी बाकी है, जो इटरनल है। तो अगर मरने वाले अपनी आखिरी किताब लिख सकते,</w:t>
      </w:r>
    </w:p>
    <w:p>
      <w:r>
        <w:rPr>
          <w:b/>
        </w:rPr>
        <w:t xml:space="preserve">[17:17] </w:t>
      </w:r>
      <w:r>
        <w:t>to har ek yahi likhta</w:t>
      </w:r>
    </w:p>
    <w:p>
      <w:pPr>
        <w:jc w:val="right"/>
      </w:pPr>
      <w:r>
        <w:t>तो हर एक यही लिखता</w:t>
      </w:r>
    </w:p>
    <w:p>
      <w:r>
        <w:rPr>
          <w:b/>
        </w:rPr>
        <w:t xml:space="preserve">[17:24] </w:t>
      </w:r>
      <w:r>
        <w:t>ke, "bhai, hum 40 saal mein, 50 saal mein, 60 saal mein mar gaye." to yeh to zindagi ka bohat hi chota hissa tha. bohat hi chota.</w:t>
      </w:r>
    </w:p>
    <w:p>
      <w:pPr>
        <w:jc w:val="right"/>
      </w:pPr>
      <w:r>
        <w:t>कि, "भाई, हम 40 साल में, 50 साल में, 60 साल में मर गए।" तो यह तो जिंदगी का बहुत ही छोटा हिस्सा था। बहुत ही छोटा।</w:t>
      </w:r>
    </w:p>
    <w:p>
      <w:r>
        <w:rPr>
          <w:b/>
        </w:rPr>
        <w:t xml:space="preserve">[17:43] </w:t>
      </w:r>
      <w:r>
        <w:t>to bara hissa, yani eternal life, woh to baqi hai. agar yeh life achi nahi guzri, maslan aap ko galat shadi ho gayi, galat aap ka tajurba hua business mein,</w:t>
      </w:r>
    </w:p>
    <w:p>
      <w:pPr>
        <w:jc w:val="right"/>
      </w:pPr>
      <w:r>
        <w:t>तो बड़ा हिस्सा, यानी इटरनल लाइफ, वो तो बाकी है। अगर यह लाइफ अच्छी नहीं गुजरी, मसलन आपको गलत शादी हो गई, गलत आपका तजुर्बा हुआ बिजनेस में,</w:t>
      </w:r>
    </w:p>
    <w:p>
      <w:r>
        <w:rPr>
          <w:b/>
        </w:rPr>
        <w:t xml:space="preserve">[18:05] </w:t>
      </w:r>
      <w:r>
        <w:t>aap bari degree hasil nahi kar sake,</w:t>
      </w:r>
    </w:p>
    <w:p>
      <w:pPr>
        <w:jc w:val="right"/>
      </w:pPr>
      <w:r>
        <w:t>आप बड़ी डिग्री हासिल नहीं कर सके,</w:t>
      </w:r>
    </w:p>
    <w:p>
      <w:r>
        <w:rPr>
          <w:b/>
        </w:rPr>
        <w:t xml:space="preserve">[18:08] </w:t>
      </w:r>
      <w:r>
        <w:t>koi bhi failure aapko pesh aaya, aane dijiye.</w:t>
      </w:r>
    </w:p>
    <w:p>
      <w:pPr>
        <w:jc w:val="right"/>
      </w:pPr>
      <w:r>
        <w:t>कोई भी फेलियर आपको पेश आया, आने दीजिए।</w:t>
      </w:r>
    </w:p>
    <w:p>
      <w:r>
        <w:rPr>
          <w:b/>
        </w:rPr>
        <w:t xml:space="preserve">[18:15] </w:t>
      </w:r>
      <w:r>
        <w:t>abhi to baqi hai.</w:t>
      </w:r>
    </w:p>
    <w:p>
      <w:pPr>
        <w:jc w:val="right"/>
      </w:pPr>
      <w:r>
        <w:t>अभी तो बाकी है।</w:t>
      </w:r>
    </w:p>
    <w:p>
      <w:r>
        <w:rPr>
          <w:b/>
        </w:rPr>
        <w:t xml:space="preserve">[18:17] </w:t>
      </w:r>
      <w:r>
        <w:t>saari umar, saari eternity baqi hai.</w:t>
      </w:r>
    </w:p>
    <w:p>
      <w:pPr>
        <w:jc w:val="right"/>
      </w:pPr>
      <w:r>
        <w:t>सारी उम्र, सारी एटरनिटी बाकी है।</w:t>
      </w:r>
    </w:p>
    <w:p>
      <w:r>
        <w:rPr>
          <w:b/>
        </w:rPr>
        <w:t xml:space="preserve">[18:20] </w:t>
      </w:r>
      <w:r>
        <w:t>uske liye tayyari kijiye.</w:t>
      </w:r>
    </w:p>
    <w:p>
      <w:pPr>
        <w:jc w:val="right"/>
      </w:pPr>
      <w:r>
        <w:t>उसके लिए तैयारी कीजिए।</w:t>
      </w:r>
    </w:p>
    <w:p>
      <w:r>
        <w:rPr>
          <w:b/>
        </w:rPr>
        <w:t xml:space="preserve">[18:21] </w:t>
      </w:r>
      <w:r>
        <w:t>uske liye tayyari kijiye.</w:t>
      </w:r>
    </w:p>
    <w:p>
      <w:pPr>
        <w:jc w:val="right"/>
      </w:pPr>
      <w:r>
        <w:t>उसके लिए तैयारी कीजिए।</w:t>
      </w:r>
    </w:p>
    <w:p>
      <w:r>
        <w:rPr>
          <w:b/>
        </w:rPr>
        <w:t xml:space="preserve">[18:25] </w:t>
      </w:r>
      <w:r>
        <w:t>to dunya ki main samajhta hoon ke sabse bari kami yeh hai ke koi insan apni aakhri kitab</w:t>
      </w:r>
    </w:p>
    <w:p>
      <w:pPr>
        <w:jc w:val="right"/>
      </w:pPr>
      <w:r>
        <w:t>तो दुनिया की मैं समझता हूं कि सबसे बड़ी कम यह है कि कोई इंसान अपनी आखिरी किताब</w:t>
      </w:r>
    </w:p>
    <w:p>
      <w:r>
        <w:rPr>
          <w:b/>
        </w:rPr>
        <w:t xml:space="preserve">[18:33] </w:t>
      </w:r>
      <w:r>
        <w:t>na likh saka.</w:t>
      </w:r>
    </w:p>
    <w:p>
      <w:pPr>
        <w:jc w:val="right"/>
      </w:pPr>
      <w:r>
        <w:t>ना लिख सका।</w:t>
      </w:r>
    </w:p>
    <w:p>
      <w:r>
        <w:rPr>
          <w:b/>
        </w:rPr>
        <w:t xml:space="preserve">[18:36] </w:t>
      </w:r>
      <w:r>
        <w:t>jo kaha hai</w:t>
      </w:r>
    </w:p>
    <w:p>
      <w:pPr>
        <w:jc w:val="right"/>
      </w:pPr>
      <w:r>
        <w:t>जो कहा है</w:t>
      </w:r>
    </w:p>
    <w:p>
      <w:r>
        <w:rPr>
          <w:b/>
        </w:rPr>
        <w:t xml:space="preserve">[18:39] </w:t>
      </w:r>
      <w:r>
        <w:t>tagore ne ki, "sari umar meri bina ke taron ko suljhane mein beet gayi."</w:t>
      </w:r>
    </w:p>
    <w:p>
      <w:pPr>
        <w:jc w:val="right"/>
      </w:pPr>
      <w:r>
        <w:t>टैगोर ने कि, "सारी उम्र मेरी बीना के तारों को सुलझाने में बीत गई।"</w:t>
      </w:r>
    </w:p>
    <w:p>
      <w:r>
        <w:rPr>
          <w:b/>
        </w:rPr>
        <w:t xml:space="preserve">[18:47] </w:t>
      </w:r>
      <w:r>
        <w:t>jo aag, jo antim geet main gana chahta</w:t>
      </w:r>
    </w:p>
    <w:p>
      <w:pPr>
        <w:jc w:val="right"/>
      </w:pPr>
      <w:r>
        <w:t>जो आग, जो अंतिम गीत मैं गाना चाहता</w:t>
      </w:r>
    </w:p>
    <w:p>
      <w:r>
        <w:rPr>
          <w:b/>
        </w:rPr>
        <w:t xml:space="preserve">[18:50] </w:t>
      </w:r>
      <w:r>
        <w:t>tha, woh na ga saka. to shayad agar woh antim geet ga sakte, shayad to woh yahi hota ke, "bhai, yeh first half of life jo tha,</w:t>
      </w:r>
    </w:p>
    <w:p>
      <w:pPr>
        <w:jc w:val="right"/>
      </w:pPr>
      <w:r>
        <w:t>था, वो ना गा सका। तो शायद अगर वो अंतिम गीत गा सकते, शायद तो वो यही होता कि, "भाई, ये फर्स्ट हाफ ऑफ लाइफ जो था,</w:t>
      </w:r>
    </w:p>
    <w:p>
      <w:r>
        <w:rPr>
          <w:b/>
        </w:rPr>
        <w:t xml:space="preserve">[19:06] </w:t>
      </w:r>
      <w:r>
        <w:t>woh to kuch bhi nahi tha. woh to iceberg ka sirf tip tha." tip.</w:t>
      </w:r>
    </w:p>
    <w:p>
      <w:pPr>
        <w:jc w:val="right"/>
      </w:pPr>
      <w:r>
        <w:t>वो तो कुछ भी नहीं था। वो तो आइसबर्ग का सिर्फ ट्रिप था।" ट्रिप।</w:t>
      </w:r>
    </w:p>
    <w:p>
      <w:r>
        <w:rPr>
          <w:b/>
        </w:rPr>
        <w:t xml:space="preserve">[19:17] </w:t>
      </w:r>
      <w:r>
        <w:t>saari lambi life, saari eternity to baaki hai. abhi to isse sabak lo. aur agli, agla daur hayaat jo hai,</w:t>
      </w:r>
    </w:p>
    <w:p>
      <w:pPr>
        <w:jc w:val="right"/>
      </w:pPr>
      <w:r>
        <w:t>सारी लंबी लाइफ, सारी एटरनिटी तो बाकी है। अभी तो इससे सबक लो। और अगली, अगला दौर हयात जो है,</w:t>
      </w:r>
    </w:p>
    <w:p>
      <w:r>
        <w:rPr>
          <w:b/>
        </w:rPr>
        <w:t xml:space="preserve">[19:31] </w:t>
      </w:r>
      <w:r>
        <w:t>uske liye tayyari karo. uske liye apna kuch tayyar karo. to life after death jo hai, wo sabse bada concern ban jaata hai har aadmi ka.</w:t>
      </w:r>
    </w:p>
    <w:p>
      <w:pPr>
        <w:jc w:val="right"/>
      </w:pPr>
      <w:r>
        <w:t>उसके लिए तैयारी करो। उसके लिए अपना कुछ तैयार करो। तो लाइफ आफ्टर डेथ जो है, वो सबसे बड़ा कंसर्न बन जाता है हर आदमी का।</w:t>
      </w:r>
    </w:p>
    <w:p>
      <w:r>
        <w:rPr>
          <w:b/>
        </w:rPr>
        <w:t xml:space="preserve">[19:49] </w:t>
      </w:r>
      <w:r>
        <w:t>to paighambaron ne yahi bataya insaan ko</w:t>
      </w:r>
    </w:p>
    <w:p>
      <w:pPr>
        <w:jc w:val="right"/>
      </w:pPr>
      <w:r>
        <w:t>तो पैगंबरों ने यही बताया इंसान को</w:t>
      </w:r>
    </w:p>
    <w:p>
      <w:r>
        <w:rPr>
          <w:b/>
        </w:rPr>
        <w:t xml:space="preserve">[19:55] </w:t>
      </w:r>
      <w:r>
        <w:t>ki life before death, death</w:t>
      </w:r>
    </w:p>
    <w:p>
      <w:pPr>
        <w:jc w:val="right"/>
      </w:pPr>
      <w:r>
        <w:t>कि लाइफ बिफोर डेथ, डेथ</w:t>
      </w:r>
    </w:p>
    <w:p>
      <w:r>
        <w:rPr>
          <w:b/>
        </w:rPr>
        <w:t xml:space="preserve">[19:59] </w:t>
      </w:r>
      <w:r>
        <w:t>paigambaron ne jo bataya, wo yahi tha ki life before death to bahut, bahut hi chhota hissa hai.</w:t>
      </w:r>
    </w:p>
    <w:p>
      <w:pPr>
        <w:jc w:val="right"/>
      </w:pPr>
      <w:r>
        <w:t>पैगंबरों ने जो बताया, वो यही था कि लाइफ बिफोर डेथ तो बहुत, बहुत ही छोटा हिस्सा है।</w:t>
      </w:r>
    </w:p>
    <w:p>
      <w:r>
        <w:rPr>
          <w:b/>
        </w:rPr>
        <w:t xml:space="preserve">[20:09] </w:t>
      </w:r>
      <w:r>
        <w:t>iceberg ka bahut hi chhota sa tick tip hai.</w:t>
      </w:r>
    </w:p>
    <w:p>
      <w:pPr>
        <w:jc w:val="right"/>
      </w:pPr>
      <w:r>
        <w:t>आइसबर्ग का बहुत ही छोटा सा टिक टिप है।</w:t>
      </w:r>
    </w:p>
    <w:p>
      <w:r>
        <w:rPr>
          <w:b/>
        </w:rPr>
        <w:t xml:space="preserve">[20:14] </w:t>
      </w:r>
      <w:r>
        <w:t>sari zindagi to padi hui hai.</w:t>
      </w:r>
    </w:p>
    <w:p>
      <w:pPr>
        <w:jc w:val="right"/>
      </w:pPr>
      <w:r>
        <w:t>सारी जिंदगी तो पड़ी हुई है।</w:t>
      </w:r>
    </w:p>
    <w:p>
      <w:r>
        <w:rPr>
          <w:b/>
        </w:rPr>
        <w:t xml:space="preserve">[20:15] </w:t>
      </w:r>
      <w:r>
        <w:t>abhi wo hai life, life after death.</w:t>
      </w:r>
    </w:p>
    <w:p>
      <w:pPr>
        <w:jc w:val="right"/>
      </w:pPr>
      <w:r>
        <w:t>अभी वो है लाइफ, लाइफ आफ्टर डेथ।</w:t>
      </w:r>
    </w:p>
    <w:p>
      <w:r>
        <w:rPr>
          <w:b/>
        </w:rPr>
        <w:t xml:space="preserve">[20:22] </w:t>
      </w:r>
      <w:r>
        <w:t>uski tayyari karo.</w:t>
      </w:r>
    </w:p>
    <w:p>
      <w:pPr>
        <w:jc w:val="right"/>
      </w:pPr>
      <w:r>
        <w:t>उसकी तैयारी करो।</w:t>
      </w:r>
    </w:p>
    <w:p>
      <w:r>
        <w:rPr>
          <w:b/>
        </w:rPr>
        <w:t xml:space="preserve">[20:24] </w:t>
      </w:r>
      <w:r>
        <w:t>yani jannat, jannat ki tayyari karo.</w:t>
      </w:r>
    </w:p>
    <w:p>
      <w:pPr>
        <w:jc w:val="right"/>
      </w:pPr>
      <w:r>
        <w:t>यानी जन्नत, जन्नत की तैयारी करो।</w:t>
      </w:r>
    </w:p>
    <w:p>
      <w:r>
        <w:rPr>
          <w:b/>
        </w:rPr>
        <w:t xml:space="preserve">[20:29] </w:t>
      </w:r>
      <w:r>
        <w:t>to dusre daur hayat mein tumko jannat mil jaye,</w:t>
      </w:r>
    </w:p>
    <w:p>
      <w:pPr>
        <w:jc w:val="right"/>
      </w:pPr>
      <w:r>
        <w:t>तो दूसरे दौर हयात में तुमको जन्नत मिल जाए,</w:t>
      </w:r>
    </w:p>
    <w:p>
      <w:r>
        <w:rPr>
          <w:b/>
        </w:rPr>
        <w:t xml:space="preserve">[20:33] </w:t>
      </w:r>
      <w:r>
        <w:t>tumhari achhi, har cheez achhi ho jaaye, to koi bhi yeh na soche ke main suicide kar loon. agar insaan ko pata chal jaaye ke zindagi ke pehle daur mein agar kuch mere pasand ke khilaaf ho gaya, to hone do. kab tak?</w:t>
      </w:r>
    </w:p>
    <w:p>
      <w:pPr>
        <w:jc w:val="right"/>
      </w:pPr>
      <w:r>
        <w:t>तुम्हारी अच्छी, हर चीज अच्छी हो जाए, तो कोई भी यह ना सोचे कि मैं सुसाइड कर लूं। अगर इंसान को पता चल जाए कि जिंदगी के पहले दौर में अगर कुछ मेरे पसंद के खिलाफ हो गया, तो होने दो। कब तक?</w:t>
      </w:r>
    </w:p>
    <w:p>
      <w:r>
        <w:rPr>
          <w:b/>
        </w:rPr>
        <w:t xml:space="preserve">[21:01] </w:t>
      </w:r>
      <w:r>
        <w:t>bada hissa, bada daur hayaat to baaki hai. uske liye hum tayyari karenge. usmein hum jannat haasil karenge.</w:t>
      </w:r>
    </w:p>
    <w:p>
      <w:pPr>
        <w:jc w:val="right"/>
      </w:pPr>
      <w:r>
        <w:t>बड़ा हिस्सा, बड़ा दौर हयात तो बाकी है। उसके लिए हम तैयारी करेंगे। उसमें हम जन्नत हासिल करेंगे।</w:t>
      </w:r>
    </w:p>
    <w:p>
      <w:r>
        <w:rPr>
          <w:b/>
        </w:rPr>
        <w:t xml:space="preserve">[21:14] </w:t>
      </w:r>
      <w:r>
        <w:t>to yeh agar cheezein, kitaab to aisi nahi likhi kisi ne, lekin yeh ek tajarba hai jo is par bahut logon ne likha hai. life of death par,</w:t>
      </w:r>
    </w:p>
    <w:p>
      <w:pPr>
        <w:jc w:val="right"/>
      </w:pPr>
      <w:r>
        <w:t>तो यह अगर चीजें, किताब तो ऐसी नहीं लिखी किसी ने, लेकिन यह एक तजुर्बा है जो इस पर बहुत लोगों ने लिखा है। लाइफ ऑफ डेथ पर,</w:t>
      </w:r>
    </w:p>
    <w:p>
      <w:r>
        <w:rPr>
          <w:b/>
        </w:rPr>
        <w:t xml:space="preserve">[21:34] </w:t>
      </w:r>
      <w:r>
        <w:t>life after death par, life after death par paighambaron ne likha. Quran ne likha.</w:t>
      </w:r>
    </w:p>
    <w:p>
      <w:pPr>
        <w:jc w:val="right"/>
      </w:pPr>
      <w:r>
        <w:t>लाइफ आफ्टर डेथ पर, लाइफ आफ्टर डेथ पर पैगंबरों ने लिखा। कुरान ने लिखा।</w:t>
      </w:r>
    </w:p>
    <w:p>
      <w:r>
        <w:rPr>
          <w:b/>
        </w:rPr>
        <w:t xml:space="preserve">[21:50] </w:t>
      </w:r>
      <w:r>
        <w:t>hadees mein hai ke baad, bahut maut ke baad ki tayyari karo. wo k</w:t>
      </w:r>
    </w:p>
    <w:p>
      <w:pPr>
        <w:jc w:val="right"/>
      </w:pPr>
      <w:r>
        <w:t>हदीस में है कि बाद, बहुत मौत के बाद की तैयारी करो। वो क</w:t>
      </w:r>
    </w:p>
    <w:p>
      <w:r>
        <w:rPr>
          <w:b/>
        </w:rPr>
        <w:t xml:space="preserve">[22:01] </w:t>
      </w:r>
      <w:r>
        <w:t>ya tha? baad maut. amal baad maut.</w:t>
      </w:r>
    </w:p>
    <w:p>
      <w:pPr>
        <w:jc w:val="right"/>
      </w:pPr>
      <w:r>
        <w:t>्या था? बादल मौत। अमल बादल मौत।</w:t>
      </w:r>
    </w:p>
    <w:p>
      <w:r>
        <w:rPr>
          <w:b/>
        </w:rPr>
        <w:t xml:space="preserve">[22:09] </w:t>
      </w:r>
      <w:r>
        <w:t>akal, akalmand aadmi wo hai jo maut ke baad wali zindagi ki tayyari kare. al-kasu mandan nafsahu wa bilma'ad. haan, kais maane hote hain?</w:t>
      </w:r>
    </w:p>
    <w:p>
      <w:pPr>
        <w:jc w:val="right"/>
      </w:pPr>
      <w:r>
        <w:t>अकल, अकलमंद आदमी वो है जो मौत के बाद वाली जिंदगी की तैयारी करे। अलकसु मंदान नफ्सहु वाबिलमाबाद। हां, कइस माने होते हैं?</w:t>
      </w:r>
    </w:p>
    <w:p>
      <w:r>
        <w:rPr>
          <w:b/>
        </w:rPr>
        <w:t xml:space="preserve">[22:22] </w:t>
      </w:r>
      <w:r>
        <w:t>wise. yeh hadees hai ke wise aadmi wo hai jo maut ke baad ke liye tayyari kare. yaani, yaani doosre daur hayaat ke liye. to pehle daur hayaat ko wo aadmi jo aaj mujhe mila tha,</w:t>
      </w:r>
    </w:p>
    <w:p>
      <w:pPr>
        <w:jc w:val="right"/>
      </w:pPr>
      <w:r>
        <w:t>वाइज। ये हदीस है कि वाइज आदमी वो है जो मौत के बाद के लिए तैयारी करे। यानी, यानी दूसरे दौर हयात के लिए। तो पहले दौर हयात को वो आदमी जो आज मुझे मिला था,</w:t>
      </w:r>
    </w:p>
    <w:p>
      <w:r>
        <w:rPr>
          <w:b/>
        </w:rPr>
        <w:t xml:space="preserve">[22:43] </w:t>
      </w:r>
      <w:r>
        <w:t>pehla daur hayaat ke tajarbe ko apne khilaaf paaya, to wo chahta hai ke main suicide kar loon.</w:t>
      </w:r>
    </w:p>
    <w:p>
      <w:pPr>
        <w:jc w:val="right"/>
      </w:pPr>
      <w:r>
        <w:t>पहले दौर हयात के तजुर्बे को अपने खिलाफ पाया, तो वो चाहता है कि मैं सुसाइड कर लूं।</w:t>
      </w:r>
    </w:p>
    <w:p>
      <w:r>
        <w:rPr>
          <w:b/>
        </w:rPr>
        <w:t xml:space="preserve">[22:54] </w:t>
      </w:r>
      <w:r>
        <w:t>agar wo soch paaye ke doosra daur hayaat abhi baaki hai, agar yeh soch paaye ke doosra daur hayaat to abhi baaki hai, uske liye tayyari karo. kya zaroorat hai suicide ki?</w:t>
      </w:r>
    </w:p>
    <w:p>
      <w:pPr>
        <w:jc w:val="right"/>
      </w:pPr>
      <w:r>
        <w:t>अगर वो सोच पाए कि दूसरा दौर हयात अभी बाकी है, अगर ये सोच पाए कि दूसरा दौर हयात तो अभी बाकी है, उसके लिए तैयारी करो। क्या जरूरत है सुसाइड की?</w:t>
      </w:r>
    </w:p>
    <w:p>
      <w:r>
        <w:rPr>
          <w:b/>
        </w:rPr>
        <w:t xml:space="preserve">[23:11] </w:t>
      </w:r>
      <w:r>
        <w:t>uske liye tayyari karo.</w:t>
      </w:r>
    </w:p>
    <w:p>
      <w:pPr>
        <w:jc w:val="right"/>
      </w:pPr>
      <w:r>
        <w:t>उसके लिए तैयारी करो।</w:t>
      </w:r>
    </w:p>
    <w:p>
      <w:r>
        <w:rPr>
          <w:b/>
        </w:rPr>
        <w:t xml:space="preserve">[23:14] </w:t>
      </w:r>
      <w:r>
        <w:t>to main sochta hoon ki yeh sabse badi haqeeqat hai jo har insan ko janna chahiye.</w:t>
      </w:r>
    </w:p>
    <w:p>
      <w:pPr>
        <w:jc w:val="right"/>
      </w:pPr>
      <w:r>
        <w:t>तो मैं सोचता हूं कि यह सबसे बड़ी हकीकत है जो हर इंसान को जानना चाहिए।</w:t>
      </w:r>
    </w:p>
    <w:p>
      <w:r>
        <w:rPr>
          <w:b/>
        </w:rPr>
        <w:t xml:space="preserve">[23:21] </w:t>
      </w:r>
      <w:r>
        <w:t>aur quran aur rasoolallah ki zindagi mein yahi sabak humko milta hai.</w:t>
      </w:r>
    </w:p>
    <w:p>
      <w:pPr>
        <w:jc w:val="right"/>
      </w:pPr>
      <w:r>
        <w:t>और कुरान और रसूलल्लाह की जिंदगी में यही सबक हमको मिलता है।</w:t>
      </w:r>
    </w:p>
    <w:p>
      <w:r>
        <w:rPr>
          <w:b/>
        </w:rPr>
        <w:t xml:space="preserve">[23:29] </w:t>
      </w:r>
      <w:r>
        <w:t>allah taala hum sabko taufeeq de ki hum</w:t>
      </w:r>
    </w:p>
    <w:p>
      <w:pPr>
        <w:jc w:val="right"/>
      </w:pPr>
      <w:r>
        <w:t>अल्लाह ताला हम सबको तौफीक दे कि हम</w:t>
      </w:r>
    </w:p>
    <w:p>
      <w:r>
        <w:rPr>
          <w:b/>
        </w:rPr>
        <w:t xml:space="preserve">[23:32] </w:t>
      </w:r>
      <w:r>
        <w:t>is sabak ko</w:t>
      </w:r>
    </w:p>
    <w:p>
      <w:pPr>
        <w:jc w:val="right"/>
      </w:pPr>
      <w:r>
        <w:t>इस सबक को</w:t>
      </w:r>
    </w:p>
    <w:p>
      <w:r>
        <w:rPr>
          <w:b/>
        </w:rPr>
        <w:t xml:space="preserve">[23:35] </w:t>
      </w:r>
      <w:r>
        <w:t>seekhein aur us par amal karein.</w:t>
      </w:r>
    </w:p>
    <w:p>
      <w:pPr>
        <w:jc w:val="right"/>
      </w:pPr>
      <w:r>
        <w:t>सीखें और उस पर अमल करें।</w:t>
      </w:r>
    </w:p>
    <w:p>
      <w:r>
        <w:rPr>
          <w:b/>
        </w:rPr>
        <w:t xml:space="preserve">[23:37] </w:t>
      </w:r>
      <w:r>
        <w:t>assalam walekum wa rehmatullah.</w:t>
      </w:r>
    </w:p>
    <w:p>
      <w:pPr>
        <w:jc w:val="right"/>
      </w:pPr>
      <w:r>
        <w:t>अस्सलाम वालेकुम व रहमतुल्लाह।</w:t>
      </w:r>
    </w:p>
    <w:p>
      <w:r>
        <w:rPr>
          <w:b/>
        </w:rPr>
        <w:t xml:space="preserve">[23:54] </w:t>
      </w:r>
      <w:r>
        <w:t>maulana, kuch comment aaye hain.</w:t>
      </w:r>
    </w:p>
    <w:p>
      <w:pPr>
        <w:jc w:val="right"/>
      </w:pPr>
      <w:r>
        <w:t>مولाना, कुछ कमेंट आए हैं।</w:t>
      </w:r>
    </w:p>
    <w:p>
      <w:r>
        <w:rPr>
          <w:b/>
        </w:rPr>
        <w:t xml:space="preserve">[23:57] </w:t>
      </w:r>
      <w:r>
        <w:t>iliyas asad sahab ne likha hai tamil nadu se, "zikr maut ki hikmat mujhe abhi samajh mein aayi ki</w:t>
      </w:r>
    </w:p>
    <w:p>
      <w:pPr>
        <w:jc w:val="right"/>
      </w:pPr>
      <w:r>
        <w:t>इलियास असद साहब ने लिखा है तमिलनाडु से, "जिक्र मौत की हिकमत मुझे अभी समझ में आई कि</w:t>
      </w:r>
    </w:p>
    <w:p>
      <w:r>
        <w:rPr>
          <w:b/>
        </w:rPr>
        <w:t xml:space="preserve">[24:07] </w:t>
      </w:r>
      <w:r>
        <w:t>Life hi mein life after death ke liye prepare karna hai."</w:t>
      </w:r>
    </w:p>
    <w:p>
      <w:pPr>
        <w:jc w:val="right"/>
      </w:pPr>
      <w:r>
        <w:t>लाइफ ही में लाइफ आफ्टर डेथ के लिए प्रिपेयर करना है।"</w:t>
      </w:r>
    </w:p>
    <w:p>
      <w:r>
        <w:rPr>
          <w:b/>
        </w:rPr>
        <w:t xml:space="preserve">[24:11] </w:t>
      </w:r>
      <w:r>
        <w:t>jazaakallah, maulana. idrees kamar sahab ne delhi se likha hai, "maasha</w:t>
      </w:r>
    </w:p>
    <w:p>
      <w:pPr>
        <w:jc w:val="right"/>
      </w:pPr>
      <w:r>
        <w:t>जजाकल्लाह, मौलाना। इदरीस कमर साहब ने दिल्ली से लिखा है, "माशा</w:t>
      </w:r>
    </w:p>
    <w:p>
      <w:r>
        <w:rPr>
          <w:b/>
        </w:rPr>
        <w:t xml:space="preserve">[24:17] </w:t>
      </w:r>
      <w:r>
        <w:t>allah, maulana, allah ne hum par bahut bada ehsan kiya hai ki aap jaise daai aur guide hamare</w:t>
      </w:r>
    </w:p>
    <w:p>
      <w:pPr>
        <w:jc w:val="right"/>
      </w:pPr>
      <w:r>
        <w:t>अल्लाह, मौलाना, अल्लाह ने हम पर बहुत बड़ा एहसान किया है कि आप जैसे दाई और गाइड हमारे</w:t>
      </w:r>
    </w:p>
    <w:p>
      <w:r>
        <w:rPr>
          <w:b/>
        </w:rPr>
        <w:t xml:space="preserve">[24:24] </w:t>
      </w:r>
      <w:r>
        <w:t>darmiyan maujood hain.</w:t>
      </w:r>
    </w:p>
    <w:p>
      <w:pPr>
        <w:jc w:val="right"/>
      </w:pPr>
      <w:r>
        <w:t>दरमियान मौजूद हैं।</w:t>
      </w:r>
    </w:p>
    <w:p>
      <w:r>
        <w:rPr>
          <w:b/>
        </w:rPr>
        <w:t xml:space="preserve">[24:26] </w:t>
      </w:r>
      <w:r>
        <w:t>aapne hamein bahut kuch sikhaya hai.</w:t>
      </w:r>
    </w:p>
    <w:p>
      <w:pPr>
        <w:jc w:val="right"/>
      </w:pPr>
      <w:r>
        <w:t>आपने हमें बहुत कुछ सिखाया है।</w:t>
      </w:r>
    </w:p>
    <w:p>
      <w:r>
        <w:rPr>
          <w:b/>
        </w:rPr>
        <w:t xml:space="preserve">[24:29] </w:t>
      </w:r>
      <w:r>
        <w:t>ab hamara kaam hai ke hum aapki is mehnat aur khwahish ko duniya tak pohnchanay ki koshish karein.</w:t>
      </w:r>
    </w:p>
    <w:p>
      <w:pPr>
        <w:jc w:val="right"/>
      </w:pPr>
      <w:r>
        <w:t>अब हमारा काम है कि हम आपकी इस मेहनत और ख्वाहिश को दुनिया तक पहुंचाने की कोशिश करें।</w:t>
      </w:r>
    </w:p>
    <w:p>
      <w:r>
        <w:rPr>
          <w:b/>
        </w:rPr>
        <w:t xml:space="preserve">[24:37] </w:t>
      </w:r>
      <w:r>
        <w:t>aap dua kijiye ke allah hamari nusrat farmae."</w:t>
      </w:r>
    </w:p>
    <w:p>
      <w:pPr>
        <w:jc w:val="right"/>
      </w:pPr>
      <w:r>
        <w:t>आप दुआ कीजिए कि अल्लाह हमारी नुसरत फरमाए।"</w:t>
      </w:r>
    </w:p>
    <w:p>
      <w:r>
        <w:rPr>
          <w:b/>
        </w:rPr>
        <w:t xml:space="preserve">[24:40] </w:t>
      </w:r>
      <w:r>
        <w:t>Insha Allah.</w:t>
      </w:r>
    </w:p>
    <w:p>
      <w:pPr>
        <w:jc w:val="right"/>
      </w:pPr>
      <w:r>
        <w:t>इंशा अल्लाह।</w:t>
      </w:r>
    </w:p>
    <w:p>
      <w:r>
        <w:rPr>
          <w:b/>
        </w:rPr>
        <w:t xml:space="preserve">[24:44] </w:t>
      </w:r>
      <w:r>
        <w:t>yunus chanddev sahib likhte hain, "assalam walekum, maulana sahib.</w:t>
      </w:r>
    </w:p>
    <w:p>
      <w:pPr>
        <w:jc w:val="right"/>
      </w:pPr>
      <w:r>
        <w:t>यूनुस चांददेव साहब लिखते हैं, "अस्सलाम वालेकुम, मौलाना साहब।</w:t>
      </w:r>
    </w:p>
    <w:p>
      <w:r>
        <w:rPr>
          <w:b/>
        </w:rPr>
        <w:t xml:space="preserve">[24:50] </w:t>
      </w:r>
      <w:r>
        <w:t>mera ek sawal hai.</w:t>
      </w:r>
    </w:p>
    <w:p>
      <w:pPr>
        <w:jc w:val="right"/>
      </w:pPr>
      <w:r>
        <w:t>मेरा एक सवाल है।</w:t>
      </w:r>
    </w:p>
    <w:p>
      <w:r>
        <w:rPr>
          <w:b/>
        </w:rPr>
        <w:t xml:space="preserve">[24:52] </w:t>
      </w:r>
      <w:r>
        <w:t>allah quran sharif mein farmate hain, 'mere aur mere nabi hazrat muhammad sallallahu alaihi wasallam ki pairvi karo.'</w:t>
      </w:r>
    </w:p>
    <w:p>
      <w:pPr>
        <w:jc w:val="right"/>
      </w:pPr>
      <w:r>
        <w:t>अल्लाह कुरान शरीफ में फरमाते हैं, 'मेरे और मेरे नबी हजरत मोहम्मद सल्लल्लाहु अलैहि वसल्लम की पैरवी करो।'</w:t>
      </w:r>
    </w:p>
    <w:p>
      <w:r>
        <w:rPr>
          <w:b/>
        </w:rPr>
        <w:t xml:space="preserve">[25:00] </w:t>
      </w:r>
      <w:r>
        <w:t>maulana, is daur mein har shakhs apni firqe ki ko sahi tasleem kara raha hai, jabki allah taala</w:t>
      </w:r>
    </w:p>
    <w:p>
      <w:pPr>
        <w:jc w:val="right"/>
      </w:pPr>
      <w:r>
        <w:t>मौलाना, इस दौर में हर शख्स अपनी फिरके की को सही तस्लीम करा रहा है, जबकि अल्लाह ताला</w:t>
      </w:r>
    </w:p>
    <w:p>
      <w:r>
        <w:rPr>
          <w:b/>
        </w:rPr>
        <w:t xml:space="preserve">[25:06] </w:t>
      </w:r>
      <w:r>
        <w:t>farmata hai quran mein, 'ae nabi, agar tum apni marzi se koi ayat pesh kar do, to hum</w:t>
      </w:r>
    </w:p>
    <w:p>
      <w:pPr>
        <w:jc w:val="right"/>
      </w:pPr>
      <w:r>
        <w:t>फरमाता है कुरान में, 'ऐ नबी, अगर तुम अपनी मर्जी से कोई आयत पेश कर दो, तो हम</w:t>
      </w:r>
    </w:p>
    <w:p>
      <w:r>
        <w:rPr>
          <w:b/>
        </w:rPr>
        <w:t xml:space="preserve">[25:11] </w:t>
      </w:r>
      <w:r>
        <w:t>tumhare dayen haath pakadkar tumhari ragen gardan kaat dalte.'</w:t>
      </w:r>
    </w:p>
    <w:p>
      <w:pPr>
        <w:jc w:val="right"/>
      </w:pPr>
      <w:r>
        <w:t>तुम्हारे दाएं हाथ पकड़कर तुम्हारी रगे गर्दन काट डालते।'</w:t>
      </w:r>
    </w:p>
    <w:p>
      <w:r>
        <w:rPr>
          <w:b/>
        </w:rPr>
        <w:t xml:space="preserve">[25:17] </w:t>
      </w:r>
      <w:r>
        <w:t>maulana, aise logon, aise log aakhir kyon aisa karte hain?</w:t>
      </w:r>
    </w:p>
    <w:p>
      <w:pPr>
        <w:jc w:val="right"/>
      </w:pPr>
      <w:r>
        <w:t>मौलाना, ऐसे लोगों, ऐसे लोग आखिर क्यों ऐसा करते हैं?</w:t>
      </w:r>
    </w:p>
    <w:p>
      <w:r>
        <w:rPr>
          <w:b/>
        </w:rPr>
        <w:t xml:space="preserve">[25:26] </w:t>
      </w:r>
      <w:r>
        <w:t>Kya kya khulasa hai iska? Inke sawaal ka khulasa yeh hai ke Quran se maloom hota hai ke humko Rasoolullah ki pairvi karni chahiye, lekin aajkal log apne firqe ki pairvi karwate hain, jabki Quran mein Allah taala ne Rasoolullah se kaha hai ke agar tum apni taraf se koi baat meri taraf...</w:t>
      </w:r>
    </w:p>
    <w:p>
      <w:pPr>
        <w:jc w:val="right"/>
      </w:pPr>
      <w:r>
        <w:t>क्या क्या खुलासा है इसका? इनके सवाल का खुलासा यह है कि कुरान से मालूम होता है कि हमको रसूलल्लाह की पैरवी करनी चाहिए, लेकिन आजकल लोग अपने फिरके की पैरवी करवाते हैं, जबकि कुरान में अल्लाह ताला ने रसूलल्लाह से कहा है कि अगर तुम अपनी तरफ से कोई बात मेरी तरफ...</w:t>
      </w:r>
    </w:p>
    <w:p>
      <w:r>
        <w:rPr>
          <w:b/>
        </w:rPr>
        <w:t xml:space="preserve">[25:47] </w:t>
      </w:r>
      <w:r>
        <w:t>Dekhiye, firqabandi jo hui hai, wo to Islam hai hi nahi. Firqabandi jo hui hai, wo Islam nahi hai.</w:t>
      </w:r>
    </w:p>
    <w:p>
      <w:pPr>
        <w:jc w:val="right"/>
      </w:pPr>
      <w:r>
        <w:t>देखिए, फिरकाबंदी जो हुई है, वो तो इस्लाम है ही नहीं। फिरकाबंदी जो हुई है, वो इस्लाम नहीं है।</w:t>
      </w:r>
    </w:p>
    <w:p>
      <w:r>
        <w:rPr>
          <w:b/>
        </w:rPr>
        <w:t xml:space="preserve">[26:01] </w:t>
      </w:r>
      <w:r>
        <w:t>Yeh to Islam ke baad logon ne khud se bana liya hai. Iska taalluq Islam se nahi hai. Islam to naam hai do hi cheez ka: Quran aur Hadees, Sunnat-e-Rasool. Yeh firqabandi ka Islam se taalluq hi nahi hai. Yaad rakhiye,</w:t>
      </w:r>
    </w:p>
    <w:p>
      <w:pPr>
        <w:jc w:val="right"/>
      </w:pPr>
      <w:r>
        <w:t>यह तो इस्लाम के बाद लोगों ने खुद से बना लिया है। इसका ताल्लुक इस्लाम से नहीं है। इस्लाम तो नाम है दो ही चीज का: कुरान और हदीस, सुन्नत रसूल। ये फिरकाबंदी का इस्लाम से ताल्लुक ही नहीं है। याद रखिए,</w:t>
      </w:r>
    </w:p>
    <w:p>
      <w:r>
        <w:rPr>
          <w:b/>
        </w:rPr>
        <w:t xml:space="preserve">[26:19] </w:t>
      </w:r>
      <w:r>
        <w:t>yeh bid'at hai. bid'at hai, bid'at hai, bid'at hai. innovation to uska reference kyun dete hain aap</w:t>
      </w:r>
    </w:p>
    <w:p>
      <w:pPr>
        <w:jc w:val="right"/>
      </w:pPr>
      <w:r>
        <w:t>ये بدعت है। بدعت है, بدعت है, बदعت है। इनोवेशन तो उसका रेफरेंस क्यों देते हैं आप</w:t>
      </w:r>
    </w:p>
    <w:p>
      <w:r>
        <w:rPr>
          <w:b/>
        </w:rPr>
        <w:t xml:space="preserve">[26:28] </w:t>
      </w:r>
      <w:r>
        <w:t>? Yaani, bid'at ka reference denge aap ke jo asal kitaab hai, uska reference denge aap? Bid'at to, yaani, reference uska diya jaaye. Iski, iski hai hi nahi. Uski hai'siyat hi nahi hai. Aapke saath usko radd kijiye.</w:t>
      </w:r>
    </w:p>
    <w:p>
      <w:pPr>
        <w:jc w:val="right"/>
      </w:pPr>
      <w:r>
        <w:t>? यानी, बदعت का रेफरेंस देंगे आप कि जो असल किताब है, उसका रेफरेंस देंगे आप? बदعت तो, यानी, रेफरेंस उसका दिया जाए। इसकी, उसकी है ही नहीं। उसकी हैसियत ही नहीं है। आपके साथ उसको रद्द कीजिए।</w:t>
      </w:r>
    </w:p>
    <w:p>
      <w:r>
        <w:rPr>
          <w:b/>
        </w:rPr>
        <w:t xml:space="preserve">[26:57] </w:t>
      </w:r>
      <w:r>
        <w:t>Maulana, yeh Abdullah Shamim sahab hain. Unka sawaal hai, "Assalam walekum, Maulana. Aapke afkaar bahut hi mu'tadil hain, lekin aapse ek badi chook ho rahi hai. Aapki fikr jihadi rooh ko khatm kar rahi hai. Aap difaa par itna zor dete hain ke iqdaam hi bhool jaate hain,</w:t>
      </w:r>
    </w:p>
    <w:p>
      <w:pPr>
        <w:jc w:val="right"/>
      </w:pPr>
      <w:r>
        <w:t>मौलाना, ये अब्दुल्ला शमीम साहब हैं। उनका सवाल है, "अस्सलाम वालेकुम, मौलाना। आपके افکار बहुत ही معتدل हैं, लेकिन आपसे एक बड़ी चूक हो रही है। आपकी फिक्र जिहादी रूह को खत्म कर रही है। आप दफा पर इतना जोर देते हैं कि अقدام ही भूल जाते हैं,</w:t>
      </w:r>
    </w:p>
    <w:p>
      <w:r>
        <w:rPr>
          <w:b/>
        </w:rPr>
        <w:t xml:space="preserve">[27:17] </w:t>
      </w:r>
      <w:r>
        <w:t>kyonki sulah hudaibiya hai, to fateh makkah bhi hai."</w:t>
      </w:r>
    </w:p>
    <w:p>
      <w:pPr>
        <w:jc w:val="right"/>
      </w:pPr>
      <w:r>
        <w:t>क्योंकि सुलह हुदैबिया है, तो फतह मक्का भी है।"</w:t>
      </w:r>
    </w:p>
    <w:p>
      <w:r>
        <w:rPr>
          <w:b/>
        </w:rPr>
        <w:t xml:space="preserve">[27:21] </w:t>
      </w:r>
      <w:r>
        <w:t>nahin, dekhiye, ye aap is pura puri baat nahin keh rahe hain.</w:t>
      </w:r>
    </w:p>
    <w:p>
      <w:pPr>
        <w:jc w:val="right"/>
      </w:pPr>
      <w:r>
        <w:t>नहीं, देखिए, ये आप इस पूरा पूरी बात नहीं कह रहे हैं।</w:t>
      </w:r>
    </w:p>
    <w:p>
      <w:r>
        <w:rPr>
          <w:b/>
        </w:rPr>
        <w:t xml:space="preserve">[27:29] </w:t>
      </w:r>
      <w:r>
        <w:t>ulma ki, main ulma hi ki baat kehta hoon.</w:t>
      </w:r>
    </w:p>
    <w:p>
      <w:pPr>
        <w:jc w:val="right"/>
      </w:pPr>
      <w:r>
        <w:t>उलमा की, मैं उलमा ही की बात कहता हूं।</w:t>
      </w:r>
    </w:p>
    <w:p>
      <w:r>
        <w:rPr>
          <w:b/>
        </w:rPr>
        <w:t xml:space="preserve">[27:34] </w:t>
      </w:r>
      <w:r>
        <w:t>koi doosri baat nahin kehta.</w:t>
      </w:r>
    </w:p>
    <w:p>
      <w:pPr>
        <w:jc w:val="right"/>
      </w:pPr>
      <w:r>
        <w:t>कोई दूसरी बात नहीं कहता।</w:t>
      </w:r>
    </w:p>
    <w:p>
      <w:r>
        <w:rPr>
          <w:b/>
        </w:rPr>
        <w:t xml:space="preserve">[27:36] </w:t>
      </w:r>
      <w:r>
        <w:t>jin ulma ko aap mante hain, unhi ki baat kehta hoon.</w:t>
      </w:r>
    </w:p>
    <w:p>
      <w:pPr>
        <w:jc w:val="right"/>
      </w:pPr>
      <w:r>
        <w:t>जिन उलमा को आप मानते हैं, उन्हीं की बात कहता हूं।</w:t>
      </w:r>
    </w:p>
    <w:p>
      <w:r>
        <w:rPr>
          <w:b/>
        </w:rPr>
        <w:t xml:space="preserve">[27:41] </w:t>
      </w:r>
      <w:r>
        <w:t>aap, aapne gehra mutal nahin kiya hai.</w:t>
      </w:r>
    </w:p>
    <w:p>
      <w:pPr>
        <w:jc w:val="right"/>
      </w:pPr>
      <w:r>
        <w:t>आप, आपने गहरा मुताल नहीं किया है।</w:t>
      </w:r>
    </w:p>
    <w:p>
      <w:r>
        <w:rPr>
          <w:b/>
        </w:rPr>
        <w:t xml:space="preserve">[27:44] </w:t>
      </w:r>
      <w:r>
        <w:t>aap mutal bahut hi superflous hain.</w:t>
      </w:r>
    </w:p>
    <w:p>
      <w:pPr>
        <w:jc w:val="right"/>
      </w:pPr>
      <w:r>
        <w:t>आप मुताल बहुत ही सुपरफलेस हैं।</w:t>
      </w:r>
    </w:p>
    <w:p>
      <w:r>
        <w:rPr>
          <w:b/>
        </w:rPr>
        <w:t xml:space="preserve">[27:47] </w:t>
      </w:r>
      <w:r>
        <w:t>superflous gehra mutal kiye to khud ulma ye kehte hain</w:t>
      </w:r>
    </w:p>
    <w:p>
      <w:pPr>
        <w:jc w:val="right"/>
      </w:pPr>
      <w:r>
        <w:t>सुपरफलेस गहरा मुताल किए तो खुद उलमा ये कहते हैं</w:t>
      </w:r>
    </w:p>
    <w:p>
      <w:r>
        <w:rPr>
          <w:b/>
        </w:rPr>
        <w:t xml:space="preserve">[27:52] </w:t>
      </w:r>
      <w:r>
        <w:t>ke jihad mubarak qatar</w:t>
      </w:r>
    </w:p>
    <w:p>
      <w:pPr>
        <w:jc w:val="right"/>
      </w:pPr>
      <w:r>
        <w:t>कि जिहाद मुबारक कतार</w:t>
      </w:r>
    </w:p>
    <w:p>
      <w:r>
        <w:rPr>
          <w:b/>
        </w:rPr>
        <w:t xml:space="preserve">[27:56] </w:t>
      </w:r>
      <w:r>
        <w:t>hasan li jizat hi nahin hai, hasan lagare hi hai.</w:t>
      </w:r>
    </w:p>
    <w:p>
      <w:pPr>
        <w:jc w:val="right"/>
      </w:pPr>
      <w:r>
        <w:t>हसन लिजात ही नहीं है, हसन लगैरे ही है।</w:t>
      </w:r>
    </w:p>
    <w:p>
      <w:r>
        <w:rPr>
          <w:b/>
        </w:rPr>
        <w:t xml:space="preserve">[28:02] </w:t>
      </w:r>
      <w:r>
        <w:t>bade-bade ulma jinko aap mante hain, wahi ek kehte hain ke jihad mubarak qatar</w:t>
      </w:r>
    </w:p>
    <w:p>
      <w:pPr>
        <w:jc w:val="right"/>
      </w:pPr>
      <w:r>
        <w:t>बड़े-बड़े उलमा जिनको आप मानते हैं, वही एक कहते हैं कि जिहाद मुबारक कतार</w:t>
      </w:r>
    </w:p>
    <w:p>
      <w:r>
        <w:rPr>
          <w:b/>
        </w:rPr>
        <w:t xml:space="preserve">[28:11] </w:t>
      </w:r>
      <w:r>
        <w:t>hasan li jizat hi nahin hai.</w:t>
      </w:r>
    </w:p>
    <w:p>
      <w:pPr>
        <w:jc w:val="right"/>
      </w:pPr>
      <w:r>
        <w:t>हसन लिजात ही नहीं है।</w:t>
      </w:r>
    </w:p>
    <w:p>
      <w:r>
        <w:rPr>
          <w:b/>
        </w:rPr>
        <w:t xml:space="preserve">[28:15] </w:t>
      </w:r>
      <w:r>
        <w:t>wo hasan lagare, yani</w:t>
      </w:r>
    </w:p>
    <w:p>
      <w:pPr>
        <w:jc w:val="right"/>
      </w:pPr>
      <w:r>
        <w:t>वो हसन लगैरे, यानी</w:t>
      </w:r>
    </w:p>
    <w:p>
      <w:r>
        <w:rPr>
          <w:b/>
        </w:rPr>
        <w:t xml:space="preserve">[28:18] </w:t>
      </w:r>
      <w:r>
        <w:t>kisi aur kaaj ke liye.</w:t>
      </w:r>
    </w:p>
    <w:p>
      <w:pPr>
        <w:jc w:val="right"/>
      </w:pPr>
      <w:r>
        <w:t>किसी और काज के लिए।</w:t>
      </w:r>
    </w:p>
    <w:p>
      <w:r>
        <w:rPr>
          <w:b/>
        </w:rPr>
        <w:t xml:space="preserve">[28:21] </w:t>
      </w:r>
      <w:r>
        <w:t>madad se qatar fajasse ka qatar nahin hai.</w:t>
      </w:r>
    </w:p>
    <w:p>
      <w:pPr>
        <w:jc w:val="right"/>
      </w:pPr>
      <w:r>
        <w:t>मदद से कतार फजस्से का कतार नहीं है।</w:t>
      </w:r>
    </w:p>
    <w:p>
      <w:r>
        <w:rPr>
          <w:b/>
        </w:rPr>
        <w:t xml:space="preserve">[28:25] </w:t>
      </w:r>
      <w:r>
        <w:t>jihad fajasse ka jihad nahin hai.</w:t>
      </w:r>
    </w:p>
    <w:p>
      <w:pPr>
        <w:jc w:val="right"/>
      </w:pPr>
      <w:r>
        <w:t>जिहाद फजस्से का जिहाद नहीं है।</w:t>
      </w:r>
    </w:p>
    <w:p>
      <w:r>
        <w:rPr>
          <w:b/>
        </w:rPr>
        <w:t xml:space="preserve">[28:29] </w:t>
      </w:r>
      <w:r>
        <w:t>aur quran mein ye cheez wajib hai.</w:t>
      </w:r>
    </w:p>
    <w:p>
      <w:pPr>
        <w:jc w:val="right"/>
      </w:pPr>
      <w:r>
        <w:t>और कुरान में ये चीज वाजिब है।</w:t>
      </w:r>
    </w:p>
    <w:p>
      <w:r>
        <w:rPr>
          <w:b/>
        </w:rPr>
        <w:t xml:space="preserve">[28:33] </w:t>
      </w:r>
      <w:r>
        <w:t>waqatuluho fattala tukun fitna.</w:t>
      </w:r>
    </w:p>
    <w:p>
      <w:pPr>
        <w:jc w:val="right"/>
      </w:pPr>
      <w:r>
        <w:t>वकातलुहु फत्ता लातुकन फितना।</w:t>
      </w:r>
    </w:p>
    <w:p>
      <w:r>
        <w:rPr>
          <w:b/>
        </w:rPr>
        <w:t xml:space="preserve">[28:37] </w:t>
      </w:r>
      <w:r>
        <w:t>unse lado yahan tak ke fitna khatm ho jaye.</w:t>
      </w:r>
    </w:p>
    <w:p>
      <w:pPr>
        <w:jc w:val="right"/>
      </w:pPr>
      <w:r>
        <w:t>उनसे लड़ो यहां तक कि फितना खत्म हो जाए।</w:t>
      </w:r>
    </w:p>
    <w:p>
      <w:r>
        <w:rPr>
          <w:b/>
        </w:rPr>
        <w:t xml:space="preserve">[28:41] </w:t>
      </w:r>
      <w:r>
        <w:t>to jihad bamana baraye khatm fitna hota hai.</w:t>
      </w:r>
    </w:p>
    <w:p>
      <w:pPr>
        <w:jc w:val="right"/>
      </w:pPr>
      <w:r>
        <w:t>तो जिहाद बमाना बराय खत्म फितना होता है।</w:t>
      </w:r>
    </w:p>
    <w:p>
      <w:r>
        <w:rPr>
          <w:b/>
        </w:rPr>
        <w:t xml:space="preserve">[28:46] </w:t>
      </w:r>
      <w:r>
        <w:t>jihad jo</w:t>
      </w:r>
    </w:p>
    <w:p>
      <w:pPr>
        <w:jc w:val="right"/>
      </w:pPr>
      <w:r>
        <w:t>जिहाद जो</w:t>
      </w:r>
    </w:p>
    <w:p>
      <w:r>
        <w:rPr>
          <w:b/>
        </w:rPr>
        <w:t xml:space="preserve">[28:47] </w:t>
      </w:r>
      <w:r>
        <w:t>hai, wo khatm fitna ke liye hai.</w:t>
      </w:r>
    </w:p>
    <w:p>
      <w:pPr>
        <w:jc w:val="right"/>
      </w:pPr>
      <w:r>
        <w:t>है, वो खत्म फितना के लिए है।</w:t>
      </w:r>
    </w:p>
    <w:p>
      <w:r>
        <w:rPr>
          <w:b/>
        </w:rPr>
        <w:t xml:space="preserve">[28:50] </w:t>
      </w:r>
      <w:r>
        <w:t>ye nahi ke aap ladte rahe, ladte rahe, ladte rahe.</w:t>
      </w:r>
    </w:p>
    <w:p>
      <w:pPr>
        <w:jc w:val="right"/>
      </w:pPr>
      <w:r>
        <w:t>ये नहीं कि आप लड़ते रहे, लड़ते रहे, लड़ते रहे।</w:t>
      </w:r>
    </w:p>
    <w:p>
      <w:r>
        <w:rPr>
          <w:b/>
        </w:rPr>
        <w:t xml:space="preserve">[28:53] </w:t>
      </w:r>
      <w:r>
        <w:t>to phir fitna to khatm ho chuka.</w:t>
      </w:r>
    </w:p>
    <w:p>
      <w:pPr>
        <w:jc w:val="right"/>
      </w:pPr>
      <w:r>
        <w:t>तो फिर फितना तो खत्म हो चुका।</w:t>
      </w:r>
    </w:p>
    <w:p>
      <w:r>
        <w:rPr>
          <w:b/>
        </w:rPr>
        <w:t xml:space="preserve">[28:57] </w:t>
      </w:r>
      <w:r>
        <w:t>fitna ke mane hote hain</w:t>
      </w:r>
    </w:p>
    <w:p>
      <w:pPr>
        <w:jc w:val="right"/>
      </w:pPr>
      <w:r>
        <w:t>फितना के माने होते हैं</w:t>
      </w:r>
    </w:p>
    <w:p>
      <w:r>
        <w:rPr>
          <w:b/>
        </w:rPr>
        <w:t xml:space="preserve">[28:59] </w:t>
      </w:r>
      <w:r>
        <w:t>deen ki dawat ke kaam mein rukawat.</w:t>
      </w:r>
    </w:p>
    <w:p>
      <w:pPr>
        <w:jc w:val="right"/>
      </w:pPr>
      <w:r>
        <w:t>दीन की दावत के काम में रुकावट।</w:t>
      </w:r>
    </w:p>
    <w:p>
      <w:r>
        <w:rPr>
          <w:b/>
        </w:rPr>
        <w:t xml:space="preserve">[29:05] </w:t>
      </w:r>
      <w:r>
        <w:t>deen ki dawat ke kaam mein rukawat.</w:t>
      </w:r>
    </w:p>
    <w:p>
      <w:pPr>
        <w:jc w:val="right"/>
      </w:pPr>
      <w:r>
        <w:t>दीन की दावत के काम में रुकावट।</w:t>
      </w:r>
    </w:p>
    <w:p>
      <w:r>
        <w:rPr>
          <w:b/>
        </w:rPr>
        <w:t xml:space="preserve">[29:07] </w:t>
      </w:r>
      <w:r>
        <w:t>to rukawat to khatm ho chuki.</w:t>
      </w:r>
    </w:p>
    <w:p>
      <w:pPr>
        <w:jc w:val="right"/>
      </w:pPr>
      <w:r>
        <w:t>तो रुकावट तो खत्म हो चुकी।</w:t>
      </w:r>
    </w:p>
    <w:p>
      <w:r>
        <w:rPr>
          <w:b/>
        </w:rPr>
        <w:t xml:space="preserve">[29:10] </w:t>
      </w:r>
      <w:r>
        <w:t>ab daur aa gaya</w:t>
      </w:r>
    </w:p>
    <w:p>
      <w:pPr>
        <w:jc w:val="right"/>
      </w:pPr>
      <w:r>
        <w:t>अब दौर आ गया</w:t>
      </w:r>
    </w:p>
    <w:p>
      <w:r>
        <w:rPr>
          <w:b/>
        </w:rPr>
        <w:t xml:space="preserve">[29:13] </w:t>
      </w:r>
      <w:r>
        <w:t>peace ka. ab har taraf peace hai.</w:t>
      </w:r>
    </w:p>
    <w:p>
      <w:pPr>
        <w:jc w:val="right"/>
      </w:pPr>
      <w:r>
        <w:t>पीस का। अब हर तरफ पीस है।</w:t>
      </w:r>
    </w:p>
    <w:p>
      <w:r>
        <w:rPr>
          <w:b/>
        </w:rPr>
        <w:t xml:space="preserve">[29:19] </w:t>
      </w:r>
      <w:r>
        <w:t>ab rukawat hai hi nahi. ab, ab deen mein rukawat ka daur hi khatm ho gaya. bahut achhi tamseel hai america mein, isko batati hai ki daur kya hai. daur kya hai?</w:t>
      </w:r>
    </w:p>
    <w:p>
      <w:pPr>
        <w:jc w:val="right"/>
      </w:pPr>
      <w:r>
        <w:t>अब रुकावट है ही नहीं। अब, अब दीन में रुकावट का दौर ही खत्म हो गया। बहुत अच्छी तमसील है अमेरिका में, इसको बताती है कि दौर क्या है। दौर क्या है?</w:t>
      </w:r>
    </w:p>
    <w:p>
      <w:r>
        <w:rPr>
          <w:b/>
        </w:rPr>
        <w:t xml:space="preserve">[29:34] </w:t>
      </w:r>
      <w:r>
        <w:t>dekhiye, aapko maloom hai ke ek zamane mein america</w:t>
      </w:r>
    </w:p>
    <w:p>
      <w:pPr>
        <w:jc w:val="right"/>
      </w:pPr>
      <w:r>
        <w:t>देखिए, आपको मालूम है कि एक जमाने में अमेरिका</w:t>
      </w:r>
    </w:p>
    <w:p>
      <w:r>
        <w:rPr>
          <w:b/>
        </w:rPr>
        <w:t xml:space="preserve">[29:38] </w:t>
      </w:r>
      <w:r>
        <w:t>mein azadi nahi thi.</w:t>
      </w:r>
    </w:p>
    <w:p>
      <w:pPr>
        <w:jc w:val="right"/>
      </w:pPr>
      <w:r>
        <w:t>में आजादी नहीं थी।</w:t>
      </w:r>
    </w:p>
    <w:p>
      <w:r>
        <w:rPr>
          <w:b/>
        </w:rPr>
        <w:t xml:space="preserve">[29:41] </w:t>
      </w:r>
      <w:r>
        <w:t>to phir bohat ladai hui.</w:t>
      </w:r>
    </w:p>
    <w:p>
      <w:pPr>
        <w:jc w:val="right"/>
      </w:pPr>
      <w:r>
        <w:t>तो फिर बहुत लड़ाई हुई।</w:t>
      </w:r>
    </w:p>
    <w:p>
      <w:r>
        <w:rPr>
          <w:b/>
        </w:rPr>
        <w:t xml:space="preserve">[29:43] </w:t>
      </w:r>
      <w:r>
        <w:t>azadi aai wahan.</w:t>
      </w:r>
    </w:p>
    <w:p>
      <w:pPr>
        <w:jc w:val="right"/>
      </w:pPr>
      <w:r>
        <w:t>आजादी आई वहां।</w:t>
      </w:r>
    </w:p>
    <w:p>
      <w:r>
        <w:rPr>
          <w:b/>
        </w:rPr>
        <w:t xml:space="preserve">[29:44] </w:t>
      </w:r>
      <w:r>
        <w:t>to jab azadi aai, to ek aadmi nikla, ek american.</w:t>
      </w:r>
    </w:p>
    <w:p>
      <w:pPr>
        <w:jc w:val="right"/>
      </w:pPr>
      <w:r>
        <w:t>तो जब आजादी आई, तो एक आदमी निकला, एक अमेरिकन।</w:t>
      </w:r>
    </w:p>
    <w:p>
      <w:r>
        <w:rPr>
          <w:b/>
        </w:rPr>
        <w:t xml:space="preserve">[29:49] </w:t>
      </w:r>
      <w:r>
        <w:t>wo sadak par chal raha tha, aise-aise haath chala.</w:t>
      </w:r>
    </w:p>
    <w:p>
      <w:pPr>
        <w:jc w:val="right"/>
      </w:pPr>
      <w:r>
        <w:t>वो सड़क पर चल रहा था, ऐसे-ऐसे हाथ चला।</w:t>
      </w:r>
    </w:p>
    <w:p>
      <w:r>
        <w:rPr>
          <w:b/>
        </w:rPr>
        <w:t xml:space="preserve">[29:55] </w:t>
      </w:r>
      <w:r>
        <w:t>to kisi ne kaha ke wo aise kisi-kisike naak par uska haath lag gaya.</w:t>
      </w:r>
    </w:p>
    <w:p>
      <w:pPr>
        <w:jc w:val="right"/>
      </w:pPr>
      <w:r>
        <w:t>तो किसी ने कहा कि वो ऐसे किसी-किसी के नाक पर उसका हाथ लग गया।</w:t>
      </w:r>
    </w:p>
    <w:p>
      <w:r>
        <w:rPr>
          <w:b/>
        </w:rPr>
        <w:t xml:space="preserve">[30:04] </w:t>
      </w:r>
      <w:r>
        <w:t>to usne kaha ke</w:t>
      </w:r>
    </w:p>
    <w:p>
      <w:pPr>
        <w:jc w:val="right"/>
      </w:pPr>
      <w:r>
        <w:t>तो उसने कहा कि</w:t>
      </w:r>
    </w:p>
    <w:p>
      <w:r>
        <w:rPr>
          <w:b/>
        </w:rPr>
        <w:t xml:space="preserve">[30:05] </w:t>
      </w:r>
      <w:r>
        <w:t>, "what is this, johnson? why you hit my nose?"</w:t>
      </w:r>
    </w:p>
    <w:p>
      <w:pPr>
        <w:jc w:val="right"/>
      </w:pPr>
      <w:r>
        <w:t>, "व्हाट इज दिस, जॉनसन? व्हाई यू हिट माय नोज?"</w:t>
      </w:r>
    </w:p>
    <w:p>
      <w:r>
        <w:rPr>
          <w:b/>
        </w:rPr>
        <w:t xml:space="preserve">[30:12] </w:t>
      </w:r>
      <w:r>
        <w:t>usne kaha ki, "aaj, aaj america azad hai. main azad hoon. main jo chahu karoon." to bahut pridefully usne jawab diya tha ki, "as my brother, today india is free,</w:t>
      </w:r>
    </w:p>
    <w:p>
      <w:pPr>
        <w:jc w:val="right"/>
      </w:pPr>
      <w:r>
        <w:t>उसने कहा कि, "आज, आज अमेरिका आजाद है। मैं आजाद हूं। मैं जो चाहूं करूं।" तो बहुत प्राइडली उसने जवाब दिया था कि, "एस माय ब्रदर, टुडे इंडिया इज फ्री,</w:t>
      </w:r>
    </w:p>
    <w:p>
      <w:r>
        <w:rPr>
          <w:b/>
        </w:rPr>
        <w:t xml:space="preserve">[30:28] </w:t>
      </w:r>
      <w:r>
        <w:t>but your freedom ends where my nose begins.</w:t>
      </w:r>
    </w:p>
    <w:p>
      <w:pPr>
        <w:jc w:val="right"/>
      </w:pPr>
      <w:r>
        <w:t>बट योर फ्रीडम एंड्स वेयर माय नोज बिगिंस।</w:t>
      </w:r>
    </w:p>
    <w:p>
      <w:r>
        <w:rPr>
          <w:b/>
        </w:rPr>
        <w:t xml:space="preserve">[30:37] </w:t>
      </w:r>
      <w:r>
        <w:t>your freedom ends where my nose begins." ye hai daur jazeed. aap kisi ke nose par hit na kijiye, to azadi azadi hai. matlab musalmanon ko shikayat hai ki america mein musalmanon ko us waqea ke baad, wo waqea jo hua tha,</w:t>
      </w:r>
    </w:p>
    <w:p>
      <w:pPr>
        <w:jc w:val="right"/>
      </w:pPr>
      <w:r>
        <w:t>योर फ्रीडम एंड्स वेयर माय नोज बिगिंस।" ये है दौर जजीद। आप किसी के नोज पे हिट ना कीजिए, तो आजादी आजादी है। मतलब मुसलमानों को शिकायत है कि अमेरिका में मुसलमानों को उस वाकए के बाद, वो वाकया जो हुआ था,</w:t>
      </w:r>
    </w:p>
    <w:p>
      <w:r>
        <w:rPr>
          <w:b/>
        </w:rPr>
        <w:t xml:space="preserve">[31:00] </w:t>
      </w:r>
      <w:r>
        <w:t>jo tower tha, world trade center. to wo to aapne ye kiya tha musalmanon ne ki musalmanon ne hit kiya unke nose, industrial nose ka. that was,</w:t>
      </w:r>
    </w:p>
    <w:p>
      <w:pPr>
        <w:jc w:val="right"/>
      </w:pPr>
      <w:r>
        <w:t>जो टावर था, वर्ल्ड ट्रेड सेंटर। तो वो तो आपने ये किया था मुसलमानों ने कि मुसलमानों ने हिट किया उनके नोज, इंडस्ट्रियल नोज का। दैट वाज,</w:t>
      </w:r>
    </w:p>
    <w:p>
      <w:r>
        <w:rPr>
          <w:b/>
        </w:rPr>
        <w:t xml:space="preserve">[31:20] </w:t>
      </w:r>
      <w:r>
        <w:t>yani hit kiya tha unhone america ke industrial nose ka. to zahir hai ki wo retaliate karenge. aap kisi ke nose hit na kijiye, to saaf freedom hai. aapko kuch bhi nahi, koi rukawat nahi. to khud quran ke mutabik,</w:t>
      </w:r>
    </w:p>
    <w:p>
      <w:pPr>
        <w:jc w:val="right"/>
      </w:pPr>
      <w:r>
        <w:t>यानी हिट किया था उन्होंने अमेरिका के इंडस्ट्रियल नोज का। तो जाहिर है कि वो रिटेलिएट करेंगे। आप किसी के नोज हिट ना कीजिए, तो साफ फ्रीडम है। आपको कुछ भी नहीं, कोई रुकावट नहीं। तो खुद कुरान के मुताबिक,</w:t>
      </w:r>
    </w:p>
    <w:p>
      <w:r>
        <w:rPr>
          <w:b/>
        </w:rPr>
        <w:t xml:space="preserve">[31:39] </w:t>
      </w:r>
      <w:r>
        <w:t>hata la takun fitna.</w:t>
      </w:r>
    </w:p>
    <w:p>
      <w:pPr>
        <w:jc w:val="right"/>
      </w:pPr>
      <w:r>
        <w:t>हत्ता ला तकून फितना।</w:t>
      </w:r>
    </w:p>
    <w:p>
      <w:r>
        <w:rPr>
          <w:b/>
        </w:rPr>
        <w:t xml:space="preserve">[31:41] </w:t>
      </w:r>
      <w:r>
        <w:t>fitna, yani deen mein rukawat, dawat mein rukawat.</w:t>
      </w:r>
    </w:p>
    <w:p>
      <w:pPr>
        <w:jc w:val="right"/>
      </w:pPr>
      <w:r>
        <w:t>फितना, यानी दीन में रुकावट, दावत में रुकावट।</w:t>
      </w:r>
    </w:p>
    <w:p>
      <w:r>
        <w:rPr>
          <w:b/>
        </w:rPr>
        <w:t xml:space="preserve">[31:47] </w:t>
      </w:r>
      <w:r>
        <w:t>jab khatm ho jaye, to phir tab to, to wo bhi khatm.</w:t>
      </w:r>
    </w:p>
    <w:p>
      <w:pPr>
        <w:jc w:val="right"/>
      </w:pPr>
      <w:r>
        <w:t>जब खत्म हो जाए, तो फिर तब तो, तो वो भी खत्म।</w:t>
      </w:r>
    </w:p>
    <w:p>
      <w:r>
        <w:rPr>
          <w:b/>
        </w:rPr>
        <w:t xml:space="preserve">[31:51] </w:t>
      </w:r>
      <w:r>
        <w:t>ladai bhi khatm.</w:t>
      </w:r>
    </w:p>
    <w:p>
      <w:pPr>
        <w:jc w:val="right"/>
      </w:pPr>
      <w:r>
        <w:t>लड़ाई भी खत्म।</w:t>
      </w:r>
    </w:p>
    <w:p>
      <w:r>
        <w:rPr>
          <w:b/>
        </w:rPr>
        <w:t xml:space="preserve">[31:54] </w:t>
      </w:r>
      <w:r>
        <w:t>to main wahi baat kehta hoon jo quran mein hai, jo hadees mein hai, jo tamam ulma mante</w:t>
      </w:r>
    </w:p>
    <w:p>
      <w:pPr>
        <w:jc w:val="right"/>
      </w:pPr>
      <w:r>
        <w:t>तो मैं वही बात कहता हूं जो कुरान में है, जो हदीस में है, जो तमाम उलमा मानते</w:t>
      </w:r>
    </w:p>
    <w:p>
      <w:r>
        <w:rPr>
          <w:b/>
        </w:rPr>
        <w:t xml:space="preserve">[31:59] </w:t>
      </w:r>
      <w:r>
        <w:t>hain. pata nahi kahan parhaya aap ne ke aap ko is ko ulta mila hai.</w:t>
      </w:r>
    </w:p>
    <w:p>
      <w:pPr>
        <w:jc w:val="right"/>
      </w:pPr>
      <w:r>
        <w:t>हैं। पता नहीं कहां पढ़ाया आपने कि आपको इसको उल्टा मिला है।</w:t>
      </w:r>
    </w:p>
    <w:p>
      <w:r>
        <w:rPr>
          <w:b/>
        </w:rPr>
        <w:t xml:space="preserve">[32:07] </w:t>
      </w:r>
      <w:r>
        <w:t>aap is haqeeqat ko jaan lijiye ke</w:t>
      </w:r>
    </w:p>
    <w:p>
      <w:pPr>
        <w:jc w:val="right"/>
      </w:pPr>
      <w:r>
        <w:t>आप इस हकीकत को जान लीजिए कि</w:t>
      </w:r>
    </w:p>
    <w:p>
      <w:r>
        <w:rPr>
          <w:b/>
        </w:rPr>
        <w:t xml:space="preserve">[32:10] </w:t>
      </w:r>
      <w:r>
        <w:t>ke jihad hasan li zat hi hai,</w:t>
      </w:r>
    </w:p>
    <w:p>
      <w:pPr>
        <w:jc w:val="right"/>
      </w:pPr>
      <w:r>
        <w:t>कि जिहाद हसन लिजात ही है,</w:t>
      </w:r>
    </w:p>
    <w:p>
      <w:r>
        <w:rPr>
          <w:b/>
        </w:rPr>
        <w:t xml:space="preserve">[32:14] </w:t>
      </w:r>
      <w:r>
        <w:t>hasan lagairi nahi hai.</w:t>
      </w:r>
    </w:p>
    <w:p>
      <w:pPr>
        <w:jc w:val="right"/>
      </w:pPr>
      <w:r>
        <w:t>हसन लगैरी नहीं है।</w:t>
      </w:r>
    </w:p>
    <w:p>
      <w:r>
        <w:rPr>
          <w:b/>
        </w:rPr>
        <w:t xml:space="preserve">[32:17] </w:t>
      </w:r>
      <w:r>
        <w:t>aap ko agar koi</w:t>
      </w:r>
    </w:p>
    <w:p>
      <w:pPr>
        <w:jc w:val="right"/>
      </w:pPr>
      <w:r>
        <w:t>आपको अगर कोई</w:t>
      </w:r>
    </w:p>
    <w:p>
      <w:r>
        <w:rPr>
          <w:b/>
        </w:rPr>
        <w:t xml:space="preserve">[32:20] </w:t>
      </w:r>
      <w:r>
        <w:t>iske khilaf kahin quran aur hadees mein hawala milta ho, to mujhe bata dijiye.</w:t>
      </w:r>
    </w:p>
    <w:p>
      <w:pPr>
        <w:jc w:val="right"/>
      </w:pPr>
      <w:r>
        <w:t>इसके खिलाफ कहीं कुरान और हदीस में हवाला मिलता हो, तो मुझे बता दीजिए।</w:t>
      </w:r>
    </w:p>
    <w:p>
      <w:r>
        <w:rPr>
          <w:b/>
        </w:rPr>
        <w:t xml:space="preserve">[32:24] </w:t>
      </w:r>
      <w:r>
        <w:t>maulana, today i understood</w:t>
      </w:r>
    </w:p>
    <w:p>
      <w:pPr>
        <w:jc w:val="right"/>
      </w:pPr>
      <w:r>
        <w:t>मौलाना, टुडे आई अंडरस्टुड</w:t>
      </w:r>
    </w:p>
    <w:p>
      <w:r>
        <w:rPr>
          <w:b/>
        </w:rPr>
        <w:t xml:space="preserve">[32:28] </w:t>
      </w:r>
      <w:r>
        <w:t>two important things</w:t>
      </w:r>
    </w:p>
    <w:p>
      <w:pPr>
        <w:jc w:val="right"/>
      </w:pPr>
      <w:r>
        <w:t>टू इंपॉर्टेंट थिंग्स</w:t>
      </w:r>
    </w:p>
    <w:p>
      <w:r>
        <w:rPr>
          <w:b/>
        </w:rPr>
        <w:t xml:space="preserve">[32:31] </w:t>
      </w:r>
      <w:r>
        <w:t>from the example of mahbubul haq, that you have explained.</w:t>
      </w:r>
    </w:p>
    <w:p>
      <w:pPr>
        <w:jc w:val="right"/>
      </w:pPr>
      <w:r>
        <w:t>फ्रॉम द एग्जांपल ऑफ महबूबुल हक, दैट यू हैव एक्सप्लेन।</w:t>
      </w:r>
    </w:p>
    <w:p>
      <w:r>
        <w:rPr>
          <w:b/>
        </w:rPr>
        <w:t xml:space="preserve">[32:37] </w:t>
      </w:r>
      <w:r>
        <w:t>that he had, you consider him a big intellectual, who tried to write books or find the way</w:t>
      </w:r>
    </w:p>
    <w:p>
      <w:pPr>
        <w:jc w:val="right"/>
      </w:pPr>
      <w:r>
        <w:t>दैट ही हैड, यू कंसीडर हिम अ बिग इंटेलेक्चुअल, हु ट्राइड टू राइट बुक्स और फाइंड द वे</w:t>
      </w:r>
    </w:p>
    <w:p>
      <w:r>
        <w:rPr>
          <w:b/>
        </w:rPr>
        <w:t xml:space="preserve">[32:46] </w:t>
      </w:r>
      <w:r>
        <w:t>to eradicate poverty.</w:t>
      </w:r>
    </w:p>
    <w:p>
      <w:pPr>
        <w:jc w:val="right"/>
      </w:pPr>
      <w:r>
        <w:t>टू इरेडिकेट पॉवर्टी।</w:t>
      </w:r>
    </w:p>
    <w:p>
      <w:r>
        <w:rPr>
          <w:b/>
        </w:rPr>
        <w:t xml:space="preserve">[32:49] </w:t>
      </w:r>
      <w:r>
        <w:t>but you are saying that he was not able to write his last book, which is the case</w:t>
      </w:r>
    </w:p>
    <w:p>
      <w:pPr>
        <w:jc w:val="right"/>
      </w:pPr>
      <w:r>
        <w:t>बट यू आर सेइंग दैट ही वाज नॉट एबल टू राइट हिज लास्ट बुक, व्हिच इज द केस</w:t>
      </w:r>
    </w:p>
    <w:p>
      <w:r>
        <w:rPr>
          <w:b/>
        </w:rPr>
        <w:t xml:space="preserve">[32:56] </w:t>
      </w:r>
      <w:r>
        <w:t>of every human being.</w:t>
      </w:r>
    </w:p>
    <w:p>
      <w:pPr>
        <w:jc w:val="right"/>
      </w:pPr>
      <w:r>
        <w:t>ऑफ एवरी ह्यूमन बीइंग।</w:t>
      </w:r>
    </w:p>
    <w:p>
      <w:r>
        <w:rPr>
          <w:b/>
        </w:rPr>
        <w:t xml:space="preserve">[32:59] </w:t>
      </w:r>
      <w:r>
        <w:t>that</w:t>
      </w:r>
    </w:p>
    <w:p>
      <w:pPr>
        <w:jc w:val="right"/>
      </w:pPr>
      <w:r>
        <w:t>दैट</w:t>
      </w:r>
    </w:p>
    <w:p>
      <w:r>
        <w:rPr>
          <w:b/>
        </w:rPr>
        <w:t xml:space="preserve">[33:00] </w:t>
      </w:r>
      <w:r>
        <w:t>poverty is nothing but living in discontent, and that is the creation plan of god.</w:t>
      </w:r>
    </w:p>
    <w:p>
      <w:pPr>
        <w:jc w:val="right"/>
      </w:pPr>
      <w:r>
        <w:t>पॉवर्टी इज नथिंग बट लिविंग इन डिस्कंटेंट, एंड दैट इज द क्रिएशन प्लान ऑफ गॉड।</w:t>
      </w:r>
    </w:p>
    <w:p>
      <w:r>
        <w:rPr>
          <w:b/>
        </w:rPr>
        <w:t xml:space="preserve">[33:07] </w:t>
      </w:r>
      <w:r>
        <w:t>that's how god wants us to live in this world, because this world is not the final destination.</w:t>
      </w:r>
    </w:p>
    <w:p>
      <w:pPr>
        <w:jc w:val="right"/>
      </w:pPr>
      <w:r>
        <w:t>दैट्स हाउ गॉड वांट्स अस टू लिव इन दिस वर्ल्ड, बिकॉज़ दिस वर्ल्ड इज नॉट द फाइनल डेस्टिनेशन।</w:t>
      </w:r>
    </w:p>
    <w:p>
      <w:r>
        <w:rPr>
          <w:b/>
        </w:rPr>
        <w:t xml:space="preserve">[33:16] </w:t>
      </w:r>
      <w:r>
        <w:t>so, this the second aspect that i have understood is that this world, whatever happens to us, its</w:t>
      </w:r>
    </w:p>
    <w:p>
      <w:pPr>
        <w:jc w:val="right"/>
      </w:pPr>
      <w:r>
        <w:t>सो, दिस द सेकंड एस्पेक्ट दैट आई हैव अंडरस्टुड इज दैट दिस वर्ल्ड, व्हाटएवर हैपेंस टू अस, इट्स</w:t>
      </w:r>
    </w:p>
    <w:p>
      <w:r>
        <w:rPr>
          <w:b/>
        </w:rPr>
        <w:t xml:space="preserve">[33:23] </w:t>
      </w:r>
      <w:r>
        <w:t>ok. we should only think of the eternal world, which is the here after, and how we can</w:t>
      </w:r>
    </w:p>
    <w:p>
      <w:pPr>
        <w:jc w:val="right"/>
      </w:pPr>
      <w:r>
        <w:t>ओके। वी शुड ओनली थिंक ऑफ द इटरनल वर्ल्ड, व्हिच इज द हेयर आफ्टर, एंड हाउ वी कैन</w:t>
      </w:r>
    </w:p>
    <w:p>
      <w:r>
        <w:rPr>
          <w:b/>
        </w:rPr>
        <w:t xml:space="preserve">[33:31] </w:t>
      </w:r>
      <w:r>
        <w:t>prepare for it.</w:t>
      </w:r>
    </w:p>
    <w:p>
      <w:pPr>
        <w:jc w:val="right"/>
      </w:pPr>
      <w:r>
        <w:t>प्रिपेयर फॉर इट।</w:t>
      </w:r>
    </w:p>
    <w:p>
      <w:r>
        <w:rPr>
          <w:b/>
        </w:rPr>
        <w:t xml:space="preserve">[33:33] </w:t>
      </w:r>
      <w:r>
        <w:t>so, this is very clear now that in this world, we are not going to get what we</w:t>
      </w:r>
    </w:p>
    <w:p>
      <w:pPr>
        <w:jc w:val="right"/>
      </w:pPr>
      <w:r>
        <w:t>सो, दिस इज वेरी क्लियर नाउ दैट इन दिस वर्ल्ड, वी आर नॉट गोइंग टू गेट व्हाट वी</w:t>
      </w:r>
    </w:p>
    <w:p>
      <w:r>
        <w:rPr>
          <w:b/>
        </w:rPr>
        <w:t xml:space="preserve">[33:37] </w:t>
      </w:r>
      <w:r>
        <w:t>want. we have to live in a constant struggle, and we should aim at preparing for the here</w:t>
      </w:r>
    </w:p>
    <w:p>
      <w:pPr>
        <w:jc w:val="right"/>
      </w:pPr>
      <w:r>
        <w:t>वांट। वी हैव टू लिव इन अ कांस्टेंट स्ट्रगल, एंड वी शुड एम एट प्रिपेयरिंग फॉर द हेयर</w:t>
      </w:r>
    </w:p>
    <w:p>
      <w:r>
        <w:rPr>
          <w:b/>
        </w:rPr>
        <w:t xml:space="preserve">[33:44] </w:t>
      </w:r>
      <w:r>
        <w:t>after. its</w:t>
      </w:r>
    </w:p>
    <w:p>
      <w:pPr>
        <w:jc w:val="right"/>
      </w:pPr>
      <w:r>
        <w:t>आफ्टर। इट्स</w:t>
      </w:r>
    </w:p>
    <w:p>
      <w:r>
        <w:rPr>
          <w:b/>
        </w:rPr>
        <w:t xml:space="preserve">[33:46] </w:t>
      </w:r>
      <w:r>
        <w:t>very clear now, maulana. masha allah. maulana, the quote you mentioned in today's lecture is, "destiny is a matter of chance, not choice." will you support this statement or oppose?</w:t>
      </w:r>
    </w:p>
    <w:p>
      <w:pPr>
        <w:jc w:val="right"/>
      </w:pPr>
      <w:r>
        <w:t>वेरी क्लियर नाउ, मौलाना। माशा अल्लाह। मौलाना, द कोट यू मेंशन इन टुडेज लेक्चर इज, "डेस्टिनी इज अ मैटर ऑफ चांस, नॉट चॉइस।" विल यू सपोर्ट दिस स्टेटमेंट और अपोज?</w:t>
      </w:r>
    </w:p>
    <w:p>
      <w:r>
        <w:rPr>
          <w:b/>
        </w:rPr>
        <w:t xml:space="preserve">[34:00] </w:t>
      </w:r>
      <w:r>
        <w:t>haan, main support karta hoon. librest ismein. destiny ka matlab ye hai kamyabi. kamyabi. ab main uska lafz badalta hoon</w:t>
      </w:r>
    </w:p>
    <w:p>
      <w:pPr>
        <w:jc w:val="right"/>
      </w:pPr>
      <w:r>
        <w:t>हां, मैं सपोर्ट करता हूं। लिबरेस्ट इसमें। डेस्टिनी का मतलब ये है कामयाबी। कामयाबी। अब मैं उसका लफ्ज बदलता हूं</w:t>
      </w:r>
    </w:p>
    <w:p>
      <w:r>
        <w:rPr>
          <w:b/>
        </w:rPr>
        <w:t xml:space="preserve">[34:15] </w:t>
      </w:r>
      <w:r>
        <w:t>ki choice ka matlab kya hai?</w:t>
      </w:r>
    </w:p>
    <w:p>
      <w:pPr>
        <w:jc w:val="right"/>
      </w:pPr>
      <w:r>
        <w:t>कि चॉइस का मतलब क्या है?</w:t>
      </w:r>
    </w:p>
    <w:p>
      <w:r>
        <w:rPr>
          <w:b/>
        </w:rPr>
        <w:t xml:space="preserve">[34:17] </w:t>
      </w:r>
      <w:r>
        <w:t>right planning. ki aapki, aapka success ka jo umra hai, wo depend karta hai right planning ka. right planning par. aap jab fail hote hain, to right planning par na karne ki wajah se fail hote hain. dusri baat ye hai ki jab aap fail ho jaye,</w:t>
      </w:r>
    </w:p>
    <w:p>
      <w:pPr>
        <w:jc w:val="right"/>
      </w:pPr>
      <w:r>
        <w:t>राइट प्लानिंग। कि आपकी, आपका सक्सेस का जो उमरा है, वो डिपेंड करता है राइट प्लानिंग का। राइट प्लानिंग पर। आप जब फेल होते हैं, तो राइट प्लानिंग पर ना करने की वजह से फेल होते हैं। दूसरी बात यह है कि जब आप फेल हो जाएं,</w:t>
      </w:r>
    </w:p>
    <w:p>
      <w:r>
        <w:rPr>
          <w:b/>
        </w:rPr>
        <w:t xml:space="preserve">[34:43] </w:t>
      </w:r>
      <w:r>
        <w:t>to aapko,</w:t>
      </w:r>
    </w:p>
    <w:p>
      <w:pPr>
        <w:jc w:val="right"/>
      </w:pPr>
      <w:r>
        <w:t>तो आपको,</w:t>
      </w:r>
    </w:p>
    <w:p>
      <w:r>
        <w:rPr>
          <w:b/>
        </w:rPr>
        <w:t xml:space="preserve">[34:48] </w:t>
      </w:r>
      <w:r>
        <w:t>yani afsos nahi karna hai, balki second planning ki tayyari karna hai. replanning ki tayyari karna hai. unke title mein ye baat nahi hai, lekin uske, uska,</w:t>
      </w:r>
    </w:p>
    <w:p>
      <w:pPr>
        <w:jc w:val="right"/>
      </w:pPr>
      <w:r>
        <w:t>यानी अफसोस नहीं करना है, बल्कि सेकंड प्लानिंग की तैयारी करना है। रिप्लानिंग की तैयारी करना है। उनके टाइटल में यह बात नहीं है, लेकिन उसके, उसका,</w:t>
      </w:r>
    </w:p>
    <w:p>
      <w:r>
        <w:rPr>
          <w:b/>
        </w:rPr>
        <w:t xml:space="preserve">[35:10] </w:t>
      </w:r>
      <w:r>
        <w:t>uska, uska jo magaz hai, wo yahi hai.</w:t>
      </w:r>
    </w:p>
    <w:p>
      <w:pPr>
        <w:jc w:val="right"/>
      </w:pPr>
      <w:r>
        <w:t>उसका, उसका जो मगज है, वो यही है।</w:t>
      </w:r>
    </w:p>
    <w:p>
      <w:r>
        <w:rPr>
          <w:b/>
        </w:rPr>
        <w:t xml:space="preserve">[35:17] </w:t>
      </w:r>
      <w:r>
        <w:t>ek kitab, bahut achhi kitab hai, wo unhone apne andaz se likha hai. main usko agar explain karoon, to ye kahunga ki success uske liye hai jo allah ke</w:t>
      </w:r>
    </w:p>
    <w:p>
      <w:pPr>
        <w:jc w:val="right"/>
      </w:pPr>
      <w:r>
        <w:t>एक किताब, बहुत अच्छी किताब है, वो उन्होंने अपने अंदाज से लिखा है। मैं उसको अगर एक्सप्लेन करूं, तो ये कहूंगा कि सक्सेस उसको लिए है जो अल्लाह के</w:t>
      </w:r>
    </w:p>
    <w:p>
      <w:r>
        <w:rPr>
          <w:b/>
        </w:rPr>
        <w:t xml:space="preserve">[35:34] </w:t>
      </w:r>
      <w:r>
        <w:t>creation plan ko jaane aur uske mutabiq wo right planning kare.</w:t>
      </w:r>
    </w:p>
    <w:p>
      <w:pPr>
        <w:jc w:val="right"/>
      </w:pPr>
      <w:r>
        <w:t>क्रिएशन प्लान को जाने और उसके मुताबिक वो राइट प्लानिंग करे।</w:t>
      </w:r>
    </w:p>
    <w:p>
      <w:r>
        <w:rPr>
          <w:b/>
        </w:rPr>
        <w:t xml:space="preserve">[35:40] </w:t>
      </w:r>
      <w:r>
        <w:t>aur agar uski planning kaamyaab na ho, wo fail ho jaye, tab</w:t>
      </w:r>
    </w:p>
    <w:p>
      <w:pPr>
        <w:jc w:val="right"/>
      </w:pPr>
      <w:r>
        <w:t>और अगर उसकी प्लानिंग कामयाब ना हो, वो फेल हो जाए, तब</w:t>
      </w:r>
    </w:p>
    <w:p>
      <w:r>
        <w:rPr>
          <w:b/>
        </w:rPr>
        <w:t xml:space="preserve">[35:48] </w:t>
      </w:r>
      <w:r>
        <w:t>dusra Allah taala ka jo usool hai, wo hai replanning.</w:t>
      </w:r>
    </w:p>
    <w:p>
      <w:pPr>
        <w:jc w:val="right"/>
      </w:pPr>
      <w:r>
        <w:t>दूसरा अल्लाह ताला का जो उसूल है, वो है रिप्लानिंग।</w:t>
      </w:r>
    </w:p>
    <w:p>
      <w:r>
        <w:rPr>
          <w:b/>
        </w:rPr>
        <w:t xml:space="preserve">[35:55] </w:t>
      </w:r>
      <w:r>
        <w:t>aur Allah ne khud ye misaal qayam ki hai.</w:t>
      </w:r>
    </w:p>
    <w:p>
      <w:pPr>
        <w:jc w:val="right"/>
      </w:pPr>
      <w:r>
        <w:t>और अल्लाह ने खुद ये मिसाल कायम की है।</w:t>
      </w:r>
    </w:p>
    <w:p>
      <w:r>
        <w:rPr>
          <w:b/>
        </w:rPr>
        <w:t xml:space="preserve">[35:58] </w:t>
      </w:r>
      <w:r>
        <w:t>Allah ne paida kiya Adam ko</w:t>
      </w:r>
    </w:p>
    <w:p>
      <w:pPr>
        <w:jc w:val="right"/>
      </w:pPr>
      <w:r>
        <w:t>अल्लाह ने पैदा किया आदम को</w:t>
      </w:r>
    </w:p>
    <w:p>
      <w:r>
        <w:rPr>
          <w:b/>
        </w:rPr>
        <w:t xml:space="preserve">[36:04] </w:t>
      </w:r>
      <w:r>
        <w:t>taaki wo jannat mein rahe.</w:t>
      </w:r>
    </w:p>
    <w:p>
      <w:pPr>
        <w:jc w:val="right"/>
      </w:pPr>
      <w:r>
        <w:t>ताकि वो जन्नत में रहे।</w:t>
      </w:r>
    </w:p>
    <w:p>
      <w:r>
        <w:rPr>
          <w:b/>
        </w:rPr>
        <w:t xml:space="preserve">[36:07] </w:t>
      </w:r>
      <w:r>
        <w:t>jannat pehla jo tajruba tha,</w:t>
      </w:r>
    </w:p>
    <w:p>
      <w:pPr>
        <w:jc w:val="right"/>
      </w:pPr>
      <w:r>
        <w:t>जन्नत पहला जो तजरबा था,</w:t>
      </w:r>
    </w:p>
    <w:p>
      <w:r>
        <w:rPr>
          <w:b/>
        </w:rPr>
        <w:t xml:space="preserve">[36:11] </w:t>
      </w:r>
      <w:r>
        <w:t>wo successful nahi hua,</w:t>
      </w:r>
    </w:p>
    <w:p>
      <w:pPr>
        <w:jc w:val="right"/>
      </w:pPr>
      <w:r>
        <w:t>वो सक्सेसफुल नहीं हुआ,</w:t>
      </w:r>
    </w:p>
    <w:p>
      <w:r>
        <w:rPr>
          <w:b/>
        </w:rPr>
        <w:t xml:space="preserve">[36:17] </w:t>
      </w:r>
      <w:r>
        <w:t>kyunki insaan ne yeh proof kiya ki wo jannat mein</w:t>
      </w:r>
    </w:p>
    <w:p>
      <w:pPr>
        <w:jc w:val="right"/>
      </w:pPr>
      <w:r>
        <w:t>क्योंकि इंसान ने यह प्रूफ किया कि वो जन्नत में</w:t>
      </w:r>
    </w:p>
    <w:p>
      <w:r>
        <w:rPr>
          <w:b/>
        </w:rPr>
        <w:t xml:space="preserve">[36:22] </w:t>
      </w:r>
      <w:r>
        <w:t>daakhil karne ke qabil nahi hai.</w:t>
      </w:r>
    </w:p>
    <w:p>
      <w:pPr>
        <w:jc w:val="right"/>
      </w:pPr>
      <w:r>
        <w:t>दाखिल करने के काबिल नहीं है।</w:t>
      </w:r>
    </w:p>
    <w:p>
      <w:r>
        <w:rPr>
          <w:b/>
        </w:rPr>
        <w:t xml:space="preserve">[36:26] </w:t>
      </w:r>
      <w:r>
        <w:t>to wo Khuda ke jo hukum tha, usko follow nahi kiya.</w:t>
      </w:r>
    </w:p>
    <w:p>
      <w:pPr>
        <w:jc w:val="right"/>
      </w:pPr>
      <w:r>
        <w:t>तो वो खुदा के जो हुक्म था, उसको फॉलो नहीं किया।</w:t>
      </w:r>
    </w:p>
    <w:p>
      <w:r>
        <w:rPr>
          <w:b/>
        </w:rPr>
        <w:t xml:space="preserve">[36:33] </w:t>
      </w:r>
      <w:r>
        <w:t>usne to doosri planning ki.</w:t>
      </w:r>
    </w:p>
    <w:p>
      <w:pPr>
        <w:jc w:val="right"/>
      </w:pPr>
      <w:r>
        <w:t>उसने तो दूसरी प्लानिंग की।</w:t>
      </w:r>
    </w:p>
    <w:p>
      <w:r>
        <w:rPr>
          <w:b/>
        </w:rPr>
        <w:t xml:space="preserve">[36:36] </w:t>
      </w:r>
      <w:r>
        <w:t>Allah taala ne hum log Allah taala ki second planning ka hissa hain</w:t>
      </w:r>
    </w:p>
    <w:p>
      <w:pPr>
        <w:jc w:val="right"/>
      </w:pPr>
      <w:r>
        <w:t>अल्लाह ताला ने हम लोग अल्लाह ताला की सेकंड प्लानिंग का हिस्सा हैं</w:t>
      </w:r>
    </w:p>
    <w:p>
      <w:r>
        <w:rPr>
          <w:b/>
        </w:rPr>
        <w:t xml:space="preserve">[36:42] </w:t>
      </w:r>
      <w:r>
        <w:t>ki pehla, pehli planning mein</w:t>
      </w:r>
    </w:p>
    <w:p>
      <w:pPr>
        <w:jc w:val="right"/>
      </w:pPr>
      <w:r>
        <w:t>कि पहला, पहली प्लानिंग में</w:t>
      </w:r>
    </w:p>
    <w:p>
      <w:r>
        <w:rPr>
          <w:b/>
        </w:rPr>
        <w:t xml:space="preserve">[36:46] </w:t>
      </w:r>
      <w:r>
        <w:t>jannat mein daakhila</w:t>
      </w:r>
    </w:p>
    <w:p>
      <w:pPr>
        <w:jc w:val="right"/>
      </w:pPr>
      <w:r>
        <w:t>जन्नत में दाखिला</w:t>
      </w:r>
    </w:p>
    <w:p>
      <w:r>
        <w:rPr>
          <w:b/>
        </w:rPr>
        <w:t xml:space="preserve">[36:48] </w:t>
      </w:r>
      <w:r>
        <w:t>general tha. Har ek ko daakhila jannat mein.</w:t>
      </w:r>
    </w:p>
    <w:p>
      <w:pPr>
        <w:jc w:val="right"/>
      </w:pPr>
      <w:r>
        <w:t>जनरल था। हर एक को दाखिला जन्नत में।</w:t>
      </w:r>
    </w:p>
    <w:p>
      <w:r>
        <w:rPr>
          <w:b/>
        </w:rPr>
        <w:t xml:space="preserve">[36:52] </w:t>
      </w:r>
      <w:r>
        <w:t>doosri planning mein yeh ho gaya</w:t>
      </w:r>
    </w:p>
    <w:p>
      <w:pPr>
        <w:jc w:val="right"/>
      </w:pPr>
      <w:r>
        <w:t>दूसरी प्लानिंग में यह हो गया</w:t>
      </w:r>
    </w:p>
    <w:p>
      <w:r>
        <w:rPr>
          <w:b/>
        </w:rPr>
        <w:t xml:space="preserve">[36:56] </w:t>
      </w:r>
      <w:r>
        <w:t>selected way mein.</w:t>
      </w:r>
    </w:p>
    <w:p>
      <w:pPr>
        <w:jc w:val="right"/>
      </w:pPr>
      <w:r>
        <w:t>सिलेक्टेड वे में।</w:t>
      </w:r>
    </w:p>
    <w:p>
      <w:r>
        <w:rPr>
          <w:b/>
        </w:rPr>
        <w:t xml:space="preserve">[36:57] </w:t>
      </w:r>
      <w:r>
        <w:t>ab jo jannat mein daakhila hoga, wo wo selected way mein hoga.</w:t>
      </w:r>
    </w:p>
    <w:p>
      <w:pPr>
        <w:jc w:val="right"/>
      </w:pPr>
      <w:r>
        <w:t>अब जो जन्नत में दाखिला होगा, वो वो सिलेक्टेड वे में होगा।</w:t>
      </w:r>
    </w:p>
    <w:p>
      <w:r>
        <w:rPr>
          <w:b/>
        </w:rPr>
        <w:t xml:space="preserve">[37:02] </w:t>
      </w:r>
      <w:r>
        <w:t>yaani chune hue log daakhil kiye jayenge.</w:t>
      </w:r>
    </w:p>
    <w:p>
      <w:pPr>
        <w:jc w:val="right"/>
      </w:pPr>
      <w:r>
        <w:t>यानी चुने हुए लोग दाखिल किए जाएंगे।</w:t>
      </w:r>
    </w:p>
    <w:p>
      <w:r>
        <w:rPr>
          <w:b/>
        </w:rPr>
        <w:t xml:space="preserve">[37:05] </w:t>
      </w:r>
      <w:r>
        <w:t>pehle Allah taala ki rehmat takda hua tha ki sabhi ko jannat de di jaye.</w:t>
      </w:r>
    </w:p>
    <w:p>
      <w:pPr>
        <w:jc w:val="right"/>
      </w:pPr>
      <w:r>
        <w:t>पहले अल्लाह ताला की रहमत तकदा हुआ था कि सभी को जन्नत दे दी जाए।</w:t>
      </w:r>
    </w:p>
    <w:p>
      <w:r>
        <w:rPr>
          <w:b/>
        </w:rPr>
        <w:t xml:space="preserve">[37:12] </w:t>
      </w:r>
      <w:r>
        <w:t>to Allah ke ki planning hi mein yeh shaamil hai ki first</w:t>
      </w:r>
    </w:p>
    <w:p>
      <w:pPr>
        <w:jc w:val="right"/>
      </w:pPr>
      <w:r>
        <w:t>तो अल्लाह के की प्लानिंग ही में यह शामिल है कि फर्स्ट</w:t>
      </w:r>
    </w:p>
    <w:p>
      <w:r>
        <w:rPr>
          <w:b/>
        </w:rPr>
        <w:t xml:space="preserve">[37:20] </w:t>
      </w:r>
      <w:r>
        <w:t>agar first attempt wala kaamyaab na ho, to doosra attempt karo.</w:t>
      </w:r>
    </w:p>
    <w:p>
      <w:pPr>
        <w:jc w:val="right"/>
      </w:pPr>
      <w:r>
        <w:t>अगर फर्स्ट अटेम्प्ट वाला कामयाब ना हो, तो दूसरा अटेम्प्ट करो।</w:t>
      </w:r>
    </w:p>
    <w:p>
      <w:r>
        <w:rPr>
          <w:b/>
        </w:rPr>
        <w:t xml:space="preserve">[37:25] </w:t>
      </w:r>
      <w:r>
        <w:t>replanning karo. Yeh hai Maulana.</w:t>
      </w:r>
    </w:p>
    <w:p>
      <w:pPr>
        <w:jc w:val="right"/>
      </w:pPr>
      <w:r>
        <w:t>रिप्लानिंग करो। यह है मौलाना।</w:t>
      </w:r>
    </w:p>
    <w:p>
      <w:r>
        <w:rPr>
          <w:b/>
        </w:rPr>
        <w:t xml:space="preserve">[37:32] </w:t>
      </w:r>
      <w:r>
        <w:t>a, ye Quranic verse hai ya hadith, hamein yaad nahi hai, but</w:t>
      </w:r>
    </w:p>
    <w:p>
      <w:pPr>
        <w:jc w:val="right"/>
      </w:pPr>
      <w:r>
        <w:t>अ, ये कुरानिक वर्स है या हदीस, हमें याद नहीं है, बट</w:t>
      </w:r>
    </w:p>
    <w:p>
      <w:r>
        <w:rPr>
          <w:b/>
        </w:rPr>
        <w:t xml:space="preserve">[37:38] </w:t>
      </w:r>
      <w:r>
        <w:t>hamein ye pata karna hai, Maulana, ye kahan tak sach</w:t>
      </w:r>
    </w:p>
    <w:p>
      <w:pPr>
        <w:jc w:val="right"/>
      </w:pPr>
      <w:r>
        <w:t>हमें ये पता करना है, मौलाना, ये कहां तक सच</w:t>
      </w:r>
    </w:p>
    <w:p>
      <w:r>
        <w:rPr>
          <w:b/>
        </w:rPr>
        <w:t xml:space="preserve">[37:40] </w:t>
      </w:r>
      <w:r>
        <w:t>hai? that khuda jisko jannat dena chahta hai, usko is duniya mein hi jannat dikha deta hai.</w:t>
      </w:r>
    </w:p>
    <w:p>
      <w:pPr>
        <w:jc w:val="right"/>
      </w:pPr>
      <w:r>
        <w:t>है? दैट खुदा जिसको जन्नत देना चाहता है, उसको इस दुनिया में ही जन्नत दिखा देता है।</w:t>
      </w:r>
    </w:p>
    <w:p>
      <w:r>
        <w:rPr>
          <w:b/>
        </w:rPr>
        <w:t xml:space="preserve">[37:50] </w:t>
      </w:r>
      <w:r>
        <w:t>rajaat nahi, is tarah nahi hai. wo wo ayat padhiye. aap haan, tal tarjuma padhiye. aur wo usko us jannat mein dakhil karega, jiski marfat usko de di gayi. hum marfat de di ke mane hai ki jisne jannat ko apna apna target banaya,</w:t>
      </w:r>
    </w:p>
    <w:p>
      <w:pPr>
        <w:jc w:val="right"/>
      </w:pPr>
      <w:r>
        <w:t>रजत नहीं, इस तरह नहीं है। वो वो आयत पढ़िए। आप हां, तल तर्जुमा पढ़िए। और वो उसको उस जन्नत में दाखिल करेगा, जिसकी मारफत उसको दे दी गई। हम मारफत दे दी के माने है कि जिसने जन्नत को अपना अपना टारगेट बनाया,</w:t>
      </w:r>
    </w:p>
    <w:p>
      <w:r>
        <w:rPr>
          <w:b/>
        </w:rPr>
        <w:t xml:space="preserve">[38:17] </w:t>
      </w:r>
      <w:r>
        <w:t>usne jannat ki marfat hasil ki.</w:t>
      </w:r>
    </w:p>
    <w:p>
      <w:pPr>
        <w:jc w:val="right"/>
      </w:pPr>
      <w:r>
        <w:t>उसने जन्नत की मारफत हासिल की।</w:t>
      </w:r>
    </w:p>
    <w:p>
      <w:r>
        <w:rPr>
          <w:b/>
        </w:rPr>
        <w:t xml:space="preserve">[38:20] </w:t>
      </w:r>
      <w:r>
        <w:t>jannat ko usne discover kiya, uske mutabiq apni zindagi ki planning ki.</w:t>
      </w:r>
    </w:p>
    <w:p>
      <w:pPr>
        <w:jc w:val="right"/>
      </w:pPr>
      <w:r>
        <w:t>जन्नत को उसने डिस्कवर किया, उसके मुताबिक अपनी जिंदगी की प्लानिंग की।</w:t>
      </w:r>
    </w:p>
    <w:p>
      <w:r>
        <w:rPr>
          <w:b/>
        </w:rPr>
        <w:t xml:space="preserve">[38:26] </w:t>
      </w:r>
      <w:r>
        <w:t>yeh ayat honesty ko batati hai.</w:t>
      </w:r>
    </w:p>
    <w:p>
      <w:pPr>
        <w:jc w:val="right"/>
      </w:pPr>
      <w:r>
        <w:t>यह आयत ऑनेस्टी को बताती है।</w:t>
      </w:r>
    </w:p>
    <w:p>
      <w:r>
        <w:rPr>
          <w:b/>
        </w:rPr>
        <w:t xml:space="preserve">[38:28] </w:t>
      </w:r>
      <w:r>
        <w:t>jo honest aadmi hoga, woh yahi karega.</w:t>
      </w:r>
    </w:p>
    <w:p>
      <w:pPr>
        <w:jc w:val="right"/>
      </w:pPr>
      <w:r>
        <w:t>जो ऑनेस्ट आदमी होगा, वो यही करेगा।</w:t>
      </w:r>
    </w:p>
    <w:p>
      <w:r>
        <w:rPr>
          <w:b/>
        </w:rPr>
        <w:t xml:space="preserve">[38:32] </w:t>
      </w:r>
      <w:r>
        <w:t>honest aadmi yeh karega ke woh jannat ko</w:t>
      </w:r>
    </w:p>
    <w:p>
      <w:pPr>
        <w:jc w:val="right"/>
      </w:pPr>
      <w:r>
        <w:t>ऑनेस्ट आदमी ये करेगा कि वो जन्नत को</w:t>
      </w:r>
    </w:p>
    <w:p>
      <w:r>
        <w:rPr>
          <w:b/>
        </w:rPr>
        <w:t xml:space="preserve">[38:38] </w:t>
      </w:r>
      <w:r>
        <w:t>discover karega, uski marfat hasil karega, phir uske mutabiq planning karega.</w:t>
      </w:r>
    </w:p>
    <w:p>
      <w:pPr>
        <w:jc w:val="right"/>
      </w:pPr>
      <w:r>
        <w:t>डिस्कवर करेगा, उसकी मारफत हासिल करेगा, फिर उसके मुताबिक प्लानिंग करेगा।</w:t>
      </w:r>
    </w:p>
    <w:p>
      <w:r>
        <w:rPr>
          <w:b/>
        </w:rPr>
        <w:t xml:space="preserve">[38:44] </w:t>
      </w:r>
      <w:r>
        <w:t>agar pehli planning fail ho jaye, to replanning karega.</w:t>
      </w:r>
    </w:p>
    <w:p>
      <w:pPr>
        <w:jc w:val="right"/>
      </w:pPr>
      <w:r>
        <w:t>अगर पहली प्लानिंग फेल हो जाए, तो रिप्लानिंग करेगा।</w:t>
      </w:r>
    </w:p>
    <w:p>
      <w:r>
        <w:rPr>
          <w:b/>
        </w:rPr>
        <w:t xml:space="preserve">[38:48] </w:t>
      </w:r>
      <w:r>
        <w:t>yeh sara usme understood hai.</w:t>
      </w:r>
    </w:p>
    <w:p>
      <w:pPr>
        <w:jc w:val="right"/>
      </w:pPr>
      <w:r>
        <w:t>यह सारा उसमें अंडरस्टुड है।</w:t>
      </w:r>
    </w:p>
    <w:p>
      <w:r>
        <w:rPr>
          <w:b/>
        </w:rPr>
        <w:t xml:space="preserve">[38:52] </w:t>
      </w:r>
      <w:r>
        <w:t>understood hai. jab yeh sab karega,</w:t>
      </w:r>
    </w:p>
    <w:p>
      <w:pPr>
        <w:jc w:val="right"/>
      </w:pPr>
      <w:r>
        <w:t>अंडरस्टुड है। जब यह सब करेगा,</w:t>
      </w:r>
    </w:p>
    <w:p>
      <w:r>
        <w:rPr>
          <w:b/>
        </w:rPr>
        <w:t xml:space="preserve">[38:55] </w:t>
      </w:r>
      <w:r>
        <w:t>tab usko wo is kabil banega ki wo jannat mein dakhil kiya jaye.</w:t>
      </w:r>
    </w:p>
    <w:p>
      <w:pPr>
        <w:jc w:val="right"/>
      </w:pPr>
      <w:r>
        <w:t>तब उसको वो इस काबिल बनेगा कि वो जन्नत में दाखिल किया जाए।</w:t>
      </w:r>
    </w:p>
    <w:p>
      <w:r>
        <w:rPr>
          <w:b/>
        </w:rPr>
        <w:t xml:space="preserve">[39:04] </w:t>
      </w:r>
      <w:r>
        <w:t>sir, reference kya hai</w:t>
      </w:r>
    </w:p>
    <w:p>
      <w:pPr>
        <w:jc w:val="right"/>
      </w:pPr>
      <w:r>
        <w:t>सर, रेफरेंस क्या है</w:t>
      </w:r>
    </w:p>
    <w:p>
      <w:r>
        <w:rPr>
          <w:b/>
        </w:rPr>
        <w:t xml:space="preserve">[39:06] </w:t>
      </w:r>
      <w:r>
        <w:t>? kisi bhi ayat ko ya hadith ko literal maane mein nahi lena chahiye. sochna chahiye ki iski gehri meaning kya hai. maulana, mera ek question hai. last sunday ko aapne ek hadith bayan kari thi ki huzoor pak sallallahu alaihi wasallam ne kaha hai ki hamare liye dua mangi hai apni ummat ke liye ki allah taala hum sabko as it is thinker banaye. to maulana, yeh as it is thinking hoti</w:t>
      </w:r>
    </w:p>
    <w:p>
      <w:pPr>
        <w:jc w:val="right"/>
      </w:pPr>
      <w:r>
        <w:t>? किसी भी आयत को या हदीस को लिटरल माने में नहीं लेना चाहिए। सोचना चाहिए कि इसकी गहरी मीनिंग क्या है। मौलाना, मेरा एक क्वेश्चन है। लास्ट संडे को आपने एक हदीस बयान करी थी कि हुजूर पाक सल्लल्लाहु अलैहि वसल्लम ने कहा है कि हमारे लिए दुआ मांगी है अपनी उम्मत के लिए कि अल्लाह ताला हम सबको एज इट इज थिंकर बनाए। तो मौलाना, यह एज इट इज थिंकिंग होती</w:t>
      </w:r>
    </w:p>
    <w:p>
      <w:r>
        <w:rPr>
          <w:b/>
        </w:rPr>
        <w:t xml:space="preserve">[39:35] </w:t>
      </w:r>
      <w:r>
        <w:t>kya hai? like, what is this as it is thinker? kya aap kuch as it is thinking ke bare mein aur bata sakte hain, with some examples?</w:t>
      </w:r>
    </w:p>
    <w:p>
      <w:pPr>
        <w:jc w:val="right"/>
      </w:pPr>
      <w:r>
        <w:t>क्या है? लाइक, व्हाट इज दिस एज इट इज थिंकर? क्या आप कुछ एज इट इज थिंकिंग के बारे में और बता सकते हैं, विद सम एग्जांपल्स?</w:t>
      </w:r>
    </w:p>
    <w:p>
      <w:r>
        <w:rPr>
          <w:b/>
        </w:rPr>
        <w:t xml:space="preserve">[39:44] </w:t>
      </w:r>
      <w:r>
        <w:t>ab mujhe clear nahi hui thi ye baat. dekhiye,</w:t>
      </w:r>
    </w:p>
    <w:p>
      <w:pPr>
        <w:jc w:val="right"/>
      </w:pPr>
      <w:r>
        <w:t>अब मुझे क्लियर नहीं हुई थी ये बात। देखिए,</w:t>
      </w:r>
    </w:p>
    <w:p>
      <w:r>
        <w:rPr>
          <w:b/>
        </w:rPr>
        <w:t xml:space="preserve">[39:51] </w:t>
      </w:r>
      <w:r>
        <w:t>baatein us waqt samajh aati hain jab aap lafz ko badlein. jaise maine aapko abhi misal di thi ki doctor babool haq ne jo baat kahi hai, usko jab badlein lafz ko, tab samajh aata hai. warna wo ab ambiguous rehta hai. wo to yeh jo maine kaha tha,</w:t>
      </w:r>
    </w:p>
    <w:p>
      <w:pPr>
        <w:jc w:val="right"/>
      </w:pPr>
      <w:r>
        <w:t>बातें उस वक्त समझ आती हैं जब आप लफ्ज को बदलें। जैसे मैंने आपको अभी मिसाल दी थी कि डॉक्टर बबूल हक ने जो बात कही है, उसको जब बदलें लफ्ज को, तब समझ आता है। वरना वो अब अंबगोस रहता है। वो तो यह जो मैंने कहा था,</w:t>
      </w:r>
    </w:p>
    <w:p>
      <w:r>
        <w:rPr>
          <w:b/>
        </w:rPr>
        <w:t xml:space="preserve">[40:15] </w:t>
      </w:r>
      <w:r>
        <w:t>as it is thinking, usko lafz badaliye.</w:t>
      </w:r>
    </w:p>
    <w:p>
      <w:pPr>
        <w:jc w:val="right"/>
      </w:pPr>
      <w:r>
        <w:t>एज एज इट इज थिंकिंग, उसको लफ्ज बदलिए।</w:t>
      </w:r>
    </w:p>
    <w:p>
      <w:r>
        <w:rPr>
          <w:b/>
        </w:rPr>
        <w:t xml:space="preserve">[40:19] </w:t>
      </w:r>
      <w:r>
        <w:t>yani uska matlab hai realistic approach.</w:t>
      </w:r>
    </w:p>
    <w:p>
      <w:pPr>
        <w:jc w:val="right"/>
      </w:pPr>
      <w:r>
        <w:t>यानी उसका मतलब है रियलिस्टिक अप्रोच।</w:t>
      </w:r>
    </w:p>
    <w:p>
      <w:r>
        <w:rPr>
          <w:b/>
        </w:rPr>
        <w:t xml:space="preserve">[40:24] </w:t>
      </w:r>
      <w:r>
        <w:t>realistic approach. main isko ek misal dunga.</w:t>
      </w:r>
    </w:p>
    <w:p>
      <w:pPr>
        <w:jc w:val="right"/>
      </w:pPr>
      <w:r>
        <w:t>रियलिस्टिक अप्रोच। मैं इसको एक मिसाल दूंगा।</w:t>
      </w:r>
    </w:p>
    <w:p>
      <w:r>
        <w:rPr>
          <w:b/>
        </w:rPr>
        <w:t xml:space="preserve">[40:30] </w:t>
      </w:r>
      <w:r>
        <w:t>ek ek misal yeh hai ke jis zamane mein sir sikh log bohat dhoom se tehreek chala rahe</w:t>
      </w:r>
    </w:p>
    <w:p>
      <w:pPr>
        <w:jc w:val="right"/>
      </w:pPr>
      <w:r>
        <w:t>एक एक मिसाल यह है कि जिस जमाने में सर सिख लोग बहुत धूम से तहरीक चला रहे</w:t>
      </w:r>
    </w:p>
    <w:p>
      <w:r>
        <w:rPr>
          <w:b/>
        </w:rPr>
        <w:t xml:space="preserve">[40:39] </w:t>
      </w:r>
      <w:r>
        <w:t>the, khalsa bopan, khalsa umr, yani separate sikh state yeh chala rahe the.</w:t>
      </w:r>
    </w:p>
    <w:p>
      <w:pPr>
        <w:jc w:val="right"/>
      </w:pPr>
      <w:r>
        <w:t>थे, खालसा बोपन, खालसा उम्र, यानी सेपरेट सिख स्टेट ये चला रहे थे।</w:t>
      </w:r>
    </w:p>
    <w:p>
      <w:r>
        <w:rPr>
          <w:b/>
        </w:rPr>
        <w:t xml:space="preserve">[40:46] </w:t>
      </w:r>
      <w:r>
        <w:t>wo separate sikh state.</w:t>
      </w:r>
    </w:p>
    <w:p>
      <w:pPr>
        <w:jc w:val="right"/>
      </w:pPr>
      <w:r>
        <w:t>वो सेपरेट सिख स्टेट।</w:t>
      </w:r>
    </w:p>
    <w:p>
      <w:r>
        <w:rPr>
          <w:b/>
        </w:rPr>
        <w:t xml:space="preserve">[40:50] </w:t>
      </w:r>
      <w:r>
        <w:t>to maine ek mazmoon likha tha,</w:t>
      </w:r>
    </w:p>
    <w:p>
      <w:pPr>
        <w:jc w:val="right"/>
      </w:pPr>
      <w:r>
        <w:t>तो मैंने एक मजमूर लिखा था,</w:t>
      </w:r>
    </w:p>
    <w:p>
      <w:r>
        <w:rPr>
          <w:b/>
        </w:rPr>
        <w:t xml:space="preserve">[40:52] </w:t>
      </w:r>
      <w:r>
        <w:t>wo shafaat hindustan times mein. usmein maine likha tha ki ye jo aap sirf momin chala rahe hain, yaar, ye bilkul bahut hi, yaani superfast thinking par base karti hai. wo realistic thinking nahi hai. isliye ke india mein freedom hai,</w:t>
      </w:r>
    </w:p>
    <w:p>
      <w:pPr>
        <w:jc w:val="right"/>
      </w:pPr>
      <w:r>
        <w:t>वो शफात हिंदुस्तान टाइम्स में। उसमें मैंने लिखा था कि ये जो आप सिर्फ मोमिन चला रहे हैं, यार, ये बिल्कुल बहुत ही, यानी सुपरफेस्ट थिंकिंग पर बेस करती है। वो रियलिस्टिक थिंकिंग नहीं है। इसलिए के इंडिया में फ्रीडम है,</w:t>
      </w:r>
    </w:p>
    <w:p>
      <w:r>
        <w:rPr>
          <w:b/>
        </w:rPr>
        <w:t xml:space="preserve">[41:19] </w:t>
      </w:r>
      <w:r>
        <w:t>total freedom hai. india mein, india mein itni freedom hai ki abhi times of india mein report aayi hai do din pehle ke india mein number do richest aadmi wipro,</w:t>
      </w:r>
    </w:p>
    <w:p>
      <w:pPr>
        <w:jc w:val="right"/>
      </w:pPr>
      <w:r>
        <w:t>टोटल फ्रीडम है। इंडिया में, इंडिया में इतनी फ्रीडम है कि अभी टाइम्स ऑफ इंडिया में रिपोर्ट आई है दो दिन पहले के इंडिया में नंबर दो रिचेस्ट आदमी विप्रो,</w:t>
      </w:r>
    </w:p>
    <w:p>
      <w:r>
        <w:rPr>
          <w:b/>
        </w:rPr>
        <w:t xml:space="preserve">[41:36] </w:t>
      </w:r>
      <w:r>
        <w:t>wipro ka malik, jo ek muslim hai. yaani musalman minority community hai yahan, lekin yahan ka jo richest aadmi hai, richest wipro ka malik,</w:t>
      </w:r>
    </w:p>
    <w:p>
      <w:pPr>
        <w:jc w:val="right"/>
      </w:pPr>
      <w:r>
        <w:t>विप्रो का मालिक, जो एक मुस्लिम है। यानी मुसलमान माइनॉरिटी कम्युनिटी है यहां, लेकिन यहां का जो रिचेस्ट आदमी है, रिचेस्ट विप्रो का मालिक,</w:t>
      </w:r>
    </w:p>
    <w:p>
      <w:r>
        <w:rPr>
          <w:b/>
        </w:rPr>
        <w:t xml:space="preserve">[41:55] </w:t>
      </w:r>
      <w:r>
        <w:t>wo hai ek musalman. to yeh hai. to maine usmein likha tha ke india mein sikh log sirf 2% hain,</w:t>
      </w:r>
    </w:p>
    <w:p>
      <w:pPr>
        <w:jc w:val="right"/>
      </w:pPr>
      <w:r>
        <w:t>वो है एक मुसलमान। तो यह है। तो मैंने उसमें लिखा था के इंडिया में सिख लोग सिर्फ 2% हैं,</w:t>
      </w:r>
    </w:p>
    <w:p>
      <w:r>
        <w:rPr>
          <w:b/>
        </w:rPr>
        <w:t xml:space="preserve">[42:14] </w:t>
      </w:r>
      <w:r>
        <w:t>2%, lekin woh india ki economy ko 20% economy control kar rahe hain.</w:t>
      </w:r>
    </w:p>
    <w:p>
      <w:pPr>
        <w:jc w:val="right"/>
      </w:pPr>
      <w:r>
        <w:t>2%, लेकिन वो इंडिया की इकॉनमी को 20% इकॉनमी कंट्रोल कर रहे हैं।</w:t>
      </w:r>
    </w:p>
    <w:p>
      <w:r>
        <w:rPr>
          <w:b/>
        </w:rPr>
        <w:t xml:space="preserve">[42:22] </w:t>
      </w:r>
      <w:r>
        <w:t>wo yani 2% ki community india ki 20% economy control kar rahi hai.</w:t>
      </w:r>
    </w:p>
    <w:p>
      <w:pPr>
        <w:jc w:val="right"/>
      </w:pPr>
      <w:r>
        <w:t>वो यानी 2% की कम्युनिटी इंडिया की 20% इकॉनमी कंट्रोल कर रही है।</w:t>
      </w:r>
    </w:p>
    <w:p>
      <w:r>
        <w:rPr>
          <w:b/>
        </w:rPr>
        <w:t xml:space="preserve">[42:32] </w:t>
      </w:r>
      <w:r>
        <w:t>to itni zyada besabri ki baat hai ke aap alik bana rahe hain.</w:t>
      </w:r>
    </w:p>
    <w:p>
      <w:pPr>
        <w:jc w:val="right"/>
      </w:pPr>
      <w:r>
        <w:t>तो इतनी ज्यादा बेसब्री की बात है कि आप आलिक बना रहे हैं।</w:t>
      </w:r>
    </w:p>
    <w:p>
      <w:r>
        <w:rPr>
          <w:b/>
        </w:rPr>
        <w:t xml:space="preserve">[42:37] </w:t>
      </w:r>
      <w:r>
        <w:t>alik banane ke maane ke aap 20% ghat karke do 2% par aa jayen.</w:t>
      </w:r>
    </w:p>
    <w:p>
      <w:pPr>
        <w:jc w:val="right"/>
      </w:pPr>
      <w:r>
        <w:t>आलिक बनाने के माने कि आप 20% घट करके दो 2% पर आ जाएं।</w:t>
      </w:r>
    </w:p>
    <w:p>
      <w:r>
        <w:rPr>
          <w:b/>
        </w:rPr>
        <w:t xml:space="preserve">[42:43] </w:t>
      </w:r>
      <w:r>
        <w:t>kyunki aap jab apni khamakha minority bana len,</w:t>
      </w:r>
    </w:p>
    <w:p>
      <w:pPr>
        <w:jc w:val="right"/>
      </w:pPr>
      <w:r>
        <w:t>क्योंकि आप जब अपनी खामखा माइनॉरिटी बना लें,</w:t>
      </w:r>
    </w:p>
    <w:p>
      <w:r>
        <w:rPr>
          <w:b/>
        </w:rPr>
        <w:t xml:space="preserve">[42:48] </w:t>
      </w:r>
      <w:r>
        <w:t>to aap is opportunity ko dekhiye.</w:t>
      </w:r>
    </w:p>
    <w:p>
      <w:pPr>
        <w:jc w:val="right"/>
      </w:pPr>
      <w:r>
        <w:t>तो आप इस अपॉर्चुनिटी को देखिए।</w:t>
      </w:r>
    </w:p>
    <w:p>
      <w:r>
        <w:rPr>
          <w:b/>
        </w:rPr>
        <w:t xml:space="preserve">[42:52] </w:t>
      </w:r>
      <w:r>
        <w:t>opportunity ko dekhiye ke india mein shamil hokar ke aap kitni badi kamyabi hasil karte hain.</w:t>
      </w:r>
    </w:p>
    <w:p>
      <w:pPr>
        <w:jc w:val="right"/>
      </w:pPr>
      <w:r>
        <w:t>अपॉर्चुनिटी को देखिए कि इंडिया में शामिल होकर के आप कितनी बड़ी कामयाबी हासिल करते हैं।</w:t>
      </w:r>
    </w:p>
    <w:p>
      <w:r>
        <w:rPr>
          <w:b/>
        </w:rPr>
        <w:t xml:space="preserve">[42:59] </w:t>
      </w:r>
      <w:r>
        <w:t>phir yahi maine aap chashma kiya tha pakistan par ke khamakha yeh kashmir par ke kashmir wale khamakha</w:t>
      </w:r>
    </w:p>
    <w:p>
      <w:pPr>
        <w:jc w:val="right"/>
      </w:pPr>
      <w:r>
        <w:t>फिर यही मैंने आप चश्मा किया था पाकिस्तान पर कि खामखा ये कश्मीर पर कि कश्मीर वाले खामखा</w:t>
      </w:r>
    </w:p>
    <w:p>
      <w:r>
        <w:rPr>
          <w:b/>
        </w:rPr>
        <w:t xml:space="preserve">[43:07] </w:t>
      </w:r>
      <w:r>
        <w:t>ladai kar rahe hain.</w:t>
      </w:r>
    </w:p>
    <w:p>
      <w:pPr>
        <w:jc w:val="right"/>
      </w:pPr>
      <w:r>
        <w:t>लड़ाई कर रहे हैं।</w:t>
      </w:r>
    </w:p>
    <w:p>
      <w:r>
        <w:rPr>
          <w:b/>
        </w:rPr>
        <w:t xml:space="preserve">[43:09] </w:t>
      </w:r>
      <w:r>
        <w:t>aaj kashmir part india ka part hai.</w:t>
      </w:r>
    </w:p>
    <w:p>
      <w:pPr>
        <w:jc w:val="right"/>
      </w:pPr>
      <w:r>
        <w:t>आज कश्मीर पार्ट इंडिया का पार्ट है।</w:t>
      </w:r>
    </w:p>
    <w:p>
      <w:r>
        <w:rPr>
          <w:b/>
        </w:rPr>
        <w:t xml:space="preserve">[43:12] </w:t>
      </w:r>
      <w:r>
        <w:t>ye sara india aur unka hai.</w:t>
      </w:r>
    </w:p>
    <w:p>
      <w:pPr>
        <w:jc w:val="right"/>
      </w:pPr>
      <w:r>
        <w:t>ये सारा इंडिया और उनका है।</w:t>
      </w:r>
    </w:p>
    <w:p>
      <w:r>
        <w:rPr>
          <w:b/>
        </w:rPr>
        <w:t xml:space="preserve">[43:15] </w:t>
      </w:r>
      <w:r>
        <w:t>india mein aap jo chahe kijiye, kyunki aap india ke citizen hain.</w:t>
      </w:r>
    </w:p>
    <w:p>
      <w:pPr>
        <w:jc w:val="right"/>
      </w:pPr>
      <w:r>
        <w:t>इंडिया में आप जो चाहे कीजिए, क्योंकि आप इंडिया के सिटीजन हैं।</w:t>
      </w:r>
    </w:p>
    <w:p>
      <w:r>
        <w:rPr>
          <w:b/>
        </w:rPr>
        <w:t xml:space="preserve">[43:21] </w:t>
      </w:r>
      <w:r>
        <w:t>aap president of india baniye,</w:t>
      </w:r>
    </w:p>
    <w:p>
      <w:pPr>
        <w:jc w:val="right"/>
      </w:pPr>
      <w:r>
        <w:t>आप प्रेसिडेंट ऑफ इंडिया बनिए,</w:t>
      </w:r>
    </w:p>
    <w:p>
      <w:r>
        <w:rPr>
          <w:b/>
        </w:rPr>
        <w:t xml:space="preserve">[43:24] </w:t>
      </w:r>
      <w:r>
        <w:t>aap business kijiye, kuch bhi kijiye, education mein top kijiye.</w:t>
      </w:r>
    </w:p>
    <w:p>
      <w:pPr>
        <w:jc w:val="right"/>
      </w:pPr>
      <w:r>
        <w:t>आप बिजनेस कीजिए, कुछ भी कीजिए, एजुकेशन में टॉप कीजिए।</w:t>
      </w:r>
    </w:p>
    <w:p>
      <w:r>
        <w:rPr>
          <w:b/>
        </w:rPr>
        <w:t xml:space="preserve">[43:33] </w:t>
      </w:r>
      <w:r>
        <w:t>to realistic approach yeh hai ke jo haqiqatein hain, unko samjha jaye unbiased way mein. unbiased way mein samjha jaye aur phir unki buniyad par realistic planning ki jaye. to as as it is ka matlab hota hai.</w:t>
      </w:r>
    </w:p>
    <w:p>
      <w:pPr>
        <w:jc w:val="right"/>
      </w:pPr>
      <w:r>
        <w:t>तो रियलिस्टिक अप्रोच यह है के जो हकीकतें हैं, उनको समझा जाए अनबायस्ड वे में। अनबायस्ड वे में समझा जाए और फिर उनकी बुनियाद पर रियलिस्टिक प्लानिंग की जाए। तो एज एज इट इज का मतलब होता है।</w:t>
      </w:r>
    </w:p>
    <w:p>
      <w:r>
        <w:rPr>
          <w:b/>
        </w:rPr>
        <w:t xml:space="preserve">[43:56] </w:t>
      </w:r>
      <w:r>
        <w:t>as it is ka matlab hota hai realistic approach.</w:t>
      </w:r>
    </w:p>
    <w:p>
      <w:pPr>
        <w:jc w:val="right"/>
      </w:pPr>
      <w:r>
        <w:t>एज इट इज का मतलब होता है रियलिस्टिक अप्रोच।</w:t>
      </w:r>
    </w:p>
    <w:p>
      <w:r>
        <w:rPr>
          <w:b/>
        </w:rPr>
        <w:t xml:space="preserve">[44:04] </w:t>
      </w:r>
      <w:r>
        <w:t>maulana, ye sawal bheja hai itanagar, arunachal pradesh se mohammad bilal shafi sahab ne. unhone likha hai, "maulana, from one of your articles in al rasala,</w:t>
      </w:r>
    </w:p>
    <w:p>
      <w:pPr>
        <w:jc w:val="right"/>
      </w:pPr>
      <w:r>
        <w:t>मौलाना, ये सवाल भेजा है ईटानगर, अरुणाचल प्रदेश से मोहम्मद बिलाल शफी साहब ने। उन्होंने लिखा है, "मौलाना, फ्रॉम वन ऑफ योर आर्टिकल्स इन अल रसाला,</w:t>
      </w:r>
    </w:p>
    <w:p>
      <w:r>
        <w:rPr>
          <w:b/>
        </w:rPr>
        <w:t xml:space="preserve">[44:18] </w:t>
      </w:r>
      <w:r>
        <w:t>i understood that god endowed us with emotions like love and fear to be directed towards him with utmost sincerity. my question is, whether negative emotions like greed and jealousy are these emotion also from god for serving some greater purpose?</w:t>
      </w:r>
    </w:p>
    <w:p>
      <w:pPr>
        <w:jc w:val="right"/>
      </w:pPr>
      <w:r>
        <w:t>आई अंडरस्टुड दैट गॉड एंडाउड अस विद इमोशंस लाइक लव एंड फियर टू बी डायरेक्टेड टुवर्ड्स हिम विद अटमोस्ट सिंसेरिटी। माय क्वेश्चन इज, वेदर नेगेटिव इमोशंस लाइक ग्रीड एंड जेलेसी आर दीज इमोशन आल्सो फ्रॉम गॉड फॉर सर्विंग सम ग्रेटर पर्पस?</w:t>
      </w:r>
    </w:p>
    <w:p>
      <w:r>
        <w:rPr>
          <w:b/>
        </w:rPr>
        <w:t xml:space="preserve">[44:43] </w:t>
      </w:r>
      <w:r>
        <w:t>hargiz nahi.</w:t>
      </w:r>
    </w:p>
    <w:p>
      <w:pPr>
        <w:jc w:val="right"/>
      </w:pPr>
      <w:r>
        <w:t>" हरगिज नहीं।</w:t>
      </w:r>
    </w:p>
    <w:p>
      <w:r>
        <w:rPr>
          <w:b/>
        </w:rPr>
        <w:t xml:space="preserve">[44:44] </w:t>
      </w:r>
      <w:r>
        <w:t>wo wo to shaitan ka</w:t>
      </w:r>
    </w:p>
    <w:p>
      <w:pPr>
        <w:jc w:val="right"/>
      </w:pPr>
      <w:r>
        <w:t>वो वो तो शैतान का</w:t>
      </w:r>
    </w:p>
    <w:p>
      <w:r>
        <w:rPr>
          <w:b/>
        </w:rPr>
        <w:t xml:space="preserve">[44:47] </w:t>
      </w:r>
      <w:r>
        <w:t>waswasa hai. shaitan ka behkawa hai.</w:t>
      </w:r>
    </w:p>
    <w:p>
      <w:pPr>
        <w:jc w:val="right"/>
      </w:pPr>
      <w:r>
        <w:t>वसवसा है। शैतान का बहकावा है।</w:t>
      </w:r>
    </w:p>
    <w:p>
      <w:r>
        <w:rPr>
          <w:b/>
        </w:rPr>
        <w:t xml:space="preserve">[44:51] </w:t>
      </w:r>
      <w:r>
        <w:t>dekhiye, positive thinking</w:t>
      </w:r>
    </w:p>
    <w:p>
      <w:pPr>
        <w:jc w:val="right"/>
      </w:pPr>
      <w:r>
        <w:t>देखिए, पॉजिटिव थिंकिंग</w:t>
      </w:r>
    </w:p>
    <w:p>
      <w:r>
        <w:rPr>
          <w:b/>
        </w:rPr>
        <w:t xml:space="preserve">[44:54] </w:t>
      </w:r>
      <w:r>
        <w:t>angel ki taraf se aati hai.</w:t>
      </w:r>
    </w:p>
    <w:p>
      <w:pPr>
        <w:jc w:val="right"/>
      </w:pPr>
      <w:r>
        <w:t>एंजल की तरफ से आती है।</w:t>
      </w:r>
    </w:p>
    <w:p>
      <w:r>
        <w:rPr>
          <w:b/>
        </w:rPr>
        <w:t xml:space="preserve">[44:57] </w:t>
      </w:r>
      <w:r>
        <w:t>negative thinking shaitan ki taraf se aati hai.</w:t>
      </w:r>
    </w:p>
    <w:p>
      <w:pPr>
        <w:jc w:val="right"/>
      </w:pPr>
      <w:r>
        <w:t>नेगेटिव थिंकिंग शैतान की तरफ से आती है।</w:t>
      </w:r>
    </w:p>
    <w:p>
      <w:r>
        <w:rPr>
          <w:b/>
        </w:rPr>
        <w:t xml:space="preserve">[45:00] </w:t>
      </w:r>
      <w:r>
        <w:t>quran mein bilkul ye wajib hai ki jab bhi koi positive thought aapke andar aaye, to angel ki</w:t>
      </w:r>
    </w:p>
    <w:p>
      <w:pPr>
        <w:jc w:val="right"/>
      </w:pPr>
      <w:r>
        <w:t>कुरान में बिल्कुल ये वाजिब है कि जब भी कोई पॉजिटिव थॉट आपके अंदर आए, तो एंजल की</w:t>
      </w:r>
    </w:p>
    <w:p>
      <w:r>
        <w:rPr>
          <w:b/>
        </w:rPr>
        <w:t xml:space="preserve">[45:10] </w:t>
      </w:r>
      <w:r>
        <w:t>taraf se tha wo.</w:t>
      </w:r>
    </w:p>
    <w:p>
      <w:pPr>
        <w:jc w:val="right"/>
      </w:pPr>
      <w:r>
        <w:t>तरफ से था वो।</w:t>
      </w:r>
    </w:p>
    <w:p>
      <w:r>
        <w:rPr>
          <w:b/>
        </w:rPr>
        <w:t xml:space="preserve">[45:11] </w:t>
      </w:r>
      <w:r>
        <w:t>aur negative thought aapke mind mein aaye, to wo shaitan ki taraf se tha.</w:t>
      </w:r>
    </w:p>
    <w:p>
      <w:pPr>
        <w:jc w:val="right"/>
      </w:pPr>
      <w:r>
        <w:t>और नेगेटिव थॉट आपके माइंड में आए, तो वो शैतान की तरफ से था।</w:t>
      </w:r>
    </w:p>
    <w:p>
      <w:r>
        <w:rPr>
          <w:b/>
        </w:rPr>
        <w:t xml:space="preserve">[45:18] </w:t>
      </w:r>
      <w:r>
        <w:t>isiliye kaha gaya hai ki shaitan ke waswase se bacho.</w:t>
      </w:r>
    </w:p>
    <w:p>
      <w:pPr>
        <w:jc w:val="right"/>
      </w:pPr>
      <w:r>
        <w:t>इसीलिए कहा गया है कि शैतान के वसवसे से बचो।</w:t>
      </w:r>
    </w:p>
    <w:p>
      <w:r>
        <w:rPr>
          <w:b/>
        </w:rPr>
        <w:t xml:space="preserve">[45:27] </w:t>
      </w:r>
      <w:r>
        <w:t>maulana asad pervez sahab ne boston se likha hai comment. unka comment hai, "i discovered a new way to introspect today. i will always think of the question, what would i write in my last book</w:t>
      </w:r>
    </w:p>
    <w:p>
      <w:pPr>
        <w:jc w:val="right"/>
      </w:pPr>
      <w:r>
        <w:t>मौलाना असद परवेज साहब ने बॉस्टन से लिखा है कमेंट। उनका कमेंट है, "आई डिस्कवर्ड अ न्यू वे टू इंट्रोस्पेक्ट टुडे। आई विल ऑलवेज थिंक ऑफ द क्वेश्चन, व्हाट वुड आई राइट इन माय लास्ट बुक</w:t>
      </w:r>
    </w:p>
    <w:p>
      <w:r>
        <w:rPr>
          <w:b/>
        </w:rPr>
        <w:t xml:space="preserve">[45:45] </w:t>
      </w:r>
      <w:r>
        <w:t>? thank you maulana for this new guidance."</w:t>
      </w:r>
    </w:p>
    <w:p>
      <w:pPr>
        <w:jc w:val="right"/>
      </w:pPr>
      <w:r>
        <w:t>? थैंक यू मौलाना फॉर दिस न्यू गाइडेंस।"</w:t>
      </w:r>
    </w:p>
    <w:p>
      <w:r>
        <w:rPr>
          <w:b/>
        </w:rPr>
        <w:t xml:space="preserve">[45:48] </w:t>
      </w:r>
      <w:r>
        <w:t>miss shabina ali ne kolkata se likha hai, "maulana, i have come to know today that a person</w:t>
      </w:r>
    </w:p>
    <w:p>
      <w:pPr>
        <w:jc w:val="right"/>
      </w:pPr>
      <w:r>
        <w:t>मिस शबीना अली ने कोलकाता से लिखा है, "मौलाना, आई हैव कम टू नो टुडे दैट अ पर्सन</w:t>
      </w:r>
    </w:p>
    <w:p>
      <w:r>
        <w:rPr>
          <w:b/>
        </w:rPr>
        <w:t xml:space="preserve">[45:56] </w:t>
      </w:r>
      <w:r>
        <w:t>born with the silver spoon is not able to achieve much in his life, but it is discontentment</w:t>
      </w:r>
    </w:p>
    <w:p>
      <w:pPr>
        <w:jc w:val="right"/>
      </w:pPr>
      <w:r>
        <w:t>बोर्न विद द सिल्वर स्पून इज नॉट एबल टू अचीव मच इन हिज लाइफ, बट इट इज डिस्कंटेंटमेंट</w:t>
      </w:r>
    </w:p>
    <w:p>
      <w:r>
        <w:rPr>
          <w:b/>
        </w:rPr>
        <w:t xml:space="preserve">[46:04] </w:t>
      </w:r>
      <w:r>
        <w:t>which opens the door way to bigger truths and higher realities of life.</w:t>
      </w:r>
    </w:p>
    <w:p>
      <w:pPr>
        <w:jc w:val="right"/>
      </w:pPr>
      <w:r>
        <w:t>व्हिच ओपन्स द डोर वे टू बिगर ट्रुथ्स एंड हायर रियलिटीज ऑफ लाइफ।</w:t>
      </w:r>
    </w:p>
    <w:p>
      <w:r>
        <w:rPr>
          <w:b/>
        </w:rPr>
        <w:t xml:space="preserve">[46:10] </w:t>
      </w:r>
      <w:r>
        <w:t>so one should not be discouraged, but work more harder, because lives of all the great people of</w:t>
      </w:r>
    </w:p>
    <w:p>
      <w:pPr>
        <w:jc w:val="right"/>
      </w:pPr>
      <w:r>
        <w:t>सो वन शुड नॉट बी डिस्करेज, बट वर्क मोर हार्डर, बिकॉज़ लाइव्स ऑफ ऑल द ग्रेट पीपल ऑफ</w:t>
      </w:r>
    </w:p>
    <w:p>
      <w:r>
        <w:rPr>
          <w:b/>
        </w:rPr>
        <w:t xml:space="preserve">[46:17] </w:t>
      </w:r>
      <w:r>
        <w:t>this world are biggest example of this truth."</w:t>
      </w:r>
    </w:p>
    <w:p>
      <w:pPr>
        <w:jc w:val="right"/>
      </w:pPr>
      <w:r>
        <w:t>दिस वर्ल्ड आर बिगेस्ट एग्जांपल ऑफ दिस ट्रुथ।"</w:t>
      </w:r>
    </w:p>
    <w:p>
      <w:r>
        <w:rPr>
          <w:b/>
        </w:rPr>
        <w:t xml:space="preserve">[46:22] </w:t>
      </w:r>
      <w:r>
        <w:t>miss shabana ansari ne pakistan se likha hai, "very hopeful message for the people who feel they will</w:t>
      </w:r>
    </w:p>
    <w:p>
      <w:pPr>
        <w:jc w:val="right"/>
      </w:pPr>
      <w:r>
        <w:t>मिस शबाना अंसारी ने पाकिस्तान से लिखा है, "वेरी होपफुल मैसेज फॉर द पीपल हु फील दे विल</w:t>
      </w:r>
    </w:p>
    <w:p>
      <w:r>
        <w:rPr>
          <w:b/>
        </w:rPr>
        <w:t xml:space="preserve">[46:30] </w:t>
      </w:r>
      <w:r>
        <w:t>fail in this life or or they have got less.</w:t>
      </w:r>
    </w:p>
    <w:p>
      <w:pPr>
        <w:jc w:val="right"/>
      </w:pPr>
      <w:r>
        <w:t>फेल इन दिस लाइफ और और दे हैव गॉट लेस।</w:t>
      </w:r>
    </w:p>
    <w:p>
      <w:r>
        <w:rPr>
          <w:b/>
        </w:rPr>
        <w:t xml:space="preserve">[46:35] </w:t>
      </w:r>
      <w:r>
        <w:t>or they have got less here.</w:t>
      </w:r>
    </w:p>
    <w:p>
      <w:pPr>
        <w:jc w:val="right"/>
      </w:pPr>
      <w:r>
        <w:t>और दे हैव गॉट लेस हियर।</w:t>
      </w:r>
    </w:p>
    <w:p>
      <w:r>
        <w:rPr>
          <w:b/>
        </w:rPr>
        <w:t xml:space="preserve">[46:37] </w:t>
      </w:r>
      <w:r>
        <w:t>they have akhirat for their compensation."</w:t>
      </w:r>
    </w:p>
    <w:p>
      <w:pPr>
        <w:jc w:val="right"/>
      </w:pPr>
      <w:r>
        <w:t>दे हैव आखिरत फॉर देयर कंपनसेशन।"</w:t>
      </w:r>
    </w:p>
    <w:p>
      <w:r>
        <w:rPr>
          <w:b/>
        </w:rPr>
        <w:t xml:space="preserve">[46:41] </w:t>
      </w:r>
      <w:r>
        <w:t>maulana iqbal umri ne chennai se likha hai, "insan ko khasare se najat dene wali cheez maut ke</w:t>
      </w:r>
    </w:p>
    <w:p>
      <w:pPr>
        <w:jc w:val="right"/>
      </w:pPr>
      <w:r>
        <w:t>मौलाना इकबाल उमरी ने चेन्नई से लिखा है, "इंसान को खसारे से नजात देने वाली चीज मौत के</w:t>
      </w:r>
    </w:p>
    <w:p>
      <w:r>
        <w:rPr>
          <w:b/>
        </w:rPr>
        <w:t xml:space="preserve">[46:49] </w:t>
      </w:r>
      <w:r>
        <w:t>baad ki planning hai."</w:t>
      </w:r>
    </w:p>
    <w:p>
      <w:pPr>
        <w:jc w:val="right"/>
      </w:pPr>
      <w:r>
        <w:t>बाद की प्लानिंग है।</w:t>
      </w:r>
    </w:p>
    <w:p>
      <w:r>
        <w:rPr>
          <w:b/>
        </w:rPr>
        <w:t xml:space="preserve">[46:51] </w:t>
      </w:r>
      <w:r>
        <w:t>jajakallah maulana. doctor juned shaikh ne mumbai se likha hai, "today i learn that it is always better</w:t>
      </w:r>
    </w:p>
    <w:p>
      <w:pPr>
        <w:jc w:val="right"/>
      </w:pPr>
      <w:r>
        <w:t>जजाकल्लाह मौलाना।" डॉक्टर जुनेद शेख ने मुंबई से लिखा है, "टुडे आई लर्न दैट इट इज ऑलवेज बेटर</w:t>
      </w:r>
    </w:p>
    <w:p>
      <w:r>
        <w:rPr>
          <w:b/>
        </w:rPr>
        <w:t xml:space="preserve">[46:59] </w:t>
      </w:r>
      <w:r>
        <w:t>to prepare for life after death then keep thinking on loss we face in this life.</w:t>
      </w:r>
    </w:p>
    <w:p>
      <w:pPr>
        <w:jc w:val="right"/>
      </w:pPr>
      <w:r>
        <w:t>टू प्रिपेयर फॉर लाइफ आफ्टर डेथ देन कीप थिंकिंग ऑन लॉस वी फेस इन दिस लाइफ।</w:t>
      </w:r>
    </w:p>
    <w:p>
      <w:r>
        <w:rPr>
          <w:b/>
        </w:rPr>
        <w:t xml:space="preserve">[47:06] </w:t>
      </w:r>
      <w:r>
        <w:t>this is super formula for peaceful life.</w:t>
      </w:r>
    </w:p>
    <w:p>
      <w:pPr>
        <w:jc w:val="right"/>
      </w:pPr>
      <w:r>
        <w:t>दिस इज सुपर फार्मूला फॉर पीसफुल लाइफ।</w:t>
      </w:r>
    </w:p>
    <w:p>
      <w:r>
        <w:rPr>
          <w:b/>
        </w:rPr>
        <w:t xml:space="preserve">[47:10] </w:t>
      </w:r>
      <w:r>
        <w:t>jajakallah maulana." maulana, ek sawal aaya hai miss nadia</w:t>
      </w:r>
    </w:p>
    <w:p>
      <w:pPr>
        <w:jc w:val="right"/>
      </w:pPr>
      <w:r>
        <w:t>जजाकल्लाह मौलाना।" मौलाना, एक सवाल आया है मिस नादिया</w:t>
      </w:r>
    </w:p>
    <w:p>
      <w:r>
        <w:rPr>
          <w:b/>
        </w:rPr>
        <w:t xml:space="preserve">[47:16] </w:t>
      </w:r>
      <w:r>
        <w:t>saif ne kiya hai. unhone location nahi likhi hai. unka sawal hai, "maulana sahab, agar zindagi mein koi faisla karna ho, to kin cheezon ka khayal rakhna chahiye?</w:t>
      </w:r>
    </w:p>
    <w:p>
      <w:pPr>
        <w:jc w:val="right"/>
      </w:pPr>
      <w:r>
        <w:t>सैफ ने किया है। उन्होंने लोकेशन नहीं लिखी है। उनका सवाल है, "मौलाना साहब, अगर जिंदगी में कोई फैसला करना हो, तो किन चीजों का ख्याल रखना चाहिए?</w:t>
      </w:r>
    </w:p>
    <w:p>
      <w:r>
        <w:rPr>
          <w:b/>
        </w:rPr>
        <w:t xml:space="preserve">[47:30] </w:t>
      </w:r>
      <w:r>
        <w:t>iske bare mein bataiye. "dekhiye, main jahan tak samjha hoon unke sawal ko,</w:t>
      </w:r>
    </w:p>
    <w:p>
      <w:pPr>
        <w:jc w:val="right"/>
      </w:pPr>
      <w:r>
        <w:t>इसके बारे में बताइए।" देखिए, मैं जहां तक समझा हूं उनके सवाल को,</w:t>
      </w:r>
    </w:p>
    <w:p>
      <w:r>
        <w:rPr>
          <w:b/>
        </w:rPr>
        <w:t xml:space="preserve">[47:38] </w:t>
      </w:r>
      <w:r>
        <w:t>uske last se mera jawab yeh hai ki is duniya mein aap jo allah taala ki jo planning hai, jo iski w things hai,</w:t>
      </w:r>
    </w:p>
    <w:p>
      <w:pPr>
        <w:jc w:val="right"/>
      </w:pPr>
      <w:r>
        <w:t>उसके लास्ट से मेरा जवाब यह है कि इस दुनिया में आप जो अल्लाह ताला की जो प्लानिंग है, जो इसकी व थिंग्स है,</w:t>
      </w:r>
    </w:p>
    <w:p>
      <w:r>
        <w:rPr>
          <w:b/>
        </w:rPr>
        <w:t xml:space="preserve">[47:53] </w:t>
      </w:r>
      <w:r>
        <w:t>uske mutabik, uske mutabik karke hi kamyab ho sakte hain. agar aap divine planning ke khilaf chale, to aap kabhi kamyab nahin honge.</w:t>
      </w:r>
    </w:p>
    <w:p>
      <w:pPr>
        <w:jc w:val="right"/>
      </w:pPr>
      <w:r>
        <w:t>उसके मुताबिक, उसके मुताबिक करके ही कामयाब हो सकते हैं। अगर आप डिवाइन प्लानिंग के खिलाफ चले, तो आप कभी कामयाब नहीं होंगे।</w:t>
      </w:r>
    </w:p>
    <w:p>
      <w:r>
        <w:rPr>
          <w:b/>
        </w:rPr>
        <w:t xml:space="preserve">[48:11] </w:t>
      </w:r>
      <w:r>
        <w:t>maslan, jo aadmi chahta hai ke bhai, uski zindagi kamyab, usko shadi kamyab nahi hogi, to wo chahta</w:t>
      </w:r>
    </w:p>
    <w:p>
      <w:pPr>
        <w:jc w:val="right"/>
      </w:pPr>
      <w:r>
        <w:t>मसलन, जो आदमी चाहता है कि भाई, उसकी जिंदगी कामयाब, उसको शादी कामयाब नहीं होगी, तो वो चाहता</w:t>
      </w:r>
    </w:p>
    <w:p>
      <w:r>
        <w:rPr>
          <w:b/>
        </w:rPr>
        <w:t xml:space="preserve">[48:19] </w:t>
      </w:r>
      <w:r>
        <w:t>hai suicide kar le.</w:t>
      </w:r>
    </w:p>
    <w:p>
      <w:pPr>
        <w:jc w:val="right"/>
      </w:pPr>
      <w:r>
        <w:t>है सुसाइड कर ले।</w:t>
      </w:r>
    </w:p>
    <w:p>
      <w:r>
        <w:rPr>
          <w:b/>
        </w:rPr>
        <w:t xml:space="preserve">[48:21] </w:t>
      </w:r>
      <w:r>
        <w:t>to suicide karne ke baad to aadmi jahannam mein dakhil hoga.</w:t>
      </w:r>
    </w:p>
    <w:p>
      <w:pPr>
        <w:jc w:val="right"/>
      </w:pPr>
      <w:r>
        <w:t>तो सुसाइड करने के बाद तो आदमी जहन्नम में दाखिल होगा।</w:t>
      </w:r>
    </w:p>
    <w:p>
      <w:r>
        <w:rPr>
          <w:b/>
        </w:rPr>
        <w:t xml:space="preserve">[48:25] </w:t>
      </w:r>
      <w:r>
        <w:t>aapke liye jo choice hai, wo yeh hai ke aap doosri planning karen.</w:t>
      </w:r>
    </w:p>
    <w:p>
      <w:pPr>
        <w:jc w:val="right"/>
      </w:pPr>
      <w:r>
        <w:t>आपके लिए जो चॉइस है, वो यह है कि आप दूसरी प्लानिंग करें।</w:t>
      </w:r>
    </w:p>
    <w:p>
      <w:r>
        <w:rPr>
          <w:b/>
        </w:rPr>
        <w:t xml:space="preserve">[48:32] </w:t>
      </w:r>
      <w:r>
        <w:t>doosri planning is duniya ke lihaz se nahi keh raha hoon main, bas akhirat ke lihaz se.</w:t>
      </w:r>
    </w:p>
    <w:p>
      <w:pPr>
        <w:jc w:val="right"/>
      </w:pPr>
      <w:r>
        <w:t>दूसरी प्लानिंग इस दुनिया के लिहाज से नहीं कह रहा हूं मैं, बस आखिरत के लिहाज से।</w:t>
      </w:r>
    </w:p>
    <w:p>
      <w:r>
        <w:rPr>
          <w:b/>
        </w:rPr>
        <w:t xml:space="preserve">[48:38] </w:t>
      </w:r>
      <w:r>
        <w:t>to bahut badi kamyabi ho jayegi aapko.</w:t>
      </w:r>
    </w:p>
    <w:p>
      <w:pPr>
        <w:jc w:val="right"/>
      </w:pPr>
      <w:r>
        <w:t>तो बहुत बड़ी कामयाबी हो जाएगी आपको।</w:t>
      </w:r>
    </w:p>
    <w:p>
      <w:r>
        <w:rPr>
          <w:b/>
        </w:rPr>
        <w:t xml:space="preserve">[48:41] </w:t>
      </w:r>
      <w:r>
        <w:t>to planning aapki honi chahiye in accordance to the divine planning.</w:t>
      </w:r>
    </w:p>
    <w:p>
      <w:pPr>
        <w:jc w:val="right"/>
      </w:pPr>
      <w:r>
        <w:t>तो प्लानिंग आपकी होनी चाहिए इन अकॉर्डेंस टू द डिवाइन प्लानिंग।</w:t>
      </w:r>
    </w:p>
    <w:p>
      <w:r>
        <w:rPr>
          <w:b/>
        </w:rPr>
        <w:t xml:space="preserve">[48:50] </w:t>
      </w:r>
      <w:r>
        <w:t>kuchh alag hokar nahi.</w:t>
      </w:r>
    </w:p>
    <w:p>
      <w:pPr>
        <w:jc w:val="right"/>
      </w:pPr>
      <w:r>
        <w:t>कुछ अलग होकर नहीं।</w:t>
      </w:r>
    </w:p>
    <w:p>
      <w:r>
        <w:rPr>
          <w:b/>
        </w:rPr>
        <w:t xml:space="preserve">[48:53] </w:t>
      </w:r>
      <w:r>
        <w:t>sabse pehle janne ki koshish kijiye ke</w:t>
      </w:r>
    </w:p>
    <w:p>
      <w:pPr>
        <w:jc w:val="right"/>
      </w:pPr>
      <w:r>
        <w:t>सबसे पहले जानने की कोशिश कीजिए कि</w:t>
      </w:r>
    </w:p>
    <w:p>
      <w:r>
        <w:rPr>
          <w:b/>
        </w:rPr>
        <w:t xml:space="preserve">[48:58] </w:t>
      </w:r>
      <w:r>
        <w:t>divine</w:t>
      </w:r>
    </w:p>
    <w:p>
      <w:pPr>
        <w:jc w:val="right"/>
      </w:pPr>
      <w:r>
        <w:t>डिवाइन</w:t>
      </w:r>
    </w:p>
    <w:p>
      <w:r>
        <w:rPr>
          <w:b/>
        </w:rPr>
        <w:t xml:space="preserve">[48:59] </w:t>
      </w:r>
      <w:r>
        <w:t>planning zindagi ke bare mein kya hai. tab usmein apne ko fit kijiye.</w:t>
      </w:r>
    </w:p>
    <w:p>
      <w:pPr>
        <w:jc w:val="right"/>
      </w:pPr>
      <w:r>
        <w:t>प्लानिंग जिंदगी के बारे में क्या है। तब उसमें अपने को फिट कीजिए।</w:t>
      </w:r>
    </w:p>
    <w:p>
      <w:r>
        <w:rPr>
          <w:b/>
        </w:rPr>
        <w:t xml:space="preserve">[49:10] </w:t>
      </w:r>
      <w:r>
        <w:t>khuda ki planning insan ke bare mein kya hai, usko janiye aur phir uske mutabik apni zindagi ki planning kijiye.</w:t>
      </w:r>
    </w:p>
    <w:p>
      <w:pPr>
        <w:jc w:val="right"/>
      </w:pPr>
      <w:r>
        <w:t>खुदा की प्लानिंग इंसान के बारे में क्या है, उसको जानिए और फिर उसके मुताबिक अपनी जिंदगी की प्लानिंग कीजिए।</w:t>
      </w:r>
    </w:p>
    <w:p>
      <w:r>
        <w:rPr>
          <w:b/>
        </w:rPr>
        <w:t xml:space="preserve">[49:24] </w:t>
      </w:r>
      <w:r>
        <w:t>meri samjhe to yahi baat aati hai.</w:t>
      </w:r>
    </w:p>
    <w:p>
      <w:pPr>
        <w:jc w:val="right"/>
      </w:pPr>
      <w:r>
        <w:t>मेरी समझे तो यही बात आती है।</w:t>
      </w:r>
    </w:p>
    <w:p>
      <w:r>
        <w:rPr>
          <w:b/>
        </w:rPr>
        <w:t xml:space="preserve">[49:34] </w:t>
      </w:r>
      <w:r>
        <w:t>maulana, miss shama, maslan, maslan, dekhiye, main apne tajurbe se batata hoon. mere paas bahut si misalen hain. is waqt misal nahin dunga</w:t>
      </w:r>
    </w:p>
    <w:p>
      <w:pPr>
        <w:jc w:val="right"/>
      </w:pPr>
      <w:r>
        <w:t>मौलाना, मिस शमा, मसलन, मसलन, देखिए, मैं अपने तजुर्बे से बताता हूं। मेरे पास बहुत सी मिसालें हैं। इस वक्त मिसाल नहीं दूंगा</w:t>
      </w:r>
    </w:p>
    <w:p>
      <w:r>
        <w:rPr>
          <w:b/>
        </w:rPr>
        <w:t xml:space="preserve">[49:48] </w:t>
      </w:r>
      <w:r>
        <w:t>ke insan ko jo thokar lagti hai na, thokar kisse lagti hai?</w:t>
      </w:r>
    </w:p>
    <w:p>
      <w:pPr>
        <w:jc w:val="right"/>
      </w:pPr>
      <w:r>
        <w:t>के इंसान को जो ठोकर लगती है ना, ठोकर किससे लगती है?</w:t>
      </w:r>
    </w:p>
    <w:p>
      <w:r>
        <w:rPr>
          <w:b/>
        </w:rPr>
        <w:t xml:space="preserve">[49:55] </w:t>
      </w:r>
      <w:r>
        <w:t>rethinking ki lagti hai. allah taala itna dayavan hai, itna meherban hai, itna meherban hai ki aapko,</w:t>
      </w:r>
    </w:p>
    <w:p>
      <w:pPr>
        <w:jc w:val="right"/>
      </w:pPr>
      <w:r>
        <w:t>रीथिंकिंग की लगती है। अल्लाह ताला इतना दयावान है, इतना मेहरबान है, इतना मेहरबान है कि आपको,</w:t>
      </w:r>
    </w:p>
    <w:p>
      <w:r>
        <w:rPr>
          <w:b/>
        </w:rPr>
        <w:t xml:space="preserve">[50:07] </w:t>
      </w:r>
      <w:r>
        <w:t>yani aise tajurbaat karata hai jo aapko rethinking par ubharein. yani pehli nakami ko doosri kaam mein badlen, doosri kaam, doosri nakami ko teesri kaam mein badlen. to khuda ki taraf se, yani khaliq ki taraf se,</w:t>
      </w:r>
    </w:p>
    <w:p>
      <w:pPr>
        <w:jc w:val="right"/>
      </w:pPr>
      <w:r>
        <w:t>यानी ऐसे तजुर्बात कराता है जो आपको रीथिंकिंग पर उभारें। यानी पहली नाकामी को दूसरी काम में बदलें, दूसरी काम, दूसरी नाकामी को तीसरी काम में बदलें। तो खुदा की तरफ से, यानी खालिक की तरफ से,</w:t>
      </w:r>
    </w:p>
    <w:p>
      <w:r>
        <w:rPr>
          <w:b/>
        </w:rPr>
        <w:t xml:space="preserve">[50:28] </w:t>
      </w:r>
      <w:r>
        <w:t>aapse hint di jati hai. hint, jab bhi aapko kuch the, koi thokar lage, kuch aapki marzi ke khilaf ho jaye, to usko samjhiye ki usi se samjhiye. jaise unhone newton ka jo apple shak tha, usi maane mein lijiye.</w:t>
      </w:r>
    </w:p>
    <w:p>
      <w:pPr>
        <w:jc w:val="right"/>
      </w:pPr>
      <w:r>
        <w:t>आपसे हिंट दी जाती है। हिंट, जब भी आपको कुछ ठे, कोई ठोकर लगे, कुछ आपकी मर्जी के खिलाफ हो जाए, तो उसको समझिए कि उसी से समझिए। जैसे उन्होंने न्यूटन का जो एपल शक था, उसी माने में लीजिए।</w:t>
      </w:r>
    </w:p>
    <w:p>
      <w:r>
        <w:rPr>
          <w:b/>
        </w:rPr>
        <w:t xml:space="preserve">[50:53] </w:t>
      </w:r>
      <w:r>
        <w:t>yeh, yeh meri sahib aaya hai.</w:t>
      </w:r>
    </w:p>
    <w:p>
      <w:pPr>
        <w:jc w:val="right"/>
      </w:pPr>
      <w:r>
        <w:t>यह, यह मेरी साहब आया है।</w:t>
      </w:r>
    </w:p>
    <w:p>
      <w:r>
        <w:rPr>
          <w:b/>
        </w:rPr>
        <w:t xml:space="preserve">[51:00] </w:t>
      </w:r>
      <w:r>
        <w:t>maulana, miss shamaj ansari ne meerut se likha hai, "maulana, today i learn that poverty is nothing but</w:t>
      </w:r>
    </w:p>
    <w:p>
      <w:pPr>
        <w:jc w:val="right"/>
      </w:pPr>
      <w:r>
        <w:t>मौलाना, मिस शमाज अंसारी ने मेरठ से लिखा है, "मौलाना, टुडे आई लर्न दैट पावर्टी इज नथिंग बट</w:t>
      </w:r>
    </w:p>
    <w:p>
      <w:r>
        <w:rPr>
          <w:b/>
        </w:rPr>
        <w:t xml:space="preserve">[51:07] </w:t>
      </w:r>
      <w:r>
        <w:t>absence of ambitions in life.</w:t>
      </w:r>
    </w:p>
    <w:p>
      <w:pPr>
        <w:jc w:val="right"/>
      </w:pPr>
      <w:r>
        <w:t>एब्सेंस ऑफ एंबिशंस इन लाइफ।</w:t>
      </w:r>
    </w:p>
    <w:p>
      <w:r>
        <w:rPr>
          <w:b/>
        </w:rPr>
        <w:t xml:space="preserve">[51:11] </w:t>
      </w:r>
      <w:r>
        <w:t>it is a very positive term to do struggle in life to achieve the desired goal.</w:t>
      </w:r>
    </w:p>
    <w:p>
      <w:pPr>
        <w:jc w:val="right"/>
      </w:pPr>
      <w:r>
        <w:t>इट इज अ वेरी पॉजिटिव टर्म टू डू स्ट्रगल इन लाइफ टू अचीव द डिजायर्ड गोल।</w:t>
      </w:r>
    </w:p>
    <w:p>
      <w:r>
        <w:rPr>
          <w:b/>
        </w:rPr>
        <w:t xml:space="preserve">[51:18] </w:t>
      </w:r>
      <w:r>
        <w:t>jajakallah." daniyal, daniyal bhai ne bihar se comment bheja hai, "last book remains unwritten.</w:t>
      </w:r>
    </w:p>
    <w:p>
      <w:pPr>
        <w:jc w:val="right"/>
      </w:pPr>
      <w:r>
        <w:t>जजाकल्लाह।" दानियल, दानियल भाई ने बिहार से कमेंट भेजा है, "लास्ट बुक रिमेंस अनरिटन।</w:t>
      </w:r>
    </w:p>
    <w:p>
      <w:r>
        <w:rPr>
          <w:b/>
        </w:rPr>
        <w:t xml:space="preserve">[51:28] </w:t>
      </w:r>
      <w:r>
        <w:t>a mind boggling lecture, mashaallah.</w:t>
      </w:r>
    </w:p>
    <w:p>
      <w:pPr>
        <w:jc w:val="right"/>
      </w:pPr>
      <w:r>
        <w:t>अ माइंड बॉगलिंग लेक्चर, माशाल्लाह।</w:t>
      </w:r>
    </w:p>
    <w:p>
      <w:r>
        <w:rPr>
          <w:b/>
        </w:rPr>
        <w:t xml:space="preserve">[51:31] </w:t>
      </w:r>
      <w:r>
        <w:t>so point is, more often than not, people miss the opportunity which has been given to them once</w:t>
      </w:r>
    </w:p>
    <w:p>
      <w:pPr>
        <w:jc w:val="right"/>
      </w:pPr>
      <w:r>
        <w:t>सो पॉइंट इज, मोर ऑफन देन नॉट, पीपल मिस द अपॉर्चुनिटी व्हिच हैज बीन गिवन टू देम वंस</w:t>
      </w:r>
    </w:p>
    <w:p>
      <w:r>
        <w:rPr>
          <w:b/>
        </w:rPr>
        <w:t xml:space="preserve">[51:38] </w:t>
      </w:r>
      <w:r>
        <w:t>for writing their last books.</w:t>
      </w:r>
    </w:p>
    <w:p>
      <w:pPr>
        <w:jc w:val="right"/>
      </w:pPr>
      <w:r>
        <w:t>फॉर राइटिंग दे लास्ट बुक्स।</w:t>
      </w:r>
    </w:p>
    <w:p>
      <w:r>
        <w:rPr>
          <w:b/>
        </w:rPr>
        <w:t xml:space="preserve">[51:41] </w:t>
      </w:r>
      <w:r>
        <w:t>the person who can write his or her last book would be able to discover</w:t>
      </w:r>
    </w:p>
    <w:p>
      <w:pPr>
        <w:jc w:val="right"/>
      </w:pPr>
      <w:r>
        <w:t>द पर्सन हु कैन राइट हिज और हर लास्ट बुक वुड बी एबल टू डिस्कवर</w:t>
      </w:r>
    </w:p>
    <w:p>
      <w:r>
        <w:rPr>
          <w:b/>
        </w:rPr>
        <w:t xml:space="preserve">[51:46] </w:t>
      </w:r>
      <w:r>
        <w:t>the true meaning of life.</w:t>
      </w:r>
    </w:p>
    <w:p>
      <w:pPr>
        <w:jc w:val="right"/>
      </w:pPr>
      <w:r>
        <w:t>द ट्रू मीनिंग ऑफ लाइफ।</w:t>
      </w:r>
    </w:p>
    <w:p>
      <w:r>
        <w:rPr>
          <w:b/>
        </w:rPr>
        <w:t xml:space="preserve">[51:48] </w:t>
      </w:r>
      <w:r>
        <w:t>only such a person can say that the important thing is eternity.</w:t>
      </w:r>
    </w:p>
    <w:p>
      <w:pPr>
        <w:jc w:val="right"/>
      </w:pPr>
      <w:r>
        <w:t>ओनली सच अ पर्सन कैन से दैट द इंपॉर्टेंट थिंग इज एटरनिटी।</w:t>
      </w:r>
    </w:p>
    <w:p>
      <w:r>
        <w:rPr>
          <w:b/>
        </w:rPr>
        <w:t xml:space="preserve">[51:53] </w:t>
      </w:r>
      <w:r>
        <w:t>and very soon, we are to jump into the eternity.</w:t>
      </w:r>
    </w:p>
    <w:p>
      <w:pPr>
        <w:jc w:val="right"/>
      </w:pPr>
      <w:r>
        <w:t>एंड वेरी सून, वी आर टू जंप इनटू द एटरनिटी।</w:t>
      </w:r>
    </w:p>
    <w:p>
      <w:r>
        <w:rPr>
          <w:b/>
        </w:rPr>
        <w:t xml:space="preserve">[51:57] </w:t>
      </w:r>
      <w:r>
        <w:t>the wise person is he who discovers life after death or eternity before his final leap.</w:t>
      </w:r>
    </w:p>
    <w:p>
      <w:pPr>
        <w:jc w:val="right"/>
      </w:pPr>
      <w:r>
        <w:t>द वाइस पर्सन इज ही हु डिस्कवर्स लाइफ आफ्टर डेथ और एटरनिटी बिफोर हिज फाइनल लीप।</w:t>
      </w:r>
    </w:p>
    <w:p>
      <w:r>
        <w:rPr>
          <w:b/>
        </w:rPr>
        <w:t xml:space="preserve">[52:04] </w:t>
      </w:r>
      <w:r>
        <w:t>and he engages himself in the preparation of life after death.</w:t>
      </w:r>
    </w:p>
    <w:p>
      <w:pPr>
        <w:jc w:val="right"/>
      </w:pPr>
      <w:r>
        <w:t>एंड ही गेजेस हिमसेल्फ इन द प्रिपरेशन ऑफ लाइफ आफ्टर डेथ।</w:t>
      </w:r>
    </w:p>
    <w:p>
      <w:r>
        <w:rPr>
          <w:b/>
        </w:rPr>
        <w:t xml:space="preserve">[52:09] </w:t>
      </w:r>
      <w:r>
        <w:t>jajakallah, maulana. dekhiye, main last book ka ek, ek apni ek discovery batata hoon.</w:t>
      </w:r>
    </w:p>
    <w:p>
      <w:pPr>
        <w:jc w:val="right"/>
      </w:pPr>
      <w:r>
        <w:t>जजाकल्लाह, मौलाना।" देखिए, मैं लास्ट बुक का एक, एक अपनी एक डिस्कवरी बताता हूं।</w:t>
      </w:r>
    </w:p>
    <w:p>
      <w:r>
        <w:rPr>
          <w:b/>
        </w:rPr>
        <w:t xml:space="preserve">[52:19] </w:t>
      </w:r>
      <w:r>
        <w:t>main bahut dinon se sochta tha ki jis tarah se quran book form ban gaya,</w:t>
      </w:r>
    </w:p>
    <w:p>
      <w:pPr>
        <w:jc w:val="right"/>
      </w:pPr>
      <w:r>
        <w:t>मैं बहुत दिनों से सोचता था कि जिस तरह से कुरान बुक फॉर्म बन गया,</w:t>
      </w:r>
    </w:p>
    <w:p>
      <w:r>
        <w:rPr>
          <w:b/>
        </w:rPr>
        <w:t xml:space="preserve">[52:27] </w:t>
      </w:r>
      <w:r>
        <w:t>ek book, iski wajah se kisi ko mauka nahin mila ki quran mein kuch idhar-udhar nikale.</w:t>
      </w:r>
    </w:p>
    <w:p>
      <w:pPr>
        <w:jc w:val="right"/>
      </w:pPr>
      <w:r>
        <w:t>एक बुक, इसकी वजह से किसी को मौका नहीं मिला कि कुरान में कुछ इधर-उधर निकाले।</w:t>
      </w:r>
    </w:p>
    <w:p>
      <w:r>
        <w:rPr>
          <w:b/>
        </w:rPr>
        <w:t xml:space="preserve">[52:34] </w:t>
      </w:r>
      <w:r>
        <w:t>ek soosa, ek kama, kuch bhi aap add nahin kar sakte quran mein, nahin nikal sakte kyunki wo</w:t>
      </w:r>
    </w:p>
    <w:p>
      <w:pPr>
        <w:jc w:val="right"/>
      </w:pPr>
      <w:r>
        <w:t>एक सोसा, एक कामा, कुछ भी आप ऐड नहीं कर सकते कुरान में, नहीं निकाल सकते क्योंकि वो</w:t>
      </w:r>
    </w:p>
    <w:p>
      <w:r>
        <w:rPr>
          <w:b/>
        </w:rPr>
        <w:t xml:space="preserve">[52:41] </w:t>
      </w:r>
      <w:r>
        <w:t>book form hai.</w:t>
      </w:r>
    </w:p>
    <w:p>
      <w:pPr>
        <w:jc w:val="right"/>
      </w:pPr>
      <w:r>
        <w:t>बुक फॉर्म है।</w:t>
      </w:r>
    </w:p>
    <w:p>
      <w:r>
        <w:rPr>
          <w:b/>
        </w:rPr>
        <w:t xml:space="preserve">[52:42] </w:t>
      </w:r>
      <w:r>
        <w:t>wo authentic, uski authenticity establish ho gayi.</w:t>
      </w:r>
    </w:p>
    <w:p>
      <w:pPr>
        <w:jc w:val="right"/>
      </w:pPr>
      <w:r>
        <w:t>वो ऑथेंटिक, उसकी ऑथेंटिसिटी एस्टेब्लिश हो गई।</w:t>
      </w:r>
    </w:p>
    <w:p>
      <w:r>
        <w:rPr>
          <w:b/>
        </w:rPr>
        <w:t xml:space="preserve">[52:48] </w:t>
      </w:r>
      <w:r>
        <w:t>to main bahut sochta tha ki aisa hadith bare mein kyun nahin hua.</w:t>
      </w:r>
    </w:p>
    <w:p>
      <w:pPr>
        <w:jc w:val="right"/>
      </w:pPr>
      <w:r>
        <w:t>तो मैं बहुत सोचता था कि ऐसा हदीस बारे में क्यों नहीं हुआ।</w:t>
      </w:r>
    </w:p>
    <w:p>
      <w:r>
        <w:rPr>
          <w:b/>
        </w:rPr>
        <w:t xml:space="preserve">[52:54] </w:t>
      </w:r>
      <w:r>
        <w:t>aur yeh bhi main sochta tha ki hazrat umar bin abdul aziz, jo bahut top ke aadmi the</w:t>
      </w:r>
    </w:p>
    <w:p>
      <w:pPr>
        <w:jc w:val="right"/>
      </w:pPr>
      <w:r>
        <w:t>और यह भी मैं सोचता था कि हजरत उमर बिन अब्दुल अजीज, जो बहुत टॉप के आदमी थे</w:t>
      </w:r>
    </w:p>
    <w:p>
      <w:r>
        <w:rPr>
          <w:b/>
        </w:rPr>
        <w:t xml:space="preserve">[53:00] </w:t>
      </w:r>
      <w:r>
        <w:t>islam ki tarikh mein,</w:t>
      </w:r>
    </w:p>
    <w:p>
      <w:pPr>
        <w:jc w:val="right"/>
      </w:pPr>
      <w:r>
        <w:t>इस्लाम की तारीख में,</w:t>
      </w:r>
    </w:p>
    <w:p>
      <w:r>
        <w:rPr>
          <w:b/>
        </w:rPr>
        <w:t xml:space="preserve">[53:03] </w:t>
      </w:r>
      <w:r>
        <w:t>unhone is kaam ke liye shuruaat bhi kar di thi. kya naam tha unke</w:t>
      </w:r>
    </w:p>
    <w:p>
      <w:pPr>
        <w:jc w:val="right"/>
      </w:pPr>
      <w:r>
        <w:t>उन्होंने इस काम के लिए शुरुआत भी कर दी थी। क्या नाम था उनके</w:t>
      </w:r>
    </w:p>
    <w:p>
      <w:r>
        <w:rPr>
          <w:b/>
        </w:rPr>
        <w:t xml:space="preserve">[53:09] </w:t>
      </w:r>
      <w:r>
        <w:t>? abu bakr ibn hazm.</w:t>
      </w:r>
    </w:p>
    <w:p>
      <w:pPr>
        <w:jc w:val="right"/>
      </w:pPr>
      <w:r>
        <w:t>? अबू बकर इब्न हजम।</w:t>
      </w:r>
    </w:p>
    <w:p>
      <w:r>
        <w:rPr>
          <w:b/>
        </w:rPr>
        <w:t xml:space="preserve">[53:11] </w:t>
      </w:r>
      <w:r>
        <w:t>abu bakr ibn hazm ji hain.</w:t>
      </w:r>
    </w:p>
    <w:p>
      <w:pPr>
        <w:jc w:val="right"/>
      </w:pPr>
      <w:r>
        <w:t>अबू बकर इब्न हजम जी हैं।</w:t>
      </w:r>
    </w:p>
    <w:p>
      <w:r>
        <w:rPr>
          <w:b/>
        </w:rPr>
        <w:t xml:space="preserve">[53:13] </w:t>
      </w:r>
      <w:r>
        <w:t>ji, ye tabi the ki sahabi the.</w:t>
      </w:r>
    </w:p>
    <w:p>
      <w:pPr>
        <w:jc w:val="right"/>
      </w:pPr>
      <w:r>
        <w:t>जी, ये ताबी थे कि सहाबी थे।</w:t>
      </w:r>
    </w:p>
    <w:p>
      <w:r>
        <w:rPr>
          <w:b/>
        </w:rPr>
        <w:t xml:space="preserve">[53:15] </w:t>
      </w:r>
      <w:r>
        <w:t>tabi, ye tabi the.</w:t>
      </w:r>
    </w:p>
    <w:p>
      <w:pPr>
        <w:jc w:val="right"/>
      </w:pPr>
      <w:r>
        <w:t>ताबी, ये ताबी थे।</w:t>
      </w:r>
    </w:p>
    <w:p>
      <w:r>
        <w:rPr>
          <w:b/>
        </w:rPr>
        <w:t xml:space="preserve">[53:17] </w:t>
      </w:r>
      <w:r>
        <w:t>bahut hi top, bahut hi top ke tabi</w:t>
      </w:r>
    </w:p>
    <w:p>
      <w:pPr>
        <w:jc w:val="right"/>
      </w:pPr>
      <w:r>
        <w:t>बहुत ही टॉप, बहुत ही टॉप के ताबी</w:t>
      </w:r>
    </w:p>
    <w:p>
      <w:r>
        <w:rPr>
          <w:b/>
        </w:rPr>
        <w:t xml:space="preserve">[53:22] </w:t>
      </w:r>
      <w:r>
        <w:t>unke zamane ke.</w:t>
      </w:r>
    </w:p>
    <w:p>
      <w:pPr>
        <w:jc w:val="right"/>
      </w:pPr>
      <w:r>
        <w:t>उनके जमाने के।</w:t>
      </w:r>
    </w:p>
    <w:p>
      <w:r>
        <w:rPr>
          <w:b/>
        </w:rPr>
        <w:t xml:space="preserve">[53:24] </w:t>
      </w:r>
      <w:r>
        <w:t>to unko ek khat likha, unhone hazrat umar b khalifa ke ki aap hadithon ko jama kijiye.</w:t>
      </w:r>
    </w:p>
    <w:p>
      <w:pPr>
        <w:jc w:val="right"/>
      </w:pPr>
      <w:r>
        <w:t>तो उनको एक खत लिखा, उन्होंने हजरत उमर ब खलीफा के कि आप हदीसों को जमा कीजिए।</w:t>
      </w:r>
    </w:p>
    <w:p>
      <w:r>
        <w:rPr>
          <w:b/>
        </w:rPr>
        <w:t xml:space="preserve">[53:32] </w:t>
      </w:r>
      <w:r>
        <w:t>yani unke maan mein yahi tha ki jis tarah se quran</w:t>
      </w:r>
    </w:p>
    <w:p>
      <w:pPr>
        <w:jc w:val="right"/>
      </w:pPr>
      <w:r>
        <w:t>यानी उनके मान में यही था कि जिस तरह से कुरान</w:t>
      </w:r>
    </w:p>
    <w:p>
      <w:r>
        <w:rPr>
          <w:b/>
        </w:rPr>
        <w:t xml:space="preserve">[53:38] </w:t>
      </w:r>
      <w:r>
        <w:t>ayaton ko jama karke,</w:t>
      </w:r>
    </w:p>
    <w:p>
      <w:pPr>
        <w:jc w:val="right"/>
      </w:pPr>
      <w:r>
        <w:t>आयतों को जमा करके,</w:t>
      </w:r>
    </w:p>
    <w:p>
      <w:r>
        <w:rPr>
          <w:b/>
        </w:rPr>
        <w:t xml:space="preserve">[53:40] </w:t>
      </w:r>
      <w:r>
        <w:t>suraton ko jama karke, ek book ban gayi hai, aisi hadith ki bhi book banaiye.</w:t>
      </w:r>
    </w:p>
    <w:p>
      <w:pPr>
        <w:jc w:val="right"/>
      </w:pPr>
      <w:r>
        <w:t>सूरतों को जमा करके, एक बुक बन गई है, ऐसी हदीस की भी बुक बनाइए।</w:t>
      </w:r>
    </w:p>
    <w:p>
      <w:r>
        <w:rPr>
          <w:b/>
        </w:rPr>
        <w:t xml:space="preserve">[53:46] </w:t>
      </w:r>
      <w:r>
        <w:t>ji, to bas sochta tha ki jis tarah allah taala ne banne diya quran ko, waisi hadith ko</w:t>
      </w:r>
    </w:p>
    <w:p>
      <w:pPr>
        <w:jc w:val="right"/>
      </w:pPr>
      <w:r>
        <w:t>जी, तो बस सोचता था कि जिस तरह अल्लाह ताला ने बनने दिया कुरान को, वैसी हदीस को</w:t>
      </w:r>
    </w:p>
    <w:p>
      <w:r>
        <w:rPr>
          <w:b/>
        </w:rPr>
        <w:t xml:space="preserve">[53:54] </w:t>
      </w:r>
      <w:r>
        <w:t>banne deta hoon.</w:t>
      </w:r>
    </w:p>
    <w:p>
      <w:pPr>
        <w:jc w:val="right"/>
      </w:pPr>
      <w:r>
        <w:t>बनने देता हूं।</w:t>
      </w:r>
    </w:p>
    <w:p>
      <w:r>
        <w:rPr>
          <w:b/>
        </w:rPr>
        <w:t xml:space="preserve">[53:55] </w:t>
      </w:r>
      <w:r>
        <w:t>wo likh dalte hain, wo ek, ek, ek book form mein.</w:t>
      </w:r>
    </w:p>
    <w:p>
      <w:pPr>
        <w:jc w:val="right"/>
      </w:pPr>
      <w:r>
        <w:t>वो लिख डालते हैं, वो एक, एक, एक बुक फॉर्म में।</w:t>
      </w:r>
    </w:p>
    <w:p>
      <w:r>
        <w:rPr>
          <w:b/>
        </w:rPr>
        <w:t xml:space="preserve">[54:00] </w:t>
      </w:r>
      <w:r>
        <w:t>to sahib, bahut saalon ke baad meri samajh mein aaya ki yeh to allah ki bahut badi nemat</w:t>
      </w:r>
    </w:p>
    <w:p>
      <w:pPr>
        <w:jc w:val="right"/>
      </w:pPr>
      <w:r>
        <w:t>तो साहब, बहुत सालों के बाद मेरी समझ में आया कि यह तो अल्लाह की बहुत बड़ी नेमत</w:t>
      </w:r>
    </w:p>
    <w:p>
      <w:r>
        <w:rPr>
          <w:b/>
        </w:rPr>
        <w:t xml:space="preserve">[54:05] </w:t>
      </w:r>
      <w:r>
        <w:t>thi. ab is, balki abhi samajh mein aaya,</w:t>
      </w:r>
    </w:p>
    <w:p>
      <w:pPr>
        <w:jc w:val="right"/>
      </w:pPr>
      <w:r>
        <w:t>थी। अब इस, बल्कि अभी समझ में आया,</w:t>
      </w:r>
    </w:p>
    <w:p>
      <w:r>
        <w:rPr>
          <w:b/>
        </w:rPr>
        <w:t xml:space="preserve">[54:10] </w:t>
      </w:r>
      <w:r>
        <w:t>bahut badi nemat thi. kyun</w:t>
      </w:r>
    </w:p>
    <w:p>
      <w:pPr>
        <w:jc w:val="right"/>
      </w:pPr>
      <w:r>
        <w:t>बहुत बड़ी नेमत थी। क्यों</w:t>
      </w:r>
    </w:p>
    <w:p>
      <w:r>
        <w:rPr>
          <w:b/>
        </w:rPr>
        <w:t xml:space="preserve">[54:13] </w:t>
      </w:r>
      <w:r>
        <w:t>? ki ummat ko ek alternative dena tha rasool ka. rasool to aane wala tha nahin. ab rasool aane wala hai nahin. ab ummat mashgool kahan ho?</w:t>
      </w:r>
    </w:p>
    <w:p>
      <w:pPr>
        <w:jc w:val="right"/>
      </w:pPr>
      <w:r>
        <w:t>? कि उम्मत को एक अल्टरनेटिव देना था रसूल का। रसूल तो आने वाला था नहीं। अब रसूल आने वाला है नहीं। अब उम्मत मशगूल कहां हो?</w:t>
      </w:r>
    </w:p>
    <w:p>
      <w:r>
        <w:rPr>
          <w:b/>
        </w:rPr>
        <w:t xml:space="preserve">[54:27] </w:t>
      </w:r>
      <w:r>
        <w:t>maidan mashgooliyat kahan ho?</w:t>
      </w:r>
    </w:p>
    <w:p>
      <w:pPr>
        <w:jc w:val="right"/>
      </w:pPr>
      <w:r>
        <w:t>मैदान मशगूलियत कहां हो?</w:t>
      </w:r>
    </w:p>
    <w:p>
      <w:r>
        <w:rPr>
          <w:b/>
        </w:rPr>
        <w:t xml:space="preserve">[54:31] </w:t>
      </w:r>
      <w:r>
        <w:t>to hadith mein lag gaye log.</w:t>
      </w:r>
    </w:p>
    <w:p>
      <w:pPr>
        <w:jc w:val="right"/>
      </w:pPr>
      <w:r>
        <w:t>तो हदीस में लग गए लोग।</w:t>
      </w:r>
    </w:p>
    <w:p>
      <w:r>
        <w:rPr>
          <w:b/>
        </w:rPr>
        <w:t xml:space="preserve">[54:34] </w:t>
      </w:r>
      <w:r>
        <w:t>aap tareekh padhein to sari ummat lagi hui thi hadith ko jama karne mein.</w:t>
      </w:r>
    </w:p>
    <w:p>
      <w:pPr>
        <w:jc w:val="right"/>
      </w:pPr>
      <w:r>
        <w:t>आप तारीख पढ़ें तो सारी उम्मत लगी हुई थी हदीस को जमा करने में।</w:t>
      </w:r>
    </w:p>
    <w:p>
      <w:r>
        <w:rPr>
          <w:b/>
        </w:rPr>
        <w:t xml:space="preserve">[54:41] </w:t>
      </w:r>
      <w:r>
        <w:t>100 saal tak,</w:t>
      </w:r>
    </w:p>
    <w:p>
      <w:pPr>
        <w:jc w:val="right"/>
      </w:pPr>
      <w:r>
        <w:t>100 साल तक,</w:t>
      </w:r>
    </w:p>
    <w:p>
      <w:r>
        <w:rPr>
          <w:b/>
        </w:rPr>
        <w:t xml:space="preserve">[54:43] </w:t>
      </w:r>
      <w:r>
        <w:t>balki abhi tak, balki abhi tak jaari hai.</w:t>
      </w:r>
    </w:p>
    <w:p>
      <w:pPr>
        <w:jc w:val="right"/>
      </w:pPr>
      <w:r>
        <w:t>बल्कि अभी तक, बल्कि अभी तक जारी है।</w:t>
      </w:r>
    </w:p>
    <w:p>
      <w:r>
        <w:rPr>
          <w:b/>
        </w:rPr>
        <w:t xml:space="preserve">[54:45] </w:t>
      </w:r>
      <w:r>
        <w:t>wo to poori ummat ko allah taala ne mashghool kar diya ke wo deen ko mehfooz karein, hadison</w:t>
      </w:r>
    </w:p>
    <w:p>
      <w:pPr>
        <w:jc w:val="right"/>
      </w:pPr>
      <w:r>
        <w:t>वो तो पूरी उम्मत को अल्लाह ताला ने मशगूल कर दिया कि वो दीन को महफूज करें, हदीसों</w:t>
      </w:r>
    </w:p>
    <w:p>
      <w:r>
        <w:rPr>
          <w:b/>
        </w:rPr>
        <w:t xml:space="preserve">[54:53] </w:t>
      </w:r>
      <w:r>
        <w:t>ko mehfooz karein, seerat ko mehfooz karein, tareekh ko mehfooz karein.</w:t>
      </w:r>
    </w:p>
    <w:p>
      <w:pPr>
        <w:jc w:val="right"/>
      </w:pPr>
      <w:r>
        <w:t>को महफूज करें, सीरत को महफूज करें, तारीख को महफूज करें।</w:t>
      </w:r>
    </w:p>
    <w:p>
      <w:r>
        <w:rPr>
          <w:b/>
        </w:rPr>
        <w:t xml:space="preserve">[54:59] </w:t>
      </w:r>
      <w:r>
        <w:t>agar log,</w:t>
      </w:r>
    </w:p>
    <w:p>
      <w:pPr>
        <w:jc w:val="right"/>
      </w:pPr>
      <w:r>
        <w:t>अगर लोग,</w:t>
      </w:r>
    </w:p>
    <w:p>
      <w:r>
        <w:rPr>
          <w:b/>
        </w:rPr>
        <w:t xml:space="preserve">[55:04] </w:t>
      </w:r>
      <w:r>
        <w:t>agar log ismein mehfooz na hote aur full stop lag chuka hota hadith mein, to kya karte</w:t>
      </w:r>
    </w:p>
    <w:p>
      <w:pPr>
        <w:jc w:val="right"/>
      </w:pPr>
      <w:r>
        <w:t>अगर लोग इसमें महफूज ना होते और फुल स्टॉप लग चुका होता हदीस में, तो क्या करते</w:t>
      </w:r>
    </w:p>
    <w:p>
      <w:r>
        <w:rPr>
          <w:b/>
        </w:rPr>
        <w:t xml:space="preserve">[55:12] </w:t>
      </w:r>
      <w:r>
        <w:t>log? phir ladte hi rehte, khali.</w:t>
      </w:r>
    </w:p>
    <w:p>
      <w:pPr>
        <w:jc w:val="right"/>
      </w:pPr>
      <w:r>
        <w:t>लोग? फिर लड़ते ही रहते, खाली।</w:t>
      </w:r>
    </w:p>
    <w:p>
      <w:r>
        <w:rPr>
          <w:b/>
        </w:rPr>
        <w:t xml:space="preserve">[55:18] </w:t>
      </w:r>
      <w:r>
        <w:t>to allah taala ne</w:t>
      </w:r>
    </w:p>
    <w:p>
      <w:pPr>
        <w:jc w:val="right"/>
      </w:pPr>
      <w:r>
        <w:t>तो अल्लाह ताला ने</w:t>
      </w:r>
    </w:p>
    <w:p>
      <w:r>
        <w:rPr>
          <w:b/>
        </w:rPr>
        <w:t xml:space="preserve">[55:25] </w:t>
      </w:r>
      <w:r>
        <w:t>quran ko mehfooz kar diya kyunke ab nabi aane wala tha nahi aur hadith ko baqi rakha taake ummat to usmein mashgool ho. isi ki wajah se kya hua?</w:t>
      </w:r>
    </w:p>
    <w:p>
      <w:pPr>
        <w:jc w:val="right"/>
      </w:pPr>
      <w:r>
        <w:t>कुरान को महफूज कर दिया क्योंकि अब नबी आने वाला था नहीं और हदीस को बाकी रखा ताकि उम्मत तो उसमें मशगूल हो। इसी की वजह से क्या हुआ?</w:t>
      </w:r>
    </w:p>
    <w:p>
      <w:r>
        <w:rPr>
          <w:b/>
        </w:rPr>
        <w:t xml:space="preserve">[55:37] </w:t>
      </w:r>
      <w:r>
        <w:t>hadith ka ilm, hadith ke ilm ke bahut shaaqe hain, usmein log lag gaye.</w:t>
      </w:r>
    </w:p>
    <w:p>
      <w:pPr>
        <w:jc w:val="right"/>
      </w:pPr>
      <w:r>
        <w:t>हदीस का इल्म, हदीस के इल्म के बहुत शाखे हैं, उसमें लोग लग गए।</w:t>
      </w:r>
    </w:p>
    <w:p>
      <w:r>
        <w:rPr>
          <w:b/>
        </w:rPr>
        <w:t xml:space="preserve">[55:43] </w:t>
      </w:r>
      <w:r>
        <w:t>fiqah ka ilm, seerat ka ilm,</w:t>
      </w:r>
    </w:p>
    <w:p>
      <w:pPr>
        <w:jc w:val="right"/>
      </w:pPr>
      <w:r>
        <w:t>फिकह का इल्म, सीरत का इल्म,</w:t>
      </w:r>
    </w:p>
    <w:p>
      <w:r>
        <w:rPr>
          <w:b/>
        </w:rPr>
        <w:t xml:space="preserve">[55:47] </w:t>
      </w:r>
      <w:r>
        <w:t>tareekh ka ilm.</w:t>
      </w:r>
    </w:p>
    <w:p>
      <w:pPr>
        <w:jc w:val="right"/>
      </w:pPr>
      <w:r>
        <w:t>तारीख का इल्म।</w:t>
      </w:r>
    </w:p>
    <w:p>
      <w:r>
        <w:rPr>
          <w:b/>
        </w:rPr>
        <w:t xml:space="preserve">[55:50] </w:t>
      </w:r>
      <w:r>
        <w:t>aur ab, ab aap ek aur bahut hi bada kaam milne wala logon ko, wo hai hadith ka</w:t>
      </w:r>
    </w:p>
    <w:p>
      <w:pPr>
        <w:jc w:val="right"/>
      </w:pPr>
      <w:r>
        <w:t>और अब, अब आप एक और बहुत ही बड़ा काम मिलने वाला लोगों को, वो है हदीस का</w:t>
      </w:r>
    </w:p>
    <w:p>
      <w:r>
        <w:rPr>
          <w:b/>
        </w:rPr>
        <w:t xml:space="preserve">[55:56] </w:t>
      </w:r>
      <w:r>
        <w:t>computerization. bahut hi bada kaam</w:t>
      </w:r>
    </w:p>
    <w:p>
      <w:pPr>
        <w:jc w:val="right"/>
      </w:pPr>
      <w:r>
        <w:t>कंप्यूटराइजेशन। बहुत ही बड़ा काम</w:t>
      </w:r>
    </w:p>
    <w:p>
      <w:r>
        <w:rPr>
          <w:b/>
        </w:rPr>
        <w:t xml:space="preserve">[56:02] </w:t>
      </w:r>
      <w:r>
        <w:t>hadith ka computerization.</w:t>
      </w:r>
    </w:p>
    <w:p>
      <w:pPr>
        <w:jc w:val="right"/>
      </w:pPr>
      <w:r>
        <w:t>हदीस का कंप्यूटराइजेशन।</w:t>
      </w:r>
    </w:p>
    <w:p>
      <w:r>
        <w:rPr>
          <w:b/>
        </w:rPr>
        <w:t xml:space="preserve">[56:05] </w:t>
      </w:r>
      <w:r>
        <w:t>log usmein lage hue hain, lage hue hain aaj tak.</w:t>
      </w:r>
    </w:p>
    <w:p>
      <w:pPr>
        <w:jc w:val="right"/>
      </w:pPr>
      <w:r>
        <w:t>लोग उसमें लगे हुए हैं, लगे हुए हैं आज तक।</w:t>
      </w:r>
    </w:p>
    <w:p>
      <w:r>
        <w:rPr>
          <w:b/>
        </w:rPr>
        <w:t xml:space="preserve">[56:11] </w:t>
      </w:r>
      <w:r>
        <w:t>to iski wajah se kya hua?</w:t>
      </w:r>
    </w:p>
    <w:p>
      <w:pPr>
        <w:jc w:val="right"/>
      </w:pPr>
      <w:r>
        <w:t>तो इसकी वजह से क्या हुआ?</w:t>
      </w:r>
    </w:p>
    <w:p>
      <w:r>
        <w:rPr>
          <w:b/>
        </w:rPr>
        <w:t xml:space="preserve">[56:13] </w:t>
      </w:r>
      <w:r>
        <w:t>ke logon ke is mashgooliyat ki wajah se islam ya ummat, millat muslima, ek established community ban gayi. yaani ek nizam, masjid ka nizam, madarse ka nizam,</w:t>
      </w:r>
    </w:p>
    <w:p>
      <w:pPr>
        <w:jc w:val="right"/>
      </w:pPr>
      <w:r>
        <w:t>कि लोगों के इस मशगूलियत की वजह से इस्लाम या उम्मत, मिल्लत मुस्लिमा, एक एस्टेब्लिश्ड कम्युनिटी बन गई। यानी एक निजाम, मस्जिद का निजाम, मदरसे का निजाम,</w:t>
      </w:r>
    </w:p>
    <w:p>
      <w:r>
        <w:rPr>
          <w:b/>
        </w:rPr>
        <w:t xml:space="preserve">[56:31] </w:t>
      </w:r>
      <w:r>
        <w:t>hajj ka nizam aur umra ka nizam. ye saare nizammat jo ban gaye, uski wajah se ek ummat qaaim hai. tasallul ummat ka tasallul,</w:t>
      </w:r>
    </w:p>
    <w:p>
      <w:pPr>
        <w:jc w:val="right"/>
      </w:pPr>
      <w:r>
        <w:t>हज का निजाम और उमरा का निजाम। ये सारे निजामात जो बन गए, उसकी वजह से एक उम्मत कायम है। तसल्लुल उम्मत का तसल्लुल,</w:t>
      </w:r>
    </w:p>
    <w:p>
      <w:r>
        <w:rPr>
          <w:b/>
        </w:rPr>
        <w:t xml:space="preserve">[56:47] </w:t>
      </w:r>
      <w:r>
        <w:t>continuation. to allah taala ki</w:t>
      </w:r>
    </w:p>
    <w:p>
      <w:pPr>
        <w:jc w:val="right"/>
      </w:pPr>
      <w:r>
        <w:t>कंटिन्यूएशन। तो अल्लाह ताला की</w:t>
      </w:r>
    </w:p>
    <w:p>
      <w:r>
        <w:rPr>
          <w:b/>
        </w:rPr>
        <w:t xml:space="preserve">[56:53] </w:t>
      </w:r>
      <w:r>
        <w:t>ki rehmat thi ke us zamane mein hadith</w:t>
      </w:r>
    </w:p>
    <w:p>
      <w:pPr>
        <w:jc w:val="right"/>
      </w:pPr>
      <w:r>
        <w:t>की रहमत थी कि उस जमाने में हदीस</w:t>
      </w:r>
    </w:p>
    <w:p>
      <w:r>
        <w:rPr>
          <w:b/>
        </w:rPr>
        <w:t xml:space="preserve">[56:58] </w:t>
      </w:r>
      <w:r>
        <w:t>muddawwan nahi hui, book form mein nahi bani taake ummat poori ki poori ummat</w:t>
      </w:r>
    </w:p>
    <w:p>
      <w:pPr>
        <w:jc w:val="right"/>
      </w:pPr>
      <w:r>
        <w:t>मुदव्वन नहीं हुई, बुक फॉर्म में नहीं बनी ताकि उम्मत पूरी की पूरी उम्मत</w:t>
      </w:r>
    </w:p>
    <w:p>
      <w:r>
        <w:rPr>
          <w:b/>
        </w:rPr>
        <w:t xml:space="preserve">[57:05] </w:t>
      </w:r>
      <w:r>
        <w:t>mashghool ho gayi hadith ke,</w:t>
      </w:r>
    </w:p>
    <w:p>
      <w:pPr>
        <w:jc w:val="right"/>
      </w:pPr>
      <w:r>
        <w:t>मशगूल हो गई हदीस के,</w:t>
      </w:r>
    </w:p>
    <w:p>
      <w:r>
        <w:rPr>
          <w:b/>
        </w:rPr>
        <w:t xml:space="preserve">[57:08] </w:t>
      </w:r>
      <w:r>
        <w:t>hadith ke kaam mein, ilm hadith mein.</w:t>
      </w:r>
    </w:p>
    <w:p>
      <w:pPr>
        <w:jc w:val="right"/>
      </w:pPr>
      <w:r>
        <w:t>हदीस के काम में, इल्म हदीस में।</w:t>
      </w:r>
    </w:p>
    <w:p>
      <w:r>
        <w:rPr>
          <w:b/>
        </w:rPr>
        <w:t xml:space="preserve">[57:11] </w:t>
      </w:r>
      <w:r>
        <w:t>aur aaj tak mashghool hai.</w:t>
      </w:r>
    </w:p>
    <w:p>
      <w:pPr>
        <w:jc w:val="right"/>
      </w:pPr>
      <w:r>
        <w:t>और आज तक मशगूल है।</w:t>
      </w:r>
    </w:p>
    <w:p>
      <w:r>
        <w:rPr>
          <w:b/>
        </w:rPr>
        <w:t xml:space="preserve">[57:15] </w:t>
      </w:r>
      <w:r>
        <w:t>abhi hamare yahan ke hamare aadam gol ka ek saahab hai jo</w:t>
      </w:r>
    </w:p>
    <w:p>
      <w:pPr>
        <w:jc w:val="right"/>
      </w:pPr>
      <w:r>
        <w:t>अभी हमारे यहां के हमारे आदम गोल का एक साहब है जो</w:t>
      </w:r>
    </w:p>
    <w:p>
      <w:r>
        <w:rPr>
          <w:b/>
        </w:rPr>
        <w:t xml:space="preserve">[57:21] </w:t>
      </w:r>
      <w:r>
        <w:t>jo islam kabool kiya, unhone phir wo arab se lekar saudi arab, wahin ke un, unko wahin ki</w:t>
      </w:r>
    </w:p>
    <w:p>
      <w:pPr>
        <w:jc w:val="right"/>
      </w:pPr>
      <w:r>
        <w:t>जो इस्लाम कबूल किया, उन्होंने फिर वो अरब से लेकर सऊदी अरब, वहीं के उन, उनको वहीं की</w:t>
      </w:r>
    </w:p>
    <w:p>
      <w:r>
        <w:rPr>
          <w:b/>
        </w:rPr>
        <w:t xml:space="preserve">[57:31] </w:t>
      </w:r>
      <w:r>
        <w:t>citizenship mil gayi.</w:t>
      </w:r>
    </w:p>
    <w:p>
      <w:pPr>
        <w:jc w:val="right"/>
      </w:pPr>
      <w:r>
        <w:t>सिटीजनशिप मिल गई।</w:t>
      </w:r>
    </w:p>
    <w:p>
      <w:r>
        <w:rPr>
          <w:b/>
        </w:rPr>
        <w:t xml:space="preserve">[57:33] </w:t>
      </w:r>
      <w:r>
        <w:t>unhone, yaani phir se, ek bahut se log kar chuke hain ye kaam ke saare zakhire hadith ko reexamine karna, phir se usko jama karna, phir se uska jo mazmoon banana, wo kaam unhone kiya. phir se computer ke age mein to ye chal chal raha hai. to ye continuity jo hai ummat ki,</w:t>
      </w:r>
    </w:p>
    <w:p>
      <w:pPr>
        <w:jc w:val="right"/>
      </w:pPr>
      <w:r>
        <w:t>उन्होंने, यानी फिर से, एक बहुत से लोग कर चुके हैं ये काम कि सारे जखिरे हदीस को री एग्जामिन करना, फिर से उसको जमा करना, फिर से उसका जो मजमून बनाना, वो काम उन्होंने किया। फिर से कंप्यूटर के एज में तो ये चल चल रहा है। तो ये कंटिन्यूटी जो है उम्मत की,</w:t>
      </w:r>
    </w:p>
    <w:p>
      <w:r>
        <w:rPr>
          <w:b/>
        </w:rPr>
        <w:t xml:space="preserve">[58:00] </w:t>
      </w:r>
      <w:r>
        <w:t>uski wajah yahi hai ke ek ek subject, ek maidan allah taala ne de de diya ke is mashgool raho. yeh bahut badi allah taala ki nemat hai is ummat ke liye.</w:t>
      </w:r>
    </w:p>
    <w:p>
      <w:pPr>
        <w:jc w:val="right"/>
      </w:pPr>
      <w:r>
        <w:t>उसकी वजह यही है कि एक एक सब्जेक्ट, एक मैदान अल्लाह ताला ने दे दे दिया कि इस मशगूल रहो। यह बहुत बड़ी अल्लाह ताला की नेमत है इस उम्मत के लिए।</w:t>
      </w:r>
    </w:p>
    <w:p>
      <w:r>
        <w:rPr>
          <w:b/>
        </w:rPr>
        <w:t xml:space="preserve">[58:24] </w:t>
      </w:r>
      <w:r>
        <w:t>maulana pakistan se ek saahab ne ek sawal bheja hai. unhone apna naam nahi likha hai.</w:t>
      </w:r>
    </w:p>
    <w:p>
      <w:pPr>
        <w:jc w:val="right"/>
      </w:pPr>
      <w:r>
        <w:t>मौलाना पाकिस्तान से एक साहब ने एक सवाल भेजा है। उन्होंने अपना नाम नहीं लिखा है।</w:t>
      </w:r>
    </w:p>
    <w:p>
      <w:r>
        <w:rPr>
          <w:b/>
        </w:rPr>
        <w:t xml:space="preserve">[58:40] </w:t>
      </w:r>
      <w:r>
        <w:t>assalam walekum maulana. abdi zindagi yaani maut ke baad ki life kaisi ho, kaisi hai?</w:t>
      </w:r>
    </w:p>
    <w:p>
      <w:pPr>
        <w:jc w:val="right"/>
      </w:pPr>
      <w:r>
        <w:t>अस्सलाम वालेकुम मौलाना। अबदी जिंदगी यानी मौत के बाद की लाइफ कैसी हो, कैसी है?</w:t>
      </w:r>
    </w:p>
    <w:p>
      <w:r>
        <w:rPr>
          <w:b/>
        </w:rPr>
        <w:t xml:space="preserve">[58:46] </w:t>
      </w:r>
      <w:r>
        <w:t>nabiyon wali, peer paighambar ki, waliyon ki aur shuhadaon ki, nek saale logon ki, aabidon ki, taba tabeen ki, faqeer fukra ki. kya matlab hai</w:t>
      </w:r>
    </w:p>
    <w:p>
      <w:pPr>
        <w:jc w:val="right"/>
      </w:pPr>
      <w:r>
        <w:t>नबियों वाली, पीर पैगंबर की, वलियों की और शोहदाओं की, नेक साले लोगों की, आबिदों की, ताबा ताबेन की, फकीर फुकरा की। क्या मतलब है</w:t>
      </w:r>
    </w:p>
    <w:p>
      <w:r>
        <w:rPr>
          <w:b/>
        </w:rPr>
        <w:t xml:space="preserve">[59:06] </w:t>
      </w:r>
      <w:r>
        <w:t>uske aage maulana ke kya aam ummati ya banda maut se pehle jaise inse linked hai, maut ke baad bhi inse linked rahega?</w:t>
      </w:r>
    </w:p>
    <w:p>
      <w:pPr>
        <w:jc w:val="right"/>
      </w:pPr>
      <w:r>
        <w:t>उसके आगे मौलाना कि क्या आम उम्मती या बंदा मौत से पहले जैसे इनसे लिंक्ड है, मौत के बाद भी इनसे लिंक्ड रहेगा?</w:t>
      </w:r>
    </w:p>
    <w:p>
      <w:r>
        <w:rPr>
          <w:b/>
        </w:rPr>
        <w:t xml:space="preserve">[59:17] </w:t>
      </w:r>
      <w:r>
        <w:t>matlab pehle wali maut se pehle jaise inka taalluq hota hai nabiyon, peeron, faqiron se, maut ke baad bhi inka taalluq rahega? main samjha nahi kya karega. nahi, hargiz nahi, hargiz nahi. maut ke baad taalluq sirf allah se hota hai,</w:t>
      </w:r>
    </w:p>
    <w:p>
      <w:pPr>
        <w:jc w:val="right"/>
      </w:pPr>
      <w:r>
        <w:t>मतलब पहले वाली मौत से पहले जैसे इनका ताल्लुक होता है नबियों, पीरों, फकीरों से, मौत के बाद भी इनका ताल्लुक रहेगा? मैं समझा नहीं क्या कर रहेगा। नहीं, हरगिज नहीं, हरगिज नहीं। मौत के बाद ताल्लुक सिर्फ अल्लाह से होता है,</w:t>
      </w:r>
    </w:p>
    <w:p>
      <w:r>
        <w:rPr>
          <w:b/>
        </w:rPr>
        <w:t xml:space="preserve">[59:35] </w:t>
      </w:r>
      <w:r>
        <w:t>insaan se nahi. maulana ye salmanshahzad sahab hain. unhone sawal kiya hai ke maulana, allah taala ki second planning wali baat samajh mein nahi aayi. allah to ilm rakhte hain, to kya allah taala ko ilm nahi tha ke baba adam ke waqeye mein kya hoga ya kya ho sakta hai?</w:t>
      </w:r>
    </w:p>
    <w:p>
      <w:pPr>
        <w:jc w:val="right"/>
      </w:pPr>
      <w:r>
        <w:t>इंसान से नहीं। मौलाना ये सलमान शहजाद साहब हैं। उन्होंने सवाल किया है कि मौलाना, अल्लाह ताला की सेकंड प्लानिंग वाली बात समझ में नहीं आई। अल्लाह तो इल्म रखते हैं, तो क्या अल्लाह ताला को इल्म नहीं था कि बाबा आदम के वाकए में क्या होगा या क्या हो सकता है?</w:t>
      </w:r>
    </w:p>
    <w:p>
      <w:r>
        <w:rPr>
          <w:b/>
        </w:rPr>
        <w:t xml:space="preserve">[59:55] </w:t>
      </w:r>
      <w:r>
        <w:t>nahi, dekhiye, allah ki jo planning hai, wo insaan ke freedom ko baqi rakhte hue hai.</w:t>
      </w:r>
    </w:p>
    <w:p>
      <w:pPr>
        <w:jc w:val="right"/>
      </w:pPr>
      <w:r>
        <w:t>नहीं, देखिए, अल्लाह की जो प्लानिंग है, वो इंसान के फ्रीडम को बाकी रखते हुए है।</w:t>
      </w:r>
    </w:p>
    <w:p>
      <w:r>
        <w:rPr>
          <w:b/>
        </w:rPr>
        <w:t xml:space="preserve">[1:00:06] </w:t>
      </w:r>
      <w:r>
        <w:t>insan ki aazadi ko baqi rakhte hue allah taala ki planning hoti hai.</w:t>
      </w:r>
    </w:p>
    <w:p>
      <w:pPr>
        <w:jc w:val="right"/>
      </w:pPr>
      <w:r>
        <w:t>इंसान की आजादी को बाकी रखते हुए अल्लाह ताला की प्लानिंग होती है।</w:t>
      </w:r>
    </w:p>
    <w:p>
      <w:r>
        <w:rPr>
          <w:b/>
        </w:rPr>
        <w:t xml:space="preserve">[1:00:11] </w:t>
      </w:r>
      <w:r>
        <w:t>cancel kar kar nahi hoti.</w:t>
      </w:r>
    </w:p>
    <w:p>
      <w:pPr>
        <w:jc w:val="right"/>
      </w:pPr>
      <w:r>
        <w:t>कैंसिल कर कर नहीं होती।</w:t>
      </w:r>
    </w:p>
    <w:p>
      <w:r>
        <w:rPr>
          <w:b/>
        </w:rPr>
        <w:t xml:space="preserve">[1:00:15] </w:t>
      </w:r>
      <w:r>
        <w:t>agar aisa na hota to paigambar ko patthar lagta, paigambar ko qatl karta insan.</w:t>
      </w:r>
    </w:p>
    <w:p>
      <w:pPr>
        <w:jc w:val="right"/>
      </w:pPr>
      <w:r>
        <w:t>अगर ऐसा ना होता तो पैगंबर को पत्थर लगता, पैगंबर को कत्ल करता इंसान।</w:t>
      </w:r>
    </w:p>
    <w:p>
      <w:r>
        <w:rPr>
          <w:b/>
        </w:rPr>
        <w:t xml:space="preserve">[1:00:22] </w:t>
      </w:r>
      <w:r>
        <w:t>iski wajah yeh hai ke insan ki aazadi ko baqi rakhte hue allah ki planning</w:t>
      </w:r>
    </w:p>
    <w:p>
      <w:pPr>
        <w:jc w:val="right"/>
      </w:pPr>
      <w:r>
        <w:t>इसकी वजह यह है कि इंसान की आजादी को बाकी रखते हुए अल्लाह की प्लानिंग</w:t>
      </w:r>
    </w:p>
    <w:p>
      <w:r>
        <w:rPr>
          <w:b/>
        </w:rPr>
        <w:t xml:space="preserve">[1:00:28] </w:t>
      </w:r>
      <w:r>
        <w:t>chalti hai. aazadi ko cancel karke nahi.</w:t>
      </w:r>
    </w:p>
    <w:p>
      <w:pPr>
        <w:jc w:val="right"/>
      </w:pPr>
      <w:r>
        <w:t>चलती है। आजादी को कैंसिल करके नहीं।</w:t>
      </w:r>
    </w:p>
    <w:p>
      <w:r>
        <w:rPr>
          <w:b/>
        </w:rPr>
        <w:t xml:space="preserve">[1:00:35] </w:t>
      </w:r>
      <w:r>
        <w:t>wo nazariya bohat baatil nazariya hai ke</w:t>
      </w:r>
    </w:p>
    <w:p>
      <w:pPr>
        <w:jc w:val="right"/>
      </w:pPr>
      <w:r>
        <w:t>वो नजरिया बहुत बातिल नजरिया है कि</w:t>
      </w:r>
    </w:p>
    <w:p>
      <w:r>
        <w:rPr>
          <w:b/>
        </w:rPr>
        <w:t xml:space="preserve">[1:00:40] </w:t>
      </w:r>
      <w:r>
        <w:t>jo log jinki death ho gayi, unse talluq wali.</w:t>
      </w:r>
    </w:p>
    <w:p>
      <w:pPr>
        <w:jc w:val="right"/>
      </w:pPr>
      <w:r>
        <w:t>जो लोग जिनकी डेथ हो गई, उनसे ताल्लुक वाली।</w:t>
      </w:r>
    </w:p>
    <w:p>
      <w:r>
        <w:rPr>
          <w:b/>
        </w:rPr>
        <w:t xml:space="preserve">[1:00:48] </w:t>
      </w:r>
      <w:r>
        <w:t>yaani koi</w:t>
      </w:r>
    </w:p>
    <w:p>
      <w:pPr>
        <w:jc w:val="right"/>
      </w:pPr>
      <w:r>
        <w:t>यानी कोई</w:t>
      </w:r>
    </w:p>
    <w:p>
      <w:r>
        <w:rPr>
          <w:b/>
        </w:rPr>
        <w:t xml:space="preserve">[1:00:49] </w:t>
      </w:r>
      <w:r>
        <w:t>log, kuch log ye sochte hain ke bade-bade sufi aur bade-bade ruhani log se taalluq qaaim ho sakta hai. ye bilkul baatil hai, iski koi asal nahi hai, na quran mein, na hadith mein. sawa lakh ke sirf allah se aap taalluq qaaim kar sakte hain,</w:t>
      </w:r>
    </w:p>
    <w:p>
      <w:pPr>
        <w:jc w:val="right"/>
      </w:pPr>
      <w:r>
        <w:t>लोग, कुछ लोग ये सोचते हैं कि बड़े-बड़े सूफी और बड़े-बड़े रूहानी लोग से ताल्लुक कायम हो सकता है। ये बिल्कुल बातिल है, इसकी कोई असल नहीं है, ना कुरान में, ना हदीस में। सवा लाख के सिर्फ अल्लाह से आप ताल्लुक कायम कर सकते हैं,</w:t>
      </w:r>
    </w:p>
    <w:p>
      <w:r>
        <w:rPr>
          <w:b/>
        </w:rPr>
        <w:t xml:space="preserve">[1:01:10] </w:t>
      </w:r>
      <w:r>
        <w:t>kisi aur se nahi.</w:t>
      </w:r>
    </w:p>
    <w:p>
      <w:pPr>
        <w:jc w:val="right"/>
      </w:pPr>
      <w:r>
        <w:t>किसी और से नहीं।</w:t>
      </w:r>
    </w:p>
    <w:p>
      <w:r>
        <w:rPr>
          <w:b/>
        </w:rPr>
        <w:t xml:space="preserve">[1:01:18] </w:t>
      </w:r>
      <w:r>
        <w:t>maulana, mera sawal hai ke ah, jannat mein jo log jayenge, wo kis personality ke log honge?</w:t>
      </w:r>
    </w:p>
    <w:p>
      <w:pPr>
        <w:jc w:val="right"/>
      </w:pPr>
      <w:r>
        <w:t>मौलाना, मेरा सवाल है कि अह, जन्नत में जो लोग जाएंगे, वो किस पर्सनालिटी के लोग होंगे?</w:t>
      </w:r>
    </w:p>
    <w:p>
      <w:r>
        <w:rPr>
          <w:b/>
        </w:rPr>
        <w:t xml:space="preserve">[1:01:28] </w:t>
      </w:r>
      <w:r>
        <w:t>kya matlab? duniya ke andar hum dekhte hain ke ek aadmi jo hota hai, nabiyon jaisi zindagi guzarta hai. haan, duniya ke andar ek aadmi nabiyon jaisi zindagi guzarta hai. kuch aadmi hote hain, sufiyon jaisi zindagi guzarte hain. kuch aadmi hote hain, duniyadari ki zindagi guzarte hain. to jannat mein kaun si personality ke log jayenge?</w:t>
      </w:r>
    </w:p>
    <w:p>
      <w:pPr>
        <w:jc w:val="right"/>
      </w:pPr>
      <w:r>
        <w:t>क्या मतलब? दुनिया के अंदर हम देखते हैं कि एक आदमी जो होता है, नबियों जैसी जिंदगी गुजारता है। हां, दुनिया के अंदर एक आदमी नबियों जैसी जिंदगी गुजारता है। कुछ आदमी होते हैं, सूफियों जैसी जिंदगी गुजारते हैं। कुछ आदमी होते हैं, दुनियादारी की जिंदगी गुजारते हैं। तो जन्नत में कौन सी पर्सनालिटी के लोग जाएंगे?</w:t>
      </w:r>
    </w:p>
    <w:p>
      <w:r>
        <w:rPr>
          <w:b/>
        </w:rPr>
        <w:t xml:space="preserve">[1:01:52] </w:t>
      </w:r>
      <w:r>
        <w:t>yeh to quran mein bata diya gaya hai ke chaar category hai. wo aaj padhiye. الذی अल्लाह अलीम मिन नबी व सिद्दीकीन व शोहदा व सॉलिहिन। ये चार कैटेगरी है। bataiye, kaun chaar category hai?</w:t>
      </w:r>
    </w:p>
    <w:p>
      <w:pPr>
        <w:jc w:val="right"/>
      </w:pPr>
      <w:r>
        <w:t>यह तो कुरान में बता दिया गया है कि चार कैटेगरी है। वो आज पढ़िए। الذी अल्लाह अलीम मिन नबी व सिद्दीकीन व शोहदा व सॉलिहिन। ये चार कैटेगरी है। बताइए, कौन चार कैटेगरी है?</w:t>
      </w:r>
    </w:p>
    <w:p>
      <w:r>
        <w:rPr>
          <w:b/>
        </w:rPr>
        <w:t xml:space="preserve">[1:02:09] </w:t>
      </w:r>
      <w:r>
        <w:t>nabi, siddiq, shuhada, salih. ye chaar category hai aur koi paanchvi category nahi hai.</w:t>
      </w:r>
    </w:p>
    <w:p>
      <w:pPr>
        <w:jc w:val="right"/>
      </w:pPr>
      <w:r>
        <w:t>नबी, सिद्दीक, शोहदा, सॉलिह। ये चार कैटेगरी है और कोई पांचवी कैटेगरी नहीं 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