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Angels on Earth 29 June, 2019 - Maulana Wahiduddin Khan</w:t>
      </w:r>
    </w:p>
    <w:p>
      <w:r>
        <w:t>https://www.youtube.com/watch?v=WNzxofHh_Dw</w:t>
      </w:r>
    </w:p>
    <w:p>
      <w:r>
        <w:rPr>
          <w:b/>
        </w:rPr>
        <w:t xml:space="preserve">[00:13] </w:t>
      </w:r>
      <w:r>
        <w:t>maulana ek farishte ki hadith hai: "معفیہ موزع اربع اصابع الا وملک واضع جبہتہ ساجدا للہ"।</w:t>
      </w:r>
    </w:p>
    <w:p>
      <w:pPr>
        <w:jc w:val="right"/>
      </w:pPr>
      <w:r>
        <w:t>مولانا ایک فرشتے کی حدیث ہے: "معفیہ موزع اربع اصابع الا وملک واضع جبہتہ ساجدا للہ"۔</w:t>
      </w:r>
    </w:p>
    <w:p>
      <w:r>
        <w:rPr>
          <w:b/>
        </w:rPr>
        <w:t xml:space="preserve">[00:25] </w:t>
      </w:r>
      <w:r>
        <w:t>ke aasman mein chaar ungli ke barabar bhi jagah nahi hai, magar wahan par ek farishta apni peshani ko jhukaye hue allah ko sajda karne wala hai.</w:t>
      </w:r>
    </w:p>
    <w:p>
      <w:pPr>
        <w:jc w:val="right"/>
      </w:pPr>
      <w:r>
        <w:t>کہ آسمان میں چار انگلی کے برابر بھی جگہ نہیں ہے، مگر وہاں پر ایک فرشتہ اپنی پیشانی کو جھکائے ہوئے اللہ کو سجدہ کرنے والا ہے۔</w:t>
      </w:r>
    </w:p>
    <w:p>
      <w:r>
        <w:rPr>
          <w:b/>
        </w:rPr>
        <w:t xml:space="preserve">[00:37] </w:t>
      </w:r>
      <w:r>
        <w:t>sunan tirmidhi hadith number 2312.</w:t>
      </w:r>
    </w:p>
    <w:p>
      <w:pPr>
        <w:jc w:val="right"/>
      </w:pPr>
      <w:r>
        <w:t>سنن ترمذی حدیث نمبر 2312۔</w:t>
      </w:r>
    </w:p>
    <w:p>
      <w:r>
        <w:rPr>
          <w:b/>
        </w:rPr>
        <w:t xml:space="preserve">[00:44] </w:t>
      </w:r>
      <w:r>
        <w:t>dekhiye, yahan par jo lafz "samaa" ka hai, aam taur par "samaa" ka tarjuma kiya jata hai "aasman",</w:t>
      </w:r>
    </w:p>
    <w:p>
      <w:pPr>
        <w:jc w:val="right"/>
      </w:pPr>
      <w:r>
        <w:t>دیکھیے، یہاں پر جو لفظ "سماء" کا ہے، عام طور پر "سماء" کا ترجمہ کیا جاتا ہے "آسمان"،</w:t>
      </w:r>
    </w:p>
    <w:p>
      <w:r>
        <w:rPr>
          <w:b/>
        </w:rPr>
        <w:t xml:space="preserve">[00:58] </w:t>
      </w:r>
      <w:r>
        <w:t>lekin yeh "samaa" se murad yahan par hai "universe", kainaat. Yeh jo</w:t>
      </w:r>
    </w:p>
    <w:p>
      <w:pPr>
        <w:jc w:val="right"/>
      </w:pPr>
      <w:r>
        <w:t>لیکن یہ "سماء" سے مراد یہاں پر ہے "یونیورس"، کائنات۔ یہ جو</w:t>
      </w:r>
    </w:p>
    <w:p>
      <w:r>
        <w:rPr>
          <w:b/>
        </w:rPr>
        <w:t xml:space="preserve">[01:12] </w:t>
      </w:r>
      <w:r>
        <w:t>universe mein aap jante hain ke</w:t>
      </w:r>
    </w:p>
    <w:p>
      <w:pPr>
        <w:jc w:val="right"/>
      </w:pPr>
      <w:r>
        <w:t>یونیورس میں آپ جانتے ہیں کہ</w:t>
      </w:r>
    </w:p>
    <w:p>
      <w:r>
        <w:rPr>
          <w:b/>
        </w:rPr>
        <w:t xml:space="preserve">[01:21] </w:t>
      </w:r>
      <w:r>
        <w:t>ek event full universe hai, yeh hamara jo universe hai woh event full universe hai. Har waqt</w:t>
      </w:r>
    </w:p>
    <w:p>
      <w:pPr>
        <w:jc w:val="right"/>
      </w:pPr>
      <w:r>
        <w:t>ایک ایونٹ فل یونیورس ہے، یہ ہمارا جو یونیورس ہے وہ ایونٹ فل یونیورس ہے۔ ہر وقت</w:t>
      </w:r>
    </w:p>
    <w:p>
      <w:r>
        <w:rPr>
          <w:b/>
        </w:rPr>
        <w:t xml:space="preserve">[01:35] </w:t>
      </w:r>
      <w:r>
        <w:t>jisko aap log kehte hain "event management", to universe mein bohat hi baray level par event management jari hai.</w:t>
      </w:r>
    </w:p>
    <w:p>
      <w:pPr>
        <w:jc w:val="right"/>
      </w:pPr>
      <w:r>
        <w:t>جس کو آپ لوگ کہتے ہیں "ایونٹ مینجمنٹ"، تو یونیورس میں بہت ہی بڑے لیول پر ایونٹ مینجمنٹ جاری ہے۔</w:t>
      </w:r>
    </w:p>
    <w:p>
      <w:r>
        <w:rPr>
          <w:b/>
        </w:rPr>
        <w:t xml:space="preserve">[01:50] </w:t>
      </w:r>
      <w:r>
        <w:t>to yeh kaise hai? Yeh farishton ke zariye se hai.</w:t>
      </w:r>
    </w:p>
    <w:p>
      <w:pPr>
        <w:jc w:val="right"/>
      </w:pPr>
      <w:r>
        <w:t>تو یہ کیسے ہے؟ یہ فرشتوں کے ذریعے سے ہے۔</w:t>
      </w:r>
    </w:p>
    <w:p>
      <w:r>
        <w:rPr>
          <w:b/>
        </w:rPr>
        <w:t xml:space="preserve">[02:02] </w:t>
      </w:r>
      <w:r>
        <w:t>mein bohat din tak sochta tha ke yeh kya mamla hai ke sare universe mein har jagah farishtay</w:t>
      </w:r>
    </w:p>
    <w:p>
      <w:pPr>
        <w:jc w:val="right"/>
      </w:pPr>
      <w:r>
        <w:t>میں بہت دن تک سوچتا تھا کہ یہ کیا معاملہ ہے کہ سارے یونیورس میں ہر جگہ فرشتے</w:t>
      </w:r>
    </w:p>
    <w:p>
      <w:r>
        <w:rPr>
          <w:b/>
        </w:rPr>
        <w:t xml:space="preserve">[02:16] </w:t>
      </w:r>
      <w:r>
        <w:t>manage kar rahay hain.</w:t>
      </w:r>
    </w:p>
    <w:p>
      <w:pPr>
        <w:jc w:val="right"/>
      </w:pPr>
      <w:r>
        <w:t>مینج کر رہے ہیں۔</w:t>
      </w:r>
    </w:p>
    <w:p>
      <w:r>
        <w:rPr>
          <w:b/>
        </w:rPr>
        <w:t xml:space="preserve">[02:21] </w:t>
      </w:r>
      <w:r>
        <w:t>to mujhe apni zindagi mein kai waqiat pesh aaye to maine samjha ke yeh bilkul literal taur par sahi hai, yeh koi aqeeday ki baat nahi hai.</w:t>
      </w:r>
    </w:p>
    <w:p>
      <w:pPr>
        <w:jc w:val="right"/>
      </w:pPr>
      <w:r>
        <w:t>تو مجھے اپنی زندگی میں کئی واقعات پیش آئے تو میں نے سمجھا کہ یہ بالکل لٹرل طور پر صحیح ہے، یہ کوئی عقیدے کی بات نہیں ہے۔</w:t>
      </w:r>
    </w:p>
    <w:p>
      <w:r>
        <w:rPr>
          <w:b/>
        </w:rPr>
        <w:t xml:space="preserve">[02:36] </w:t>
      </w:r>
      <w:r>
        <w:t>literal taur par. Maslan jab mein apne gaon, UP ke gaon mein rehta tha</w:t>
      </w:r>
    </w:p>
    <w:p>
      <w:pPr>
        <w:jc w:val="right"/>
      </w:pPr>
      <w:r>
        <w:t>لٹرل طور پر۔ مثلاً جب میں اپنے گاؤں، یو پی کے گاؤں میں رہتا تھا</w:t>
      </w:r>
    </w:p>
    <w:p>
      <w:r>
        <w:rPr>
          <w:b/>
        </w:rPr>
        <w:t xml:space="preserve">[02:47] </w:t>
      </w:r>
      <w:r>
        <w:t>to hamare gaon ke paas se railway line guzarti hai.</w:t>
      </w:r>
    </w:p>
    <w:p>
      <w:pPr>
        <w:jc w:val="right"/>
      </w:pPr>
      <w:r>
        <w:t>تو ہمارے گاؤں کے پاس سے ریلوے لائن گزرتی ہے۔</w:t>
      </w:r>
    </w:p>
    <w:p>
      <w:r>
        <w:rPr>
          <w:b/>
        </w:rPr>
        <w:t xml:space="preserve">[02:57] </w:t>
      </w:r>
      <w:r>
        <w:t>to mein kahin se aaya aur gaon ke paas jo station hai "Fareha", wahan utra.</w:t>
      </w:r>
    </w:p>
    <w:p>
      <w:pPr>
        <w:jc w:val="right"/>
      </w:pPr>
      <w:r>
        <w:t>تو میں کہیں سے آیا اور گاؤں کے پاس جو اسٹیشن ہے "فریحہ"، وہاں اترا۔</w:t>
      </w:r>
    </w:p>
    <w:p>
      <w:r>
        <w:rPr>
          <w:b/>
        </w:rPr>
        <w:t xml:space="preserve">[03:10] </w:t>
      </w:r>
      <w:r>
        <w:t>to Fareha se hamara gaon,</w:t>
      </w:r>
    </w:p>
    <w:p>
      <w:pPr>
        <w:jc w:val="right"/>
      </w:pPr>
      <w:r>
        <w:t>تو فریحہ سے ہمارا گاؤں،</w:t>
      </w:r>
    </w:p>
    <w:p>
      <w:r>
        <w:rPr>
          <w:b/>
        </w:rPr>
        <w:t xml:space="preserve">[03:17] </w:t>
      </w:r>
      <w:r>
        <w:t>mein samajhta hoon ke shayad teen kilometer hoga.</w:t>
      </w:r>
    </w:p>
    <w:p>
      <w:pPr>
        <w:jc w:val="right"/>
      </w:pPr>
      <w:r>
        <w:t>میں سمجھتا ہوں کہ شاید تین کلومیٹر ہوگا۔</w:t>
      </w:r>
    </w:p>
    <w:p>
      <w:r>
        <w:rPr>
          <w:b/>
        </w:rPr>
        <w:t xml:space="preserve">[03:25] </w:t>
      </w:r>
      <w:r>
        <w:t>to us waqt shayad train late thi ya kya baat thi ke woh jab mein wahan pohancha station par to udhara ho gaya tha.</w:t>
      </w:r>
    </w:p>
    <w:p>
      <w:pPr>
        <w:jc w:val="right"/>
      </w:pPr>
      <w:r>
        <w:t>تو اس وقت شاید ٹرین لیٹ تھی یا کیا بات تھی کہ وہ جب میں وہاں پہنچا اسٹیشن پر تو ادھرا ہو گیا تھا۔</w:t>
      </w:r>
    </w:p>
    <w:p>
      <w:r>
        <w:rPr>
          <w:b/>
        </w:rPr>
        <w:t xml:space="preserve">[03:38] </w:t>
      </w:r>
      <w:r>
        <w:t>saara rasta udhara ho gaya tha. Yani hum, mujhe station se jana tha apne gaon.</w:t>
      </w:r>
    </w:p>
    <w:p>
      <w:pPr>
        <w:jc w:val="right"/>
      </w:pPr>
      <w:r>
        <w:t>سارا راستہ ادھرا ہو گیا تھا۔ یعنی ہم، مجھے اسٹیشن سے جانا تھا اپنے گاؤں۔</w:t>
      </w:r>
    </w:p>
    <w:p>
      <w:r>
        <w:rPr>
          <w:b/>
        </w:rPr>
        <w:t xml:space="preserve">[03:49] </w:t>
      </w:r>
      <w:r>
        <w:t>acha, woh ilaqa jo tha, woh wahan par makay ki kheti hoti hai, makai. To belon tak makay hi makay ke khet thay.</w:t>
      </w:r>
    </w:p>
    <w:p>
      <w:pPr>
        <w:jc w:val="right"/>
      </w:pPr>
      <w:r>
        <w:t>اچھا، وہ علاقہ جو تھا، وہ وہاں پر مکے کی کھیتی ہوتی ہے، مکہ۔ تو بیلوں تک مکے ہی مکہ کے کھیت تھے۔</w:t>
      </w:r>
    </w:p>
    <w:p>
      <w:r>
        <w:rPr>
          <w:b/>
        </w:rPr>
        <w:t xml:space="preserve">[04:05] </w:t>
      </w:r>
      <w:r>
        <w:t>is wajah se le kar ke is hamare gaon ke paas aik nadi hoti thi, nadi tak.</w:t>
      </w:r>
    </w:p>
    <w:p>
      <w:pPr>
        <w:jc w:val="right"/>
      </w:pPr>
      <w:r>
        <w:t>اس وجہ سے لے کر کے اس ہمارے گاؤں کے پاس ایک ندی ہوتی تھی، ندی تک۔</w:t>
      </w:r>
    </w:p>
    <w:p>
      <w:r>
        <w:rPr>
          <w:b/>
        </w:rPr>
        <w:t xml:space="preserve">[04:15] </w:t>
      </w:r>
      <w:r>
        <w:t>to mein jab railway station se utra aur is rastay mein chalna shuru kiya</w:t>
      </w:r>
    </w:p>
    <w:p>
      <w:pPr>
        <w:jc w:val="right"/>
      </w:pPr>
      <w:r>
        <w:t>تو میں جب ریلوے اسٹیشن سے اترا اور اس راستے میں چلنا شروع کیا</w:t>
      </w:r>
    </w:p>
    <w:p>
      <w:r>
        <w:rPr>
          <w:b/>
        </w:rPr>
        <w:t xml:space="preserve">[04:25] </w:t>
      </w:r>
      <w:r>
        <w:t>jo Fareha se hamare gaon ki taraf jata tha, to mein ne mehsoos kiya ke mein to aik</w:t>
      </w:r>
    </w:p>
    <w:p>
      <w:pPr>
        <w:jc w:val="right"/>
      </w:pPr>
      <w:r>
        <w:t>جو فریحہ سے ہمارے گاؤں کی طرف جاتا تھا، تو میں نے محسوس کیا کہ میں تو ایک</w:t>
      </w:r>
    </w:p>
    <w:p>
      <w:r>
        <w:rPr>
          <w:b/>
        </w:rPr>
        <w:t xml:space="preserve">[04:37] </w:t>
      </w:r>
      <w:r>
        <w:t>makay ke khet mein gum ho gaya hoon. Aik woh janglat ki manind tha Fareha se le kar mere gaon tak aur nadi jis ka naam tha</w:t>
      </w:r>
    </w:p>
    <w:p>
      <w:pPr>
        <w:jc w:val="right"/>
      </w:pPr>
      <w:r>
        <w:t>مکے کے کھیت میں گم ہو گیا ہوں۔ ایک وہ جنگل کی مانند تھا فریحہ سے لے کر میرے گاؤں تک اور ندی جس کا نام تھا</w:t>
      </w:r>
    </w:p>
    <w:p>
      <w:r>
        <w:rPr>
          <w:b/>
        </w:rPr>
        <w:t xml:space="preserve">[04:55] </w:t>
      </w:r>
      <w:r>
        <w:t>"Kaur Nadi", wahan tak sab pakkay makay ka khet janglat ki tarah phaila hua tha. Aur andhera bilkul andhera tha.</w:t>
      </w:r>
    </w:p>
    <w:p>
      <w:pPr>
        <w:jc w:val="right"/>
      </w:pPr>
      <w:r>
        <w:t>"کور ندی"، وہاں تک سب پکھی مکے کا کھیت جنگل کی طرح پھیلا ہوا تھا۔ اور اندھیرا بالکل اندھیرا تھا۔</w:t>
      </w:r>
    </w:p>
    <w:p>
      <w:r>
        <w:rPr>
          <w:b/>
        </w:rPr>
        <w:t xml:space="preserve">[05:11] </w:t>
      </w:r>
      <w:r>
        <w:t>ab mein idhar jata hoon, idhar jata hoon, bohat dair tak mein rastay ki talash mein idhar udhar chalta raha. Lekin rasta kisi taraf mujhe milta nahi tha, na idhar na udhar.</w:t>
      </w:r>
    </w:p>
    <w:p>
      <w:pPr>
        <w:jc w:val="right"/>
      </w:pPr>
      <w:r>
        <w:t>اب میں ادھر جاتا ہوں، ادھر جاتا ہوں، بہت دیر تک میں راستے کی تلاش میں ادھر ادھر چلتا رہا۔ لیکن راستہ کسی طرف مجھے ملتا نہیں تھا، نہ ادھر نہ ادھر۔</w:t>
      </w:r>
    </w:p>
    <w:p>
      <w:r>
        <w:rPr>
          <w:b/>
        </w:rPr>
        <w:t xml:space="preserve">[05:26] </w:t>
      </w:r>
      <w:r>
        <w:t>rastay ki talash mein dayen bayen, agay peechay chalta raha aur rasta mujhe nahi milta tha. Mein akela tha, bilkul akela.</w:t>
      </w:r>
    </w:p>
    <w:p>
      <w:pPr>
        <w:jc w:val="right"/>
      </w:pPr>
      <w:r>
        <w:t>راستے کی تلاش میں دائیں بائیں، آگے پیچھے چلتا رہا اور راستہ مجھے نہیں ملتا تھا۔ میں اکیلا تھا، بالکل اکیلا۔</w:t>
      </w:r>
    </w:p>
    <w:p>
      <w:r>
        <w:rPr>
          <w:b/>
        </w:rPr>
        <w:t xml:space="preserve">[05:41] </w:t>
      </w:r>
      <w:r>
        <w:t>to achaanak mein ne dekha ke mere samnay aik roshni hai.</w:t>
      </w:r>
    </w:p>
    <w:p>
      <w:pPr>
        <w:jc w:val="right"/>
      </w:pPr>
      <w:r>
        <w:t>تو اچانک میں نے دیکھا کہ میرے سامنے ایک روشنی ہے۔</w:t>
      </w:r>
    </w:p>
    <w:p>
      <w:r>
        <w:rPr>
          <w:b/>
        </w:rPr>
        <w:t xml:space="preserve">[05:51] </w:t>
      </w:r>
      <w:r>
        <w:t>mere samne ek roshni hai,</w:t>
      </w:r>
    </w:p>
    <w:p>
      <w:pPr>
        <w:jc w:val="right"/>
      </w:pPr>
      <w:r>
        <w:t>میرے سامنے ایک روشنی ہے،</w:t>
      </w:r>
    </w:p>
    <w:p>
      <w:r>
        <w:rPr>
          <w:b/>
        </w:rPr>
        <w:t xml:space="preserve">[05:55] </w:t>
      </w:r>
      <w:r>
        <w:t>bilkul achank.</w:t>
      </w:r>
    </w:p>
    <w:p>
      <w:pPr>
        <w:jc w:val="right"/>
      </w:pPr>
      <w:r>
        <w:t>بالکل اچانک۔</w:t>
      </w:r>
    </w:p>
    <w:p>
      <w:r>
        <w:rPr>
          <w:b/>
        </w:rPr>
        <w:t xml:space="preserve">[05:59] </w:t>
      </w:r>
      <w:r>
        <w:t>yani har taraf adhra tha pehle, phir achank wahan ek light dikhai di. To main us light ki taraf barha, light ki taraf barha.</w:t>
      </w:r>
    </w:p>
    <w:p>
      <w:pPr>
        <w:jc w:val="right"/>
      </w:pPr>
      <w:r>
        <w:t>یعنی ہر طرف ادھرا تھا پہلے، پھر اچانک وہاں ایک لائٹ دکھائی دی۔ تو میں اس لائٹ کی طرف بڑھا، لائٹ کی طرف بڑھا۔</w:t>
      </w:r>
    </w:p>
    <w:p>
      <w:r>
        <w:rPr>
          <w:b/>
        </w:rPr>
        <w:t xml:space="preserve">[06:17] </w:t>
      </w:r>
      <w:r>
        <w:t>khas baat yeh thi ke mujhe zara bhi dar nahi tha.</w:t>
      </w:r>
    </w:p>
    <w:p>
      <w:pPr>
        <w:jc w:val="right"/>
      </w:pPr>
      <w:r>
        <w:t>خاص بات یہ تھی کہ مجھے ذرا بھی ڈر نہیں تھا۔</w:t>
      </w:r>
    </w:p>
    <w:p>
      <w:r>
        <w:rPr>
          <w:b/>
        </w:rPr>
        <w:t xml:space="preserve">[06:27] </w:t>
      </w:r>
      <w:r>
        <w:t>is raat ko main ne yeh tajurba kiya ke jab aap ko kuch guzre lekin aap ko dar na ho, koi anokhi baat guzre aap ke upar, jaise yeh thi ke raat ke andhere mein light</w:t>
      </w:r>
    </w:p>
    <w:p>
      <w:pPr>
        <w:jc w:val="right"/>
      </w:pPr>
      <w:r>
        <w:t>اس رات کو میں نے یہ تجربہ کیا کہ جب آپ کو کچھ گزرے لیکن آپ کو ڈر نہ ہو، کوئی انوکھی بات گزرے آپ کے اوپر، جیسے یہ تھی کہ رات کے اندھیرے میں لائٹ</w:t>
      </w:r>
    </w:p>
    <w:p>
      <w:r>
        <w:rPr>
          <w:b/>
        </w:rPr>
        <w:t xml:space="preserve">[06:47] </w:t>
      </w:r>
      <w:r>
        <w:t>aur aap ko dar na lage,</w:t>
      </w:r>
    </w:p>
    <w:p>
      <w:pPr>
        <w:jc w:val="right"/>
      </w:pPr>
      <w:r>
        <w:t>اور آپ کو ڈر نہ لگے،</w:t>
      </w:r>
    </w:p>
    <w:p>
      <w:r>
        <w:rPr>
          <w:b/>
        </w:rPr>
        <w:t xml:space="preserve">[06:53] </w:t>
      </w:r>
      <w:r>
        <w:t>to samajh lijiye ke woh farishta hai. Samajh lijiye ke woh farishta hai.</w:t>
      </w:r>
    </w:p>
    <w:p>
      <w:pPr>
        <w:jc w:val="right"/>
      </w:pPr>
      <w:r>
        <w:t>تو سمجھ لیجئے کہ وہ فرشتہ ہے۔ سمجھ لیجئے کہ وہ فرشتہ ہے۔</w:t>
      </w:r>
    </w:p>
    <w:p>
      <w:r>
        <w:rPr>
          <w:b/>
        </w:rPr>
        <w:t xml:space="preserve">[07:02] </w:t>
      </w:r>
      <w:r>
        <w:t>to main bilkul bila dar is light ki taraf aage barha.</w:t>
      </w:r>
    </w:p>
    <w:p>
      <w:pPr>
        <w:jc w:val="right"/>
      </w:pPr>
      <w:r>
        <w:t>تو میں بالکل بلا ڈر اس لائٹ کی طرف آگے بڑھا۔</w:t>
      </w:r>
    </w:p>
    <w:p>
      <w:r>
        <w:rPr>
          <w:b/>
        </w:rPr>
        <w:t xml:space="preserve">[07:11] </w:t>
      </w:r>
      <w:r>
        <w:t>to jab main pohancha wahan to wahan ek ek aadmi khara hua tha ke hath jiske hath mein torch thi.</w:t>
      </w:r>
    </w:p>
    <w:p>
      <w:pPr>
        <w:jc w:val="right"/>
      </w:pPr>
      <w:r>
        <w:t>تو جب میں پہنچا وہاں تو وہاں ایک ایک آدمی کھڑا ہوا تھا کہ ہاتھ جس کے ہاتھ میں ٹارچ تھی۔</w:t>
      </w:r>
    </w:p>
    <w:p>
      <w:r>
        <w:rPr>
          <w:b/>
        </w:rPr>
        <w:t xml:space="preserve">[07:22] </w:t>
      </w:r>
      <w:r>
        <w:t>aap log shayad is torch ko na jante hon. Pehle zamane mein lambi lambi torch hoti thi, itni lambi, aur is mein bohat sare cell lage hote the,</w:t>
      </w:r>
    </w:p>
    <w:p>
      <w:pPr>
        <w:jc w:val="right"/>
      </w:pPr>
      <w:r>
        <w:t>آپ لوگ شاید اس ٹارچ کو نہ جانتے ہوں۔ پہلے زمانے میں لمبی لمبی ٹارچ ہوتی تھی، اتنی لمبی، اور اس میں بہت سارے سیل لگے ہوتے تھے،</w:t>
      </w:r>
    </w:p>
    <w:p>
      <w:r>
        <w:rPr>
          <w:b/>
        </w:rPr>
        <w:t xml:space="preserve">[07:37] </w:t>
      </w:r>
      <w:r>
        <w:t>bohat sare cell. To cell kai cell hote the, is liye lambi torch hoti thi. Woh mere khayal mein aap logon ne is ko dekha nahi hoga, shayad main ne dekha hai.</w:t>
      </w:r>
    </w:p>
    <w:p>
      <w:pPr>
        <w:jc w:val="right"/>
      </w:pPr>
      <w:r>
        <w:t>بہت سارے سیل۔ تو سیل کئی سیل ہوتے تھے، اس لیے لمبی ٹارچ ہوتی تھی۔ وہ میرے خیال میں آپ لوگوں نے اس کو دیکھا نہیں ہوگا، شاید میں نے دیکھا ہے۔</w:t>
      </w:r>
    </w:p>
    <w:p>
      <w:r>
        <w:rPr>
          <w:b/>
        </w:rPr>
        <w:t xml:space="preserve">[07:50] </w:t>
      </w:r>
      <w:r>
        <w:t>woh to ek choti torch hoti thi, ek lambi torch. To woh aadmi lambi torch liye hue, unusual tor par lambi, wahan khara tha.</w:t>
      </w:r>
    </w:p>
    <w:p>
      <w:pPr>
        <w:jc w:val="right"/>
      </w:pPr>
      <w:r>
        <w:t>وہ تو ایک چھوٹی ٹارچ ہوتی تھی، ایک لمبی ٹارچ۔ تو وہ آدمی لمبی ٹارچ لیے ہوئے، ان یوزل طور پر لمبی، وہاں کھڑا تھا۔</w:t>
      </w:r>
    </w:p>
    <w:p>
      <w:r>
        <w:rPr>
          <w:b/>
        </w:rPr>
        <w:t xml:space="preserve">[08:04] </w:t>
      </w:r>
      <w:r>
        <w:t>kai</w:t>
      </w:r>
    </w:p>
    <w:p>
      <w:pPr>
        <w:jc w:val="right"/>
      </w:pPr>
      <w:r>
        <w:t>کئی</w:t>
      </w:r>
    </w:p>
    <w:p>
      <w:r>
        <w:rPr>
          <w:b/>
        </w:rPr>
        <w:t xml:space="preserve">[08:07] </w:t>
      </w:r>
      <w:r>
        <w:t>kai cell jis mein hote the, is ka matlab yeh tha ke is mein roshni bohat zyada hai. Ek cell hai, do cell hain to roshni kam hoti thi, lekin kai cell jab hain to zyada roshni hoti thi.</w:t>
      </w:r>
    </w:p>
    <w:p>
      <w:pPr>
        <w:jc w:val="right"/>
      </w:pPr>
      <w:r>
        <w:t>کئی سیل جس میں ہوتے تھے، اس کا مطلب یہ تھا کہ اس میں روشنی بہت زیادہ ہے۔ ایک سیل ہے، دو سیل ہیں تو روشنی کم ہوتی تھی، لیکن کئی سیل جب ہیں تو زیادہ روشنی ہوتی تھی۔</w:t>
      </w:r>
    </w:p>
    <w:p>
      <w:r>
        <w:rPr>
          <w:b/>
        </w:rPr>
        <w:t xml:space="preserve">[08:23] </w:t>
      </w:r>
      <w:r>
        <w:t>to woh aadmi jo khara tha, woh kai cell wali lambi torch liye tha.</w:t>
      </w:r>
    </w:p>
    <w:p>
      <w:pPr>
        <w:jc w:val="right"/>
      </w:pPr>
      <w:r>
        <w:t>تو وہ آدمی جو کھڑا تھا، وہ کئی سیل والی لمبی ٹارچ لیے تھا۔</w:t>
      </w:r>
    </w:p>
    <w:p>
      <w:r>
        <w:rPr>
          <w:b/>
        </w:rPr>
        <w:t xml:space="preserve">[08:34] </w:t>
      </w:r>
      <w:r>
        <w:t>to woh kuch bola nahi, bas torch liye khara tha.</w:t>
      </w:r>
    </w:p>
    <w:p>
      <w:pPr>
        <w:jc w:val="right"/>
      </w:pPr>
      <w:r>
        <w:t>تو وہ کچھ بولا نہیں، بس ٹارچ لیے کھڑا تھا۔</w:t>
      </w:r>
    </w:p>
    <w:p>
      <w:r>
        <w:rPr>
          <w:b/>
        </w:rPr>
        <w:t xml:space="preserve">[08:41] </w:t>
      </w:r>
      <w:r>
        <w:t>to main ne kaha ke main</w:t>
      </w:r>
    </w:p>
    <w:p>
      <w:pPr>
        <w:jc w:val="right"/>
      </w:pPr>
      <w:r>
        <w:t>تو میں نے کہا کہ میں</w:t>
      </w:r>
    </w:p>
    <w:p>
      <w:r>
        <w:rPr>
          <w:b/>
        </w:rPr>
        <w:t xml:space="preserve">[08:45] </w:t>
      </w:r>
      <w:r>
        <w:t>jana chahta hoon pul ke pas. Pul tak pohanch jaon to main apne gaon ka rasta pa loon ga.</w:t>
      </w:r>
    </w:p>
    <w:p>
      <w:pPr>
        <w:jc w:val="right"/>
      </w:pPr>
      <w:r>
        <w:t>جانا چاہتا ہوں پل کے پاس۔ پل تک پہنچ جاؤں تو میں اپنے گاؤں کا راستہ پا لوں گا۔</w:t>
      </w:r>
    </w:p>
    <w:p>
      <w:r>
        <w:rPr>
          <w:b/>
        </w:rPr>
        <w:t xml:space="preserve">[08:54] </w:t>
      </w:r>
      <w:r>
        <w:t>to kya aap mujhe pul tak pohancha sakte hain? Tab bhi kuch bola nahi woh aadmi. Woh chalne laga torch le kar.</w:t>
      </w:r>
    </w:p>
    <w:p>
      <w:pPr>
        <w:jc w:val="right"/>
      </w:pPr>
      <w:r>
        <w:t>تو کیا آپ مجھے پل تک پہنچا سکتے ہیں؟ تب بھی کچھ بولا نہیں وہ آدمی۔ وہ چلنے لگا ٹارچ لے کر۔</w:t>
      </w:r>
    </w:p>
    <w:p>
      <w:r>
        <w:rPr>
          <w:b/>
        </w:rPr>
        <w:t xml:space="preserve">[09:06] </w:t>
      </w:r>
      <w:r>
        <w:t>ab main is ke peeche chal para. To makkhe ke khet har taraf the, janglaat ki tarah.</w:t>
      </w:r>
    </w:p>
    <w:p>
      <w:pPr>
        <w:jc w:val="right"/>
      </w:pPr>
      <w:r>
        <w:t>اب میں اس کے پیچھے چل پڑا۔ تو مکے کے کھیت ہر طرف تھے، جنگل کی طرح۔</w:t>
      </w:r>
    </w:p>
    <w:p>
      <w:r>
        <w:rPr>
          <w:b/>
        </w:rPr>
        <w:t xml:space="preserve">[09:18] </w:t>
      </w:r>
      <w:r>
        <w:t>janglaat ki taraf. To is janglaat ke, is janglaat mein main is ke sath dakhil ho gaya. Woh aage aage, main peeche peeche.</w:t>
      </w:r>
    </w:p>
    <w:p>
      <w:pPr>
        <w:jc w:val="right"/>
      </w:pPr>
      <w:r>
        <w:t>جنگل کی طرف۔ تو اس جنگل کے، اس جنگل میں میں اس کے ساتھ داخل ہو گیا۔ وہ آگے آگے، میں پیچھے پیچھے۔</w:t>
      </w:r>
    </w:p>
    <w:p>
      <w:r>
        <w:rPr>
          <w:b/>
        </w:rPr>
        <w:t xml:space="preserve">[09:31] </w:t>
      </w:r>
      <w:r>
        <w:t>to chalte chalte woh mujhe ek jagah pohanchaya us ne jahan aage naddi thi, wahan pul, ek chota sa pul hota tha.</w:t>
      </w:r>
    </w:p>
    <w:p>
      <w:pPr>
        <w:jc w:val="right"/>
      </w:pPr>
      <w:r>
        <w:t>تو چلتے چلتے وہ مجھے ایک جگہ پہنچایا اس نے جہاں آگے ندی تھی، وہاں پل، ایک چھوٹا سا پل ہوتا تھا۔</w:t>
      </w:r>
    </w:p>
    <w:p>
      <w:r>
        <w:rPr>
          <w:b/>
        </w:rPr>
        <w:t xml:space="preserve">[09:42] </w:t>
      </w:r>
      <w:r>
        <w:t>woh pul tha. To main ne us se kaha ke bas ab main chala jaon ga. Ab main chala jaon ga.</w:t>
      </w:r>
    </w:p>
    <w:p>
      <w:pPr>
        <w:jc w:val="right"/>
      </w:pPr>
      <w:r>
        <w:t>وہ پل تھا۔ تو میں نے اس سے کہا کہ بس اب میں چلا جاؤں گا۔ اب میں چلا جاؤں گا۔</w:t>
      </w:r>
    </w:p>
    <w:p>
      <w:r>
        <w:rPr>
          <w:b/>
        </w:rPr>
        <w:t xml:space="preserve">[09:52] </w:t>
      </w:r>
      <w:r>
        <w:t>is ke baad main aage barha pul ki taraf. Jab main chand qadam aage barha aur peeche ki taraf dekha main ne to aadmi ghayab tha.</w:t>
      </w:r>
    </w:p>
    <w:p>
      <w:pPr>
        <w:jc w:val="right"/>
      </w:pPr>
      <w:r>
        <w:t>اس کے بعد میں آگے بڑھا پل کی طرف۔ جب میں چند قدم آگے بڑھا اور پیچھے کی طرف دیکھا میں نے تو آدمی غائب تھا۔</w:t>
      </w:r>
    </w:p>
    <w:p>
      <w:r>
        <w:rPr>
          <w:b/>
        </w:rPr>
        <w:t xml:space="preserve">[10:07] </w:t>
      </w:r>
      <w:r>
        <w:t>na aadmi, na light, na roshni, kuch nahi.</w:t>
      </w:r>
    </w:p>
    <w:p>
      <w:pPr>
        <w:jc w:val="right"/>
      </w:pPr>
      <w:r>
        <w:t>نہ آدمی، نہ لائٹ، نہ روشنی، کچھ نہیں۔</w:t>
      </w:r>
    </w:p>
    <w:p>
      <w:r>
        <w:rPr>
          <w:b/>
        </w:rPr>
        <w:t xml:space="preserve">[10:13] </w:t>
      </w:r>
      <w:r>
        <w:t>mere saamne</w:t>
      </w:r>
    </w:p>
    <w:p>
      <w:pPr>
        <w:jc w:val="right"/>
      </w:pPr>
      <w:r>
        <w:t>میرے سامنے</w:t>
      </w:r>
    </w:p>
    <w:p>
      <w:r>
        <w:rPr>
          <w:b/>
        </w:rPr>
        <w:t xml:space="preserve">[10:17] </w:t>
      </w:r>
      <w:r>
        <w:t>ek dhundhle aawaaz andaaz mein pul dikhai de raha tha. pul.</w:t>
      </w:r>
    </w:p>
    <w:p>
      <w:pPr>
        <w:jc w:val="right"/>
      </w:pPr>
      <w:r>
        <w:t>ایک دھندلے آواز انداز میں پل دکھائی دے رہا تھا۔ پل۔</w:t>
      </w:r>
    </w:p>
    <w:p>
      <w:r>
        <w:rPr>
          <w:b/>
        </w:rPr>
        <w:t xml:space="preserve">[10:24] </w:t>
      </w:r>
      <w:r>
        <w:t>to main pul ki taraf badh raha tha aur peeche jab dekha to woh aadmi ghayab, light bhi ghayab.</w:t>
      </w:r>
    </w:p>
    <w:p>
      <w:pPr>
        <w:jc w:val="right"/>
      </w:pPr>
      <w:r>
        <w:t>تو میں پل کی طرف بڑھ رہا تھا اور پیچھے جب دیکھا تو وہ آدمی غائب، لائٹ بھی غائب۔</w:t>
      </w:r>
    </w:p>
    <w:p>
      <w:r>
        <w:rPr>
          <w:b/>
        </w:rPr>
        <w:t xml:space="preserve">[10:34] </w:t>
      </w:r>
      <w:r>
        <w:t>to yeh tajurba tha jis se maine samjha ke shayad har jagah farishte jo khade hue hain, woh management ke liye ke is universe mein beshumaar waqeaat jo ho rahe hain, un ko manage kar rahe hain.</w:t>
      </w:r>
    </w:p>
    <w:p>
      <w:pPr>
        <w:jc w:val="right"/>
      </w:pPr>
      <w:r>
        <w:t>تو یہ تجربہ تھا جس سے میں نے سمجھا کہ شاید ہر جگہ فرشتے جو کھڑے ہوئے ہیں، وہ مینجمنٹ کے لیے کہ اس یونیورس میں بے شمار واقعات جو ہو رہے ہیں، ان کو مینج کر رہے ہیں۔</w:t>
      </w:r>
    </w:p>
    <w:p>
      <w:r>
        <w:rPr>
          <w:b/>
        </w:rPr>
        <w:t xml:space="preserve">[10:54] </w:t>
      </w:r>
      <w:r>
        <w:t>aur woh aadmi jo khada tha, jo light le kar ke, woh farishta tha.</w:t>
      </w:r>
    </w:p>
    <w:p>
      <w:pPr>
        <w:jc w:val="right"/>
      </w:pPr>
      <w:r>
        <w:t>اور وہ آدمی جو کھڑا تھا، جو لائٹ لے کر کے، وہ فرشتہ تھا۔</w:t>
      </w:r>
    </w:p>
    <w:p>
      <w:r>
        <w:rPr>
          <w:b/>
        </w:rPr>
        <w:t xml:space="preserve">[11:01] </w:t>
      </w:r>
      <w:r>
        <w:t>aise kai waqeaat meri zindagi mein pesh aaye hain jo explain nahi hote. yaani aam normal law se woh explain nahi hote.</w:t>
      </w:r>
    </w:p>
    <w:p>
      <w:pPr>
        <w:jc w:val="right"/>
      </w:pPr>
      <w:r>
        <w:t>ایسے کئی واقعات میری زندگی میں پیش آئے ہیں جو ایکسپلین نہیں ہوتے۔ یعنی عام نارمل لاء سے وہ ایکسپلین نہیں ہوتے۔</w:t>
      </w:r>
    </w:p>
    <w:p>
      <w:r>
        <w:rPr>
          <w:b/>
        </w:rPr>
        <w:t xml:space="preserve">[11:13] </w:t>
      </w:r>
      <w:r>
        <w:t>normal law se woh explain nahi hote.</w:t>
      </w:r>
    </w:p>
    <w:p>
      <w:pPr>
        <w:jc w:val="right"/>
      </w:pPr>
      <w:r>
        <w:t>نارمل لاء سے وہ ایکسپلین نہیں ہوتے۔</w:t>
      </w:r>
    </w:p>
    <w:p>
      <w:r>
        <w:rPr>
          <w:b/>
        </w:rPr>
        <w:t xml:space="preserve">[11:19] </w:t>
      </w:r>
      <w:r>
        <w:t>to main saare waqeaat nahi bayan karunga yahan kyunke woh to bohat saare hain. to aise waqeaat jo jinka mujhe tajurba hua aur jo normal law se explain nahi hote,</w:t>
      </w:r>
    </w:p>
    <w:p>
      <w:pPr>
        <w:jc w:val="right"/>
      </w:pPr>
      <w:r>
        <w:t>تو میں سارے واقعات نہیں بیان کروں گا یہاں کیونکہ وہ تو بہت سارے ہیں۔ تو ایسے واقعات جو جن کا مجھے تجربہ ہوا اور جو نارمل لاء سے ایکسپلین نہیں ہوتے،</w:t>
      </w:r>
    </w:p>
    <w:p>
      <w:r>
        <w:rPr>
          <w:b/>
        </w:rPr>
        <w:t xml:space="preserve">[11:36] </w:t>
      </w:r>
      <w:r>
        <w:t>to main zyada tar par samajhta hoon ke woh farishta tha. farishta. ab aap apni aqal ko istemaal kijiye.</w:t>
      </w:r>
    </w:p>
    <w:p>
      <w:pPr>
        <w:jc w:val="right"/>
      </w:pPr>
      <w:r>
        <w:t>تو میں زیادہ تر پر سمجھتا ہوں کہ وہ فرشتہ تھا۔ فرشتہ۔ اب آپ اپنی عقل کو استعمال کیجئے۔</w:t>
      </w:r>
    </w:p>
    <w:p>
      <w:r>
        <w:rPr>
          <w:b/>
        </w:rPr>
        <w:t xml:space="preserve">[11:49] </w:t>
      </w:r>
      <w:r>
        <w:t>is is kainaat mein itni badi kainaat hai</w:t>
      </w:r>
    </w:p>
    <w:p>
      <w:pPr>
        <w:jc w:val="right"/>
      </w:pPr>
      <w:r>
        <w:t>اس اس کائنات میں اتنی بڑی کائنات ہے</w:t>
      </w:r>
    </w:p>
    <w:p>
      <w:r>
        <w:rPr>
          <w:b/>
        </w:rPr>
        <w:t xml:space="preserve">[11:57] </w:t>
      </w:r>
      <w:r>
        <w:t>aur woh har har haal mein, har haal mein woh move kar rahi hai.</w:t>
      </w:r>
    </w:p>
    <w:p>
      <w:pPr>
        <w:jc w:val="right"/>
      </w:pPr>
      <w:r>
        <w:t>اور وہ ہر ہر حال میں، ہر حال میں وہ موو کر رہی ہے۔</w:t>
      </w:r>
    </w:p>
    <w:p>
      <w:r>
        <w:rPr>
          <w:b/>
        </w:rPr>
        <w:t xml:space="preserve">[12:06] </w:t>
      </w:r>
      <w:r>
        <w:t>to aakhir yeh move kar rahi to koi to power hai, koi to is ka</w:t>
      </w:r>
    </w:p>
    <w:p>
      <w:pPr>
        <w:jc w:val="right"/>
      </w:pPr>
      <w:r>
        <w:t>تو آخر یہ موو کر رہی تو کوئی تو بوور ہے، کوئی تو اس کا</w:t>
      </w:r>
    </w:p>
    <w:p>
      <w:r>
        <w:rPr>
          <w:b/>
        </w:rPr>
        <w:t xml:space="preserve">[12:15] </w:t>
      </w:r>
      <w:r>
        <w:t>sambhalne wala hai.</w:t>
      </w:r>
    </w:p>
    <w:p>
      <w:pPr>
        <w:jc w:val="right"/>
      </w:pPr>
      <w:r>
        <w:t>سنبھالنے والا ہے۔</w:t>
      </w:r>
    </w:p>
    <w:p>
      <w:r>
        <w:rPr>
          <w:b/>
        </w:rPr>
        <w:t xml:space="preserve">[12:22] </w:t>
      </w:r>
      <w:r>
        <w:t>to science ne, jis ko hum science kehte hain, science ne darasal is power ko daryaft kiya hai.</w:t>
      </w:r>
    </w:p>
    <w:p>
      <w:pPr>
        <w:jc w:val="right"/>
      </w:pPr>
      <w:r>
        <w:t>تو سائنس نے، جس کو ہم سائنس کہتے ہیں، سائنس نے دراصل اس بوور کو دریافت کیا ہے۔</w:t>
      </w:r>
    </w:p>
    <w:p>
      <w:r>
        <w:rPr>
          <w:b/>
        </w:rPr>
        <w:t xml:space="preserve">[12:38] </w:t>
      </w:r>
      <w:r>
        <w:t>phir main Allah Rabb-ul-Aalameen ki daryaft mein poori zindagi woh guzari, guzar gayi. sab se bada sawal jo bola, Khuda ko kaise paoon?</w:t>
      </w:r>
    </w:p>
    <w:p>
      <w:pPr>
        <w:jc w:val="right"/>
      </w:pPr>
      <w:r>
        <w:t>پھر میں اللہ رب العالمین کی دریافت میں پوری زندگی وہ گزاری، گزر گئی۔ سب سے بڑا قلوب جو بولا، خدا کو کیسے پاؤں؟</w:t>
      </w:r>
    </w:p>
    <w:p>
      <w:r>
        <w:rPr>
          <w:b/>
        </w:rPr>
        <w:t xml:space="preserve">[12:50] </w:t>
      </w:r>
      <w:r>
        <w:t>woh Hazrat Musa ka waqea tha.</w:t>
      </w:r>
    </w:p>
    <w:p>
      <w:pPr>
        <w:jc w:val="right"/>
      </w:pPr>
      <w:r>
        <w:t>وہ حضرت موسیٰ کا واقعہ تھا۔</w:t>
      </w:r>
    </w:p>
    <w:p>
      <w:r>
        <w:rPr>
          <w:b/>
        </w:rPr>
        <w:t xml:space="preserve">[12:56] </w:t>
      </w:r>
      <w:r>
        <w:t>Quran mein waqea bataya gaya hai</w:t>
      </w:r>
    </w:p>
    <w:p>
      <w:pPr>
        <w:jc w:val="right"/>
      </w:pPr>
      <w:r>
        <w:t>قرآن میں واقعہ بتایا گیا ہے</w:t>
      </w:r>
    </w:p>
    <w:p>
      <w:r>
        <w:rPr>
          <w:b/>
        </w:rPr>
        <w:t xml:space="preserve">[13:01] </w:t>
      </w:r>
      <w:r>
        <w:t>ke Hazrat Musa</w:t>
      </w:r>
    </w:p>
    <w:p>
      <w:pPr>
        <w:jc w:val="right"/>
      </w:pPr>
      <w:r>
        <w:t>کہ حضرت موسیٰ</w:t>
      </w:r>
    </w:p>
    <w:p>
      <w:r>
        <w:rPr>
          <w:b/>
        </w:rPr>
        <w:t xml:space="preserve">[13:05] </w:t>
      </w:r>
      <w:r>
        <w:t>jo</w:t>
      </w:r>
    </w:p>
    <w:p>
      <w:pPr>
        <w:jc w:val="right"/>
      </w:pPr>
      <w:r>
        <w:t>جو</w:t>
      </w:r>
    </w:p>
    <w:p>
      <w:r>
        <w:rPr>
          <w:b/>
        </w:rPr>
        <w:t xml:space="preserve">[13:11] </w:t>
      </w:r>
      <w:r>
        <w:t>woh Tūr, jo Tūr saara Saina mein ek pahadi thi, uska jo Tūr naam tha,</w:t>
      </w:r>
    </w:p>
    <w:p>
      <w:pPr>
        <w:jc w:val="right"/>
      </w:pPr>
      <w:r>
        <w:t>وہاں طور، جو طور سارا سینہ میں ایک پہاڑی تھی، اس کا جو طور نام تھا،</w:t>
      </w:r>
    </w:p>
    <w:p>
      <w:r>
        <w:rPr>
          <w:b/>
        </w:rPr>
        <w:t xml:space="preserve">[13:22] </w:t>
      </w:r>
      <w:r>
        <w:t>to wahan pahunche. woh</w:t>
      </w:r>
    </w:p>
    <w:p>
      <w:pPr>
        <w:jc w:val="right"/>
      </w:pPr>
      <w:r>
        <w:t>تو وہاں پہنچے۔ وہ</w:t>
      </w:r>
    </w:p>
    <w:p>
      <w:r>
        <w:rPr>
          <w:b/>
        </w:rPr>
        <w:t xml:space="preserve">[13:28] </w:t>
      </w:r>
      <w:r>
        <w:t>woh wahan pahunche. woh</w:t>
      </w:r>
    </w:p>
    <w:p>
      <w:pPr>
        <w:jc w:val="right"/>
      </w:pPr>
      <w:r>
        <w:t>وہاں پہنچے۔ وہ</w:t>
      </w:r>
    </w:p>
    <w:p>
      <w:r>
        <w:rPr>
          <w:b/>
        </w:rPr>
        <w:t xml:space="preserve">[13:33] </w:t>
      </w:r>
      <w:r>
        <w:t>to ek jab Tūr par charhe, woh jab woh Tūr par charhe, yaani pahad par, to un ko ek roshni dikhai di.</w:t>
      </w:r>
    </w:p>
    <w:p>
      <w:pPr>
        <w:jc w:val="right"/>
      </w:pPr>
      <w:r>
        <w:t>تو ایک جب طور پر چڑھے، وہ جب وہ طور پر چڑھے، یعنی پہاڑ پر، تو ان کو ایک روشنی دکھائی دی۔</w:t>
      </w:r>
    </w:p>
    <w:p>
      <w:r>
        <w:rPr>
          <w:b/>
        </w:rPr>
        <w:t xml:space="preserve">[13:53] </w:t>
      </w:r>
      <w:r>
        <w:t>roshni ki taraf se aawaaz aati aayi ke "Ae Musa!</w:t>
      </w:r>
    </w:p>
    <w:p>
      <w:pPr>
        <w:jc w:val="right"/>
      </w:pPr>
      <w:r>
        <w:t>روشنی کی طرف سے آواز آتی آئی کہ "اے موسیٰ!</w:t>
      </w:r>
    </w:p>
    <w:p>
      <w:r>
        <w:rPr>
          <w:b/>
        </w:rPr>
        <w:t xml:space="preserve">[13:58] </w:t>
      </w:r>
      <w:r>
        <w:t>Inni ana Rabbuk!" aawaaz aayi. Tūr kitni oonchai par tha? woh Tūr 2285 hain.</w:t>
      </w:r>
    </w:p>
    <w:p>
      <w:pPr>
        <w:jc w:val="right"/>
      </w:pPr>
      <w:r>
        <w:t>انی انارہ، انارہ بک!" آواز آئی۔ طور کتنی اونچائی پر تھا؟ وہ طور 2285 ہیں۔</w:t>
      </w:r>
    </w:p>
    <w:p>
      <w:r>
        <w:rPr>
          <w:b/>
        </w:rPr>
        <w:t xml:space="preserve">[14:08] </w:t>
      </w:r>
      <w:r>
        <w:t>2285, 2285 fitmitrmitr oncha tha. Woh wahan par chal ke gaye thay.</w:t>
      </w:r>
    </w:p>
    <w:p>
      <w:pPr>
        <w:jc w:val="right"/>
      </w:pPr>
      <w:r>
        <w:t>2285، 2285 فٹ میٹر میٹر اونچا تھا۔ وہ وہاں پر چل کے گئے تھے۔</w:t>
      </w:r>
    </w:p>
    <w:p>
      <w:r>
        <w:rPr>
          <w:b/>
        </w:rPr>
        <w:t xml:space="preserve">[14:22] </w:t>
      </w:r>
      <w:r>
        <w:t>To pahaar ki taraf se awaaz aayi ke "Ae Musa!</w:t>
      </w:r>
    </w:p>
    <w:p>
      <w:pPr>
        <w:jc w:val="right"/>
      </w:pPr>
      <w:r>
        <w:t>تو پہاڑ کی طرف سے آواز آئی کہ "اے موسیٰ!</w:t>
      </w:r>
    </w:p>
    <w:p>
      <w:r>
        <w:rPr>
          <w:b/>
        </w:rPr>
        <w:t xml:space="preserve">[14:30] </w:t>
      </w:r>
      <w:r>
        <w:t>Main tumhara Rab hoon!"</w:t>
      </w:r>
    </w:p>
    <w:p>
      <w:pPr>
        <w:jc w:val="right"/>
      </w:pPr>
      <w:r>
        <w:t>میں تمہارا رب ہوں!"</w:t>
      </w:r>
    </w:p>
    <w:p>
      <w:r>
        <w:rPr>
          <w:b/>
        </w:rPr>
        <w:t xml:space="preserve">[14:36] </w:t>
      </w:r>
      <w:r>
        <w:t>Ab Musa zahir hai ke yeh awaaz jab suni unhon ne to kya guzri hogi un ke upar.</w:t>
      </w:r>
    </w:p>
    <w:p>
      <w:pPr>
        <w:jc w:val="right"/>
      </w:pPr>
      <w:r>
        <w:t>اب موسیٰ ظاہر ہے کہ یہ آواز جب سنی انہوں نے تو کیا گزری ہوگی ان کے اوپر۔</w:t>
      </w:r>
    </w:p>
    <w:p>
      <w:r>
        <w:rPr>
          <w:b/>
        </w:rPr>
        <w:t xml:space="preserve">[14:50] </w:t>
      </w:r>
      <w:r>
        <w:t>To Musa ki zabaan se pehli baat jo nikli woh thi fitri taur par</w:t>
      </w:r>
    </w:p>
    <w:p>
      <w:pPr>
        <w:jc w:val="right"/>
      </w:pPr>
      <w:r>
        <w:t>تو موسیٰ کی زبان سے پہلی بات جو نکلی وہ تھی فطری طور پر</w:t>
      </w:r>
    </w:p>
    <w:p>
      <w:r>
        <w:rPr>
          <w:b/>
        </w:rPr>
        <w:t xml:space="preserve">[15:04] </w:t>
      </w:r>
      <w:r>
        <w:t>ke "Khuda</w:t>
      </w:r>
    </w:p>
    <w:p>
      <w:pPr>
        <w:jc w:val="right"/>
      </w:pPr>
      <w:r>
        <w:t>کہ "خد</w:t>
      </w:r>
    </w:p>
    <w:p>
      <w:r>
        <w:rPr>
          <w:b/>
        </w:rPr>
        <w:t xml:space="preserve">[15:05] </w:t>
      </w:r>
      <w:r>
        <w:t>aya! Mujh ko dekha, main tujh ko dekhna chahta hoon." Qala "Rab yani anẓir ilayhi!" Haan, Musa ne kaha "Rab arni anẓir ilayhi</w:t>
      </w:r>
    </w:p>
    <w:p>
      <w:pPr>
        <w:jc w:val="right"/>
      </w:pPr>
      <w:r>
        <w:t>ایا! مجھ کو دیکھا، میں تجھ کو دیکھنا چاہتا ہوں۔" قال "رب یعنی انظر الیہ!" ہاں، موسیٰ نے کہا "رب ارنی انظر الیہ</w:t>
      </w:r>
    </w:p>
    <w:p>
      <w:r>
        <w:rPr>
          <w:b/>
        </w:rPr>
        <w:t xml:space="preserve">[15:17] </w:t>
      </w:r>
      <w:r>
        <w:t>!" Ab woh us ana ka aap ghor kijiye ke kaisa achaanak jab yeh baat, yeh yeh alfaaz sune honge unhon ne to achaanak kya un par guzri, guzri hogi.</w:t>
      </w:r>
    </w:p>
    <w:p>
      <w:pPr>
        <w:jc w:val="right"/>
      </w:pPr>
      <w:r>
        <w:t>!" اب وہ اس انا کا آپ غور کیجئے کہ کیسا اچانک جب یہ بات، یہ یہ الفاظ سنے ہوں گے انہوں نے تو اچانک کیا ان پر گزری، گزری ہوگی۔</w:t>
      </w:r>
    </w:p>
    <w:p>
      <w:r>
        <w:rPr>
          <w:b/>
        </w:rPr>
        <w:t xml:space="preserve">[15:31] </w:t>
      </w:r>
      <w:r>
        <w:t>Aur us ki baat cheet hui us Allah Rab ul Alameen se Musa ki, woh Quran mein hai, aap parh sakte hain. To us waqt unhon ne Musa ne kaha tha</w:t>
      </w:r>
    </w:p>
    <w:p>
      <w:pPr>
        <w:jc w:val="right"/>
      </w:pPr>
      <w:r>
        <w:t>اور اس کی بات چیت ہوئی اس اللہ رب العالمین سے موسیٰ کی، وہ قرآن میں ہے، آپ پڑھ سکتے ہیں۔ تو اس وقت انہوں نے موسیٰ نے کہا تھا</w:t>
      </w:r>
    </w:p>
    <w:p>
      <w:r>
        <w:rPr>
          <w:b/>
        </w:rPr>
        <w:t xml:space="preserve">[15:47] </w:t>
      </w:r>
      <w:r>
        <w:t>ke "Ae Rab</w:t>
      </w:r>
    </w:p>
    <w:p>
      <w:pPr>
        <w:jc w:val="right"/>
      </w:pPr>
      <w:r>
        <w:t>کہ "اے ر</w:t>
      </w:r>
    </w:p>
    <w:p>
      <w:r>
        <w:rPr>
          <w:b/>
        </w:rPr>
        <w:t xml:space="preserve">[15:48] </w:t>
      </w:r>
      <w:r>
        <w:t>! Mujhe dikha, main tujh ko dekhna chahta hoon." To awaaz aayi ke "Musa! Tum is ko dekh nahi sakte,</w:t>
      </w:r>
    </w:p>
    <w:p>
      <w:pPr>
        <w:jc w:val="right"/>
      </w:pPr>
      <w:r>
        <w:t>ب! مجھے دکھا، میں تجھ کو دیکھنا چاہتا ہوں۔" تو آواز آئی کہ "موسیٰ! تم اس کو دیکھ نہیں سکتے،</w:t>
      </w:r>
    </w:p>
    <w:p>
      <w:r>
        <w:rPr>
          <w:b/>
        </w:rPr>
        <w:t xml:space="preserve">[15:59] </w:t>
      </w:r>
      <w:r>
        <w:t>Albatta tum dekho pahaar ki taraf,</w:t>
      </w:r>
    </w:p>
    <w:p>
      <w:pPr>
        <w:jc w:val="right"/>
      </w:pPr>
      <w:r>
        <w:t>البتہ تم دیکھو پہاڑ کی طرف،</w:t>
      </w:r>
    </w:p>
    <w:p>
      <w:r>
        <w:rPr>
          <w:b/>
        </w:rPr>
        <w:t xml:space="preserve">[16:06] </w:t>
      </w:r>
      <w:r>
        <w:t>Main apni tajalli, tajalli daalunga pahaar par. Agar woh thehra rahe tab tum us ko dekh sakte ho." To kya hua?</w:t>
      </w:r>
    </w:p>
    <w:p>
      <w:pPr>
        <w:jc w:val="right"/>
      </w:pPr>
      <w:r>
        <w:t>میں اپنی تجلی، تجلی ڈالوں گا پہاڑ پر۔ اگر وہ ٹھہرا رہے تب تم اس کو دیکھ سکتے ہو۔" تو کیا ہوا؟</w:t>
      </w:r>
    </w:p>
    <w:p>
      <w:r>
        <w:rPr>
          <w:b/>
        </w:rPr>
        <w:t xml:space="preserve">[16:18] </w:t>
      </w:r>
      <w:r>
        <w:t>Allah ne jab bari tajalli daali us pahaar par to pahaar reze reze ho gaya.</w:t>
      </w:r>
    </w:p>
    <w:p>
      <w:pPr>
        <w:jc w:val="right"/>
      </w:pPr>
      <w:r>
        <w:t>اللہ نے جب بڑی تجلی ڈالی اس پہاڑ پر تو پہاڑ ریزے ریزے ہو گیا۔</w:t>
      </w:r>
    </w:p>
    <w:p>
      <w:r>
        <w:rPr>
          <w:b/>
        </w:rPr>
        <w:t xml:space="preserve">[16:29] </w:t>
      </w:r>
      <w:r>
        <w:t>Falamma tajalla rabbahu, falamma tajalla rabbahu liljabal, ja'ala d</w:t>
      </w:r>
    </w:p>
    <w:p>
      <w:pPr>
        <w:jc w:val="right"/>
      </w:pPr>
      <w:r>
        <w:t>فلما تجلی ربہ، فلما تجلی ربہ للجبل، جعل د</w:t>
      </w:r>
    </w:p>
    <w:p>
      <w:r>
        <w:rPr>
          <w:b/>
        </w:rPr>
        <w:t xml:space="preserve">[16:35] </w:t>
      </w:r>
      <w:r>
        <w:t>haka. Kya laga? Dhakka toot phoot gaya. Woh</w:t>
      </w:r>
    </w:p>
    <w:p>
      <w:pPr>
        <w:jc w:val="right"/>
      </w:pPr>
      <w:r>
        <w:t>ھکا۔ کیا لگا؟ دھکا ٹوٹ پھوٹ گیا۔ وہ</w:t>
      </w:r>
    </w:p>
    <w:p>
      <w:r>
        <w:rPr>
          <w:b/>
        </w:rPr>
        <w:t xml:space="preserve">[16:43] </w:t>
      </w:r>
      <w:r>
        <w:t>To yeh yeh sirf ek aam qism ka waqia nahi hai, yeh ek bohat bara kulo tha ke Khuda ko kaise dekh sakte ho.</w:t>
      </w:r>
    </w:p>
    <w:p>
      <w:pPr>
        <w:jc w:val="right"/>
      </w:pPr>
      <w:r>
        <w:t>تو یہ یہ صرف ایک عام قسم کا واقعہ نہیں ہے، یہ ایک بہت بڑا کلو تھا کہ خدا کو کیسے دیکھ سکتے ہو۔</w:t>
      </w:r>
    </w:p>
    <w:p>
      <w:r>
        <w:rPr>
          <w:b/>
        </w:rPr>
        <w:t xml:space="preserve">[16:58] </w:t>
      </w:r>
      <w:r>
        <w:t>Bohat bara kulo tha kyunke agar aap</w:t>
      </w:r>
    </w:p>
    <w:p>
      <w:pPr>
        <w:jc w:val="right"/>
      </w:pPr>
      <w:r>
        <w:t>بہت بڑا کلو تھا کیونکہ اگر آپ</w:t>
      </w:r>
    </w:p>
    <w:p>
      <w:r>
        <w:rPr>
          <w:b/>
        </w:rPr>
        <w:t xml:space="preserve">[17:05] </w:t>
      </w:r>
      <w:r>
        <w:t>Aap jante honge ke insaan paida hone ke baad sab se zyada isi sawal se dochar hota hai jis sawal se Musa dochar hue hain ke "Main bara mera kaun hai?</w:t>
      </w:r>
    </w:p>
    <w:p>
      <w:pPr>
        <w:jc w:val="right"/>
      </w:pPr>
      <w:r>
        <w:t>آپ جانتے ہوں گے کہ انسان پیدا ہونے کے بعد سب سے زیادہ اسی سوال سے دوچار ہوتا ہے جس سوال سے موسیٰ دوچار ہوئے ہیں کہ "میں بڑا میرا کون ہے؟</w:t>
      </w:r>
    </w:p>
    <w:p>
      <w:r>
        <w:rPr>
          <w:b/>
        </w:rPr>
        <w:t xml:space="preserve">[17:17] </w:t>
      </w:r>
      <w:r>
        <w:t>Mera khaliq kaun hai? Main kahan aa gaya hoon?"</w:t>
      </w:r>
    </w:p>
    <w:p>
      <w:pPr>
        <w:jc w:val="right"/>
      </w:pPr>
      <w:r>
        <w:t>میرا خالق کون ہے؟ میں کہاں آگیا ہوں؟"</w:t>
      </w:r>
    </w:p>
    <w:p>
      <w:r>
        <w:rPr>
          <w:b/>
        </w:rPr>
        <w:t xml:space="preserve">[17:24] </w:t>
      </w:r>
      <w:r>
        <w:t>Yaani sorry taur par nahi to inconsistency.</w:t>
      </w:r>
    </w:p>
    <w:p>
      <w:pPr>
        <w:jc w:val="right"/>
      </w:pPr>
      <w:r>
        <w:t>یعنی سوری طور پر نہیں تو انکانسٹیٹی۔</w:t>
      </w:r>
    </w:p>
    <w:p>
      <w:r>
        <w:rPr>
          <w:b/>
        </w:rPr>
        <w:t xml:space="preserve">[17:29] </w:t>
      </w:r>
      <w:r>
        <w:t>Lekin jitne bhi insaan hain, chahe philosophers hon, chahe mutakallimeen hon, chahe sufi hon, chahe munk hon, chahe mystics hon,</w:t>
      </w:r>
    </w:p>
    <w:p>
      <w:pPr>
        <w:jc w:val="right"/>
      </w:pPr>
      <w:r>
        <w:t>لیکن جتنے بھی انسان ہیں، چاہے فلاسفرز ہوں، چاہے متکلمین ہوں، چاہے صوفی ہوں، چاہے منک ہوں، چاہے مسٹک ہوں،</w:t>
      </w:r>
    </w:p>
    <w:p>
      <w:r>
        <w:rPr>
          <w:b/>
        </w:rPr>
        <w:t xml:space="preserve">[17:46] </w:t>
      </w:r>
      <w:r>
        <w:t>Woh sab ke sab Khuda ko direct talash karte rahe. Direct jaise main aap ko direct dekh raha</w:t>
      </w:r>
    </w:p>
    <w:p>
      <w:pPr>
        <w:jc w:val="right"/>
      </w:pPr>
      <w:r>
        <w:t>وہ سب کے سب خدا کو ڈائریکٹ تلاش کرتے رہے۔ ڈائریکٹ جیسے میں آپ کو ڈائریکٹ دیکھ رہ</w:t>
      </w:r>
    </w:p>
    <w:p>
      <w:r>
        <w:rPr>
          <w:b/>
        </w:rPr>
        <w:t xml:space="preserve">[17:58] </w:t>
      </w:r>
      <w:r>
        <w:t>hoon.</w:t>
      </w:r>
    </w:p>
    <w:p>
      <w:pPr>
        <w:jc w:val="right"/>
      </w:pPr>
      <w:r>
        <w:t>ا ہوں۔</w:t>
      </w:r>
    </w:p>
    <w:p>
      <w:r>
        <w:rPr>
          <w:b/>
        </w:rPr>
        <w:t xml:space="preserve">[18:02] </w:t>
      </w:r>
      <w:r>
        <w:t>Lekin koi bhi Khuda ko direct dekh nahi saka aur hazaron hazar saal beet gaye.</w:t>
      </w:r>
    </w:p>
    <w:p>
      <w:pPr>
        <w:jc w:val="right"/>
      </w:pPr>
      <w:r>
        <w:t>لیکن کوئی بھی خدا کو ڈائریکٹ دیکھ نہیں سکا اور ہزاروں ہزار سال بیت گئے۔</w:t>
      </w:r>
    </w:p>
    <w:p>
      <w:r>
        <w:rPr>
          <w:b/>
        </w:rPr>
        <w:t xml:space="preserve">[18:16] </w:t>
      </w:r>
      <w:r>
        <w:t>grees mein shuru hui yeh philosophy</w:t>
      </w:r>
    </w:p>
    <w:p>
      <w:pPr>
        <w:jc w:val="right"/>
      </w:pPr>
      <w:r>
        <w:t>گریس میں شروع ہوئی یہ فلاسفی</w:t>
      </w:r>
    </w:p>
    <w:p>
      <w:r>
        <w:rPr>
          <w:b/>
        </w:rPr>
        <w:t xml:space="preserve">[18:23] </w:t>
      </w:r>
      <w:r>
        <w:t>aur bohat se babay dimagh is mein involve hue. lekin koi bhi philosopher, koi bhi mutakallim, koi bhi soofi,</w:t>
      </w:r>
    </w:p>
    <w:p>
      <w:pPr>
        <w:jc w:val="right"/>
      </w:pPr>
      <w:r>
        <w:t>اور بہت سے ببے دماغ اس میں انوالو ہوئے۔ لیکن کوئی بھی فلاسفر، کوئی بھی متکلم، کوئی بھی صوفی،</w:t>
      </w:r>
    </w:p>
    <w:p>
      <w:r>
        <w:rPr>
          <w:b/>
        </w:rPr>
        <w:t xml:space="preserve">[18:41] </w:t>
      </w:r>
      <w:r>
        <w:t>koi bhi seeker</w:t>
      </w:r>
    </w:p>
    <w:p>
      <w:pPr>
        <w:jc w:val="right"/>
      </w:pPr>
      <w:r>
        <w:t>کوئی بھی سیکھر</w:t>
      </w:r>
    </w:p>
    <w:p>
      <w:r>
        <w:rPr>
          <w:b/>
        </w:rPr>
        <w:t xml:space="preserve">[18:47] </w:t>
      </w:r>
      <w:r>
        <w:t>apne creator ko dekh na saka.</w:t>
      </w:r>
    </w:p>
    <w:p>
      <w:pPr>
        <w:jc w:val="right"/>
      </w:pPr>
      <w:r>
        <w:t>اپنے کریٹر کو دیکھ نہ سکا۔</w:t>
      </w:r>
    </w:p>
    <w:p>
      <w:r>
        <w:rPr>
          <w:b/>
        </w:rPr>
        <w:t xml:space="preserve">[18:52] </w:t>
      </w:r>
      <w:r>
        <w:t>sab log isi chakkar mein thay ke dekhein, dekhein, dekhein lekin koi dekh na saka.</w:t>
      </w:r>
    </w:p>
    <w:p>
      <w:pPr>
        <w:jc w:val="right"/>
      </w:pPr>
      <w:r>
        <w:t>سب لوگ اسی چکر میں تھے کہ دیکھیں، دیکھیں، دیکھیں لیکن کوئی دیکھ نہ سکا۔</w:t>
      </w:r>
    </w:p>
    <w:p>
      <w:r>
        <w:rPr>
          <w:b/>
        </w:rPr>
        <w:t xml:space="preserve">[19:01] </w:t>
      </w:r>
      <w:r>
        <w:t>to hazrat moosa ke waqeye ki shakal mein ek clue diya gaya tha. woh clue bhi bohat dinon ke baad insaan ke samne aaya.</w:t>
      </w:r>
    </w:p>
    <w:p>
      <w:pPr>
        <w:jc w:val="right"/>
      </w:pPr>
      <w:r>
        <w:t>تو حضرت موسیٰ کے واقعے کی شکل میں ایک کلو دیا گیا تھا۔ وہ کلو بھی بہت دنوں کے بعد انسان کے سامنے آیا۔</w:t>
      </w:r>
    </w:p>
    <w:p>
      <w:r>
        <w:rPr>
          <w:b/>
        </w:rPr>
        <w:t xml:space="preserve">[19:12] </w:t>
      </w:r>
      <w:r>
        <w:t>woh clue kya tha? yaani takhleeq ko jano phir tum khaliq ko jano, jaan lo, jaan lo ge.</w:t>
      </w:r>
    </w:p>
    <w:p>
      <w:pPr>
        <w:jc w:val="right"/>
      </w:pPr>
      <w:r>
        <w:t>وہ کلو کیا تھا؟ یعنی تخلیق کو جانو پھر تم خالق کو جانو، جان لو، جان لو گے۔</w:t>
      </w:r>
    </w:p>
    <w:p>
      <w:r>
        <w:rPr>
          <w:b/>
        </w:rPr>
        <w:t xml:space="preserve">[19:25] </w:t>
      </w:r>
      <w:r>
        <w:t>yaani creation ko jano is ke hawale se tum creator ko jaan lo ge.</w:t>
      </w:r>
    </w:p>
    <w:p>
      <w:pPr>
        <w:jc w:val="right"/>
      </w:pPr>
      <w:r>
        <w:t>یعنی کریشن کو جانو اس کے حوالے سے تم کریٹر کو جان لو گے۔</w:t>
      </w:r>
    </w:p>
    <w:p>
      <w:r>
        <w:rPr>
          <w:b/>
        </w:rPr>
        <w:t xml:space="preserve">[19:37] </w:t>
      </w:r>
      <w:r>
        <w:t>to is usool ko pehli baar apply kiya insaan ne is waqt jab</w:t>
      </w:r>
    </w:p>
    <w:p>
      <w:pPr>
        <w:jc w:val="right"/>
      </w:pPr>
      <w:r>
        <w:t>تو اس اصول کو پہلی بار اپلائی کیا انسان نے اس وقت جب</w:t>
      </w:r>
    </w:p>
    <w:p>
      <w:r>
        <w:rPr>
          <w:b/>
        </w:rPr>
        <w:t xml:space="preserve">[19:46] </w:t>
      </w:r>
      <w:r>
        <w:t>dunya mein</w:t>
      </w:r>
    </w:p>
    <w:p>
      <w:pPr>
        <w:jc w:val="right"/>
      </w:pPr>
      <w:r>
        <w:t>دنیا میں</w:t>
      </w:r>
    </w:p>
    <w:p>
      <w:r>
        <w:rPr>
          <w:b/>
        </w:rPr>
        <w:t xml:space="preserve">[19:50] </w:t>
      </w:r>
      <w:r>
        <w:t>yeh material science ka development hua. aap jante hain ke material science ka aaghaz newton ke zamane mein hua tha.</w:t>
      </w:r>
    </w:p>
    <w:p>
      <w:pPr>
        <w:jc w:val="right"/>
      </w:pPr>
      <w:r>
        <w:t>یہ مٹیریل سائنس کا ڈیولپمنٹ ہوا۔ آپ جانتے ہیں کہ مٹیریل سائنس کا آغاز نیوٹن کے زمانے میں ہوا تھا۔</w:t>
      </w:r>
    </w:p>
    <w:p>
      <w:r>
        <w:rPr>
          <w:b/>
        </w:rPr>
        <w:t xml:space="preserve">[20:02] </w:t>
      </w:r>
      <w:r>
        <w:t>phir yeh science chalti rahi yahan tak ke insaan ne, insaan ne</w:t>
      </w:r>
    </w:p>
    <w:p>
      <w:pPr>
        <w:jc w:val="right"/>
      </w:pPr>
      <w:r>
        <w:t>پھر یہ سائنس چلتی رہی یہاں تک کہ انسان نے، انسان نے</w:t>
      </w:r>
    </w:p>
    <w:p>
      <w:r>
        <w:rPr>
          <w:b/>
        </w:rPr>
        <w:t xml:space="preserve">[20:12] </w:t>
      </w:r>
      <w:r>
        <w:t>atom ko daryaft kiya. to pehle yeh samjhe, samjha tha insaan newton ke zamane mein ke atom ka zarra hai, wahi juzz hai, wahi aakhri matter hai.</w:t>
      </w:r>
    </w:p>
    <w:p>
      <w:pPr>
        <w:jc w:val="right"/>
      </w:pPr>
      <w:r>
        <w:t>ایٹم کو دریافت کیا۔ تو پہلے یہ سمجھے، سمجھا تھا انسان نیوٹن کے زمانے میں کہ ایٹم کا ذرہ ہے، وہی جزل ہے، وہی آخری میٹر ہے۔</w:t>
      </w:r>
    </w:p>
    <w:p>
      <w:r>
        <w:rPr>
          <w:b/>
        </w:rPr>
        <w:t xml:space="preserve">[20:29] </w:t>
      </w:r>
      <w:r>
        <w:t>lekin phir woh toot gaya. maloom hua ke aakhri cheez atom nahi hai. phir hote hote kai is ke part daryaft hue.</w:t>
      </w:r>
    </w:p>
    <w:p>
      <w:pPr>
        <w:jc w:val="right"/>
      </w:pPr>
      <w:r>
        <w:t>لیکن پھر وہ ٹوٹ گیا۔ معلوم ہوا کہ آخر چیز ایٹم نہیں ہے۔ پھر ہوتے ہوتے کئی اس کے پارٹ دریافت ہوئے۔</w:t>
      </w:r>
    </w:p>
    <w:p>
      <w:r>
        <w:rPr>
          <w:b/>
        </w:rPr>
        <w:t xml:space="preserve">[20:45] </w:t>
      </w:r>
      <w:r>
        <w:t>aakhir mein kya hua ke atom jo hai apne aakhri tajziye mein qabil mushahida hai hi nahi.</w:t>
      </w:r>
    </w:p>
    <w:p>
      <w:pPr>
        <w:jc w:val="right"/>
      </w:pPr>
      <w:r>
        <w:t>آخر میں کیا ہوا کہ ایٹم جو ہے اپنے آخری تجزیے میں قابل مشاہدہ ہے ہی نہیں۔</w:t>
      </w:r>
    </w:p>
    <w:p>
      <w:r>
        <w:rPr>
          <w:b/>
        </w:rPr>
        <w:t xml:space="preserve">[20:58] </w:t>
      </w:r>
      <w:r>
        <w:t>jab atom ki daryaft karte karte aap pohnchte hain aakhri is par to maloom hota hai ke woh woh dikhai nahi deta.</w:t>
      </w:r>
    </w:p>
    <w:p>
      <w:pPr>
        <w:jc w:val="right"/>
      </w:pPr>
      <w:r>
        <w:t>جب ایٹم کی دریافت کرتے کرتے آپ پہنچتے ہیں آخری اس پر تو معلوم ہوتا ہے کہ وہ وہ دکھائی نہیں دیتا۔</w:t>
      </w:r>
    </w:p>
    <w:p>
      <w:r>
        <w:rPr>
          <w:b/>
        </w:rPr>
        <w:t xml:space="preserve">[21:12] </w:t>
      </w:r>
      <w:r>
        <w:t>lekin yahan par ek ek science thi jis ko insaan ne daryaft kiya quantum physics ke zamane mein.</w:t>
      </w:r>
    </w:p>
    <w:p>
      <w:pPr>
        <w:jc w:val="right"/>
      </w:pPr>
      <w:r>
        <w:t>لیکن یہاں پر ایک ایک سائنس تھی جس کو انسان نے دریافت کیا کوانٹم فزکس کے زمانے میں۔</w:t>
      </w:r>
    </w:p>
    <w:p>
      <w:r>
        <w:rPr>
          <w:b/>
        </w:rPr>
        <w:t xml:space="preserve">[21:22] </w:t>
      </w:r>
      <w:r>
        <w:t>woh kya? woh kya science thi? woh science thi ke cheezein agar agarche direct dikhai nahi parti magar cheezon ka effect e double f e c t effect dikhai deta hai.</w:t>
      </w:r>
    </w:p>
    <w:p>
      <w:pPr>
        <w:jc w:val="right"/>
      </w:pPr>
      <w:r>
        <w:t>وہ کیا؟ وہ کیا سائنس تھی؟ وہ سائنس تھی کہ چیزیں اگر اگرچہ ڈائریکٹ دکھائی نہیں پڑتی مگر چیزوں کا ایفیکٹ ای ڈبل ایف ای سی ٹی ایفیکٹ دکھائی دیتا ہے۔</w:t>
      </w:r>
    </w:p>
    <w:p>
      <w:r>
        <w:rPr>
          <w:b/>
        </w:rPr>
        <w:t xml:space="preserve">[21:45] </w:t>
      </w:r>
      <w:r>
        <w:t>yeh bohat bari daryaft thi jo quantum physics ke zamane mein hui ke agarche hum cheezon ko dekh nahi paate lekin is ke effect ko dekh paate hain.</w:t>
      </w:r>
    </w:p>
    <w:p>
      <w:pPr>
        <w:jc w:val="right"/>
      </w:pPr>
      <w:r>
        <w:t>یہ بہت بڑی دریافت تھی جو کوانٹم فزکس کے زمانے میں ہوئی کہ اگرچہ ہم چیزوں کو دیکھ نہیں پاتے لیکن اس کے ایفیکٹ کو دیکھ پاتے ہیں۔</w:t>
      </w:r>
    </w:p>
    <w:p>
      <w:r>
        <w:rPr>
          <w:b/>
        </w:rPr>
        <w:t xml:space="preserve">[21:58] </w:t>
      </w:r>
      <w:r>
        <w:t>woh kya tha? sab se aakhri jo</w:t>
      </w:r>
    </w:p>
    <w:p>
      <w:pPr>
        <w:jc w:val="right"/>
      </w:pPr>
      <w:r>
        <w:t>وہ کیا تھا؟ سب سے آخری جو</w:t>
      </w:r>
    </w:p>
    <w:p>
      <w:r>
        <w:rPr>
          <w:b/>
        </w:rPr>
        <w:t xml:space="preserve">[22:05] </w:t>
      </w:r>
      <w:r>
        <w:t>aakhri jo particle tha jo daryaft hua woh tha</w:t>
      </w:r>
    </w:p>
    <w:p>
      <w:pPr>
        <w:jc w:val="right"/>
      </w:pPr>
      <w:r>
        <w:t>آخری جو پارٹیکل تھا جو دریافت ہوا وہ تھا</w:t>
      </w:r>
    </w:p>
    <w:p>
      <w:r>
        <w:rPr>
          <w:b/>
        </w:rPr>
        <w:t xml:space="preserve">[22:20] </w:t>
      </w:r>
      <w:r>
        <w:t>kya tha? sahib sub atomic par</w:t>
      </w:r>
    </w:p>
    <w:p>
      <w:pPr>
        <w:jc w:val="right"/>
      </w:pPr>
      <w:r>
        <w:t>کیا تھا؟ صاحب سب ایٹمک پار</w:t>
      </w:r>
    </w:p>
    <w:p>
      <w:r>
        <w:rPr>
          <w:b/>
        </w:rPr>
        <w:t xml:space="preserve">[22:23] </w:t>
      </w:r>
      <w:r>
        <w:t>ticle. haan sub hain sub atomic particle. daryaft karte karte jo aakhri cheez daryaft hui woh sub atomic particle thi.</w:t>
      </w:r>
    </w:p>
    <w:p>
      <w:pPr>
        <w:jc w:val="right"/>
      </w:pPr>
      <w:r>
        <w:t>ٹیکل۔ ہاں سب ہیں سب ایٹمک پارٹیکل۔ دریافت کرتے کرتے جو آخری چیز دریافت ہوئی وہ سب ایٹمک پارٹیکل تھی۔</w:t>
      </w:r>
    </w:p>
    <w:p>
      <w:r>
        <w:rPr>
          <w:b/>
        </w:rPr>
        <w:t xml:space="preserve">[22:36] </w:t>
      </w:r>
      <w:r>
        <w:t>yaani atom hai phir bohat sare zarraat hain. hote hote pata chala ke aakhri jo hai juzz zarra woh hai sub atomic particle.</w:t>
      </w:r>
    </w:p>
    <w:p>
      <w:pPr>
        <w:jc w:val="right"/>
      </w:pPr>
      <w:r>
        <w:t>یعنی ایٹم ہے پھر بہت سارے ذرات ہیں۔ ہوتے ہوتے پتہ چلا کہ آخری جو ہے جزل جزہ وہ ہے سب ایٹمک پارٹیکل۔</w:t>
      </w:r>
    </w:p>
    <w:p>
      <w:r>
        <w:rPr>
          <w:b/>
        </w:rPr>
        <w:t xml:space="preserve">[22:55] </w:t>
      </w:r>
      <w:r>
        <w:t>to ab yahan par yeh hua ke sub atomic particle woh darya darya dekhne mein nahi aata.</w:t>
      </w:r>
    </w:p>
    <w:p>
      <w:pPr>
        <w:jc w:val="right"/>
      </w:pPr>
      <w:r>
        <w:t>تو اب یہاں پر یہ ہوا کہ سب ایٹمک پارٹیکل وہ دریا دریا دیکھنے میں نہیں آتا۔</w:t>
      </w:r>
    </w:p>
    <w:p>
      <w:r>
        <w:rPr>
          <w:b/>
        </w:rPr>
        <w:t xml:space="preserve">[23:06] </w:t>
      </w:r>
      <w:r>
        <w:t>woh dekhne mein nahi aata to phir kaise maana jaye ke woh hai? to maloom hua ke is ka effect hum trace kar sakte hain.</w:t>
      </w:r>
    </w:p>
    <w:p>
      <w:pPr>
        <w:jc w:val="right"/>
      </w:pPr>
      <w:r>
        <w:t>وہ دیکھنے میں نہیں آتا تو پھر کیسے مانا جائے کہ وہ ہے؟ تو معلوم ہوا کہ اس کا ایفیکٹ ہم ٹریس کر سکتے ہیں۔</w:t>
      </w:r>
    </w:p>
    <w:p>
      <w:r>
        <w:rPr>
          <w:b/>
        </w:rPr>
        <w:t xml:space="preserve">[23:20] </w:t>
      </w:r>
      <w:r>
        <w:t>hum dekh to nahi sakte lekin trace kar sakte hain. effect E double F E C T</w:t>
      </w:r>
    </w:p>
    <w:p>
      <w:pPr>
        <w:jc w:val="right"/>
      </w:pPr>
      <w:r>
        <w:t>ہم دیکھ تو نہیں سکتے لیکن ٹریس کر سکتے ہیں۔ ایفیکٹ ای ڈبل ایف ای سی ٹی</w:t>
      </w:r>
    </w:p>
    <w:p>
      <w:r>
        <w:rPr>
          <w:b/>
        </w:rPr>
        <w:t xml:space="preserve">[23:30] </w:t>
      </w:r>
      <w:r>
        <w:t>is ka effect hum trace kar sakte hain. hum na atom dekh sakte na koi jo zara is ke jo part hain is ko dekh sakte lekin jo juz juzah hai yaani</w:t>
      </w:r>
    </w:p>
    <w:p>
      <w:pPr>
        <w:jc w:val="right"/>
      </w:pPr>
      <w:r>
        <w:t>اس کا ایفیکٹ ہم ٹریس کر سکتے ہیں۔ ہم نہ ایٹم دیکھ سکتے نہ کوئی جو ذرہ اس کے جو پارٹ ہیں اس کو دیکھ سکتے لیکن جو جز جزہ ہے یعنی</w:t>
      </w:r>
    </w:p>
    <w:p>
      <w:r>
        <w:rPr>
          <w:b/>
        </w:rPr>
        <w:t xml:space="preserve">[23:48] </w:t>
      </w:r>
      <w:r>
        <w:t>kya hai? aakhri sirf sub atomic particle. sub atomic particle hai. is ka effect hum trace kar sakte hain.</w:t>
      </w:r>
    </w:p>
    <w:p>
      <w:pPr>
        <w:jc w:val="right"/>
      </w:pPr>
      <w:r>
        <w:t>کیا ہے؟ آخری صرف سب ایٹمک پارٹیکل۔ سب ایٹمک پارٹیکل ہے۔ اس کا ایفیکٹ ہم ٹریس کر سکتے ہیں۔</w:t>
      </w:r>
    </w:p>
    <w:p>
      <w:r>
        <w:rPr>
          <w:b/>
        </w:rPr>
        <w:t xml:space="preserve">[23:58] </w:t>
      </w:r>
      <w:r>
        <w:t>woh kya? woh yeh hai</w:t>
      </w:r>
    </w:p>
    <w:p>
      <w:pPr>
        <w:jc w:val="right"/>
      </w:pPr>
      <w:r>
        <w:t>وہ کیا؟ وہ یہ ہے</w:t>
      </w:r>
    </w:p>
    <w:p>
      <w:r>
        <w:rPr>
          <w:b/>
        </w:rPr>
        <w:t xml:space="preserve">[24:04] </w:t>
      </w:r>
      <w:r>
        <w:t>ke woh move karta hai barabar.</w:t>
      </w:r>
    </w:p>
    <w:p>
      <w:pPr>
        <w:jc w:val="right"/>
      </w:pPr>
      <w:r>
        <w:t>کہ وہ موو کرتا ہے برابر۔</w:t>
      </w:r>
    </w:p>
    <w:p>
      <w:r>
        <w:rPr>
          <w:b/>
        </w:rPr>
        <w:t xml:space="preserve">[24:11] </w:t>
      </w:r>
      <w:r>
        <w:t>to move ke douran, movement ke douran woh heat generate karta hai. heat.</w:t>
      </w:r>
    </w:p>
    <w:p>
      <w:pPr>
        <w:jc w:val="right"/>
      </w:pPr>
      <w:r>
        <w:t>تو موو کے دوران، موومنٹ کے دوران وہ ہیٹ جنریٹ کرتا ہے۔ ہیٹ۔</w:t>
      </w:r>
    </w:p>
    <w:p>
      <w:r>
        <w:rPr>
          <w:b/>
        </w:rPr>
        <w:t xml:space="preserve">[24:22] </w:t>
      </w:r>
      <w:r>
        <w:t>woh heat jo hai</w:t>
      </w:r>
    </w:p>
    <w:p>
      <w:pPr>
        <w:jc w:val="right"/>
      </w:pPr>
      <w:r>
        <w:t>وہ ہیٹ جو ہے</w:t>
      </w:r>
    </w:p>
    <w:p>
      <w:r>
        <w:rPr>
          <w:b/>
        </w:rPr>
        <w:t xml:space="preserve">[24:25] </w:t>
      </w:r>
      <w:r>
        <w:t>is ki wajah se hum jaan paate hain yaani woh heat, is heat ko hum trace kar kar lete hain. hum jaan paate hain ke yahan koi cheez hai.</w:t>
      </w:r>
    </w:p>
    <w:p>
      <w:pPr>
        <w:jc w:val="right"/>
      </w:pPr>
      <w:r>
        <w:t>اس کی وجہ سے ہم جان پاتے ہیں یعنی وہ ہیٹ، اس ہیٹ کو ہم ٹریس کر کر لیتے ہیں۔ ہم جان پاتے ہیں کہ یہاں کوئی چیز ہے۔</w:t>
      </w:r>
    </w:p>
    <w:p>
      <w:r>
        <w:rPr>
          <w:b/>
        </w:rPr>
        <w:t xml:space="preserve">[24:39] </w:t>
      </w:r>
      <w:r>
        <w:t>to sab se zyada jo chota particle hai</w:t>
      </w:r>
    </w:p>
    <w:p>
      <w:pPr>
        <w:jc w:val="right"/>
      </w:pPr>
      <w:r>
        <w:t>تو سب سے زیادہ جو چھوٹا پارٹیکل ہے</w:t>
      </w:r>
    </w:p>
    <w:p>
      <w:r>
        <w:rPr>
          <w:b/>
        </w:rPr>
        <w:t xml:space="preserve">[24:47] </w:t>
      </w:r>
      <w:r>
        <w:t>woh bhi dikhai nahi parta lekin woh move kar raha hai musalsal. to movement ke douran woh heat generate karta hai.</w:t>
      </w:r>
    </w:p>
    <w:p>
      <w:pPr>
        <w:jc w:val="right"/>
      </w:pPr>
      <w:r>
        <w:t>وہ بھی دکھائی نہیں پڑتا لیکن وہ موو کر رہا ہے مسلسل۔ تو موومنٹ کے دوران وہ ہیٹ جنریٹ کرتا ہے۔</w:t>
      </w:r>
    </w:p>
    <w:p>
      <w:r>
        <w:rPr>
          <w:b/>
        </w:rPr>
        <w:t xml:space="preserve">[24:59] </w:t>
      </w:r>
      <w:r>
        <w:t>is heat ko hum trace kar paate hain. is se maloom hua ke</w:t>
      </w:r>
    </w:p>
    <w:p>
      <w:pPr>
        <w:jc w:val="right"/>
      </w:pPr>
      <w:r>
        <w:t>اس ہیٹ کو ہم ٹریس کر پاتے ہیں۔ اس سے معلوم ہوا کہ</w:t>
      </w:r>
    </w:p>
    <w:p>
      <w:r>
        <w:rPr>
          <w:b/>
        </w:rPr>
        <w:t xml:space="preserve">[25:11] </w:t>
      </w:r>
      <w:r>
        <w:t>woh woh woh nazariya jo Musa ke zamane mein sabit hua tha ke tum dekh nahi sakte ho Khuda ko lekin Khuda ki creation ko ya Khuda ke effect ko dekh sakte ho.</w:t>
      </w:r>
    </w:p>
    <w:p>
      <w:pPr>
        <w:jc w:val="right"/>
      </w:pPr>
      <w:r>
        <w:t>وہ وہ وہ نظریہ جو موسیٰ کے زمانے میں ثابت ہوا تھا کہ تم دیکھ نہیں سکتے ہو خدا کو لیکن خدا کی کریشن کو یا خدا کے ایفیکٹ کو دیکھ سکتے ہو۔</w:t>
      </w:r>
    </w:p>
    <w:p>
      <w:r>
        <w:rPr>
          <w:b/>
        </w:rPr>
        <w:t xml:space="preserve">[25:32] </w:t>
      </w:r>
      <w:r>
        <w:t>tab ek nayi science shuru hui. isi liye Einstein ne kaha hai ke yeh yeh daryaft kiya hai.</w:t>
      </w:r>
    </w:p>
    <w:p>
      <w:pPr>
        <w:jc w:val="right"/>
      </w:pPr>
      <w:r>
        <w:t>تب ایک نئی سائنس شروع ہوئی۔ اسی لیے آئنسٹائن نے کہا ہے کہ یہ یہ دریافت کیا ہے۔</w:t>
      </w:r>
    </w:p>
    <w:p>
      <w:r>
        <w:rPr>
          <w:b/>
        </w:rPr>
        <w:t xml:space="preserve">[25:40] </w:t>
      </w:r>
      <w:r>
        <w:t>is ko sab se pehle ke Italy ke scientist Galileo ne.</w:t>
      </w:r>
    </w:p>
    <w:p>
      <w:pPr>
        <w:jc w:val="right"/>
      </w:pPr>
      <w:r>
        <w:t>اس کو سب سے پہلے کہ اٹلی کے سائنس دان گلیلیو نے۔</w:t>
      </w:r>
    </w:p>
    <w:p>
      <w:r>
        <w:rPr>
          <w:b/>
        </w:rPr>
        <w:t xml:space="preserve">[25:50] </w:t>
      </w:r>
      <w:r>
        <w:t>to Galileo se nayi tareekh shuru hoti hai. Galileo se jo saade chaar sau saal pehle paida hua.</w:t>
      </w:r>
    </w:p>
    <w:p>
      <w:pPr>
        <w:jc w:val="right"/>
      </w:pPr>
      <w:r>
        <w:t>تو گلیلیو سے نئی تاریخ شروع ہوتی ہے۔ گلیلیو سے جو ساڑھے چار سو سال پہلے پیدا ہوا۔</w:t>
      </w:r>
    </w:p>
    <w:p>
      <w:r>
        <w:rPr>
          <w:b/>
        </w:rPr>
        <w:t xml:space="preserve">[26:06] </w:t>
      </w:r>
      <w:r>
        <w:t>to Galileo se tareekh paida hui ke agarchay yeh yahi to nahi tha woh lekin is se nikalta hai yeh baat.</w:t>
      </w:r>
    </w:p>
    <w:p>
      <w:pPr>
        <w:jc w:val="right"/>
      </w:pPr>
      <w:r>
        <w:t>تو گلیلیو سے تاریخ پیدا ہوئی کہ اگرچہ یہ یہی تو نہیں تھا وہ لیکن اس سے نکلتا ہے یہ بات۔</w:t>
      </w:r>
    </w:p>
    <w:p>
      <w:r>
        <w:rPr>
          <w:b/>
        </w:rPr>
        <w:t xml:space="preserve">[26:19] </w:t>
      </w:r>
      <w:r>
        <w:t>is se dikhti hai yeh baat ke agarchay insan creator ko dekh nahi sakta magar creator ke effect ko ya creator ki</w:t>
      </w:r>
    </w:p>
    <w:p>
      <w:pPr>
        <w:jc w:val="right"/>
      </w:pPr>
      <w:r>
        <w:t>اس سے دکھتی ہے یہ بات کہ اگرچہ انسان کریٹر کو دیکھ نہیں سکتا مگر کریٹر کے ایفیکٹ کو یا کریٹر کی</w:t>
      </w:r>
    </w:p>
    <w:p>
      <w:r>
        <w:rPr>
          <w:b/>
        </w:rPr>
        <w:t xml:space="preserve">[26:33] </w:t>
      </w:r>
      <w:r>
        <w:t>ke creation ko woh trace kar sakta hai. yahan se shuru hua yaani naya ilm e kalam jo ilm e kalam pehle chalta tha is mein to kuch nahi paya logon ne.</w:t>
      </w:r>
    </w:p>
    <w:p>
      <w:pPr>
        <w:jc w:val="right"/>
      </w:pPr>
      <w:r>
        <w:t>کہ کریشن کو وہ ٹریس کر سکتا ہے۔ یہاں سے شروع ہوا یعنی نیا علم کلام جو علم کلام پہلے چلتا تھا اس میں تو کچھ نہیں پایا لوگوں نے۔</w:t>
      </w:r>
    </w:p>
    <w:p>
      <w:r>
        <w:rPr>
          <w:b/>
        </w:rPr>
        <w:t xml:space="preserve">[26:56] </w:t>
      </w:r>
      <w:r>
        <w:t>to yaani yaani</w:t>
      </w:r>
    </w:p>
    <w:p>
      <w:pPr>
        <w:jc w:val="right"/>
      </w:pPr>
      <w:r>
        <w:t>تو یعنی یعنی</w:t>
      </w:r>
    </w:p>
    <w:p>
      <w:r>
        <w:rPr>
          <w:b/>
        </w:rPr>
        <w:t xml:space="preserve">[27:06] </w:t>
      </w:r>
      <w:r>
        <w:t>Einstein ne kaha tha ke Galileo jo hai father of modern science hai. yeh to sahi hai lekin main ek aur baat kahunga ke Galileo hi father of jadeed ilm ke ilm e kalam hai.</w:t>
      </w:r>
    </w:p>
    <w:p>
      <w:pPr>
        <w:jc w:val="right"/>
      </w:pPr>
      <w:r>
        <w:t>آئنسٹائن نے کہا تھا کہ گلیلیو جو ہے فادر آف ماڈرن سائنس ہے۔ یہ تو صحیح ہے لیکن میں ایک اور بات کہوں گا کہ گلیلیو ہی فادر آف جدید علم کے علم کلام ہے۔</w:t>
      </w:r>
    </w:p>
    <w:p>
      <w:r>
        <w:rPr>
          <w:b/>
        </w:rPr>
        <w:t xml:space="preserve">[27:24] </w:t>
      </w:r>
      <w:r>
        <w:t>ek naya ilm e kalam shuru hua is ke baad aur is par jo bohat hi readable kitaab hai</w:t>
      </w:r>
    </w:p>
    <w:p>
      <w:pPr>
        <w:jc w:val="right"/>
      </w:pPr>
      <w:r>
        <w:t>ایک نیا علم کلام شروع ہوا اس کے بعد اور اس پر جو بہت ہی ریڈیبل کتاب ہے</w:t>
      </w:r>
    </w:p>
    <w:p>
      <w:r>
        <w:rPr>
          <w:b/>
        </w:rPr>
        <w:t xml:space="preserve">[27:39] </w:t>
      </w:r>
      <w:r>
        <w:t>woh</w:t>
      </w:r>
    </w:p>
    <w:p>
      <w:pPr>
        <w:jc w:val="right"/>
      </w:pPr>
      <w:r>
        <w:t>وہ</w:t>
      </w:r>
    </w:p>
    <w:p>
      <w:r>
        <w:rPr>
          <w:b/>
        </w:rPr>
        <w:t xml:space="preserve">[27:43] </w:t>
      </w:r>
      <w:r>
        <w:t>Evidence of God in an Expanded Universe. yaani yeh ek universe ka expand karna yeh dekha logon ne</w:t>
      </w:r>
    </w:p>
    <w:p>
      <w:pPr>
        <w:jc w:val="right"/>
      </w:pPr>
      <w:r>
        <w:t>ایویڈنس آف گاڈ ان اینڈ ایکسپینڈڈ یونیورس۔ یعنی یہ ایک یونیورس کا ایکسپینڈ کرنا یہ دیکھا لوگوں نے</w:t>
      </w:r>
    </w:p>
    <w:p>
      <w:r>
        <w:rPr>
          <w:b/>
        </w:rPr>
        <w:t xml:space="preserve">[28:01] </w:t>
      </w:r>
      <w:r>
        <w:t>telescope ke zariye. pehli baar telescope ke zariye insan ne dekha ke universe to expand kar rahi hai.</w:t>
      </w:r>
    </w:p>
    <w:p>
      <w:pPr>
        <w:jc w:val="right"/>
      </w:pPr>
      <w:r>
        <w:t>ٹیلیسکوپ کے ذریعے۔ پہلی بار ٹیلیسکوپ کے ذریعے انسان نے دیکھا کہ یونیورس تو ایکسپینڈ کر رہی ہے۔</w:t>
      </w:r>
    </w:p>
    <w:p>
      <w:r>
        <w:rPr>
          <w:b/>
        </w:rPr>
        <w:t xml:space="preserve">[28:16] </w:t>
      </w:r>
      <w:r>
        <w:t>to goya ke wahi hub baat hui ke khaliq ko direct to nahi dekha lekin khaliq ka jo effect hai yani expandi universe hai us ko is telescope ke zariye jaan paya wo.</w:t>
      </w:r>
    </w:p>
    <w:p>
      <w:pPr>
        <w:jc w:val="right"/>
      </w:pPr>
      <w:r>
        <w:t>تو گویا کہ وہی حب بات ہوئی کہ خالق کو ڈائریکٹ تو نہیں دیکھا لیکن خالق کا جو ایفیکٹ ہے یعنی ایکسپینڈی یونیورس ہے اس کو اس ٹیلیسکوپ کے ذریعے جان پایا وہ۔</w:t>
      </w:r>
    </w:p>
    <w:p>
      <w:r>
        <w:rPr>
          <w:b/>
        </w:rPr>
        <w:t xml:space="preserve">[28:38] </w:t>
      </w:r>
      <w:r>
        <w:t>tab naya ilm kalam shuru hua. jis tarah se nai science shuru hui thi galileo se waise hi telescope se nai nay ilm kalam shuru hua.</w:t>
      </w:r>
    </w:p>
    <w:p>
      <w:pPr>
        <w:jc w:val="right"/>
      </w:pPr>
      <w:r>
        <w:t>تب نیا علم کلام شروع ہوا۔ جس طرح سے نئی سائنس شروع ہوئی تھی گلیلیو سے ویسے ہی ٹیلیسکوپ سے نئی نیا علم کلام شروع ہوا۔</w:t>
      </w:r>
    </w:p>
    <w:p>
      <w:r>
        <w:rPr>
          <w:b/>
        </w:rPr>
        <w:t xml:space="preserve">[28:53] </w:t>
      </w:r>
      <w:r>
        <w:t>to is par maine poori zindagi isi par maine research ki hai aur ab main bohat zyada border is pe ikatha kiya hai maine hazaron safhat.</w:t>
      </w:r>
    </w:p>
    <w:p>
      <w:pPr>
        <w:jc w:val="right"/>
      </w:pPr>
      <w:r>
        <w:t>تو اس پر میں نے پوری زندگی اسی پر میں نے ریسرچ کی ہے اور اب میں بہت زیادہ بارڈر اس پہ اکٹھا کیا ہے میں نے ہزاروں صفحات۔</w:t>
      </w:r>
    </w:p>
    <w:p>
      <w:r>
        <w:rPr>
          <w:b/>
        </w:rPr>
        <w:t xml:space="preserve">[29:13] </w:t>
      </w:r>
      <w:r>
        <w:t>to wahi wo sara sawal ka khulasa yahi hai ke khuda ko hum direct to nahi dekh sakte lekin us ke effect ko hum trace kar sakte hain aur wo trace yeh hai ke</w:t>
      </w:r>
    </w:p>
    <w:p>
      <w:pPr>
        <w:jc w:val="right"/>
      </w:pPr>
      <w:r>
        <w:t>تو وہی وہ سارا سوال کا خلاصہ یہی ہے کہ خدا کو ہم ڈائریکٹ تو نہیں دیکھ سکتے لیکن اس کے ایفیکٹ کو ہم ٹریس کر سکتے ہیں اور وہ ٹریس یہ ہے کہ</w:t>
      </w:r>
    </w:p>
    <w:p>
      <w:r>
        <w:rPr>
          <w:b/>
        </w:rPr>
        <w:t xml:space="preserve">[29:33] </w:t>
      </w:r>
      <w:r>
        <w:t>ke ke universe expand kar rahi hai.</w:t>
      </w:r>
    </w:p>
    <w:p>
      <w:pPr>
        <w:jc w:val="right"/>
      </w:pPr>
      <w:r>
        <w:t>کہ کہ یونیورس ایکسپینڈ کر رہی ہے۔</w:t>
      </w:r>
    </w:p>
    <w:p>
      <w:r>
        <w:rPr>
          <w:b/>
        </w:rPr>
        <w:t xml:space="preserve">[29:40] </w:t>
      </w:r>
      <w:r>
        <w:t>to is yeh meri kitab mein is ki tafseel hai inshallah jab wo kitab chhapegi to us mein aap dekh payenge.</w:t>
      </w:r>
    </w:p>
    <w:p>
      <w:pPr>
        <w:jc w:val="right"/>
      </w:pPr>
      <w:r>
        <w:t>تو اس یہ میری کتاب میں اس کی تفصیل ہے انشاءاللہ جب وہ کتاب چھپے گی تو اس میں آپ دیکھ پائیں گے۔</w:t>
      </w:r>
    </w:p>
    <w:p>
      <w:r>
        <w:rPr>
          <w:b/>
        </w:rPr>
        <w:t xml:space="preserve">[29:49] </w:t>
      </w:r>
      <w:r>
        <w:t>dekhen is mein ek baat yeh hai ke hum creator ko dekh nahi sakte lekin creator ke jo</w:t>
      </w:r>
    </w:p>
    <w:p>
      <w:pPr>
        <w:jc w:val="right"/>
      </w:pPr>
      <w:r>
        <w:t>دیکھیں اس میں ایک بات یہ ہے کہ ہم کریٹر کو دیکھ نہیں سکتے لیکن کریٹر کے جو</w:t>
      </w:r>
    </w:p>
    <w:p>
      <w:r>
        <w:rPr>
          <w:b/>
        </w:rPr>
        <w:t xml:space="preserve">[30:05] </w:t>
      </w:r>
      <w:r>
        <w:t>event managers hain yani yeh angel jo hain wo event managers hain wo to sari universe mein phailay hue hain.</w:t>
      </w:r>
    </w:p>
    <w:p>
      <w:pPr>
        <w:jc w:val="right"/>
      </w:pPr>
      <w:r>
        <w:t>ایونٹ مینیجرز ہیں یعنی یہ اینجل جو ہیں وہ ایونٹ مینیجرز ہیں وہ تو ساری یونیورس میں پھیلے ہوئے ہیں۔</w:t>
      </w:r>
    </w:p>
    <w:p>
      <w:r>
        <w:rPr>
          <w:b/>
        </w:rPr>
        <w:t xml:space="preserve">[30:20] </w:t>
      </w:r>
      <w:r>
        <w:t>to</w:t>
      </w:r>
    </w:p>
    <w:p>
      <w:pPr>
        <w:jc w:val="right"/>
      </w:pPr>
      <w:r>
        <w:t>تو</w:t>
      </w:r>
    </w:p>
    <w:p>
      <w:r>
        <w:rPr>
          <w:b/>
        </w:rPr>
        <w:t xml:space="preserve">[30:23] </w:t>
      </w:r>
      <w:r>
        <w:t>to khuda se to contact nahi hota hamara lekin farishton se hota hai.</w:t>
      </w:r>
    </w:p>
    <w:p>
      <w:pPr>
        <w:jc w:val="right"/>
      </w:pPr>
      <w:r>
        <w:t>تو خدا سے تو کنٹیکٹ نہیں ہوتا ہمارا لیکن فرشتوں سے ہوتا ہے۔</w:t>
      </w:r>
    </w:p>
    <w:p>
      <w:r>
        <w:rPr>
          <w:b/>
        </w:rPr>
        <w:t xml:space="preserve">[30:33] </w:t>
      </w:r>
      <w:r>
        <w:t>aur main main keh sakta hoon apne bare mein ke mujhe bar bar aisa hua hai. maslan mere pas ek bar ticket aya first first class ka ticket tha aur uska destination likha hua tha casa blanca.</w:t>
      </w:r>
    </w:p>
    <w:p>
      <w:pPr>
        <w:jc w:val="right"/>
      </w:pPr>
      <w:r>
        <w:t>اور میں میں کہہ سکتا ہوں اپنے بارے میں کہ مجھے بار بار ایسا ہوا ہے۔ مثلاً میرے پاس ایک بار ٹکٹ آیا فرسٹ فرسٹ کلاس کا ٹکٹ تھا اور اس کا ڈیسٹینیشن لکھا ہوا تھا کیسا بلانکا۔</w:t>
      </w:r>
    </w:p>
    <w:p>
      <w:r>
        <w:rPr>
          <w:b/>
        </w:rPr>
        <w:t xml:space="preserve">[30:52] </w:t>
      </w:r>
      <w:r>
        <w:t>us waqt main janta nahi tha casa blanca kahan hai.</w:t>
      </w:r>
    </w:p>
    <w:p>
      <w:pPr>
        <w:jc w:val="right"/>
      </w:pPr>
      <w:r>
        <w:t>اس وقت میں جانتا نہیں تھا کیسا بلانکا کہاں ہے۔</w:t>
      </w:r>
    </w:p>
    <w:p>
      <w:r>
        <w:rPr>
          <w:b/>
        </w:rPr>
        <w:t xml:space="preserve">[30:57] </w:t>
      </w:r>
      <w:r>
        <w:t>casa blanca kahan hai main janta nahi tha bas mere pas koi letter nahi tha koi koi cheez nahi thi siwaye is ke ke first class ka ticket tha us pe likha hua tha casa blanca.</w:t>
      </w:r>
    </w:p>
    <w:p>
      <w:pPr>
        <w:jc w:val="right"/>
      </w:pPr>
      <w:r>
        <w:t>کیسا بلانکا کہاں ہے میں جانتا نہیں تھا بس میرے پاس کوئی لیٹر نہیں تھا کوئی کوئی چیز نہیں تھی سوائے اس کے کہ فرسٹ کلاس کا ٹکٹ تھا اس پہ لکھا ہوا تھا کیسا بلانکا۔</w:t>
      </w:r>
    </w:p>
    <w:p>
      <w:r>
        <w:rPr>
          <w:b/>
        </w:rPr>
        <w:t xml:space="preserve">[31:15] </w:t>
      </w:r>
      <w:r>
        <w:t>to main jahaz par baith gaya.</w:t>
      </w:r>
    </w:p>
    <w:p>
      <w:pPr>
        <w:jc w:val="right"/>
      </w:pPr>
      <w:r>
        <w:t>تو میں جہاز پر بیٹھ گیا۔</w:t>
      </w:r>
    </w:p>
    <w:p>
      <w:r>
        <w:rPr>
          <w:b/>
        </w:rPr>
        <w:t xml:space="preserve">[31:21] </w:t>
      </w:r>
      <w:r>
        <w:t>mujhe yaad hai ke hamare jo bete hain scientist wo mujh ko pohanchane gaye the airport par dilli airport par to main hichakta tha kaise main jaon gate pe pohanch kar ke ke kahan ja ja raha hoon main kuch mujhe pata hi nahi kahan ja raha hoon.</w:t>
      </w:r>
    </w:p>
    <w:p>
      <w:pPr>
        <w:jc w:val="right"/>
      </w:pPr>
      <w:r>
        <w:t>مجھے یاد ہے کہ ہمارے جو بیٹے ہیں سائنسدان وہ مجھ کو پہنچانے گئے تھے ایئرپورٹ پر دلی ایئرپورٹ پر تو میں ہچکتا تھا کیسے میں جاؤں گیٹ پہ پہنچ کر کے کہ کہاں جا جا رہا ہوں میں کچھ مجھے پتہ ہی نہیں کہاں جا رہا ہوں۔</w:t>
      </w:r>
    </w:p>
    <w:p>
      <w:r>
        <w:rPr>
          <w:b/>
        </w:rPr>
        <w:t xml:space="preserve">[31:42] </w:t>
      </w:r>
      <w:r>
        <w:t>to hamare best scientist ne dhakel ke mujhe dakhil kar diya gate ke andar ab tak mujhe yaad hai yani airport ke gate pe khara hua andar jane ki himmat nahi pad rahi thi ke kahan ja raha hoon main.</w:t>
      </w:r>
    </w:p>
    <w:p>
      <w:pPr>
        <w:jc w:val="right"/>
      </w:pPr>
      <w:r>
        <w:t>تو ہمارے بیسٹ سائنسدان نے دھکیل کے مجھے داخل کر دیا گیٹ کے اندر اب تک مجھے یاد ہے یعنی ایئرپورٹ کے گیٹ پہ کھڑا ہوا اندر جانے کی ہمت نہیں پڑ رہی تھی کہ کہاں جا رہا ہوں میں۔</w:t>
      </w:r>
    </w:p>
    <w:p>
      <w:r>
        <w:rPr>
          <w:b/>
        </w:rPr>
        <w:t xml:space="preserve">[32:04] </w:t>
      </w:r>
      <w:r>
        <w:t>to scientist ne mujhe dhakel kar andar dakhil kar diya acha is ke baad jab main hawai jahaz pe baith gaya to hawai jahaz le ke ura mujhe mujhe pata nahi main kahan ja raha hoon casa blanca kya cheez hai.</w:t>
      </w:r>
    </w:p>
    <w:p>
      <w:pPr>
        <w:jc w:val="right"/>
      </w:pPr>
      <w:r>
        <w:t>تو سائنسدان نے مجھے دھکیل کر اندر داخل کر دیا۔ اچھا اس کے بعد جب میں ہوائی جہاز پہ بیٹھ گیا تو ہوائی جہاز لے کے اڑا مجھے مجھے پتہ نہیں میں کہاں جا رہا ہوں کیسا بلانکا کیا چیز ہے۔</w:t>
      </w:r>
    </w:p>
    <w:p>
      <w:r>
        <w:rPr>
          <w:b/>
        </w:rPr>
        <w:t xml:space="preserve">[32:22] </w:t>
      </w:r>
      <w:r>
        <w:t>to jab main utra ek ek airport par jo casa blanca ka airport tha</w:t>
      </w:r>
    </w:p>
    <w:p>
      <w:pPr>
        <w:jc w:val="right"/>
      </w:pPr>
      <w:r>
        <w:t>تو جب میں اترا ایک ایک ایئرپورٹ پر جو کیسا بلانکا کا ایئرپورٹ تھا</w:t>
      </w:r>
    </w:p>
    <w:p>
      <w:r>
        <w:rPr>
          <w:b/>
        </w:rPr>
        <w:t xml:space="preserve">[32:32] </w:t>
      </w:r>
      <w:r>
        <w:t>to wahan par sab french bolne wale the french</w:t>
      </w:r>
    </w:p>
    <w:p>
      <w:pPr>
        <w:jc w:val="right"/>
      </w:pPr>
      <w:r>
        <w:t>تو وہاں پر سب فرنچ بولنے والے تھے فرنچ</w:t>
      </w:r>
    </w:p>
    <w:p>
      <w:r>
        <w:rPr>
          <w:b/>
        </w:rPr>
        <w:t xml:space="preserve">[32:38] </w:t>
      </w:r>
      <w:r>
        <w:t>koi english ya urdu</w:t>
      </w:r>
    </w:p>
    <w:p>
      <w:pPr>
        <w:jc w:val="right"/>
      </w:pPr>
      <w:r>
        <w:t>کوئی انگلش یا عربی</w:t>
      </w:r>
    </w:p>
    <w:p>
      <w:r>
        <w:rPr>
          <w:b/>
        </w:rPr>
        <w:t xml:space="preserve">[32:45] </w:t>
      </w:r>
      <w:r>
        <w:t>یا کوئی زبان جو بھی سمجھ میں آئے وہ کوئی بولنے والا نہیں تھا سب French French French</w:t>
      </w:r>
    </w:p>
    <w:p>
      <w:pPr>
        <w:jc w:val="right"/>
      </w:pPr>
      <w:r>
        <w:t>یا کوئی زبان جو بھی سمجھ میں آئے وہ کوئی بولنے والا نہیں تھا سب فرنچ فرنچ فرنچ</w:t>
      </w:r>
    </w:p>
    <w:p>
      <w:r>
        <w:rPr>
          <w:b/>
        </w:rPr>
        <w:t xml:space="preserve">[32:52] </w:t>
      </w:r>
      <w:r>
        <w:t>ab mein bohat pareshan hua kahan jaon</w:t>
      </w:r>
    </w:p>
    <w:p>
      <w:pPr>
        <w:jc w:val="right"/>
      </w:pPr>
      <w:r>
        <w:t>اب میں بہت پریشان ہوا کہاں جاؤں</w:t>
      </w:r>
    </w:p>
    <w:p>
      <w:r>
        <w:rPr>
          <w:b/>
        </w:rPr>
        <w:t xml:space="preserve">[32:56] </w:t>
      </w:r>
      <w:r>
        <w:t>kahan jaon mein</w:t>
      </w:r>
    </w:p>
    <w:p>
      <w:pPr>
        <w:jc w:val="right"/>
      </w:pPr>
      <w:r>
        <w:t>کہاں جاؤں میں</w:t>
      </w:r>
    </w:p>
    <w:p>
      <w:r>
        <w:rPr>
          <w:b/>
        </w:rPr>
        <w:t xml:space="preserve">[32:58] </w:t>
      </w:r>
      <w:r>
        <w:t>to mein deewangi ke alam mein</w:t>
      </w:r>
    </w:p>
    <w:p>
      <w:pPr>
        <w:jc w:val="right"/>
      </w:pPr>
      <w:r>
        <w:t>تو میں دیوانگی کے عالم میں</w:t>
      </w:r>
    </w:p>
    <w:p>
      <w:r>
        <w:rPr>
          <w:b/>
        </w:rPr>
        <w:t xml:space="preserve">[33:03] </w:t>
      </w:r>
      <w:r>
        <w:t>mein jo gate tha bahar nikalne ka</w:t>
      </w:r>
    </w:p>
    <w:p>
      <w:pPr>
        <w:jc w:val="right"/>
      </w:pPr>
      <w:r>
        <w:t>میں جو گیٹ تھا باہر نکلنے کا</w:t>
      </w:r>
    </w:p>
    <w:p>
      <w:r>
        <w:rPr>
          <w:b/>
        </w:rPr>
        <w:t xml:space="preserve">[33:08] </w:t>
      </w:r>
      <w:r>
        <w:t>us par bohat chala gaya aur bahar nikal aaya yaani road par chala gaya</w:t>
      </w:r>
    </w:p>
    <w:p>
      <w:pPr>
        <w:jc w:val="right"/>
      </w:pPr>
      <w:r>
        <w:t>اس پر بہت چلا گیا اور باہر نکل آیا یعنی روڈ پر چلا گیا</w:t>
      </w:r>
    </w:p>
    <w:p>
      <w:r>
        <w:rPr>
          <w:b/>
        </w:rPr>
        <w:t xml:space="preserve">[33:15] </w:t>
      </w:r>
      <w:r>
        <w:t>road par nikal aaya ab mein jo gate jo jo road thi jo road thi us ke</w:t>
      </w:r>
    </w:p>
    <w:p>
      <w:pPr>
        <w:jc w:val="right"/>
      </w:pPr>
      <w:r>
        <w:t>روڈ پر نکل آیا اب میں جو گیٹ جو جو روڈ تھی جو روڈ تھی اس کے</w:t>
      </w:r>
    </w:p>
    <w:p>
      <w:r>
        <w:rPr>
          <w:b/>
        </w:rPr>
        <w:t xml:space="preserve">[33:25] </w:t>
      </w:r>
      <w:r>
        <w:t>yaani airport ke bahar wahan mein khada hua hoon</w:t>
      </w:r>
    </w:p>
    <w:p>
      <w:pPr>
        <w:jc w:val="right"/>
      </w:pPr>
      <w:r>
        <w:t>یعنی ایئرپورٹ کے باہر وہاں میں کھڑا ہوا ہوں</w:t>
      </w:r>
    </w:p>
    <w:p>
      <w:r>
        <w:rPr>
          <w:b/>
        </w:rPr>
        <w:t xml:space="preserve">[33:30] </w:t>
      </w:r>
      <w:r>
        <w:t>mere peeche airport ki building hai mere samne road hai aur samne road ke idhar buildingen hain wahan</w:t>
      </w:r>
    </w:p>
    <w:p>
      <w:pPr>
        <w:jc w:val="right"/>
      </w:pPr>
      <w:r>
        <w:t>میرے پیچھے ایئرپورٹ کی بلڈنگ ہے میرے سامنے روڈ ہے اور سامنے روڈ کے ادھر بلڈنگیں ہیں وہاں</w:t>
      </w:r>
    </w:p>
    <w:p>
      <w:r>
        <w:rPr>
          <w:b/>
        </w:rPr>
        <w:t xml:space="preserve">[33:40] </w:t>
      </w:r>
      <w:r>
        <w:t>khada hua hoon</w:t>
      </w:r>
    </w:p>
    <w:p>
      <w:pPr>
        <w:jc w:val="right"/>
      </w:pPr>
      <w:r>
        <w:t>کھڑا ہوا ہوں</w:t>
      </w:r>
    </w:p>
    <w:p>
      <w:r>
        <w:rPr>
          <w:b/>
        </w:rPr>
        <w:t xml:space="preserve">[33:43] </w:t>
      </w:r>
      <w:r>
        <w:t>ab samajh nahi aati kya karoon aur jo wahan par chal jo log hain wo chalne phirne wale</w:t>
      </w:r>
    </w:p>
    <w:p>
      <w:pPr>
        <w:jc w:val="right"/>
      </w:pPr>
      <w:r>
        <w:t>اب سمجھ نہیں آتی کیا کروں اور جو وہاں پر چل جو لوگ ہیں وہ چلنے پھرنے والے</w:t>
      </w:r>
    </w:p>
    <w:p>
      <w:r>
        <w:rPr>
          <w:b/>
        </w:rPr>
        <w:t xml:space="preserve">[33:49] </w:t>
      </w:r>
      <w:r>
        <w:t>wo sab french janne wale the french</w:t>
      </w:r>
    </w:p>
    <w:p>
      <w:pPr>
        <w:jc w:val="right"/>
      </w:pPr>
      <w:r>
        <w:t>وہ سب فرنچ جاننے والے تھے فرنچ</w:t>
      </w:r>
    </w:p>
    <w:p>
      <w:r>
        <w:rPr>
          <w:b/>
        </w:rPr>
        <w:t xml:space="preserve">[33:54] </w:t>
      </w:r>
      <w:r>
        <w:t>to unse mera contact nahi hota tha</w:t>
      </w:r>
    </w:p>
    <w:p>
      <w:pPr>
        <w:jc w:val="right"/>
      </w:pPr>
      <w:r>
        <w:t>تو ان سے میرا کنٹیکٹ نہیں ہوتا تھا</w:t>
      </w:r>
    </w:p>
    <w:p>
      <w:r>
        <w:rPr>
          <w:b/>
        </w:rPr>
        <w:t xml:space="preserve">[33:57] </w:t>
      </w:r>
      <w:r>
        <w:t>to mein wahin khada hua tha achaanak mujhe</w:t>
      </w:r>
    </w:p>
    <w:p>
      <w:pPr>
        <w:jc w:val="right"/>
      </w:pPr>
      <w:r>
        <w:t>تو میں وہیں کھڑا ہوا تھا اچانک مجھے</w:t>
      </w:r>
    </w:p>
    <w:p>
      <w:r>
        <w:rPr>
          <w:b/>
        </w:rPr>
        <w:t xml:space="preserve">[34:00] </w:t>
      </w:r>
      <w:r>
        <w:t>nazar aya ke road ke us par</w:t>
      </w:r>
    </w:p>
    <w:p>
      <w:pPr>
        <w:jc w:val="right"/>
      </w:pPr>
      <w:r>
        <w:t>نظر آیا کہ روڈ کے اس پار</w:t>
      </w:r>
    </w:p>
    <w:p>
      <w:r>
        <w:rPr>
          <w:b/>
        </w:rPr>
        <w:t xml:space="preserve">[34:05] </w:t>
      </w:r>
      <w:r>
        <w:t>road ke us par</w:t>
      </w:r>
    </w:p>
    <w:p>
      <w:pPr>
        <w:jc w:val="right"/>
      </w:pPr>
      <w:r>
        <w:t>روڈ کے اس پار</w:t>
      </w:r>
    </w:p>
    <w:p>
      <w:r>
        <w:rPr>
          <w:b/>
        </w:rPr>
        <w:t xml:space="preserve">[34:10] </w:t>
      </w:r>
      <w:r>
        <w:t>yani matlab road ke us kinare</w:t>
      </w:r>
    </w:p>
    <w:p>
      <w:pPr>
        <w:jc w:val="right"/>
      </w:pPr>
      <w:r>
        <w:t>یعنی مطلب روڈ کے اس کنارے</w:t>
      </w:r>
    </w:p>
    <w:p>
      <w:r>
        <w:rPr>
          <w:b/>
        </w:rPr>
        <w:t xml:space="preserve">[34:16] </w:t>
      </w:r>
      <w:r>
        <w:t>ek insan khara hua hai</w:t>
      </w:r>
    </w:p>
    <w:p>
      <w:pPr>
        <w:jc w:val="right"/>
      </w:pPr>
      <w:r>
        <w:t>ایک انسان کھڑا ہوا ہے</w:t>
      </w:r>
    </w:p>
    <w:p>
      <w:r>
        <w:rPr>
          <w:b/>
        </w:rPr>
        <w:t xml:space="preserve">[34:21] </w:t>
      </w:r>
      <w:r>
        <w:t>is ke sath woh car car ke kinare car se nikal kar ke khara tha car se nikal kar</w:t>
      </w:r>
    </w:p>
    <w:p>
      <w:pPr>
        <w:jc w:val="right"/>
      </w:pPr>
      <w:r>
        <w:t>اس کے ساتھ وہ کار کار کے کنارے کار سے نکل کر کے کھڑا تھا کار سے نکل کر</w:t>
      </w:r>
    </w:p>
    <w:p>
      <w:r>
        <w:rPr>
          <w:b/>
        </w:rPr>
        <w:t xml:space="preserve">[34:33] </w:t>
      </w:r>
      <w:r>
        <w:t>to car ke gate par woh aadmi khara hua tha aur main yahan se dekh raha hoon us ko woh mujh ko dekh raha hai</w:t>
      </w:r>
    </w:p>
    <w:p>
      <w:pPr>
        <w:jc w:val="right"/>
      </w:pPr>
      <w:r>
        <w:t>تو کار کے گیٹ پر وہ آدمی کھڑا ہوا تھا اور میں یہاں سے دیکھ رہا ہوں اس کو وہ مجھ کو دیکھ رہا ہے</w:t>
      </w:r>
    </w:p>
    <w:p>
      <w:r>
        <w:rPr>
          <w:b/>
        </w:rPr>
        <w:t xml:space="preserve">[34:47] </w:t>
      </w:r>
      <w:r>
        <w:t>to main samjha ke yeh bhi french boli ka woh hoga aadmi lekin mujh ko dekh kar woh meri taraf barha</w:t>
      </w:r>
    </w:p>
    <w:p>
      <w:pPr>
        <w:jc w:val="right"/>
      </w:pPr>
      <w:r>
        <w:t>تو میں سمجھا کہ یہ بھی فرنچ بولی کا وہ ہوگا آدمی لیکن مجھ کو دیکھ کر وہ میری طرف بڑھا</w:t>
      </w:r>
    </w:p>
    <w:p>
      <w:r>
        <w:rPr>
          <w:b/>
        </w:rPr>
        <w:t xml:space="preserve">[34:57] </w:t>
      </w:r>
      <w:r>
        <w:t>meri taraf badha jab road paar kar ke mere paas aaya</w:t>
      </w:r>
    </w:p>
    <w:p>
      <w:pPr>
        <w:jc w:val="right"/>
      </w:pPr>
      <w:r>
        <w:t>میری طرف بڑھا جب روڈ پار کر کے میرے پاس آیا</w:t>
      </w:r>
    </w:p>
    <w:p>
      <w:r>
        <w:rPr>
          <w:b/>
        </w:rPr>
        <w:t xml:space="preserve">[35:03] </w:t>
      </w:r>
      <w:r>
        <w:t>aur us us ko pehchan gaya ke yeh aadmi ya to india ka hai ya pakistan ka hai</w:t>
      </w:r>
    </w:p>
    <w:p>
      <w:pPr>
        <w:jc w:val="right"/>
      </w:pPr>
      <w:r>
        <w:t>اور اس اس کو پہچان گیا کہ یہ آدمی یا تو انڈیا کا ہے یا پاکستان کا ہے</w:t>
      </w:r>
    </w:p>
    <w:p>
      <w:r>
        <w:rPr>
          <w:b/>
        </w:rPr>
        <w:t xml:space="preserve">[35:09] </w:t>
      </w:r>
      <w:r>
        <w:t>mere libas se</w:t>
      </w:r>
    </w:p>
    <w:p>
      <w:pPr>
        <w:jc w:val="right"/>
      </w:pPr>
      <w:r>
        <w:t>میرے لباس سے</w:t>
      </w:r>
    </w:p>
    <w:p>
      <w:r>
        <w:rPr>
          <w:b/>
        </w:rPr>
        <w:t xml:space="preserve">[35:13] </w:t>
      </w:r>
      <w:r>
        <w:t>mein ya to india ka hoon ya pakistan ka hoon to mujh se urdu bolne laga woh</w:t>
      </w:r>
    </w:p>
    <w:p>
      <w:pPr>
        <w:jc w:val="right"/>
      </w:pPr>
      <w:r>
        <w:t>میں یا تو انڈیا کا ہوں یا پاکستان کا ہوں تو مجھ سے اردو بولنے لگا وہ</w:t>
      </w:r>
    </w:p>
    <w:p>
      <w:r>
        <w:rPr>
          <w:b/>
        </w:rPr>
        <w:t xml:space="preserve">[35:19] </w:t>
      </w:r>
      <w:r>
        <w:t>to mein tab mujhe pata chala ke yahan mein kisi se baat bhi kar sakta hoon</w:t>
      </w:r>
    </w:p>
    <w:p>
      <w:pPr>
        <w:jc w:val="right"/>
      </w:pPr>
      <w:r>
        <w:t>تو میں تب مجھے پتہ چلا کہ یہاں میں کسی سے بات بھی کر سکتا ہوں</w:t>
      </w:r>
    </w:p>
    <w:p>
      <w:r>
        <w:rPr>
          <w:b/>
        </w:rPr>
        <w:t xml:space="preserve">[35:25] </w:t>
      </w:r>
      <w:r>
        <w:t>to is se pehle bataya ke mere paas yeh ticket aaya tha</w:t>
      </w:r>
    </w:p>
    <w:p>
      <w:pPr>
        <w:jc w:val="right"/>
      </w:pPr>
      <w:r>
        <w:t>تو اس سے پہلے بتایا کہ میرے پاس یہ ٹکٹ آیا تھا</w:t>
      </w:r>
    </w:p>
    <w:p>
      <w:r>
        <w:rPr>
          <w:b/>
        </w:rPr>
        <w:t xml:space="preserve">[35:31] </w:t>
      </w:r>
      <w:r>
        <w:t>mere paas koi</w:t>
      </w:r>
    </w:p>
    <w:p>
      <w:pPr>
        <w:jc w:val="right"/>
      </w:pPr>
      <w:r>
        <w:t>میرے پاس کوئی</w:t>
      </w:r>
    </w:p>
    <w:p>
      <w:r>
        <w:rPr>
          <w:b/>
        </w:rPr>
        <w:t xml:space="preserve">[35:33] </w:t>
      </w:r>
      <w:r>
        <w:t>annotation nahi tha sirf yeh ticket first class ka ticket to mein jahaz par baith kar yahan pohanch</w:t>
      </w:r>
    </w:p>
    <w:p>
      <w:pPr>
        <w:jc w:val="right"/>
      </w:pPr>
      <w:r>
        <w:t>انوٹیشن نہیں تھا صرف یہ ٹکٹ فرسٹ کلاس کا ٹکٹ تو میں جہاز پر بیٹھ کر یہاں پہنچ</w:t>
      </w:r>
    </w:p>
    <w:p>
      <w:r>
        <w:rPr>
          <w:b/>
        </w:rPr>
        <w:t xml:space="preserve">[35:41] </w:t>
      </w:r>
      <w:r>
        <w:t>gaya ab mein jaon to kahan</w:t>
      </w:r>
    </w:p>
    <w:p>
      <w:pPr>
        <w:jc w:val="right"/>
      </w:pPr>
      <w:r>
        <w:t>گیا اب میں جاؤں تو کہاں</w:t>
      </w:r>
    </w:p>
    <w:p>
      <w:r>
        <w:rPr>
          <w:b/>
        </w:rPr>
        <w:t xml:space="preserve">[35:43] </w:t>
      </w:r>
      <w:r>
        <w:t>jaon to us ne mera ticket liya aur mujh ko police ke office mein le gaya airport par jo police ka office tha wahan le gaya mujh ko to is se us ne french mein baat ki</w:t>
      </w:r>
    </w:p>
    <w:p>
      <w:pPr>
        <w:jc w:val="right"/>
      </w:pPr>
      <w:r>
        <w:t>جاؤں تو اس نے میرا ٹکٹ لیا اور مجھ کو پولیس کے افس میں لے گیا ایئرپورٹ پر جو پولیس کا افس تھا وہاں لے گیا مجھ کو تو اس سے اس نے فرنچ میں بات کی</w:t>
      </w:r>
    </w:p>
    <w:p>
      <w:r>
        <w:rPr>
          <w:b/>
        </w:rPr>
        <w:t xml:space="preserve">[36:02] </w:t>
      </w:r>
      <w:r>
        <w:t>ke yahan par koi conference ho rahi hai to police walon ne bataya ke yahan aik conference hai aur isi isi road ke doosri taraf</w:t>
      </w:r>
    </w:p>
    <w:p>
      <w:pPr>
        <w:jc w:val="right"/>
      </w:pPr>
      <w:r>
        <w:t>کہ یہاں پر کوئی کانفرنس ہو رہی ہے تو پولیس والوں نے بتایا کہ یہاں ایک کانفرنس ہے اور اسی اسی روڈ کے دوسری طرف</w:t>
      </w:r>
    </w:p>
    <w:p>
      <w:r>
        <w:rPr>
          <w:b/>
        </w:rPr>
        <w:t xml:space="preserve">[36:17] </w:t>
      </w:r>
      <w:r>
        <w:t>aik bari building thi is mein woh conference ho rahi thi</w:t>
      </w:r>
    </w:p>
    <w:p>
      <w:pPr>
        <w:jc w:val="right"/>
      </w:pPr>
      <w:r>
        <w:t>ایک بڑی بلڈنگ تھی اس میں وہ کانفرنس ہو رہی تھی</w:t>
      </w:r>
    </w:p>
    <w:p>
      <w:r>
        <w:rPr>
          <w:b/>
        </w:rPr>
        <w:t xml:space="preserve">[36:25] </w:t>
      </w:r>
      <w:r>
        <w:t>to is aadmi ne jab yeh pata kiya ke woh building</w:t>
      </w:r>
    </w:p>
    <w:p>
      <w:pPr>
        <w:jc w:val="right"/>
      </w:pPr>
      <w:r>
        <w:t>تو اس آدمی نے جب یہ پتہ کیا کہ وہ بلڈنگ</w:t>
      </w:r>
    </w:p>
    <w:p>
      <w:r>
        <w:rPr>
          <w:b/>
        </w:rPr>
        <w:t xml:space="preserve">[36:32] </w:t>
      </w:r>
      <w:r>
        <w:t>yahi aas paas hai jahan is woh conference ho rahi hai jahan mein aaya aaya hoon to is</w:t>
      </w:r>
    </w:p>
    <w:p>
      <w:pPr>
        <w:jc w:val="right"/>
      </w:pPr>
      <w:r>
        <w:t>یہی اس پاس ہے جہاں اس وہ کانفرنس ہو رہی ہے جہاں میں آیا آیا ہوں تو اس</w:t>
      </w:r>
    </w:p>
    <w:p>
      <w:r>
        <w:rPr>
          <w:b/>
        </w:rPr>
        <w:t xml:space="preserve">[36:38] </w:t>
      </w:r>
      <w:r>
        <w:t>ko woh bithaya us ne apni gaadi par aur le gaya</w:t>
      </w:r>
    </w:p>
    <w:p>
      <w:pPr>
        <w:jc w:val="right"/>
      </w:pPr>
      <w:r>
        <w:t>کو وہ بٹھایا اس نے اپنی گاڑی پر اور لے گیا</w:t>
      </w:r>
    </w:p>
    <w:p>
      <w:r>
        <w:rPr>
          <w:b/>
        </w:rPr>
        <w:t xml:space="preserve">[36:43] </w:t>
      </w:r>
      <w:r>
        <w:t>jab woh pohancha us building ke paas to us ne kaha ke dekhiye mein aap ko sirf is</w:t>
      </w:r>
    </w:p>
    <w:p>
      <w:pPr>
        <w:jc w:val="right"/>
      </w:pPr>
      <w:r>
        <w:t>جب وہ پہنچا اس بلڈنگ کے پاس تو اس نے کہا کہ دیکھیے میں آپ کو صرف اس</w:t>
      </w:r>
    </w:p>
    <w:p>
      <w:r>
        <w:rPr>
          <w:b/>
        </w:rPr>
        <w:t xml:space="preserve">[36:51] </w:t>
      </w:r>
      <w:r>
        <w:t>building ke gate par utar sakta hoon is ke aage mein kuch nahi kar sakta</w:t>
      </w:r>
    </w:p>
    <w:p>
      <w:pPr>
        <w:jc w:val="right"/>
      </w:pPr>
      <w:r>
        <w:t>بلڈنگ کے گیٹ پر اتار سکتا ہوں اس کے آگے میں کچھ نہیں کر سکتا</w:t>
      </w:r>
    </w:p>
    <w:p>
      <w:r>
        <w:rPr>
          <w:b/>
        </w:rPr>
        <w:t xml:space="preserve">[37:00] </w:t>
      </w:r>
      <w:r>
        <w:t>to mein ne socha ke abhi kya karoon to mein ne kaha acha bhi utar dijiye aap</w:t>
      </w:r>
    </w:p>
    <w:p>
      <w:pPr>
        <w:jc w:val="right"/>
      </w:pPr>
      <w:r>
        <w:t>تو میں نے سوچا کہ ابھی کیا کروں تو میں نے کہا اچھا بھی اتار دیجئے آپ</w:t>
      </w:r>
    </w:p>
    <w:p>
      <w:r>
        <w:rPr>
          <w:b/>
        </w:rPr>
        <w:t xml:space="preserve">[37:06] </w:t>
      </w:r>
      <w:r>
        <w:t>to us ne is building ke gate pe utar diya aur foran chala gaya woh</w:t>
      </w:r>
    </w:p>
    <w:p>
      <w:pPr>
        <w:jc w:val="right"/>
      </w:pPr>
      <w:r>
        <w:t>تو اس نے اس بلڈنگ کے گیٹ پہ اتار دیا اور فوراً چلا گیا وہ</w:t>
      </w:r>
    </w:p>
    <w:p>
      <w:r>
        <w:rPr>
          <w:b/>
        </w:rPr>
        <w:t xml:space="preserve">[37:13] </w:t>
      </w:r>
      <w:r>
        <w:t>foran chala gaya phir woh dikhai nahi diya mujhe</w:t>
      </w:r>
    </w:p>
    <w:p>
      <w:pPr>
        <w:jc w:val="right"/>
      </w:pPr>
      <w:r>
        <w:t>فوراً چلا گیا پھر وہ دکھائی نہیں دیا مجھے</w:t>
      </w:r>
    </w:p>
    <w:p>
      <w:r>
        <w:rPr>
          <w:b/>
        </w:rPr>
        <w:t xml:space="preserve">[37:17] </w:t>
      </w:r>
      <w:r>
        <w:t>to mein building ka jo</w:t>
      </w:r>
    </w:p>
    <w:p>
      <w:pPr>
        <w:jc w:val="right"/>
      </w:pPr>
      <w:r>
        <w:t>تو میں بلڈنگ کا جو</w:t>
      </w:r>
    </w:p>
    <w:p>
      <w:r>
        <w:rPr>
          <w:b/>
        </w:rPr>
        <w:t xml:space="preserve">[37:21] </w:t>
      </w:r>
      <w:r>
        <w:t>jo woh tha</w:t>
      </w:r>
    </w:p>
    <w:p>
      <w:pPr>
        <w:jc w:val="right"/>
      </w:pPr>
      <w:r>
        <w:t>جو وہ تھا</w:t>
      </w:r>
    </w:p>
    <w:p>
      <w:r>
        <w:rPr>
          <w:b/>
        </w:rPr>
        <w:t xml:space="preserve">[37:23] </w:t>
      </w:r>
      <w:r>
        <w:t>seirhiyan theen seirhiyan charh ke ooper gaya hua hai to jab wahan pohancha hoon mein to achaanak mein</w:t>
      </w:r>
    </w:p>
    <w:p>
      <w:pPr>
        <w:jc w:val="right"/>
      </w:pPr>
      <w:r>
        <w:t>سیڑھیاں تھیں سیڑھیاں چڑھ کے اوپر گیا ہوا ہے تو جب وہاں پہنچا ہوں میں تو اچانک میں</w:t>
      </w:r>
    </w:p>
    <w:p>
      <w:r>
        <w:rPr>
          <w:b/>
        </w:rPr>
        <w:t xml:space="preserve">[37:31] </w:t>
      </w:r>
      <w:r>
        <w:t>ne dekha yeh to mere jannay walay log hain</w:t>
      </w:r>
    </w:p>
    <w:p>
      <w:pPr>
        <w:jc w:val="right"/>
      </w:pPr>
      <w:r>
        <w:t>نے دیکھا یہ تو میرے جاننے والے لوگ ہیں</w:t>
      </w:r>
    </w:p>
    <w:p>
      <w:r>
        <w:rPr>
          <w:b/>
        </w:rPr>
        <w:t xml:space="preserve">[37:35] </w:t>
      </w:r>
      <w:r>
        <w:t>is conference mein jo log aaye thay woh aksar mujhe jantay thay</w:t>
      </w:r>
    </w:p>
    <w:p>
      <w:pPr>
        <w:jc w:val="right"/>
      </w:pPr>
      <w:r>
        <w:t>اس کانفرنس میں جو لوگ آئے تھے وہ اکثر مجھے جانتے تھے</w:t>
      </w:r>
    </w:p>
    <w:p>
      <w:r>
        <w:rPr>
          <w:b/>
        </w:rPr>
        <w:t xml:space="preserve">[37:40] </w:t>
      </w:r>
      <w:r>
        <w:t>to ubaid sahib baray kaha aray aap aagaye hum to aap ko intezar kar rahay thay aap</w:t>
      </w:r>
    </w:p>
    <w:p>
      <w:pPr>
        <w:jc w:val="right"/>
      </w:pPr>
      <w:r>
        <w:t>تو عبید صاحب بڑے کہا ارے آپ آگئے ہم تو آپ کو انتظار کر رہے تھے آپ</w:t>
      </w:r>
    </w:p>
    <w:p>
      <w:r>
        <w:rPr>
          <w:b/>
        </w:rPr>
        <w:t xml:space="preserve">[37:46] </w:t>
      </w:r>
      <w:r>
        <w:t>ka room yahan aap ka room yahan par reserve hai yeh yeh chabi li hai aap ke pas to unhon ne chabi chabi di number bataya room room ka phir is tarah main room mein pohancha</w:t>
      </w:r>
    </w:p>
    <w:p>
      <w:pPr>
        <w:jc w:val="right"/>
      </w:pPr>
      <w:r>
        <w:t>کا روم یہاں آپ کا روم یہاں پر ریزرو ہے یہ یہ چابی لی ہے آپ کے پاس تو انہوں نے چابی چابی دی نمبر بتایا روم روم کا پھر اس طرح میں روم میں پہنچا</w:t>
      </w:r>
    </w:p>
    <w:p>
      <w:r>
        <w:rPr>
          <w:b/>
        </w:rPr>
        <w:t xml:space="preserve">[38:06] </w:t>
      </w:r>
      <w:r>
        <w:t>to mein samajhta hoon ke yeh bhi yani jo khuda ki taraf se jo event management hai isi</w:t>
      </w:r>
    </w:p>
    <w:p>
      <w:pPr>
        <w:jc w:val="right"/>
      </w:pPr>
      <w:r>
        <w:t>تو میں سمجھتا ہوں کہ یہ بھی یعنی جو خدا کی طرف سے جو ایونٹ مینجمنٹ ہے اسی</w:t>
      </w:r>
    </w:p>
    <w:p>
      <w:r>
        <w:rPr>
          <w:b/>
        </w:rPr>
        <w:t xml:space="preserve">[38:14] </w:t>
      </w:r>
      <w:r>
        <w:t>event management ka koi</w:t>
      </w:r>
    </w:p>
    <w:p>
      <w:pPr>
        <w:jc w:val="right"/>
      </w:pPr>
      <w:r>
        <w:t>ایونٹ مینجمنٹ کا کوئی</w:t>
      </w:r>
    </w:p>
    <w:p>
      <w:r>
        <w:rPr>
          <w:b/>
        </w:rPr>
        <w:t xml:space="preserve">[38:17] </w:t>
      </w:r>
      <w:r>
        <w:t>part tha yeh jis se jis ne mujhe wahan pohanchaya</w:t>
      </w:r>
    </w:p>
    <w:p>
      <w:pPr>
        <w:jc w:val="right"/>
      </w:pPr>
      <w:r>
        <w:t>پارٹ تھا یہ جس سے جس نے مجھے وہاں پہنچایا</w:t>
      </w:r>
    </w:p>
    <w:p>
      <w:r>
        <w:rPr>
          <w:b/>
        </w:rPr>
        <w:t xml:space="preserve">[38:21] </w:t>
      </w:r>
      <w:r>
        <w:t>aise bohat se waqiat hain</w:t>
      </w:r>
    </w:p>
    <w:p>
      <w:pPr>
        <w:jc w:val="right"/>
      </w:pPr>
      <w:r>
        <w:t>ایسے بہت سے واقعات ہیں</w:t>
      </w:r>
    </w:p>
    <w:p>
      <w:r>
        <w:rPr>
          <w:b/>
        </w:rPr>
        <w:t xml:space="preserve">[38:25] </w:t>
      </w:r>
      <w:r>
        <w:t>to yeh dekhiye is mein aik cheez yeh nikalti hai ke insaan ko</w:t>
      </w:r>
    </w:p>
    <w:p>
      <w:pPr>
        <w:jc w:val="right"/>
      </w:pPr>
      <w:r>
        <w:t>تو یہ دیکھیے اس میں ایک چیز یہ نکلتی ہے کہ انسان کو</w:t>
      </w:r>
    </w:p>
    <w:p>
      <w:r>
        <w:rPr>
          <w:b/>
        </w:rPr>
        <w:t xml:space="preserve">[38:33] </w:t>
      </w:r>
      <w:r>
        <w:t>rehnnumai denay walay</w:t>
      </w:r>
    </w:p>
    <w:p>
      <w:pPr>
        <w:jc w:val="right"/>
      </w:pPr>
      <w:r>
        <w:t>رہنمائی دینے والے</w:t>
      </w:r>
    </w:p>
    <w:p>
      <w:r>
        <w:rPr>
          <w:b/>
        </w:rPr>
        <w:t xml:space="preserve">[38:36] </w:t>
      </w:r>
      <w:r>
        <w:t>firishtay rehnnumai dete rehtay hain</w:t>
      </w:r>
    </w:p>
    <w:p>
      <w:pPr>
        <w:jc w:val="right"/>
      </w:pPr>
      <w:r>
        <w:t>فرشتے رہنمائی دیتے رہتے ہیں</w:t>
      </w:r>
    </w:p>
    <w:p>
      <w:r>
        <w:rPr>
          <w:b/>
        </w:rPr>
        <w:t xml:space="preserve">[38:40] </w:t>
      </w:r>
      <w:r>
        <w:t>farishtay kisi roop mein aa kar ke rehnumai hotay hain isi ke sath yeh bhi niklta hai is se ke farishton se aap ki mulaqat hoti hai in chain way mein</w:t>
      </w:r>
    </w:p>
    <w:p>
      <w:pPr>
        <w:jc w:val="right"/>
      </w:pPr>
      <w:r>
        <w:t>فرشتے کسی روپ میں ا کر کے رہنمائی ہوتے ہیں اسی کے ساتھ یہ بھی نکلتا ہے اس سے کہ فرشتوں سے آپ کی ملاقات ہوتی ہے ان چین وے میں</w:t>
      </w:r>
    </w:p>
    <w:p>
      <w:r>
        <w:rPr>
          <w:b/>
        </w:rPr>
        <w:t xml:space="preserve">[39:00] </w:t>
      </w:r>
      <w:r>
        <w:t>woh kaise hoti hai woh</w:t>
      </w:r>
    </w:p>
    <w:p>
      <w:pPr>
        <w:jc w:val="right"/>
      </w:pPr>
      <w:r>
        <w:t>وہ کیسے ہوتی ہے وہ</w:t>
      </w:r>
    </w:p>
    <w:p>
      <w:r>
        <w:rPr>
          <w:b/>
        </w:rPr>
        <w:t xml:space="preserve">[39:05] </w:t>
      </w:r>
      <w:r>
        <w:t>to hum is dunya mein is farishton ke wastay se khuda se qareeb qareeb pohanchtay hain</w:t>
      </w:r>
    </w:p>
    <w:p>
      <w:pPr>
        <w:jc w:val="right"/>
      </w:pPr>
      <w:r>
        <w:t>تو ہم اس دنیا میں اس فرشتوں کے واسطے سے خدا سے قریب قریب پہنچتے ہیں</w:t>
      </w:r>
    </w:p>
    <w:p>
      <w:r>
        <w:rPr>
          <w:b/>
        </w:rPr>
        <w:t xml:space="preserve">[39:18] </w:t>
      </w:r>
      <w:r>
        <w:t>ab yeh sab wada bataen to lagta hai ke koi mystery hai lekin main apne tajurbe ke lehaz se main kahoon ga ke mystery nahi hai waqia hai aur hum mein se har shakhs par aisa waqia guzarta hai assalam o alaikum wa rehmatullah</w:t>
      </w:r>
    </w:p>
    <w:p>
      <w:pPr>
        <w:jc w:val="right"/>
      </w:pPr>
      <w:r>
        <w:t>اب یہ سب وعدہ بتائیں تو لگتا ہے کہ کوئی مسٹری ہے لیکن میں اپنے تجربے کے لحاظ سے میں کہوں گا کہ مسٹری نہیں ہے واقعہ ہے اور ہم میں سے ہر شخص پر ایسا واقعہ گزرتا ہے السلام علیکم ورحمۃ اللہ</w:t>
      </w:r>
    </w:p>
    <w:p>
      <w:r>
        <w:rPr>
          <w:b/>
        </w:rPr>
        <w:t xml:space="preserve">[39:47] </w:t>
      </w:r>
      <w:r>
        <w:t>wats ai oapning lecture</w:t>
      </w:r>
    </w:p>
    <w:p>
      <w:pPr>
        <w:jc w:val="right"/>
      </w:pPr>
      <w:r>
        <w:t>واٹس ائی اوپننگ لیکچر</w:t>
      </w:r>
    </w:p>
    <w:p>
      <w:r>
        <w:rPr>
          <w:b/>
        </w:rPr>
        <w:t xml:space="preserve">[39:51] </w:t>
      </w:r>
      <w:r>
        <w:t>dait how wi kain riyaliz gad</w:t>
      </w:r>
    </w:p>
    <w:p>
      <w:pPr>
        <w:jc w:val="right"/>
      </w:pPr>
      <w:r>
        <w:t>دیٹ ہاؤ وی کین ریلائز گاڈ</w:t>
      </w:r>
    </w:p>
    <w:p>
      <w:r>
        <w:rPr>
          <w:b/>
        </w:rPr>
        <w:t xml:space="preserve">[39:58] </w:t>
      </w:r>
      <w:r>
        <w:t>by coming in contact with his angels. What I understood was that this universe is very vast and</w:t>
      </w:r>
    </w:p>
    <w:p>
      <w:pPr>
        <w:jc w:val="right"/>
      </w:pPr>
      <w:r>
        <w:t>بائی کمنگ ان کانٹیکٹ ود ہز اینجلز واٹ ائی انڈرسٹوڈ واز دیٹ دس یونیورس از ویری واسٹ اینڈ</w:t>
      </w:r>
    </w:p>
    <w:p>
      <w:r>
        <w:rPr>
          <w:b/>
        </w:rPr>
        <w:t xml:space="preserve">[40:07] </w:t>
      </w:r>
      <w:r>
        <w:t>its an kanstant its moving</w:t>
      </w:r>
    </w:p>
    <w:p>
      <w:pPr>
        <w:jc w:val="right"/>
      </w:pPr>
      <w:r>
        <w:t>اٹس ان کانسٹنٹ اٹس موونگ</w:t>
      </w:r>
    </w:p>
    <w:p>
      <w:r>
        <w:rPr>
          <w:b/>
        </w:rPr>
        <w:t xml:space="preserve">[40:11] </w:t>
      </w:r>
      <w:r>
        <w:t>constantly and since because of this we can realize that there has to be a mover of such</w:t>
      </w:r>
    </w:p>
    <w:p>
      <w:pPr>
        <w:jc w:val="right"/>
      </w:pPr>
      <w:r>
        <w:t>کانسٹنٹلی اینڈ سنس بیکاز اف دس وی کین ریلائز دیٹ دے ہیز ٹو بی ا موور اف سچ</w:t>
      </w:r>
    </w:p>
    <w:p>
      <w:r>
        <w:rPr>
          <w:b/>
        </w:rPr>
        <w:t xml:space="preserve">[40:19] </w:t>
      </w:r>
      <w:r>
        <w:t>a universe, a moving universe. So in we recognize</w:t>
      </w:r>
    </w:p>
    <w:p>
      <w:pPr>
        <w:jc w:val="right"/>
      </w:pPr>
      <w:r>
        <w:t>ا یونیورس ا موونگ یونیورس سو ان وی ریکگنائز</w:t>
      </w:r>
    </w:p>
    <w:p>
      <w:r>
        <w:rPr>
          <w:b/>
        </w:rPr>
        <w:t xml:space="preserve">[40:26] </w:t>
      </w:r>
      <w:r>
        <w:t>aur kritar nat bai seng ham bat bai seng hiz ifikt araund as laik</w:t>
      </w:r>
    </w:p>
    <w:p>
      <w:pPr>
        <w:jc w:val="right"/>
      </w:pPr>
      <w:r>
        <w:t>اور کریٹر ناٹ بائی سینگ ہم بٹ بائی سینگ ہز ایفیکٹ اراؤنڈ اس لائک</w:t>
      </w:r>
    </w:p>
    <w:p>
      <w:r>
        <w:rPr>
          <w:b/>
        </w:rPr>
        <w:t xml:space="preserve">[40:33] </w:t>
      </w:r>
      <w:r>
        <w:t>an a moving yunivars aur an da vind aur an aksijan al da prosesiz dat ar going an</w:t>
      </w:r>
    </w:p>
    <w:p>
      <w:pPr>
        <w:jc w:val="right"/>
      </w:pPr>
      <w:r>
        <w:t>ان ا موونگ یونیورس اور ان دا ونڈ اور ان اکسیجن ال دا پروسیسز دیٹ ار گوئنگ ان</w:t>
      </w:r>
    </w:p>
    <w:p>
      <w:r>
        <w:rPr>
          <w:b/>
        </w:rPr>
        <w:t xml:space="preserve">[40:40] </w:t>
      </w:r>
      <w:r>
        <w:t>vich ar so parfikt kain nat bi dair vidaout a parfikt plannar</w:t>
      </w:r>
    </w:p>
    <w:p>
      <w:pPr>
        <w:jc w:val="right"/>
      </w:pPr>
      <w:r>
        <w:t>وچ ار سو پرفیکٹ کین ناٹ بی دیر وداؤٹ ا پرفیکٹ پلانر</w:t>
      </w:r>
    </w:p>
    <w:p>
      <w:r>
        <w:rPr>
          <w:b/>
        </w:rPr>
        <w:t xml:space="preserve">[40:48] </w:t>
      </w:r>
      <w:r>
        <w:t>aind bat wi kain nat dairiktli kam in kantakt vid dat plannar bat hi gaidz as thro hiz</w:t>
      </w:r>
    </w:p>
    <w:p>
      <w:pPr>
        <w:jc w:val="right"/>
      </w:pPr>
      <w:r>
        <w:t>اینڈ بٹ وی کین ناٹ ڈائریکٹلی کم ان کانٹیکٹ ود دیٹ پلانر بٹ ہی گائیڈز اس تھرو ہز</w:t>
      </w:r>
    </w:p>
    <w:p>
      <w:r>
        <w:rPr>
          <w:b/>
        </w:rPr>
        <w:t xml:space="preserve">[40:56] </w:t>
      </w:r>
      <w:r>
        <w:t>ivaint arganaiyazars thro inspareshan</w:t>
      </w:r>
    </w:p>
    <w:p>
      <w:pPr>
        <w:jc w:val="right"/>
      </w:pPr>
      <w:r>
        <w:t>ایونٹ ارگنائزرز تھرو انسپیریشن</w:t>
      </w:r>
    </w:p>
    <w:p>
      <w:r>
        <w:rPr>
          <w:b/>
        </w:rPr>
        <w:t xml:space="preserve">[41:00] </w:t>
      </w:r>
      <w:r>
        <w:t>aind az yu eksplin thro</w:t>
      </w:r>
    </w:p>
    <w:p>
      <w:pPr>
        <w:jc w:val="right"/>
      </w:pPr>
      <w:r>
        <w:t>اینڈ ایز یو ایکسپلین تھرو</w:t>
      </w:r>
    </w:p>
    <w:p>
      <w:r>
        <w:rPr>
          <w:b/>
        </w:rPr>
        <w:t xml:space="preserve">[41:05] </w:t>
      </w:r>
      <w:r>
        <w:t>how yu hiv yu felt dat yu kam in kantakt vid anjals smilarli wi kain alaso kam in</w:t>
      </w:r>
    </w:p>
    <w:p>
      <w:pPr>
        <w:jc w:val="right"/>
      </w:pPr>
      <w:r>
        <w:t>ہاؤ یو ہیو یو فیلٹ دیٹ یو کیم ان کانٹیکٹ ود اینجلز سمیلرلی وی کین السو کم ان</w:t>
      </w:r>
    </w:p>
    <w:p>
      <w:r>
        <w:rPr>
          <w:b/>
        </w:rPr>
        <w:t xml:space="preserve">[41:11] </w:t>
      </w:r>
      <w:r>
        <w:t>kantakt vid dem aind van thing dat ai andarstood iz dat</w:t>
      </w:r>
    </w:p>
    <w:p>
      <w:pPr>
        <w:jc w:val="right"/>
      </w:pPr>
      <w:r>
        <w:t>کانٹیکٹ ود دیم اینڈ ون تھنگ دیٹ ائی انڈرسٹوڈ از دیٹ</w:t>
      </w:r>
    </w:p>
    <w:p>
      <w:r>
        <w:rPr>
          <w:b/>
        </w:rPr>
        <w:t xml:space="preserve">[41:18] </w:t>
      </w:r>
      <w:r>
        <w:t>ai</w:t>
      </w:r>
    </w:p>
    <w:p>
      <w:pPr>
        <w:jc w:val="right"/>
      </w:pPr>
      <w:r>
        <w:t>ائی</w:t>
      </w:r>
    </w:p>
    <w:p>
      <w:r>
        <w:rPr>
          <w:b/>
        </w:rPr>
        <w:t xml:space="preserve">[41:19] </w:t>
      </w:r>
      <w:r>
        <w:t>main like you said that it it was night time and you were alone in the field and</w:t>
      </w:r>
    </w:p>
    <w:p>
      <w:pPr>
        <w:jc w:val="right"/>
      </w:pPr>
      <w:r>
        <w:t>مین لائک یو سیڈ دیٹ اٹ اٹ واز نائٹ ٹائم اینڈ یو وار الون ان دا فیلڈ اینڈ</w:t>
      </w:r>
    </w:p>
    <w:p>
      <w:r>
        <w:rPr>
          <w:b/>
        </w:rPr>
        <w:t xml:space="preserve">[41:29] </w:t>
      </w:r>
      <w:r>
        <w:t>Suddenly you could see some light but that didn't scare you so and one way to realize that</w:t>
      </w:r>
    </w:p>
    <w:p>
      <w:pPr>
        <w:jc w:val="right"/>
      </w:pPr>
      <w:r>
        <w:t>سڈنلی یو کڈ سی سم لائٹ بٹ دیٹ ڈیڈنٹ سکیئر یو سو اینڈ ون وے ٹو ریلائز دیٹ</w:t>
      </w:r>
    </w:p>
    <w:p>
      <w:r>
        <w:rPr>
          <w:b/>
        </w:rPr>
        <w:t xml:space="preserve">[41:38] </w:t>
      </w:r>
      <w:r>
        <w:t>vidar wi ar kamin in kantakt vid anjals iz dat de vil bi pais at dat taim vi</w:t>
      </w:r>
    </w:p>
    <w:p>
      <w:pPr>
        <w:jc w:val="right"/>
      </w:pPr>
      <w:r>
        <w:t>ویدر وی ار کمنگ ان کانٹیکٹ ود اینجلز از دیٹ دے ول بی پیس ایٹ دیٹ ٹائم وی</w:t>
      </w:r>
    </w:p>
    <w:p>
      <w:r>
        <w:rPr>
          <w:b/>
        </w:rPr>
        <w:t xml:space="preserve">[41:43] </w:t>
      </w:r>
      <w:r>
        <w:t>vil nat hav ani fir bakaz narmali af sach a sach aishn akarz yu aind its nat an anjal</w:t>
      </w:r>
    </w:p>
    <w:p>
      <w:pPr>
        <w:jc w:val="right"/>
      </w:pPr>
      <w:r>
        <w:t>ول ناٹ ہیو اینی فیئر بیکاز نارملی اف سچ ا سچویشن اکرز یو اینڈ اٹس ناٹ این اینجل</w:t>
      </w:r>
    </w:p>
    <w:p>
      <w:r>
        <w:rPr>
          <w:b/>
        </w:rPr>
        <w:t xml:space="preserve">[41:50] </w:t>
      </w:r>
      <w:r>
        <w:t>yu vil fir dat parsan so molana it vaz a viri ai oapning lecture af how wi kain</w:t>
      </w:r>
    </w:p>
    <w:p>
      <w:pPr>
        <w:jc w:val="right"/>
      </w:pPr>
      <w:r>
        <w:t>یو ول فیئر دیٹ پرسن سو مولانا اٹ واز ا ویری ائی اوپننگ لیکچر اف ہاؤ وی کین</w:t>
      </w:r>
    </w:p>
    <w:p>
      <w:r>
        <w:rPr>
          <w:b/>
        </w:rPr>
        <w:t xml:space="preserve">[41:59] </w:t>
      </w:r>
      <w:r>
        <w:t>kam in kantakt vid gads anjals</w:t>
      </w:r>
    </w:p>
    <w:p>
      <w:pPr>
        <w:jc w:val="right"/>
      </w:pPr>
      <w:r>
        <w:t>کم ان کانٹیکٹ ود گاڈز اینجلز</w:t>
      </w:r>
    </w:p>
    <w:p>
      <w:r>
        <w:rPr>
          <w:b/>
        </w:rPr>
        <w:t xml:space="preserve">[42:05] </w:t>
      </w:r>
      <w:r>
        <w:t>thank</w:t>
      </w:r>
    </w:p>
    <w:p>
      <w:pPr>
        <w:jc w:val="right"/>
      </w:pPr>
      <w:r>
        <w:t>تھینک</w:t>
      </w:r>
    </w:p>
    <w:p>
      <w:r>
        <w:rPr>
          <w:b/>
        </w:rPr>
        <w:t xml:space="preserve">[42:05] </w:t>
      </w:r>
      <w:r>
        <w:t>you Maulana i think you are right i think you are right</w:t>
      </w:r>
    </w:p>
    <w:p>
      <w:pPr>
        <w:jc w:val="right"/>
      </w:pPr>
      <w:r>
        <w:t>یو مولانا ائی تھنک یو ار رائٹ ائی تھنک یو ار رائٹ</w:t>
      </w:r>
    </w:p>
    <w:p>
      <w:r>
        <w:rPr>
          <w:b/>
        </w:rPr>
        <w:t xml:space="preserve">[42:15] </w:t>
      </w:r>
      <w:r>
        <w:t>molana ah bahut si batain kabhi aisi hoti hain ke ap ko lagta hai ke is mein allah</w:t>
      </w:r>
    </w:p>
    <w:p>
      <w:pPr>
        <w:jc w:val="right"/>
      </w:pPr>
      <w:r>
        <w:t>مولانا اہ بہت سی باتیں کبھی ایسی ہوتی ہیں کہ اپ کو لگتا ہے کہ اس میں اللہ</w:t>
      </w:r>
    </w:p>
    <w:p>
      <w:r>
        <w:rPr>
          <w:b/>
        </w:rPr>
        <w:t xml:space="preserve">[42:24] </w:t>
      </w:r>
      <w:r>
        <w:t>ki madad ap ko mili hai kyunke jo cheez ap ekspekt nahin kar rahe the ap chahte the</w:t>
      </w:r>
    </w:p>
    <w:p>
      <w:pPr>
        <w:jc w:val="right"/>
      </w:pPr>
      <w:r>
        <w:t>کی مدد اپ کو ملی ہے کیونکہ جو چیز اپ ایکسپیکٹ نہیں کر رہے تھے اپ چاہتے تھے</w:t>
      </w:r>
    </w:p>
    <w:p>
      <w:r>
        <w:rPr>
          <w:b/>
        </w:rPr>
        <w:t xml:space="preserve">[42:30] </w:t>
      </w:r>
      <w:r>
        <w:t>lekin woh ho nahin pa rahi phir is tarah se ho jati hai to aap kehte hain ke</w:t>
      </w:r>
    </w:p>
    <w:p>
      <w:pPr>
        <w:jc w:val="right"/>
      </w:pPr>
      <w:r>
        <w:t>لیکن وہ ہو نہیں پا رہی پھر اس طرح سے ہو جاتی ہے تو اپ کہتے ہیں کہ</w:t>
      </w:r>
    </w:p>
    <w:p>
      <w:r>
        <w:rPr>
          <w:b/>
        </w:rPr>
        <w:t xml:space="preserve">[42:36] </w:t>
      </w:r>
      <w:r>
        <w:t>bhai yeh to allah hi ki madad thi ke jis se yeh ho gaya</w:t>
      </w:r>
    </w:p>
    <w:p>
      <w:pPr>
        <w:jc w:val="right"/>
      </w:pPr>
      <w:r>
        <w:t>بھئی یہ تو اللہ ہی کی مدد تھی کہ جس سے یہ ہو گیا</w:t>
      </w:r>
    </w:p>
    <w:p>
      <w:r>
        <w:rPr>
          <w:b/>
        </w:rPr>
        <w:t xml:space="preserve">[42:40] </w:t>
      </w:r>
      <w:r>
        <w:t>bat ah how kain wi fil da prazans af ah</w:t>
      </w:r>
    </w:p>
    <w:p>
      <w:pPr>
        <w:jc w:val="right"/>
      </w:pPr>
      <w:r>
        <w:t>بٹ اہ ہاؤ کین وی فیل دا پریزنس اف اہ</w:t>
      </w:r>
    </w:p>
    <w:p>
      <w:r>
        <w:rPr>
          <w:b/>
        </w:rPr>
        <w:t xml:space="preserve">[42:47] </w:t>
      </w:r>
      <w:r>
        <w:t>anjals kain ivribadi fil da prazans af anjal anjal aur it hiz tu bi a sartan kandishan</w:t>
      </w:r>
    </w:p>
    <w:p>
      <w:pPr>
        <w:jc w:val="right"/>
      </w:pPr>
      <w:r>
        <w:t>اینجلز کین ایوری بڈی فیل دا پریزنس اف اینجل اینجل اور اٹ ہیز ٹو بی ا سرٹن کنڈیشن</w:t>
      </w:r>
    </w:p>
    <w:p>
      <w:r>
        <w:rPr>
          <w:b/>
        </w:rPr>
        <w:t xml:space="preserve">[42:53] </w:t>
      </w:r>
      <w:r>
        <w:t>in your thinking aur</w:t>
      </w:r>
    </w:p>
    <w:p>
      <w:pPr>
        <w:jc w:val="right"/>
      </w:pPr>
      <w:r>
        <w:t>ان یور اہ تھنکنگ اور</w:t>
      </w:r>
    </w:p>
    <w:p>
      <w:r>
        <w:rPr>
          <w:b/>
        </w:rPr>
        <w:t xml:space="preserve">[42:58] </w:t>
      </w:r>
      <w:r>
        <w:t>woh main chah rahi hoon poochna ke</w:t>
      </w:r>
    </w:p>
    <w:p>
      <w:pPr>
        <w:jc w:val="right"/>
      </w:pPr>
      <w:r>
        <w:t>وہ میں چاہ رہی ہوں پوچھنا کہ</w:t>
      </w:r>
    </w:p>
    <w:p>
      <w:r>
        <w:rPr>
          <w:b/>
        </w:rPr>
        <w:t xml:space="preserve">[43:01] </w:t>
      </w:r>
      <w:r>
        <w:t>presence of angels hamein kaise pata chale</w:t>
      </w:r>
    </w:p>
    <w:p>
      <w:pPr>
        <w:jc w:val="right"/>
      </w:pPr>
      <w:r>
        <w:t>پریزنس اف اینجلس ہمیں کیسے پتہ چلے</w:t>
      </w:r>
    </w:p>
    <w:p>
      <w:r>
        <w:rPr>
          <w:b/>
        </w:rPr>
        <w:t xml:space="preserve">[43:09] </w:t>
      </w:r>
      <w:r>
        <w:t>dekhiye</w:t>
      </w:r>
    </w:p>
    <w:p>
      <w:pPr>
        <w:jc w:val="right"/>
      </w:pPr>
      <w:r>
        <w:t>دیکھیے</w:t>
      </w:r>
    </w:p>
    <w:p>
      <w:r>
        <w:rPr>
          <w:b/>
        </w:rPr>
        <w:t xml:space="preserve">[43:12] </w:t>
      </w:r>
      <w:r>
        <w:t>yeh angels jo hain woh material nahi hai ji jaise koi building koi peed to</w:t>
      </w:r>
    </w:p>
    <w:p>
      <w:pPr>
        <w:jc w:val="right"/>
      </w:pPr>
      <w:r>
        <w:t>یہ اینجلس جو ہیں وہ مٹیریل نہیں ہے جی جیسے کوئی بلڈنگ کوئی پیڑ تو</w:t>
      </w:r>
    </w:p>
    <w:p>
      <w:r>
        <w:rPr>
          <w:b/>
        </w:rPr>
        <w:t xml:space="preserve">[43:29] </w:t>
      </w:r>
      <w:r>
        <w:t>non material way mein hamara un se contact mere khayal se hota hota hai non material way mein aur agar hum bohat ziyada agar hum bohat ziyada</w:t>
      </w:r>
    </w:p>
    <w:p>
      <w:pPr>
        <w:jc w:val="right"/>
      </w:pPr>
      <w:r>
        <w:t>نان مٹیریل وے میں ہمارا ان سے کنٹیکٹ میرے خیال سے ہوتا ہوتا ہے نان مٹیریل وے میں اور اگر ہم بہت زیادہ اگر ہم بہت زیادہ</w:t>
      </w:r>
    </w:p>
    <w:p>
      <w:r>
        <w:rPr>
          <w:b/>
        </w:rPr>
        <w:t xml:space="preserve">[43:55] </w:t>
      </w:r>
      <w:r>
        <w:t>develop mind aap ka hamara andar ho develop spirituality ho to hum kahin na kahin is ko mehsoos kar len ge ke aisa to nahi ke aap khuda ko dekh len ge ya ke angel ko dekh len ge lekin aap yeh mehsoos kar len ge ke perhaps i am</w:t>
      </w:r>
    </w:p>
    <w:p>
      <w:pPr>
        <w:jc w:val="right"/>
      </w:pPr>
      <w:r>
        <w:t>ڈیولپ مائنڈ اپ کا ہمارا اندر ہو ڈیولپ سپریچوٹی ہو تو ہم کہیں نہ کہیں اس کو محسوس کر لیں گے کہ ایسا تو نہیں کہ اپ خدا کو دیکھ لیں گے یا کہ اینجل کو دیکھ لیں گے لیکن اپ یہ محسوس کر لیں گے کہ پرہیپس ائی ایم</w:t>
      </w:r>
    </w:p>
    <w:p>
      <w:r>
        <w:rPr>
          <w:b/>
        </w:rPr>
        <w:t xml:space="preserve">[44:23] </w:t>
      </w:r>
      <w:r>
        <w:t>perhaps ke silsile</w:t>
      </w:r>
    </w:p>
    <w:p>
      <w:pPr>
        <w:jc w:val="right"/>
      </w:pPr>
      <w:r>
        <w:t>پرہیپس کے سلسلے</w:t>
      </w:r>
    </w:p>
    <w:p>
      <w:r>
        <w:rPr>
          <w:b/>
        </w:rPr>
        <w:t xml:space="preserve">[44:26] </w:t>
      </w:r>
      <w:r>
        <w:t>mein ke shayad main angel ke qareeb hoon aur Maulana kyunke yeh suntay aaye hain ke bohat early</w:t>
      </w:r>
    </w:p>
    <w:p>
      <w:pPr>
        <w:jc w:val="right"/>
      </w:pPr>
      <w:r>
        <w:t>میں کہ شاید میں اینجل کے قریب ہوں اور مولانا کیونکہ یہ سنتے ائے ہیں کہ بہت ارلی</w:t>
      </w:r>
    </w:p>
    <w:p>
      <w:r>
        <w:rPr>
          <w:b/>
        </w:rPr>
        <w:t xml:space="preserve">[44:35] </w:t>
      </w:r>
      <w:r>
        <w:t>morning aur fajar se pehle ya fajar ke waqt angels bohat zyada zameen mein hotay hain toh kyunke</w:t>
      </w:r>
    </w:p>
    <w:p>
      <w:pPr>
        <w:jc w:val="right"/>
      </w:pPr>
      <w:r>
        <w:t>مارننگ اور فجر سے پہلے یا فجر کے وقت اینجلس بہت زیادہ زمین میں ہوتے ہیں تو کیونکہ</w:t>
      </w:r>
    </w:p>
    <w:p>
      <w:r>
        <w:rPr>
          <w:b/>
        </w:rPr>
        <w:t xml:space="preserve">[44:43] </w:t>
      </w:r>
      <w:r>
        <w:t>aap ki conditioning hai toh aap ko lagta bhi hai aur aap jab dua mangte hain toh lagta</w:t>
      </w:r>
    </w:p>
    <w:p>
      <w:pPr>
        <w:jc w:val="right"/>
      </w:pPr>
      <w:r>
        <w:t>اپ کی کنڈیشننگ ہے تو اپ کو لگتا بھی ہے اور اپ جب دعا مانگتے ہیں تو لگتا</w:t>
      </w:r>
    </w:p>
    <w:p>
      <w:r>
        <w:rPr>
          <w:b/>
        </w:rPr>
        <w:t xml:space="preserve">[44:49] </w:t>
      </w:r>
      <w:r>
        <w:t>hai ke farishtay hain toh woh</w:t>
      </w:r>
    </w:p>
    <w:p>
      <w:pPr>
        <w:jc w:val="right"/>
      </w:pPr>
      <w:r>
        <w:t>ہے کہ فرشتے ہیں تو وہ</w:t>
      </w:r>
    </w:p>
    <w:p>
      <w:r>
        <w:rPr>
          <w:b/>
        </w:rPr>
        <w:t xml:space="preserve">[44:53] </w:t>
      </w:r>
      <w:r>
        <w:t>woh aap ko lag raha hi kafi hai samajh mein nahi aata</w:t>
      </w:r>
    </w:p>
    <w:p>
      <w:pPr>
        <w:jc w:val="right"/>
      </w:pPr>
      <w:r>
        <w:t>وہ اپ کو لگ رہا ہی کافی ہے سمجھ میں نہیں اتا</w:t>
      </w:r>
    </w:p>
    <w:p>
      <w:r>
        <w:rPr>
          <w:b/>
        </w:rPr>
        <w:t xml:space="preserve">[45:00] </w:t>
      </w:r>
      <w:r>
        <w:t>bhai mera toh aaj se nahi balkay bachpan se hi yeh adat hai ke subah ko main sawere</w:t>
      </w:r>
    </w:p>
    <w:p>
      <w:pPr>
        <w:jc w:val="right"/>
      </w:pPr>
      <w:r>
        <w:t>بھئی میرا تو اج سے نہیں بلکہ بچپن سے ہی یہ عادت ہے کہ صبح کو میں سویرے</w:t>
      </w:r>
    </w:p>
    <w:p>
      <w:r>
        <w:rPr>
          <w:b/>
        </w:rPr>
        <w:t xml:space="preserve">[45:11] </w:t>
      </w:r>
      <w:r>
        <w:t>uthta hoon fajar ki namaz parh kar bahar baith jata hoon</w:t>
      </w:r>
    </w:p>
    <w:p>
      <w:pPr>
        <w:jc w:val="right"/>
      </w:pPr>
      <w:r>
        <w:t>اٹھتا ہوں فجر کی نماز پڑھ کر باہر بیٹھ جاتا ہوں</w:t>
      </w:r>
    </w:p>
    <w:p>
      <w:r>
        <w:rPr>
          <w:b/>
        </w:rPr>
        <w:t xml:space="preserve">[45:18] </w:t>
      </w:r>
      <w:r>
        <w:t>aaj bhi aisa karta hoon main yeh bahar jahan drakht dikhaye jatay hain aur suraj ki pehli</w:t>
      </w:r>
    </w:p>
    <w:p>
      <w:pPr>
        <w:jc w:val="right"/>
      </w:pPr>
      <w:r>
        <w:t>اج بھی ایسا کرتا ہوں میں یہ باہر جہاں درخت دکھائے جاتے ہیں اور سورج کی پہلی</w:t>
      </w:r>
    </w:p>
    <w:p>
      <w:r>
        <w:rPr>
          <w:b/>
        </w:rPr>
        <w:t xml:space="preserve">[45:28] </w:t>
      </w:r>
      <w:r>
        <w:t>ujala dikhaya jata hai toh wahan mujhe</w:t>
      </w:r>
    </w:p>
    <w:p>
      <w:pPr>
        <w:jc w:val="right"/>
      </w:pPr>
      <w:r>
        <w:t>اجالا دکھایا جاتا ہے تو وہاں مجھے</w:t>
      </w:r>
    </w:p>
    <w:p>
      <w:r>
        <w:rPr>
          <w:b/>
        </w:rPr>
        <w:t xml:space="preserve">[45:33] </w:t>
      </w:r>
      <w:r>
        <w:t>kai baar yeh mehsoos hota hai ke main</w:t>
      </w:r>
    </w:p>
    <w:p>
      <w:pPr>
        <w:jc w:val="right"/>
      </w:pPr>
      <w:r>
        <w:t>کئی بار یہ محسوس ہوتا ہے کہ میں</w:t>
      </w:r>
    </w:p>
    <w:p>
      <w:r>
        <w:rPr>
          <w:b/>
        </w:rPr>
        <w:t xml:space="preserve">[45:39] </w:t>
      </w:r>
      <w:r>
        <w:t>farishaton ke qareeb pohanch gaya hoon ab yeh cheez aisi nahi hai ke main is ko mathematical</w:t>
      </w:r>
    </w:p>
    <w:p>
      <w:pPr>
        <w:jc w:val="right"/>
      </w:pPr>
      <w:r>
        <w:t>فرشتوں کے قریب پہنچ گیا ہوں اب یہ چیز ایسی نہیں ہے کہ میں اس کو میتھمیٹیکل</w:t>
      </w:r>
    </w:p>
    <w:p>
      <w:r>
        <w:rPr>
          <w:b/>
        </w:rPr>
        <w:t xml:space="preserve">[45:45] </w:t>
      </w:r>
      <w:r>
        <w:t>language mein prove kar sakoon lekin aisa mujhe mehsoos hota hai</w:t>
      </w:r>
    </w:p>
    <w:p>
      <w:pPr>
        <w:jc w:val="right"/>
      </w:pPr>
      <w:r>
        <w:t>لینگویج میں پروف کر سکوں لیکن ایسا مجھے محسوس ہوتا ہے</w:t>
      </w:r>
    </w:p>
    <w:p>
      <w:r>
        <w:rPr>
          <w:b/>
        </w:rPr>
        <w:t xml:space="preserve">[45:55] </w:t>
      </w:r>
      <w:r>
        <w:t>Maulana aik ah hamaray zehn mein bhi aik ah incident yaad aata hai hamein ah aur hum isi</w:t>
      </w:r>
    </w:p>
    <w:p>
      <w:pPr>
        <w:jc w:val="right"/>
      </w:pPr>
      <w:r>
        <w:t>مولانا ایک اہ ہمارے ذہن میں بھی ایک اہ انسیڈنٹ یاد اتا ہے ہمیں اہ اور ہم اسی</w:t>
      </w:r>
    </w:p>
    <w:p>
      <w:r>
        <w:rPr>
          <w:b/>
        </w:rPr>
        <w:t xml:space="preserve">[46:02] </w:t>
      </w:r>
      <w:r>
        <w:t>liye ah is angels ki presence ko acknowledge karna chahte hain class mein ah jo hamaray sath hua</w:t>
      </w:r>
    </w:p>
    <w:p>
      <w:pPr>
        <w:jc w:val="right"/>
      </w:pPr>
      <w:r>
        <w:t>لیے اہ اس اینجلس کی پریزنس کو ایکنالج کرنا چاہتے ہیں کلاس میں اہ جو ہمارے ساتھ ہوا</w:t>
      </w:r>
    </w:p>
    <w:p>
      <w:r>
        <w:rPr>
          <w:b/>
        </w:rPr>
        <w:t xml:space="preserve">[46:10] </w:t>
      </w:r>
      <w:r>
        <w:t>tha aik bari Maulana jab Mumbai terror attack hua tha 26/11 2008 mein toh jis hotel mein</w:t>
      </w:r>
    </w:p>
    <w:p>
      <w:pPr>
        <w:jc w:val="right"/>
      </w:pPr>
      <w:r>
        <w:t>تھا ایک باری مولانا جب ممبئی ٹیرر اٹیک ہوا تھا 26 الیون 2008 میں تو جس ہوٹل میں</w:t>
      </w:r>
    </w:p>
    <w:p>
      <w:r>
        <w:rPr>
          <w:b/>
        </w:rPr>
        <w:t xml:space="preserve">[46:18] </w:t>
      </w:r>
      <w:r>
        <w:t>attack hua tha Trident Oberoi wahan pe exactly aik saal ke baad unhon ne anniversary ke roop mein</w:t>
      </w:r>
    </w:p>
    <w:p>
      <w:pPr>
        <w:jc w:val="right"/>
      </w:pPr>
      <w:r>
        <w:t>اٹیک ہوا تھا ٹرائیڈنٹ اوبرائے وہاں پہ ایگزیکٹلی ایک سال کے بعد انہوں نے اینیورسری کے روپ میں</w:t>
      </w:r>
    </w:p>
    <w:p>
      <w:r>
        <w:rPr>
          <w:b/>
        </w:rPr>
        <w:t xml:space="preserve">[46:26] </w:t>
      </w:r>
      <w:r>
        <w:t>wahan pe aik program rakha tha koi international organization hai toh unhon ne aap ko invite kiya tha</w:t>
      </w:r>
    </w:p>
    <w:p>
      <w:pPr>
        <w:jc w:val="right"/>
      </w:pPr>
      <w:r>
        <w:t>وہاں پہ ایک پروگرام رکھا تھا کوئی انٹرنیشنل ارگنائزیشن ہے تو انہوں نے اپ کو انوائٹ کیا تھا</w:t>
      </w:r>
    </w:p>
    <w:p>
      <w:r>
        <w:rPr>
          <w:b/>
        </w:rPr>
        <w:t xml:space="preserve">[46:32] </w:t>
      </w:r>
      <w:r>
        <w:t>toh aap kisi wajah se nahi ja paye thay toh aap ne aik message likh ke diya tha</w:t>
      </w:r>
    </w:p>
    <w:p>
      <w:pPr>
        <w:jc w:val="right"/>
      </w:pPr>
      <w:r>
        <w:t>تو اپ کسی وجہ سے نہیں جا پائے تھے تو اپ نے ایک میسج لکھ کے دیا تھا</w:t>
      </w:r>
    </w:p>
    <w:p>
      <w:r>
        <w:rPr>
          <w:b/>
        </w:rPr>
        <w:t xml:space="preserve">[46:38] </w:t>
      </w:r>
      <w:r>
        <w:t>toh hum gaye thay us</w:t>
      </w:r>
    </w:p>
    <w:p>
      <w:pPr>
        <w:jc w:val="right"/>
      </w:pPr>
      <w:r>
        <w:t>تو ہم گئے تھے اس</w:t>
      </w:r>
    </w:p>
    <w:p>
      <w:r>
        <w:rPr>
          <w:b/>
        </w:rPr>
        <w:t xml:space="preserve">[46:40] </w:t>
      </w:r>
      <w:r>
        <w:t>program mein hamaray sath Jyoti bhi thi aur phir jab hum wahan program mein gaye toh Sajid bhai</w:t>
      </w:r>
    </w:p>
    <w:p>
      <w:pPr>
        <w:jc w:val="right"/>
      </w:pPr>
      <w:r>
        <w:t>پروگرام میں ہمارے ساتھ ستوتی بھی تھی اور پھر جب ہم وہاں پروگرام میں گئے تو ساجد بھائی</w:t>
      </w:r>
    </w:p>
    <w:p>
      <w:r>
        <w:rPr>
          <w:b/>
        </w:rPr>
        <w:t xml:space="preserve">[46:46] </w:t>
      </w:r>
      <w:r>
        <w:t>Mumbai se Javed bhai Mahboob bhai yeh bhi sath mein thay Mumbai team toh Maulana wahan program mein</w:t>
      </w:r>
    </w:p>
    <w:p>
      <w:pPr>
        <w:jc w:val="right"/>
      </w:pPr>
      <w:r>
        <w:t>ممبئی سے جاوید بھائی محبوب بھائی یہ بھی ساتھ میں تھے ممبئی ٹیم تو مولانا وہاں پروگرام میں</w:t>
      </w:r>
    </w:p>
    <w:p>
      <w:r>
        <w:rPr>
          <w:b/>
        </w:rPr>
        <w:t xml:space="preserve">[46:52] </w:t>
      </w:r>
      <w:r>
        <w:t>hum ne aap ka message parha tha us hotel mein aur Jewish leaders bhi aaye thay phir woh</w:t>
      </w:r>
    </w:p>
    <w:p>
      <w:pPr>
        <w:jc w:val="right"/>
      </w:pPr>
      <w:r>
        <w:t>ہم نے اپ کا میسج پڑھا تھا اس ہوٹل میں اور جیوش لیڈرز بھی ائے تھے پھر وہ</w:t>
      </w:r>
    </w:p>
    <w:p>
      <w:r>
        <w:rPr>
          <w:b/>
        </w:rPr>
        <w:t xml:space="preserve">[46:57] </w:t>
      </w:r>
      <w:r>
        <w:t>Shab House bhi gaye jahan pe attack hua tha toh jab wapas airport jana tha toh ah Maulana</w:t>
      </w:r>
    </w:p>
    <w:p>
      <w:pPr>
        <w:jc w:val="right"/>
      </w:pPr>
      <w:r>
        <w:t>شب ہاؤس بھی گئے جہاں پہ اٹیک ہوا تھا تو جب واپس ایئرپورٹ جانا تھا تو اہ مولانا</w:t>
      </w:r>
    </w:p>
    <w:p>
      <w:r>
        <w:rPr>
          <w:b/>
        </w:rPr>
        <w:t xml:space="preserve">[47:04] </w:t>
      </w:r>
      <w:r>
        <w:t>boht late ho gaye thay to airport jaisay hi auto nay drop karaya humain to ah time boht</w:t>
      </w:r>
    </w:p>
    <w:p>
      <w:pPr>
        <w:jc w:val="right"/>
      </w:pPr>
      <w:r>
        <w:t>بہت لیٹ ہو گئے تھے تو ایئرپورٹ جیسے ہی اٹو نے ڈراپ کرا ہمیں تو اہ ٹائم بہت</w:t>
      </w:r>
    </w:p>
    <w:p>
      <w:r>
        <w:rPr>
          <w:b/>
        </w:rPr>
        <w:t xml:space="preserve">[47:13] </w:t>
      </w:r>
      <w:r>
        <w:t>hi kam tha to pata chala wo gate ghlt tha to us time pe aisay laga k flight</w:t>
      </w:r>
    </w:p>
    <w:p>
      <w:pPr>
        <w:jc w:val="right"/>
      </w:pPr>
      <w:r>
        <w:t>ہی کم تھا تو پتہ چلا وہ گیٹ غلط تھا تو اس ٹائم پہ ایسے لگا کہ فلائٹ</w:t>
      </w:r>
    </w:p>
    <w:p>
      <w:r>
        <w:rPr>
          <w:b/>
        </w:rPr>
        <w:t xml:space="preserve">[47:18] </w:t>
      </w:r>
      <w:r>
        <w:t>bilkul miss hi ho jaye gi flight to ah lekin aik itminan tha dil mein k aaj islam</w:t>
      </w:r>
    </w:p>
    <w:p>
      <w:pPr>
        <w:jc w:val="right"/>
      </w:pPr>
      <w:r>
        <w:t>بالکل مس ہی ہو جائے گی فلائٹ تو اہ لیکن ایک اطمینان تھا دل میں کہ اج اسلام</w:t>
      </w:r>
    </w:p>
    <w:p>
      <w:r>
        <w:rPr>
          <w:b/>
        </w:rPr>
        <w:t xml:space="preserve">[47:25] </w:t>
      </w:r>
      <w:r>
        <w:t>ko sahi represent kiya hai wahan pe to pata nahi kaisay molana aik peechay say aik auto agya</w:t>
      </w:r>
    </w:p>
    <w:p>
      <w:pPr>
        <w:jc w:val="right"/>
      </w:pPr>
      <w:r>
        <w:t>کو صحیح ریپریزنٹ کیا ہے وہاں پہ تو پتہ نہیں کیسے مولانا ایک پیچھے سے ایک اٹو اگیا</w:t>
      </w:r>
    </w:p>
    <w:p>
      <w:r>
        <w:rPr>
          <w:b/>
        </w:rPr>
        <w:t xml:space="preserve">[47:32] </w:t>
      </w:r>
      <w:r>
        <w:t>jo unexpected tha aur hum nay usay kaha k doosray gate pe humain jana tha aap pohancha</w:t>
      </w:r>
    </w:p>
    <w:p>
      <w:pPr>
        <w:jc w:val="right"/>
      </w:pPr>
      <w:r>
        <w:t>جو ان ایکسپیکٹڈ تھا اور ہم نے اسے کہا کہ دوسرے گیٹ پہ ہمیں جانا تھا اپ پہنچا</w:t>
      </w:r>
    </w:p>
    <w:p>
      <w:r>
        <w:rPr>
          <w:b/>
        </w:rPr>
        <w:t xml:space="preserve">[47:38] </w:t>
      </w:r>
      <w:r>
        <w:t>sakty hain to wo ah wo auto lay k humain doosray gate pe us nay drop kar diya</w:t>
      </w:r>
    </w:p>
    <w:p>
      <w:pPr>
        <w:jc w:val="right"/>
      </w:pPr>
      <w:r>
        <w:t>سکتے ہیں تو وہ اہ وہ اٹو لے کے ہمیں دوسرے گیٹ پہ اس نے ڈراپ کر دیا</w:t>
      </w:r>
    </w:p>
    <w:p>
      <w:r>
        <w:rPr>
          <w:b/>
        </w:rPr>
        <w:t xml:space="preserve">[47:44] </w:t>
      </w:r>
      <w:r>
        <w:t>jis mein kuch ath das minute lagay agar ah paidal jatay to flight pakka miss ho jati to</w:t>
      </w:r>
    </w:p>
    <w:p>
      <w:pPr>
        <w:jc w:val="right"/>
      </w:pPr>
      <w:r>
        <w:t>جس میں کچھ اٹھ دس منٹ لگے اگر اہ پیدل جاتے تو فلائٹ پکا مس ہو جاتی تو</w:t>
      </w:r>
    </w:p>
    <w:p>
      <w:r>
        <w:rPr>
          <w:b/>
        </w:rPr>
        <w:t xml:space="preserve">[47:50] </w:t>
      </w:r>
      <w:r>
        <w:t>jab auto say utray hum to harrbarahat mein paisay bhi nahi mil rahay thay to hum paisay dhoond</w:t>
      </w:r>
    </w:p>
    <w:p>
      <w:pPr>
        <w:jc w:val="right"/>
      </w:pPr>
      <w:r>
        <w:t>جب اٹو سے اترے ہم تو ہڑبڑاہٹ میں پیسے بھی نہیں مل رہے تھے تو ہم پیسے ڈھونڈ</w:t>
      </w:r>
    </w:p>
    <w:p>
      <w:r>
        <w:rPr>
          <w:b/>
        </w:rPr>
        <w:t xml:space="preserve">[47:56] </w:t>
      </w:r>
      <w:r>
        <w:t>rahay thay to auto walay nay bari ajeeb cheez boli uss nay kaha k nahi nahi rehne dijiyay</w:t>
      </w:r>
    </w:p>
    <w:p>
      <w:pPr>
        <w:jc w:val="right"/>
      </w:pPr>
      <w:r>
        <w:t>رہے تھے تو اٹو والے نے بڑی عجیب چیز بولی اس نے کہا کہ نہیں نہیں رہنے دیجئے</w:t>
      </w:r>
    </w:p>
    <w:p>
      <w:r>
        <w:rPr>
          <w:b/>
        </w:rPr>
        <w:t xml:space="preserve">[47:59] </w:t>
      </w:r>
      <w:r>
        <w:t>paisay mat dijiyay to humain baad mein jab hum nay socha humain bara taajjub hua k kon sa</w:t>
      </w:r>
    </w:p>
    <w:p>
      <w:pPr>
        <w:jc w:val="right"/>
      </w:pPr>
      <w:r>
        <w:t>پیسے مت دیجئے تو ہمیں بعد میں جب ہم نے سوچا ہمیں بڑا تعجب ہوا کہ کون سا</w:t>
      </w:r>
    </w:p>
    <w:p>
      <w:r>
        <w:rPr>
          <w:b/>
        </w:rPr>
        <w:t xml:space="preserve">[48:05] </w:t>
      </w:r>
      <w:r>
        <w:t>auto wala apna paisay nahi mangay ga kahan say aik dam say agya wo aur uska drop</w:t>
      </w:r>
    </w:p>
    <w:p>
      <w:pPr>
        <w:jc w:val="right"/>
      </w:pPr>
      <w:r>
        <w:t>اٹو والا اپنا پیسے نہیں مانگے گا کہاں سے ایک دم سے اگیا وہ اور اس کا ڈراپ</w:t>
      </w:r>
    </w:p>
    <w:p>
      <w:r>
        <w:rPr>
          <w:b/>
        </w:rPr>
        <w:t xml:space="preserve">[48:11] </w:t>
      </w:r>
      <w:r>
        <w:t>karna hum hum dono ko aur aik dam last minute mein flight jo hai hum pakar payein to</w:t>
      </w:r>
    </w:p>
    <w:p>
      <w:pPr>
        <w:jc w:val="right"/>
      </w:pPr>
      <w:r>
        <w:t>کرنا ہم ہم دونوں کو اور ایک دم لاسٹ منٹ میں فلائٹ جو ہے ہم پکڑ پائیں تو</w:t>
      </w:r>
    </w:p>
    <w:p>
      <w:r>
        <w:rPr>
          <w:b/>
        </w:rPr>
        <w:t xml:space="preserve">[48:18] </w:t>
      </w:r>
      <w:r>
        <w:t>humain wohi lag raha tha k wo ah bana kisi shubah wo angels hi thay jo ah help</w:t>
      </w:r>
    </w:p>
    <w:p>
      <w:pPr>
        <w:jc w:val="right"/>
      </w:pPr>
      <w:r>
        <w:t>ہمیں وہی لگ رہا تھا کہ وہ اہ بنا کسی شبہ وہ اینجلز ہی تھے جو اہ ہیلپ</w:t>
      </w:r>
    </w:p>
    <w:p>
      <w:r>
        <w:rPr>
          <w:b/>
        </w:rPr>
        <w:t xml:space="preserve">[48:25] </w:t>
      </w:r>
      <w:r>
        <w:t>peh agaye to molana aik question hamaray mind mein yeh bhi aata hai kyun k yeh boht hi aisa</w:t>
      </w:r>
    </w:p>
    <w:p>
      <w:pPr>
        <w:jc w:val="right"/>
      </w:pPr>
      <w:r>
        <w:t>پہ اگئے تو مولانا ایک کوئسچن ہمارے مائنڈ میں یہ بھی اتا ہے کیونکہ یہ بہت ہی ایسا</w:t>
      </w:r>
    </w:p>
    <w:p>
      <w:r>
        <w:rPr>
          <w:b/>
        </w:rPr>
        <w:t xml:space="preserve">[48:30] </w:t>
      </w:r>
      <w:r>
        <w:t>incident hai jo hamaray zehn mein garh chuka hai ah angels ki help ka k kya angels tabhi</w:t>
      </w:r>
    </w:p>
    <w:p>
      <w:pPr>
        <w:jc w:val="right"/>
      </w:pPr>
      <w:r>
        <w:t>انسیڈنٹ ہے جو ہمارے ذہن میں گڑھ چکا ہے اہ اینجلس کی ہیلپ کا کہ کیا اینجلس تبھی</w:t>
      </w:r>
    </w:p>
    <w:p>
      <w:r>
        <w:rPr>
          <w:b/>
        </w:rPr>
        <w:t xml:space="preserve">[48:37] </w:t>
      </w:r>
      <w:r>
        <w:t>help karengay hum sab ki jab hum ah ah dawat k liye kharay hongay</w:t>
      </w:r>
    </w:p>
    <w:p>
      <w:pPr>
        <w:jc w:val="right"/>
      </w:pPr>
      <w:r>
        <w:t>ہیلپ کریں گے ہم سب کی جب ہم اہ اہ دعوت کے لیے کھڑے ہوں گے</w:t>
      </w:r>
    </w:p>
    <w:p>
      <w:r>
        <w:rPr>
          <w:b/>
        </w:rPr>
        <w:t xml:space="preserve">[48:44] </w:t>
      </w:r>
      <w:r>
        <w:t>kya yeh zaroori hai k hum dawat ka kaam karein tabhi farishtay humain har mor pe help karne</w:t>
      </w:r>
    </w:p>
    <w:p>
      <w:pPr>
        <w:jc w:val="right"/>
      </w:pPr>
      <w:r>
        <w:t>کیا یہ ضروری ہے کہ ہم دعوت کا کام کریں تبھی فرشتے ہمیں ہر موڑ پہ ہیلپ کرنے</w:t>
      </w:r>
    </w:p>
    <w:p>
      <w:r>
        <w:rPr>
          <w:b/>
        </w:rPr>
        <w:t xml:space="preserve">[48:51] </w:t>
      </w:r>
      <w:r>
        <w:t>k liye tayyar hongay</w:t>
      </w:r>
    </w:p>
    <w:p>
      <w:pPr>
        <w:jc w:val="right"/>
      </w:pPr>
      <w:r>
        <w:t>کے لیے تیار ہوں گے</w:t>
      </w:r>
    </w:p>
    <w:p>
      <w:r>
        <w:rPr>
          <w:b/>
        </w:rPr>
        <w:t xml:space="preserve">[48:56] </w:t>
      </w:r>
      <w:r>
        <w:t>bhai yeh toh guess ki baatein hain kyunke hamare paas kisi ke paas</w:t>
      </w:r>
    </w:p>
    <w:p>
      <w:pPr>
        <w:jc w:val="right"/>
      </w:pPr>
      <w:r>
        <w:t>بھئی یہ تو گیس کی باتیں ہیں کیونکہ ہمارے پاس کسی کے پاس</w:t>
      </w:r>
    </w:p>
    <w:p>
      <w:r>
        <w:rPr>
          <w:b/>
        </w:rPr>
        <w:t xml:space="preserve">[49:04] </w:t>
      </w:r>
      <w:r>
        <w:t>koi certificate certainty ke bare mein koi hamare paas koi ilm nahi hai yeh sirf guess hai hum nahi keh sakte ke bhai.</w:t>
      </w:r>
    </w:p>
    <w:p>
      <w:pPr>
        <w:jc w:val="right"/>
      </w:pPr>
      <w:r>
        <w:t>کوئی سرٹیفیکیٹ سرٹیزٹی کے بارے میں کوئی ہمارے پاس کوئی علم نہیں ہے یہ صرف گیس ہے ہم نہیں کہہ سکتے کہ بھئی.</w:t>
      </w:r>
    </w:p>
    <w:p>
      <w:r>
        <w:rPr>
          <w:b/>
        </w:rPr>
        <w:t xml:space="preserve">[49:17] </w:t>
      </w:r>
      <w:r>
        <w:t>molana quran mein aata hai k ah ah ghazwa-e-uhud k mauqa par k baray mein k baray</w:t>
      </w:r>
    </w:p>
    <w:p>
      <w:pPr>
        <w:jc w:val="right"/>
      </w:pPr>
      <w:r>
        <w:t>مولانا قران میں اتا ہے کہ اہ اہ غزوہ احد کے موقع پر کے بارے میں کے بارے</w:t>
      </w:r>
    </w:p>
    <w:p>
      <w:r>
        <w:rPr>
          <w:b/>
        </w:rPr>
        <w:t xml:space="preserve">[49:24] </w:t>
      </w:r>
      <w:r>
        <w:t>mein aata hai k us waqt Allah taala nay itminan ka nazool kiya tha</w:t>
      </w:r>
    </w:p>
    <w:p>
      <w:pPr>
        <w:jc w:val="right"/>
      </w:pPr>
      <w:r>
        <w:t>میں اتا ہے کہ اس وقت اللہ تعالی نے اطمینان کا نزول کیا تھا</w:t>
      </w:r>
    </w:p>
    <w:p>
      <w:r>
        <w:rPr>
          <w:b/>
        </w:rPr>
        <w:t xml:space="preserve">[49:31] </w:t>
      </w:r>
      <w:r>
        <w:t>ya sakina ka nazool kiya tha isi tarah hadith mein bhi aata hai k aik sahabi raat</w:t>
      </w:r>
    </w:p>
    <w:p>
      <w:pPr>
        <w:jc w:val="right"/>
      </w:pPr>
      <w:r>
        <w:t>یا سکینت کا نزول کیا تھا اسی طریقے سے حدیث میں بھی اتا ہے کہ ایک صحابی رات</w:t>
      </w:r>
    </w:p>
    <w:p>
      <w:r>
        <w:rPr>
          <w:b/>
        </w:rPr>
        <w:t xml:space="preserve">[49:37] </w:t>
      </w:r>
      <w:r>
        <w:t>ko quran parh rahay thay to us waqt koi white si cheez aayi aur jaisay hi quran parhte</w:t>
      </w:r>
    </w:p>
    <w:p>
      <w:pPr>
        <w:jc w:val="right"/>
      </w:pPr>
      <w:r>
        <w:t>کو قران پڑھ رہے تھے تو اس وقت کوئی وائٹ سی چیز ائی اور جیسے ہی قران پڑھتے</w:t>
      </w:r>
    </w:p>
    <w:p>
      <w:r>
        <w:rPr>
          <w:b/>
        </w:rPr>
        <w:t xml:space="preserve">[49:43] </w:t>
      </w:r>
      <w:r>
        <w:t>to wo neechay aati jati thi to us waqt ghorey paas mein bandhay hue thay wo badaknay lagay</w:t>
      </w:r>
    </w:p>
    <w:p>
      <w:pPr>
        <w:jc w:val="right"/>
      </w:pPr>
      <w:r>
        <w:t>تو وہ نیچے اتی جاتی تھی تو اس وقت گھوڑے پاس میں بندھے ہوئے تھے وہ بدکنے لگے</w:t>
      </w:r>
    </w:p>
    <w:p>
      <w:r>
        <w:rPr>
          <w:b/>
        </w:rPr>
        <w:t xml:space="preserve">[49:49] </w:t>
      </w:r>
      <w:r>
        <w:t>thay to us dar say us unhon nay chhod diya tha subah ko rasool Allah salallaho alaihi</w:t>
      </w:r>
    </w:p>
    <w:p>
      <w:pPr>
        <w:jc w:val="right"/>
      </w:pPr>
      <w:r>
        <w:t>تھے تو اس ڈر سے اس انہوں نے چھوڑ دیا تھا صبح کو رسول اللہ صلی اللہ علیہ</w:t>
      </w:r>
    </w:p>
    <w:p>
      <w:r>
        <w:rPr>
          <w:b/>
        </w:rPr>
        <w:t xml:space="preserve">[49:53] </w:t>
      </w:r>
      <w:r>
        <w:t>wasallam say us sahabi nay ah us waqay ka zikr kiya to unhon nay kaha k yeh sakina</w:t>
      </w:r>
    </w:p>
    <w:p>
      <w:pPr>
        <w:jc w:val="right"/>
      </w:pPr>
      <w:r>
        <w:t>وسلم سے اس صحابی نے اہ اس واقعے کا ذکر کیا تو انہوں نے کہا کہ یہ سکینت</w:t>
      </w:r>
    </w:p>
    <w:p>
      <w:r>
        <w:rPr>
          <w:b/>
        </w:rPr>
        <w:t xml:space="preserve">[50:00] </w:t>
      </w:r>
      <w:r>
        <w:t>tha agar tum parhte to din</w:t>
      </w:r>
    </w:p>
    <w:p>
      <w:pPr>
        <w:jc w:val="right"/>
      </w:pPr>
      <w:r>
        <w:t>تھا اگر تم پڑھتے تو دن</w:t>
      </w:r>
    </w:p>
    <w:p>
      <w:r>
        <w:rPr>
          <w:b/>
        </w:rPr>
        <w:t xml:space="preserve">[50:02] </w:t>
      </w:r>
      <w:r>
        <w:t>ko log dekhte hain woh waise hi rehte hain toh yeh sakinah ka jo ah zikr aaya hai Quran mein ya Hadees mein kya yeh cheez hai ke farishtey aati isi waqt aata hai ya is ke ilawa bhi aata hai bhai mein toh yeh sochta hoon ke sakinah se murad angel hai farishta hai sakinah koi alag cheez nahi hai</w:t>
      </w:r>
    </w:p>
    <w:p>
      <w:pPr>
        <w:jc w:val="right"/>
      </w:pPr>
      <w:r>
        <w:t>کو لوگ دیکھتے ہیں وہ ویسے ہی رہتے ہیں تو یہ سکینت کا جو اہ ذکر ایا ہے قران میں یا حدیث میں کیا یہ چیز ہے کہ فرشتے اتی اسی وقت اتا ہے یا اس کے علاوہ بھی اتا ہے بھئی میں تو یہ سوچتا ہوں کہ سکینت سے مراد اینجل ہے فرشتہ ہے سکینت کوئی الگ چیز نہیں ہے</w:t>
      </w:r>
    </w:p>
    <w:p>
      <w:r>
        <w:rPr>
          <w:b/>
        </w:rPr>
        <w:t xml:space="preserve">[50:27] </w:t>
      </w:r>
      <w:r>
        <w:t>farishton ki shakal mein</w:t>
      </w:r>
    </w:p>
    <w:p>
      <w:pPr>
        <w:jc w:val="right"/>
      </w:pPr>
      <w:r>
        <w:t>فرشتوں کی شکل میں</w:t>
      </w:r>
    </w:p>
    <w:p>
      <w:r>
        <w:rPr>
          <w:b/>
        </w:rPr>
        <w:t xml:space="preserve">[50:31] </w:t>
      </w:r>
      <w:r>
        <w:t>piece of mind insaan ko utarta hai toh woh wahan jo hamare aur us ke beech mein jo hota hai woh woh angel hota hai</w:t>
      </w:r>
    </w:p>
    <w:p>
      <w:pPr>
        <w:jc w:val="right"/>
      </w:pPr>
      <w:r>
        <w:t>پیس اف بائن انسان کو اترتا ہے تو وہ وہاں جو ہمارے اور اس کے بیچ میں جو ہوتا ہے وہ وہ اینجل ہوتا ہے</w:t>
      </w:r>
    </w:p>
    <w:p>
      <w:r>
        <w:rPr>
          <w:b/>
        </w:rPr>
        <w:t xml:space="preserve">[50:50] </w:t>
      </w:r>
      <w:r>
        <w:t>Maulana in today's talk I could understand that you had a lot of experiences with angels but but was there any time when you felt that God was addressing you directly abhi kal kal mujhe aisa aisa wahi kai baar hua hai</w:t>
      </w:r>
    </w:p>
    <w:p>
      <w:pPr>
        <w:jc w:val="right"/>
      </w:pPr>
      <w:r>
        <w:t>مولانا ان ٹوڈے ٹاک ائی کڈ انڈرسٹینڈ دیٹ یو ہیڈ ا لاٹ اف ایکسپیرینسز ود اینجلس بس بٹ اہ واز دیر اینی ٹائم وین یو فیل دیٹ گاڈ واز ایڈریسنگ یو ڈائریکٹلی ابھی کل کل مجھے ایسا ایسا وہی کئی بار ہوا ہے</w:t>
      </w:r>
    </w:p>
    <w:p>
      <w:r>
        <w:rPr>
          <w:b/>
        </w:rPr>
        <w:t xml:space="preserve">[51:17] </w:t>
      </w:r>
      <w:r>
        <w:t>kal aisa hua ke mujhe</w:t>
      </w:r>
    </w:p>
    <w:p>
      <w:pPr>
        <w:jc w:val="right"/>
      </w:pPr>
      <w:r>
        <w:t>کل ایسا ہوا کہ مجھے</w:t>
      </w:r>
    </w:p>
    <w:p>
      <w:r>
        <w:rPr>
          <w:b/>
        </w:rPr>
        <w:t xml:space="preserve">[51:24] </w:t>
      </w:r>
      <w:r>
        <w:t>mein ne aam khaya kal</w:t>
      </w:r>
    </w:p>
    <w:p>
      <w:pPr>
        <w:jc w:val="right"/>
      </w:pPr>
      <w:r>
        <w:t>میں نے ام کھایا کل</w:t>
      </w:r>
    </w:p>
    <w:p>
      <w:r>
        <w:rPr>
          <w:b/>
        </w:rPr>
        <w:t xml:space="preserve">[51:31] </w:t>
      </w:r>
      <w:r>
        <w:t>aur aam ke bare mein mango mango ke bare mein maine parha tha</w:t>
      </w:r>
    </w:p>
    <w:p>
      <w:pPr>
        <w:jc w:val="right"/>
      </w:pPr>
      <w:r>
        <w:t>اور ماں ام کے بارے میں مینگو مینگو کے بارے میں میں نے پڑھا تھا</w:t>
      </w:r>
    </w:p>
    <w:p>
      <w:r>
        <w:rPr>
          <w:b/>
        </w:rPr>
        <w:t xml:space="preserve">[51:39] </w:t>
      </w:r>
      <w:r>
        <w:t>ke phal toh bohat saare hain</w:t>
      </w:r>
    </w:p>
    <w:p>
      <w:pPr>
        <w:jc w:val="right"/>
      </w:pPr>
      <w:r>
        <w:t>کہ پھل تو بہت سارے ہیں</w:t>
      </w:r>
    </w:p>
    <w:p>
      <w:r>
        <w:rPr>
          <w:b/>
        </w:rPr>
        <w:t xml:space="preserve">[51:48] </w:t>
      </w:r>
      <w:r>
        <w:t>lekin number one phal mango hai</w:t>
      </w:r>
    </w:p>
    <w:p>
      <w:pPr>
        <w:jc w:val="right"/>
      </w:pPr>
      <w:r>
        <w:t>لیکن نمبر ون پھل مینگو ہے</w:t>
      </w:r>
    </w:p>
    <w:p>
      <w:r>
        <w:rPr>
          <w:b/>
        </w:rPr>
        <w:t xml:space="preserve">[51:56] </w:t>
      </w:r>
      <w:r>
        <w:t>number one phal jo hai mango hai</w:t>
      </w:r>
    </w:p>
    <w:p>
      <w:pPr>
        <w:jc w:val="right"/>
      </w:pPr>
      <w:r>
        <w:t>نمبر ون پھل جو ہے مینگو ہے</w:t>
      </w:r>
    </w:p>
    <w:p>
      <w:r>
        <w:rPr>
          <w:b/>
        </w:rPr>
        <w:t xml:space="preserve">[52:02] </w:t>
      </w:r>
      <w:r>
        <w:t>toh kal ek ajeeb tajurba mujhe hua ke woh mango khate hue bohat test tha woh mujhe hansi hansi aa gayi aisa kabhi hua nahi tha mujhe is ke is ke test pe hansi aa gayi ke Khuda ne aisa test paida kiya insaan ke liye yani jis ko kehte hain khushi ka</w:t>
      </w:r>
    </w:p>
    <w:p>
      <w:pPr>
        <w:jc w:val="right"/>
      </w:pPr>
      <w:r>
        <w:t>تو کل ایک عجیب تجربہ مجھے ہوا کہ وہ مینگو کھاتے ہوئے بہت ٹیسٹ تھا وہ مجھے ہنسی ہنسی ا گئی ایسا کبھی ہوا نہیں تھا مجھے اس کے اس کے ٹیسٹ پہ ہنسی ا گئی کہ خدا نے ایسا ٹیسٹ پیدا کیا انسان کے لیے یعنی جس کو کہتے ہیں خوشی کا</w:t>
      </w:r>
    </w:p>
    <w:p>
      <w:r>
        <w:rPr>
          <w:b/>
        </w:rPr>
        <w:t xml:space="preserve">[52:32] </w:t>
      </w:r>
      <w:r>
        <w:t>khushi ka tajurba to itna zyada mujhe</w:t>
      </w:r>
    </w:p>
    <w:p>
      <w:pPr>
        <w:jc w:val="right"/>
      </w:pPr>
      <w:r>
        <w:t>خوشی کا تجربہ تو اتنا زیادہ مجھے</w:t>
      </w:r>
    </w:p>
    <w:p>
      <w:r>
        <w:rPr>
          <w:b/>
        </w:rPr>
        <w:t xml:space="preserve">[52:37] </w:t>
      </w:r>
      <w:r>
        <w:t>is par khushi hui ke khuda ne insaan ke liye</w:t>
      </w:r>
    </w:p>
    <w:p>
      <w:pPr>
        <w:jc w:val="right"/>
      </w:pPr>
      <w:r>
        <w:t>اس پر خوشی ہوئی کہ خدا نے انسان کے لیے</w:t>
      </w:r>
    </w:p>
    <w:p>
      <w:r>
        <w:rPr>
          <w:b/>
        </w:rPr>
        <w:t xml:space="preserve">[52:43] </w:t>
      </w:r>
      <w:r>
        <w:t>aisi cheez paida ki hai to zindagi mein pehli baar mujhe aisa hua ke</w:t>
      </w:r>
    </w:p>
    <w:p>
      <w:pPr>
        <w:jc w:val="right"/>
      </w:pPr>
      <w:r>
        <w:t>ایسی چیز پیدا کی ہے تو زندگی میں پہلی بار مجھے ایسا ہوا کہ</w:t>
      </w:r>
    </w:p>
    <w:p>
      <w:r>
        <w:rPr>
          <w:b/>
        </w:rPr>
        <w:t xml:space="preserve">[52:49] </w:t>
      </w:r>
      <w:r>
        <w:t>ke kisi koi bohat cheez hai testy cheez khate hue hansi aa jaye ye kal pehli baar hua</w:t>
      </w:r>
    </w:p>
    <w:p>
      <w:pPr>
        <w:jc w:val="right"/>
      </w:pPr>
      <w:r>
        <w:t>کہ کسی کوئی بہت چیز ہے ٹیسٹی چیز کھاتے ہوئے ہنسی ا جائے یہ کل پہلی بار ہوا</w:t>
      </w:r>
    </w:p>
    <w:p>
      <w:r>
        <w:rPr>
          <w:b/>
        </w:rPr>
        <w:t xml:space="preserve">[52:57] </w:t>
      </w:r>
      <w:r>
        <w:t>tha mujhe</w:t>
      </w:r>
    </w:p>
    <w:p>
      <w:pPr>
        <w:jc w:val="right"/>
      </w:pPr>
      <w:r>
        <w:t>تھا مجھے</w:t>
      </w:r>
    </w:p>
    <w:p>
      <w:r>
        <w:rPr>
          <w:b/>
        </w:rPr>
        <w:t xml:space="preserve">[53:02] </w:t>
      </w:r>
      <w:r>
        <w:t>to main to samajhta hoon ke wo isi qism ka tajurba tha mujhe direct to is tareeqe ka</w:t>
      </w:r>
    </w:p>
    <w:p>
      <w:pPr>
        <w:jc w:val="right"/>
      </w:pPr>
      <w:r>
        <w:t>تو میں تو سمجھتا ہوں کہ وہ اسی قسم کا تجربہ تھا مجھے ڈائریکٹ تو اس طریقے کا</w:t>
      </w:r>
    </w:p>
    <w:p>
      <w:r>
        <w:rPr>
          <w:b/>
        </w:rPr>
        <w:t xml:space="preserve">[53:10] </w:t>
      </w:r>
      <w:r>
        <w:t>firishton ka tajurba</w:t>
      </w:r>
    </w:p>
    <w:p>
      <w:pPr>
        <w:jc w:val="right"/>
      </w:pPr>
      <w:r>
        <w:t>فرشتوں کا تجربہ</w:t>
      </w:r>
    </w:p>
    <w:p>
      <w:r>
        <w:rPr>
          <w:b/>
        </w:rPr>
        <w:t xml:space="preserve">[53:14] </w:t>
      </w:r>
      <w:r>
        <w:t>is tarah lasting nahi hua hai bohat hi temporary si feeling kabhi kabhi aati hai lekin bohat temporary</w:t>
      </w:r>
    </w:p>
    <w:p>
      <w:pPr>
        <w:jc w:val="right"/>
      </w:pPr>
      <w:r>
        <w:t>اس طرح لاسٹنگ نہیں ہوا ہے بہت ہی ٹیمپرری سی فیلنگ کبھی کبھی اتی ہے لیکن بہت ٹیمپرری</w:t>
      </w:r>
    </w:p>
    <w:p>
      <w:r>
        <w:rPr>
          <w:b/>
        </w:rPr>
        <w:t xml:space="preserve">[53:21] </w:t>
      </w:r>
      <w:r>
        <w:t>hoti hai lekin ek baat jo meri samajh mein aati hai aur jo wo sab ke liye hoti</w:t>
      </w:r>
    </w:p>
    <w:p>
      <w:pPr>
        <w:jc w:val="right"/>
      </w:pPr>
      <w:r>
        <w:t>ہوتی ہے لیکن ایک بات جو میری سمجھ میں اتی ہے اور جو وہ سب کے لیے ہوتی</w:t>
      </w:r>
    </w:p>
    <w:p>
      <w:r>
        <w:rPr>
          <w:b/>
        </w:rPr>
        <w:t xml:space="preserve">[53:27] </w:t>
      </w:r>
      <w:r>
        <w:t>hai lekin log itna realize is ko nahi kar paate hain shayad to ke hum logon ka koi</w:t>
      </w:r>
    </w:p>
    <w:p>
      <w:pPr>
        <w:jc w:val="right"/>
      </w:pPr>
      <w:r>
        <w:t>ہے لیکن لوگ اتنا ریلائز اس کو نہیں کر پاتے ہیں شاید تو کہ ہم لوگوں کا کوئی</w:t>
      </w:r>
    </w:p>
    <w:p>
      <w:r>
        <w:rPr>
          <w:b/>
        </w:rPr>
        <w:t xml:space="preserve">[53:35] </w:t>
      </w:r>
      <w:r>
        <w:t>bhi kaam hota hai aur kai baar aisa hota hai ke wo kaam mushkil hota hai aur hamare</w:t>
      </w:r>
    </w:p>
    <w:p>
      <w:pPr>
        <w:jc w:val="right"/>
      </w:pPr>
      <w:r>
        <w:t>بھی کام ہوتا ہے اور کئی بار ایسا ہوتا ہے کہ وہ کام مشکل ہوتا ہے اور ہمارے</w:t>
      </w:r>
    </w:p>
    <w:p>
      <w:r>
        <w:rPr>
          <w:b/>
        </w:rPr>
        <w:t xml:space="preserve">[53:40] </w:t>
      </w:r>
      <w:r>
        <w:t>jo resources hain us se wo nahi ho pata hai to achaanak lagta hai ke kisi ke dil</w:t>
      </w:r>
    </w:p>
    <w:p>
      <w:pPr>
        <w:jc w:val="right"/>
      </w:pPr>
      <w:r>
        <w:t>جو ریسورسز ہیں اس سے وہ نہیں ہو پاتا ہے تو اچانک لگتا ہے کہ کسی کے دل</w:t>
      </w:r>
    </w:p>
    <w:p>
      <w:r>
        <w:rPr>
          <w:b/>
        </w:rPr>
        <w:t xml:space="preserve">[53:45] </w:t>
      </w:r>
      <w:r>
        <w:t>mein Allah ne daal diya</w:t>
      </w:r>
    </w:p>
    <w:p>
      <w:pPr>
        <w:jc w:val="right"/>
      </w:pPr>
      <w:r>
        <w:t>میں اللہ نے ڈال دیا</w:t>
      </w:r>
    </w:p>
    <w:p>
      <w:r>
        <w:rPr>
          <w:b/>
        </w:rPr>
        <w:t xml:space="preserve">[53:48] </w:t>
      </w:r>
      <w:r>
        <w:t>to Allah direct to dalta nahi firishton ke zariye se ye sab kaam hote hain to achaanak kisi</w:t>
      </w:r>
    </w:p>
    <w:p>
      <w:pPr>
        <w:jc w:val="right"/>
      </w:pPr>
      <w:r>
        <w:t>تو اللہ ڈائریکٹ تو ڈالتا نہیں فرشتوں کے ذریعے سے یہ سب کام ہوتے ہیں تو اچانک کسی</w:t>
      </w:r>
    </w:p>
    <w:p>
      <w:r>
        <w:rPr>
          <w:b/>
        </w:rPr>
        <w:t xml:space="preserve">[53:55] </w:t>
      </w:r>
      <w:r>
        <w:t>ke dil mein wo baat aa jati hai aur wo kaam kar deta hai ye shuru se main</w:t>
      </w:r>
    </w:p>
    <w:p>
      <w:pPr>
        <w:jc w:val="right"/>
      </w:pPr>
      <w:r>
        <w:t>کے دل میں وہ بات ا جاتی ہے اور وہ کام کر دیتا ہے یہ شروع سے میں</w:t>
      </w:r>
    </w:p>
    <w:p>
      <w:r>
        <w:rPr>
          <w:b/>
        </w:rPr>
        <w:t xml:space="preserve">[53:59] </w:t>
      </w:r>
      <w:r>
        <w:t>dekh rahi hoon ek baar al-risala band kar diya gaya tha kuch dushman log the unhone al-risala</w:t>
      </w:r>
    </w:p>
    <w:p>
      <w:pPr>
        <w:jc w:val="right"/>
      </w:pPr>
      <w:r>
        <w:t>دیکھ رہی ہوں ایک بار الرسالہ بند کر دیا گیا تھا کچھ دشمن لوگ تھے انہوں نے الرسالہ</w:t>
      </w:r>
    </w:p>
    <w:p>
      <w:r>
        <w:rPr>
          <w:b/>
        </w:rPr>
        <w:t xml:space="preserve">[54:05] </w:t>
      </w:r>
      <w:r>
        <w:t>band kar diya ja ke office mein sab band kar diya aur us waqt saare asaneen bhi chote</w:t>
      </w:r>
    </w:p>
    <w:p>
      <w:pPr>
        <w:jc w:val="right"/>
      </w:pPr>
      <w:r>
        <w:t>بند کر دیا جا کے افس میں سب بند کر دیا اور اس وقت سارے اسنین بھی چھوٹے</w:t>
      </w:r>
    </w:p>
    <w:p>
      <w:r>
        <w:rPr>
          <w:b/>
        </w:rPr>
        <w:t xml:space="preserve">[54:10] </w:t>
      </w:r>
      <w:r>
        <w:t>the school mein hi parh rahe the to bohat mushkil tha achaanak ek aadmi aaya uska is</w:t>
      </w:r>
    </w:p>
    <w:p>
      <w:pPr>
        <w:jc w:val="right"/>
      </w:pPr>
      <w:r>
        <w:t>تھے اسکول میں ہی پڑھ رہے تھے تو بہت مشکل تھا اچانک ایک ادمی ایا اس کا اس</w:t>
      </w:r>
    </w:p>
    <w:p>
      <w:r>
        <w:rPr>
          <w:b/>
        </w:rPr>
        <w:t xml:space="preserve">[54:17] </w:t>
      </w:r>
      <w:r>
        <w:t>ka ek magazine nikalta tha chehra to hum naam bhi yaad nahi hum log chehra wale kehte the</w:t>
      </w:r>
    </w:p>
    <w:p>
      <w:pPr>
        <w:jc w:val="right"/>
      </w:pPr>
      <w:r>
        <w:t>کا ایک میگزین نکلتا تھا چہرہ تو ہم نام بھی یاد نہیں ہم لوگ چہرہ والے کہتے تھے</w:t>
      </w:r>
    </w:p>
    <w:p>
      <w:r>
        <w:rPr>
          <w:b/>
        </w:rPr>
        <w:t xml:space="preserve">[54:23] </w:t>
      </w:r>
      <w:r>
        <w:t>to wo chehra wale aaye aur unhone achaanak ja ke san asaneen ke saath daftar mein poori</w:t>
      </w:r>
    </w:p>
    <w:p>
      <w:pPr>
        <w:jc w:val="right"/>
      </w:pPr>
      <w:r>
        <w:t>تو وہ چہرہ والے ائے اور انہوں نے اچانک جا کے سان اسنین کے ساتھ دفتر میں پوری</w:t>
      </w:r>
    </w:p>
    <w:p>
      <w:r>
        <w:rPr>
          <w:b/>
        </w:rPr>
        <w:t xml:space="preserve">[54:29] </w:t>
      </w:r>
      <w:r>
        <w:t>karwai kar ke dobara se al-risala jaari kar diya</w:t>
      </w:r>
    </w:p>
    <w:p>
      <w:pPr>
        <w:jc w:val="right"/>
      </w:pPr>
      <w:r>
        <w:t>کاروائی کر کے دوبارہ سے الرسالہ جاری کر دیا</w:t>
      </w:r>
    </w:p>
    <w:p>
      <w:r>
        <w:rPr>
          <w:b/>
        </w:rPr>
        <w:t xml:space="preserve">[54:34] </w:t>
      </w:r>
      <w:r>
        <w:t>phir</w:t>
      </w:r>
    </w:p>
    <w:p>
      <w:pPr>
        <w:jc w:val="right"/>
      </w:pPr>
      <w:r>
        <w:t>پھر</w:t>
      </w:r>
    </w:p>
    <w:p>
      <w:r>
        <w:rPr>
          <w:b/>
        </w:rPr>
        <w:t xml:space="preserve">[54:34] </w:t>
      </w:r>
      <w:r>
        <w:t>is ke baad wo un se kabhi mulaqat nahi hui to aise hi baar baar hota hai koi</w:t>
      </w:r>
    </w:p>
    <w:p>
      <w:pPr>
        <w:jc w:val="right"/>
      </w:pPr>
      <w:r>
        <w:t>اس کے بعد وہ ان سے کبھی ملاقات نہیں ہوئی تو ایسے ہی بار بار ہوتا ہے کوئی</w:t>
      </w:r>
    </w:p>
    <w:p>
      <w:r>
        <w:rPr>
          <w:b/>
        </w:rPr>
        <w:t xml:space="preserve">[54:39] </w:t>
      </w:r>
      <w:r>
        <w:t>kaam parta hai to kisi ke dil mein daal diya jata hai ab mujhe lagta hai ke wo</w:t>
      </w:r>
    </w:p>
    <w:p>
      <w:pPr>
        <w:jc w:val="right"/>
      </w:pPr>
      <w:r>
        <w:t>کام پڑتا ہے تو کسی کے دل میں ڈال دیا جاتا ہے اب مجھے لگتا ہے کہ وہ</w:t>
      </w:r>
    </w:p>
    <w:p>
      <w:r>
        <w:rPr>
          <w:b/>
        </w:rPr>
        <w:t xml:space="preserve">[54:44] </w:t>
      </w:r>
      <w:r>
        <w:t>farishtay hi dilon mein dalte hain aur woh admi kaam kar deta hai aur kaam karne ke baad</w:t>
      </w:r>
    </w:p>
    <w:p>
      <w:pPr>
        <w:jc w:val="right"/>
      </w:pPr>
      <w:r>
        <w:t>فرشتے ہی دلوں میں ڈالتے ہیں اور وہ ادمی کام کر دیتا ہے اور کام کرنے کے بعد</w:t>
      </w:r>
    </w:p>
    <w:p>
      <w:r>
        <w:rPr>
          <w:b/>
        </w:rPr>
        <w:t xml:space="preserve">[54:49] </w:t>
      </w:r>
      <w:r>
        <w:t>phir woh admi kabhi is se mulaqat bhi nahi hoti</w:t>
      </w:r>
    </w:p>
    <w:p>
      <w:pPr>
        <w:jc w:val="right"/>
      </w:pPr>
      <w:r>
        <w:t>پھر وہ ادمی کبھی اس سے ملاقات بھی نہیں ہوتی</w:t>
      </w:r>
    </w:p>
    <w:p>
      <w:r>
        <w:rPr>
          <w:b/>
        </w:rPr>
        <w:t xml:space="preserve">[54:54] </w:t>
      </w:r>
      <w:r>
        <w:t>to yeh mujhe lagta hai ke yeh sab ke sath hota hai hum logon ko aisa jab bhi</w:t>
      </w:r>
    </w:p>
    <w:p>
      <w:pPr>
        <w:jc w:val="right"/>
      </w:pPr>
      <w:r>
        <w:t>تو یہ مجھے لگتا ہے کہ یہ سب کے ساتھ ہوتا ہے ہم لوگوں کو ایسا جب بھی</w:t>
      </w:r>
    </w:p>
    <w:p>
      <w:r>
        <w:rPr>
          <w:b/>
        </w:rPr>
        <w:t xml:space="preserve">[54:59] </w:t>
      </w:r>
      <w:r>
        <w:t>kuch ho to hamein realize karna chahiye ke hamara kaam farishtay ke zariye se koi poora hua hai</w:t>
      </w:r>
    </w:p>
    <w:p>
      <w:pPr>
        <w:jc w:val="right"/>
      </w:pPr>
      <w:r>
        <w:t>کچھ ہو تو ہمیں ریلائز کرنا چاہیے کہ ہمارا کام فرشتوں کے ذریعے سے کوئی پورا ہوا ہے</w:t>
      </w:r>
    </w:p>
    <w:p>
      <w:r>
        <w:rPr>
          <w:b/>
        </w:rPr>
        <w:t xml:space="preserve">[55:06] </w:t>
      </w:r>
      <w:r>
        <w:t>mein bohat sare waqiat hain</w:t>
      </w:r>
    </w:p>
    <w:p>
      <w:pPr>
        <w:jc w:val="right"/>
      </w:pPr>
      <w:r>
        <w:t>میں بہت سارے واقعات ہیں</w:t>
      </w:r>
    </w:p>
    <w:p>
      <w:r>
        <w:rPr>
          <w:b/>
        </w:rPr>
        <w:t xml:space="preserve">[55:12] </w:t>
      </w:r>
      <w:r>
        <w:t>kal kal jab mera tajurba mujhe hua aur internet par maine dekha ke</w:t>
      </w:r>
    </w:p>
    <w:p>
      <w:pPr>
        <w:jc w:val="right"/>
      </w:pPr>
      <w:r>
        <w:t>کل کل جب میرا تجربہ مجھے ہوا اور انٹرنیٹ پر میں نے دیکھا کہ</w:t>
      </w:r>
    </w:p>
    <w:p>
      <w:r>
        <w:rPr>
          <w:b/>
        </w:rPr>
        <w:t xml:space="preserve">[55:19] </w:t>
      </w:r>
      <w:r>
        <w:t>test ke aitbar se yeh survey kiya gaya hai ke mango number one phal hai</w:t>
      </w:r>
    </w:p>
    <w:p>
      <w:pPr>
        <w:jc w:val="right"/>
      </w:pPr>
      <w:r>
        <w:t>ٹیسٹ کے اعتبار سے یہ سروے کیا گیا ہے کہ مینگو نمبر ون پھل ہے</w:t>
      </w:r>
    </w:p>
    <w:p>
      <w:r>
        <w:rPr>
          <w:b/>
        </w:rPr>
        <w:t xml:space="preserve">[55:29] </w:t>
      </w:r>
      <w:r>
        <w:t>highest test is ka hai mango ka</w:t>
      </w:r>
    </w:p>
    <w:p>
      <w:pPr>
        <w:jc w:val="right"/>
      </w:pPr>
      <w:r>
        <w:t>ہائیسٹ ٹیسٹ اس کا ہے مینگو کا</w:t>
      </w:r>
    </w:p>
    <w:p>
      <w:r>
        <w:rPr>
          <w:b/>
        </w:rPr>
        <w:t xml:space="preserve">[55:32] </w:t>
      </w:r>
      <w:r>
        <w:t>yeh is mein maujood hai aap dekh sakte hain</w:t>
      </w:r>
    </w:p>
    <w:p>
      <w:pPr>
        <w:jc w:val="right"/>
      </w:pPr>
      <w:r>
        <w:t>یہ اس میں موجود ہے اپ دیکھ سکتے ہیں</w:t>
      </w:r>
    </w:p>
    <w:p>
      <w:r>
        <w:rPr>
          <w:b/>
        </w:rPr>
        <w:t xml:space="preserve">[55:37] </w:t>
      </w:r>
      <w:r>
        <w:t>to mujhe ek waqia yaad aya ke bohat pehle mein lucknow mein tha</w:t>
      </w:r>
    </w:p>
    <w:p>
      <w:pPr>
        <w:jc w:val="right"/>
      </w:pPr>
      <w:r>
        <w:t>تو مجھے ایک واقعہ یاد ایا کہ بہت پہلے میں لکھنو میں تھا</w:t>
      </w:r>
    </w:p>
    <w:p>
      <w:r>
        <w:rPr>
          <w:b/>
        </w:rPr>
        <w:t xml:space="preserve">[55:44] </w:t>
      </w:r>
      <w:r>
        <w:t>to lucknow mein ek thay maulana abdul bari rizvi</w:t>
      </w:r>
    </w:p>
    <w:p>
      <w:pPr>
        <w:jc w:val="right"/>
      </w:pPr>
      <w:r>
        <w:t>تو لکھنو میں ایک تھے مولانا عبدالباری رضوی</w:t>
      </w:r>
    </w:p>
    <w:p>
      <w:r>
        <w:rPr>
          <w:b/>
        </w:rPr>
        <w:t xml:space="preserve">[55:49] </w:t>
      </w:r>
      <w:r>
        <w:t>un ke khane par aam tha mango</w:t>
      </w:r>
    </w:p>
    <w:p>
      <w:pPr>
        <w:jc w:val="right"/>
      </w:pPr>
      <w:r>
        <w:t>ان کے کھانے پر ام تھا مینگو</w:t>
      </w:r>
    </w:p>
    <w:p>
      <w:r>
        <w:rPr>
          <w:b/>
        </w:rPr>
        <w:t xml:space="preserve">[55:54] </w:t>
      </w:r>
      <w:r>
        <w:t>to woh bohat hi zyada tasty tha</w:t>
      </w:r>
    </w:p>
    <w:p>
      <w:pPr>
        <w:jc w:val="right"/>
      </w:pPr>
      <w:r>
        <w:t>تو وہ بہت ہی زیادہ ٹیسٹی تھا</w:t>
      </w:r>
    </w:p>
    <w:p>
      <w:r>
        <w:rPr>
          <w:b/>
        </w:rPr>
        <w:t xml:space="preserve">[56:01] </w:t>
      </w:r>
      <w:r>
        <w:t>to shayad maulana ne bhi pehli bar phal woh phal khaya tha is ka naam tha</w:t>
      </w:r>
    </w:p>
    <w:p>
      <w:pPr>
        <w:jc w:val="right"/>
      </w:pPr>
      <w:r>
        <w:t>تو شاید مولانا نے بھی پہلی بار پھل وہ پھل کھایا تھا اس کا نام تھا</w:t>
      </w:r>
    </w:p>
    <w:p>
      <w:r>
        <w:rPr>
          <w:b/>
        </w:rPr>
        <w:t xml:space="preserve">[56:10] </w:t>
      </w:r>
      <w:r>
        <w:t>lucknow safida is ka naam tha lucknow safida waqai bohat hi tasty tha to unhon ne apne bete</w:t>
      </w:r>
    </w:p>
    <w:p>
      <w:pPr>
        <w:jc w:val="right"/>
      </w:pPr>
      <w:r>
        <w:t>لکھنوہ سفیدہ اس کا نام تھا لکھنوہ سفیدہ واقعی بہت ہی ٹیسٹی تھا تو انہوں نے اپنے بیٹے</w:t>
      </w:r>
    </w:p>
    <w:p>
      <w:r>
        <w:rPr>
          <w:b/>
        </w:rPr>
        <w:t xml:space="preserve">[56:20] </w:t>
      </w:r>
      <w:r>
        <w:t>se kaha un ki ek un ki ek zameen thi line lucknow aur sitahpur ke beech mein</w:t>
      </w:r>
    </w:p>
    <w:p>
      <w:pPr>
        <w:jc w:val="right"/>
      </w:pPr>
      <w:r>
        <w:t>سے کہا ان کی ایک ان کی ایک زمین تھی لائن لکھنو اور ستاہ پور کے بیچ میں</w:t>
      </w:r>
    </w:p>
    <w:p>
      <w:r>
        <w:rPr>
          <w:b/>
        </w:rPr>
        <w:t xml:space="preserve">[56:27] </w:t>
      </w:r>
      <w:r>
        <w:t>thi unhon ne kaha ke dekho hamari jo zameen hai lucknow sitahpur beech mein wahan to bag</w:t>
      </w:r>
    </w:p>
    <w:p>
      <w:pPr>
        <w:jc w:val="right"/>
      </w:pPr>
      <w:r>
        <w:t>تھی انہوں نے کہا کہ دیکھو ہماری جو زمین ہے لکھنو ستاہ پور بیچ میں وہاں تو باغ</w:t>
      </w:r>
    </w:p>
    <w:p>
      <w:r>
        <w:rPr>
          <w:b/>
        </w:rPr>
        <w:t xml:space="preserve">[56:34] </w:t>
      </w:r>
      <w:r>
        <w:t>lagao aur wahan yeh sab yeh peed lagao lucknow lucknow zubaida</w:t>
      </w:r>
    </w:p>
    <w:p>
      <w:pPr>
        <w:jc w:val="right"/>
      </w:pPr>
      <w:r>
        <w:t>لگاؤ اور وہاں یہ سب یہ پیڑ لگاؤ لکھنو لکھنو زبیدہ</w:t>
      </w:r>
    </w:p>
    <w:p>
      <w:r>
        <w:rPr>
          <w:b/>
        </w:rPr>
        <w:t xml:space="preserve">[56:42] </w:t>
      </w:r>
      <w:r>
        <w:t>to ab yeh jo hai</w:t>
      </w:r>
    </w:p>
    <w:p>
      <w:pPr>
        <w:jc w:val="right"/>
      </w:pPr>
      <w:r>
        <w:t>تو اب یہ جو ہے</w:t>
      </w:r>
    </w:p>
    <w:p>
      <w:r>
        <w:rPr>
          <w:b/>
        </w:rPr>
        <w:t xml:space="preserve">[56:45] </w:t>
      </w:r>
      <w:r>
        <w:t>is waqt jab kiya insan</w:t>
      </w:r>
    </w:p>
    <w:p>
      <w:pPr>
        <w:jc w:val="right"/>
      </w:pPr>
      <w:r>
        <w:t>اس وقت جب کیا انسان</w:t>
      </w:r>
    </w:p>
    <w:p>
      <w:r>
        <w:rPr>
          <w:b/>
        </w:rPr>
        <w:t xml:space="preserve">[56:48] </w:t>
      </w:r>
      <w:r>
        <w:t>is tarah ka tajurba karta hai to bohat hota hai ke yeh to mein jannat mein hoon aur</w:t>
      </w:r>
    </w:p>
    <w:p>
      <w:pPr>
        <w:jc w:val="right"/>
      </w:pPr>
      <w:r>
        <w:t>اس طرح کا تجربہ کرتا ہے تو بہت ہوتا ہے کہ یہ تو میں جنت میں ہوں اور</w:t>
      </w:r>
    </w:p>
    <w:p>
      <w:r>
        <w:rPr>
          <w:b/>
        </w:rPr>
        <w:t xml:space="preserve">[56:54] </w:t>
      </w:r>
      <w:r>
        <w:t>khuda apne jannati peed se tod kar phal khila raha hai mujhe to ajeeb tajurba hota hai woh</w:t>
      </w:r>
    </w:p>
    <w:p>
      <w:pPr>
        <w:jc w:val="right"/>
      </w:pPr>
      <w:r>
        <w:t>خدا اپنے جنتی پیڑ سے توڑ کر پھل کھلا رہا ہے مجھے تو عجیب تجربہ ہوتا ہے وہ</w:t>
      </w:r>
    </w:p>
    <w:p>
      <w:r>
        <w:rPr>
          <w:b/>
        </w:rPr>
        <w:t xml:space="preserve">[57:05] </w:t>
      </w:r>
      <w:r>
        <w:t>to mujhe is tajurbe ke douran kal hansi aa gayi is se pehle kabhi koi aisa nahi hua</w:t>
      </w:r>
    </w:p>
    <w:p>
      <w:pPr>
        <w:jc w:val="right"/>
      </w:pPr>
      <w:r>
        <w:t>تو مجھے اس تجربے کے دوران کل ہنسی ا گئی اس سے پہلے کبھی کوئی ایسا نہیں ہوا</w:t>
      </w:r>
    </w:p>
    <w:p>
      <w:r>
        <w:rPr>
          <w:b/>
        </w:rPr>
        <w:t xml:space="preserve">[57:11] </w:t>
      </w:r>
      <w:r>
        <w:t>tha ke koi</w:t>
      </w:r>
    </w:p>
    <w:p>
      <w:pPr>
        <w:jc w:val="right"/>
      </w:pPr>
      <w:r>
        <w:t>تھا کہ کوئی</w:t>
      </w:r>
    </w:p>
    <w:p>
      <w:r>
        <w:rPr>
          <w:b/>
        </w:rPr>
        <w:t xml:space="preserve">[57:14] </w:t>
      </w:r>
      <w:r>
        <w:t>bohat zyada</w:t>
      </w:r>
    </w:p>
    <w:p>
      <w:pPr>
        <w:jc w:val="right"/>
      </w:pPr>
      <w:r>
        <w:t>بہت زیادہ</w:t>
      </w:r>
    </w:p>
    <w:p>
      <w:r>
        <w:rPr>
          <w:b/>
        </w:rPr>
        <w:t xml:space="preserve">[57:20] </w:t>
      </w:r>
      <w:r>
        <w:t>lazeed cheez khate hue hansi aa jaye</w:t>
      </w:r>
    </w:p>
    <w:p>
      <w:pPr>
        <w:jc w:val="right"/>
      </w:pPr>
      <w:r>
        <w:t>لذیذ چیز کھاتے ہوئے ہنسی ا جائے</w:t>
      </w:r>
    </w:p>
    <w:p>
      <w:r>
        <w:rPr>
          <w:b/>
        </w:rPr>
        <w:t xml:space="preserve">[57:23] </w:t>
      </w:r>
      <w:r>
        <w:t>ke kal hua</w:t>
      </w:r>
    </w:p>
    <w:p>
      <w:pPr>
        <w:jc w:val="right"/>
      </w:pPr>
      <w:r>
        <w:t>کہ کل ہوا</w:t>
      </w:r>
    </w:p>
    <w:p>
      <w:r>
        <w:rPr>
          <w:b/>
        </w:rPr>
        <w:t xml:space="preserve">[57:26] </w:t>
      </w:r>
      <w:r>
        <w:t>to mein sochta hoon ke yeh jo hansi aa gayi woh woh tha ya to ab yeh manen</w:t>
      </w:r>
    </w:p>
    <w:p>
      <w:pPr>
        <w:jc w:val="right"/>
      </w:pPr>
      <w:r>
        <w:t>تو میں سوچتا ہوں کہ یہ جو ہنسی ا گئی وہ وہ تھا یا تو اب یہ مانیں</w:t>
      </w:r>
    </w:p>
    <w:p>
      <w:r>
        <w:rPr>
          <w:b/>
        </w:rPr>
        <w:t xml:space="preserve">[57:33] </w:t>
      </w:r>
      <w:r>
        <w:t>ke farishte ki qurbat thi ya Allah rab ul alameen ki qurbat thi koi to cheez thi</w:t>
      </w:r>
    </w:p>
    <w:p>
      <w:pPr>
        <w:jc w:val="right"/>
      </w:pPr>
      <w:r>
        <w:t>کہ فرشتے کی قربت تھی یا اللہ رب العالمین کی قربت تھی کوئی تو چیز تھی</w:t>
      </w:r>
    </w:p>
    <w:p>
      <w:r>
        <w:rPr>
          <w:b/>
        </w:rPr>
        <w:t xml:space="preserve">[57:41] </w:t>
      </w:r>
      <w:r>
        <w:t>is ki wajah se is ki wajah se hansi aa gayi</w:t>
      </w:r>
    </w:p>
    <w:p>
      <w:pPr>
        <w:jc w:val="right"/>
      </w:pPr>
      <w:r>
        <w:t>اس کی وجہ سے اس کی وجہ سے ہنسی ا گئی</w:t>
      </w:r>
    </w:p>
    <w:p>
      <w:r>
        <w:rPr>
          <w:b/>
        </w:rPr>
        <w:t xml:space="preserve">[57:50] </w:t>
      </w:r>
      <w:r>
        <w:t>assalam o alaikum molana</w:t>
      </w:r>
    </w:p>
    <w:p>
      <w:pPr>
        <w:jc w:val="right"/>
      </w:pPr>
      <w:r>
        <w:t>السلام علیکم مولانا</w:t>
      </w:r>
    </w:p>
    <w:p>
      <w:r>
        <w:rPr>
          <w:b/>
        </w:rPr>
        <w:t xml:space="preserve">[57:52] </w:t>
      </w:r>
      <w:r>
        <w:t>As far as today's class was concerned and the topic jo aaj Maulana ne jis pe baat ki</w:t>
      </w:r>
    </w:p>
    <w:p>
      <w:pPr>
        <w:jc w:val="right"/>
      </w:pPr>
      <w:r>
        <w:t>ایز فار ایز ٹوڈے کلاس واز کنسرن اینڈ دا ٹاپک جو اج مولانا نے جس پہ بات کی</w:t>
      </w:r>
    </w:p>
    <w:p>
      <w:r>
        <w:rPr>
          <w:b/>
        </w:rPr>
        <w:t xml:space="preserve">[57:58] </w:t>
      </w:r>
      <w:r>
        <w:t>i would like to share a couple of examples a real life examples jo mere sath hui hain</w:t>
      </w:r>
    </w:p>
    <w:p>
      <w:pPr>
        <w:jc w:val="right"/>
      </w:pPr>
      <w:r>
        <w:t>ائی وڈ لائک ٹو شیئر ا کپل اف ایگزیمپلز ا ریئل لائف ایگزیمپلز جو میرے ساتھ ہوئی ہیں</w:t>
      </w:r>
    </w:p>
    <w:p>
      <w:r>
        <w:rPr>
          <w:b/>
        </w:rPr>
        <w:t xml:space="preserve">[58:03] </w:t>
      </w:r>
      <w:r>
        <w:t>And uh to only today I got realized that you know the people who came to my rescue</w:t>
      </w:r>
    </w:p>
    <w:p>
      <w:pPr>
        <w:jc w:val="right"/>
      </w:pPr>
      <w:r>
        <w:t>اینڈ اہ ٹو اونلی ٹوڈے ائی گاٹ ریلائز دیٹ یو نو دا پیپل ہو کیم ٹو مائی ریسکیو</w:t>
      </w:r>
    </w:p>
    <w:p>
      <w:r>
        <w:rPr>
          <w:b/>
        </w:rPr>
        <w:t xml:space="preserve">[58:08] </w:t>
      </w:r>
      <w:r>
        <w:t>In those difficult situations were not people, actually they were angels, I got to understand. And today once</w:t>
      </w:r>
    </w:p>
    <w:p>
      <w:pPr>
        <w:jc w:val="right"/>
      </w:pPr>
      <w:r>
        <w:t>ان دوز ڈیفیکلٹ سچویشنز ویر ناٹ پیپل ایکچولی دے وار اینجلس ائی گاٹ ٹو انڈرسٹینڈ اینڈ ٹوڈے ونس</w:t>
      </w:r>
    </w:p>
    <w:p>
      <w:r>
        <w:rPr>
          <w:b/>
        </w:rPr>
        <w:t xml:space="preserve">[58:15] </w:t>
      </w:r>
      <w:r>
        <w:t>i was ah</w:t>
      </w:r>
    </w:p>
    <w:p>
      <w:pPr>
        <w:jc w:val="right"/>
      </w:pPr>
      <w:r>
        <w:t>ائی واز اہ</w:t>
      </w:r>
    </w:p>
    <w:p>
      <w:r>
        <w:rPr>
          <w:b/>
        </w:rPr>
        <w:t xml:space="preserve">[58:17] </w:t>
      </w:r>
      <w:r>
        <w:t>ah at my school and i had to get medicines for my grandmother and i went to</w:t>
      </w:r>
    </w:p>
    <w:p>
      <w:pPr>
        <w:jc w:val="right"/>
      </w:pPr>
      <w:r>
        <w:t>اہ ایٹ مائی سکول اینڈ ائی ہیڈ ٹو گیٹ میڈیسنز فار مائی گرینڈ مدر اینڈ ائی وینٹ ٹو</w:t>
      </w:r>
    </w:p>
    <w:p>
      <w:r>
        <w:rPr>
          <w:b/>
        </w:rPr>
        <w:t xml:space="preserve">[58:22] </w:t>
      </w:r>
      <w:r>
        <w:t>a nearest chemist well i was approaching that chemist in that town of its its its a town</w:t>
      </w:r>
    </w:p>
    <w:p>
      <w:pPr>
        <w:jc w:val="right"/>
      </w:pPr>
      <w:r>
        <w:t>ا نیئرسٹ کیمسٹ ویل ائی واز اپروچنگ دیٹ کیمسٹ ان دیٹ ٹاؤن اف اٹس اٹس اٹس ا ٹاؤن</w:t>
      </w:r>
    </w:p>
    <w:p>
      <w:r>
        <w:rPr>
          <w:b/>
        </w:rPr>
        <w:t xml:space="preserve">[58:29] </w:t>
      </w:r>
      <w:r>
        <w:t>its named as sopore in north kashmir well i was approaching that chemist behind me there were</w:t>
      </w:r>
    </w:p>
    <w:p>
      <w:pPr>
        <w:jc w:val="right"/>
      </w:pPr>
      <w:r>
        <w:t>اٹس نیمڈ ایز سوپور ان نارتھ کشمیر ویل ائی واز اپروچنگ دیٹ کیمسٹ بیہائنڈ می دیر وار</w:t>
      </w:r>
    </w:p>
    <w:p>
      <w:r>
        <w:rPr>
          <w:b/>
        </w:rPr>
        <w:t xml:space="preserve">[58:36] </w:t>
      </w:r>
      <w:r>
        <w:t>you know some some 10 20 guys local local students</w:t>
      </w:r>
    </w:p>
    <w:p>
      <w:pPr>
        <w:jc w:val="right"/>
      </w:pPr>
      <w:r>
        <w:t>یو نو سم سم 10 20 گائز لوکل لوکل سٹوڈنٹس</w:t>
      </w:r>
    </w:p>
    <w:p>
      <w:r>
        <w:rPr>
          <w:b/>
        </w:rPr>
        <w:t xml:space="preserve">[58:40] </w:t>
      </w:r>
      <w:r>
        <w:t>ya they had assembled and they had collected stones to throw out the police party which was just</w:t>
      </w:r>
    </w:p>
    <w:p>
      <w:pPr>
        <w:jc w:val="right"/>
      </w:pPr>
      <w:r>
        <w:t>یا دے ہیڈ اسمبلڈ اینڈ دے ہیڈ کلیکٹڈ سٹونز ٹو تھرو اؤٹ دا پولیس پارٹی وچ واز جسٹ</w:t>
      </w:r>
    </w:p>
    <w:p>
      <w:r>
        <w:rPr>
          <w:b/>
        </w:rPr>
        <w:t xml:space="preserve">[58:47] </w:t>
      </w:r>
      <w:r>
        <w:t>in front of me i did not know that there are people behind me but police could definitely</w:t>
      </w:r>
    </w:p>
    <w:p>
      <w:pPr>
        <w:jc w:val="right"/>
      </w:pPr>
      <w:r>
        <w:t>ان فرنٹ اف می ائی ڈیڈ ناٹ نو دیٹ دیر ار پیپل بیہائنڈ می بٹ پولیس کڈ ڈیفینیٹلی</w:t>
      </w:r>
    </w:p>
    <w:p>
      <w:r>
        <w:rPr>
          <w:b/>
        </w:rPr>
        <w:t xml:space="preserve">[58:53] </w:t>
      </w:r>
      <w:r>
        <w:t>see them well police was approaching me with those batons and guns and everything</w:t>
      </w:r>
    </w:p>
    <w:p>
      <w:pPr>
        <w:jc w:val="right"/>
      </w:pPr>
      <w:r>
        <w:t>سی دیم ویل پولیس واز اپروچنگ می ود دوز بیٹنز اینڈ گنز اینڈ ایوری تھنگ</w:t>
      </w:r>
    </w:p>
    <w:p>
      <w:r>
        <w:rPr>
          <w:b/>
        </w:rPr>
        <w:t xml:space="preserve">[59:01] </w:t>
      </w:r>
      <w:r>
        <w:t>They took me for the first, they took me that this is the first guy who will throw.</w:t>
      </w:r>
    </w:p>
    <w:p>
      <w:pPr>
        <w:jc w:val="right"/>
      </w:pPr>
      <w:r>
        <w:t>دے ٹک می فار دا فرسٹ دے ٹک می دیٹ دس از دا فرسٹ گائے ہو ویل تھرو</w:t>
      </w:r>
    </w:p>
    <w:p>
      <w:r>
        <w:rPr>
          <w:b/>
        </w:rPr>
        <w:t xml:space="preserve">[59:04] </w:t>
      </w:r>
      <w:r>
        <w:t>a stone stone at us. So they when they were about to hit me with that baton, a</w:t>
      </w:r>
    </w:p>
    <w:p>
      <w:pPr>
        <w:jc w:val="right"/>
      </w:pPr>
      <w:r>
        <w:t>ا سٹون سٹون ایٹ اس سو دے وین دے وار اباؤٹ ٹو ہٹ می ود دیٹ بیٹن ا</w:t>
      </w:r>
    </w:p>
    <w:p>
      <w:r>
        <w:rPr>
          <w:b/>
        </w:rPr>
        <w:t xml:space="preserve">[59:09] </w:t>
      </w:r>
      <w:r>
        <w:t>woman came by me she just came she was adjacent to me and when they saw a woman</w:t>
      </w:r>
    </w:p>
    <w:p>
      <w:pPr>
        <w:jc w:val="right"/>
      </w:pPr>
      <w:r>
        <w:t>وومن کیم بائی می شی جسٹ کیم شی واز ایڈجسنٹ ٹو می اینڈ وین دے سو ا وومن</w:t>
      </w:r>
    </w:p>
    <w:p>
      <w:r>
        <w:rPr>
          <w:b/>
        </w:rPr>
        <w:t xml:space="preserve">[59:14] </w:t>
      </w:r>
      <w:r>
        <w:t>they stopped it and then they passed on when i look behind and what ever happened after that</w:t>
      </w:r>
    </w:p>
    <w:p>
      <w:pPr>
        <w:jc w:val="right"/>
      </w:pPr>
      <w:r>
        <w:t>دے سٹاپڈ اٹ اینڈ دین دے پاسڈ ان وین ائی لوک بیہائنڈ اینڈ واٹ ایور ہیپنڈ افٹر دیٹ</w:t>
      </w:r>
    </w:p>
    <w:p>
      <w:r>
        <w:rPr>
          <w:b/>
        </w:rPr>
        <w:t xml:space="preserve">[59:20] </w:t>
      </w:r>
      <w:r>
        <w:t>was well</w:t>
      </w:r>
    </w:p>
    <w:p>
      <w:pPr>
        <w:jc w:val="right"/>
      </w:pPr>
      <w:r>
        <w:t>واز ویل</w:t>
      </w:r>
    </w:p>
    <w:p>
      <w:r>
        <w:rPr>
          <w:b/>
        </w:rPr>
        <w:t xml:space="preserve">[59:21] </w:t>
      </w:r>
      <w:r>
        <w:t>the whole world knows about what happens in kashmir so aaj mujhe samajh aata hai ke i never</w:t>
      </w:r>
    </w:p>
    <w:p>
      <w:pPr>
        <w:jc w:val="right"/>
      </w:pPr>
      <w:r>
        <w:t>دا ہول ورلڈ نوز اباؤٹ واٹ ہیپنز ان کشمیر سو اج مجھے سمجھ اتا ہے کہ ائی نیور</w:t>
      </w:r>
    </w:p>
    <w:p>
      <w:r>
        <w:rPr>
          <w:b/>
        </w:rPr>
        <w:t xml:space="preserve">[59:26] </w:t>
      </w:r>
      <w:r>
        <w:t>know that woman who she was and where where she came from accidentally out of no where and</w:t>
      </w:r>
    </w:p>
    <w:p>
      <w:pPr>
        <w:jc w:val="right"/>
      </w:pPr>
      <w:r>
        <w:t>نو دیٹ وومن ہو شی واز اینڈ ویر ویر شی کیم فرام ایکسیڈنٹلی اؤٹ اف نو ویر اینڈ</w:t>
      </w:r>
    </w:p>
    <w:p>
      <w:r>
        <w:rPr>
          <w:b/>
        </w:rPr>
        <w:t xml:space="preserve">[59:33] </w:t>
      </w:r>
      <w:r>
        <w:t>She saved me. So, perhaps that was the presence of an angel. And well, وہ مجھے آج</w:t>
      </w:r>
    </w:p>
    <w:p>
      <w:pPr>
        <w:jc w:val="right"/>
      </w:pPr>
      <w:r>
        <w:t>شی سیوڈ می تو شاید وہ دیٹ واز دا پریزنس اف این اینجل اینڈ ویل وہ مجھے اج</w:t>
      </w:r>
    </w:p>
    <w:p>
      <w:r>
        <w:rPr>
          <w:b/>
        </w:rPr>
        <w:t xml:space="preserve">[59:40] </w:t>
      </w:r>
      <w:r>
        <w:t>samajh aata hai but then i have a question to angels act in your life through some people</w:t>
      </w:r>
    </w:p>
    <w:p>
      <w:pPr>
        <w:jc w:val="right"/>
      </w:pPr>
      <w:r>
        <w:t>سمجھ اتا ہے بٹ دین ائی ہیو ا کوئسچن ٹو اینجلس ایکٹ ان یور لائف تھرو سم پیپل</w:t>
      </w:r>
    </w:p>
    <w:p>
      <w:r>
        <w:rPr>
          <w:b/>
        </w:rPr>
        <w:t xml:space="preserve">[59:48] </w:t>
      </w:r>
      <w:r>
        <w:t>or they can you know they are they incarnate themselves into things or any other you know</w:t>
      </w:r>
    </w:p>
    <w:p>
      <w:pPr>
        <w:jc w:val="right"/>
      </w:pPr>
      <w:r>
        <w:t>اور دے کین یو نو دے ار دے انکارنیٹ دیم سیلفس انٹو تھنگز اور اینی ادر یو نو</w:t>
      </w:r>
    </w:p>
    <w:p>
      <w:r>
        <w:rPr>
          <w:b/>
        </w:rPr>
        <w:t xml:space="preserve">[59:53] </w:t>
      </w:r>
      <w:r>
        <w:t>they can ah show their presence in your life in any thing possible in this world in any</w:t>
      </w:r>
    </w:p>
    <w:p>
      <w:pPr>
        <w:jc w:val="right"/>
      </w:pPr>
      <w:r>
        <w:t>دے کین اہ شو دیر پریزنس ان یور لائف ان اینی تھنگ پوسیبل ان دس ورلڈ ان اینی</w:t>
      </w:r>
    </w:p>
    <w:p>
      <w:r>
        <w:rPr>
          <w:b/>
        </w:rPr>
        <w:t xml:space="preserve">[1:00:00] </w:t>
      </w:r>
      <w:r>
        <w:t>material form like for example jaise molana ne sub atomic particles ki baat ki it reminded me of</w:t>
      </w:r>
    </w:p>
    <w:p>
      <w:pPr>
        <w:jc w:val="right"/>
      </w:pPr>
      <w:r>
        <w:t>مٹیریل فارم لائک فار ایگزیمپل جیسے مولانا نے سب ایٹامک پارٹیکلز کی بات کی اٹ ریمائنڈڈ می اف</w:t>
      </w:r>
    </w:p>
    <w:p>
      <w:r>
        <w:rPr>
          <w:b/>
        </w:rPr>
        <w:t xml:space="preserve">[1:00:06] </w:t>
      </w:r>
      <w:r>
        <w:t>that ah experiment that was conducted in a lab in manchester by rutherford and other scientists in</w:t>
      </w:r>
    </w:p>
    <w:p>
      <w:pPr>
        <w:jc w:val="right"/>
      </w:pPr>
      <w:r>
        <w:t>دیٹ اہ ایکسپیریمنٹ دیٹ واز کنڈکٹڈ ان ا لیب ان مانچسٹر بائے رودر فورڈ اینڈ ادر سائنٹسٹ ان</w:t>
      </w:r>
    </w:p>
    <w:p>
      <w:r>
        <w:rPr>
          <w:b/>
        </w:rPr>
        <w:t xml:space="preserve">[1:00:15] </w:t>
      </w:r>
      <w:r>
        <w:t>1918 when they were about to discover the nucleus present in an atom and then they fired some</w:t>
      </w:r>
    </w:p>
    <w:p>
      <w:pPr>
        <w:jc w:val="right"/>
      </w:pPr>
      <w:r>
        <w:t>1918 وین دے ویر اباؤٹ ٹو ڈسکور دا نیوکلیس پریزنٹ ان این ایٹم اینڈ دین دے فائرڈ سم</w:t>
      </w:r>
    </w:p>
    <w:p>
      <w:r>
        <w:rPr>
          <w:b/>
        </w:rPr>
        <w:t xml:space="preserve">[1:00:24] </w:t>
      </w:r>
      <w:r>
        <w:t>alpha alpha particles in that gold foil foil and they were deflected I believe that</w:t>
      </w:r>
    </w:p>
    <w:p>
      <w:pPr>
        <w:jc w:val="right"/>
      </w:pPr>
      <w:r>
        <w:t>الفا الفا پارٹیکلز ان دیٹ گولڈ فائل فوائل اینڈ دے ویر ڈیفلیکٹڈ ائی بیلیو دیٹ</w:t>
      </w:r>
    </w:p>
    <w:p>
      <w:r>
        <w:rPr>
          <w:b/>
        </w:rPr>
        <w:t xml:space="preserve">[1:00:31] </w:t>
      </w:r>
      <w:r>
        <w:t>Every atom and every subatomic particle is held by an angel and then they they move it</w:t>
      </w:r>
    </w:p>
    <w:p>
      <w:pPr>
        <w:jc w:val="right"/>
      </w:pPr>
      <w:r>
        <w:t>ایوری ایٹم اینڈ ایوری سب ایٹامک پارٹیکل از ہیلڈ بائے این اینجل اینڈ دین دے دے موو اٹ</w:t>
      </w:r>
    </w:p>
    <w:p>
      <w:r>
        <w:rPr>
          <w:b/>
        </w:rPr>
        <w:t xml:space="preserve">[1:00:39] </w:t>
      </w:r>
      <w:r>
        <w:t>around the nucleus and then they do perform all the subatomic activities. So is se hamein samajh</w:t>
      </w:r>
    </w:p>
    <w:p>
      <w:pPr>
        <w:jc w:val="right"/>
      </w:pPr>
      <w:r>
        <w:t>اراؤنڈ دا نیوکلیس اینڈ دین دے ڈو پرفارم ال دا سب ایٹامک ایکٹیویٹیز سو اس سے ہمیں سمجھ</w:t>
      </w:r>
    </w:p>
    <w:p>
      <w:r>
        <w:rPr>
          <w:b/>
        </w:rPr>
        <w:t xml:space="preserve">[1:00:44] </w:t>
      </w:r>
      <w:r>
        <w:t>aata hai ke jo</w:t>
      </w:r>
    </w:p>
    <w:p>
      <w:pPr>
        <w:jc w:val="right"/>
      </w:pPr>
      <w:r>
        <w:t>اتا ہے کہ جو</w:t>
      </w:r>
    </w:p>
    <w:p>
      <w:r>
        <w:rPr>
          <w:b/>
        </w:rPr>
        <w:t xml:space="preserve">[1:00:47] </w:t>
      </w:r>
      <w:r>
        <w:t>creation hai jo creator hai we can seek his</w:t>
      </w:r>
    </w:p>
    <w:p>
      <w:pPr>
        <w:jc w:val="right"/>
      </w:pPr>
      <w:r>
        <w:t>کریشن ہے جو کریٹر ہے وی کین سیک ہز</w:t>
      </w:r>
    </w:p>
    <w:p>
      <w:r>
        <w:rPr>
          <w:b/>
        </w:rPr>
        <w:t xml:space="preserve">[1:00:51] </w:t>
      </w:r>
      <w:r>
        <w:t>presence indirectly by some effect not directly</w:t>
      </w:r>
    </w:p>
    <w:p>
      <w:pPr>
        <w:jc w:val="right"/>
      </w:pPr>
      <w:r>
        <w:t>پریزنس ان ڈائریکٹلی بائی سم ایفیکٹ ناٹ ڈائریکٹلی</w:t>
      </w:r>
    </w:p>
    <w:p>
      <w:r>
        <w:rPr>
          <w:b/>
        </w:rPr>
        <w:t xml:space="preserve">[1:00:57] </w:t>
      </w:r>
      <w:r>
        <w:t>جی اج مجھے بہت بڑی بات سمجھ ائی and angels can come to your life in any form</w:t>
      </w:r>
    </w:p>
    <w:p>
      <w:pPr>
        <w:jc w:val="right"/>
      </w:pPr>
      <w:r>
        <w:t>جی اج مجھے بہت بڑی بات سمجھ ائی اینڈ اینجلس کین کم ٹو یور لائف ان اینی فارم</w:t>
      </w:r>
    </w:p>
    <w:p>
      <w:r>
        <w:rPr>
          <w:b/>
        </w:rPr>
        <w:t xml:space="preserve">[1:01:02] </w:t>
      </w:r>
      <w:r>
        <w:t>in any you know in any moment at any hour of difficulty so God is there to protect</w:t>
      </w:r>
    </w:p>
    <w:p>
      <w:pPr>
        <w:jc w:val="right"/>
      </w:pPr>
      <w:r>
        <w:t>ان اینی یو نو ان اینی مومنٹ ایٹ اینی اور اف ڈیفیکلٹی سو گاڈ از دیر ٹو پروٹیکٹ</w:t>
      </w:r>
    </w:p>
    <w:p>
      <w:r>
        <w:rPr>
          <w:b/>
        </w:rPr>
        <w:t xml:space="preserve">[1:01:09] </w:t>
      </w:r>
      <w:r>
        <w:t>اس بھائی مجھے جو تجربہ تجربے ہوئے ہیں experience تو مجھے تو یہ لگتا ہے کہ خود خود</w:t>
      </w:r>
    </w:p>
    <w:p>
      <w:pPr>
        <w:jc w:val="right"/>
      </w:pPr>
      <w:r>
        <w:t>اس بھائی مجھے جو تجربہ تجربے ہوئے ہیں ایکسپیرینس تو مجھے تو یہ لگتا ہے کہ خود خود</w:t>
      </w:r>
    </w:p>
    <w:p>
      <w:r>
        <w:rPr>
          <w:b/>
        </w:rPr>
        <w:t xml:space="preserve">[1:01:17] </w:t>
      </w:r>
      <w:r>
        <w:t>angel aa jata hai wahan</w:t>
      </w:r>
    </w:p>
    <w:p>
      <w:pPr>
        <w:jc w:val="right"/>
      </w:pPr>
      <w:r>
        <w:t>اینجل ا جاتا ہے وہاں</w:t>
      </w:r>
    </w:p>
    <w:p>
      <w:r>
        <w:rPr>
          <w:b/>
        </w:rPr>
        <w:t xml:space="preserve">[1:01:21] </w:t>
      </w:r>
      <w:r>
        <w:t>aise lagta hai</w:t>
      </w:r>
    </w:p>
    <w:p>
      <w:pPr>
        <w:jc w:val="right"/>
      </w:pPr>
      <w:r>
        <w:t>ایسے لگتا ہے</w:t>
      </w:r>
    </w:p>
    <w:p>
      <w:r>
        <w:rPr>
          <w:b/>
        </w:rPr>
        <w:t xml:space="preserve">[1:01:29] </w:t>
      </w:r>
      <w:r>
        <w:t>maulana kuch comments aur sawal hain ah yeh comment bheja hai merit se miss shamaas ansari ne unhon</w:t>
      </w:r>
    </w:p>
    <w:p>
      <w:pPr>
        <w:jc w:val="right"/>
      </w:pPr>
      <w:r>
        <w:t>مولانا کچھ کمنٹس اور سوال ہیں اہ یہ کمنٹ بھیجا ہے میرٹ سے مس شماز انصاری نے انہوں</w:t>
      </w:r>
    </w:p>
    <w:p>
      <w:r>
        <w:rPr>
          <w:b/>
        </w:rPr>
        <w:t xml:space="preserve">[1:01:39] </w:t>
      </w:r>
      <w:r>
        <w:t>ne likha hai maulana experience</w:t>
      </w:r>
    </w:p>
    <w:p>
      <w:pPr>
        <w:jc w:val="right"/>
      </w:pPr>
      <w:r>
        <w:t>نے لکھا ہے مولانا ایکسپیرینس</w:t>
      </w:r>
    </w:p>
    <w:p>
      <w:r>
        <w:rPr>
          <w:b/>
        </w:rPr>
        <w:t xml:space="preserve">[1:01:42] </w:t>
      </w:r>
      <w:r>
        <w:t>shared by you today is very thrilling and it clearly shows us that angels are present in this</w:t>
      </w:r>
    </w:p>
    <w:p>
      <w:pPr>
        <w:jc w:val="right"/>
      </w:pPr>
      <w:r>
        <w:t>شیئرڈ بائی یو ٹوڈے از ویری تھرلنگ اینڈ اٹ کلیئرلی شوز اس دیٹ اینجلس ار پریزنٹ ان دس</w:t>
      </w:r>
    </w:p>
    <w:p>
      <w:r>
        <w:rPr>
          <w:b/>
        </w:rPr>
        <w:t xml:space="preserve">[1:01:50] </w:t>
      </w:r>
      <w:r>
        <w:t>earth and a true believer can experience them. Thank you so much Maulana for sharing with us.</w:t>
      </w:r>
    </w:p>
    <w:p>
      <w:pPr>
        <w:jc w:val="right"/>
      </w:pPr>
      <w:r>
        <w:t>ارتھ اینڈ ا ٹرو بیلیور کین ایکسپیرینس دیم تھینک یو سو مچ مولانا فار شیئرنگ ود اس</w:t>
      </w:r>
    </w:p>
    <w:p>
      <w:r>
        <w:rPr>
          <w:b/>
        </w:rPr>
        <w:t xml:space="preserve">[1:01:58] </w:t>
      </w:r>
      <w:r>
        <w:t>مولانا ایک پھر لکھا ہے کمنٹ مس شبانہ انصاری نے پاکستان سے انہوں نے لکھا ہے We can</w:t>
      </w:r>
    </w:p>
    <w:p>
      <w:pPr>
        <w:jc w:val="right"/>
      </w:pPr>
      <w:r>
        <w:t>مولانا ایک پھر لکھا ہے کمنٹ مس شبانہ انصاری نے پاکستان سے انہوں نے لکھا ہے وی کین</w:t>
      </w:r>
    </w:p>
    <w:p>
      <w:r>
        <w:rPr>
          <w:b/>
        </w:rPr>
        <w:t xml:space="preserve">[1:02:06] </w:t>
      </w:r>
      <w:r>
        <w:t>feel sometime the presence of angels in the Dawah work and we feel our work more effective and</w:t>
      </w:r>
    </w:p>
    <w:p>
      <w:pPr>
        <w:jc w:val="right"/>
      </w:pPr>
      <w:r>
        <w:t>فیل سم ٹائم دا پریزنس اف اینجلس ان داوا ورک اینڈ وی فیل اور ورک مور ایفیکٹیو اینڈ</w:t>
      </w:r>
    </w:p>
    <w:p>
      <w:r>
        <w:rPr>
          <w:b/>
        </w:rPr>
        <w:t xml:space="preserve">[1:02:14] </w:t>
      </w:r>
      <w:r>
        <w:t>the problems</w:t>
      </w:r>
    </w:p>
    <w:p>
      <w:pPr>
        <w:jc w:val="right"/>
      </w:pPr>
      <w:r>
        <w:t>دی پرابلمز</w:t>
      </w:r>
    </w:p>
    <w:p>
      <w:r>
        <w:rPr>
          <w:b/>
        </w:rPr>
        <w:t xml:space="preserve">[1:02:15] </w:t>
      </w:r>
      <w:r>
        <w:t>are solved easily. It's only with the help of angels of God.</w:t>
      </w:r>
    </w:p>
    <w:p>
      <w:pPr>
        <w:jc w:val="right"/>
      </w:pPr>
      <w:r>
        <w:t>ار سالو ایزیلی اٹس اونلی ود دی ہیلپ اف اینجلس اف گاڈ</w:t>
      </w:r>
    </w:p>
    <w:p>
      <w:r>
        <w:rPr>
          <w:b/>
        </w:rPr>
        <w:t xml:space="preserve">[1:02:24] </w:t>
      </w:r>
      <w:r>
        <w:t>اہ ساجد انور صاحب نے ممبئی سے لکھا ہے مولانا your experience of angels presence at the conscious</w:t>
      </w:r>
    </w:p>
    <w:p>
      <w:pPr>
        <w:jc w:val="right"/>
      </w:pPr>
      <w:r>
        <w:t>اہ ساجد انور صاحب نے ممبئی سے لکھا ہے مولانا یور ایکسپیرینس اف اینجلس پریزنس ایٹ دا کانشیس</w:t>
      </w:r>
    </w:p>
    <w:p>
      <w:r>
        <w:rPr>
          <w:b/>
        </w:rPr>
        <w:t xml:space="preserve">[1:02:29] </w:t>
      </w:r>
      <w:r>
        <w:t>level was very thrilling. It has boosted my confidence and conviction in the way God Almighty is managing.</w:t>
      </w:r>
    </w:p>
    <w:p>
      <w:pPr>
        <w:jc w:val="right"/>
      </w:pPr>
      <w:r>
        <w:t>لیول واز ویری تھرلنگ اٹ ہیز بوسٹڈ مائی کانفیڈنس اینڈ کنوکشن ان دا وے گاڈ المائٹی از مینجنگ</w:t>
      </w:r>
    </w:p>
    <w:p>
      <w:r>
        <w:rPr>
          <w:b/>
        </w:rPr>
        <w:t xml:space="preserve">[1:02:39] </w:t>
      </w:r>
      <w:r>
        <w:t>and helping his servants in his day-to-day affairs. Jazakallah Maulana for sharing such conviction-boosting</w:t>
      </w:r>
    </w:p>
    <w:p>
      <w:pPr>
        <w:jc w:val="right"/>
      </w:pPr>
      <w:r>
        <w:t>اینڈ ہیلپنگ ہز سرونٹس ان ہز ڈے ٹو ڈے افیئرز جزاک اللہ مولانا فار شیئرنگ سچ کنوکشن بوسٹنگ</w:t>
      </w:r>
    </w:p>
    <w:p>
      <w:r>
        <w:rPr>
          <w:b/>
        </w:rPr>
        <w:t xml:space="preserve">[1:02:48] </w:t>
      </w:r>
      <w:r>
        <w:t>experience maulana ek sawal aaya hai ah pakistan se miss shaishta ramzan ne kiya hai un ka sawal</w:t>
      </w:r>
    </w:p>
    <w:p>
      <w:pPr>
        <w:jc w:val="right"/>
      </w:pPr>
      <w:r>
        <w:t>ایکسپیرینس مولانا ایک سوال ایا ہے اہ پاکستان سے مس شائستہ رمضان نے کیا ہے ان کا سوال</w:t>
      </w:r>
    </w:p>
    <w:p>
      <w:r>
        <w:rPr>
          <w:b/>
        </w:rPr>
        <w:t xml:space="preserve">[1:02:57] </w:t>
      </w:r>
      <w:r>
        <w:t>hai maulana sahab</w:t>
      </w:r>
    </w:p>
    <w:p>
      <w:pPr>
        <w:jc w:val="right"/>
      </w:pPr>
      <w:r>
        <w:t>ہے مولانا صاحب</w:t>
      </w:r>
    </w:p>
    <w:p>
      <w:r>
        <w:rPr>
          <w:b/>
        </w:rPr>
        <w:t xml:space="preserve">[1:03:00] </w:t>
      </w:r>
      <w:r>
        <w:t>I am suffering from paralysis since my childhood. Sometimes I feel disappointed. Can I compare my disability like shock apple, like apple shock which can stimulate my life? Can I think in this manner?</w:t>
      </w:r>
    </w:p>
    <w:p>
      <w:pPr>
        <w:jc w:val="right"/>
      </w:pPr>
      <w:r>
        <w:t>ائی ایم سفرنگ فرام پیرالیسز سنس مائی چائلڈ ہڈ سم ٹائمز ائی فیل ڈس اپوائنٹڈ کین ائی کمپیئر مائی ڈس ایبیلیٹی لائک شاک ایپل لائک ایپل شاک وچ کین سٹیمولیٹ مائی لائف کین ائی تھنک ان دس مینر</w:t>
      </w:r>
    </w:p>
    <w:p>
      <w:r>
        <w:rPr>
          <w:b/>
        </w:rPr>
        <w:t xml:space="preserve">[1:03:24] </w:t>
      </w:r>
      <w:r>
        <w:t>bhai main to yahi kahunga ke koi bhi shock chahe physical shock ho</w:t>
      </w:r>
    </w:p>
    <w:p>
      <w:pPr>
        <w:jc w:val="right"/>
      </w:pPr>
      <w:r>
        <w:t>بھائی میں تو یہی کہوں گا کہ کوئی بھی شاک چاہے فزیکل شاک ہو</w:t>
      </w:r>
    </w:p>
    <w:p>
      <w:r>
        <w:rPr>
          <w:b/>
        </w:rPr>
        <w:t xml:space="preserve">[1:03:35] </w:t>
      </w:r>
      <w:r>
        <w:t>wo hota hai kisi betterment ke liye jise Newton ko jaise us ko hua</w:t>
      </w:r>
    </w:p>
    <w:p>
      <w:pPr>
        <w:jc w:val="right"/>
      </w:pPr>
      <w:r>
        <w:t>وہ ہوتا ہے کسی بٹرمنٹ کے لیے جسے نیوٹن کو جیسے اس کو ہوا</w:t>
      </w:r>
    </w:p>
    <w:p>
      <w:r>
        <w:rPr>
          <w:b/>
        </w:rPr>
        <w:t xml:space="preserve">[1:03:49] </w:t>
      </w:r>
      <w:r>
        <w:t>wo milton milton ko</w:t>
      </w:r>
    </w:p>
    <w:p>
      <w:pPr>
        <w:jc w:val="right"/>
      </w:pPr>
      <w:r>
        <w:t>وہ ملٹن ملٹن کو</w:t>
      </w:r>
    </w:p>
    <w:p>
      <w:r>
        <w:rPr>
          <w:b/>
        </w:rPr>
        <w:t xml:space="preserve">[1:03:52] </w:t>
      </w:r>
      <w:r>
        <w:t>ke milton aap dekhiye andha ho gaya jawani ki umar mein andha ek dam andha ho gaya lekin</w:t>
      </w:r>
    </w:p>
    <w:p>
      <w:pPr>
        <w:jc w:val="right"/>
      </w:pPr>
      <w:r>
        <w:t>کہ ملٹن اپ دیکھیے اندھا ہو گیا جوانی کی عمر میں اندھا ایک دم اندھا ہو گیا لیکن</w:t>
      </w:r>
    </w:p>
    <w:p>
      <w:r>
        <w:rPr>
          <w:b/>
        </w:rPr>
        <w:t xml:space="preserve">[1:04:01] </w:t>
      </w:r>
      <w:r>
        <w:t>iska andar ka insan jaag utha</w:t>
      </w:r>
    </w:p>
    <w:p>
      <w:pPr>
        <w:jc w:val="right"/>
      </w:pPr>
      <w:r>
        <w:t>اس کا اندر کا انسان جاگ اٹھا</w:t>
      </w:r>
    </w:p>
    <w:p>
      <w:r>
        <w:rPr>
          <w:b/>
        </w:rPr>
        <w:t xml:space="preserve">[1:04:07] </w:t>
      </w:r>
      <w:r>
        <w:t>aur wo is qabil ho gaya ke dunya ki sab se bara</w:t>
      </w:r>
    </w:p>
    <w:p>
      <w:pPr>
        <w:jc w:val="right"/>
      </w:pPr>
      <w:r>
        <w:t>اور وہ اس قابل ہو گیا کہ دنیا کی سب سے بڑا</w:t>
      </w:r>
    </w:p>
    <w:p>
      <w:r>
        <w:rPr>
          <w:b/>
        </w:rPr>
        <w:t xml:space="preserve">[1:04:15] </w:t>
      </w:r>
      <w:r>
        <w:t>yani novel likh sake aaj bhi wo novel number one samjha jata hai</w:t>
      </w:r>
    </w:p>
    <w:p>
      <w:pPr>
        <w:jc w:val="right"/>
      </w:pPr>
      <w:r>
        <w:t>یعنی ناول لکھ سکے اج بھی وہ ناول نمبر ون سمجھا جاتا ہے</w:t>
      </w:r>
    </w:p>
    <w:p>
      <w:r>
        <w:rPr>
          <w:b/>
        </w:rPr>
        <w:t xml:space="preserve">[1:04:22] </w:t>
      </w:r>
      <w:r>
        <w:t>koi imagination iska barh gaya</w:t>
      </w:r>
    </w:p>
    <w:p>
      <w:pPr>
        <w:jc w:val="right"/>
      </w:pPr>
      <w:r>
        <w:t>کوئی امیجنیشن اس کا بڑھ گیا</w:t>
      </w:r>
    </w:p>
    <w:p>
      <w:r>
        <w:rPr>
          <w:b/>
        </w:rPr>
        <w:t xml:space="preserve">[1:04:26] </w:t>
      </w:r>
      <w:r>
        <w:t>iske andhe pan mein iska imagination barh gaya milton ka</w:t>
      </w:r>
    </w:p>
    <w:p>
      <w:pPr>
        <w:jc w:val="right"/>
      </w:pPr>
      <w:r>
        <w:t>اس کے اندھے پن میں اس کا امیجنیشن بڑھ گیا ملٹن کا</w:t>
      </w:r>
    </w:p>
    <w:p>
      <w:r>
        <w:rPr>
          <w:b/>
        </w:rPr>
        <w:t xml:space="preserve">[1:04:34] </w:t>
      </w:r>
      <w:r>
        <w:t>to aap</w:t>
      </w:r>
    </w:p>
    <w:p>
      <w:pPr>
        <w:jc w:val="right"/>
      </w:pPr>
      <w:r>
        <w:t>تو اپ</w:t>
      </w:r>
    </w:p>
    <w:p>
      <w:r>
        <w:rPr>
          <w:b/>
        </w:rPr>
        <w:t xml:space="preserve">[1:04:38] </w:t>
      </w:r>
      <w:r>
        <w:t>main samajhta hoon ke mayoos na hon balkeh positive andaaz mein sochen</w:t>
      </w:r>
    </w:p>
    <w:p>
      <w:pPr>
        <w:jc w:val="right"/>
      </w:pPr>
      <w:r>
        <w:t>میں سمجھتا ہوں کہ مایوس نہ ہوں بلکہ پازیٹیو انداز میں سوچیں</w:t>
      </w:r>
    </w:p>
    <w:p>
      <w:r>
        <w:rPr>
          <w:b/>
        </w:rPr>
        <w:t xml:space="preserve">[1:04:46] </w:t>
      </w:r>
      <w:r>
        <w:t>positive andaaz mein aap dekhiye ke maulana shafi numani</w:t>
      </w:r>
    </w:p>
    <w:p>
      <w:pPr>
        <w:jc w:val="right"/>
      </w:pPr>
      <w:r>
        <w:t>پازیٹیو انداز میں اپ دیکھیے کہ مولانا شفیع نعمانی</w:t>
      </w:r>
    </w:p>
    <w:p>
      <w:r>
        <w:rPr>
          <w:b/>
        </w:rPr>
        <w:t xml:space="preserve">[1:04:52] </w:t>
      </w:r>
      <w:r>
        <w:t>wo unke unka ek paon bilkul hi is qabil nahi rehta ke is se chal sake</w:t>
      </w:r>
    </w:p>
    <w:p>
      <w:pPr>
        <w:jc w:val="right"/>
      </w:pPr>
      <w:r>
        <w:t>وہ ان کے ان کا ایک پاؤں بالکل ہی اس قابل نہیں رہتا کہ اس سے چل سکے</w:t>
      </w:r>
    </w:p>
    <w:p>
      <w:r>
        <w:rPr>
          <w:b/>
        </w:rPr>
        <w:t xml:space="preserve">[1:05:03] </w:t>
      </w:r>
      <w:r>
        <w:t>lekin us zamane mein unhon ne</w:t>
      </w:r>
    </w:p>
    <w:p>
      <w:pPr>
        <w:jc w:val="right"/>
      </w:pPr>
      <w:r>
        <w:t>لیکن اس زمانے میں انہوں نے</w:t>
      </w:r>
    </w:p>
    <w:p>
      <w:r>
        <w:rPr>
          <w:b/>
        </w:rPr>
        <w:t xml:space="preserve">[1:05:06] </w:t>
      </w:r>
      <w:r>
        <w:t>unki unka maa jo trigger hua to sehat nabi ka tasawwur unke mind mein aaya</w:t>
      </w:r>
    </w:p>
    <w:p>
      <w:pPr>
        <w:jc w:val="right"/>
      </w:pPr>
      <w:r>
        <w:t>ان کی ان کا ماں جو ٹریگر ہوا تو صحت نبی کا تصور ان کے مائنڈ میں ایا</w:t>
      </w:r>
    </w:p>
    <w:p>
      <w:r>
        <w:rPr>
          <w:b/>
        </w:rPr>
        <w:t xml:space="preserve">[1:05:15] </w:t>
      </w:r>
      <w:r>
        <w:t>wohi zamane mein</w:t>
      </w:r>
    </w:p>
    <w:p>
      <w:pPr>
        <w:jc w:val="right"/>
      </w:pPr>
      <w:r>
        <w:t>وہی زمانے میں</w:t>
      </w:r>
    </w:p>
    <w:p>
      <w:r>
        <w:rPr>
          <w:b/>
        </w:rPr>
        <w:t xml:space="preserve">[1:05:18] </w:t>
      </w:r>
      <w:r>
        <w:t>to unhon ne</w:t>
      </w:r>
    </w:p>
    <w:p>
      <w:pPr>
        <w:jc w:val="right"/>
      </w:pPr>
      <w:r>
        <w:t>تو انہوں نے</w:t>
      </w:r>
    </w:p>
    <w:p>
      <w:r>
        <w:rPr>
          <w:b/>
        </w:rPr>
        <w:t xml:space="preserve">[1:05:21] </w:t>
      </w:r>
      <w:r>
        <w:t>aisi kitaab khud to nahi</w:t>
      </w:r>
    </w:p>
    <w:p>
      <w:pPr>
        <w:jc w:val="right"/>
      </w:pPr>
      <w:r>
        <w:t>ایسی کتاب خود تو نہیں</w:t>
      </w:r>
    </w:p>
    <w:p>
      <w:r>
        <w:rPr>
          <w:b/>
        </w:rPr>
        <w:t xml:space="preserve">[1:05:23] </w:t>
      </w:r>
      <w:r>
        <w:t>poori kar sake lekin un ke shagird ne poora kiya un ke khak ko un ke khak ko le kar Sehat Nadvi ne to is mozu par sab se bari kitab ban gayi to main samajhta hoon ke shock jo ho shock par insaan mayoos na ho balkay</w:t>
      </w:r>
    </w:p>
    <w:p>
      <w:pPr>
        <w:jc w:val="right"/>
      </w:pPr>
      <w:r>
        <w:t>پوری کر سکے لیکن ان کے شاگرد نے پورا کیا ان کے خاک کو ان کے خاک کو لے کر صحت ندوی نے تو اس موضوع پر سب سے بڑی کتاب بن گئی تو میں سمجھتا ہوں کہ شاک جو ہو شاک پر انسان مایوس نہ ہو بلکہ</w:t>
      </w:r>
    </w:p>
    <w:p>
      <w:r>
        <w:rPr>
          <w:b/>
        </w:rPr>
        <w:t xml:space="preserve">[1:05:51] </w:t>
      </w:r>
      <w:r>
        <w:t>positive andaaz mein le is ko</w:t>
      </w:r>
    </w:p>
    <w:p>
      <w:pPr>
        <w:jc w:val="right"/>
      </w:pPr>
      <w:r>
        <w:t>پازیٹیو انداز میں لے اس کو</w:t>
      </w:r>
    </w:p>
    <w:p>
      <w:r>
        <w:rPr>
          <w:b/>
        </w:rPr>
        <w:t xml:space="preserve">[1:06:04] </w:t>
      </w:r>
      <w:r>
        <w:t>maulana noudib keh rahe hain stephen hawkins ka bhi example hai ke kaise disability hone ke bawajood</w:t>
      </w:r>
    </w:p>
    <w:p>
      <w:pPr>
        <w:jc w:val="right"/>
      </w:pPr>
      <w:r>
        <w:t>مولانا نودیب کہہ رہے ہیں سٹیفن ہاکنز کا بھی ایگزیمپل ہے کہ کیسے ڈس ایبیلیٹی ہونے کے باوجود</w:t>
      </w:r>
    </w:p>
    <w:p>
      <w:r>
        <w:rPr>
          <w:b/>
        </w:rPr>
        <w:t xml:space="preserve">[1:06:11] </w:t>
      </w:r>
      <w:r>
        <w:t>unhon ne itna bara contribution kiya field of science mein</w:t>
      </w:r>
    </w:p>
    <w:p>
      <w:pPr>
        <w:jc w:val="right"/>
      </w:pPr>
      <w:r>
        <w:t>انہوں نے اتنا بڑا کنٹریبیوشن کیا فیلڈ اف سائنس میں</w:t>
      </w:r>
    </w:p>
    <w:p>
      <w:r>
        <w:rPr>
          <w:b/>
        </w:rPr>
        <w:t xml:space="preserve">[1:06:17] </w:t>
      </w:r>
      <w:r>
        <w:t>bohat bara baat to ke woh aik hi insan aisa hai jis ne daryaft kiya ke poori universe</w:t>
      </w:r>
    </w:p>
    <w:p>
      <w:pPr>
        <w:jc w:val="right"/>
      </w:pPr>
      <w:r>
        <w:t>بہت بڑا بات تو کہ وہ ایک ہی انسان ایسا ہے جس نے دریافت کیا کہ پوری یونیورس</w:t>
      </w:r>
    </w:p>
    <w:p>
      <w:r>
        <w:rPr>
          <w:b/>
        </w:rPr>
        <w:t xml:space="preserve">[1:06:23] </w:t>
      </w:r>
      <w:r>
        <w:t>jo hai woh single string theory jo ke bataya unhon ne</w:t>
      </w:r>
    </w:p>
    <w:p>
      <w:pPr>
        <w:jc w:val="right"/>
      </w:pPr>
      <w:r>
        <w:t>جو ہے وہ سنگل اسٹرنگ تھیوری جو کہ بتایا انہوں نے</w:t>
      </w:r>
    </w:p>
    <w:p>
      <w:r>
        <w:rPr>
          <w:b/>
        </w:rPr>
        <w:t xml:space="preserve">[1:06:30] </w:t>
      </w:r>
      <w:r>
        <w:t>aik hi insan ne</w:t>
      </w:r>
    </w:p>
    <w:p>
      <w:pPr>
        <w:jc w:val="right"/>
      </w:pPr>
      <w:r>
        <w:t>ایک ہی انسان نے</w:t>
      </w:r>
    </w:p>
    <w:p>
      <w:r>
        <w:rPr>
          <w:b/>
        </w:rPr>
        <w:t xml:space="preserve">[1:06:35] </w:t>
      </w:r>
      <w:r>
        <w:t>single string theory jis ne daryaft ki</w:t>
      </w:r>
    </w:p>
    <w:p>
      <w:pPr>
        <w:jc w:val="right"/>
      </w:pPr>
      <w:r>
        <w:t>سنگل اسٹرنگ تھیوری جس نے دریافت کی</w:t>
      </w:r>
    </w:p>
    <w:p>
      <w:r>
        <w:rPr>
          <w:b/>
        </w:rPr>
        <w:t xml:space="preserve">[1:06:40] </w:t>
      </w:r>
      <w:r>
        <w:t>to aap bilkul sahi keh rahe hain aadmi ko negative nahi hona chahiye mayoos nahi hona chahiye to</w:t>
      </w:r>
    </w:p>
    <w:p>
      <w:pPr>
        <w:jc w:val="right"/>
      </w:pPr>
      <w:r>
        <w:t>تو اپ بالکل صحیح کہہ رہے ہیں ادمی کو نیگیٹیو نہیں ہونا چاہیے مایوس نہیں ہونا چاہیے تو</w:t>
      </w:r>
    </w:p>
    <w:p>
      <w:r>
        <w:rPr>
          <w:b/>
        </w:rPr>
        <w:t xml:space="preserve">[1:06:51] </w:t>
      </w:r>
      <w:r>
        <w:t>aaj hi maine parha ke brain mein jo brain mein jo neuron cells hain wo itne zyada hote hain ke un ki aap ginti nahi kar sakte</w:t>
      </w:r>
    </w:p>
    <w:p>
      <w:pPr>
        <w:jc w:val="right"/>
      </w:pPr>
      <w:r>
        <w:t>اج ہی میں نے پڑھا کہ برین میں جو برین میں جو نیوران سیلز ہیں وہ اتنے زیادہ ہوتے ہیں کہ ان کی اپ گنتی نہیں کر سکتے</w:t>
      </w:r>
    </w:p>
    <w:p>
      <w:r>
        <w:rPr>
          <w:b/>
        </w:rPr>
        <w:t xml:space="preserve">[1:07:07] </w:t>
      </w:r>
      <w:r>
        <w:t>to wo saare neuron agar jaag uthen wo kisi shock se main bas bataoon ke aise hi hua tha it's it's hua ke ke liye is ke neuron sab jaag uthe the aur wo baat us ne daryaft ki jo koi koi daryaft nahi kar saka tha</w:t>
      </w:r>
    </w:p>
    <w:p>
      <w:pPr>
        <w:jc w:val="right"/>
      </w:pPr>
      <w:r>
        <w:t>تو وہ سارے نیوران اگر جاگ اٹھیں وہ کسی شاک سے میں بس بتاؤں کہ ایسے ہی ہوا تھا اٹس اٹس ہوا کے کے لیے اس کے نیوران سب جاگ اٹھے تھے اور وہ بات اس نے دریافت کی جو کوئی کوئی دریافت نہیں کر سکا تھا</w:t>
      </w:r>
    </w:p>
    <w:p>
      <w:r>
        <w:rPr>
          <w:b/>
        </w:rPr>
        <w:t xml:space="preserve">[1:07:32] </w:t>
      </w:r>
      <w:r>
        <w:t>jisko us ne naam diya hai single string theory to aap ne sahi kaha ah Maulana agla sawal Chennai se kiya hai Maulana Iqbal Umri ne unhon ne aap se poocha hai Maulana Khuda ko kya aakhirat mein mukammal dekh sakenge</w:t>
      </w:r>
    </w:p>
    <w:p>
      <w:pPr>
        <w:jc w:val="right"/>
      </w:pPr>
      <w:r>
        <w:t>جس کو اس نے نام دیا ہے سنگل اسٹرنگ تھیوری تو اپ نے صحیح کہا اہ مولانا اگلا سوال چنئی سے کیا ہے مولانا اقبال عمری نے انہوں نے اپ سے پوچھا ہے مولانا خدا کو کیا اخرت میں مکمل دیکھ سکیں گے</w:t>
      </w:r>
    </w:p>
    <w:p>
      <w:r>
        <w:rPr>
          <w:b/>
        </w:rPr>
        <w:t xml:space="preserve">[1:07:58] </w:t>
      </w:r>
      <w:r>
        <w:t>bhai hadith mein to aya hai ke</w:t>
      </w:r>
    </w:p>
    <w:p>
      <w:pPr>
        <w:jc w:val="right"/>
      </w:pPr>
      <w:r>
        <w:t>بھئی حدیث میں تو ایا ہے کہ</w:t>
      </w:r>
    </w:p>
    <w:p>
      <w:r>
        <w:rPr>
          <w:b/>
        </w:rPr>
        <w:t xml:space="preserve">[1:08:01] </w:t>
      </w:r>
      <w:r>
        <w:t>ke in jannati dekhenge Allah ko lekin mera apna ehsas yeh hai ke Allah rab ul alameen jis ne itni bari universe banai kaisi ajeeb ghareeb universe hai</w:t>
      </w:r>
    </w:p>
    <w:p>
      <w:pPr>
        <w:jc w:val="right"/>
      </w:pPr>
      <w:r>
        <w:t>. کہ ان جنتی دیکھیں گے اللہ کو لیکن میرا اپنا احساس یہ ہے کہ اللہ رب العالمین جس نے اتنی بڑی یونیورس بنائی کیسی عجیب غریب یونیورس ہے</w:t>
      </w:r>
    </w:p>
    <w:p>
      <w:r>
        <w:rPr>
          <w:b/>
        </w:rPr>
        <w:t xml:space="preserve">[1:08:23] </w:t>
      </w:r>
      <w:r>
        <w:t>to kaise insan dekhenge is ko main nahi samajhta ke insan kabhi is ko poori</w:t>
      </w:r>
    </w:p>
    <w:p>
      <w:pPr>
        <w:jc w:val="right"/>
      </w:pPr>
      <w:r>
        <w:t>تو کیسے انسان دیکھیں گے اس کو میں نہیں سمجھتا کہ انسان کبھی اس کو پوری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