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Travel in Religion July 28, 2024</w:t>
      </w:r>
    </w:p>
    <w:p>
      <w:r>
        <w:t>https://youtu.be/a5tfBcUSYXc</w:t>
      </w:r>
    </w:p>
    <w:p>
      <w:r>
        <w:rPr>
          <w:b/>
        </w:rPr>
        <w:t xml:space="preserve">[00:10] </w:t>
      </w:r>
      <w:r>
        <w:t>Assalamualaikum. Today we will have a conversation with Professor Farida Khanam on the subject "Importance of Travel in Religion." Travel is very important as it not only enriches one's knowledge, but it also serves as a catalyst for one's spiritual progress and deeper faith</w:t>
      </w:r>
    </w:p>
    <w:p>
      <w:pPr>
        <w:jc w:val="right"/>
      </w:pPr>
      <w:r>
        <w:t>Assalamualaikum. Today we will have a conversation with Professor Farida Khanam on the subject "Importance of Travel in Religion." Travel is very important as it not only enriches one's knowledge, but it also serves as a catalyst for one's spiritual progress and deeper faith</w:t>
      </w:r>
    </w:p>
    <w:p>
      <w:r>
        <w:rPr>
          <w:b/>
        </w:rPr>
        <w:t xml:space="preserve">[00:32] </w:t>
      </w:r>
      <w:r>
        <w:t>. Maulana Vaiduddin Khan Sahib always used to encourage and motivate everyone to travel, as he felt that it gives an opportunity to an individual to make observation, to gain experience, and also to engage with diverse culture that helps in developing a universal outlook which is essential for one's spiritual growth</w:t>
      </w:r>
    </w:p>
    <w:p>
      <w:pPr>
        <w:jc w:val="right"/>
      </w:pPr>
      <w:r>
        <w:t>. Maulana Vaiduddin Khan Sahib always used to encourage and motivate everyone to travel, as he felt that it gives an opportunity to an individual to make observation, to gain experience, and also to engage with diverse culture that helps in developing a universal outlook which is essential for one's spiritual growth</w:t>
      </w:r>
    </w:p>
    <w:p>
      <w:r>
        <w:rPr>
          <w:b/>
        </w:rPr>
        <w:t xml:space="preserve">[00:54] </w:t>
      </w:r>
      <w:r>
        <w:t>. Prophet Muhammad sallallahu alaihi wasallam once said that a person who travels the path in order to search for knowledge, God makes his path easier for paradise.</w:t>
      </w:r>
    </w:p>
    <w:p>
      <w:pPr>
        <w:jc w:val="right"/>
      </w:pPr>
      <w:r>
        <w:t>. Prophet Muhammad صلى الله عليه وسلم once said that a person who travels the path in order to search for knowledge, God makes his path easier for paradise.</w:t>
      </w:r>
    </w:p>
    <w:p>
      <w:r>
        <w:rPr>
          <w:b/>
        </w:rPr>
        <w:t xml:space="preserve">[01:06] </w:t>
      </w:r>
      <w:r>
        <w:t>Quran in Chapter 29 says, "Travel the earth and see how he originated creation." So when we read the Hadith and Quran, we find that the importance of travel is highlight</w:t>
      </w:r>
    </w:p>
    <w:p>
      <w:pPr>
        <w:jc w:val="right"/>
      </w:pPr>
      <w:r>
        <w:t>Quran in Chapter 29 says, "Travel the earth and see how he originated creation." So when we read the Hadith and Quran, we find that the importance of travel is highlight</w:t>
      </w:r>
    </w:p>
    <w:p>
      <w:r>
        <w:rPr>
          <w:b/>
        </w:rPr>
        <w:t xml:space="preserve">[01:20] </w:t>
      </w:r>
      <w:r>
        <w:t>ed. But here I do not mean travel for fun or entertainment or for leisure, but travel to gain experience and to develop a thinking mind, to do contemplation on the signs of nature; only then the travel truly becomes beneficial.</w:t>
      </w:r>
    </w:p>
    <w:p>
      <w:pPr>
        <w:jc w:val="right"/>
      </w:pPr>
      <w:r>
        <w:t>ed. But here I do not mean travel for fun or entertainment or for leisure, but travel to gain experience and to develop a thinking mind, to do contemplation on the signs of nature; only then the travel truly becomes beneficial.</w:t>
      </w:r>
    </w:p>
    <w:p>
      <w:r>
        <w:rPr>
          <w:b/>
        </w:rPr>
        <w:t xml:space="preserve">[01:37] </w:t>
      </w:r>
      <w:r>
        <w:t>to chaliye aaj is mauzoo par charcha karte hain fareeda apa ke saath. Assalam walekum apa, kaise hain aap? Wa alaikum assalam, aap theek hain? Jee, alhamdulillah apa.</w:t>
      </w:r>
    </w:p>
    <w:p>
      <w:pPr>
        <w:jc w:val="right"/>
      </w:pPr>
      <w:r>
        <w:t>तो चलिए आज इस मौजू पर चर्चा करते हैं फरीदा आपा के साथ। अस्सलाम वालेकुम आपा, कैसे हैं आप? وعلیکم السلام، آپ ٹھیک ہیں؟ जी, अल्हम्दुलिल्लाह आपा।</w:t>
      </w:r>
    </w:p>
    <w:p>
      <w:r>
        <w:rPr>
          <w:b/>
        </w:rPr>
        <w:t xml:space="preserve">[01:46] </w:t>
      </w:r>
      <w:r>
        <w:t>apa, sabse pehla to sawal mera subject par hi hai, "Importance of Travel in Religion." To iske baare mein aap hum sabko bataein. Travel ki bahut zyada ahmiyat hai,</w:t>
      </w:r>
    </w:p>
    <w:p>
      <w:pPr>
        <w:jc w:val="right"/>
      </w:pPr>
      <w:r>
        <w:t>आपा, सबसे पहला तो सवाल मेरा सब्जेक्ट पर ही है, "Importance of Travel in Religion।" तो इसके बारे में आप हम सबको बताएँ। ٹریول کی بہت زیادہ اہمیت ہے،</w:t>
      </w:r>
    </w:p>
    <w:p>
      <w:r>
        <w:rPr>
          <w:b/>
        </w:rPr>
        <w:t xml:space="preserve">[01:59] </w:t>
      </w:r>
      <w:r>
        <w:t>lekin log shayad samajhte nahin hain, itni isko ahmiyat nahin dete hain. Aaj kal jisko hum travel kehte hain ya siyahat kehte hain, wahi hai jo aaj kal tourism kaha jata hai.</w:t>
      </w:r>
    </w:p>
    <w:p>
      <w:pPr>
        <w:jc w:val="right"/>
      </w:pPr>
      <w:r>
        <w:t>لیکن لوگ شاید سمجھتے نہیں ہیں، اتنی اس کو اہمیت نہیں دیتے ہیں۔ آج کل جس کو ہم ٹریول کہتے ہیں یا سیاحت کہتے ہیں، وہی ہے جو آج کل ٹورزم کہا جاتا ہے۔</w:t>
      </w:r>
    </w:p>
    <w:p>
      <w:r>
        <w:rPr>
          <w:b/>
        </w:rPr>
        <w:t xml:space="preserve">[02:13] </w:t>
      </w:r>
      <w:r>
        <w:t>to tourism ek bahut hi badi industry ho gayi hai, iske khaas intezamāt kiye jate hain tourist ke liye. Arab siyah to 24 billion dollar kharch karte hain,</w:t>
      </w:r>
    </w:p>
    <w:p>
      <w:pPr>
        <w:jc w:val="right"/>
      </w:pPr>
      <w:r>
        <w:t>تو ٹورزم ایک بہت ہی بڑی انڈسٹری ہو گئی ہے، اس کے خاص انتظامات کیے جاتے ہیں ٹورسٹ کے لیے۔ عرب سیاح تو 24 بلین ڈالر خرچ کرتے ہیں،</w:t>
      </w:r>
    </w:p>
    <w:p>
      <w:r>
        <w:rPr>
          <w:b/>
        </w:rPr>
        <w:t xml:space="preserve">[02:27] </w:t>
      </w:r>
      <w:r>
        <w:t>idhar udhar doosre mulkon mein jate hain. To lekin bas yahi hai ki woh log, unko bahut zyada dawah kanchnisness nahin hai. Woh jate hain apne is ke liye, entertainment ke liye, ghoomne ke liye, side seeing ke liye, is liye jate hain.</w:t>
      </w:r>
    </w:p>
    <w:p>
      <w:pPr>
        <w:jc w:val="right"/>
      </w:pPr>
      <w:r>
        <w:t>ادھر ادھر دوسرے ملکوں میں جاتے ہیں۔ تو لیکن بس یہی ہے کہ وہ لوگ، ان کو بہت زیادہ دعویٰ کانشیسنس نہیں ہے۔ وہ جاتے ہیں اپنے اس کے لیے، انٹرٹینمنٹ کے لیے، گھومنے کے لیے، سائیڈ سینگ کے لیے، اس لیے جاتے ہیں۔</w:t>
      </w:r>
    </w:p>
    <w:p>
      <w:r>
        <w:rPr>
          <w:b/>
        </w:rPr>
        <w:t xml:space="preserve">[02:44] </w:t>
      </w:r>
      <w:r>
        <w:t>to iski aap ahmiyat is se samajh sakte hain ki Spain mein jahan ke musalmanon ko nikal diya gaya tha, aur us waqt unki saari jo yaadgaarein thin, badi badi buildingein thin, mahal the, woh sab isko bilkul miliyamet kar diya gaya tha.</w:t>
      </w:r>
    </w:p>
    <w:p>
      <w:pPr>
        <w:jc w:val="right"/>
      </w:pPr>
      <w:r>
        <w:t>تو اس کی آپ اہمیت اس سے سمجھ سکتے ہیں کہ اسپین میں جہاں کے مسلمانوں کو نکال دیا گیا تھا، اور اس وقت ان کی ساری جو یادگاریں تھیں، بڑی بڑی بلڈنگیں تھیں، محل تھے، وہ سب اس کو بالکل ملیامیٹ کر دیا گیا تھا۔</w:t>
      </w:r>
    </w:p>
    <w:p>
      <w:r>
        <w:rPr>
          <w:b/>
        </w:rPr>
        <w:t xml:space="preserve">[03:03] </w:t>
      </w:r>
      <w:r>
        <w:t>lekin ab tourism itni zyada ahham ho gayi hai,</w:t>
      </w:r>
    </w:p>
    <w:p>
      <w:pPr>
        <w:jc w:val="right"/>
      </w:pPr>
      <w:r>
        <w:t>لیکن اب ٹورزم اتنی زیادہ اہم ہو گئی ہے،</w:t>
      </w:r>
    </w:p>
    <w:p>
      <w:r>
        <w:rPr>
          <w:b/>
        </w:rPr>
        <w:t xml:space="preserve">[03:07] </w:t>
      </w:r>
      <w:r>
        <w:t>is se itni zyada income hoti hai ki Spain mein jo musalmanon ki saari yaadgaarein thin, isko renovate kiya gaya, isko aur pehle se bhi behtar bana diya gaya.</w:t>
      </w:r>
    </w:p>
    <w:p>
      <w:pPr>
        <w:jc w:val="right"/>
      </w:pPr>
      <w:r>
        <w:t>اس سے اتنی زیادہ انکم ہوتی ہے کہ اسپین میں جو مسلمانوں کی ساری یادگاریں تھیں، اس کو رینوویٹ کیا گیا، اس کو اور پہلے سے بھی بہتر بنا دیا گیا۔</w:t>
      </w:r>
    </w:p>
    <w:p>
      <w:r>
        <w:rPr>
          <w:b/>
        </w:rPr>
        <w:t xml:space="preserve">[03:18] </w:t>
      </w:r>
      <w:r>
        <w:t>aur Arab wahan bahut zyada jate hain. To isi tarah se har mulk mein ho raha hai. To log aam taur par jate hain safar ke liye, entertainment ke liye, job ke liye</w:t>
      </w:r>
    </w:p>
    <w:p>
      <w:pPr>
        <w:jc w:val="right"/>
      </w:pPr>
      <w:r>
        <w:t>اور عرب وہاں بہت زیادہ جاتے ہیں۔ تو اسی طریقے سے ہر ملک میں ہو رہا ہے۔ تو لوگ عام طور پر جاتے ہیں سفر کے لیے، انٹرٹینمنٹ کے لیے، جاب کے لیے</w:t>
      </w:r>
    </w:p>
    <w:p>
      <w:r>
        <w:rPr>
          <w:b/>
        </w:rPr>
        <w:t xml:space="preserve">[03:31] </w:t>
      </w:r>
      <w:r>
        <w:t>, lekin Islam jo hai, woh safar ko, travel ko Islamize karta hai. Quran mein aaya hai "Al-Sā'ihūn Al-Sā'ihāt".</w:t>
      </w:r>
    </w:p>
    <w:p>
      <w:pPr>
        <w:jc w:val="right"/>
      </w:pPr>
      <w:r>
        <w:t>، لیکن اسلام جو ہے، وہ سفر کو، ٹریول کو اسلامائز کرتا ہے۔ قرآن میں آیا ہے "الصاحون الصاحات"۔</w:t>
      </w:r>
    </w:p>
    <w:p>
      <w:r>
        <w:rPr>
          <w:b/>
        </w:rPr>
        <w:t xml:space="preserve">[03:42] </w:t>
      </w:r>
      <w:r>
        <w:t>is mein khaas baat yeh hai ki aur auraton ko bhi is mein shamil kiya gaya hai. Aisa nahin hai ki auratein jo hain bas ghar mein rahen. Quran mein kaha gaya hai ki un logon ko bahut khaas Allah ki blessing milegi jo safar karte hain.</w:t>
      </w:r>
    </w:p>
    <w:p>
      <w:pPr>
        <w:jc w:val="right"/>
      </w:pPr>
      <w:r>
        <w:t>اس میں خاص بات یہ ہے کہ اور عورتوں کو بھی اس میں شامل کیا گیا ہے۔ ایسا نہیں ہے کہ عورتیں جو ہیں بس گھر میں رہیں۔ قرآن میں کہا گیا ہے کہ ان لوگوں کو بہت خاص اللہ کی بلیسنگ ملے گی جو سفر کرتے ہیں۔</w:t>
      </w:r>
    </w:p>
    <w:p>
      <w:r>
        <w:rPr>
          <w:b/>
        </w:rPr>
        <w:t xml:space="preserve">[03:56] </w:t>
      </w:r>
      <w:r>
        <w:t>matlab safar ka maqsad kya hai?</w:t>
      </w:r>
    </w:p>
    <w:p>
      <w:pPr>
        <w:jc w:val="right"/>
      </w:pPr>
      <w:r>
        <w:t>مطلب سفر کا مقصد کیا ہے؟</w:t>
      </w:r>
    </w:p>
    <w:p>
      <w:r>
        <w:rPr>
          <w:b/>
        </w:rPr>
        <w:t xml:space="preserve">[04:00] </w:t>
      </w:r>
      <w:r>
        <w:t>yeh chapter nine aur verse 112. To Islam ke lehaz se safar ka maqsad hai ek to duniya mein jo waqeyat hain, jo past mein jo waqeyat hue, aindah hone wale jo waqeyat hain, to woh sab isko dekhna aur ibret hasil karna, lesson lena is se, aur Khuda ki marifat hasil karna.</w:t>
      </w:r>
    </w:p>
    <w:p>
      <w:pPr>
        <w:jc w:val="right"/>
      </w:pPr>
      <w:r>
        <w:t>یہ چیپٹر نائن اور ورس 112۔ تو اسلام کے لحاظ سے سفر کا مقصد ہے ایک تو دنیا میں جو واقعات ہیں، جو پاسٹ میں جو واقعات ہوئے، آئندہ ہونے والے جو واقعات ہیں، تو وہ سب اس کو دیکھنا اور عبرت حاصل کرنا، لیسن لینا اس سے، اور خدا کی معرفت حاصل کرنا۔</w:t>
      </w:r>
    </w:p>
    <w:p>
      <w:r>
        <w:rPr>
          <w:b/>
        </w:rPr>
        <w:t xml:space="preserve">[04:28] </w:t>
      </w:r>
      <w:r>
        <w:t>ab aap sochiye ki aap ek kamre mein baithe hain aur is mein aur aap bahar ki duniya mein jate hain to zameen aasman ka farq hai. To aap ko ek to yeh hai ki apne aap ko, jo aap ne kaha ki spiritual growth, us ke liye bahut zyada aham hai safar.</w:t>
      </w:r>
    </w:p>
    <w:p>
      <w:pPr>
        <w:jc w:val="right"/>
      </w:pPr>
      <w:r>
        <w:t>اب آپ سوچیے کہ آپ ایک کمرے میں بیٹھے ہیں اور اس میں اور آپ باہر کی دنیا میں جاتے ہیں تو زمین آسمان کا فرق ہے۔ تو آپ کو ایک تو یہ ہے کہ اپنے آپ کو، جو آپ نے کہا کہ سپریچول گروتھ، اس کے لیے بہت زیادہ اہم ہے سفر۔</w:t>
      </w:r>
    </w:p>
    <w:p>
      <w:r>
        <w:rPr>
          <w:b/>
        </w:rPr>
        <w:t xml:space="preserve">[04:46] </w:t>
      </w:r>
      <w:r>
        <w:t>to bahut kuch hamein learning hasil hot</w:t>
      </w:r>
    </w:p>
    <w:p>
      <w:pPr>
        <w:jc w:val="right"/>
      </w:pPr>
      <w:r>
        <w:t>تو بہت کچھ ہمیں لرننگ حاصل ہوت</w:t>
      </w:r>
    </w:p>
    <w:p>
      <w:r>
        <w:rPr>
          <w:b/>
        </w:rPr>
        <w:t xml:space="preserve">[04:48] </w:t>
      </w:r>
      <w:r>
        <w:t>i hai, hamein bahut zyada Khuda ki marifat hasil hoti hai, aur jab tak hum bahar nahin jayenge, hamari mad'u se mulaqat nahin hoti.</w:t>
      </w:r>
    </w:p>
    <w:p>
      <w:pPr>
        <w:jc w:val="right"/>
      </w:pPr>
      <w:r>
        <w:t>ی ہے، ہمیں بہت زیادہ خدا کی معرفت حاصل ہوتی ہے، اور جب تک ہم باہر نہیں جائیں گے، ہماری مدعو سے ملاقات نہیں ہوتی۔</w:t>
      </w:r>
    </w:p>
    <w:p>
      <w:r>
        <w:rPr>
          <w:b/>
        </w:rPr>
        <w:t xml:space="preserve">[04:59] </w:t>
      </w:r>
      <w:r>
        <w:t>ab aap mad'u ke paas jayenge, kuch baatein karenge, is se interaction karenge, is se kuch sawalat hote hain, is ke aap jawab denge. To is tarah se dheere dheere Khuda ka paigham mad'u tak pahunchne lagega.</w:t>
      </w:r>
    </w:p>
    <w:p>
      <w:pPr>
        <w:jc w:val="right"/>
      </w:pPr>
      <w:r>
        <w:t>اب آپ مدعو کے پاس جائیں گے، کچھ باتیں کریں گے، اس سے انٹریکشن کریں گے، اس سے کچھ سوالات ہوتے ہیں، اس کے آپ جواب دیں گے۔ تو اس طریقے سے دھیرے دھیرے خدا کا پیغام مدعو تک پہنچنے لگے گا۔</w:t>
      </w:r>
    </w:p>
    <w:p>
      <w:r>
        <w:rPr>
          <w:b/>
        </w:rPr>
        <w:t xml:space="preserve">[05:12] </w:t>
      </w:r>
      <w:r>
        <w:t>kyunki dekhiye, hum log duty bound hain ki saari duniya ko Khuda ka paigham pahuncha dein.</w:t>
      </w:r>
    </w:p>
    <w:p>
      <w:pPr>
        <w:jc w:val="right"/>
      </w:pPr>
      <w:r>
        <w:t>کیونکہ دیکھیے، ہم لوگ ڈیوٹی باؤنڈ ہیں کہ ساری دنیا کو خدا کا پیغام پہنچا دیں۔</w:t>
      </w:r>
    </w:p>
    <w:p>
      <w:r>
        <w:rPr>
          <w:b/>
        </w:rPr>
        <w:t xml:space="preserve">[05:20] </w:t>
      </w:r>
      <w:r>
        <w:t>to log samajhte nahin hain is ko. Ab to sirf entertainment ho gaya hai ya job ho gaya hai, ya phir safar karte hain kisi doosre maqsad se.</w:t>
      </w:r>
    </w:p>
    <w:p>
      <w:pPr>
        <w:jc w:val="right"/>
      </w:pPr>
      <w:r>
        <w:t>تو لوگ سمجھتے نہیں ہیں اس کو۔ اب تو صرف انٹرٹینمنٹ ہو گیا ہے یا جاب ہو گیا ہے، یا پھر سفر کرتے ہیں کسی دوسرے مقصد سے۔</w:t>
      </w:r>
    </w:p>
    <w:p>
      <w:r>
        <w:rPr>
          <w:b/>
        </w:rPr>
        <w:t xml:space="preserve">[05:33] </w:t>
      </w:r>
      <w:r>
        <w:t>matlab dawah ke maqsad se safar nahin hota. To hum yahi aaj batana chahte hain ki dawah ke maqsad ko supreme rakhna chahiye safar mein.</w:t>
      </w:r>
    </w:p>
    <w:p>
      <w:pPr>
        <w:jc w:val="right"/>
      </w:pPr>
      <w:r>
        <w:t>مطلب دعویٰ کے مقصد سے سفر نہیں ہوتا۔ تو ہم یہی آج بتانا چاہتے ہیں کہ دعویٰ کے مقصد کو سپریم رکھنا چاہیے سفر میں۔</w:t>
      </w:r>
    </w:p>
    <w:p>
      <w:r>
        <w:rPr>
          <w:b/>
        </w:rPr>
        <w:t xml:space="preserve">[05:43] </w:t>
      </w:r>
      <w:r>
        <w:t>doosre kaam bhi karen. Jo Maulana kehte the "one man two mission</w:t>
      </w:r>
    </w:p>
    <w:p>
      <w:pPr>
        <w:jc w:val="right"/>
      </w:pPr>
      <w:r>
        <w:t>دوسرے کام بھی کریں۔ جو مولانا کہتے تھے "ون مین ٹو مشن</w:t>
      </w:r>
    </w:p>
    <w:p>
      <w:r>
        <w:rPr>
          <w:b/>
        </w:rPr>
        <w:t xml:space="preserve">[05:48] </w:t>
      </w:r>
      <w:r>
        <w:t>", to doosre kaam bhi karen. Aur baqi jaise sahaba karte the ki ab thode kaam karte the apne, sirf apne zaroorat poori karne ke liye, ab baqi time woh dawah work mein istemal karte the.</w:t>
      </w:r>
    </w:p>
    <w:p>
      <w:pPr>
        <w:jc w:val="right"/>
      </w:pPr>
      <w:r>
        <w:t>"، تو دوسرے کام بھی کریں۔ اور باقی جیسے صحابہ کرتے تھے کہ اب تھوڑے کام کرتے تھے اپنے، صرف اپنے ضرورت پوری کرنے کے لیے، اب باقی ٹائم وہ دعویٰ ورک میں استعمال کرتے تھے۔</w:t>
      </w:r>
    </w:p>
    <w:p>
      <w:r>
        <w:rPr>
          <w:b/>
        </w:rPr>
        <w:t xml:space="preserve">[06:02] </w:t>
      </w:r>
      <w:r>
        <w:t>to yahi hamein bhi karna hai. Jee, apa, like you just mention that dawah work should be the supreme concern while trav</w:t>
      </w:r>
    </w:p>
    <w:p>
      <w:pPr>
        <w:jc w:val="right"/>
      </w:pPr>
      <w:r>
        <w:t>تو یہی ہمیں بھی کرنا ہے۔ जी, आपा, लाइक यू जस्ट मेंशन दैट दाव वर्क शुड बी द सुप्रीम कंसर्न वाइल ट्र</w:t>
      </w:r>
    </w:p>
    <w:p>
      <w:r>
        <w:rPr>
          <w:b/>
        </w:rPr>
        <w:t xml:space="preserve">[06:11] </w:t>
      </w:r>
      <w:r>
        <w:t>healing. So, my next couple of questions will be dealing with the life of prophets at different time periods and what lessons, you know, we can derive from their life. Ab, jaise Prophet Ibrahim ki agar hum zindagi ko dekhen, we find that it is notably characterized by extensive travel. While he was preaching about oneness of God in Iraq, he was challenged by, you know, his contempor</w:t>
      </w:r>
    </w:p>
    <w:p>
      <w:pPr>
        <w:jc w:val="right"/>
      </w:pPr>
      <w:r>
        <w:t>ेवलिंग। सो, माय नेक्स्ट कपल ऑफ क्वेश्चंस विल बी डीलिंग विद द लाइफ ऑफ प्रोफेट्स एट डिफरेंट टाइम पीरियड्स एंड व्हाट लेसंस यू नो वी कैन डराइव फ्रॉम देयर लाइफ। आपा, जैसे प्रोफेट इब्राहिम की अगर हम जिंदगी को देखें, वी फाइंड दैट इट इज नोटेबली कैरेक्टरिज़्ड बाय एक्सटेंसिव ट्रेवल। वाइल ही वास प्रीचिंग अबाउट वननेस ऑफ गॉड इन इराक, ही वास चैलेंज्ड बाय, यू नो, हिज कंटेंपर</w:t>
      </w:r>
    </w:p>
    <w:p>
      <w:r>
        <w:rPr>
          <w:b/>
        </w:rPr>
        <w:t xml:space="preserve">[06:38] </w:t>
      </w:r>
      <w:r>
        <w:t>It was a very difficult period, and then God commanded him to travel, and he traveled to different lands. He even left his family in an uncultivable area, purely on the trust of God. So, what are the lessons that we learn from his travels?</w:t>
      </w:r>
    </w:p>
    <w:p>
      <w:pPr>
        <w:jc w:val="right"/>
      </w:pPr>
      <w:r>
        <w:t>रीज। इट वाज अ वेरी डिफिकल्ट पीरियड, एंड देन गॉड कमांडेड हिम टू ट्रेवल, एंड ही ट्रेवल टू डिफरेंट लैंड्स। ही इवन लेफ्ट हिज फैमिली इन एन अनकल्टिबल एरिया, प्योरली ऑन द ट्रस्ट ऑफ गॉड। सो, व्हाट आर द लेसंस दैट वी लर्न फ्रॉम हिज ट्रेवल्स?</w:t>
      </w:r>
    </w:p>
    <w:p>
      <w:r>
        <w:rPr>
          <w:b/>
        </w:rPr>
        <w:t xml:space="preserve">[06:55] </w:t>
      </w:r>
      <w:r>
        <w:t>Iske bare mein bataein. Hazrat Ibrahim alaihissalam musalsal safar mein hi rehte thay.</w:t>
      </w:r>
    </w:p>
    <w:p>
      <w:pPr>
        <w:jc w:val="right"/>
      </w:pPr>
      <w:r>
        <w:t>इसके बारे में बताएं। حضرت ابراہیم علیہ السلام مسلسل سفر میں ہی رہتے تھے۔</w:t>
      </w:r>
    </w:p>
    <w:p>
      <w:r>
        <w:rPr>
          <w:b/>
        </w:rPr>
        <w:t xml:space="preserve">[07:03] </w:t>
      </w:r>
      <w:r>
        <w:t>Woh paida hue ur mein, lekin wahan jab unhon ne Khuda ka paigham logon ko pohanchaya to tamam log un ke mukhalif ho gaye. Itni sakht mukhalifat hui ke un ko aag mein daal diya.</w:t>
      </w:r>
    </w:p>
    <w:p>
      <w:pPr>
        <w:jc w:val="right"/>
      </w:pPr>
      <w:r>
        <w:t>وہ پیدا ہوئے عر میں، لیکن وہاں جب انہوں نے خدا کا پیغام لوگوں کو پہنچایا تو تمام لوگ ان کے مخالف ہو گئے۔ اتنی سخت مخالفت ہوئی کہ ان کو آگ میں ڈال دیا۔</w:t>
      </w:r>
    </w:p>
    <w:p>
      <w:r>
        <w:rPr>
          <w:b/>
        </w:rPr>
        <w:t xml:space="preserve">[07:15] </w:t>
      </w:r>
      <w:r>
        <w:t>Allah taala ne un ko bacha liya. Phir woh hairan chale gaye. Hairan ab turkey mein hai. Hairan chale gaye, lekin woh ek jagah nahi rehte thay.</w:t>
      </w:r>
    </w:p>
    <w:p>
      <w:pPr>
        <w:jc w:val="right"/>
      </w:pPr>
      <w:r>
        <w:t>اللہ تعالی نے ان کو بچا لیا۔ پھر وہ حیران چلے گئے۔ حیران اب ٹرکی میں ہے۔ حیران چلے گئے، لیکن وہ ایک جگہ نہیں رہتے تھے۔</w:t>
      </w:r>
    </w:p>
    <w:p>
      <w:r>
        <w:rPr>
          <w:b/>
        </w:rPr>
        <w:t xml:space="preserve">[07:24] </w:t>
      </w:r>
      <w:r>
        <w:t>Mustaqil woh, aur woh ab bhi mustaqil woh safar mein rehte thay aur logon ko Khuda ka paigham pohanchate rehte thay.</w:t>
      </w:r>
    </w:p>
    <w:p>
      <w:pPr>
        <w:jc w:val="right"/>
      </w:pPr>
      <w:r>
        <w:t>مستقل وہ، اور وہ اب بھی مستقل وہ سفر میں رہتے تھے اور لوگوں کو خدا کا پیغام پہنچاتے رہتے تھے۔</w:t>
      </w:r>
    </w:p>
    <w:p>
      <w:r>
        <w:rPr>
          <w:b/>
        </w:rPr>
        <w:t xml:space="preserve">[07:32] </w:t>
      </w:r>
      <w:r>
        <w:t>To yeh jo hai, hairan jo hai, ek bohat hi ahem trade route bhi hai. Kyun ke is zamane mein yeh trade route ka bohat zyada ahmiyat hoti thi.</w:t>
      </w:r>
    </w:p>
    <w:p>
      <w:pPr>
        <w:jc w:val="right"/>
      </w:pPr>
      <w:r>
        <w:t>تو یہ جو ہے، حیران جو ہے، ایک بہت ہی اہم ٹریڈ روٹ بھی ہے۔ کیونکہ اس زمانے میں یہ ٹریڈ روٹ کا بہت زیادہ اہمیت ہوتی تھی۔</w:t>
      </w:r>
    </w:p>
    <w:p>
      <w:r>
        <w:rPr>
          <w:b/>
        </w:rPr>
        <w:t xml:space="preserve">[07:46] </w:t>
      </w:r>
      <w:r>
        <w:t>Kyun ke aur koi ab jahaz waghera ka to woh tha nahi. To isi trade route ke zariye se log ek jagah se doosri jagah jaya karte thay.</w:t>
      </w:r>
    </w:p>
    <w:p>
      <w:pPr>
        <w:jc w:val="right"/>
      </w:pPr>
      <w:r>
        <w:t>کیونکہ اور کوئی اب جہاز وغیرہ کا تو وہ تھا نہیں۔ تو اسی ٹریڈ روٹ کے ذریعے سے لوگ ایک جگہ سے دوسری جگہ جایا کرتے تھے۔</w:t>
      </w:r>
    </w:p>
    <w:p>
      <w:r>
        <w:rPr>
          <w:b/>
        </w:rPr>
        <w:t xml:space="preserve">[07:56] </w:t>
      </w:r>
      <w:r>
        <w:t>To yeh ilaqa jo hai, yeh mesopotamia ka ilaqa hai jahan Iraq, Iran, aur Syria, Lebanon, Jordan waghera saare shamil hain is mein.</w:t>
      </w:r>
    </w:p>
    <w:p>
      <w:pPr>
        <w:jc w:val="right"/>
      </w:pPr>
      <w:r>
        <w:t>تو یہ علاقہ جو ہے، یہ میسوپوٹامیا کا علاقہ ہے جہاں عراق، ایران، اور سیریا، لبنان، جارڈن وغیرہ سارے شامل ہیں اس میں۔</w:t>
      </w:r>
    </w:p>
    <w:p>
      <w:r>
        <w:rPr>
          <w:b/>
        </w:rPr>
        <w:t xml:space="preserve">[08:05] </w:t>
      </w:r>
      <w:r>
        <w:t>To yeh do darya ke beech mein hai, Tigris aur Euphrates, jis ko hum Dijla aur Furat kehte hain. To is ke beech mein bohat saare shehar hain aur bohat hi ahem hain kyun ke qadeem zamane ki tamam jo discoveries hui hain, woh yahin par hui hain.</w:t>
      </w:r>
    </w:p>
    <w:p>
      <w:pPr>
        <w:jc w:val="right"/>
      </w:pPr>
      <w:r>
        <w:t>تو یہ دو دریا کے بیچ میں ہے، ٹیگریز اور یوفریٹس، جس کو ہم دجلہ اور فرات کہتے ہیں۔ تو اس کے بیچ میں بہت سارے شہر ہیں اور بہت ہی اہم ہیں کیونکہ قدیم زمانے کی تمام جو ڈسکوریز ہوئی ہیں، وہ یہیں پر ہوئی ہیں۔</w:t>
      </w:r>
    </w:p>
    <w:p>
      <w:r>
        <w:rPr>
          <w:b/>
        </w:rPr>
        <w:t xml:space="preserve">[08:23] </w:t>
      </w:r>
      <w:r>
        <w:t>To is poore ilaqe mein Allah taala ne Hazrat Ibrahim ke zariye se apna paigham pohanchaya. To taqreeban Hazrat Ibrahim ko kafi lambi umar mili thi.</w:t>
      </w:r>
    </w:p>
    <w:p>
      <w:pPr>
        <w:jc w:val="right"/>
      </w:pPr>
      <w:r>
        <w:t>تو اس پورے علاقے میں اللہ تعالی نے حضرت ابراہیم کے ذریعے سے اپنا پیغام پہنچایا۔ تو تقریباً حضرت ابراہیم کو کافی لمبی عمر ملی تھی۔</w:t>
      </w:r>
    </w:p>
    <w:p>
      <w:r>
        <w:rPr>
          <w:b/>
        </w:rPr>
        <w:t xml:space="preserve">[08:36] </w:t>
      </w:r>
      <w:r>
        <w:t>To wahan Mesopotamia mein woh taqreeban 70 saal rahe. Wahan musalsal logon ko Khuda ka paigham pohanchate rahe.</w:t>
      </w:r>
    </w:p>
    <w:p>
      <w:pPr>
        <w:jc w:val="right"/>
      </w:pPr>
      <w:r>
        <w:t>تو وہاں میسوپوٹامیا میں وہ تقریباً 70 سال رہے۔ وہاں مسلسل لوگوں کو خدا کا پیغام پہنچاتے رہے۔</w:t>
      </w:r>
    </w:p>
    <w:p>
      <w:r>
        <w:rPr>
          <w:b/>
        </w:rPr>
        <w:t xml:space="preserve">[08:44] </w:t>
      </w:r>
      <w:r>
        <w:t>Lekin masla kya tha ke log bohat bigad chuke thay aur woh bilkul sach haq baat sunne ke liye tayyar nahi thay.</w:t>
      </w:r>
    </w:p>
    <w:p>
      <w:pPr>
        <w:jc w:val="right"/>
      </w:pPr>
      <w:r>
        <w:t>لیکن مسئلہ کیا تھا کہ لوگ بہت بگڑ چکے تھے اور وہ بالکل سچ حق بات سننے کے لیے تیار نہیں تھے۔</w:t>
      </w:r>
    </w:p>
    <w:p>
      <w:r>
        <w:rPr>
          <w:b/>
        </w:rPr>
        <w:t xml:space="preserve">[08:54] </w:t>
      </w:r>
      <w:r>
        <w:t>To Allah taala ne ek aur plan banaya ke ek aisi nasal banai jaye sehra mein taake woh apni fitrat par ho aur haq baat ko sunte hi us ko, us ko pakad le, us ko samajh le aur us par qaim ho jaye.</w:t>
      </w:r>
    </w:p>
    <w:p>
      <w:pPr>
        <w:jc w:val="right"/>
      </w:pPr>
      <w:r>
        <w:t>تو اللہ تعالی نے ایک اور پلان بنایا کہ ایک ایسی نسل بنائی جائے صحرا میں تاکہ وہ اپنی فطرت پر ہو اور حق بات کو سنتے ہی اس کو، اس کو پکڑ لے، اس کو سمجھ لے اور اس پر قائم ہو جائے۔</w:t>
      </w:r>
    </w:p>
    <w:p>
      <w:r>
        <w:rPr>
          <w:b/>
        </w:rPr>
        <w:t xml:space="preserve">[09:12] </w:t>
      </w:r>
      <w:r>
        <w:t>To is liye Allah ne hukum diya ke apni doosri biwi Hajra aur un ke bete jo abhi god mein thay, un ko le ja kar sehra mein basa dein aur is se ek nasal paida hogi jis mein taqreeban dhai hazar saal lag gaye.</w:t>
      </w:r>
    </w:p>
    <w:p>
      <w:pPr>
        <w:jc w:val="right"/>
      </w:pPr>
      <w:r>
        <w:t>تو اس لیے اللہ نے حکم دیا کہ اپنی دوسری بیوی ہاجرہ اور ان کے بیٹے جو ابھی گود میں تھے، ان کو لے جا کر صحرا میں بسا دیں اور اس سے ایک نسل پیدا ہوگی جس میں تقریباً ڈھائی ہزار سال لگ گئے۔</w:t>
      </w:r>
    </w:p>
    <w:p>
      <w:r>
        <w:rPr>
          <w:b/>
        </w:rPr>
        <w:t xml:space="preserve">[09:27] </w:t>
      </w:r>
      <w:r>
        <w:t>Aur woh nasal jo paida hogi, phir wohi sari duniya mein Khuda ka paigham pohanchayegi. To phir jab Hazrat Ibrahim alaihissalam bade ho gaye, woh lambi kahani aap sab logon ko maloom hi</w:t>
      </w:r>
    </w:p>
    <w:p>
      <w:pPr>
        <w:jc w:val="right"/>
      </w:pPr>
      <w:r>
        <w:t>اور وہ نسل جو پیدا ہوگی، پھر وہی ساری دنیا میں خدا کا پیغام پہنچائے گی۔ تو پھر جب حضرت ابراہیم علیہ السلام بڑے ہو گئے، وہ لمبی کہانی آپ سب لوگوں کو معلوم ہی</w:t>
      </w:r>
    </w:p>
    <w:p>
      <w:r>
        <w:rPr>
          <w:b/>
        </w:rPr>
        <w:t xml:space="preserve">[09:40] </w:t>
      </w:r>
      <w:r>
        <w:t>hai. To phir is ke baad Hazrat Ibrahim baar baar jaya karte thay dekhne ke liye ke wahan sab sab theek chal raha hai.</w:t>
      </w:r>
    </w:p>
    <w:p>
      <w:pPr>
        <w:jc w:val="right"/>
      </w:pPr>
      <w:r>
        <w:t>ہے۔ تو پھر اس کے بعد حضرت ابراہیم بار بار جایا کرتے تھے دیکھنے کے لیے کہ وہاں سب سب ٹھیک چل رہا ہے۔</w:t>
      </w:r>
    </w:p>
    <w:p>
      <w:r>
        <w:rPr>
          <w:b/>
        </w:rPr>
        <w:t xml:space="preserve">[09:49] </w:t>
      </w:r>
      <w:r>
        <w:t>To wahan phir jab Hazrat Ismail bade ho gaye to Hazrat Ibrahim ne banaya Kaaba aur Hajj ke rites establish kiye.</w:t>
      </w:r>
    </w:p>
    <w:p>
      <w:pPr>
        <w:jc w:val="right"/>
      </w:pPr>
      <w:r>
        <w:t>تو وہاں پھر جب حضرت اسماعیل بڑے ہو گئے تو حضرت ابراہیم نے بنایا کعبہ اور حج کے رائٹس اسٹیبلش کیے۔</w:t>
      </w:r>
    </w:p>
    <w:p>
      <w:r>
        <w:rPr>
          <w:b/>
        </w:rPr>
        <w:t xml:space="preserve">[09:58] </w:t>
      </w:r>
      <w:r>
        <w:t>Aur Hajj ek ek aalami jo hai, meeting place ho gaya. Hajj ek aisa, aisi ibadat hai jis mein sari duniya se log jate hain.</w:t>
      </w:r>
    </w:p>
    <w:p>
      <w:pPr>
        <w:jc w:val="right"/>
      </w:pPr>
      <w:r>
        <w:t>اور حج ایک ایک عالمی جو ہے، میٹنگ پلیس ہو گیا۔ حج ایک ایسا، ایسی عبادت ہے جس میں ساری دنیا سے لوگ جاتے ہیں۔</w:t>
      </w:r>
    </w:p>
    <w:p>
      <w:r>
        <w:rPr>
          <w:b/>
        </w:rPr>
        <w:t xml:space="preserve">[10:10] </w:t>
      </w:r>
      <w:r>
        <w:t>Agar hum is ko, is ki ahmiyat ko samajh lein, woh logon ne Hajj ko sirf ek ritual samajh rakha hai. Agar is ki ahmiyat ko hum samajh lein to Hajj ke mauqe ko istemal kar ke hum, hum daawa planning, global daawa planning kar sakte hain.</w:t>
      </w:r>
    </w:p>
    <w:p>
      <w:pPr>
        <w:jc w:val="right"/>
      </w:pPr>
      <w:r>
        <w:t>اگر ہم اس کو، اس کی اہمیت کو سمجھ لیں، وہ لوگوں نے حج کو صرف ایک ریچول سمجھ رکھا ہے۔ اگر اس کی اہمیت کو ہم سمجھ لیں تو حج کے موقع کو استعمال کر کے ہم، ہم دعویٰ پلاننگ، گلوبل دعویٰ پلاننگ کر سکتے ہیں۔</w:t>
      </w:r>
    </w:p>
    <w:p>
      <w:r>
        <w:rPr>
          <w:b/>
        </w:rPr>
        <w:t xml:space="preserve">[10:27] </w:t>
      </w:r>
      <w:r>
        <w:t>To yeh hamare liye jo hai, is ko bohat zyada samajhna hai aur tamam paighambaron se hamein sabak lena</w:t>
      </w:r>
    </w:p>
    <w:p>
      <w:pPr>
        <w:jc w:val="right"/>
      </w:pPr>
      <w:r>
        <w:t>تو یہ ہمارے لیے جو ہے، اس کو بہت زیادہ سمجھنا ہے اور تمام پیغمبروں سے ہمیں سبق لین</w:t>
      </w:r>
    </w:p>
    <w:p>
      <w:r>
        <w:rPr>
          <w:b/>
        </w:rPr>
        <w:t xml:space="preserve">[10:35] </w:t>
      </w:r>
      <w:r>
        <w:t>hai. Un ka namuna hamare liye, hum is namuna hamare liye aise hi applicable hai jaise Hazrat Muhammad Sallallahu Alaihi Wasallam ka namuna.</w:t>
      </w:r>
    </w:p>
    <w:p>
      <w:pPr>
        <w:jc w:val="right"/>
      </w:pPr>
      <w:r>
        <w:t>ا ہے۔ ان کا نمونہ ہمارے لیے، ہم اس نمونہ ہمارے لیے ایسے ہی ایپلیکیبل ہے جیسے حضرت محمد صلی اللہ علیہ وسلم کا نمونہ۔</w:t>
      </w:r>
    </w:p>
    <w:p>
      <w:r>
        <w:rPr>
          <w:b/>
        </w:rPr>
        <w:t xml:space="preserve">[10:45] </w:t>
      </w:r>
      <w:r>
        <w:t>Kyun ke jo bhi paighambar ka zikr Quran mein aaya hai, to woh sab hamare liye isi tarah se applicable hai jaise hamara Hazrat Muhammad Sallallahu Alaihi Wasallam ka.</w:t>
      </w:r>
    </w:p>
    <w:p>
      <w:pPr>
        <w:jc w:val="right"/>
      </w:pPr>
      <w:r>
        <w:t>کیونکہ جو بھی پیغمبر کا ذکر قرآن میں آیا ہے، تو وہ سب ہمارے لیے اسی طریقے سے ایپلیکیبل ہے جیسے ہمارا حضرت محمد صلی اللہ علیہ وسلم کا۔</w:t>
      </w:r>
    </w:p>
    <w:p>
      <w:r>
        <w:rPr>
          <w:b/>
        </w:rPr>
        <w:t xml:space="preserve">[10:57] </w:t>
      </w:r>
      <w:r>
        <w:t>To hamein travel ko bohat khaas ahmiyat deni hai.</w:t>
      </w:r>
    </w:p>
    <w:p>
      <w:pPr>
        <w:jc w:val="right"/>
      </w:pPr>
      <w:r>
        <w:t>تو ہمیں ٹریول کو بہت خاص اہمیت دینی ہے۔</w:t>
      </w:r>
    </w:p>
    <w:p>
      <w:r>
        <w:rPr>
          <w:b/>
        </w:rPr>
        <w:t xml:space="preserve">[11:02] </w:t>
      </w:r>
      <w:r>
        <w:t>Kyun ke jab hum ghar mein baithe rahenge to madu, kitna madu hamare paas aayega, chand hi logon se mulaqat hogi. Lekin jab hum bahar niklenge to ab dekhiye, Hazrat Ibrahim alaihissalam ne us waqt ki poori aabad duniya,</w:t>
      </w:r>
    </w:p>
    <w:p>
      <w:pPr>
        <w:jc w:val="right"/>
      </w:pPr>
      <w:r>
        <w:t>کیونکہ جب ہم گھر میں بیٹھے رہیں گے تو مدعو، کتنا مدعو ہمارے پاس آئے گا، چند ہی لوگوں سے ملاقات ہوگی۔ لیکن جب ہم باہر نکلیں گے تو اب دیکھیے، حضرت ابراہیم علیہ السلام نے اس وقت کی پوری آباد دنیا،</w:t>
      </w:r>
    </w:p>
    <w:p>
      <w:r>
        <w:rPr>
          <w:b/>
        </w:rPr>
        <w:t xml:space="preserve">[11:17] </w:t>
      </w:r>
      <w:r>
        <w:t>Mesopotamia hi mein bade bade shehar thay, wahin par log rehte thay, wahin agriculture tha. To wahan par unhon ne Allah ka paigham pohanchaya.</w:t>
      </w:r>
    </w:p>
    <w:p>
      <w:pPr>
        <w:jc w:val="right"/>
      </w:pPr>
      <w:r>
        <w:t>میسوپوٹامیا ہی میں بڑے بڑے شہر تھے، وہیں پر لوگ رہتے تھے، وہیں ایگریکلچر تھا۔ تو وہاں پر انہوں نے اللہ کا پیغام پہنچا دیا۔</w:t>
      </w:r>
    </w:p>
    <w:p>
      <w:r>
        <w:rPr>
          <w:b/>
        </w:rPr>
        <w:t xml:space="preserve">[11:27] </w:t>
      </w:r>
      <w:r>
        <w:t>ab kuch logon ne mana, kuch logon ne nahi mana, woh alag</w:t>
      </w:r>
    </w:p>
    <w:p>
      <w:pPr>
        <w:jc w:val="right"/>
      </w:pPr>
      <w:r>
        <w:t>اب کچھ لوگوں نے مانا، کچھ لوگوں نے نہیں مانا، وہ الگ</w:t>
      </w:r>
    </w:p>
    <w:p>
      <w:r>
        <w:rPr>
          <w:b/>
        </w:rPr>
        <w:t xml:space="preserve">[11:30] </w:t>
      </w:r>
      <w:r>
        <w:t>baat hai. lekin hamara kaam hai Khuda ka paigham logon tak pahunchana. jee, apa, similarly, if we look into the life of prophet Moses, we find that his life was also significant with travels. he led the children of Israel. he was born in Egypt, and he spent 30 years before he left to Midian. and then again from there, he went, he came back to Egypt. he went to Mount Sinai. so, there are many travel instances from his</w:t>
      </w:r>
    </w:p>
    <w:p>
      <w:pPr>
        <w:jc w:val="right"/>
      </w:pPr>
      <w:r>
        <w:t>بات ہے۔ لیکن ہمارا کام ہے خدا کا پیغام لوگوں تک پہنچانا۔ जी, आपा, सिमिलरली, इफ वी लुक इनटू दी लाइफ ऑफ प्रोफेट मोसेस, वी फाइंड दैट हिज लाइफ वाज आल्सो सिग्निफिकेंट विद ट्रेवल्स। ही लेड दी चिल्ड्रन ऑफ इजराइल। ही वाज बोर्न इन इजिप्ट, एंड ही स्पेंड 30 इयर्स बिफोर ही लेफ्ट टू मिडियन। एंड देन अगेन फ्रॉम देयर, ही वेंट, ही केम बैक टू इजिप्ट। ही वेंट टू माउंट सिनई। सो, देयर आर मेनी ट्रेवल इंस्टेंसेस फ्रॉम हिज</w:t>
      </w:r>
    </w:p>
    <w:p>
      <w:r>
        <w:rPr>
          <w:b/>
        </w:rPr>
        <w:t xml:space="preserve">[12:00] </w:t>
      </w:r>
      <w:r>
        <w:t>life. toh thoda unki zindagi se bhi hum sabko batayein. Hazrat Musa alaihi salam ek aise paighambar hain ke paida hote hi unhein ek musafir ki zindagi guzarni pari.</w:t>
      </w:r>
    </w:p>
    <w:p>
      <w:pPr>
        <w:jc w:val="right"/>
      </w:pPr>
      <w:r>
        <w:t>लाइफ। तो थोड़ा उनकी जिंदगी से भी हम सबको बताएं। حضرت موسی علیہ السلام ایک ایسے پیغمبر ہیں کہ پیدا ہوتے ہی انہیں ایک مسافر کی زندگی گزارنی پڑی۔</w:t>
      </w:r>
    </w:p>
    <w:p>
      <w:r>
        <w:rPr>
          <w:b/>
        </w:rPr>
        <w:t xml:space="preserve">[12:13] </w:t>
      </w:r>
      <w:r>
        <w:t>kyunki Firon bohat hi ek jabir badshah tha aur tamam male children ko marwa deta tha. toh Allah taala ne hukum diya ke inko ek basket mein rakh ke darya-e-Nile mein daal dein.</w:t>
      </w:r>
    </w:p>
    <w:p>
      <w:pPr>
        <w:jc w:val="right"/>
      </w:pPr>
      <w:r>
        <w:t>کیونکہ فرعون بہت ہی ایک جابر بادشاہ تھا اور تمام میل چلڈرن کو مروا دیتا تھا۔ تو اللہ تعالی نے حکم دیا کہ ان کو ایک باسکٹ میں رکھ کے دریائے نیل میں ڈال دیں۔</w:t>
      </w:r>
    </w:p>
    <w:p>
      <w:r>
        <w:rPr>
          <w:b/>
        </w:rPr>
        <w:t xml:space="preserve">[12:25] </w:t>
      </w:r>
      <w:r>
        <w:t>toh unki maan ne jaisa hukum diya gaya tha, vaisa kiya.</w:t>
      </w:r>
    </w:p>
    <w:p>
      <w:pPr>
        <w:jc w:val="right"/>
      </w:pPr>
      <w:r>
        <w:t>تو ان کی ماں نے جیسا حکم دیا گیا تھا، ویسا کیا۔</w:t>
      </w:r>
    </w:p>
    <w:p>
      <w:r>
        <w:rPr>
          <w:b/>
        </w:rPr>
        <w:t xml:space="preserve">[12:30] </w:t>
      </w:r>
      <w:r>
        <w:t>toh phir Firon ki biwi, kyunki us zamane mein saare jo mahal hote the, woh darya ke kinare hi hote the, Firon ki biwi ne in bachche ko dekha toh bachcha bohat impressive, bohat hi khoobsurat laga.</w:t>
      </w:r>
    </w:p>
    <w:p>
      <w:pPr>
        <w:jc w:val="right"/>
      </w:pPr>
      <w:r>
        <w:t>تو پھر فرعون کی بیوی، کیونکہ اس زمانے میں سارے جو محل ہوتے تھے، وہ دریا کے کنارے ہی ہوتے تھے، فرعون کی بیوی نے ان بچے کو دیکھا تو بچہ بہت امپریسو، بہت ہی خوبصورت لگا۔</w:t>
      </w:r>
    </w:p>
    <w:p>
      <w:r>
        <w:rPr>
          <w:b/>
        </w:rPr>
        <w:t xml:space="preserve">[12:43] </w:t>
      </w:r>
      <w:r>
        <w:t>toh unke, iske bachcha nahi tha, toh usne adopt kar liya. toh woh us mahal mein, grow growth unki mahal mein hui, bohat achhe tarike se woh mahal</w:t>
      </w:r>
    </w:p>
    <w:p>
      <w:pPr>
        <w:jc w:val="right"/>
      </w:pPr>
      <w:r>
        <w:t>تو ان کے، اس کے بچہ نہیں تھا، تو اس نے اڈاپٹ کر لیا۔ تو وہ اس محل میں، گرو گروتھ ان کی محل میں ہوئی، بہت اچھے طریقے سے وہ محل</w:t>
      </w:r>
    </w:p>
    <w:p>
      <w:r>
        <w:rPr>
          <w:b/>
        </w:rPr>
        <w:t xml:space="preserve">[12:57] </w:t>
      </w:r>
      <w:r>
        <w:t>mein rahe. lekin jab, jab naujawan, jab jawan ho gaye woh, toh phir woh bohat hi zyada strong the.</w:t>
      </w:r>
    </w:p>
    <w:p>
      <w:pPr>
        <w:jc w:val="right"/>
      </w:pPr>
      <w:r>
        <w:t>میں رہے۔ لیکن جب، جب نوجوان، جب جوان ہو گئے وہ، تو پھر وہ بہت ہی زیادہ اسٹرانگ تھے۔</w:t>
      </w:r>
    </w:p>
    <w:p>
      <w:r>
        <w:rPr>
          <w:b/>
        </w:rPr>
        <w:t xml:space="preserve">[13:07] </w:t>
      </w:r>
      <w:r>
        <w:t>ek baar aisa hua ke Madinah mein Yahudi aur Musalman dono mein argument ho raha tha. Yahudi kehte the, "hamare Musa sabse bade paighambar hain".</w:t>
      </w:r>
    </w:p>
    <w:p>
      <w:pPr>
        <w:jc w:val="right"/>
      </w:pPr>
      <w:r>
        <w:t>ایک بار ایسا ہوا کہ مدینے میں یہودی اور مسلمان دونوں میں ارگیومنٹ ہو رہا تھا۔ یہودی کہتے تھے، "ہمارے موسی سب سے بڑے پیغمبر ہیں"۔</w:t>
      </w:r>
    </w:p>
    <w:p>
      <w:r>
        <w:rPr>
          <w:b/>
        </w:rPr>
        <w:t xml:space="preserve">[13:18] </w:t>
      </w:r>
      <w:r>
        <w:t>Musalman kehte the, "hamare paighambar sabse bade hain".</w:t>
      </w:r>
    </w:p>
    <w:p>
      <w:pPr>
        <w:jc w:val="right"/>
      </w:pPr>
      <w:r>
        <w:t>مسلمان کہتے تھے، "ہمارے پیغمبر سب سے بڑے ہیں"۔</w:t>
      </w:r>
    </w:p>
    <w:p>
      <w:r>
        <w:rPr>
          <w:b/>
        </w:rPr>
        <w:t xml:space="preserve">[13:21] </w:t>
      </w:r>
      <w:r>
        <w:t>toh Hazrat Muhammad Sallallahu Alaihi Wasallam ne kaha ke kisi ko bhi kam mat samjho. kyunki jab qayamat mein jab sur phoonki jayegi aur jab pehli sur mein sab behosh ho jayenge, doosri sur phoonki jayegi, sab log uthenge.</w:t>
      </w:r>
    </w:p>
    <w:p>
      <w:pPr>
        <w:jc w:val="right"/>
      </w:pPr>
      <w:r>
        <w:t>تو حضرت محمد صلی اللہ علیہ وسلم نے کہا کہ کسی کو بھی کم مت سمجھو۔ کیونکہ جب قیامت میں جب سور پھونکی جائے گی اور جب پہلی سور میں سب بے ہوش ہو جائیں گے، دوسری سور پھونکی جائے گی، سب لوگ اٹھیں گے۔</w:t>
      </w:r>
    </w:p>
    <w:p>
      <w:r>
        <w:rPr>
          <w:b/>
        </w:rPr>
        <w:t xml:space="preserve">[13:39] </w:t>
      </w:r>
      <w:r>
        <w:t>toh saare jo paighambar honge, woh sab Khuda ke arsh ki taraf daudenge. toh jab main pahunchunga toh Musa jo hain, woh already wahan pahunch chuke honge.</w:t>
      </w:r>
    </w:p>
    <w:p>
      <w:pPr>
        <w:jc w:val="right"/>
      </w:pPr>
      <w:r>
        <w:t>تو سارے جو پیغمبر ہوں گے، وہ سب خدا کے عرش کی طرف دوڑیں گے۔ تو جب میں پہنچوں گا تو موسی جو ہیں، وہ الریڈی وہاں پہنچ چکے ہوں گے۔</w:t>
      </w:r>
    </w:p>
    <w:p>
      <w:r>
        <w:rPr>
          <w:b/>
        </w:rPr>
        <w:t xml:space="preserve">[13:50] </w:t>
      </w:r>
      <w:r>
        <w:t>toh woh itne strong the, woh. toh isi liye unse Allah taala ne bohat bada kaam liya ke Firon jaisa dictator ko unhone paigham pahunchaya.</w:t>
      </w:r>
    </w:p>
    <w:p>
      <w:pPr>
        <w:jc w:val="right"/>
      </w:pPr>
      <w:r>
        <w:t>تو وہ اتنے اسٹرانگ تھے، وہ۔ تو اسی لیے ان سے اللہ تعالی نے بہت بڑا کام لیا کہ فرعون جیسا ڈکٹیٹر کو انہوں نے پیغام پہنچایا۔</w:t>
      </w:r>
    </w:p>
    <w:p>
      <w:r>
        <w:rPr>
          <w:b/>
        </w:rPr>
        <w:t xml:space="preserve">[14:02] </w:t>
      </w:r>
      <w:r>
        <w:t>toh phir jab woh aisa hua ke jab woh bahar ek baar nikle, woh toh ab Hazrat Musa Bani Israel ki qaum se the aur jo Hazrat Yusuf Alaihi Salam ke zamane mein Misr mein settle ho gayi thi.</w:t>
      </w:r>
    </w:p>
    <w:p>
      <w:pPr>
        <w:jc w:val="right"/>
      </w:pPr>
      <w:r>
        <w:t>تو پھر جب وہ ایسا ہوا کہ جب وہ باہر ایک بار نکلے، وہ تو اب حضرت موسی بنی اسرائیل کی قوم سے تھے اور جو حضرت یوسف علیہ السلام کے زمانے میں مصر میں سیٹل ہو گئی تھی۔</w:t>
      </w:r>
    </w:p>
    <w:p>
      <w:r>
        <w:rPr>
          <w:b/>
        </w:rPr>
        <w:t xml:space="preserve">[14:19] </w:t>
      </w:r>
      <w:r>
        <w:t>aur</w:t>
      </w:r>
    </w:p>
    <w:p>
      <w:pPr>
        <w:jc w:val="right"/>
      </w:pPr>
      <w:r>
        <w:t>اور</w:t>
      </w:r>
    </w:p>
    <w:p>
      <w:r>
        <w:rPr>
          <w:b/>
        </w:rPr>
        <w:t xml:space="preserve">[14:20] </w:t>
      </w:r>
      <w:r>
        <w:t>yeh log Misri the. Firon ki qaum jo hai, woh Misr, woh local Egyptian the, jisko son of the soil kehte hain.</w:t>
      </w:r>
    </w:p>
    <w:p>
      <w:pPr>
        <w:jc w:val="right"/>
      </w:pPr>
      <w:r>
        <w:t>یہ لوگ مصری تھے۔ فرعون کی قوم جو ہے، وہ مصر، وہ لوکل ایجپشن تھے، جس کو سوائل، سن اف دا سوائل کہتے ہیں۔</w:t>
      </w:r>
    </w:p>
    <w:p>
      <w:r>
        <w:rPr>
          <w:b/>
        </w:rPr>
        <w:t xml:space="preserve">[14:30] </w:t>
      </w:r>
      <w:r>
        <w:t>toh woh ittifaq aisa hua ke ek Misri aur ek Bani Israel ka aadmi ladai kar raha tha. toh Hazrat Musa chunke itne strong the, unhone ladai ko rokne ke liye ek ghonsa maar diya.</w:t>
      </w:r>
    </w:p>
    <w:p>
      <w:pPr>
        <w:jc w:val="right"/>
      </w:pPr>
      <w:r>
        <w:t>تو وہ اتفاق ایسا ہوا کہ ایک مصری اور ایک بنی اسرائیل کا آدمی لڑائی کر رہا تھا۔ تو حضرت موسی چونکہ اتنے اسٹرانگ تھے، انہوں نے لڑائی کو روکنے کے لیے ایک گھونسا مار دیا۔</w:t>
      </w:r>
    </w:p>
    <w:p>
      <w:r>
        <w:rPr>
          <w:b/>
        </w:rPr>
        <w:t xml:space="preserve">[14:44] </w:t>
      </w:r>
      <w:r>
        <w:t>ab woh Misri mar gaya.</w:t>
      </w:r>
    </w:p>
    <w:p>
      <w:pPr>
        <w:jc w:val="right"/>
      </w:pPr>
      <w:r>
        <w:t>اب وہ مصری مر گیا۔</w:t>
      </w:r>
    </w:p>
    <w:p>
      <w:r>
        <w:rPr>
          <w:b/>
        </w:rPr>
        <w:t xml:space="preserve">[14:46] </w:t>
      </w:r>
      <w:r>
        <w:t>ab Misri tha toh woh, aur woh shayad Firon ke darbar se talluq rakhta tha. toh phir wahan bada hungama matcha. phir khamoshi se Hazrat Musa Alaihi Salam, woh is mulk ko unhone chhod diya aur Midian chale gaye.</w:t>
      </w:r>
    </w:p>
    <w:p>
      <w:pPr>
        <w:jc w:val="right"/>
      </w:pPr>
      <w:r>
        <w:t>اب مصری تھا تو وہ، اور وہ شاید فرعون کے دربار سے تعلق رکھتا تھا۔ تو پھر وہاں بڑا ہنگامہ مچا۔ پھر خاموشی سے حضرت موسی علیہ السلام، وہ اس ملک کو انہوں نے چھوڑ دیا اور میڈین چلے گئے۔</w:t>
      </w:r>
    </w:p>
    <w:p>
      <w:r>
        <w:rPr>
          <w:b/>
        </w:rPr>
        <w:t xml:space="preserve">[15:03] </w:t>
      </w:r>
      <w:r>
        <w:t>Midian mein ek paighambar Shuaib the. toh Hazrat Shuaib ki betiyan jo hain, wahan par ek well par apni bakriyan waghera charane aaya karti theen.</w:t>
      </w:r>
    </w:p>
    <w:p>
      <w:pPr>
        <w:jc w:val="right"/>
      </w:pPr>
      <w:r>
        <w:t>میڈین میں ایک پیغمبر شعیب تھے۔ تو حضرت شعیب کی بیٹیاں جو ہیں، وہاں پر ایک ویل پر اپنی بکریاں وغیرہ چرانے آیا کرتی تھیں۔</w:t>
      </w:r>
    </w:p>
    <w:p>
      <w:r>
        <w:rPr>
          <w:b/>
        </w:rPr>
        <w:t xml:space="preserve">[15:14] </w:t>
      </w:r>
      <w:r>
        <w:t>unke koi beta</w:t>
      </w:r>
    </w:p>
    <w:p>
      <w:pPr>
        <w:jc w:val="right"/>
      </w:pPr>
      <w:r>
        <w:t>ان کے کوئی بیٹا</w:t>
      </w:r>
    </w:p>
    <w:p>
      <w:r>
        <w:rPr>
          <w:b/>
        </w:rPr>
        <w:t xml:space="preserve">[15:15] </w:t>
      </w:r>
      <w:r>
        <w:t>nahi tha, do betiyan theen. ab yahan phir dekhiye, aap ki beti bahar ja rahi hai bakri charane ke liye. toh Islam mein dekhiye, sanjidgi hai.</w:t>
      </w:r>
    </w:p>
    <w:p>
      <w:pPr>
        <w:jc w:val="right"/>
      </w:pPr>
      <w:r>
        <w:t>نہیں تھا، دو بیٹیاں تھیں۔ اب یہاں پھر دیکھیے، آپ کی بیٹی باہر جا رہی ہے بکری چرانے کے لیے۔ تو اسلام میں دیکھیے، سنجیدگی ہے۔</w:t>
      </w:r>
    </w:p>
    <w:p>
      <w:r>
        <w:rPr>
          <w:b/>
        </w:rPr>
        <w:t xml:space="preserve">[15:24] </w:t>
      </w:r>
      <w:r>
        <w:t>sanjidgi se apne apne maqsad ke liye hum bahar nikal sakte hain. toh betiyan bahar jati theen bakri charane, bakri ko pani pil</w:t>
      </w:r>
    </w:p>
    <w:p>
      <w:pPr>
        <w:jc w:val="right"/>
      </w:pPr>
      <w:r>
        <w:t>سنجیدگی سے اپنے اپنے مقصد کے لیے ہم باہر نکل سکتے ہیں۔ تو بیٹیاں باہر جاتی تھیں بکری چرانے، بکری کو پانی پ</w:t>
      </w:r>
    </w:p>
    <w:p>
      <w:r>
        <w:rPr>
          <w:b/>
        </w:rPr>
        <w:t xml:space="preserve">[15:35] </w:t>
      </w:r>
      <w:r>
        <w:t>ane. toh kya hua ke woh ab wahan sab mard jo hote the, woh pehle pila lete the aur in logon ko mauqa nahi milta toh khadi rehti theen.</w:t>
      </w:r>
    </w:p>
    <w:p>
      <w:pPr>
        <w:jc w:val="right"/>
      </w:pPr>
      <w:r>
        <w:t>لانے۔ تو کیا ہوا کہ وہ اب وہاں سب مرد جو ہوتے تھے، وہ پہلے پلا لیتے تھے اور ان لوگوں کو موقع نہیں ملتا تو کھڑی رہتی تھیں۔</w:t>
      </w:r>
    </w:p>
    <w:p>
      <w:r>
        <w:rPr>
          <w:b/>
        </w:rPr>
        <w:t xml:space="preserve">[15:44] </w:t>
      </w:r>
      <w:r>
        <w:t>toh Hazrat Musa ittifaq se wahan baithe hue the. toh unhone ja ke poocha ke kya baat hai, kyun itni der se khadi ho? toh unhone bataya ke sab mard pani pila lete hain apne janwaron ko, tab hum pani pilate hain.</w:t>
      </w:r>
    </w:p>
    <w:p>
      <w:pPr>
        <w:jc w:val="right"/>
      </w:pPr>
      <w:r>
        <w:t>تو حضرت موسی اتفاق سے وہاں بیٹھے ہوئے تھے۔ تو انہوں نے جا کے پوچھا کہ کیا بات ہے، کیوں اتنی دیر سے کھڑی ہو؟ تو انہوں نے بتایا کہ سب مرد پانی پلا لیتے ہیں اپنے جانوروں کو، تب ہم پانی پلاتے ہیں۔</w:t>
      </w:r>
    </w:p>
    <w:p>
      <w:r>
        <w:rPr>
          <w:b/>
        </w:rPr>
        <w:t xml:space="preserve">[15:56] </w:t>
      </w:r>
      <w:r>
        <w:t>to unhon ne bakriyon ko pani pila diya aur woh log ghar chali gayeen jaldi. to baap ne poocha ke kya baat hai? to unhon ne sab qissa bataya. to unhon ne, Hazrat Shuaib ne, Hazrat Musa ko apne ghar bula liya aur wahan par unhon ne unki ek beti Safura se nikah kar diya.</w:t>
      </w:r>
    </w:p>
    <w:p>
      <w:pPr>
        <w:jc w:val="right"/>
      </w:pPr>
      <w:r>
        <w:t>تو انہوں نے بکریوں کو پانی پلا دیا اور وہ لوگ گھر چلی گئیں جلدی۔ تو باپ نے پوچھا کہ کیا بات ہے؟ تو انہوں نے سب قصہ بتایا۔ تو انہوں نے، حضرت شعیب نے، حضرت موسی کو اپنے گھر بلا لیا اور وہاں پر انہوں نے ان کی ایک بیٹی صفورہ سے نکاح کر دیا۔</w:t>
      </w:r>
    </w:p>
    <w:p>
      <w:r>
        <w:rPr>
          <w:b/>
        </w:rPr>
        <w:t xml:space="preserve">[16:16] </w:t>
      </w:r>
      <w:r>
        <w:t>to wahan taqreeban aath saal tak woh rahay. is ke baad jab woh wapas aaye to un ko rastay mein ek pahaar par kuch ujala ujala dikhai diya.</w:t>
      </w:r>
    </w:p>
    <w:p>
      <w:pPr>
        <w:jc w:val="right"/>
      </w:pPr>
      <w:r>
        <w:t>تو وہاں تقریباً آٹھ سال تک وہ رہے۔ اس کے بعد جب وہ واپس آئے تو ان کو راستے میں ایک پہاڑ پر کچھ اجالا اجالا دکھائی دیا۔</w:t>
      </w:r>
    </w:p>
    <w:p>
      <w:r>
        <w:rPr>
          <w:b/>
        </w:rPr>
        <w:t xml:space="preserve">[16:28] </w:t>
      </w:r>
      <w:r>
        <w:t>to wahan jaaray ka mausam tha. unhon ne kaha, "main kuch aag le kar aata hoon ta ke tum logon ko kuch garmai dene ke liye." to wahan dekha to wahan phir Allah taala ne ki awaz aayi.</w:t>
      </w:r>
    </w:p>
    <w:p>
      <w:pPr>
        <w:jc w:val="right"/>
      </w:pPr>
      <w:r>
        <w:t>تو وہاں جاڑے کا موسم تھا۔ انہوں نے کہا، "میں کچھ آگ لے کر آتا ہوں تاکہ تم لوگوں کو کچھ گرمائی دینے کے لیے۔" تو وہاں دیکھا تو وہاں پھر اللہ تعالی نے کی آواز آئی۔</w:t>
      </w:r>
    </w:p>
    <w:p>
      <w:r>
        <w:rPr>
          <w:b/>
        </w:rPr>
        <w:t xml:space="preserve">[16:41] </w:t>
      </w:r>
      <w:r>
        <w:t>phir Allah taala ne un ko awaz di aur un se baat ki. woh lambi baat hai, woh Surah Taha mein aayi hai.</w:t>
      </w:r>
    </w:p>
    <w:p>
      <w:pPr>
        <w:jc w:val="right"/>
      </w:pPr>
      <w:r>
        <w:t>پھر اللہ تعالی نے ان کو آواز دی اور ان سے بات کی۔ وہ لمبی بات ہے، وہ سورہ طہ میں آئی ہے۔</w:t>
      </w:r>
    </w:p>
    <w:p>
      <w:r>
        <w:rPr>
          <w:b/>
        </w:rPr>
        <w:t xml:space="preserve">[16:49] </w:t>
      </w:r>
      <w:r>
        <w:t>to phir Allah ne hukum diya ke jao tum Misr aur Bani Israel ko ghulami se azaad karao. ab yeh bhi dekhiye ke Allah taala ne sirf Hazrat Musa علیہ السلام se baat ki hai.</w:t>
      </w:r>
    </w:p>
    <w:p>
      <w:pPr>
        <w:jc w:val="right"/>
      </w:pPr>
      <w:r>
        <w:t>تو پھر اللہ نے حکم دیا کہ جاؤ تم مصر اور بنی اسرائیل کو غلامی سے آزاد کراؤ۔ اب یہ بھی دیکھیے کہ اللہ تعالی نے صرف حضرت موسی علیہ السلام سے بات کی ہے۔</w:t>
      </w:r>
    </w:p>
    <w:p>
      <w:r>
        <w:rPr>
          <w:b/>
        </w:rPr>
        <w:t xml:space="preserve">[17:01] </w:t>
      </w:r>
      <w:r>
        <w:t>aur to kitnay woh strong thay ke woh, kyun ke aam aadmi us ko sehan nahi kar sakta.</w:t>
      </w:r>
    </w:p>
    <w:p>
      <w:pPr>
        <w:jc w:val="right"/>
      </w:pPr>
      <w:r>
        <w:t>اور تو کتنے وہ اسٹرانگ تھے کہ وہ، کیونکہ عام آدمی اس کو سہن نہیں کر سکتا۔</w:t>
      </w:r>
    </w:p>
    <w:p>
      <w:r>
        <w:rPr>
          <w:b/>
        </w:rPr>
        <w:t xml:space="preserve">[17:09] </w:t>
      </w:r>
      <w:r>
        <w:t>to woh Allah taala ne do miracle diye. ek to un ki jo raar thi, jis se woh bakri bakri ke liye patiyan toora karte thay.</w:t>
      </w:r>
    </w:p>
    <w:p>
      <w:pPr>
        <w:jc w:val="right"/>
      </w:pPr>
      <w:r>
        <w:t>تو وہ اللہ تعالی نے دو میریکل دیے۔ ایک تو ان کی جو راڑ تھی، جس سے وہ بکری بکری کے لیے پتیاں توڑا کرتے تھے۔</w:t>
      </w:r>
    </w:p>
    <w:p>
      <w:r>
        <w:rPr>
          <w:b/>
        </w:rPr>
        <w:t xml:space="preserve">[17:19] </w:t>
      </w:r>
      <w:r>
        <w:t>to woh jab zameen mein daalte thay to woh ban jata tha al-zuha. to unhon ne kaha, aur ek haath yahan baghal mein rakhte thay to haath chamakne lagta tha.</w:t>
      </w:r>
    </w:p>
    <w:p>
      <w:pPr>
        <w:jc w:val="right"/>
      </w:pPr>
      <w:r>
        <w:t>تو وہ جب زمین میں ڈالتے تھے تو وہ بن جاتا تھا الضحی۔ تو انہوں نے کہا، اور ایک ہاتھ یہاں بغل میں رکھتے تھے تو ہاتھ چمکنے لگتا تھا۔</w:t>
      </w:r>
    </w:p>
    <w:p>
      <w:r>
        <w:rPr>
          <w:b/>
        </w:rPr>
        <w:t xml:space="preserve">[17:30] </w:t>
      </w:r>
      <w:r>
        <w:t>to Allah taala ne kaha ke jao tum Firon ke paas aur yeh miracle dikhao aur us se kaho ke Khuda ki divine obedience na kare, baat maane, Khuda ka hukum maane, Khuda ki ke aage surrender kare aur Bani Israel ko tumhare saath jaane de.</w:t>
      </w:r>
    </w:p>
    <w:p>
      <w:pPr>
        <w:jc w:val="right"/>
      </w:pPr>
      <w:r>
        <w:t>تو اللہ تعالی نے کہا کہ جاؤ تم فرعون کے پاس اور یہ میریکل دکھاؤ اور اس سے کہو کہ خدا کی ڈسویرین ڈیڈینس نہ کرے، بات مانے، خدا کا حکم مانے، خدا کی کہ آگے سرینڈر کرے اور بنی اسرائیل کو تمہارے ساتھ جانے دے۔</w:t>
      </w:r>
    </w:p>
    <w:p>
      <w:r>
        <w:rPr>
          <w:b/>
        </w:rPr>
        <w:t xml:space="preserve">[17:49] </w:t>
      </w:r>
      <w:r>
        <w:t>kyun ke wahan bilkul un ko ghulam bana ke rakha hua tha.</w:t>
      </w:r>
    </w:p>
    <w:p>
      <w:pPr>
        <w:jc w:val="right"/>
      </w:pPr>
      <w:r>
        <w:t>کیونکہ وہاں بالکل ان کو غلام بنا کے رکھا ہوا تھا۔</w:t>
      </w:r>
    </w:p>
    <w:p>
      <w:r>
        <w:rPr>
          <w:b/>
        </w:rPr>
        <w:t xml:space="preserve">[17:53] </w:t>
      </w:r>
      <w:r>
        <w:t>to woh gaye aur kafi unhon ne lambi kahani hai ja ke unhon ne is sara miracle dikhaya. lekin woh Firon bohat ziyada sarkash tha, woh nahi maana.</w:t>
      </w:r>
    </w:p>
    <w:p>
      <w:pPr>
        <w:jc w:val="right"/>
      </w:pPr>
      <w:r>
        <w:t>تو وہ گئے اور کافی انہوں نے لمبی کہانی ہے جا کے انہوں نے اس سارا میریکل دکھایا۔ لیکن وہ فرعون بہت زیادہ سرکش تھا، وہ نہیں مانا۔</w:t>
      </w:r>
    </w:p>
    <w:p>
      <w:r>
        <w:rPr>
          <w:b/>
        </w:rPr>
        <w:t xml:space="preserve">[18:04] </w:t>
      </w:r>
      <w:r>
        <w:t>phir finally unhon ne adhi raat ko ab Bani Israel ki qaum ko le kar ke woh nikal gaye. phir woh chaalees saal desert mein rahay.</w:t>
      </w:r>
    </w:p>
    <w:p>
      <w:pPr>
        <w:jc w:val="right"/>
      </w:pPr>
      <w:r>
        <w:t>پھر فائنلی انہوں نے ادھی رات کو اب بنی اسرائیل کی قوم کو لے کر کے وہ نکل گئے۔ پھر وہ چالیس سال ڈیزرٹ میں رہے۔</w:t>
      </w:r>
    </w:p>
    <w:p>
      <w:r>
        <w:rPr>
          <w:b/>
        </w:rPr>
        <w:t xml:space="preserve">[18:13] </w:t>
      </w:r>
      <w:r>
        <w:t>kyun ke Bani Israel jo qaum thi na, woh bohat bigad gayi thi. is ke andar courage nahi thi,</w:t>
      </w:r>
    </w:p>
    <w:p>
      <w:pPr>
        <w:jc w:val="right"/>
      </w:pPr>
      <w:r>
        <w:t>کیونکہ بنی اسرائیل جو قوم تھی نا، وہ بہت بگڑ گئی تھی۔ اس کے اندر کریج نہیں تھی،</w:t>
      </w:r>
    </w:p>
    <w:p>
      <w:r>
        <w:rPr>
          <w:b/>
        </w:rPr>
        <w:t xml:space="preserve">[18:19] </w:t>
      </w:r>
      <w:r>
        <w:t>is ke andar hukum maanne ki salahiyat nahi thi. to woh bohat ziyada bigri hui qaum thi. to Hazrat Ismail ko Allah taala ne poora Arab ka ilaqa diya kaam karne ke liye.</w:t>
      </w:r>
    </w:p>
    <w:p>
      <w:pPr>
        <w:jc w:val="right"/>
      </w:pPr>
      <w:r>
        <w:t>اس کے اندر حکم ماننے کی صلاحیت نہیں تھی۔ تو وہ بہت زیادہ بگڑی ہوئی قوم تھی۔ تو حضرت اسماعیل کو اللہ تعالی نے پورا عرب کا علاقہ دیا کام کرنے کے لیے۔</w:t>
      </w:r>
    </w:p>
    <w:p>
      <w:r>
        <w:rPr>
          <w:b/>
        </w:rPr>
        <w:t xml:space="preserve">[18:33] </w:t>
      </w:r>
      <w:r>
        <w:t>aur Ismail Israel ko woh jo Falasteen aur jo Falasteen ka poora ilaqa hai, woh diya. to isi ko yeh log promised land keh</w:t>
      </w:r>
    </w:p>
    <w:p>
      <w:pPr>
        <w:jc w:val="right"/>
      </w:pPr>
      <w:r>
        <w:t>اور اسماعیل اسرائیل کو وہ جو فلسطین اور جو فلسطین کا پورا علاقہ ہے، وہ دیا۔ تو اسی کو یہ لوگ پرومسڈ لینڈ کہ</w:t>
      </w:r>
    </w:p>
    <w:p>
      <w:r>
        <w:rPr>
          <w:b/>
        </w:rPr>
        <w:t xml:space="preserve">[18:44] </w:t>
      </w:r>
      <w:r>
        <w:t>tay hain. lekin promised land ko ja ke thori is mein jang involve thi. to yeh log chunke itne ziyada dab chuke thay Firon ke under mein ke un ki himmat nahi thi ke ja ke jang karein.</w:t>
      </w:r>
    </w:p>
    <w:p>
      <w:pPr>
        <w:jc w:val="right"/>
      </w:pPr>
      <w:r>
        <w:t>تے ہیں۔ لیکن پرومسڈ لینڈ کو جا کے تھوڑی اس میں جنگ انوالو تھی۔ تو یہ لوگ چونکہ اتنے زیادہ دب چکے تھے فرعون کے انڈر میں کہ ان کی ہمت نہیں تھی کہ جا کے جنگ کریں۔</w:t>
      </w:r>
    </w:p>
    <w:p>
      <w:r>
        <w:rPr>
          <w:b/>
        </w:rPr>
        <w:t xml:space="preserve">[18:57] </w:t>
      </w:r>
      <w:r>
        <w:t>to unhon ne kaha ke nahi, tum jao. Hazrat Musa se kaha, "tum jao aur tumhara Khuda jaaye, tum ja ke un se lado, hum to yahin baith ke tamasha dekhenge." to himmat nahi thi.</w:t>
      </w:r>
    </w:p>
    <w:p>
      <w:pPr>
        <w:jc w:val="right"/>
      </w:pPr>
      <w:r>
        <w:t>تو انہوں نے کہا کہ نہیں، تم جاؤ۔ حضرت موسی سے کہا، "تم جاؤ اور تمہارا خدا جائے، تم جا کے ان سے لڑو، ہم تو یہیں بیٹھ کے تماشہ دیکھیں گے۔" تو ہمت نہیں تھی۔</w:t>
      </w:r>
    </w:p>
    <w:p>
      <w:r>
        <w:rPr>
          <w:b/>
        </w:rPr>
        <w:t xml:space="preserve">[19:08] </w:t>
      </w:r>
      <w:r>
        <w:t>is wajah se chaalees saal lag gaye un</w:t>
      </w:r>
    </w:p>
    <w:p>
      <w:pPr>
        <w:jc w:val="right"/>
      </w:pPr>
      <w:r>
        <w:t>اس وجہ سے چالیس سال لگ گئے۔ ان</w:t>
      </w:r>
    </w:p>
    <w:p>
      <w:r>
        <w:rPr>
          <w:b/>
        </w:rPr>
        <w:t xml:space="preserve">[19:11] </w:t>
      </w:r>
      <w:r>
        <w:t>ki ek nayi nasal wahan desert mein paida hui. aur phir unhon ne ja ke Joshua, jo un ki woh thi successor thay Hazrat Musa ke, to Joshua ke zariye se unhon ne is promised land ko conquer kiya aur is mein daakhil hue.</w:t>
      </w:r>
    </w:p>
    <w:p>
      <w:pPr>
        <w:jc w:val="right"/>
      </w:pPr>
      <w:r>
        <w:t>کی ایک نئی نسل وہاں ڈیزرٹ میں پیدا ہوئی۔ اور پھر انہوں نے جا کے جوشوا، جو ان کی وہ تھی سکسیسر تھے حضرت موسی کے، تو جوشوا کے ذریعے سے انہوں نے اس پرومسڈ لینڈ کو کانکر کیا اور اس میں داخل ہوئے۔</w:t>
      </w:r>
    </w:p>
    <w:p>
      <w:r>
        <w:rPr>
          <w:b/>
        </w:rPr>
        <w:t xml:space="preserve">[19:28] </w:t>
      </w:r>
      <w:r>
        <w:t>to is tareeqay se poora zamana un ka travel mein guzra. dekhiye ke kitna bara kaam unhon ne kiya</w:t>
      </w:r>
    </w:p>
    <w:p>
      <w:pPr>
        <w:jc w:val="right"/>
      </w:pPr>
      <w:r>
        <w:t>تو اس طریقے سے پورا زمانہ ان کا ٹریول میں گزرا۔ دیکھیں کہ کتنا بڑا کام انہوں نے کیا</w:t>
      </w:r>
    </w:p>
    <w:p>
      <w:r>
        <w:rPr>
          <w:b/>
        </w:rPr>
        <w:t xml:space="preserve">[19:38] </w:t>
      </w:r>
      <w:r>
        <w:t>travel ki wajah se. agar woh apne ghar mein baithe rehte to koi kaam nahi hota. to travel hamare liye bohat ziyada important hai.</w:t>
      </w:r>
    </w:p>
    <w:p>
      <w:pPr>
        <w:jc w:val="right"/>
      </w:pPr>
      <w:r>
        <w:t>ٹریول کی وجہ سے۔ اگر وہ اپنے گھر میں بیٹھے رہتے تو کوئی کام نہیں ہوتا۔ تو ٹریول ہمارے لیے بہت زیادہ امپورٹنٹ ہے۔</w:t>
      </w:r>
    </w:p>
    <w:p>
      <w:r>
        <w:rPr>
          <w:b/>
        </w:rPr>
        <w:t xml:space="preserve">[19:46] </w:t>
      </w:r>
      <w:r>
        <w:t>is ko hum yeh samajh ke karein ke is mein bohat bari Khuda ki, Khuda ka hukum hai, Khuda ki blessing hum ko isi zariye se mile gi jab tak ke hum madعو ke paas jayein.</w:t>
      </w:r>
    </w:p>
    <w:p>
      <w:pPr>
        <w:jc w:val="right"/>
      </w:pPr>
      <w:r>
        <w:t>اس کو ہم یہ سمجھ کے کریں کہ اس میں بہت بڑی خدا کی، خدا کا حکم ہے، خدا کی بلیسنگ ہم کو اسی ذریعے سے ملے گی جب تک کہ ہم مدعو کے پاس جائیں۔</w:t>
      </w:r>
    </w:p>
    <w:p>
      <w:r>
        <w:rPr>
          <w:b/>
        </w:rPr>
        <w:t xml:space="preserve">[19:58] </w:t>
      </w:r>
      <w:r>
        <w:t>aaj kal ka travel to itna aasan hai. pehle zamanay mein to khachchar tha, oont tha, aur na rastay mein koi khana, na pani, na hotel, na kuch.</w:t>
      </w:r>
    </w:p>
    <w:p>
      <w:pPr>
        <w:jc w:val="right"/>
      </w:pPr>
      <w:r>
        <w:t>آج کل کا ٹریول تو اتنا آسان ہے۔ پہلے زمانے میں تو خچر تھا، اونٹ تھا، اور نہ راستے میں کوئی کھانا، نہ پانی، نہ ہوٹل، نہ کچھ۔</w:t>
      </w:r>
    </w:p>
    <w:p>
      <w:r>
        <w:rPr>
          <w:b/>
        </w:rPr>
        <w:t xml:space="preserve">[20:07] </w:t>
      </w:r>
      <w:r>
        <w:t>aaj kal to itni aasani ke saath hum travel kar sakte hain aur Khuda ka paigham pohncha ke hum isi ajr ke mustahiq ho sakte hain.</w:t>
      </w:r>
    </w:p>
    <w:p>
      <w:pPr>
        <w:jc w:val="right"/>
      </w:pPr>
      <w:r>
        <w:t>آج کل تو اتنی آسانی کے ساتھ ہم ٹریول کر سکتے ہیں اور خدا کا پیغام پہنچا کے ہم اسی اجر کے مستحق ہو سکتے ہیں۔</w:t>
      </w:r>
    </w:p>
    <w:p>
      <w:r>
        <w:rPr>
          <w:b/>
        </w:rPr>
        <w:t xml:space="preserve">[20:15] </w:t>
      </w:r>
      <w:r>
        <w:t>ji, jazaakallah, apa, for that detailed account. truly, unki life bari amazing hai. aur pehle bhi sessions kiye gaye hain CPS mein unki life ke baray mein. there are very significant lessons, apa, of trust, endurance, leadership, and future blessings from the life of Prophet Musa.</w:t>
      </w:r>
    </w:p>
    <w:p>
      <w:pPr>
        <w:jc w:val="right"/>
      </w:pPr>
      <w:r>
        <w:t>जी, जजाकल्लाह, आपा, फॉर दैट डिटेल अकाउंट। ट्रूली, उनकी लाइफ बड़ी अमेजिंग है। और पहले भी सेशंस किए गए हैं सीपीएस में उनकी लाइफ के बारे में। देयर आर वेरी सिग्निफिकेंट लेसंस, आपा, ऑफ ट्रस्ट, एंडोरेंस, लीडरशिप, एंड फ्यूचर ब्लेसिंग्स फ्रॉम दी लाइफ ऑफ प्रोफेट मोसे</w:t>
      </w:r>
    </w:p>
    <w:p>
      <w:r>
        <w:rPr>
          <w:b/>
        </w:rPr>
        <w:t xml:space="preserve">[20:34] </w:t>
      </w:r>
      <w:r>
        <w:t>s. apa, agle sawal ki taraf chalte hain. and before that, i just wanted to say that i visited bethlehem, city where prophet eisa alaihissalam was born twice. pehli baar to main doctor saniya sani khan sahab ke saath gaya tha wahan pe. and i was pretty amazed, apa, because its a very small place, small town of 10.61 square kilometers. b</w:t>
      </w:r>
    </w:p>
    <w:p>
      <w:pPr>
        <w:jc w:val="right"/>
      </w:pPr>
      <w:r>
        <w:t>स। आपा, अगले सवाल की तरफ चलते हैं। एंड बिफोर दैट, आई जस्ट वांटेड टू से दैट आई विजिटेड बेथलेहम, सिटी व्हेयर प्रोफेट ईसा अलैहिस्सलाम वाज बोर्न ट्वाइस। पहली बार तो मैं डॉक्टर सानिया सैनी खान साहब के साथ गया था वहां पे। एंड आई वाज प्रिटी अमेज्ड, आपा, बिकॉज इट्स अ वेरी स्मॉल प्लेस, स्मॉल टाउन ऑफ 10.61 स्क्वायर किलोमीटर। ब</w:t>
      </w:r>
    </w:p>
    <w:p>
      <w:r>
        <w:rPr>
          <w:b/>
        </w:rPr>
        <w:t xml:space="preserve">[21:00] </w:t>
      </w:r>
      <w:r>
        <w:t>t to think about it, that a place, that small, where jesus or eisa alaihissalam was born, and how christianity spread all over the world. today, christianity is the largest religion. but hum jab eisa alaihissalam ki zindagi mein bhi dekhte hain, to we find that he used to travel from town to town, village to village, teaching people about love of god and inviting them to righteousness.</w:t>
      </w:r>
    </w:p>
    <w:p>
      <w:pPr>
        <w:jc w:val="right"/>
      </w:pPr>
      <w:r>
        <w:t>ट टू थिंक अबाउट इट, दैट अ प्लेस, दैट स्मॉल, व्हेयर जीसस और ईसा अलैहिस्सलाम वाज बोर्न, एंड हाउ क्रिश्चियनिटी स्प्रेड ऑल ओवर दी वर्ल्ड। टुडे, क्रिश्चियनिटी इज द लार्जेस्ट रिलीजन। बट हम जब ईसा अलैहिस्सलाम की जिंदगी में भी देखते हैं, तो वी फाइंड दैट ही यूज्ड टू ट्रेवल फ्रॉम टाउन टू टाउन, विलेज टू विलेज, टीचिंग पीपल अबाउट लव ऑफ गॉड एंड इनवाइटिंग देम टू राइचसने</w:t>
      </w:r>
    </w:p>
    <w:p>
      <w:r>
        <w:rPr>
          <w:b/>
        </w:rPr>
        <w:t xml:space="preserve">[21:28] </w:t>
      </w:r>
      <w:r>
        <w:t>s. to aap bahut sabak unki zindagi se bhi milte hain. to please tell us something from the life of eisa alaihissalam. hmm, hazrat eisa ki life bahut zyada, bahut zyada is mein sabak hai hamare liye.</w:t>
      </w:r>
    </w:p>
    <w:p>
      <w:pPr>
        <w:jc w:val="right"/>
      </w:pPr>
      <w:r>
        <w:t>स। तो आप बहुत सबक उनकी जिंदगी से भी मिलते हैं। तो प्लीज टेल अस समथिंग फ्रॉम दी लाइफ ऑफ ईसा अलैहिस्सलाम। ہمم، حضرت عیسی کی لائف بہت زیادہ، بہت زیادہ اس میں سبق ہے ہمارے لیے۔</w:t>
      </w:r>
    </w:p>
    <w:p>
      <w:r>
        <w:rPr>
          <w:b/>
        </w:rPr>
        <w:t xml:space="preserve">[21:45] </w:t>
      </w:r>
      <w:r>
        <w:t>to ek mamooli ghar mein woh paida hue. kehte hain ke jab paidaish par jaise aqeeqa hota hai na, to woh log itne kam paise wale the, ghareeb the ke do kabootar ka aqeeqa hua tha.</w:t>
      </w:r>
    </w:p>
    <w:p>
      <w:pPr>
        <w:jc w:val="right"/>
      </w:pPr>
      <w:r>
        <w:t>تو ایک معمولی گھر میں وہ پیدا ہوئے۔ کہتے ہیں کہ جب پیدائش پر جیسے عقیقہ ہوتا ہے نا، تو وہ لوگ اتنے کم پیسے والے تھے، غریب تھے کہ دو کبوتر کا عقیقہ ہوا تھا۔</w:t>
      </w:r>
    </w:p>
    <w:p>
      <w:r>
        <w:rPr>
          <w:b/>
        </w:rPr>
        <w:t xml:space="preserve">[22:00] </w:t>
      </w:r>
      <w:r>
        <w:t>to phir woh unka bachpan nazrat mein guzra. yeh sab wahi ilaqe hain, falasteen, israel, koi north israel, koi south israel, yahi sab ilaqe</w:t>
      </w:r>
    </w:p>
    <w:p>
      <w:pPr>
        <w:jc w:val="right"/>
      </w:pPr>
      <w:r>
        <w:t>تو پھر وہ ان کا بچپن نذرت میں گزرا۔ یہ سب وہی علاقے ہیں، فلسطین، اسرائیل، کوئی نارتھ اسرائیل، کوئی ساؤتھ اسرائیل، یہی سب علاق</w:t>
      </w:r>
    </w:p>
    <w:p>
      <w:r>
        <w:rPr>
          <w:b/>
        </w:rPr>
        <w:t xml:space="preserve">[22:11] </w:t>
      </w:r>
      <w:r>
        <w:t>hain. to to phir wahan par woh unki paidaish ke baad hazrat maryam unko le kar ke woh chali gayeen nazrat.</w:t>
      </w:r>
    </w:p>
    <w:p>
      <w:pPr>
        <w:jc w:val="right"/>
      </w:pPr>
      <w:r>
        <w:t>ے ہیں۔ تو تو پھر وہاں پر وہ ان کی پیدائش کے بعد حضرت مریم ان کو لے کر کے وہ چلی گئیں نذرت۔</w:t>
      </w:r>
    </w:p>
    <w:p>
      <w:r>
        <w:rPr>
          <w:b/>
        </w:rPr>
        <w:t xml:space="preserve">[22:22] </w:t>
      </w:r>
      <w:r>
        <w:t>paida to bethlehem mein hue the. ji, phir wahan taqreeban 30 saal rahe. woh 30 saal ki umar ke ki zyada detail hamein nahi milti.</w:t>
      </w:r>
    </w:p>
    <w:p>
      <w:pPr>
        <w:jc w:val="right"/>
      </w:pPr>
      <w:r>
        <w:t>پیدا تو بیت لحم میں ہوئے تھے۔ جی، پھر وہاں تقریباً 30 سال رہے۔ وہ 30 سال کی عمر کے کی زیادہ ڈیٹیل ہمیں نہیں ملتی۔</w:t>
      </w:r>
    </w:p>
    <w:p>
      <w:r>
        <w:rPr>
          <w:b/>
        </w:rPr>
        <w:t xml:space="preserve">[22:32] </w:t>
      </w:r>
      <w:r>
        <w:t>jo bhi detail hai, woh bible mein hi milti</w:t>
      </w:r>
    </w:p>
    <w:p>
      <w:pPr>
        <w:jc w:val="right"/>
      </w:pPr>
      <w:r>
        <w:t>جو بھی ڈیٹیل ہے، وہ بائبل میں ہی ملتی</w:t>
      </w:r>
    </w:p>
    <w:p>
      <w:r>
        <w:rPr>
          <w:b/>
        </w:rPr>
        <w:t xml:space="preserve">[22:35] </w:t>
      </w:r>
      <w:r>
        <w:t>hai. lekin woh bahut hi gumnami ki unki, woh, woh, woh, woh thi. woh time phir 30 saal ke jab ho gaye to us waqt ek bade paighambar the,</w:t>
      </w:r>
    </w:p>
    <w:p>
      <w:pPr>
        <w:jc w:val="right"/>
      </w:pPr>
      <w:r>
        <w:t>ہے۔ لیکن وہ بہت ہی گمنامی کی ان کی، وہ، وہ، وہ، وہ تھی۔ وہ ٹائم پھر 30 سال کے جب ہو گئے تو اس وقت ایک بڑے پیغمبر تھے،</w:t>
      </w:r>
    </w:p>
    <w:p>
      <w:r>
        <w:rPr>
          <w:b/>
        </w:rPr>
        <w:t xml:space="preserve">[22:50] </w:t>
      </w:r>
      <w:r>
        <w:t>hazrat zakariya, hazrat yahya, jin ko john the baptist kehte the. to woh baptisma dete the.</w:t>
      </w:r>
    </w:p>
    <w:p>
      <w:pPr>
        <w:jc w:val="right"/>
      </w:pPr>
      <w:r>
        <w:t>حضرت زکریا، حضرت یحییٰ، جن کو جان دا بپٹسٹ کہتے تھے۔ تو وہ بپتسمہ دیتے تھے۔</w:t>
      </w:r>
    </w:p>
    <w:p>
      <w:r>
        <w:rPr>
          <w:b/>
        </w:rPr>
        <w:t xml:space="preserve">[22:58] </w:t>
      </w:r>
      <w:r>
        <w:t>baptisma hota hai, yeh yahudiyon mein bhi tha aur isaiyon mein bhi hai ke kuch pani, pani ko secret pani bolte hain, us ko kuch us mein padhte hain, karte hain.</w:t>
      </w:r>
    </w:p>
    <w:p>
      <w:pPr>
        <w:jc w:val="right"/>
      </w:pPr>
      <w:r>
        <w:t>بپتسمہ ہوتا ہے، یہ یہودیوں میں بھی تھا اور عیسائیوں میں بھی ہے کہ کچھ پانی، پانی کو سیکرٹ پانی بولتے ہیں، اس کو کچھ اس میں پڑھتے ہیں، کرتے ہیں۔</w:t>
      </w:r>
    </w:p>
    <w:p>
      <w:r>
        <w:rPr>
          <w:b/>
        </w:rPr>
        <w:t xml:space="preserve">[23:09] </w:t>
      </w:r>
      <w:r>
        <w:t>phir us pani mein ya to pani chhidakte hain ya phir pani mein poora immerse kar dete hain. asal mein in logon ke haan kya hai ke jo hazrat adam ne gunah kiya, to woh gunah har bachcha le kar paida hota hai.</w:t>
      </w:r>
    </w:p>
    <w:p>
      <w:pPr>
        <w:jc w:val="right"/>
      </w:pPr>
      <w:r>
        <w:t>پھر اس پانی میں یا تو پانی چھڑکتے ہیں یا پھر پانی میں پورا ایمرس کر دیتے ہیں۔ اصل میں ان لوگوں کے ہاں کیا ہے کہ جو حضرت آدم نے گناہ کیا، تو وہ گناہ ہر بچہ لے کر پیدا ہوتا ہے۔</w:t>
      </w:r>
    </w:p>
    <w:p>
      <w:r>
        <w:rPr>
          <w:b/>
        </w:rPr>
        <w:t xml:space="preserve">[23:24] </w:t>
      </w:r>
      <w:r>
        <w:t>to is liye foran bachche ko woh secret water mein dubba dete hain. to us ke baad do teen baar aisa karte hain to taake woh pak ho jaye.</w:t>
      </w:r>
    </w:p>
    <w:p>
      <w:pPr>
        <w:jc w:val="right"/>
      </w:pPr>
      <w:r>
        <w:t>تو اس لیے فوراً بچے کو وہ سیکرٹ واٹر میں ڈوبا دیتے ہیں۔ تو اس کے بعد دو تین بار ایسا کرتے ہیں تو تاکہ وہ پاک ہو جائے۔</w:t>
      </w:r>
    </w:p>
    <w:p>
      <w:r>
        <w:rPr>
          <w:b/>
        </w:rPr>
        <w:t xml:space="preserve">[23:36] </w:t>
      </w:r>
      <w:r>
        <w:t>to us waqt john the baptist jo hain, woh dete the baptisma ya baptism jis ko kehte hain. to is tarah se unka woh, us woh unka manna tha ke yeh ek qism ka spiritual rebirth hai.</w:t>
      </w:r>
    </w:p>
    <w:p>
      <w:pPr>
        <w:jc w:val="right"/>
      </w:pPr>
      <w:r>
        <w:t>تو اس وقت جان دا بپٹسٹ جو ہیں، وہ دیتے تھے بپتسمہ یا بپٹزم جس کو کہتے ہیں۔ تو اس طریقے سے ان کا وہ، اس وہ ان کا ماننا تھا کہ یہ ایک قسم کا سپریچول ری برتھ ہے۔</w:t>
      </w:r>
    </w:p>
    <w:p>
      <w:r>
        <w:rPr>
          <w:b/>
        </w:rPr>
        <w:t xml:space="preserve">[23:52] </w:t>
      </w:r>
      <w:r>
        <w:t>to baptisma lene ke baad hi kehte hain ke jab woh bahar nikle to unko aisa laga ke aasman khul gaya hai aur unko matlab mehsoos hua ke unko allah ne paighambari ke liye chun liya.</w:t>
      </w:r>
    </w:p>
    <w:p>
      <w:pPr>
        <w:jc w:val="right"/>
      </w:pPr>
      <w:r>
        <w:t>تو بپتسمہ لینے کے بعد ہی کہتے ہیں کہ جب وہ باہر نکلے تو ان کو ایسا لگا کہ آسمان کھل گیا ہے اور ان کو مطلب محسوس ہوا کہ ان کو خدا نے پیغمبری کے لیے چن لیا۔</w:t>
      </w:r>
    </w:p>
    <w:p>
      <w:r>
        <w:rPr>
          <w:b/>
        </w:rPr>
        <w:t xml:space="preserve">[24:04] </w:t>
      </w:r>
      <w:r>
        <w:t>halanke woh to jab god mein the, tabhi unhone kaha tha ke mujhe allah taala ne paighambar banaya hai. lekin matlab woh tha unconscious level par, ab conscious level par ho gaya.</w:t>
      </w:r>
    </w:p>
    <w:p>
      <w:pPr>
        <w:jc w:val="right"/>
      </w:pPr>
      <w:r>
        <w:t>حالانکہ وہ تو جب گود میں تھے، تبھی انہوں نے کہا تھا کہ مجھے اللہ تعالی نے پیغمبر بنایا ہے۔ لیکن مطلب وہ تھا انکانسس لیول پر، اب کانشیس لیول پر ہو گیا۔</w:t>
      </w:r>
    </w:p>
    <w:p>
      <w:r>
        <w:rPr>
          <w:b/>
        </w:rPr>
        <w:t xml:space="preserve">[24:17] </w:t>
      </w:r>
      <w:r>
        <w:t>to us ke baad aap ne chaalees din jangl mein guzare</w:t>
      </w:r>
    </w:p>
    <w:p>
      <w:pPr>
        <w:jc w:val="right"/>
      </w:pPr>
      <w:r>
        <w:t>تو اس کے بعد آپ نے چالیس دن جنگل میں گزار</w:t>
      </w:r>
    </w:p>
    <w:p>
      <w:r>
        <w:rPr>
          <w:b/>
        </w:rPr>
        <w:t xml:space="preserve">[24:21] </w:t>
      </w:r>
      <w:r>
        <w:t>kyun ke maturity ke liye bahut zaroori hota hai tarah tarah ke tajrubaat hon. aap ne dekha hoga ke bahut sare jo paighambar hain, taqreeban sabhi paighambaron ne bakriyan charai hain.</w:t>
      </w:r>
    </w:p>
    <w:p>
      <w:pPr>
        <w:jc w:val="right"/>
      </w:pPr>
      <w:r>
        <w:t>ے کیونکہ میچورٹی کے لیے بہت ضروری ہوتا ہے طرح طرح کے تجربات ہوں۔ آپ نے دیکھا ہوگا کہ بہت سارے جو پیغمبر ہیں، تقریباً سبھی پیغمبروں نے بکریاں چرائی ہیں۔</w:t>
      </w:r>
    </w:p>
    <w:p>
      <w:r>
        <w:rPr>
          <w:b/>
        </w:rPr>
        <w:t xml:space="preserve">[24:34] </w:t>
      </w:r>
      <w:r>
        <w:t>to bakriyan charane ka matlab kya hai? nature mein jana. nature mein allah ki tamam signs jo hain, woh nazar aati hain.</w:t>
      </w:r>
    </w:p>
    <w:p>
      <w:pPr>
        <w:jc w:val="right"/>
      </w:pPr>
      <w:r>
        <w:t>تو بکریاں چرانے کا مطلب کیا ہے؟ نیچر میں جانا۔ نیچر میں خدا کی تمام سائنس جو ہیں، وہ نظر آتی ہیں۔</w:t>
      </w:r>
    </w:p>
    <w:p>
      <w:r>
        <w:rPr>
          <w:b/>
        </w:rPr>
        <w:t xml:space="preserve">[24:44] </w:t>
      </w:r>
      <w:r>
        <w:t>yeh aasman nazar aa raha hai, pahad nazar aa raha hai, ped nazar aa rahe hain. to woh sari cheezein nazar aa</w:t>
      </w:r>
    </w:p>
    <w:p>
      <w:pPr>
        <w:jc w:val="right"/>
      </w:pPr>
      <w:r>
        <w:t>یہ آسمان نظر آ رہا ہے، پہاڑ نظر آ رہا ہے، پیڑ نظر آ رہے ہیں۔ تو وہ ساری چیزیں نظر آ</w:t>
      </w:r>
    </w:p>
    <w:p>
      <w:r>
        <w:rPr>
          <w:b/>
        </w:rPr>
        <w:t xml:space="preserve">[24:50] </w:t>
      </w:r>
      <w:r>
        <w:t>ti hain. is se tarah tarah ke agar aadmi thinking person ho to us ko is mein marifat ke sabak milte hain. to maulana kehte the ke maine bhi bakriyan charai hain.</w:t>
      </w:r>
    </w:p>
    <w:p>
      <w:pPr>
        <w:jc w:val="right"/>
      </w:pPr>
      <w:r>
        <w:t>تی ہیں۔ اس سے طرح طرح کے اگر آدمی تھنکنگ پرسن ہو تو اس کو اس میں معرفت کے سبق ملتے ہیں۔ تو مولانا کہتے تھے کہ میں نے بھی بکریاں چرائی ہیں۔</w:t>
      </w:r>
    </w:p>
    <w:p>
      <w:r>
        <w:rPr>
          <w:b/>
        </w:rPr>
        <w:t xml:space="preserve">[25:01] </w:t>
      </w:r>
      <w:r>
        <w:t>to woh hamare haan dadi bakriyan paalti thin. to ek ladka tha, us ko us ko dekhne ke liye, lekin us ke saath woh nikal jaate the.</w:t>
      </w:r>
    </w:p>
    <w:p>
      <w:pPr>
        <w:jc w:val="right"/>
      </w:pPr>
      <w:r>
        <w:t>تو وہ ہمارے ہاں دادی بکریاں پالے تھیں۔ تو ایک لڑکا تھا، اس کو اس کو دیکھنے کے لیے، لیکن اس کے ساتھ وہ نکل جاتے تھے۔</w:t>
      </w:r>
    </w:p>
    <w:p>
      <w:r>
        <w:rPr>
          <w:b/>
        </w:rPr>
        <w:t xml:space="preserve">[25:11] </w:t>
      </w:r>
      <w:r>
        <w:t>to yeh paighambarana sunnat hai kyun ke is se bahut kuch learning hoti hai.</w:t>
      </w:r>
    </w:p>
    <w:p>
      <w:pPr>
        <w:jc w:val="right"/>
      </w:pPr>
      <w:r>
        <w:t>تو یہ پیغمبرانہ سنت ہے کیونکہ اس سے بہت کچھ لرننگ ہوتی ہے۔</w:t>
      </w:r>
    </w:p>
    <w:p>
      <w:r>
        <w:rPr>
          <w:b/>
        </w:rPr>
        <w:t xml:space="preserve">[25:17] </w:t>
      </w:r>
      <w:r>
        <w:t>to aap chaalees din ke baad phir aap wapas aaye aur jo galilee ek bade bada jagah thi, to wahan par jagah jagah mukhtalif towns mein jaate the aap aur wahan par allah ka paigham pahuncha dete.</w:t>
      </w:r>
    </w:p>
    <w:p>
      <w:pPr>
        <w:jc w:val="right"/>
      </w:pPr>
      <w:r>
        <w:t>تو آپ چالیس دن کے بعد پھر آپ واپس آئے اور جو گلیلی ایک بڑے بڑا جگہ تھی، تو وہاں پر جگہ جگہ مختلف ٹاؤنز میں جاتے تھے آپ اور وہاں پر خدا کا پیغام پہنچا دیتے۔</w:t>
      </w:r>
    </w:p>
    <w:p>
      <w:r>
        <w:rPr>
          <w:b/>
        </w:rPr>
        <w:t xml:space="preserve">[25:33] </w:t>
      </w:r>
      <w:r>
        <w:t>to ek capernaum tha, ek cana, ek nazrat tha.</w:t>
      </w:r>
    </w:p>
    <w:p>
      <w:pPr>
        <w:jc w:val="right"/>
      </w:pPr>
      <w:r>
        <w:t>تو ایک کیپر نوم تھا، ایک کانا سی اے این اے، ایک نذرت تھا۔</w:t>
      </w:r>
    </w:p>
    <w:p>
      <w:r>
        <w:rPr>
          <w:b/>
        </w:rPr>
        <w:t xml:space="preserve">[25:38] </w:t>
      </w:r>
      <w:r>
        <w:t>to woh yahi kehte thay ke dekho, kingdom of god anay wali hai islam ke mutabiq. to kingdom of god wohi thi jo rasool Allah salallaho alaihe wasallam aaye aur sari dunya mein Khuda ka paigham, monotheism ka paigham pohanchaya.</w:t>
      </w:r>
    </w:p>
    <w:p>
      <w:pPr>
        <w:jc w:val="right"/>
      </w:pPr>
      <w:r>
        <w:t>تو وہ یہی کہتے تھے کہ دیکھو، کنگڈم آف گاڈ آنے والی ہے اسلام کے مطابق۔ تو کنگڈم آف گاڈ وہی تھی جو رسول اللہ صلی اللہ علیہ وسلم آئے اور ساری دنیا میں خدا کا پیغام، مونوتھیزم کا پیغام پہنچا۔</w:t>
      </w:r>
    </w:p>
    <w:p>
      <w:r>
        <w:rPr>
          <w:b/>
        </w:rPr>
        <w:t xml:space="preserve">[25:53] </w:t>
      </w:r>
      <w:r>
        <w:t>lekin woh log is ko nahi kehte, woh is ko relate karte hain second coming of christ se.</w:t>
      </w:r>
    </w:p>
    <w:p>
      <w:pPr>
        <w:jc w:val="right"/>
      </w:pPr>
      <w:r>
        <w:t>لیکن وہ لوگ اس کو نہیں کہتے، وہ اس کو ریلیٹ کرتے ہیں سیکنڈ کمنگ آف کرائسٹ سے۔</w:t>
      </w:r>
    </w:p>
    <w:p>
      <w:r>
        <w:rPr>
          <w:b/>
        </w:rPr>
        <w:t xml:space="preserve">[25:59] </w:t>
      </w:r>
      <w:r>
        <w:t>to matlab in ka message yahi tha ke kingdom of god anay wali hai aur is ke liye tum apne aap ko purify karo taake tum is mein hissadar bano.</w:t>
      </w:r>
    </w:p>
    <w:p>
      <w:pPr>
        <w:jc w:val="right"/>
      </w:pPr>
      <w:r>
        <w:t>تو مطلب ان کا میسج یہی تھا کہ کنگڈم آف گاڈ آنے والی ہے اور اس کے لیے تم اپنے آپ کو پیوریفائی کرو تاکہ تم اس میں حصے دار بنو۔</w:t>
      </w:r>
    </w:p>
    <w:p>
      <w:r>
        <w:rPr>
          <w:b/>
        </w:rPr>
        <w:t xml:space="preserve">[26:10] </w:t>
      </w:r>
      <w:r>
        <w:t>lekin wahan jo yahudi leaders thay, to Hazrat Isa alaihe assalam aik yahudi thay, lekin chounke yahudion ne un ko itna oppose kiya aur un ki aik baat nahi suni, un ke leaders, leaders par aap criticize karte thay,</w:t>
      </w:r>
    </w:p>
    <w:p>
      <w:pPr>
        <w:jc w:val="right"/>
      </w:pPr>
      <w:r>
        <w:t>لیکن وہاں جو یہودی لیڈرز تھے، تو حضرت عیسیٰ علیہ السلام ایک یہودی تھے، لیکن چونکہ یہودیوں نے ان کو اتنا اپوز کیا اور ان کی ایک بات نہیں سنی، ان کے لیڈرز، لیڈرز پر آپ کریٹیسائز کرتے تھے،</w:t>
      </w:r>
    </w:p>
    <w:p>
      <w:r>
        <w:rPr>
          <w:b/>
        </w:rPr>
        <w:t xml:space="preserve">[26:26] </w:t>
      </w:r>
      <w:r>
        <w:t>to leaders bohat ziyada munafiq type ke ho gaye thay. un ke andar sachai bilkul nahi thi, dikhawa tha sara kuch. Hazrat Isa alaihe assalam ne aik baar kaha ke tum log safedi phiri hui qabrein ho.</w:t>
      </w:r>
    </w:p>
    <w:p>
      <w:pPr>
        <w:jc w:val="right"/>
      </w:pPr>
      <w:r>
        <w:t>تو لیڈرز بہت زیادہ منافق ٹائپ کے ہو گئے تھے۔ ان کے اندر سچائی بالکل نہیں تھی، دکھاوا تھا سارا کچھ۔ حضرت عیسیٰ علیہ السلام نے ایک بار کہا کہ تم لوگ سفیدی پھری ہوئی قبریں ہو۔</w:t>
      </w:r>
    </w:p>
    <w:p>
      <w:r>
        <w:rPr>
          <w:b/>
        </w:rPr>
        <w:t xml:space="preserve">[26:40] </w:t>
      </w:r>
      <w:r>
        <w:t>to is tarah ki ke jab tanqeed karte thay to woh sab ghussa ho gaye. isi wajah se unhon ne us waqt wahan par is poore ilaqay mein Roman hukoomat thi.</w:t>
      </w:r>
    </w:p>
    <w:p>
      <w:pPr>
        <w:jc w:val="right"/>
      </w:pPr>
      <w:r>
        <w:t>تو اس طرح کی کہ جب تنقید کرتے تھے تو وہ سب غصہ ہو گئے۔ اسی وجہ سے انہوں نے اس وقت وہاں پر اس پورے علاقے میں رومن حکومت تھی۔</w:t>
      </w:r>
    </w:p>
    <w:p>
      <w:r>
        <w:rPr>
          <w:b/>
        </w:rPr>
        <w:t xml:space="preserve">[26:50] </w:t>
      </w:r>
      <w:r>
        <w:t>Roman aik bohat, Rome aik bohat bari empire thi.</w:t>
      </w:r>
    </w:p>
    <w:p>
      <w:pPr>
        <w:jc w:val="right"/>
      </w:pPr>
      <w:r>
        <w:t>رومن ایک بہت، روم ایک بہت بڑی ایمپائر تھا۔</w:t>
      </w:r>
    </w:p>
    <w:p>
      <w:r>
        <w:rPr>
          <w:b/>
        </w:rPr>
        <w:t xml:space="preserve">[26:54] </w:t>
      </w:r>
      <w:r>
        <w:t>to Roman governor wahan rehta tha. to yahudi khud to kuch kar nahi sakte thay, saza khud de nahi sakte thay. to unhon ne Roman governor ko bharka diya ke yeh logon ko jama kar raha hai, yeh aadmi, aur yeh aap ke khilaaf,</w:t>
      </w:r>
    </w:p>
    <w:p>
      <w:pPr>
        <w:jc w:val="right"/>
      </w:pPr>
      <w:r>
        <w:t>تو رومن گورنر وہاں رہتا تھا۔ تو یہودی خود تو کچھ کر نہیں سکتے تھے، سزا خود دے نہیں سکتے تھے۔ تو انہوں نے رومن گورنر کو بھڑکا دیا کہ یہ لوگوں کو جمع کر رہا ہے، یہ آدمی، اور یہ آپ کے خلاف،</w:t>
      </w:r>
    </w:p>
    <w:p>
      <w:r>
        <w:rPr>
          <w:b/>
        </w:rPr>
        <w:t xml:space="preserve">[27:09] </w:t>
      </w:r>
      <w:r>
        <w:t>aap ka takhta ulte ga. is tarah ki baatein keh ke bharka diya chounke Hazrat Masih ke ko chounke miracle diya gaya tha, is ka ke woh bari se bari bimariyon ko cure kar dete thay,</w:t>
      </w:r>
    </w:p>
    <w:p>
      <w:pPr>
        <w:jc w:val="right"/>
      </w:pPr>
      <w:r>
        <w:t>آپ کا تختہ الٹے گا۔ اس طرح کی باتیں کہہ کے بھڑکا دیا کیونکہ حضرت مسیح کے کو چونکہ میریکل دیا گیا تھا، اس کا کہ وہ بڑی سی بڑی بیماریوں کو کیور کر دیتے تھے،</w:t>
      </w:r>
    </w:p>
    <w:p>
      <w:r>
        <w:rPr>
          <w:b/>
        </w:rPr>
        <w:t xml:space="preserve">[27:24] </w:t>
      </w:r>
      <w:r>
        <w:t>leprosy ko aur is tarah ki bimariyon ko. to saare ghareeb log jo hain, woh sab ikhatta ho jatay thay. kisi ko koi masla hota tha, kisi ko koi masla hota tha.</w:t>
      </w:r>
    </w:p>
    <w:p>
      <w:pPr>
        <w:jc w:val="right"/>
      </w:pPr>
      <w:r>
        <w:t>لیپریسی کو اور اس طریقے کی بیماریوں کو۔ تو سارے غریب لوگ جو ہیں، وہ سب اکٹھا ہو جاتے تھے۔ کسی کو کوئی مسئلہ ہوتا تھا، کسی کو کوئی مسئلہ ہوتا تھا۔</w:t>
      </w:r>
    </w:p>
    <w:p>
      <w:r>
        <w:rPr>
          <w:b/>
        </w:rPr>
        <w:t xml:space="preserve">[27:34] </w:t>
      </w:r>
      <w:r>
        <w:t>to is woh to is liye service ke liye kar rahe thay, un ki madad ke liye kar rahe thay. aur un ko leaderon ne kaha ke dekho, yeh log jama kar rahe hain, ab leader khud leader banna chahta hai.</w:t>
      </w:r>
    </w:p>
    <w:p>
      <w:pPr>
        <w:jc w:val="right"/>
      </w:pPr>
      <w:r>
        <w:t>تو اس وہ تو اس لیے سروس کے لیے کر رہے تھے، ان کی مدد کے لیے کر رہے تھے۔ اور ان کو لیڈروں نے کہا کہ دیکھو، یہ لوگ جمع کر رہے ہیں، اب لیڈر خود لیڈر بننا چاہتا ہے۔</w:t>
      </w:r>
    </w:p>
    <w:p>
      <w:r>
        <w:rPr>
          <w:b/>
        </w:rPr>
        <w:t xml:space="preserve">[27:47] </w:t>
      </w:r>
      <w:r>
        <w:t>to is tarah se un ko Roman governor ko unhon ne bharka diya</w:t>
      </w:r>
    </w:p>
    <w:p>
      <w:pPr>
        <w:jc w:val="right"/>
      </w:pPr>
      <w:r>
        <w:t>تو اس طریقے سے ان کو رومن گورنر کو انہوں نے بھڑکا دیا</w:t>
      </w:r>
    </w:p>
    <w:p>
      <w:r>
        <w:rPr>
          <w:b/>
        </w:rPr>
        <w:t xml:space="preserve">[27:51] </w:t>
      </w:r>
      <w:r>
        <w:t>. halanke Roman governor tab bhi un ko saza nahi dena chahta tha, lekin yeh log maane nahi, saza dilwa ke chhod diya.</w:t>
      </w:r>
    </w:p>
    <w:p>
      <w:pPr>
        <w:jc w:val="right"/>
      </w:pPr>
      <w:r>
        <w:t>۔ حالانکہ رومن گورنر تب بھی ان کو سزا نہیں دینا چاہتا تھا، لیکن یہ لوگ مانے نہیں، سزا دلوا کے چھوڑا۔</w:t>
      </w:r>
    </w:p>
    <w:p>
      <w:r>
        <w:rPr>
          <w:b/>
        </w:rPr>
        <w:t xml:space="preserve">[28:00] </w:t>
      </w:r>
      <w:r>
        <w:t>lekin Islam ke mutabiq to Allah taala ne un ko bacha liya, lekin Christians mein un ko saza di gayi aur un ko phansi pe charhaya gaya.</w:t>
      </w:r>
    </w:p>
    <w:p>
      <w:pPr>
        <w:jc w:val="right"/>
      </w:pPr>
      <w:r>
        <w:t>لیکن اسلام کے مطابق تو اللہ تعالی نے ان کو بچا لیا، لیکن کرسچنز میں ان کو سزا دی گئی اور ان کو پھانسی پہ چڑھایا گیا۔</w:t>
      </w:r>
    </w:p>
    <w:p>
      <w:r>
        <w:rPr>
          <w:b/>
        </w:rPr>
        <w:t xml:space="preserve">[28:12] </w:t>
      </w:r>
      <w:r>
        <w:t>to Islam ke mutabiq yeh hai ke raat ka waqt ho gaya tha. Maulana ne bataya tha ke raat ka waqt ho gaya tha, light wight to hoti nahi thi.</w:t>
      </w:r>
    </w:p>
    <w:p>
      <w:pPr>
        <w:jc w:val="right"/>
      </w:pPr>
      <w:r>
        <w:t>تو اسلام کے مطابق یہ ہے کہ رات کا وقت ہو گیا تھا۔ مولانا نے بتایا تھا کہ رات کا وقت ہو گیا تھا، لائٹ وائٹ تو ہوتی نہیں تھی۔</w:t>
      </w:r>
    </w:p>
    <w:p>
      <w:r>
        <w:rPr>
          <w:b/>
        </w:rPr>
        <w:t xml:space="preserve">[28:20] </w:t>
      </w:r>
      <w:r>
        <w:t>to</w:t>
      </w:r>
    </w:p>
    <w:p>
      <w:pPr>
        <w:jc w:val="right"/>
      </w:pPr>
      <w:r>
        <w:t>تو</w:t>
      </w:r>
    </w:p>
    <w:p>
      <w:r>
        <w:rPr>
          <w:b/>
        </w:rPr>
        <w:t xml:space="preserve">[28:22] </w:t>
      </w:r>
      <w:r>
        <w:t>woh aik shabeeh aa gayi, aik doosra jo shayad Barnabas tha na, jo un ke khilaaf us ne woh kiya tha, un ke khilaaf Judas Iscariot bhi aata hai na, kya naam tha?</w:t>
      </w:r>
    </w:p>
    <w:p>
      <w:pPr>
        <w:jc w:val="right"/>
      </w:pPr>
      <w:r>
        <w:t>وہ ایک شبیہ آ گئی، ایک دوسرا جو شاید برن عباس تھا نا، جو ان کے خلاف اس نے وہ کیا تھا، ان کے خلاف جوڈس اسکریوٹ بھی آتا ہے نا، کیا نام تھا؟</w:t>
      </w:r>
    </w:p>
    <w:p>
      <w:r>
        <w:rPr>
          <w:b/>
        </w:rPr>
        <w:t xml:space="preserve">[28:35] </w:t>
      </w:r>
      <w:r>
        <w:t>ji, to woh is isi ke isi ke upar Hazrat Masih ki shabeeh aa gayi. to raat ka waqt ho gaya to Hazrat Masih jo hain, rooposh ho gaye, khamoshi se kahin chhup gaye.</w:t>
      </w:r>
    </w:p>
    <w:p>
      <w:pPr>
        <w:jc w:val="right"/>
      </w:pPr>
      <w:r>
        <w:t>جی، تو وہ اس اسی کے اسی کے اوپر حضرت مسیح کی شبیہ آ گئی۔ تو رات کا وقت ہو گیا تو حضرت مسیح جو ہیں، روپوش ہو گئے، خاموشی سے کہیں چھپ گئے۔</w:t>
      </w:r>
    </w:p>
    <w:p>
      <w:r>
        <w:rPr>
          <w:b/>
        </w:rPr>
        <w:t xml:space="preserve">[28:48] </w:t>
      </w:r>
      <w:r>
        <w:t>aur woh aadmi ke upar woh ho gayi,</w:t>
      </w:r>
    </w:p>
    <w:p>
      <w:pPr>
        <w:jc w:val="right"/>
      </w:pPr>
      <w:r>
        <w:t>اور وہ آدمی کے اوپر وہ ہو گئی،</w:t>
      </w:r>
    </w:p>
    <w:p>
      <w:r>
        <w:rPr>
          <w:b/>
        </w:rPr>
        <w:t xml:space="preserve">[28:51] </w:t>
      </w:r>
      <w:r>
        <w:t>crucifixion is aadmi ki ho gayi. to isi liye woh kehta hai ke aye Khuda, tu ne humein kahan chhod diya? aye Khuda, tu ne humein kahan chhod diya? ab agar Hazrat Masih Khuda hotay to aise kehte ke humein kahan chhod diya?</w:t>
      </w:r>
    </w:p>
    <w:p>
      <w:pPr>
        <w:jc w:val="right"/>
      </w:pPr>
      <w:r>
        <w:t>کروسیفکشن اس آدمی کی ہو گئی۔ تو اسی لیے وہ کہتا ہے کہ اے خدا، تو نے ہمیں کہاں چھوڑ دیا؟ اے خدا، تو نے ہمیں کہاں چھوڑ دیا؟ اب اگر حضرت مسیح خدا ہوتے تو ایسے کہتے کہ ہمیں کہاں چھوڑ دیا؟</w:t>
      </w:r>
    </w:p>
    <w:p>
      <w:r>
        <w:rPr>
          <w:b/>
        </w:rPr>
        <w:t xml:space="preserve">[29:04] </w:t>
      </w:r>
      <w:r>
        <w:t>to beharhaal, aur aur doosri baat yeh hai ke chaalees din tak apne hawariyon ke paas woh aate rahe. agar woh wahan un ki crucifixion ho gaya tha to chaalees din tak kaise aaye?</w:t>
      </w:r>
    </w:p>
    <w:p>
      <w:pPr>
        <w:jc w:val="right"/>
      </w:pPr>
      <w:r>
        <w:t>تو بہرحال، اور اور دوسری بات یہ ہے کہ چالیس دن تک اپنے حواریوں کے پاس وہ آتے رہے۔ اگر وہ وہاں ان کی کروسیفکشن ہو گیا تھا تو چالیس دن تک کیسے آئے؟</w:t>
      </w:r>
    </w:p>
    <w:p>
      <w:r>
        <w:rPr>
          <w:b/>
        </w:rPr>
        <w:t xml:space="preserve">[29:17] </w:t>
      </w:r>
      <w:r>
        <w:t>ab Isai kehte hain ke woh unhon ne apni maut par conquer kar liya, woh apne aap ko unhon ne dobara zindagi de di.</w:t>
      </w:r>
    </w:p>
    <w:p>
      <w:pPr>
        <w:jc w:val="right"/>
      </w:pPr>
      <w:r>
        <w:t>اب عیسائی کہتے ہیں کہ وہ انہوں نے اپنی موت پر کانکر کر لیا، وہ اپنے آپ کو انہوں نے دوبارہ زندگی دے دی۔</w:t>
      </w:r>
    </w:p>
    <w:p>
      <w:r>
        <w:rPr>
          <w:b/>
        </w:rPr>
        <w:t xml:space="preserve">[29:27] </w:t>
      </w:r>
      <w:r>
        <w:t>to matlab yeh dono contradiction hain dono mein, lekin yeh ziyada logical lagta hai ke woh khamoshi se kahin chhup gaye.</w:t>
      </w:r>
    </w:p>
    <w:p>
      <w:pPr>
        <w:jc w:val="right"/>
      </w:pPr>
      <w:r>
        <w:t>تو مطلب یہ دونوں کانٹراڈکشن ہیں دونوں میں، لیکن یہ زیادہ لاجیکل لگتا ہے کہ وہ خاموشی سے کہیں چھپ گئے۔</w:t>
      </w:r>
    </w:p>
    <w:p>
      <w:r>
        <w:rPr>
          <w:b/>
        </w:rPr>
        <w:t xml:space="preserve">[29:36] </w:t>
      </w:r>
      <w:r>
        <w:t>aur do teen din ke baad phir woh apne hawariyon, taqreeban geyarah</w:t>
      </w:r>
    </w:p>
    <w:p>
      <w:pPr>
        <w:jc w:val="right"/>
      </w:pPr>
      <w:r>
        <w:t>اور دو تین دن کے بعد پھر وہ اپنے حواریوں، تقریباً گیار</w:t>
      </w:r>
    </w:p>
    <w:p>
      <w:r>
        <w:rPr>
          <w:b/>
        </w:rPr>
        <w:t xml:space="preserve">[29:41] </w:t>
      </w:r>
      <w:r>
        <w:t>ha hawari thay, to un ke paas woh aate rahe. aur un se unhon ne kaha ke dekho, is paigham ko tum log sari dunya mein pahuncha do ke Khuda ki kingdom anay wali hai aur apne aap ko is qabil banao ke is kingdom mein hissadar bano.</w:t>
      </w:r>
    </w:p>
    <w:p>
      <w:pPr>
        <w:jc w:val="right"/>
      </w:pPr>
      <w:r>
        <w:t>ہ حواری تھے، تو ان کے پاس وہ آتے رہے۔ اور ان سے انہوں نے کہا کہ دیکھو، اس پیغام کو تم لوگ ساری دنیا میں پہنچا دو کہ خدا کی کنگڈم آنے والی ہے اور اپنے آپ کو اس قابل بناؤ کہ اس کنگڈم میں حصے دار بنو۔</w:t>
      </w:r>
    </w:p>
    <w:p>
      <w:r>
        <w:rPr>
          <w:b/>
        </w:rPr>
        <w:t xml:space="preserve">[29:56] </w:t>
      </w:r>
      <w:r>
        <w:t>to hawari is bohat ziyada ghamzad</w:t>
      </w:r>
    </w:p>
    <w:p>
      <w:pPr>
        <w:jc w:val="right"/>
      </w:pPr>
      <w:r>
        <w:t>تو حواری اس بہت زیادہ غمزد</w:t>
      </w:r>
    </w:p>
    <w:p>
      <w:r>
        <w:rPr>
          <w:b/>
        </w:rPr>
        <w:t xml:space="preserve">[30:00] </w:t>
      </w:r>
      <w:r>
        <w:t>the the, lekin woh chalish din tak aate rahe. phir unhon ne hausla dilaya, aur phir is ke baad jo hai, unhon ne wahi travel, travel kar kar ke phir un ke haan aik Saint Paul nikalay.</w:t>
      </w:r>
    </w:p>
    <w:p>
      <w:pPr>
        <w:jc w:val="right"/>
      </w:pPr>
      <w:r>
        <w:t>ہ تھے، لیکن وہ چالیس دن تک آتے رہے۔ پھر انہوں نے حوصلہ دلایا، اور پھر اس کے بعد جو ہے، انہوں نے وہی ٹریول، ٹریول کر کر کے پھر ان کے ہاں ایک سینٹ پال نکلے۔</w:t>
      </w:r>
    </w:p>
    <w:p>
      <w:r>
        <w:rPr>
          <w:b/>
        </w:rPr>
        <w:t xml:space="preserve">[30:13] </w:t>
      </w:r>
      <w:r>
        <w:t>Unhon ne bohat ziyada travel kiya, travel kar kar ke jagah jagah unhon ne church qaim kiye. Church jaise masjid ya worshiping place ke liye bhi aata hai, aur aik Christian community ke liye bhi aata hai.</w:t>
      </w:r>
    </w:p>
    <w:p>
      <w:pPr>
        <w:jc w:val="right"/>
      </w:pPr>
      <w:r>
        <w:t>انہوں نے بہت زیادہ ٹریول کیا، ٹریول کر کر کے جگہ جگہ انہوں نے چرچ قائم کیے۔ چرچ جیسے مسجد یا ورسپنگ پلیس کے لیے بھی آتا ہے، اور ایک کرسچن کمیونٹی کے لیے بھی آتا ہے۔</w:t>
      </w:r>
    </w:p>
    <w:p>
      <w:r>
        <w:rPr>
          <w:b/>
        </w:rPr>
        <w:t xml:space="preserve">[30:28] </w:t>
      </w:r>
      <w:r>
        <w:t>Agar aik jagah das pandrah log ho jayen, Christian, aur woh log wahan kaam kar rahe hon to us ko bhi church kehte hain. To Saint Paul ne jagah jagah church banaye, aur un logon ne phir sari duniya mein kaam kiya.</w:t>
      </w:r>
    </w:p>
    <w:p>
      <w:pPr>
        <w:jc w:val="right"/>
      </w:pPr>
      <w:r>
        <w:t>اگر ایک جگہ دس پندرہ لوگ ہو جائیں، کرسچن، اور وہ لوگ وہاں کام کر رہے ہوں تو اس کو بھی چرچ کہتے ہیں۔ تو سینٹ پال نے جگہ جگہ چرچ بنائے، اور ان لوگوں نے پھر ساری دنیا میں کام کیا۔</w:t>
      </w:r>
    </w:p>
    <w:p>
      <w:r>
        <w:rPr>
          <w:b/>
        </w:rPr>
        <w:t xml:space="preserve">[30:44] </w:t>
      </w:r>
      <w:r>
        <w:t>Aur aaj tak woh log kaam kar rahe hain. Aaj tak unhon ne Hazrat Isa علیہ السلام ki taleemat ko bhoolay nahi hain, balkeh unhon ne aaj tak kaam kar rahe hain.</w:t>
      </w:r>
    </w:p>
    <w:p>
      <w:pPr>
        <w:jc w:val="right"/>
      </w:pPr>
      <w:r>
        <w:t>اور آج تک وہ لوگ کام کر رہے ہیں۔ آج تک انہوں نے حضرت عیسیٰ علیہ السلام کی تعلیمات کو بھولے نہیں ہیں، بلکہ انہوں نے آج تک کام کر رہے ہیں۔</w:t>
      </w:r>
    </w:p>
    <w:p>
      <w:r>
        <w:rPr>
          <w:b/>
        </w:rPr>
        <w:t xml:space="preserve">[30:55] </w:t>
      </w:r>
      <w:r>
        <w:t>Isi wajah se aaj itna ziyada Isaiyat jo hai, is Hazrat Isa ki taleemat phail gayin sari duniya mein.</w:t>
      </w:r>
    </w:p>
    <w:p>
      <w:pPr>
        <w:jc w:val="right"/>
      </w:pPr>
      <w:r>
        <w:t>اسی وجہ سے آج اتنا زیادہ عیسائیت جو ہے، اس حضرت عیسیٰ کی تعلیمات پھیل گئیں ساری دنیا میں۔</w:t>
      </w:r>
    </w:p>
    <w:p>
      <w:r>
        <w:rPr>
          <w:b/>
        </w:rPr>
        <w:t xml:space="preserve">[31:04] </w:t>
      </w:r>
      <w:r>
        <w:t>To kis kisi bhi, koi bhi maqsad ho, chahe aap ki spiritual ideology ho ya koi secular ideology ho, us mein bohat ziyada importance hai travel ki.</w:t>
      </w:r>
    </w:p>
    <w:p>
      <w:pPr>
        <w:jc w:val="right"/>
      </w:pPr>
      <w:r>
        <w:t>تو کس کسی بھی، کوئی بھی مقصد ہو، چاہے آپ کی سپریچول آئیڈیالوجی ہو یا کوئی سیکولر آئیڈیالوجی ہو، اس میں بہت زیادہ امپورٹنس ہے ٹریول کی۔</w:t>
      </w:r>
    </w:p>
    <w:p>
      <w:r>
        <w:rPr>
          <w:b/>
        </w:rPr>
        <w:t xml:space="preserve">[31:16] </w:t>
      </w:r>
      <w:r>
        <w:t>Yahan mein aap ko woh hawala doongi, Alexander the Great ki. Hmm,</w:t>
      </w:r>
    </w:p>
    <w:p>
      <w:pPr>
        <w:jc w:val="right"/>
      </w:pPr>
      <w:r>
        <w:t>یہاں میں آپ کو وہ حوالہ دوں گی، الیگزینڈر دا گریٹ کی۔ ہمم،</w:t>
      </w:r>
    </w:p>
    <w:p>
      <w:r>
        <w:rPr>
          <w:b/>
        </w:rPr>
        <w:t xml:space="preserve">[31:22] </w:t>
      </w:r>
      <w:r>
        <w:t>Kyunke aap log jante hain ke sab se ziyada ilm ki tarraqi jo hai, science ki aur khaas taur par philosophy ki, sab se ziyada ilm ki tarraqi Greece mein hui.</w:t>
      </w:r>
    </w:p>
    <w:p>
      <w:pPr>
        <w:jc w:val="right"/>
      </w:pPr>
      <w:r>
        <w:t>کیونکہ آپ لوگ جانتے ہیں کہ سب سے زیادہ علم کی ترقی جو ہے، سائنس کی اور خاص طور پر فلاسفی کی، سب سے زیادہ علم کی ترقی گریس میں ہوئی۔</w:t>
      </w:r>
    </w:p>
    <w:p>
      <w:r>
        <w:rPr>
          <w:b/>
        </w:rPr>
        <w:t xml:space="preserve">[31:33] </w:t>
      </w:r>
      <w:r>
        <w:t>Ab woh agar sirf Greece mein rehti, aur us zamane mein itne, woh to koi press warais to hota nahi tha ke sari duniya mein phail ki jati, woh to woh khatam bhi ho gayi</w:t>
      </w:r>
    </w:p>
    <w:p>
      <w:pPr>
        <w:jc w:val="right"/>
      </w:pPr>
      <w:r>
        <w:t>اب وہ اگر صرف گریس میں رہتی، اور اس زمانے میں اتنے، وہ تو کوئی پریس وریس تو ہوتا نہیں تھا کہ ساری دنیا میں پھیل کی جاتی، وہ تو وہ ختم بھی ہو گئی</w:t>
      </w:r>
    </w:p>
    <w:p>
      <w:r>
        <w:rPr>
          <w:b/>
        </w:rPr>
        <w:t xml:space="preserve">[31:44] </w:t>
      </w:r>
      <w:r>
        <w:t>hoti. Lekin Alexander ka woh jo ambition tha ke sari duniya ko conquer karna, to woh jagah jagah woh conquer karne ke baad woh apne logon ko wahan basata tha.</w:t>
      </w:r>
    </w:p>
    <w:p>
      <w:pPr>
        <w:jc w:val="right"/>
      </w:pPr>
      <w:r>
        <w:t>ہوتی۔ لیکن الیگزینڈر کا وہ جو ایمبیشن تھا کہ ساری دنیا کو کانکر کرنا، تو وہ جگہ جگہ وہ کانکر کرنے کے بعد وہ اپنے لوگوں کو وہاں بساتا تھا۔</w:t>
      </w:r>
    </w:p>
    <w:p>
      <w:r>
        <w:rPr>
          <w:b/>
        </w:rPr>
        <w:t xml:space="preserve">[31:56] </w:t>
      </w:r>
      <w:r>
        <w:t>To woh log wahan par jo ilm tha, Greece mein, woh log wahan pohanchate thay. Is tareeqay se sari duniya mein woh ilm pohanch gaya.</w:t>
      </w:r>
    </w:p>
    <w:p>
      <w:pPr>
        <w:jc w:val="right"/>
      </w:pPr>
      <w:r>
        <w:t>تو وہ لوگ وہاں پر جو علم تھا، گریس میں، وہ لوگ وہاں پہنچاتے تھے۔ اس طریقے سے ساری دنیا میں وہ علم پہنچ گیا۔</w:t>
      </w:r>
    </w:p>
    <w:p>
      <w:r>
        <w:rPr>
          <w:b/>
        </w:rPr>
        <w:t xml:space="preserve">[32:06] </w:t>
      </w:r>
      <w:r>
        <w:t>Aur is ke baad jab Musalmanon ne empire banayi to woh us ke inheritor banay is ilm ke.</w:t>
      </w:r>
    </w:p>
    <w:p>
      <w:pPr>
        <w:jc w:val="right"/>
      </w:pPr>
      <w:r>
        <w:t>اور اس کے بعد جب مسلمانوں نے ایمپائر بنائی تو وہ اس کے انہیریٹر بنے اس علم کے۔</w:t>
      </w:r>
    </w:p>
    <w:p>
      <w:r>
        <w:rPr>
          <w:b/>
        </w:rPr>
        <w:t xml:space="preserve">[32:13] </w:t>
      </w:r>
      <w:r>
        <w:t>Aur is ilm ko le kar ke unhon ne aage barhay, is pe bohat kaam kiya, aur is mein bohat ziyada tarraqi ki. Aur woh wahi ilm baad mein Spain ke zariye se Europe pohancha.</w:t>
      </w:r>
    </w:p>
    <w:p>
      <w:pPr>
        <w:jc w:val="right"/>
      </w:pPr>
      <w:r>
        <w:t>اور اس علم کو لے کر کے انہوں نے آگے بڑھے، اس پہ بہت کام کیا، اور اس میں بہت زیادہ ترقی کی۔ اور وہ وہی علم بعد میں اسپین کے ذریعے سے یورپ پہنچا۔</w:t>
      </w:r>
    </w:p>
    <w:p>
      <w:r>
        <w:rPr>
          <w:b/>
        </w:rPr>
        <w:t xml:space="preserve">[32:25] </w:t>
      </w:r>
      <w:r>
        <w:t>Ji, matlab aik hum woh aik hota hai na, aadmi step by step charh sakta hai, achaanak koi tarraqi nahi ho sakti. To woh Greece ka ilm sari duniya mein pohancha.</w:t>
      </w:r>
    </w:p>
    <w:p>
      <w:pPr>
        <w:jc w:val="right"/>
      </w:pPr>
      <w:r>
        <w:t>جی، مطلب ایک ہم وہ ایک ہوتا ہے نا، آدمی سٹیپ بائی سٹیپ چڑھ سکتا ہے، اچانک کوئی ترقی نہیں ہو سکتی۔ تو وہ گریس کا علم ساری دنیا میں پہنچا۔</w:t>
      </w:r>
    </w:p>
    <w:p>
      <w:r>
        <w:rPr>
          <w:b/>
        </w:rPr>
        <w:t xml:space="preserve">[32:35] </w:t>
      </w:r>
      <w:r>
        <w:t>Phir wahan se Musalmanon ne sari kitabon ke tarjmay karaye</w:t>
      </w:r>
    </w:p>
    <w:p>
      <w:pPr>
        <w:jc w:val="right"/>
      </w:pPr>
      <w:r>
        <w:t>پھر وہاں سے مسلمانوں نے ساری کتابوں کے ترجمے کرائے</w:t>
      </w:r>
    </w:p>
    <w:p>
      <w:r>
        <w:rPr>
          <w:b/>
        </w:rPr>
        <w:t xml:space="preserve">[32:41] </w:t>
      </w:r>
      <w:r>
        <w:t>Arabi mein. Phir Arabi se phir woh Spain pohancha. Spain se woh Italy ki zabanon mein aur European zabanon mein is ke tarjmay hue.</w:t>
      </w:r>
    </w:p>
    <w:p>
      <w:pPr>
        <w:jc w:val="right"/>
      </w:pPr>
      <w:r>
        <w:t>عربی میں۔ پھر عربی سے پھر وہ اسپین پہنچا۔ اسپین سے وہ اٹلی کی زبانوں میں اور یورپین زبانوں میں اس کے ترجمے ہوئے۔</w:t>
      </w:r>
    </w:p>
    <w:p>
      <w:r>
        <w:rPr>
          <w:b/>
        </w:rPr>
        <w:t xml:space="preserve">[32:51] </w:t>
      </w:r>
      <w:r>
        <w:t>Phir taqreeban solahwin sadi tak yeh ilm wahan baqayda textbook ke taur par parhaya jata raha. Is ke baad jo hai, un logon ne bohat ziyada tarraqi ki, aur nayi nayi discoveries huin.</w:t>
      </w:r>
    </w:p>
    <w:p>
      <w:pPr>
        <w:jc w:val="right"/>
      </w:pPr>
      <w:r>
        <w:t>پھر تقریباً سولہویں صدی تک یہ علم وہاں باقاعدہ ٹیکسٹ بک کے طور پر پڑھایا جاتا رہا۔ اس کے بعد جو ہے، ان لوگوں نے بہت زیادہ ترقی کی، اور نئی نئی ڈسکوریز ہوئیں۔</w:t>
      </w:r>
    </w:p>
    <w:p>
      <w:r>
        <w:rPr>
          <w:b/>
        </w:rPr>
        <w:t xml:space="preserve">[33:06] </w:t>
      </w:r>
      <w:r>
        <w:t>To yeh bohat ziyada zaroori hai tre</w:t>
      </w:r>
    </w:p>
    <w:p>
      <w:pPr>
        <w:jc w:val="right"/>
      </w:pPr>
      <w:r>
        <w:t>تو یہ بہت زیادہ ضروری ہے ٹری</w:t>
      </w:r>
    </w:p>
    <w:p>
      <w:r>
        <w:rPr>
          <w:b/>
        </w:rPr>
        <w:t xml:space="preserve">[33:09] </w:t>
      </w:r>
      <w:r>
        <w:t>vel. Agar travel hum nahi karein to hamare andar ghetto mentality paida ho jayegi, aur hum koi bhi kaam nahi kar payenge. Har cheez hamare liye aik ritual ho kar reh jayegi.</w:t>
      </w:r>
    </w:p>
    <w:p>
      <w:pPr>
        <w:jc w:val="right"/>
      </w:pPr>
      <w:r>
        <w:t>ول۔ اگر ٹریول ہم نہیں کریں تو ہمارے اندر گھیٹو مینٹیلیٹی پیدا ہو جائے گی، اور ہم کوئی بھی کام نہیں کر پائیں گے۔ ہر چیز ہمارے لیے ایک ریچول ہو کر رہ جائے گی۔</w:t>
      </w:r>
    </w:p>
    <w:p>
      <w:r>
        <w:rPr>
          <w:b/>
        </w:rPr>
        <w:t xml:space="preserve">[33:20] </w:t>
      </w:r>
      <w:r>
        <w:t>To apne aap ke spiritual development ke liye, intellectual development ke liye, aur jo ilm hamare paas hai, us ko sari duniya mein pohanchana.</w:t>
      </w:r>
    </w:p>
    <w:p>
      <w:pPr>
        <w:jc w:val="right"/>
      </w:pPr>
      <w:r>
        <w:t>تو اپنے آپ کے سپریچول ڈیویلپمنٹ کے لیے، انٹلیکچول ڈیویلپمنٹ کے لیے، اور جو علم ہمارے پاس ہے، اس کو ساری دنیا میں پہنچانا۔</w:t>
      </w:r>
    </w:p>
    <w:p>
      <w:r>
        <w:rPr>
          <w:b/>
        </w:rPr>
        <w:t xml:space="preserve">[33:31] </w:t>
      </w:r>
      <w:r>
        <w:t>Jaise Hazrat Muhammad صلی اللہ علیہ وسلم ne kaha ke agar ilm China mein bhi milay to bhi tum wahan ja</w:t>
      </w:r>
    </w:p>
    <w:p>
      <w:pPr>
        <w:jc w:val="right"/>
      </w:pPr>
      <w:r>
        <w:t>جیسے حضرت محمد صلی اللہ علیہ وسلم نے کہا کہ اگر علم چائنہ میں بھی ملے تو بھی تم وہاں جا</w:t>
      </w:r>
    </w:p>
    <w:p>
      <w:r>
        <w:rPr>
          <w:b/>
        </w:rPr>
        <w:t xml:space="preserve">[33:37] </w:t>
      </w:r>
      <w:r>
        <w:t>o, kyunke ilm tumhara hi gumshuda سرمایہ hai. Jahan bhi milay, us ko le lo. Ji, aap when we read about the life of Prophet صلی اللہ علیہ وسلم, we discover that he played the crucial role in establishment and the spread of the religion Islam.</w:t>
      </w:r>
    </w:p>
    <w:p>
      <w:pPr>
        <w:jc w:val="right"/>
      </w:pPr>
      <w:r>
        <w:t>ؤ، کیونکہ علم تمہارا ہی گمشدہ سرمایہ ہے۔ جہاں بھی ملے، اس کو لے لو۔ جی، آپ وین وی ریڈ اباؤٹ دا لائف آف پرافٹ صلی اللہ علیہ وسلم، وی ڈسکور دیٹ ہی پلیڈ دا کروشل رول ان اسٹیبلشمنٹ اینڈ دا سپریڈ آف دا ریلیجن اسلام۔</w:t>
      </w:r>
    </w:p>
    <w:p>
      <w:r>
        <w:rPr>
          <w:b/>
        </w:rPr>
        <w:t xml:space="preserve">[33:55] </w:t>
      </w:r>
      <w:r>
        <w:t>And his travel also were very significant. One of the notable journey was Isra and Meraj in 621 AD, and then in 622 AD the Hijrat happened.</w:t>
      </w:r>
    </w:p>
    <w:p>
      <w:pPr>
        <w:jc w:val="right"/>
      </w:pPr>
      <w:r>
        <w:t>اینڈ ہز ٹریول السو ویر ویری سگنیفیکنٹ۔ ون آف دی نوٹیبل جرنی واز اسراء اینڈ معراج ان 621 اے ڈی، اینڈ دین ان 622 اے ڈی دا ہجرت ہیپنڈ۔</w:t>
      </w:r>
    </w:p>
    <w:p>
      <w:r>
        <w:rPr>
          <w:b/>
        </w:rPr>
        <w:t xml:space="preserve">[34:06] </w:t>
      </w:r>
      <w:r>
        <w:t>And likewise, aap when we look into the life of his companions, they were about 125 thousand companions at the time when he passed away.</w:t>
      </w:r>
    </w:p>
    <w:p>
      <w:pPr>
        <w:jc w:val="right"/>
      </w:pPr>
      <w:r>
        <w:t>اینڈ لائک وائز، آپ وین وی لوک انٹو دی لائف آف ہز کمپینینز، دے وار اباؤٹ 125 تھا کمپینینز ایٹ دا ٹائم وین ہی پاسڈ اوے۔</w:t>
      </w:r>
    </w:p>
    <w:p>
      <w:r>
        <w:rPr>
          <w:b/>
        </w:rPr>
        <w:t xml:space="preserve">[34:17] </w:t>
      </w:r>
      <w:r>
        <w:t>bat we find very few graves in makkah and madinah. we find graves outside makkah and madinah, which means that they also travelled extensively.</w:t>
      </w:r>
    </w:p>
    <w:p>
      <w:pPr>
        <w:jc w:val="right"/>
      </w:pPr>
      <w:r>
        <w:t>بٹ وی فائنڈ ویری فیو گریوز ان مکہ اینڈ مدینہ۔ وی فائنڈ گریوز آؤٹ سائیڈ مکہ اینڈ مدینہ، وچ مینز دیٹ دے السو ٹریولڈ ایکسٹینسولی۔</w:t>
      </w:r>
    </w:p>
    <w:p>
      <w:r>
        <w:rPr>
          <w:b/>
        </w:rPr>
        <w:t xml:space="preserve">[34:27] </w:t>
      </w:r>
      <w:r>
        <w:t>so, i would like you to tell us about from the life of prophet and his companions in the importance of travel.</w:t>
      </w:r>
    </w:p>
    <w:p>
      <w:pPr>
        <w:jc w:val="right"/>
      </w:pPr>
      <w:r>
        <w:t>سو، آئی آپ وڈ لائک یو ٹو ٹیل اس اباؤٹ فرام دا لائف آف پرافٹ اینڈ ہز کمپینینز ان دی امپورٹنس آف ٹریول۔</w:t>
      </w:r>
    </w:p>
    <w:p>
      <w:r>
        <w:rPr>
          <w:b/>
        </w:rPr>
        <w:t xml:space="preserve">[34:38] </w:t>
      </w:r>
      <w:r>
        <w:t>rasool allah salallaho alaihe wasallam ne to safar kam kiye, kyunke sab se pehle to arab mein hi pahunchana tha, makkah mein pahunchana tha, makkah se madinah pahunchana tha.</w:t>
      </w:r>
    </w:p>
    <w:p>
      <w:pPr>
        <w:jc w:val="right"/>
      </w:pPr>
      <w:r>
        <w:t>رسول اللہ صلی اللہ علیہ وسلم نے تو سفر کم کیے، کیونکہ سب سے پہلے تو عرب میں ہی پہنچانا تھا، مکہ میں پہنچانا تھا، مکہ سے مدینہ پہنچانا تھا۔</w:t>
      </w:r>
    </w:p>
    <w:p>
      <w:r>
        <w:rPr>
          <w:b/>
        </w:rPr>
        <w:t xml:space="preserve">[34:49] </w:t>
      </w:r>
      <w:r>
        <w:t>lekin aap jahan bhi dekhte the ke mad'u hai, jahan bhi dekhte the ke log jama hain, foran wahan jaate the aur apna paigham pahunchate the.</w:t>
      </w:r>
    </w:p>
    <w:p>
      <w:pPr>
        <w:jc w:val="right"/>
      </w:pPr>
      <w:r>
        <w:t>لیکن آپ جہاں بھی دیکھتے تھے کہ مدعو ہے، جہاں بھی دیکھتے تھے کہ لوگ جمع ہیں، فوراً وہاں جاتے تھے اور اپنا پیغام پہنچاتے تھے۔</w:t>
      </w:r>
    </w:p>
    <w:p>
      <w:r>
        <w:rPr>
          <w:b/>
        </w:rPr>
        <w:t xml:space="preserve">[35:00] </w:t>
      </w:r>
      <w:r>
        <w:t>ab jab wahan kaaba mein log jama hote the, kaaba jaate the, wahan mela lagta tha,</w:t>
      </w:r>
    </w:p>
    <w:p>
      <w:pPr>
        <w:jc w:val="right"/>
      </w:pPr>
      <w:r>
        <w:t>اب جب وہاں کعبہ میں لوگ جمع ہوتے تھے، کعبہ جاتے تھے، وہاں میلہ لگتا تھا،</w:t>
      </w:r>
    </w:p>
    <w:p>
      <w:r>
        <w:rPr>
          <w:b/>
        </w:rPr>
        <w:t xml:space="preserve">[35:06] </w:t>
      </w:r>
      <w:r>
        <w:t>mele mein jaate the, auqat waghera, bazaar hote the, bazaar mein jaate the. jahan bhi dekhte the, koi aadmi kisi doosre qabile ka, kisi doosre area se aaya hai, to foran us ke paas jaate the aur us ko paigham pahunchate the.</w:t>
      </w:r>
    </w:p>
    <w:p>
      <w:pPr>
        <w:jc w:val="right"/>
      </w:pPr>
      <w:r>
        <w:t>میلے میں جاتے تھے، اوقات وغیرہ، بازار ہوتے تھے، بازار میں جاتے تھے۔ جہاں بھی دیکھتے تھے، کوئی آدمی کسی دوسرے قبیلے کا، کسی دوسرے ایریا سے آیا ہے، تو فوراً اس کے پاس جاتے تھے اور اس کو پیغام پہنچاتے تھے۔</w:t>
      </w:r>
    </w:p>
    <w:p>
      <w:r>
        <w:rPr>
          <w:b/>
        </w:rPr>
        <w:t xml:space="preserve">[35:20] </w:t>
      </w:r>
      <w:r>
        <w:t>to is tareeqe se woh paigham pahunchta raha. logon ne zyada to mukhalifat ki, lekin jitne bhi zyada sanjeeda log the, unhon ne aap ki baat maani aur aap ke followers ban gaye.</w:t>
      </w:r>
    </w:p>
    <w:p>
      <w:pPr>
        <w:jc w:val="right"/>
      </w:pPr>
      <w:r>
        <w:t>تو اس طریقے سے وہ پیغام پہنچتا رہا۔ لوگوں نے زیادہ تو مخالفت کی، لیکن جتنے بھی زیادہ سنجیدہ لوگ تھے، انہوں نے آپ کی بات مانی اور آپ کے فالوورز بن گئے۔</w:t>
      </w:r>
    </w:p>
    <w:p>
      <w:r>
        <w:rPr>
          <w:b/>
        </w:rPr>
        <w:t xml:space="preserve">[35:33] </w:t>
      </w:r>
      <w:r>
        <w:t>to is ke baad ek ek ek time aa gaya ke tamam log mukhalif ho gaye. ab aisa laga ke ab naye log nahi mil rahe hain, aur jo hai, aap ko qabile se bhi nikaal diya gaya.</w:t>
      </w:r>
    </w:p>
    <w:p>
      <w:pPr>
        <w:jc w:val="right"/>
      </w:pPr>
      <w:r>
        <w:t>تو اس کے بعد ایک ایک ایک ٹائم آ گیا کہ تمام لوگ مخالف ہو گئے۔ اب ایسا لگا کہ اب نئے لوگ نہیں مل رہے ہیں، اور جو ہے، آپ کو قبیلے سے بھی نکال دیا گیا۔</w:t>
      </w:r>
    </w:p>
    <w:p>
      <w:r>
        <w:rPr>
          <w:b/>
        </w:rPr>
        <w:t xml:space="preserve">[35:46] </w:t>
      </w:r>
      <w:r>
        <w:t>to is zamane mein dekhen, koi bhi shakhs qabile ki protection se hi reh sakta tha, warna tamam log us ko us ke upar haavi ho jaate, us ko maar dete.</w:t>
      </w:r>
    </w:p>
    <w:p>
      <w:pPr>
        <w:jc w:val="right"/>
      </w:pPr>
      <w:r>
        <w:t>تو اس زمانے میں دیکھیں، کوئی بھی شخص قبیلے کی پروٹیکشن سے ہی رہ سکتا تھا، ورنہ تمام لوگ اس کو اس کے اوپر حاوی ہو جاتے، اس کو مار دیتے۔</w:t>
      </w:r>
    </w:p>
    <w:p>
      <w:r>
        <w:rPr>
          <w:b/>
        </w:rPr>
        <w:t xml:space="preserve">[35:57] </w:t>
      </w:r>
      <w:r>
        <w:t>koi uska woh nahi hota, haami o madadgaar na hota.</w:t>
      </w:r>
    </w:p>
    <w:p>
      <w:pPr>
        <w:jc w:val="right"/>
      </w:pPr>
      <w:r>
        <w:t>کوئی اس کا وہ نہیں ہوتا، حامی و مددگار نہ ہوتا۔</w:t>
      </w:r>
    </w:p>
    <w:p>
      <w:r>
        <w:rPr>
          <w:b/>
        </w:rPr>
        <w:t xml:space="preserve">[36:02] </w:t>
      </w:r>
      <w:r>
        <w:t>to is liye ek qabile ka protection zaroori tha. is liye aap taif gaye, lekin taif walon ne bhi aap ko bilkul, matlab ek ek dam baat nahi suni.</w:t>
      </w:r>
    </w:p>
    <w:p>
      <w:pPr>
        <w:jc w:val="right"/>
      </w:pPr>
      <w:r>
        <w:t>تو اس لیے ایک قبیلے کا پروٹیکشن ضروری تھا۔ اس لیے آپ طائف گئے، لیکن طائف والوں نے بھی آپ کو بالکل، مطلب ایک ایک دم بات نہیں سنی۔</w:t>
      </w:r>
    </w:p>
    <w:p>
      <w:r>
        <w:rPr>
          <w:b/>
        </w:rPr>
        <w:t xml:space="preserve">[36:13] </w:t>
      </w:r>
      <w:r>
        <w:t>yahan tak ke ek dam jo jo street urchins hote hain, un ko bharka diya ke un ke upar pathar maro.</w:t>
      </w:r>
    </w:p>
    <w:p>
      <w:pPr>
        <w:jc w:val="right"/>
      </w:pPr>
      <w:r>
        <w:t>یہاں تک کہ ایک دم جو جو سٹریٹ ارچنز ہوتے ہیں، ان کو بھڑکا دیا کہ ان کے اوپر پتھر مارو۔</w:t>
      </w:r>
    </w:p>
    <w:p>
      <w:r>
        <w:rPr>
          <w:b/>
        </w:rPr>
        <w:t xml:space="preserve">[36:22] </w:t>
      </w:r>
      <w:r>
        <w:t>to aisi aap ko itni sakht ruswai, itni sakht takleef kabhi nahi hui</w:t>
      </w:r>
    </w:p>
    <w:p>
      <w:pPr>
        <w:jc w:val="right"/>
      </w:pPr>
      <w:r>
        <w:t>تو ایسی آپ کو اتنی سخت رسوائی، اتنی سخت تکلیف کبھی نہیں ہوئی</w:t>
      </w:r>
    </w:p>
    <w:p>
      <w:r>
        <w:rPr>
          <w:b/>
        </w:rPr>
        <w:t xml:space="preserve">[36:30] </w:t>
      </w:r>
      <w:r>
        <w:t>. rasool allah salallaho alaihe wasallam ne ek baar hazrat aisha se kaha ke mere liye sab se zyada sakht din tha taif ka, ke wahan yahan tak ke pathar maarte rahe, aap ke khoon ab khoon ho rahe the, aur yahan tak ke andhera ho gaya.</w:t>
      </w:r>
    </w:p>
    <w:p>
      <w:pPr>
        <w:jc w:val="right"/>
      </w:pPr>
      <w:r>
        <w:t>۔ رسول اللہ صلی اللہ علیہ وسلم نے ایک بار حضرت عائشہ سے کہا کہ میرے لیے سب سے زیادہ سخت دن تھا طائف کا، کہ وہاں یہاں تک کہ پتھر مارتے رہے، آپ کے خون اب خون ہو رہے تھے، اور یہاں تک کہ اندھیرا ہو گیا۔</w:t>
      </w:r>
    </w:p>
    <w:p>
      <w:r>
        <w:rPr>
          <w:b/>
        </w:rPr>
        <w:t xml:space="preserve">[36:44] </w:t>
      </w:r>
      <w:r>
        <w:t>tab ja ke bachche jo hain, wahan se gaye. to is ke baad bhi aap ne un ke liye bad dua nahi kiya. aur jo yeh hamare liye ek ek cheez, hamare liye namoona</w:t>
      </w:r>
    </w:p>
    <w:p>
      <w:pPr>
        <w:jc w:val="right"/>
      </w:pPr>
      <w:r>
        <w:t>تب جا کے بچے جو ہیں، وہاں سے گئے۔ تو اس کے بعد بھی آپ نے ان کے لیے بد دعا نہیں کیا۔ اور جو یہ ہمارے لیے ایک ایک چیز، ہمارے لیے نمونہ</w:t>
      </w:r>
    </w:p>
    <w:p>
      <w:r>
        <w:rPr>
          <w:b/>
        </w:rPr>
        <w:t xml:space="preserve">[36:56] </w:t>
      </w:r>
      <w:r>
        <w:t>hai. aaj hum sirf kuch rituals ko follow kar rahe hain, jo asal bari bari sunnatain hain prophets ki, woh hum follow nahi karte.</w:t>
      </w:r>
    </w:p>
    <w:p>
      <w:pPr>
        <w:jc w:val="right"/>
      </w:pPr>
      <w:r>
        <w:t>ہے۔ آج ہم صرف کچھ ریچولز کو فالو کر رہے ہیں، جو اصل بڑی بڑی سنتیں ہیں پرافٹس کی، وہ ہم فالو نہیں کرتے۔</w:t>
      </w:r>
    </w:p>
    <w:p>
      <w:r>
        <w:rPr>
          <w:b/>
        </w:rPr>
        <w:t xml:space="preserve">[37:06] </w:t>
      </w:r>
      <w:r>
        <w:t>ke itna sakht halaat mein bhi aap dua karte rahe. aap dua yeh kar rahe the ke un ki agli nasal khuda ki ibadat kare gi.</w:t>
      </w:r>
    </w:p>
    <w:p>
      <w:pPr>
        <w:jc w:val="right"/>
      </w:pPr>
      <w:r>
        <w:t>کہ اتنا سخت حالات میں بھی آپ دعا کرتے رہے۔ آپ دعا یہ کر رہے تھے کہ ان کی اگلی نسل خدا کی عبادت کرے گی۔</w:t>
      </w:r>
    </w:p>
    <w:p>
      <w:r>
        <w:rPr>
          <w:b/>
        </w:rPr>
        <w:t xml:space="preserve">[37:16] </w:t>
      </w:r>
      <w:r>
        <w:t>to is wajah se aap ne un ke liye, un ke liye bad dua nahi diya.</w:t>
      </w:r>
    </w:p>
    <w:p>
      <w:pPr>
        <w:jc w:val="right"/>
      </w:pPr>
      <w:r>
        <w:t>تو اس وجہ سے آپ نے ان کے لیے، ان کے لیے بد دعا نہیں دیا۔</w:t>
      </w:r>
    </w:p>
    <w:p>
      <w:r>
        <w:rPr>
          <w:b/>
        </w:rPr>
        <w:t xml:space="preserve">[37:22] </w:t>
      </w:r>
      <w:r>
        <w:t>to aap ne is ke baad kya hua ke jab wahan taif mein mauqa nahi mila, koi koi tribe tayyar nahi hua madad karne ke liye, to phir aap ne ghar ke andar rahe.</w:t>
      </w:r>
    </w:p>
    <w:p>
      <w:pPr>
        <w:jc w:val="right"/>
      </w:pPr>
      <w:r>
        <w:t>تو آپ نے اس کے بعد کیا ہوا کہ جب وہاں طائف میں موقع نہیں ملا، کوئی کوئی ٹرائب تیار نہیں ہوا مدد کرنے کے لیے، تو پھر آپ نے گھر کے اندر رہے۔</w:t>
      </w:r>
    </w:p>
    <w:p>
      <w:r>
        <w:rPr>
          <w:b/>
        </w:rPr>
        <w:t xml:space="preserve">[37:35] </w:t>
      </w:r>
      <w:r>
        <w:t>kyunke jab tak tribe ka protection na ho, bahar bhi nahi nikal sakte the, kyunke sab to mukhalif the. log sirf aap ke upar attack karne se darte the, sirf is liye ke un ka tribe jo hai, woh badla lega.</w:t>
      </w:r>
    </w:p>
    <w:p>
      <w:pPr>
        <w:jc w:val="right"/>
      </w:pPr>
      <w:r>
        <w:t>کیونکہ جب تک ٹرائب کا پروٹیکشن نہ ہو، باہر بھی نہیں نکل سکتے تھے، کیونکہ سب تو مخالف تھے۔ لوگ صرف آپ کے اوپر اٹیک کرنے سے ڈرتے تھے، صرف اس لیے کہ ان کا ٹرائب جو ہے، وہ بدلہ لے گا۔</w:t>
      </w:r>
    </w:p>
    <w:p>
      <w:r>
        <w:rPr>
          <w:b/>
        </w:rPr>
        <w:t xml:space="preserve">[37:49] </w:t>
      </w:r>
      <w:r>
        <w:t>to is liye aap waqti taur par aap ko mutam ibn adi ka ke bachche un ke bahut saare the, jawan bachche, to unhon ne waqti taur par protection faraham kar diya tha.</w:t>
      </w:r>
    </w:p>
    <w:p>
      <w:pPr>
        <w:jc w:val="right"/>
      </w:pPr>
      <w:r>
        <w:t>تو اس لیے آپ وقتی طور پر آپ کو موتم ابن عدی کا کہ بچے ان کے بہت سارے تھے، جوان بچے، تو انہوں نے وقتی طور پر پروٹیکشن فراہم کر دیا تھا۔</w:t>
      </w:r>
    </w:p>
    <w:p>
      <w:r>
        <w:rPr>
          <w:b/>
        </w:rPr>
        <w:t xml:space="preserve">[38:00] </w:t>
      </w:r>
      <w:r>
        <w:t>lekin woh waqti tha. to phir allah taala ne jab dekha ke yahan par ab makkah mein mazeed kaam ka mauqa nahi hai, to phir aap ko hidayat mili ke ab madinah chale jaen.</w:t>
      </w:r>
    </w:p>
    <w:p>
      <w:pPr>
        <w:jc w:val="right"/>
      </w:pPr>
      <w:r>
        <w:t>لیکن وہ وقتی تھا۔ تو پھر اللہ تعالی نے جب دیکھا کہ یہاں پر اب مکے میں مزید کام کا موقع نہیں ہے، تو پھر آپ کو ہدایت ملی کہ اب مدینہ چلے جائیں۔</w:t>
      </w:r>
    </w:p>
    <w:p>
      <w:r>
        <w:rPr>
          <w:b/>
        </w:rPr>
        <w:t xml:space="preserve">[38:12] </w:t>
      </w:r>
      <w:r>
        <w:t>to madinah mein bhi dekhiye, do do sahaba ko aap ne bhi</w:t>
      </w:r>
    </w:p>
    <w:p>
      <w:pPr>
        <w:jc w:val="right"/>
      </w:pPr>
      <w:r>
        <w:t>تو مدینہ میں بھی دیکھیے، دو دو صحابہ کو آپ نے بھی</w:t>
      </w:r>
    </w:p>
    <w:p>
      <w:r>
        <w:rPr>
          <w:b/>
        </w:rPr>
        <w:t xml:space="preserve">[38:18] </w:t>
      </w:r>
      <w:r>
        <w:t>ja. ek abdullah ibn maktum the, aur ek kya naam tha, yaad nahi aa raha. to un ko bheja wahan, unhon ne khuda ka paigham pahunchaya, aur wahan raah hamwar kar di.</w:t>
      </w:r>
    </w:p>
    <w:p>
      <w:pPr>
        <w:jc w:val="right"/>
      </w:pPr>
      <w:r>
        <w:t>جا۔ ایک عبداللہ ابن مکتوم تھے، اور ایک کیا نام تھا، یاد نہیں آ رہا۔ تو ان کو بھیجا وہاں، انہوں نے خدا کا پیغام پہنچایا، اور وہاں راہ ہموار کر دی۔</w:t>
      </w:r>
    </w:p>
    <w:p>
      <w:r>
        <w:rPr>
          <w:b/>
        </w:rPr>
        <w:t xml:space="preserve">[38:30] </w:t>
      </w:r>
      <w:r>
        <w:t>phir jab aap ko jab hukum hua jis din, us din aap ne wahan par madinah ka khamoshi se rawana ho gaye.</w:t>
      </w:r>
    </w:p>
    <w:p>
      <w:pPr>
        <w:jc w:val="right"/>
      </w:pPr>
      <w:r>
        <w:t>پھر جب آپ کو جب حکم ہوا جس دن، اس دن آپ نے وہاں پر مدینے کا خاموشی سے روانہ ہو گئے۔</w:t>
      </w:r>
    </w:p>
    <w:p>
      <w:r>
        <w:rPr>
          <w:b/>
        </w:rPr>
        <w:t xml:space="preserve">[38:41] </w:t>
      </w:r>
      <w:r>
        <w:t>to phir aisa hua ke woh nahi ho raha tha wahan par</w:t>
      </w:r>
    </w:p>
    <w:p>
      <w:pPr>
        <w:jc w:val="right"/>
      </w:pPr>
      <w:r>
        <w:t>تو پھر ایسا ہوا کہ وہ نہیں ہو رہا تھا وہاں پر</w:t>
      </w:r>
    </w:p>
    <w:p>
      <w:r>
        <w:rPr>
          <w:b/>
        </w:rPr>
        <w:t xml:space="preserve">[38:44] </w:t>
      </w:r>
      <w:r>
        <w:t>mukhalifat. ab yeh log quraish jo thay, woh baqayda jang par aa gaye. to wahan bhi kaam theek se nahi ho raha tha. to aap ne dushman ki tamam sharton ko maan kar sulah kar li.</w:t>
      </w:r>
    </w:p>
    <w:p>
      <w:pPr>
        <w:jc w:val="right"/>
      </w:pPr>
      <w:r>
        <w:t>مخالفت۔ اب یہ لوگ قریش جو تھے، وہ باقاعدہ جنگ پر آ گئے۔ تو وہاں بھی کام ٹھیک سے نہیں ہو رہا تھا۔ تو آپ نے دشمن کی تمام شرطوں کو مان کر صلح کر لی۔</w:t>
      </w:r>
    </w:p>
    <w:p>
      <w:r>
        <w:rPr>
          <w:b/>
        </w:rPr>
        <w:t xml:space="preserve">[38:57] </w:t>
      </w:r>
      <w:r>
        <w:t>tamam sharton ko. aaj musalman aik shart maanne ko bhi tayyar nahi hain. aur bas kehte hain doosra zalim hai, doosra zalim hai. to sab se baray zalim to musalman</w:t>
      </w:r>
    </w:p>
    <w:p>
      <w:pPr>
        <w:jc w:val="right"/>
      </w:pPr>
      <w:r>
        <w:t>تمام شرطوں کو۔ آج مسلمان ایک شرط ماننے کو بھی تیار نہیں ہیں۔ اور بس کہتے ہیں دوسرا ظالم ہے، دوسرا ظالم ہے۔ تو سب سے بڑے ظالم تو مسلمان</w:t>
      </w:r>
    </w:p>
    <w:p>
      <w:r>
        <w:rPr>
          <w:b/>
        </w:rPr>
        <w:t xml:space="preserve">[39:08] </w:t>
      </w:r>
      <w:r>
        <w:t>hain, kyunke woh woh prophet ki sunnat ko, itni bari bari sunnat ko ignore kar rahay hain. to isi liye un ko aaj khuda ki madad nahi mil rahi hai.</w:t>
      </w:r>
    </w:p>
    <w:p>
      <w:pPr>
        <w:jc w:val="right"/>
      </w:pPr>
      <w:r>
        <w:t>ہیں، کیونکہ وہ وہ پرافٹ کی سنت کو، اتنی بڑی بڑی سنت کو اگنور کر رہے ہیں۔ تو اسی لیے ان کو آج خدا کی مدد نہیں مل رہی ہے۔</w:t>
      </w:r>
    </w:p>
    <w:p>
      <w:r>
        <w:rPr>
          <w:b/>
        </w:rPr>
        <w:t xml:space="preserve">[39:18] </w:t>
      </w:r>
      <w:r>
        <w:t>aap ne tamam sharton ko maan kar sulah ki, aur is ke baad aman qaim ho gaya, aur saray rastay hamwar ho gaye, aur aasani se logon ke andar mel jol ho gaya.</w:t>
      </w:r>
    </w:p>
    <w:p>
      <w:pPr>
        <w:jc w:val="right"/>
      </w:pPr>
      <w:r>
        <w:t>آپ نے تمام شرطوں کو مان کر صلح کی، اور اس کے بعد امن قائم ہو گیا، اور سارے راستے ہموار ہو گئے، اور آسانی سے لوگوں کے اندر میل جول ہو گیا۔</w:t>
      </w:r>
    </w:p>
    <w:p>
      <w:r>
        <w:rPr>
          <w:b/>
        </w:rPr>
        <w:t xml:space="preserve">[39:30] </w:t>
      </w:r>
      <w:r>
        <w:t>aur achaanak das hazar log jo hain, aap ke followers ban gaye, aur aur makkah sulah se fata hua, jang se nahi fata hua</w:t>
      </w:r>
    </w:p>
    <w:p>
      <w:pPr>
        <w:jc w:val="right"/>
      </w:pPr>
      <w:r>
        <w:t>اور اچانک دس ہزار لوگ جو ہیں، آپ کے فالوورز بن گئے، اور اور مکہ صلح سے فتح ہوا، جنگ سے نہیں فتح ہوا</w:t>
      </w:r>
    </w:p>
    <w:p>
      <w:r>
        <w:rPr>
          <w:b/>
        </w:rPr>
        <w:t xml:space="preserve">[39:38] </w:t>
      </w:r>
      <w:r>
        <w:t>. jang to aaj america, roos bhi kuch nahi kar pa raha hai jang se. musalmanon ko bar bar yeh baat maulana ne likhi hai ke dekhna chahiye ke quran kya kehta hai, peghambar kya kehte hain, peghambaron ka kya iswah hai.</w:t>
      </w:r>
    </w:p>
    <w:p>
      <w:pPr>
        <w:jc w:val="right"/>
      </w:pPr>
      <w:r>
        <w:t>۔ جنگ تو آج امریکہ، روس بھی کچھ نہیں کر پا رہا ہے جنگ سے۔ مسلمانوں کو بار بار یہ بات مولانا نے لکھی ہے کہ دیکھنا چاہیے کہ قرآن کیا کہتا ہے، پیغمبر کیا کہتے ہیں، پیغمبروں کا کیا اسوہ ہے۔</w:t>
      </w:r>
    </w:p>
    <w:p>
      <w:r>
        <w:rPr>
          <w:b/>
        </w:rPr>
        <w:t xml:space="preserve">[39:53] </w:t>
      </w:r>
      <w:r>
        <w:t>tabhi un ko khuda ki madad mile gi. to is tareeqay se rasool allah صلی اللہ علیہ وسلم ne zyada travel nahi kiya, lekin aap barabar apne ashaab ko bhi bhejte thay.</w:t>
      </w:r>
    </w:p>
    <w:p>
      <w:pPr>
        <w:jc w:val="right"/>
      </w:pPr>
      <w:r>
        <w:t>تبھی ان کو خدا کی مدد ملے گی۔ تو اس طریقے سے رسول اللہ صلی اللہ علیہ وسلم نے زیادہ ٹریول نہیں کیا، لیکن آپ برابر اپنے اصحاب کو بھیجتے تھے۔</w:t>
      </w:r>
    </w:p>
    <w:p>
      <w:r>
        <w:rPr>
          <w:b/>
        </w:rPr>
        <w:t xml:space="preserve">[40:06] </w:t>
      </w:r>
      <w:r>
        <w:t>jab</w:t>
      </w:r>
    </w:p>
    <w:p>
      <w:pPr>
        <w:jc w:val="right"/>
      </w:pPr>
      <w:r>
        <w:t>جب</w:t>
      </w:r>
    </w:p>
    <w:p>
      <w:r>
        <w:rPr>
          <w:b/>
        </w:rPr>
        <w:t xml:space="preserve">[40:07] </w:t>
      </w:r>
      <w:r>
        <w:t>sulah ho gayi to aap ne jagah jagah doosray doosray tribes ke paas sahaba ko bheja, apne khatoot le kar bhejte, wafood ki shakal mein bhejte, taake tamam logon ko khuda ka paigham pohanchay.</w:t>
      </w:r>
    </w:p>
    <w:p>
      <w:pPr>
        <w:jc w:val="right"/>
      </w:pPr>
      <w:r>
        <w:t>صلح ہو گئی تو آپ نے جگہ جگہ دوسرے دوسرے ٹرائبز کے پاس صحابہ کو بھیجا، اپنے خطوط لے کر بھیجتے، وفد کی شکل میں بھیجتے، تاکہ تمام لوگوں کو خدا کا پیغام پہنچ جائے۔</w:t>
      </w:r>
    </w:p>
    <w:p>
      <w:r>
        <w:rPr>
          <w:b/>
        </w:rPr>
        <w:t xml:space="preserve">[40:22] </w:t>
      </w:r>
      <w:r>
        <w:t>aur apne aakhri zamanay mein to jab aakhri khutba aap ne diya to aap ne kaha ke yeh paigham le kar tum log sari dunya mein phail jao.</w:t>
      </w:r>
    </w:p>
    <w:p>
      <w:pPr>
        <w:jc w:val="right"/>
      </w:pPr>
      <w:r>
        <w:t>اور اپنے آخری زمانے میں تو جب آخری خطبت آپ نے دیا تو آپ نے کہا کہ یہ پیغام لے کر تم لوگ ساری دنیا میں پھیل جاؤ۔</w:t>
      </w:r>
    </w:p>
    <w:p>
      <w:r>
        <w:rPr>
          <w:b/>
        </w:rPr>
        <w:t xml:space="preserve">[40:31] </w:t>
      </w:r>
      <w:r>
        <w:t>aur</w:t>
      </w:r>
    </w:p>
    <w:p>
      <w:pPr>
        <w:jc w:val="right"/>
      </w:pPr>
      <w:r>
        <w:t>اور</w:t>
      </w:r>
    </w:p>
    <w:p>
      <w:r>
        <w:rPr>
          <w:b/>
        </w:rPr>
        <w:t xml:space="preserve">[40:32] </w:t>
      </w:r>
      <w:r>
        <w:t>woh sahaba log kya log thay, woh ke unhon ne ghar ghar tak nahi gaye. kehte hain jidhar jiska oont khara hua tha, udhar hi woh chal diya.</w:t>
      </w:r>
    </w:p>
    <w:p>
      <w:pPr>
        <w:jc w:val="right"/>
      </w:pPr>
      <w:r>
        <w:t>وہ صحابہ لوگ کیا لوگ تھے، وہ کہ انہوں نے گھر گھر تک نہیں گئے۔ کہتے ہیں جدھر جس کا اونٹ کھڑا ہوا تھا، ادھر ہی وہ چل دیا۔</w:t>
      </w:r>
    </w:p>
    <w:p>
      <w:r>
        <w:rPr>
          <w:b/>
        </w:rPr>
        <w:t xml:space="preserve">[40:43] </w:t>
      </w:r>
      <w:r>
        <w:t>to is tareeqay se woh poori dunya mein pohanch gaye. aik malik ibn dinar thay, thora baad ki baat hai, lekin woh woh india tak aaye, aur sab se pehli masjid india mein unhon ne banai.</w:t>
      </w:r>
    </w:p>
    <w:p>
      <w:pPr>
        <w:jc w:val="right"/>
      </w:pPr>
      <w:r>
        <w:t>تو اس طریقے سے وہ پوری دنیا میں پہنچ گئے۔ ایک مالک ابن دینار تھے، تھوڑا بعد کی بات ہے، لیکن وہ وہ انڈیا تک آئے، اور سب سے پہلی مسجد انڈیا میں انہوں نے بنائی۔</w:t>
      </w:r>
    </w:p>
    <w:p>
      <w:r>
        <w:rPr>
          <w:b/>
        </w:rPr>
        <w:t xml:space="preserve">[40:56] </w:t>
      </w:r>
      <w:r>
        <w:t>to yeh log sari dunya mein phail gaye. aur jab ke aap jantay hain ke koi communication ka koi sa nahi thay, koi hotel nahi thay, kahin kuch nahi tha, kitni sakht mehnat ab oont par safar karna hum logon ka to hum log kar hi nahi saktay.</w:t>
      </w:r>
    </w:p>
    <w:p>
      <w:pPr>
        <w:jc w:val="right"/>
      </w:pPr>
      <w:r>
        <w:t>تو یہ لوگ ساری دنیا میں پھیل گئے۔ اور جب کہ آپ جانتے ہیں کہ کوئی کمیونیکیشن کا کوئی سا نہیں تھے، کوئی ہوٹل نہیں تھے، کہیں کچھ نہیں تھا، کتنی سخت محنت اب اونٹ پر سفر کرنا ہم لوگوں کا تو ہم لوگ کر ہی نہیں سکتے۔</w:t>
      </w:r>
    </w:p>
    <w:p>
      <w:r>
        <w:rPr>
          <w:b/>
        </w:rPr>
        <w:t xml:space="preserve">[41:14] </w:t>
      </w:r>
      <w:r>
        <w:t>oont par, khachar par, aur kitni sakht mehnat kar kar ke unhon ne sari dunya mein us waqt ki jo abad dunya thi, khuda ka paigham pohancha diya.</w:t>
      </w:r>
    </w:p>
    <w:p>
      <w:pPr>
        <w:jc w:val="right"/>
      </w:pPr>
      <w:r>
        <w:t>اونٹ پر، خچر پر، اور کتنی سخت محنت کر کر کے انہوں نے ساری دنیا میں اس وقت کی جو آباد دنیا تھی، خدا کا پیغام پہنچا دیا۔</w:t>
      </w:r>
    </w:p>
    <w:p>
      <w:r>
        <w:rPr>
          <w:b/>
        </w:rPr>
        <w:t xml:space="preserve">[41:24] </w:t>
      </w:r>
      <w:r>
        <w:t>isi wajah se makkah aur madinah mein ashaab ki qabrein bohat kam hain, kyunke sab bahar chalay gaye. aur jab ke jantay hain ke sab ki zubanen alag theen, wahan gaye, wahan ka zuban seekhi, wahan ka culture ko adopt kiya, wahan ke logon se taluqat banaye, aur wahan par khuda ke paigham ko pohanchaya.</w:t>
      </w:r>
    </w:p>
    <w:p>
      <w:pPr>
        <w:jc w:val="right"/>
      </w:pPr>
      <w:r>
        <w:t>اسی وجہ سے مکہ اور مدینہ میں اصحاب کی قبریں بہت کم ہیں، کیونکہ سب باہر چلے گئے۔ اور جب کہ جانتے ہیں کہ سب کی زبانیں الگ تھیں، وہاں گئے، وہاں کا زبان سیکھی، وہاں کا کلچر کو اڈاپٹ کیا، وہاں کے لوگوں سے تعلقات بنائے، اور وہاں پر خدا کے پیغام کو پہنچایا۔</w:t>
      </w:r>
    </w:p>
    <w:p>
      <w:r>
        <w:rPr>
          <w:b/>
        </w:rPr>
        <w:t xml:space="preserve">[41:44] </w:t>
      </w:r>
      <w:r>
        <w:t>acha, madinah mein jab musa ibn umair aur abdullah ibn maktum ko bheja tha, yeh log quran parh parh kar logon ko sunaya karte thay.</w:t>
      </w:r>
    </w:p>
    <w:p>
      <w:pPr>
        <w:jc w:val="right"/>
      </w:pPr>
      <w:r>
        <w:t>اچھا، مدینے میں جب موسیٰ ابن عمیر اور عبداللہ ابن مکتوم کو بھیجا تھا، یہ لوگ قرآن پڑھ پڑھ کر لوگوں کو سنایا کرتے تھے۔</w:t>
      </w:r>
    </w:p>
    <w:p>
      <w:r>
        <w:rPr>
          <w:b/>
        </w:rPr>
        <w:t xml:space="preserve">[41:54] </w:t>
      </w:r>
      <w:r>
        <w:t>to isi tareeqay se aap ne jagah jagah logon ko bheja, aur sab pehle aap ne makkah madinah par focus kiya, is ke baad is paas ke neighboring land par focus kiya, phir is ke baad phir log door door doosray doosray mulkon mein chalay gaye,</w:t>
      </w:r>
    </w:p>
    <w:p>
      <w:pPr>
        <w:jc w:val="right"/>
      </w:pPr>
      <w:r>
        <w:t>تو اسی طریقے سے آپ نے جگہ جگہ لوگوں کو بھیجا، اور سب پہلے آپ نے مکہ مدینہ پر فوکس کیا، اس کے بعد اس پاس کے نیبرنگ لینڈ پر فوکس کیا، پھر اس کے بعد پھر لوگ دور دور دوسرے دوسرے ملکوں میں چلے گئے،</w:t>
      </w:r>
    </w:p>
    <w:p>
      <w:r>
        <w:rPr>
          <w:b/>
        </w:rPr>
        <w:t xml:space="preserve">[42:13] </w:t>
      </w:r>
      <w:r>
        <w:t>aur wahan bilkul parman parosi ke tor par wahan rehte thay. to kisi tarah ka un ka koi kisi se confrontation nahi hota tha,</w:t>
      </w:r>
    </w:p>
    <w:p>
      <w:pPr>
        <w:jc w:val="right"/>
      </w:pPr>
      <w:r>
        <w:t>اور وہاں بالکل پرامن پڑوسی کے طور پر وہاں رہتے تھے۔ تو کسی طرح کا ان کا کوئی کسی سے کنفرنٹیشن نہیں ہوتا تھا،</w:t>
      </w:r>
    </w:p>
    <w:p>
      <w:r>
        <w:rPr>
          <w:b/>
        </w:rPr>
        <w:t xml:space="preserve">[42:23] </w:t>
      </w:r>
      <w:r>
        <w:t>kisi se koi jhagda nahi hota tha, mil jul kar rehte thay, aur madu se achay taluqat un ke hotay thay.</w:t>
      </w:r>
    </w:p>
    <w:p>
      <w:pPr>
        <w:jc w:val="right"/>
      </w:pPr>
      <w:r>
        <w:t>کسی سے کوئی جھگڑا نہیں ہوتا تھا، مل جل کر رہتے تھے، اور مدعو سے اچھے تعلقات ان کے ہوتے تھے۔</w:t>
      </w:r>
    </w:p>
    <w:p>
      <w:r>
        <w:rPr>
          <w:b/>
        </w:rPr>
        <w:t xml:space="preserve">[42:31] </w:t>
      </w:r>
      <w:r>
        <w:t>isi wajah se sari dunya mein agar sahaba jo hain kehte hain ke aaj log kehte hain ke hum to bas hum madinah mein jane ka moqa mil jaye to wahin hamari aakhri waqt aaye, aur sahaba sari dunya mein phail gaye.</w:t>
      </w:r>
    </w:p>
    <w:p>
      <w:pPr>
        <w:jc w:val="right"/>
      </w:pPr>
      <w:r>
        <w:t>اسی وجہ سے ساری دنیا میں اگر صحابہ جو ہیں کہتے ہیں کہ آج لوگ کہتے ہیں کہ ہم تو بس ہم مدینے میں جانے کا موقع مل جائے تو وہیں ہماری آخری وقت آئے، اور صحابہ ساری دنیا میں پھیل گئے۔</w:t>
      </w:r>
    </w:p>
    <w:p>
      <w:r>
        <w:rPr>
          <w:b/>
        </w:rPr>
        <w:t xml:space="preserve">[42:46] </w:t>
      </w:r>
      <w:r>
        <w:t>asal mein hamein yeh dekhna hai ke peghambar hum se kya keh raha hai, na yeh ke hamari khwahish kya hai.</w:t>
      </w:r>
    </w:p>
    <w:p>
      <w:pPr>
        <w:jc w:val="right"/>
      </w:pPr>
      <w:r>
        <w:t>اصل میں ہمیں یہ دیکھنا ہے کہ پیغمبر ہم سے کیا کہہ رہا ہے، نہ یہ کہ ہماری خواہش کیا ہے۔</w:t>
      </w:r>
    </w:p>
    <w:p>
      <w:r>
        <w:rPr>
          <w:b/>
        </w:rPr>
        <w:t xml:space="preserve">[42:52] </w:t>
      </w:r>
      <w:r>
        <w:t>to yeh peghambar ne yahi farmaya hai ke tum log sari dunya mein phail jao aur khuda ke paigham ko pohanchao, kyunke woh to log khatam hotay rehte hain, nayi nayi log paida hotay rehte hain.</w:t>
      </w:r>
    </w:p>
    <w:p>
      <w:pPr>
        <w:jc w:val="right"/>
      </w:pPr>
      <w:r>
        <w:t>تو یہ پیغمبر نے یہی فرمایا ہے کہ تم لوگ ساری دنیا میں پھیل جاؤ اور خدا کے پیغام کو پہنچاؤ، کیونکہ وہ تو لوگ ختم ہوتے رہتے ہیں، نئی نئی لوگ پیدا ہوتے رہتے ہیں۔</w:t>
      </w:r>
    </w:p>
    <w:p>
      <w:r>
        <w:rPr>
          <w:b/>
        </w:rPr>
        <w:t xml:space="preserve">[43:06] </w:t>
      </w:r>
      <w:r>
        <w:t>to yeh kaam to qayamat tak chalta rahe ga. ji, ab i will take some comments before the next question.</w:t>
      </w:r>
    </w:p>
    <w:p>
      <w:pPr>
        <w:jc w:val="right"/>
      </w:pPr>
      <w:r>
        <w:t>تو یہ کام تو قیامت تک چلتا رہے گا۔ جی، اب آئی ویل ٹیک سم کمنٹس بیفور دا نیکسٹ کوئسچن۔</w:t>
      </w:r>
    </w:p>
    <w:p>
      <w:r>
        <w:rPr>
          <w:b/>
        </w:rPr>
        <w:t xml:space="preserve">[43:14] </w:t>
      </w:r>
      <w:r>
        <w:t>yeh comment bheja hai Maulana Iqbal Umri ne</w:t>
      </w:r>
    </w:p>
    <w:p>
      <w:pPr>
        <w:jc w:val="right"/>
      </w:pPr>
      <w:r>
        <w:t>یہ کمنٹ بھیجا ہے مولانا اقبال عمری نے</w:t>
      </w:r>
    </w:p>
    <w:p>
      <w:r>
        <w:rPr>
          <w:b/>
        </w:rPr>
        <w:t xml:space="preserve">[43:17] </w:t>
      </w:r>
      <w:r>
        <w:t>Chennai se. unhon ne likha hai: "Aap ne farmaya ke Musa (AS) ki quwwat aur taqat ke baray mein qayamat ke waqeye se talluq joR kar jo bataya gaya, woh waqai hairaan kun tha.</w:t>
      </w:r>
    </w:p>
    <w:p>
      <w:pPr>
        <w:jc w:val="right"/>
      </w:pPr>
      <w:r>
        <w:t>چنئی سے۔ انہوں نے لکھا ہے: "آپ نے فرمایا کہ موسیٰ علیہ السلام کی قوت اور طاقت کے بارے میں قیامت کے واقعے سے تعلق جوڑ کر جو بتایا گیا، وہ واقعی حیران کن تھا۔</w:t>
      </w:r>
    </w:p>
    <w:p>
      <w:r>
        <w:rPr>
          <w:b/>
        </w:rPr>
        <w:t xml:space="preserve">[43:31] </w:t>
      </w:r>
      <w:r>
        <w:t>Shukriya apa, goya jitna baRa kaam hota hai, utna hi zyada salahiyat Allah ata karta hai." Da</w:t>
      </w:r>
    </w:p>
    <w:p>
      <w:pPr>
        <w:jc w:val="right"/>
      </w:pPr>
      <w:r>
        <w:t>شکریہ آپا، گویا جتنا بڑا کام ہوتا ہے، اتنا ہی زیادہ صلاحیت اللہ عطا کرتا ہے۔" ڈ</w:t>
      </w:r>
    </w:p>
    <w:p>
      <w:r>
        <w:rPr>
          <w:b/>
        </w:rPr>
        <w:t xml:space="preserve">[43:38] </w:t>
      </w:r>
      <w:r>
        <w:t>ctor Aslam Khan sahib ne Sarenpur se likha hai: "The journey at itself is spiritual exploration that deepens your understanding of the universe, God and your place in it.</w:t>
      </w:r>
    </w:p>
    <w:p>
      <w:pPr>
        <w:jc w:val="right"/>
      </w:pPr>
      <w:r>
        <w:t>اکٹر اسلم خان صاحب نے سارن پور سے لکھا ہے: "دا جرنی اٹ سیلف از سپریچول ایکسپلوریشن دیٹ ڈیپنز یور انڈرسٹینڈنگ اف دا یونیورس، گاڈ اینڈ یور پلیس ان اٹ۔</w:t>
      </w:r>
    </w:p>
    <w:p>
      <w:r>
        <w:rPr>
          <w:b/>
        </w:rPr>
        <w:t xml:space="preserve">[43:50] </w:t>
      </w:r>
      <w:r>
        <w:t>Being in new environment encourages living in the present world. Journey makes us creative and God loving."</w:t>
      </w:r>
    </w:p>
    <w:p>
      <w:pPr>
        <w:jc w:val="right"/>
      </w:pPr>
      <w:r>
        <w:t>بینگ ان نیو انوائرمنٹ انکریجز لیونگ ان دا پریزنٹ ورلڈ۔ جرنی میکس اس کریٹیو اینڈ گاڈ لونگ۔"</w:t>
      </w:r>
    </w:p>
    <w:p>
      <w:r>
        <w:rPr>
          <w:b/>
        </w:rPr>
        <w:t xml:space="preserve">[43:58] </w:t>
      </w:r>
      <w:r>
        <w:t>Muhammad Asif sahib ne, Asif Khan sahib ne Lucknow se likha hai: "Mere liye bohat important session tha aur main CPS team ka bohat shukriya ada karna chahta hoon ke itne important session kiye.</w:t>
      </w:r>
    </w:p>
    <w:p>
      <w:pPr>
        <w:jc w:val="right"/>
      </w:pPr>
      <w:r>
        <w:t>محمد اصف صاحب نے، اصف خان صاحب نے لکھنؤ سے لکھا ہے: "میرے لیے بہت امپورٹنٹ سیشن تھا اور میں سی پی ایس ٹیم کا بہت شکریہ ادا کرنا چاہتا ہوں کہ اتنے امپورٹنٹ سیشن کیے۔</w:t>
      </w:r>
    </w:p>
    <w:p>
      <w:r>
        <w:rPr>
          <w:b/>
        </w:rPr>
        <w:t xml:space="preserve">[44:13] </w:t>
      </w:r>
      <w:r>
        <w:t>Allah CPS team ko bohat kamyabi de." Miss Fareeda Kamran ne Pakistan se likha hai: "Jazak Allah for a beautiful session and explaining very logically."</w:t>
      </w:r>
    </w:p>
    <w:p>
      <w:pPr>
        <w:jc w:val="right"/>
      </w:pPr>
      <w:r>
        <w:t>اللہ سی پی ایس ٹیم کو بہت کامیابی دے۔" مس فریدہ کامران نے پاکستان سے لکھا ہے: "جزاک اللہ فار ا بیوٹی فل سیشن اینڈ ایکسپلیننگ ویری لوجیکلی۔"</w:t>
      </w:r>
    </w:p>
    <w:p>
      <w:r>
        <w:rPr>
          <w:b/>
        </w:rPr>
        <w:t xml:space="preserve">[44:26] </w:t>
      </w:r>
      <w:r>
        <w:t>Professor Najma Siddiqui ne Delhi se likha hai: "Very nice lecture on the importance of travel. I will be traveling to Atlanta in near future.</w:t>
      </w:r>
    </w:p>
    <w:p>
      <w:pPr>
        <w:jc w:val="right"/>
      </w:pPr>
      <w:r>
        <w:t>پروفیسر نجمہ صدیقی نے دلی سے لکھا ہے: "ویری نائس لیکچر ان دی امپورٹنس اف ٹریول۔ آئی ویل بی ٹریولنگ ٹو اٹلانٹا ان نیئر فیوچر۔</w:t>
      </w:r>
    </w:p>
    <w:p>
      <w:r>
        <w:rPr>
          <w:b/>
        </w:rPr>
        <w:t xml:space="preserve">[44:36] </w:t>
      </w:r>
      <w:r>
        <w:t>Last time when I went there, some people were distributing Maulana Wahiduddin Khan sahib Quran translation. I also got Quran from Kaleemuddin sahib and placed it in different places.</w:t>
      </w:r>
    </w:p>
    <w:p>
      <w:pPr>
        <w:jc w:val="right"/>
      </w:pPr>
      <w:r>
        <w:t>لاسٹ ٹائم وین آئی وینٹ دیر، سم پیپل وار ڈسٹریبیوٹنگ مولانا وحید الدین خان صاحب قرآن ٹرانسلیشن۔ آئی السو گاٹ قرآن فرام کلیم الدین صاحب اینڈ پلیسڈ اٹ ان ڈفرنٹ پلیسز۔</w:t>
      </w:r>
    </w:p>
    <w:p>
      <w:r>
        <w:rPr>
          <w:b/>
        </w:rPr>
        <w:t xml:space="preserve">[44:50] </w:t>
      </w:r>
      <w:r>
        <w:t>I placed Spanish Quran in Spanish grocery store and some other places including mosque. I am planning to do it again.</w:t>
      </w:r>
    </w:p>
    <w:p>
      <w:pPr>
        <w:jc w:val="right"/>
      </w:pPr>
      <w:r>
        <w:t>آئی پلیسڈ سپینش قرآن ان سپینش گروسری سٹور اینڈ سم ادر پلیسز انکلوڈنگ مسک۔ آئی ایم پلاننگ ٹو ڈو اٹ اگین۔</w:t>
      </w:r>
    </w:p>
    <w:p>
      <w:r>
        <w:rPr>
          <w:b/>
        </w:rPr>
        <w:t xml:space="preserve">[45:00] </w:t>
      </w:r>
      <w:r>
        <w:t>May Allah help me." Apa yeh ek sawal bheja hai Pakistan ne. Pakistan se Anis Rehman sahib ne aaj ke topic se to related nahi hai, lekin phir bhi main aap se poochna chahunga.</w:t>
      </w:r>
    </w:p>
    <w:p>
      <w:pPr>
        <w:jc w:val="right"/>
      </w:pPr>
      <w:r>
        <w:t>می اللہ ہیلپ می۔" آپا یہ ایک سوال بھیجا ہے پاکستان نے۔ پاکستان سے انیس رحمان صاحب نے آج کے ٹاپک سے تو ریلیٹڈ نہیں ہے، لیکن پھر بھی میں آپ سے پوچھنا چاہوں گا۔</w:t>
      </w:r>
    </w:p>
    <w:p>
      <w:r>
        <w:rPr>
          <w:b/>
        </w:rPr>
        <w:t xml:space="preserve">[45:14] </w:t>
      </w:r>
      <w:r>
        <w:t>Un ka sawal hai ke "There are multiple points of views on religious thoughts.</w:t>
      </w:r>
    </w:p>
    <w:p>
      <w:pPr>
        <w:jc w:val="right"/>
      </w:pPr>
      <w:r>
        <w:t>ان کا سوال ہے کہ "دیر آر ملٹیپل پوائنٹ آف ویوز ان ریلیجیس تھاٹس۔</w:t>
      </w:r>
    </w:p>
    <w:p>
      <w:r>
        <w:rPr>
          <w:b/>
        </w:rPr>
        <w:t xml:space="preserve">[45:20] </w:t>
      </w:r>
      <w:r>
        <w:t>Everyone agrees upon tazkiya-e-nafs, but after that some people emphasize on da'wah work, some on jihad, some on charity, some on sufism, and some on iqamat-e-deen.</w:t>
      </w:r>
    </w:p>
    <w:p>
      <w:pPr>
        <w:jc w:val="right"/>
      </w:pPr>
      <w:r>
        <w:t>ایوری ون ایگریز اپون تزکیہ نفس، بٹ افٹر دیٹ سم پیپل ایمفسائز ان دعویٰ ورک، سم ان جہاد، سم ان چیریٹی، سم ان صوفیزم، اینڈ سم ان اقامت دین۔</w:t>
      </w:r>
    </w:p>
    <w:p>
      <w:r>
        <w:rPr>
          <w:b/>
        </w:rPr>
        <w:t xml:space="preserve">[45:35] </w:t>
      </w:r>
      <w:r>
        <w:t>So everyone has their references and details, and it seems right. How to know which one should we choose?</w:t>
      </w:r>
    </w:p>
    <w:p>
      <w:pPr>
        <w:jc w:val="right"/>
      </w:pPr>
      <w:r>
        <w:t>سو ایوری ون ہیز دیر ریفرنسز اینڈ ڈیٹیلز، اینڈ اٹ سیمز رائٹ۔ ہاؤ ٹو نو وچ ون شوڈ وی چوز؟</w:t>
      </w:r>
    </w:p>
    <w:p>
      <w:r>
        <w:rPr>
          <w:b/>
        </w:rPr>
        <w:t xml:space="preserve">[45:44] </w:t>
      </w:r>
      <w:r>
        <w:t>Is ke baray mein batayen."</w:t>
      </w:r>
    </w:p>
    <w:p>
      <w:pPr>
        <w:jc w:val="right"/>
      </w:pPr>
      <w:r>
        <w:t>اس کے بارے میں بتائیں۔"</w:t>
      </w:r>
    </w:p>
    <w:p>
      <w:r>
        <w:rPr>
          <w:b/>
        </w:rPr>
        <w:t xml:space="preserve">[45:49] </w:t>
      </w:r>
      <w:r>
        <w:t>Dekhiye, tazkiya-e-nafs to theek hai, hamesha apne aap, apna apne aap ko purification of the self karna hai, aur yeh dono sath sath chalega.</w:t>
      </w:r>
    </w:p>
    <w:p>
      <w:pPr>
        <w:jc w:val="right"/>
      </w:pPr>
      <w:r>
        <w:t>دیکھیے، تزکیہ نفس تو ٹھیک ہے، ہمیشہ اپنے آپ، اپنا اپنے آپ کو پیوریفیکیشن اف دا سیلف کرنا ہے، اور یہ دونوں ساتھ ساتھ چلے گا۔</w:t>
      </w:r>
    </w:p>
    <w:p>
      <w:r>
        <w:rPr>
          <w:b/>
        </w:rPr>
        <w:t xml:space="preserve">[45:59] </w:t>
      </w:r>
      <w:r>
        <w:t>Apna tazkiya aur jo kuch hamare paas hai, us ko doosron se share karna hai. Lekin iqamat-e-deen ka to koi reference nahi.</w:t>
      </w:r>
    </w:p>
    <w:p>
      <w:pPr>
        <w:jc w:val="right"/>
      </w:pPr>
      <w:r>
        <w:t>اپنا تزکیہ اور جو کچھ ہمارے پاس ہے، اس کو دوسروں سے شیئر کرنا ہے۔ لیکن اقامت دین کا تو کوئی ریفرنس نہیں۔</w:t>
      </w:r>
    </w:p>
    <w:p>
      <w:r>
        <w:rPr>
          <w:b/>
        </w:rPr>
        <w:t xml:space="preserve">[46:07] </w:t>
      </w:r>
      <w:r>
        <w:t>Maulana ne apni kitab "Tabeeri Ghalati Mein" aur "Deen Ki Siyasi Ta'beer" mein bohat hi clear tareeqay se bataya hai ke woh iqamat-e-deen ka woh bilkul galat hawale hain.</w:t>
      </w:r>
    </w:p>
    <w:p>
      <w:pPr>
        <w:jc w:val="right"/>
      </w:pPr>
      <w:r>
        <w:t>مولانا نے اپنی کتاب "تابیری غلطی میں" اور "دین کی سیاسی تعبیر" میں بہت ہی کلیئر طریقے سے بتایا ہے کہ وہ اقامت دین کا وہ بالکل غلط حوالے ہیں۔</w:t>
      </w:r>
    </w:p>
    <w:p>
      <w:r>
        <w:rPr>
          <w:b/>
        </w:rPr>
        <w:t xml:space="preserve">[46:17] </w:t>
      </w:r>
      <w:r>
        <w:t>Ab aap aap khud tafseer dekhiye aur khud us ko discover kijiye, samjhiye us ko ke kya is Quran ke mutabiq hai aur Rasool Allah (SAW) ki kya sunnat hai aur Sahaba ka kya uswa hai.</w:t>
      </w:r>
    </w:p>
    <w:p>
      <w:pPr>
        <w:jc w:val="right"/>
      </w:pPr>
      <w:r>
        <w:t>اب آپ آپ خود تفسیر دیکھیے اور خود اس کو ڈسکور کیجئے، سمجھیے اس کو کہ کیا اس قرآن کے مطابق ہے اور رسول اللہ صلی اللہ علیہ وسلم کی کیا سنت ہے اور صحابہ کا کیا اسوہ ہے۔</w:t>
      </w:r>
    </w:p>
    <w:p>
      <w:r>
        <w:rPr>
          <w:b/>
        </w:rPr>
        <w:t xml:space="preserve">[46:33] </w:t>
      </w:r>
      <w:r>
        <w:t>Yeh sab teeno cheez aap dekhiye aur us ke mutabiq jo ho, woh aap kijiye. Tazkiya-e-nafs to sab ka hi tha. Ji, der der tak raat ko ibadat karna kitna zyada mushkil kaam hai.</w:t>
      </w:r>
    </w:p>
    <w:p>
      <w:pPr>
        <w:jc w:val="right"/>
      </w:pPr>
      <w:r>
        <w:t>یہ سب تینوں چیز آپ دیکھیے اور اس کے مطابق جو ہو، وہ آپ کیجئے۔ تزکیہ نفس تو سب کا ہی تھا۔ جی، دیر دیر تک رات کو عبادت کرنا کتنا زیادہ مشکل کام ہے۔</w:t>
      </w:r>
    </w:p>
    <w:p>
      <w:r>
        <w:rPr>
          <w:b/>
        </w:rPr>
        <w:t xml:space="preserve">[46:44] </w:t>
      </w:r>
      <w:r>
        <w:t>Isi liye kar dein apna tazkiya-e-nafs karne ke liye. To phir us ke baad saare log da'wah work kar rahe thay, saare Sahaba.</w:t>
      </w:r>
    </w:p>
    <w:p>
      <w:pPr>
        <w:jc w:val="right"/>
      </w:pPr>
      <w:r>
        <w:t>اسی لیے کر دیں اپنا تزکیہ نفس کرنے کے لیے۔ تو پھر اس کے بعد سارے لوگ دعویٰ ورک کر رہے تھے، سارے صحابہ۔</w:t>
      </w:r>
    </w:p>
    <w:p>
      <w:r>
        <w:rPr>
          <w:b/>
        </w:rPr>
        <w:t xml:space="preserve">[46:52] </w:t>
      </w:r>
      <w:r>
        <w:t>To woh hum karenge na? Yeh nahi ke koi ek aadmi agar kuch keh raha hai to us ko, us ko thori hum follow karenge. Saare Sahaba kya kaam kar rahe hain?</w:t>
      </w:r>
    </w:p>
    <w:p>
      <w:pPr>
        <w:jc w:val="right"/>
      </w:pPr>
      <w:r>
        <w:t>تو وہ ہم کریں گے نا؟ یہ نہیں کہ کوئی ایک آدمی اگر کچھ کہہ رہا ہے تو اس کو، اس کو تھوڑی ہم فالو کریں گے۔ سارے صحابہ کیا کام کر رہے ہیں؟</w:t>
      </w:r>
    </w:p>
    <w:p>
      <w:r>
        <w:rPr>
          <w:b/>
        </w:rPr>
        <w:t xml:space="preserve">[47:01] </w:t>
      </w:r>
      <w:r>
        <w:t>Saare Prophet kya kaam kar rahe hain? Quran kya keh raha hai? Aap us ko dekhiye aur us ke mutabiq apna la'ih-e-amal mutayyan kijiye.</w:t>
      </w:r>
    </w:p>
    <w:p>
      <w:pPr>
        <w:jc w:val="right"/>
      </w:pPr>
      <w:r>
        <w:t>سارے پرافٹ کیا کام کر رہے ہیں؟ قرآن کیا کہہ رہا ہے؟ آپ اس کو دیکھیے اور اس کے مطابق اپنا لائحہ عمل متعین کیجئے۔</w:t>
      </w:r>
    </w:p>
    <w:p>
      <w:r>
        <w:rPr>
          <w:b/>
        </w:rPr>
        <w:t xml:space="preserve">[47:10] </w:t>
      </w:r>
      <w:r>
        <w:t>Ji ji, apa bilkul aap ne sahi farmaya.</w:t>
      </w:r>
    </w:p>
    <w:p>
      <w:pPr>
        <w:jc w:val="right"/>
      </w:pPr>
      <w:r>
        <w:t>جی جی، آپا بالکل آپ نے صحیح فرمایا۔</w:t>
      </w:r>
    </w:p>
    <w:p>
      <w:r>
        <w:rPr>
          <w:b/>
        </w:rPr>
        <w:t xml:space="preserve">[47:13] </w:t>
      </w:r>
      <w:r>
        <w:t>Apa agla sawal Umm-e-Milhan ki zindagi se hai. And this also exemplifies that women also participated in the early period of Islam.</w:t>
      </w:r>
    </w:p>
    <w:p>
      <w:pPr>
        <w:jc w:val="right"/>
      </w:pPr>
      <w:r>
        <w:t>آپا اگلا سوال ام ملحان کی زندگی سے ہے۔ اینڈ دس السو ایگزیمپلیفائیز دیٹ وومن السو پارٹیسپیٹڈ ان دی ارلی پیریڈ اف اسلام۔</w:t>
      </w:r>
    </w:p>
    <w:p>
      <w:r>
        <w:rPr>
          <w:b/>
        </w:rPr>
        <w:t xml:space="preserve">[47:25] </w:t>
      </w:r>
      <w:r>
        <w:t>lot of people say that islam mein women ko zyada priority nahi di jati, but hum jab hum dekhte hain early period se to hum dekhte hain ke they also played significant role.</w:t>
      </w:r>
    </w:p>
    <w:p>
      <w:pPr>
        <w:jc w:val="right"/>
      </w:pPr>
      <w:r>
        <w:t>لاٹ اف پیپل سے دیٹ اسلام میں وومن کو زیادہ پرائرٹی نہیں دی جاتی، بٹ ہم جب ہم دیکھتے ہیں ارلی پیریڈ سے تو ہم دیکھتے ہیں کہ دے السو پلیڈ سگنیفیکنٹ رول۔</w:t>
      </w:r>
    </w:p>
    <w:p>
      <w:r>
        <w:rPr>
          <w:b/>
        </w:rPr>
        <w:t xml:space="preserve">[47:36] </w:t>
      </w:r>
      <w:r>
        <w:t>and one of the companion was um malhan. to unke bare mein bhi apa thora sa bataein humein.</w:t>
      </w:r>
    </w:p>
    <w:p>
      <w:pPr>
        <w:jc w:val="right"/>
      </w:pPr>
      <w:r>
        <w:t>اینڈ ون اف دی کمپینین واز ام ملحان۔ تو ان کے بارے میں بھی آپا تھوڑا سا بتائیں ہمیں۔</w:t>
      </w:r>
    </w:p>
    <w:p>
      <w:r>
        <w:rPr>
          <w:b/>
        </w:rPr>
        <w:t xml:space="preserve">[47:43] </w:t>
      </w:r>
      <w:r>
        <w:t>dekhiye, islam mein auraton ko poori azadi hai. baad mein jo convert culture tha iran ka, wahan to kai tarah tarah ke mazahib the.</w:t>
      </w:r>
    </w:p>
    <w:p>
      <w:pPr>
        <w:jc w:val="right"/>
      </w:pPr>
      <w:r>
        <w:t>دیکھیے، اسلام میں عورتوں کو پوری آزادی ہے۔ بعد میں جو کنورٹ کلچر تھا ایران کا، وہاں تو کئی طرح طرح کے مذاہب تھے۔</w:t>
      </w:r>
    </w:p>
    <w:p>
      <w:r>
        <w:rPr>
          <w:b/>
        </w:rPr>
        <w:t xml:space="preserve">[47:54] </w:t>
      </w:r>
      <w:r>
        <w:t>convert culture tha iran ka aur doosre mulkon ka. is ko musalmanon ne islamize kar liya. islam mein poori azadi thi.</w:t>
      </w:r>
    </w:p>
    <w:p>
      <w:pPr>
        <w:jc w:val="right"/>
      </w:pPr>
      <w:r>
        <w:t>کنورٹ کلچر تھا ایران کا اور دوسرے ممالک کا۔ اس کو مسلمانوں نے اسلامائز کر لیا۔ اسلام میں پوری آزادی تھی۔</w:t>
      </w:r>
    </w:p>
    <w:p>
      <w:r>
        <w:rPr>
          <w:b/>
        </w:rPr>
        <w:t xml:space="preserve">[48:03] </w:t>
      </w:r>
      <w:r>
        <w:t>auratein masjid mein jati thin, auratein aap ka sermon attend karti thin, auratein battle field mein jati thin, auratein bahar ka kaam karti thin.</w:t>
      </w:r>
    </w:p>
    <w:p>
      <w:pPr>
        <w:jc w:val="right"/>
      </w:pPr>
      <w:r>
        <w:t>عورتیں مسجد میں جاتی تھیں، عورتیں آپ کا سرمن اٹینڈ کرتی تھیں، عورتیں بیٹل فیلڈ میں جاتی تھیں، عورتیں باہر کا کام کرتی تھیں۔</w:t>
      </w:r>
    </w:p>
    <w:p>
      <w:r>
        <w:rPr>
          <w:b/>
        </w:rPr>
        <w:t xml:space="preserve">[48:12] </w:t>
      </w:r>
      <w:r>
        <w:t>yeh tha islam. ab jo hum islam pe chal rahe hain, woh islam nahi hai. woh ghair islam ko islamize kar liya gaya hai.</w:t>
      </w:r>
    </w:p>
    <w:p>
      <w:pPr>
        <w:jc w:val="right"/>
      </w:pPr>
      <w:r>
        <w:t>یہ تھا اسلام۔ اب جو ہم اسلام پہ چل رہے ہیں، وہ اسلام نہیں ہے۔ وہ غیر اسلام کو اسلامائز کر لیا گیا ہے۔</w:t>
      </w:r>
    </w:p>
    <w:p>
      <w:r>
        <w:rPr>
          <w:b/>
        </w:rPr>
        <w:t xml:space="preserve">[48:21] </w:t>
      </w:r>
      <w:r>
        <w:t>ji to ab dekhiye ke um haram bint malhan, yeh انس ابن مالک ki khala theen aur عبادہ ابن ثامت ansari ki ahliya theen.</w:t>
      </w:r>
    </w:p>
    <w:p>
      <w:pPr>
        <w:jc w:val="right"/>
      </w:pPr>
      <w:r>
        <w:t>جی تو اب دیکھیے کہ ام حرام بنت ملحان، یہ انس ابن مالک کی خالہ تھیں اور عبادہ ابن ثامت انصاری کی اہلیہ تھیں۔</w:t>
      </w:r>
    </w:p>
    <w:p>
      <w:r>
        <w:rPr>
          <w:b/>
        </w:rPr>
        <w:t xml:space="preserve">[48:32] </w:t>
      </w:r>
      <w:r>
        <w:t>to rasool Allah sal Allah alayhi wasallam ek bar un ke ghar gaye, aisi un ko neend aa gayi. to neend se uthe to muskuraye.</w:t>
      </w:r>
    </w:p>
    <w:p>
      <w:pPr>
        <w:jc w:val="right"/>
      </w:pPr>
      <w:r>
        <w:t>تو رسول اللہ صلی اللہ علیہ وسلم ایک بار ان کے گھر گئے، ایسی ان کو نیند آ گئی۔ تو نیند سے اٹھے تو مسکرائے۔</w:t>
      </w:r>
    </w:p>
    <w:p>
      <w:r>
        <w:rPr>
          <w:b/>
        </w:rPr>
        <w:t xml:space="preserve">[48:40] </w:t>
      </w:r>
      <w:r>
        <w:t>to unhon ne poocha gaya, aap kyun muskuraye hain? to unhon ne kaha ke khwab mein mujhe meri ummat ke kuch log dikhaye gaye. to is mein woh takht nasheen badshahon ki manind the,</w:t>
      </w:r>
    </w:p>
    <w:p>
      <w:pPr>
        <w:jc w:val="right"/>
      </w:pPr>
      <w:r>
        <w:t>تو انہوں نے پوچھا گیا، آپ کیوں مسکرائے ہیں؟ تو انہوں نے کہا کہ خواب میں مجھے میری امت کے کچھ لوگ دکھائے گئے۔ تو اس میں وہ تخت نشین بادشاہوں کی مانند تھے،</w:t>
      </w:r>
    </w:p>
    <w:p>
      <w:r>
        <w:rPr>
          <w:b/>
        </w:rPr>
        <w:t xml:space="preserve">[48:53] </w:t>
      </w:r>
      <w:r>
        <w:t>kal maluk al-asra, matlab takht nasheen badshahon ki manind. to woh mediterranean ka safar karein ge.</w:t>
      </w:r>
    </w:p>
    <w:p>
      <w:pPr>
        <w:jc w:val="right"/>
      </w:pPr>
      <w:r>
        <w:t>کل ملوک الاسرا، مطلب تخت نشین بادشاہوں کی مانند۔ تو وہ میڈیٹرینین کا سفر کریں گے۔</w:t>
      </w:r>
    </w:p>
    <w:p>
      <w:r>
        <w:rPr>
          <w:b/>
        </w:rPr>
        <w:t xml:space="preserve">[49:03] </w:t>
      </w:r>
      <w:r>
        <w:t>mat</w:t>
      </w:r>
    </w:p>
    <w:p>
      <w:pPr>
        <w:jc w:val="right"/>
      </w:pPr>
      <w:r>
        <w:t>مط</w:t>
      </w:r>
    </w:p>
    <w:p>
      <w:r>
        <w:rPr>
          <w:b/>
        </w:rPr>
        <w:t xml:space="preserve">[49:04] </w:t>
      </w:r>
      <w:r>
        <w:t>lub yeh Allah taala ne peshgi dikha diya ke ek aisa zamana aye ga jab log jahazon par sawari karein ge. ab jahaz ki first class to mein to itne zyada sahulatein hoti hain ke aap woh badshahon hi ki tarah hoti hain.</w:t>
      </w:r>
    </w:p>
    <w:p>
      <w:pPr>
        <w:jc w:val="right"/>
      </w:pPr>
      <w:r>
        <w:t>لب یہ اللہ تعالی نے پیشگی دکھا دیا کہ ایک ایسا زمانہ آئے گا جب لوگ جہازوں پر سواری کریں گے۔ اب جہاز کی فرسٹ کلاس تو میں تو اتنے زیادہ سہولتیں ہوتی ہیں کہ آپ وہ بادشاہوں ہی کی طرح ہوتی ہیں۔</w:t>
      </w:r>
    </w:p>
    <w:p>
      <w:r>
        <w:rPr>
          <w:b/>
        </w:rPr>
        <w:t xml:space="preserve">[49:18] </w:t>
      </w:r>
      <w:r>
        <w:t>woh to um haram ne kaha ke aap dua kijiye ke mein bhi in logon mein shamil hon. to to aap ne dobara, aap ko neend aa gayi, dobara aap ne dekha</w:t>
      </w:r>
    </w:p>
    <w:p>
      <w:pPr>
        <w:jc w:val="right"/>
      </w:pPr>
      <w:r>
        <w:t>وہ تو ام حرام نے کہا کہ آپ دعا کیجئے کہ میں بھی ان لوگوں میں شامل ہوں۔ تو تو آپ نے دوبارہ، آپ کو نیند آ گئی، دوبارہ آپ نے دیکھا</w:t>
      </w:r>
    </w:p>
    <w:p>
      <w:r>
        <w:rPr>
          <w:b/>
        </w:rPr>
        <w:t xml:space="preserve">[49:31] </w:t>
      </w:r>
      <w:r>
        <w:t>to aap ne kaha ke tum pehle giroh mein shamil ho, doosre giroh mein nahi ho. yani doosra giroh jo tha, woh baad mein aanay walay zamane ke daaiyon ke bare mein tha.</w:t>
      </w:r>
    </w:p>
    <w:p>
      <w:pPr>
        <w:jc w:val="right"/>
      </w:pPr>
      <w:r>
        <w:t>تو آپ نے کہا کہ تم پہلے گروہ میں شامل ہو، دوسرے گروہ میں نہیں ہو۔ یعنی دوسرا گروہ جو تھا، وہ بعد میں آنے والے زمانے کے داعیوں کے بارے میں تھا۔</w:t>
      </w:r>
    </w:p>
    <w:p>
      <w:r>
        <w:rPr>
          <w:b/>
        </w:rPr>
        <w:t xml:space="preserve">[49:44] </w:t>
      </w:r>
      <w:r>
        <w:t>to woh Hazrat Usman ki khilafat ke zamane mein, Hazrat Ameer Muawiya ne ek daawa safar kiya tha jo asal mein har kitab mein bas ghazwa ghazwa rahe ga.</w:t>
      </w:r>
    </w:p>
    <w:p>
      <w:pPr>
        <w:jc w:val="right"/>
      </w:pPr>
      <w:r>
        <w:t>تو وہ حضرت عثمان کی خلافت کے زمانے میں، حضرت امیر معاویہ نے ایک دعویٰ سفر کیا تھا جو اصل میں ہر کتاب میں بس غزوہ غزوہ رہے گا۔</w:t>
      </w:r>
    </w:p>
    <w:p>
      <w:r>
        <w:rPr>
          <w:b/>
        </w:rPr>
        <w:t xml:space="preserve">[49:56] </w:t>
      </w:r>
      <w:r>
        <w:t>ab woh ghazwa aise thori hota hai.</w:t>
      </w:r>
    </w:p>
    <w:p>
      <w:pPr>
        <w:jc w:val="right"/>
      </w:pPr>
      <w:r>
        <w:t>اب وہ غزوہ ایسے تھوڑی ہوتا ہے۔</w:t>
      </w:r>
    </w:p>
    <w:p>
      <w:r>
        <w:rPr>
          <w:b/>
        </w:rPr>
        <w:t xml:space="preserve">[49:58] </w:t>
      </w:r>
      <w:r>
        <w:t>ghazwa mein to baqayda jang ke mutabiq saaz o saman le ke chalna parta hai. woh log jatay thay daawa expedition madu se milne ke liye, baton ko apni pohnchanay ke liye.</w:t>
      </w:r>
    </w:p>
    <w:p>
      <w:pPr>
        <w:jc w:val="right"/>
      </w:pPr>
      <w:r>
        <w:t>غزوہ میں تو باقاعدہ جنگ کے مطابق ساز و سامان لے کے چلنا پڑتا ہے۔ وہ لوگ جاتے تھے دعویٰ ایکسپیڈیشن مدعو سے ملنے کے لیے، باتوں کو اپنی پہنچانے کے لیے۔</w:t>
      </w:r>
    </w:p>
    <w:p>
      <w:r>
        <w:rPr>
          <w:b/>
        </w:rPr>
        <w:t xml:space="preserve">[50:10] </w:t>
      </w:r>
      <w:r>
        <w:t>to is ko log ghazwa keh detay hain, to log samajhte nahi hain aur log samajhte hain woh ghazwa karne hain. ab ghazwa karne um malhan kiya jati hain wahan par?</w:t>
      </w:r>
    </w:p>
    <w:p>
      <w:pPr>
        <w:jc w:val="right"/>
      </w:pPr>
      <w:r>
        <w:t>تو اس کو لوگ غزوہ کہہ دیتے ہیں، تو لوگ سمجھتے نہیں ہیں اور لوگ سمجھتے ہیں وہ غزوہ کرنے ہیں۔ اب غزوہ کرنے ام ملحان کیا جاتی ہیں وہاں پر؟</w:t>
      </w:r>
    </w:p>
    <w:p>
      <w:r>
        <w:rPr>
          <w:b/>
        </w:rPr>
        <w:t xml:space="preserve">[50:18] </w:t>
      </w:r>
      <w:r>
        <w:t>ji to to phir woh gayeen aur woh halaat kitne sakht hotay thay, khachar aur oont ki sawari.</w:t>
      </w:r>
    </w:p>
    <w:p>
      <w:pPr>
        <w:jc w:val="right"/>
      </w:pPr>
      <w:r>
        <w:t>جی تو تو پھر وہ گئیں اور وہ حالات کتنے سخت ہوتے تھے، خچر اور اونٹ کی سواری۔</w:t>
      </w:r>
    </w:p>
    <w:p>
      <w:r>
        <w:rPr>
          <w:b/>
        </w:rPr>
        <w:t xml:space="preserve">[50:26] </w:t>
      </w:r>
      <w:r>
        <w:t>to woh wahan pohnch to gayeen, wahan par logon se kafi mulaqatein waghera bhi huin, lekin woh ek bar shayad khachar se woh gir parein. girnay ke baad woh bimar ho gayeen.</w:t>
      </w:r>
    </w:p>
    <w:p>
      <w:pPr>
        <w:jc w:val="right"/>
      </w:pPr>
      <w:r>
        <w:t>تو وہ وہاں پہنچ تو گئیں، وہاں پر لوگوں سے کافی ملاقاتیں وغیرہ بھی ہوئیں، لیکن وہ ایک بار شاید خچر سے وہ گر پڑیں۔ گرنے کے بعد وہ بیمار ہو گئیں۔</w:t>
      </w:r>
    </w:p>
    <w:p>
      <w:r>
        <w:rPr>
          <w:b/>
        </w:rPr>
        <w:t xml:space="preserve">[50:36] </w:t>
      </w:r>
      <w:r>
        <w:t>ab koi medical facilities bhi nahi hoti theen. phir woh un ka وفات ho gayi. lekin chounke wahan kafi log gaye thay, kafi kaam hua hoga, to phir is ke baad jab yeh cyprus ka ek saahli shehar tha jis ko larnaca kehte hain,</w:t>
      </w:r>
    </w:p>
    <w:p>
      <w:pPr>
        <w:jc w:val="right"/>
      </w:pPr>
      <w:r>
        <w:t>اب کوئی میڈیکل فیسلیٹیز بھی نہیں ہوتی تھیں۔ پھر وہ ان کا وفات ہو گئی۔ لیکن چونکہ وہاں کافی لوگ گئے تھے، کافی کام ہوا ہوگا، تو پھر اس کے بعد جب یہ سائپرس کا ایک ساحلی شہر تھا جس کو لارناکہ کہتے ہیں،</w:t>
      </w:r>
    </w:p>
    <w:p>
      <w:r>
        <w:rPr>
          <w:b/>
        </w:rPr>
        <w:t xml:space="preserve">[50:53] </w:t>
      </w:r>
      <w:r>
        <w:t>to wahan par is ka matlab hai ke kafi log un ke followers banay hon ge jo log gaye thay. to wahan par baqayda un ki qabar hai aur baad mein is qabar ko bohat bara ek bohat bara ek yaadgar un ka bana diya gaya hai jis ko hala sultan bolte hain.</w:t>
      </w:r>
    </w:p>
    <w:p>
      <w:pPr>
        <w:jc w:val="right"/>
      </w:pPr>
      <w:r>
        <w:t>تو وہاں پر اس کا مطلب ہے کہ کافی لوگ ان کے فالوورز بنے ہوں گے جو لوگ گئے تھے۔ تو وہاں پر باقاعدہ ان کی قبر ہے اور بعد میں اس قبر کو بہت بڑا ایک بہت بڑا ایک یادگار ان کا بنا دیا گیا ہے جس کو حالہ سلطان بولتے ہیں۔</w:t>
      </w:r>
    </w:p>
    <w:p>
      <w:r>
        <w:rPr>
          <w:b/>
        </w:rPr>
        <w:t xml:space="preserve">[51:12] </w:t>
      </w:r>
      <w:r>
        <w:t>to woh wahan ke log kehte hain nek khatoon ki qabar. Maulana yahan gaye thay, shayad aap bhi gaye thay.</w:t>
      </w:r>
    </w:p>
    <w:p>
      <w:pPr>
        <w:jc w:val="right"/>
      </w:pPr>
      <w:r>
        <w:t>تو وہ وہاں کے لوگ کہتے ہیں نیک خاتون کی قبر۔ مولانا یہاں گئے تھے، شاید آپ بھی گئے تھے۔</w:t>
      </w:r>
    </w:p>
    <w:p>
      <w:r>
        <w:rPr>
          <w:b/>
        </w:rPr>
        <w:t xml:space="preserve">[51:18] </w:t>
      </w:r>
      <w:r>
        <w:t>ji ji, aap haan. to woh jo hai wahan par gaye, wahan ab to woh bohat zyada develop kiya. unhon ne ek complex ki shakal bana di hai.</w:t>
      </w:r>
    </w:p>
    <w:p>
      <w:pPr>
        <w:jc w:val="right"/>
      </w:pPr>
      <w:r>
        <w:t>جی جی، آپ ہاں۔ تو وہ جو ہے وہاں پر گئے، وہاں اب تو وہ بہت زیادہ ڈیویلپ کیا۔ انہوں نے ایک کمپلیکس کی شکل بنا دی ہے۔</w:t>
      </w:r>
    </w:p>
    <w:p>
      <w:r>
        <w:rPr>
          <w:b/>
        </w:rPr>
        <w:t xml:space="preserve">[51:27] </w:t>
      </w:r>
      <w:r>
        <w:t>wahan mausoleum hai, cemetery hai, logon ke rehne ke liye quarters hain aur jo log pilgrims hotay hain, wahan baqayda log atay hain.</w:t>
      </w:r>
    </w:p>
    <w:p>
      <w:pPr>
        <w:jc w:val="right"/>
      </w:pPr>
      <w:r>
        <w:t>وہاں معسولیم ہے، سیمٹری ہے، لوگوں کے رہنے کے لیے کوارٹرز ہیں اور جو لوگ پلگرمز ہوتے ہیں، وہاں باقاعدہ لوگ آتے ہیں۔</w:t>
      </w:r>
    </w:p>
    <w:p>
      <w:r>
        <w:rPr>
          <w:b/>
        </w:rPr>
        <w:t xml:space="preserve">[51:36] </w:t>
      </w:r>
      <w:r>
        <w:t>balkay aapa, woh poora area jo hai, woh jee woh unesco nay adopt karawa hua hai aur unhonay bohat is ko beautiful tareeqay say rakha hua</w:t>
      </w:r>
    </w:p>
    <w:p>
      <w:pPr>
        <w:jc w:val="right"/>
      </w:pPr>
      <w:r>
        <w:t>بلکہ آپا، وہ پورا ایریا جو ہے، وہ جی وہ یونیسکو نے اڈاپٹ کرا ہوا ہے اور انہوں نے بہت اس کو بیوٹی فل طریقے سے رکھا ہوا</w:t>
      </w:r>
    </w:p>
    <w:p>
      <w:r>
        <w:rPr>
          <w:b/>
        </w:rPr>
        <w:t xml:space="preserve">[51:47] </w:t>
      </w:r>
      <w:r>
        <w:t>hua hai. its very clean aur jaisay aap nay bataya kay is pay likha hua hai "grave of a pious woman" and very well maintained mosque hai. to bohat hi bohat hi achay say well maintained hai.</w:t>
      </w:r>
    </w:p>
    <w:p>
      <w:pPr>
        <w:jc w:val="right"/>
      </w:pPr>
      <w:r>
        <w:t>ہے۔ اٹس ویری کلین اور جیسے آپ نے بتایا کہ اس پہ لکھا ہوا ہے "گریو اف ا پائس وومن" اینڈ ویری ویل مینٹینڈ ماسک ہے۔ تو بہت ہی بہت ہی اچھے سے ویل مینٹینڈ ہے۔</w:t>
      </w:r>
    </w:p>
    <w:p>
      <w:r>
        <w:rPr>
          <w:b/>
        </w:rPr>
        <w:t xml:space="preserve">[51:58] </w:t>
      </w:r>
      <w:r>
        <w:t>to woh aik to hamari destination ban gayi hai. wahan muslim, ghair muslim sabhi atay hain. wahan par to yeh hai janay say dekhiye kitna ziyada faida hota hai.</w:t>
      </w:r>
    </w:p>
    <w:p>
      <w:pPr>
        <w:jc w:val="right"/>
      </w:pPr>
      <w:r>
        <w:t>تو وہ ایک تو ہماری ڈیسٹینیشن بن گئی ہے۔ وہاں مسلم، غیر مسلم سبھی آتے ہیں۔ وہاں پر تو یہ ہے جانے سے دیکھیے کتنا زیادہ فائدہ ہوتا ہے۔</w:t>
      </w:r>
    </w:p>
    <w:p>
      <w:r>
        <w:rPr>
          <w:b/>
        </w:rPr>
        <w:t xml:space="preserve">[52:09] </w:t>
      </w:r>
      <w:r>
        <w:t>to is tareeqay say humain ziyada say ziyada safar karna chahiye aur is daawa consciousness kay sath ta kay hamara apna kaam bhi jis kaam kay liye maqsad kay liye ja rahay hain, woh bhi ho aur isi kay sath Allah ki blessing bhi hasil hon kay hum Allah ka kaam bhi kar rahay hain.</w:t>
      </w:r>
    </w:p>
    <w:p>
      <w:pPr>
        <w:jc w:val="right"/>
      </w:pPr>
      <w:r>
        <w:t>تو اس طریقے سے ہمیں زیادہ سے زیادہ سفر کرنا چاہیے اور اس دعویٰ کانشیسنس کے ساتھ تاکہ ہمارا اپنا کام بھی جس کام کے لیے مقصد کے لیے جا رہے ہیں، وہ بھی ہو اور اسی کے ساتھ اللہ کی بلیسنگ بھی حاصل ہوں کہ ہم اللہ کا کام بھی کر رہے ہیں۔</w:t>
      </w:r>
    </w:p>
    <w:p>
      <w:r>
        <w:rPr>
          <w:b/>
        </w:rPr>
        <w:t xml:space="preserve">[52:27] </w:t>
      </w:r>
      <w:r>
        <w:t>bilkul one man two mission wala. har aadmi ko one man two mission banna hai.</w:t>
      </w:r>
    </w:p>
    <w:p>
      <w:pPr>
        <w:jc w:val="right"/>
      </w:pPr>
      <w:r>
        <w:t>بالکل ون مین ٹو مشن والا۔ ہر آدمی کو ون مین ٹو مشن بننا ہے۔</w:t>
      </w:r>
    </w:p>
    <w:p>
      <w:r>
        <w:rPr>
          <w:b/>
        </w:rPr>
        <w:t xml:space="preserve">[52:32] </w:t>
      </w:r>
      <w:r>
        <w:t>aur aapa, aik cheez yeh bhi hai kay matlab main Maulana Sahib kay sath main nay bohat travel kiya aur cps members bhi travel kartay rahay hain kay Maulana ka focus hamesha jo kay aaj humain aap kay talk say bhi mila, his focus was to gain new experiences.</w:t>
      </w:r>
    </w:p>
    <w:p>
      <w:pPr>
        <w:jc w:val="right"/>
      </w:pPr>
      <w:r>
        <w:t>اور آپا، ایک چیز یہ بھی ہے کہ مطلب میں مولانا صاحب کے ساتھ میں نے بہت ٹریول کیا اور سی پی ایس ممبرز بھی ٹریول کرتے رہے ہیں کہ مولانا کا فوکس ہمیشہ جو کہ آج ہمیں آپ کے ٹاک سے بھی ملا، ہز فوکس واز ٹو گین نیو ایکسپیرینسز۔</w:t>
      </w:r>
    </w:p>
    <w:p>
      <w:r>
        <w:rPr>
          <w:b/>
        </w:rPr>
        <w:t xml:space="preserve">[52:48] </w:t>
      </w:r>
      <w:r>
        <w:t>mujhay yaad hai jab first time travel karna tha, tab humain shayad bhopal ya meerut jana tha. to Maulana nay kaha, "main aik shart pay aap ko lay kar jaon ga kay agar aap ko khana na milay to aap complain nahi karogay.</w:t>
      </w:r>
    </w:p>
    <w:p>
      <w:pPr>
        <w:jc w:val="right"/>
      </w:pPr>
      <w:r>
        <w:t>مجھے یاد ہے جب فرسٹ ٹائم ٹریول کرنا تھا، تب ہمیں شاید بھوپال یا میرٹھ جانا تھا۔ تو مولانا نے کہا، "میں ایک شرط پہ آپ کو لے کر جاؤں گا کہ اگر آپ کو کھانا نہ ملے تو آپ کمپلین نہیں کریں گے۔</w:t>
      </w:r>
    </w:p>
    <w:p>
      <w:r>
        <w:rPr>
          <w:b/>
        </w:rPr>
        <w:t xml:space="preserve">[53:02] </w:t>
      </w:r>
      <w:r>
        <w:t>agar aap ko sonay kay liye bed na milay aur zameen pay bhi sona paray to aap is pay raazi ho." to aur kuch bhi aap complain nahi karogay safar mein.</w:t>
      </w:r>
    </w:p>
    <w:p>
      <w:pPr>
        <w:jc w:val="right"/>
      </w:pPr>
      <w:r>
        <w:t>اگر آپ کو سونے کے لیے بیڈ نہ ملے اور زمین پہ بھی سونا پڑے تو آپ اس پہ راضی ہوں۔" تو اور کچھ بھی آپ کمپلین نہیں کریں گے سفر میں۔</w:t>
      </w:r>
    </w:p>
    <w:p>
      <w:r>
        <w:rPr>
          <w:b/>
        </w:rPr>
        <w:t xml:space="preserve">[53:11] </w:t>
      </w:r>
      <w:r>
        <w:t>to unhonay kaha, "agar yeh conditions aap ko agreed hain to main aap ko lay jana chahoon ga." to main nay kaha, "Maulana Sahib, zaroor! i want to learn and experience. aap please meray ko l</w:t>
      </w:r>
    </w:p>
    <w:p>
      <w:pPr>
        <w:jc w:val="right"/>
      </w:pPr>
      <w:r>
        <w:t>تو انہوں نے کہا، "اگر یہ کنڈیشنز آپ کو ایگریڈ ہیں تو میں آپ کو لے جانا چاہوں گا۔" تو میں نے کہا، "مولانا صاحب، ضرور! آئی وانٹ ٹو لرن اینڈ ایکسپیرینس۔ آپ پلیز میرے کو ل</w:t>
      </w:r>
    </w:p>
    <w:p>
      <w:r>
        <w:rPr>
          <w:b/>
        </w:rPr>
        <w:t xml:space="preserve">[53:21] </w:t>
      </w:r>
      <w:r>
        <w:t>ay kar jayen." to aapa, main dekhta tha kay Maulana hamesha har experience ko aur isi liye unhonay itnay safarnamay bhi likhay hain kay kis tareeqay say woh relate kartay thay cheezon ko aur har cheez ko woh God say link kartay thay.</w:t>
      </w:r>
    </w:p>
    <w:p>
      <w:pPr>
        <w:jc w:val="right"/>
      </w:pPr>
      <w:r>
        <w:t>ے کر جائیں۔" تو آپا، میں دیکھتا تھا کہ مولانا ہمیشہ ہر ایکسپیرینس کو اور اسی لیے انہوں نے اتنے سفرنامے بھی لکھے ہیں کہ کس طریقے سے وہ ریلیٹ کرتے تھے چیزوں کو اور ہر چیز کو وہ گاڈ سے لنک کرتے تھے۔</w:t>
      </w:r>
    </w:p>
    <w:p>
      <w:r>
        <w:rPr>
          <w:b/>
        </w:rPr>
        <w:t xml:space="preserve">[53:34] </w:t>
      </w:r>
      <w:r>
        <w:t>matlab jaisay aik jagah gaye to unhonay Khuda ki greatness ko batatay huay kaha kay "main India mein tha to meray ko uninterrupted oxygen, sun light, water mil raha hai.</w:t>
      </w:r>
    </w:p>
    <w:p>
      <w:pPr>
        <w:jc w:val="right"/>
      </w:pPr>
      <w:r>
        <w:t>مطلب جیسے ایک جگہ گئے تو انہوں نے خدا کی گریٹنس کو بتاتے ہوئے کہا کہ "میں انڈیا میں تھا تو میرے کو ان انٹرپٹڈ اکسیجن، سن لائٹ، واٹر مل رہا ہے۔</w:t>
      </w:r>
    </w:p>
    <w:p>
      <w:r>
        <w:rPr>
          <w:b/>
        </w:rPr>
        <w:t xml:space="preserve">[53:45] </w:t>
      </w:r>
      <w:r>
        <w:t>main yahan ab usa mein hoon, yahan par bhi uninterrupted oxygen, sun light aur water</w:t>
      </w:r>
    </w:p>
    <w:p>
      <w:pPr>
        <w:jc w:val="right"/>
      </w:pPr>
      <w:r>
        <w:t>میں یہاں اب یو ایس اے میں ہوں، یہاں پر بھی ان انٹرپٹڈ اکسیجن، سن لائٹ اور واٹر</w:t>
      </w:r>
    </w:p>
    <w:p>
      <w:r>
        <w:rPr>
          <w:b/>
        </w:rPr>
        <w:t xml:space="preserve">[53:51] </w:t>
      </w:r>
      <w:r>
        <w:t>hai." to Khuda kitna great hai kay wohi same infrastructure meray ko idhar bhi mil raha hai. phir woh jaisay hotel kay andar enter karaya unhonay to woh automatic doors hotay hain, to woh door khul gaya.</w:t>
      </w:r>
    </w:p>
    <w:p>
      <w:pPr>
        <w:jc w:val="right"/>
      </w:pPr>
      <w:r>
        <w:t>ہے۔" تو خدا کتنا گریٹ ہے کہ وہی سیم انفراسٹرکچر میرے کو ادھر بھی مل رہا ہے۔ پھر وہ جیسے ہوٹل کے اندر انٹر کرا انہوں نے تو وہ اٹومیٹک ڈورز ہوتے ہیں، تو وہ ڈور کھل گیا۔</w:t>
      </w:r>
    </w:p>
    <w:p>
      <w:r>
        <w:rPr>
          <w:b/>
        </w:rPr>
        <w:t xml:space="preserve">[54:04] </w:t>
      </w:r>
      <w:r>
        <w:t>to unhonay is ko aik reference point banaya dua kay liye aur isi liye woh kehtay thay kay "contemplation karo." unhonay kaha kay jis tarah yeh darwaza automatically khul gaya aur main hotel kay andar dakhil ho gaya to unhonay Allah say dua ki kay isi tareeqay say paradise ka gate bhi meray liye khul jaye aur bina kisi pooch taach kay main paradise mein enter kar jaon.</w:t>
      </w:r>
    </w:p>
    <w:p>
      <w:pPr>
        <w:jc w:val="right"/>
      </w:pPr>
      <w:r>
        <w:t>تو انہوں نے اس کو ایک ریفرنس پوائنٹ بنایا دعا کے لیے اور اسی لیے وہ کہتے تھے کہ "کونٹمپلیشن کرو۔" انہوں نے کہا کہ جس طرح یہ دروازہ اٹومیٹکلی کھل گیا اور میں ہوٹل کے اندر داخل ہو گیا تو انہوں نے اللہ سے دعا کی کہ اسی طریقے سے پیراڈائز کا گیٹ بھی میرے لیے کھل جائے اور بنا کسی پوچھتاچھ کے میں پیراڈائز میں انٹر کر جاؤں۔</w:t>
      </w:r>
    </w:p>
    <w:p>
      <w:r>
        <w:rPr>
          <w:b/>
        </w:rPr>
        <w:t xml:space="preserve">[54:26] </w:t>
      </w:r>
      <w:r>
        <w:t>to aapa, yeh bohat important hai kay jab hum travel kartay hain to hamara maqsad kya</w:t>
      </w:r>
    </w:p>
    <w:p>
      <w:pPr>
        <w:jc w:val="right"/>
      </w:pPr>
      <w:r>
        <w:t>تو آپا، یہ بہت امپورٹنٹ ہے کہ جب ہم ٹریول کرتے ہیں تو ہمارا مقصد کیا</w:t>
      </w:r>
    </w:p>
    <w:p>
      <w:r>
        <w:rPr>
          <w:b/>
        </w:rPr>
        <w:t xml:space="preserve">[54:33] </w:t>
      </w:r>
      <w:r>
        <w:t>hai, hamara hamara jo mental frame hai woh kya hai aur hum kya hasil karna chahtay hain. jaisay starting mein bhi aap nay kaha kay "entertainment, leisure, fun!" agar yeh rahay ga to travel will not be beneficial.</w:t>
      </w:r>
    </w:p>
    <w:p>
      <w:pPr>
        <w:jc w:val="right"/>
      </w:pPr>
      <w:r>
        <w:t>ہے، ہمارا ہمارا جو مینٹل فریم ہے وہ کیا ہے اور ہم کیا حاصل کرنا چاہتے ہیں۔ جیسے سٹارٹنگ میں بھی آپ نے کہا کہ "انٹرٹینمنٹ، لیجر، فن!" اگر یہ رہے گا تو ٹریول ول ناٹ بی بینیفیشل۔</w:t>
      </w:r>
    </w:p>
    <w:p>
      <w:r>
        <w:rPr>
          <w:b/>
        </w:rPr>
        <w:t xml:space="preserve">[54:46] </w:t>
      </w:r>
      <w:r>
        <w:t>we will just go and come back. but agar hum is ko relate karain gay Khuda kay sign say aur marifat say aur experiences lay kar ayain gay to is mein hamari spiritual development ho gi.</w:t>
      </w:r>
    </w:p>
    <w:p>
      <w:pPr>
        <w:jc w:val="right"/>
      </w:pPr>
      <w:r>
        <w:t>وی ویل جسٹ گو اینڈ کم بیک۔ بٹ اگر ہم اس کو ریلیٹ کریں گے خدا کے سائن سے اور معرفت سے اور ایکسپیرینسز لے کر آئیں گے تو اس میں ہماری سپرچول ڈیویلپمنٹ ہوگی۔</w:t>
      </w:r>
    </w:p>
    <w:p>
      <w:r>
        <w:rPr>
          <w:b/>
        </w:rPr>
        <w:t xml:space="preserve">[54:59] </w:t>
      </w:r>
      <w:r>
        <w:t>to yeh bohat zaroori hai aur aaj hum nay aaj yeh seekha bhi. aapa, aap kay talk say jazak Allah. aapa, aakhri sawal lena chahoon ga kyun kay is kay baad phir doctor Sani Hasnain Khan Sahib nay aik booklet bhi launch karni hai.</w:t>
      </w:r>
    </w:p>
    <w:p>
      <w:pPr>
        <w:jc w:val="right"/>
      </w:pPr>
      <w:r>
        <w:t>تو یہ بہت ضروری ہے اور آج ہم نے آج یہ سیکھا بھی۔ آپا، آپ کے ٹاک سے جزاک اللہ۔ آپا، آخری سوال لینا چاہوں گا کیونکہ اس کے بعد پھر ڈاکٹر ثانی حسنین خان صاحب نے ایک بکلیٹ بھی لانچ کرنی ہے۔</w:t>
      </w:r>
    </w:p>
    <w:p>
      <w:r>
        <w:rPr>
          <w:b/>
        </w:rPr>
        <w:t xml:space="preserve">[55:13] </w:t>
      </w:r>
      <w:r>
        <w:t>to yeh sawal sufis kay travel ko lay kar hai kyun kay jaisa kay hum jantay hain, they also travelled</w:t>
      </w:r>
    </w:p>
    <w:p>
      <w:pPr>
        <w:jc w:val="right"/>
      </w:pPr>
      <w:r>
        <w:t>تو یہ سوال صوفیز کے ٹریول کو لے کر ہے کیونکہ جیسا کہ ہم جانتے ہیں، دے السو ٹریولڈ ایک</w:t>
      </w:r>
    </w:p>
    <w:p>
      <w:r>
        <w:rPr>
          <w:b/>
        </w:rPr>
        <w:t xml:space="preserve">[55:19] </w:t>
      </w:r>
      <w:r>
        <w:t>extensively. they came from, i mean, they travelled from central asia to India aur un ka jo travel raha, they they they taught religious teachings.</w:t>
      </w:r>
    </w:p>
    <w:p>
      <w:pPr>
        <w:jc w:val="right"/>
      </w:pPr>
      <w:r>
        <w:t>سٹینسولی۔ دے کیم فرام، آئی مین، دے ٹریول فرام سینٹرل ایشیا ٹو انڈیا اور ان کا جو ٹریول رہا، دے دے دے ٹاٹ ریلیجیس ٹیچنگز۔</w:t>
      </w:r>
    </w:p>
    <w:p>
      <w:r>
        <w:rPr>
          <w:b/>
        </w:rPr>
        <w:t xml:space="preserve">[55:30] </w:t>
      </w:r>
      <w:r>
        <w:t>they made khanqahs, which are spiritual retreats. and aik aur cheez yeh bhi thi kay they they they became as bridge between different faiths and communities and they promoted harmony.</w:t>
      </w:r>
    </w:p>
    <w:p>
      <w:pPr>
        <w:jc w:val="right"/>
      </w:pPr>
      <w:r>
        <w:t>دے میڈ خانخاز، وچ آر سپرچول ریٹریٹس۔ اینڈ ایک اور چیز یہ بھی تھی کہ دے دے بیکم ایز برج بٹوین ڈفرنٹ فیتھس اینڈ کمیونٹیز اینڈ دے پروموٹڈ ہارمونی۔</w:t>
      </w:r>
    </w:p>
    <w:p>
      <w:r>
        <w:rPr>
          <w:b/>
        </w:rPr>
        <w:t xml:space="preserve">[55:42] </w:t>
      </w:r>
      <w:r>
        <w:t>to sufis kay travel say humain kya lesson milta hai, is kay baray mein aap batayen.</w:t>
      </w:r>
    </w:p>
    <w:p>
      <w:pPr>
        <w:jc w:val="right"/>
      </w:pPr>
      <w:r>
        <w:t>تو صوفیز کے ٹریول سے ہمیں کیا لیسن ملتا ہے، اس کے بارے میں آپ بتائیں۔</w:t>
      </w:r>
    </w:p>
    <w:p>
      <w:r>
        <w:rPr>
          <w:b/>
        </w:rPr>
        <w:t xml:space="preserve">[55:48] </w:t>
      </w:r>
      <w:r>
        <w:t>acha, pehlay main yeh bata doon kay yeh jo hai tourism ya travel ya siyahat, jo bhi aap kahain, to is ki mujhe prerna mili.</w:t>
      </w:r>
    </w:p>
    <w:p>
      <w:pPr>
        <w:jc w:val="right"/>
      </w:pPr>
      <w:r>
        <w:t>اچھا، پہلے میں یہ بتا دوں کہ یہ جو ہے ٹورزم یا ٹریول یا سیاحت، جو بھی آپ کہیں، تو اس کی مجھے प्रेरणा ملی۔</w:t>
      </w:r>
    </w:p>
    <w:p>
      <w:r>
        <w:rPr>
          <w:b/>
        </w:rPr>
        <w:t xml:space="preserve">[55:58] </w:t>
      </w:r>
      <w:r>
        <w:t>Sani Hasnain Sahib jo hain, woh eastern Europe, Turkey waghera ka safar kiya tha. to un ko woh safar bohat kamyab raha, bohat nay nay log wahan milay, bohat kaam hua</w:t>
      </w:r>
    </w:p>
    <w:p>
      <w:pPr>
        <w:jc w:val="right"/>
      </w:pPr>
      <w:r>
        <w:t>ثانی حسنین صاحب جو ہیں، وہ ایسٹرن یورپ، ٹرکی وغیرہ کا سفر کیا تھا۔ تو ان کو وہ سفر بہت کامیاب رہا، بہت نئے نئے لوگ وہاں ملے، بہت کام ہوا</w:t>
      </w:r>
    </w:p>
    <w:p>
      <w:r>
        <w:rPr>
          <w:b/>
        </w:rPr>
        <w:t xml:space="preserve">[56:10] </w:t>
      </w:r>
      <w:r>
        <w:t>۔ aur aapa, main bus aik cheez bolna chahoon ga kay many people who are probably watching for the first time. to unhonay bohat detail mein yeh eastern Europe ka safar bayan karra tha pichlay Sunday class mein.</w:t>
      </w:r>
    </w:p>
    <w:p>
      <w:pPr>
        <w:jc w:val="right"/>
      </w:pPr>
      <w:r>
        <w:t>۔ اور آپا، میں بس ایک چیز بولنا چاہوں گا کہ مینی پیپل ہو آر پروبیبلی واچنگ فار دا فرسٹ ٹائم۔ تو انہوں نے بہت ڈیٹیل میں یہ ایسٹرن یورپ کا سفر بیان کرا تھا پچھلے سنڈے کلاس میں۔</w:t>
      </w:r>
    </w:p>
    <w:p>
      <w:r>
        <w:rPr>
          <w:b/>
        </w:rPr>
        <w:t xml:space="preserve">[56:22] </w:t>
      </w:r>
      <w:r>
        <w:t>to you can watch it from cps youtube channel or from Maulana Wahiduddin Khan sahib facebook page.</w:t>
      </w:r>
    </w:p>
    <w:p>
      <w:pPr>
        <w:jc w:val="right"/>
      </w:pPr>
      <w:r>
        <w:t>تو یو کین واچ اٹ فرام سی پی ایس یوٹیوب چینل اور فرام مولانا وحید الدین خان صاحب فیس بک پیج۔</w:t>
      </w:r>
    </w:p>
    <w:p>
      <w:r>
        <w:rPr>
          <w:b/>
        </w:rPr>
        <w:t xml:space="preserve">[56:30] </w:t>
      </w:r>
      <w:r>
        <w:t>wohi mein soch rahi thi, dekhiye agar hum sab log is maqsad se safar karne lagen to sari dunya mein aman ka, islam ke aman ka paigham sari dunya mein phail jaye.</w:t>
      </w:r>
    </w:p>
    <w:p>
      <w:pPr>
        <w:jc w:val="right"/>
      </w:pPr>
      <w:r>
        <w:t>وہی میں سوچ رہی تھی، دیکھیے اگر ہم سب لوگ اس مقصد سے سفر کرنے لگیں تو ساری دنیا میں امن کا، اسلام کے امن کا پیغام ساری دنیا میں پھیل جائے۔</w:t>
      </w:r>
    </w:p>
    <w:p>
      <w:r>
        <w:rPr>
          <w:b/>
        </w:rPr>
        <w:t xml:space="preserve">[56:42] </w:t>
      </w:r>
      <w:r>
        <w:t>mein soch rahi thi ke agar hum logon ne safar kiya hota to aaj dunya mein yeh itni violence na hoti. ab sufiyon ke liye dekhiye ji, medieval world mein itni violence kahan thi?</w:t>
      </w:r>
    </w:p>
    <w:p>
      <w:pPr>
        <w:jc w:val="right"/>
      </w:pPr>
      <w:r>
        <w:t>میں سوچ رہی تھی کہ اگر ہم لوگوں نے سفر کیا ہوتا تو آج دنیا میں یہ اتنی وائلنس نہ ہوتی۔ اب صوفیوں کے لیے دیکھیے جی، میڈیول ورلڈ میں اتنی وائلنس کہاں تھی؟</w:t>
      </w:r>
    </w:p>
    <w:p>
      <w:r>
        <w:rPr>
          <w:b/>
        </w:rPr>
        <w:t xml:space="preserve">[56:53] </w:t>
      </w:r>
      <w:r>
        <w:t>sofi log aman ka, aman o ashti ka, harmony ka, logon se mohabbat ka paigham unhon ne sari dunya mein phaila diya tha.</w:t>
      </w:r>
    </w:p>
    <w:p>
      <w:pPr>
        <w:jc w:val="right"/>
      </w:pPr>
      <w:r>
        <w:t>صوفیا لوگ امن کا، امن و اشتی کا، ہارمونی کا، لوگوں سے محبت کا پیغام انہوں نے ساری دنیا میں پھیلا دیا تھا۔</w:t>
      </w:r>
    </w:p>
    <w:p>
      <w:r>
        <w:rPr>
          <w:b/>
        </w:rPr>
        <w:t xml:space="preserve">[57:02] </w:t>
      </w:r>
      <w:r>
        <w:t>to yehi aaj hamein karna hai. to sofi log jo hain, aur jo hai woh sofi logon ka tareeqa yeh tha ke woh dunya ko tyag dete the.</w:t>
      </w:r>
    </w:p>
    <w:p>
      <w:pPr>
        <w:jc w:val="right"/>
      </w:pPr>
      <w:r>
        <w:t>تو یہی آج ہمیں کرنا ہے۔ تو صوفی لوگ جو ہیں، اور جو ہے وہ صوفی لوگوں کا طریقہ یہ تھا کہ وہ دنیا کو تیاگ دیتے تھے۔</w:t>
      </w:r>
    </w:p>
    <w:p>
      <w:r>
        <w:rPr>
          <w:b/>
        </w:rPr>
        <w:t xml:space="preserve">[57:13] </w:t>
      </w:r>
      <w:r>
        <w:t>jaise sadhu sant hote hain, to dunya ko tyag de kar ke woh chalt</w:t>
      </w:r>
    </w:p>
    <w:p>
      <w:pPr>
        <w:jc w:val="right"/>
      </w:pPr>
      <w:r>
        <w:t>جیسے سادھو سنت ہوتے ہیں، تو دنیا کو تیاگ دے کر کے وہ چلت</w:t>
      </w:r>
    </w:p>
    <w:p>
      <w:r>
        <w:rPr>
          <w:b/>
        </w:rPr>
        <w:t xml:space="preserve">[57:18] </w:t>
      </w:r>
      <w:r>
        <w:t>e the, paidal, unfit chalte the. kyunke unka yeh tha ke jitni zyada mujahida karenge, riyazat karenge, utna hi zyada unka nafs jo hai khatam hoga, ego khatam hoga, aur purification self ka purification hoga.</w:t>
      </w:r>
    </w:p>
    <w:p>
      <w:pPr>
        <w:jc w:val="right"/>
      </w:pPr>
      <w:r>
        <w:t>ے تھے، پیدل، ان فٹ چلتے تھے۔ کیونکہ ان کا یہ تھا کہ جتنی زیادہ مجاہدہ کریں گے، ریاضت کریں گے، اتنا ہی زیادہ ان کا نفس جو ہے ختم ہوگا، ایگو ختم ہوگا، اور پیوریفیکیشن سیلف کا پیوریفیکیشن ہوگا۔</w:t>
      </w:r>
    </w:p>
    <w:p>
      <w:r>
        <w:rPr>
          <w:b/>
        </w:rPr>
        <w:t xml:space="preserve">[57:34] </w:t>
      </w:r>
      <w:r>
        <w:t>to yeh tha unka maqsad. to jab woh chalte the na, ab unhon ne ghar bar chhod kar paidal chal rahe hain, to yeh ek dum poori nishani hoti thi ke kitna yeh banda sincere hai,</w:t>
      </w:r>
    </w:p>
    <w:p>
      <w:pPr>
        <w:jc w:val="right"/>
      </w:pPr>
      <w:r>
        <w:t>تو یہ تھا ان کا مقصد۔ تو جب وہ چلتے تھے نا، اب انہوں نے گھر بار چھوڑ کر پیدل چل رہے ہیں، تو یہ ایک دم پوری نشانی ہوتی تھی کہ کتنا یہ بندہ سنسیئر ہے،</w:t>
      </w:r>
    </w:p>
    <w:p>
      <w:r>
        <w:rPr>
          <w:b/>
        </w:rPr>
        <w:t xml:space="preserve">[57:48] </w:t>
      </w:r>
      <w:r>
        <w:t>sach much isko Khuda ki marifat mili hai, aur is marifat ko woh doosron tak pahunchana chahta hai. to rastay mein iske bahut sare log shamil ho jate the.</w:t>
      </w:r>
    </w:p>
    <w:p>
      <w:pPr>
        <w:jc w:val="right"/>
      </w:pPr>
      <w:r>
        <w:t>سچ مچ اس کو خدا کی معرفت ملی ہے، اور اس معرفت کو وہ دوسروں تک پہنچانا چاہتا ہے۔ تو راستے میں اس کے بہت سارے لوگ شامل ہو جاتے تھے۔</w:t>
      </w:r>
    </w:p>
    <w:p>
      <w:r>
        <w:rPr>
          <w:b/>
        </w:rPr>
        <w:t xml:space="preserve">[57:59] </w:t>
      </w:r>
      <w:r>
        <w:t>Khwaja Moinuddin Chishti Ajmer aaye the, to unke sath chalis log shamil the. to is tareeqay se unko rastay mein shamil hote the.</w:t>
      </w:r>
    </w:p>
    <w:p>
      <w:pPr>
        <w:jc w:val="right"/>
      </w:pPr>
      <w:r>
        <w:t>خواجہ معین الدین چشتی اجمیر آئے تھے، تو ان کے ساتھ چالیس لوگ شامل تھے۔ تو اس طریقے سے ان کو راستے میں شامل ہوتے تھے۔</w:t>
      </w:r>
    </w:p>
    <w:p>
      <w:r>
        <w:rPr>
          <w:b/>
        </w:rPr>
        <w:t xml:space="preserve">[58:07] </w:t>
      </w:r>
      <w:r>
        <w:t>phir jahan woh theharte the, wahan log aa ke, aa ke unke pas jama hote the aur unse learning karte the.</w:t>
      </w:r>
    </w:p>
    <w:p>
      <w:pPr>
        <w:jc w:val="right"/>
      </w:pPr>
      <w:r>
        <w:t>پھر جہاں وہ ٹھہرتے تھے، وہاں لوگ آ کے، آ کے ان کے پاس جمع ہوتے تھے اور ان سے لرننگ کرتے تھے۔</w:t>
      </w:r>
    </w:p>
    <w:p>
      <w:r>
        <w:rPr>
          <w:b/>
        </w:rPr>
        <w:t xml:space="preserve">[58:15] </w:t>
      </w:r>
      <w:r>
        <w:t>to sufiyon ka kehna tha ke Khuda se sachi mohabbat jo hai, woh isi se, wohi raah hai. tab jo matlab bandon se jo sachi mohabbat hoti hai, wohi raah jati hai Khuda se sachi mohabbat.</w:t>
      </w:r>
    </w:p>
    <w:p>
      <w:pPr>
        <w:jc w:val="right"/>
      </w:pPr>
      <w:r>
        <w:t>تو صوفیوں کا کہنا تھا کہ خدا سے سچی محبت جو ہے، وہ اسی سے، وہی راہ ہے۔ تب جو مطلب بندوں سے جو سچی محبت ہوتی ہے، وہی راہ جاتی ہے خدا سے سچی محبت۔</w:t>
      </w:r>
    </w:p>
    <w:p>
      <w:r>
        <w:rPr>
          <w:b/>
        </w:rPr>
        <w:t xml:space="preserve">[58:28] </w:t>
      </w:r>
      <w:r>
        <w:t>matlab agar hum bandon se mohabbat karenge, tabhi hum ko Khuda ki mohabbat milegi. to is tarah se yeh unka jo goal tha, woh bahut zyada is mein insanon ki mohabbat thi,</w:t>
      </w:r>
    </w:p>
    <w:p>
      <w:pPr>
        <w:jc w:val="right"/>
      </w:pPr>
      <w:r>
        <w:t>مطلب اگر ہم بندوں سے محبت کریں گے، تبھی ہم کو خدا کی محبت ملے گی۔ تو اس طرح سے یہ ان کا جو گول تھا، وہ بہت زیادہ اس میں انسانوں کی محبت تھی،</w:t>
      </w:r>
    </w:p>
    <w:p>
      <w:r>
        <w:rPr>
          <w:b/>
        </w:rPr>
        <w:t xml:space="preserve">[58:43] </w:t>
      </w:r>
      <w:r>
        <w:t>humanity bahut zyada thi, logon ki madad karna, unki langar waghera sab sufiyon ne hi chalaya tha, jis ko aaj bade paimane par Sikhism mein adopt kiya gaya hai.</w:t>
      </w:r>
    </w:p>
    <w:p>
      <w:pPr>
        <w:jc w:val="right"/>
      </w:pPr>
      <w:r>
        <w:t>ہیومینٹی بہت زیادہ تھی، لوگوں کی مدد کرنا، ان کی لنگر وغیرہ سب صوفیوں نے ہی چلایا تھا، جس کو آج بڑے پیمانے پر سکھزم میں اڈاپٹ کیا گیا ہے۔</w:t>
      </w:r>
    </w:p>
    <w:p>
      <w:r>
        <w:rPr>
          <w:b/>
        </w:rPr>
        <w:t xml:space="preserve">[58:55] </w:t>
      </w:r>
      <w:r>
        <w:t>to yeh unhi logon ne chalaya tha. jitne bhi log wahan aate the, unka khana peena sab yeh log intezam karte the. kabhi kabhi aisa hota tha ke apna khana bhi de dete the, jab dekhte the ke ab aur kuch nahi hai.</w:t>
      </w:r>
    </w:p>
    <w:p>
      <w:pPr>
        <w:jc w:val="right"/>
      </w:pPr>
      <w:r>
        <w:t>تو یہ انہی لوگوں نے چلایا تھا۔ جتنے بھی لوگ وہاں آتے تھے، ان کا کھانا پینا سب یہ لوگ انتظام کرتے تھے۔ کبھی کبھی ایسا ہوتا تھا کہ اپنا کھانا بھی دے دیتے تھے، جب دیکھتے تھے کہ اب اور کچھ نہیں ہے۔</w:t>
      </w:r>
    </w:p>
    <w:p>
      <w:r>
        <w:rPr>
          <w:b/>
        </w:rPr>
        <w:t xml:space="preserve">[59:08] </w:t>
      </w:r>
      <w:r>
        <w:t>to</w:t>
      </w:r>
    </w:p>
    <w:p>
      <w:pPr>
        <w:jc w:val="right"/>
      </w:pPr>
      <w:r>
        <w:t>تو</w:t>
      </w:r>
    </w:p>
    <w:p>
      <w:r>
        <w:rPr>
          <w:b/>
        </w:rPr>
        <w:t xml:space="preserve">[59:10] </w:t>
      </w:r>
      <w:r>
        <w:t>to is tareeqay se woh kaam karte rahe, aur bahut sare poore dunya mein is waqt sofia log kaam kar rahe the. kuch mashhoor sofia jo hain, jaise Jalaluddin Muhammad Rumi, to yeh Balkh, Afghanistan se le kar Konya, Turkey gaye, unfit.</w:t>
      </w:r>
    </w:p>
    <w:p>
      <w:pPr>
        <w:jc w:val="right"/>
      </w:pPr>
      <w:r>
        <w:t>تو اس طریقے سے وہ کام کرتے رہے، اور بہت سارے پورے دنیا میں اس وقت صوفیا لوگ کام کر رہے تھے۔ کچھ مشہور صوفیا جو ہیں، جیسے جلال الدین محمد رومی، تو یہ بلخ، افغانستان سے لے کر کونیا، ٹرکی گئے، ان فٹ۔</w:t>
      </w:r>
    </w:p>
    <w:p>
      <w:r>
        <w:rPr>
          <w:b/>
        </w:rPr>
        <w:t xml:space="preserve">[59:28] </w:t>
      </w:r>
      <w:r>
        <w:t>aap soch sakte hain jab aadmi unfit chalega to kitne logon se uski mulaqaten hongi. aur rastay mein jo bhi bade bade sofia milte, unke pas woh bethate</w:t>
      </w:r>
    </w:p>
    <w:p>
      <w:pPr>
        <w:jc w:val="right"/>
      </w:pPr>
      <w:r>
        <w:t>آپ سوچ سکتے ہیں جب آدمی ان فٹ چلے گا تو کتنے لوگوں سے اس کی ملاقاتیں ہوں گی۔ اور راستے میں جو بھی بڑے بڑے صوفیا ملتے، ان کے پاس وہ بیٹھتے</w:t>
      </w:r>
    </w:p>
    <w:p>
      <w:r>
        <w:rPr>
          <w:b/>
        </w:rPr>
        <w:t xml:space="preserve">[59:38] </w:t>
      </w:r>
      <w:r>
        <w:t xml:space="preserve"> , unke pas kuch time spend karte, aur unse learning karte. to is tareeqay se woh apne aap ko enrich, unke apne experiences ke zariye se apne aap ko karte rahe.</w:t>
      </w:r>
    </w:p>
    <w:p>
      <w:pPr>
        <w:jc w:val="right"/>
      </w:pPr>
      <w:r>
        <w:t>، ان کے پاس کچھ ٹائم سپینڈ کرتے، اور ان سے لرننگ کرتے۔ تو اس طریقے سے وہ اپنے آپ کو انرچ، ان کے اپنے ایکسپیرینسز کے ذریعے سے اپنے آپ کو کرتے رہے۔</w:t>
      </w:r>
    </w:p>
    <w:p>
      <w:r>
        <w:rPr>
          <w:b/>
        </w:rPr>
        <w:t xml:space="preserve">[59:52] </w:t>
      </w:r>
      <w:r>
        <w:t>isi tareeqay se Bahauddin Naqshbandi the, woh poora Central Asia unhon ne paidal chale, aur unhon ne rastay mein jagah jagah unko kabhi koi scholar mila</w:t>
      </w:r>
    </w:p>
    <w:p>
      <w:pPr>
        <w:jc w:val="right"/>
      </w:pPr>
      <w:r>
        <w:t>اسی طریقے سے بہاؤالدین نقشبندی تھے، وہ پورا سینٹرل ایشیا انہوں نے پیدل چلے، اور انہوں نے راستے میں جگہ جگہ ان کو کبھی کوئی سکالر ملت</w:t>
      </w:r>
    </w:p>
    <w:p>
      <w:r>
        <w:rPr>
          <w:b/>
        </w:rPr>
        <w:t xml:space="preserve">[1:00:04] </w:t>
      </w:r>
      <w:r>
        <w:t>a, kabhi koi sofi milta, to uske pas woh kuch dinon ke liye rehte aur unse seekhte sab kuch. to yeh log jo hain Makkah bhi paidal jatay.</w:t>
      </w:r>
    </w:p>
    <w:p>
      <w:pPr>
        <w:jc w:val="right"/>
      </w:pPr>
      <w:r>
        <w:t>ا، کبھی کوئی صوفی ملتا، تو اس کے پاس وہ کچھ دنوں کے لیے رہتے اور ان سے سیکھتے سب کچھ۔ تو یہ لوگ جو ہیں مکہ بھی پیدل جاتے۔</w:t>
      </w:r>
    </w:p>
    <w:p>
      <w:r>
        <w:rPr>
          <w:b/>
        </w:rPr>
        <w:t xml:space="preserve">[1:00:16] </w:t>
      </w:r>
      <w:r>
        <w:t>ab yeh log jab Makkah jatay the to sirf rituals ke liye nahi jatay the, balkay wahan tamam logon se mulaqaten karte the. wahan jitne bhi religious scholars hotay ya sofia hotay, ulma hotay, to unse woh wahan milte the.</w:t>
      </w:r>
    </w:p>
    <w:p>
      <w:pPr>
        <w:jc w:val="right"/>
      </w:pPr>
      <w:r>
        <w:t>اب یہ لوگ جب مکہ جاتے تھے تو صرف ریچولز کے لیے نہیں جاتے تھے، بلکہ وہاں تمام لوگوں سے ملاقاتیں کرتے تھے۔ وہاں جتنے بھی ریلیجس سکالرز ہوتے یا صوفیا ہوتے، علماء ہوتے، تو ان سے وہ وہاں ملتے تھے۔</w:t>
      </w:r>
    </w:p>
    <w:p>
      <w:r>
        <w:rPr>
          <w:b/>
        </w:rPr>
        <w:t xml:space="preserve">[1:00:31] </w:t>
      </w:r>
      <w:r>
        <w:t>to is tareeqay se woh jo hai un logon ka jo mazhab hai, mazhab aman, woh sari dunya mein, medieval world mein woh phail gaya.</w:t>
      </w:r>
    </w:p>
    <w:p>
      <w:pPr>
        <w:jc w:val="right"/>
      </w:pPr>
      <w:r>
        <w:t>تو اس طریقے سے وہ جو ہے ان لوگوں کا جو مذہب ہے، مذہب امن، وہ ساری دنیا میں، میڈیول ورلڈ میں وہ پھیل گیا۔</w:t>
      </w:r>
    </w:p>
    <w:p>
      <w:r>
        <w:rPr>
          <w:b/>
        </w:rPr>
        <w:t xml:space="preserve">[1:00:43] </w:t>
      </w:r>
      <w:r>
        <w:t>to yeh jo travels unke hotay the, woh samajh lijiye, usko aap spiritual journey keh sakte hain. to jaise Maulana bhi sari zindagi safar karte rahe.</w:t>
      </w:r>
    </w:p>
    <w:p>
      <w:pPr>
        <w:jc w:val="right"/>
      </w:pPr>
      <w:r>
        <w:t>تو یہ جو ٹریولز ان کے ہوتے تھے، وہ سمجھ لیجئے، اس کو آپ آپ سپرچول جرنی کہہ سکتے ہیں۔ تو جیسے مولانا بھی ساری زندگی سفر کرتے رہے۔</w:t>
      </w:r>
    </w:p>
    <w:p>
      <w:r>
        <w:rPr>
          <w:b/>
        </w:rPr>
        <w:t xml:space="preserve">[1:00:53] </w:t>
      </w:r>
      <w:r>
        <w:t>to pehle to unhon ne Mewad se safar shuru kiya. Mewad mein ek Abdul Rahim Baddadi sahib the,</w:t>
      </w:r>
    </w:p>
    <w:p>
      <w:pPr>
        <w:jc w:val="right"/>
      </w:pPr>
      <w:r>
        <w:t>تو پہلے تو انہوں نے میواد سے سفر شروع کیا۔ میواد میں ایک عبدالرحیم بڈیڈی صاحب تھے،</w:t>
      </w:r>
    </w:p>
    <w:p>
      <w:r>
        <w:rPr>
          <w:b/>
        </w:rPr>
        <w:t xml:space="preserve">[1:01:00] </w:t>
      </w:r>
      <w:r>
        <w:t>to woh apne sath in ko mewad le jate thay, jagah jagah in ko tarah tarah ke experiences hotay thay. phir us ke baad jahan bhi moqa milta tha safar ka, to pehle to india mein, phir us ke baad bahir janay ka bohat moqa mila.</w:t>
      </w:r>
    </w:p>
    <w:p>
      <w:pPr>
        <w:jc w:val="right"/>
      </w:pPr>
      <w:r>
        <w:t>تو وہ اپنے ساتھ ان کو میواد لے جاتے تھے، جگہ جگہ ان کو طرح طرح کے ایکسپیرینسز ہوتے تھے۔ پھر اس کے بعد جہاں بھی موقع ملتا تھا سفر کا، تو پہلے تو انڈیا میں، پھر اس کے بعد باہر جانے کا بہت موقع ملا۔</w:t>
      </w:r>
    </w:p>
    <w:p>
      <w:r>
        <w:rPr>
          <w:b/>
        </w:rPr>
        <w:t xml:space="preserve">[1:01:17] </w:t>
      </w:r>
      <w:r>
        <w:t>unhon ne likha hai kahin ke taqreeban 200 bar woh hawai jahaz ka unhon ne safar kiya. to bahir safar karte rahay aur learning ke liye jahaz se hi woh learning shuru kar detay thay.</w:t>
      </w:r>
    </w:p>
    <w:p>
      <w:pPr>
        <w:jc w:val="right"/>
      </w:pPr>
      <w:r>
        <w:t>انہوں نے لکھا ہے کہیں کہ تقریباً 200 بار وہ ہوائی جہاز کا انہوں نے سفر کیا۔ تو باہر سفر کرتے رہے اور لرننگ کے لیے جہاز سے ہی وہ لرننگ شروع کر دیتے تھے۔</w:t>
      </w:r>
    </w:p>
    <w:p>
      <w:r>
        <w:rPr>
          <w:b/>
        </w:rPr>
        <w:t xml:space="preserve">[1:01:29] </w:t>
      </w:r>
      <w:r>
        <w:t>kabhi kabhi mein bhi sath mein hoti thi to kehtay thay, "dekho is mein magazine rakha hua hai, dekho us ko batao kya kya hai is mein." is mein se kuch na kuch learning kar letay thay, kahin na kahin koi mil gaya, kisi se baat kar li.</w:t>
      </w:r>
    </w:p>
    <w:p>
      <w:pPr>
        <w:jc w:val="right"/>
      </w:pPr>
      <w:r>
        <w:t>کبھی کبھی میں بھی ساتھ میں ہوتی تھی تو کہتے تھے، "دیکھو اس میں میگزین رکھا ہوا ہے، دیکھو اس کو بتاؤ کیا کیا ہے اس میں۔" اس میں سے کچھ نہ کچھ لرننگ کر لیتے تھے، کہیں نہ کہیں کوئی مل گیا، کسی سے بات کر لی۔</w:t>
      </w:r>
    </w:p>
    <w:p>
      <w:r>
        <w:rPr>
          <w:b/>
        </w:rPr>
        <w:t xml:space="preserve">[1:01:42] </w:t>
      </w:r>
      <w:r>
        <w:t>to is tareeqay se woh apni learning barabar karte rahay. is wajah se aadmi bohat ziyada mature ho jata hai. agar woh aadmi sirf apne mein rahay to woh mazeed kya seekhay ga?</w:t>
      </w:r>
    </w:p>
    <w:p>
      <w:pPr>
        <w:jc w:val="right"/>
      </w:pPr>
      <w:r>
        <w:t>تو اس طریقے سے وہ اپنی لرننگ برابر کرتے رہے۔ اس وجہ سے آدمی بہت زیادہ میچور ہو جاتا ہے۔ اگر وہ آدمی صرف اپنے میں رہے تو وہ مزید کیا سیکھے گا؟</w:t>
      </w:r>
    </w:p>
    <w:p>
      <w:r>
        <w:rPr>
          <w:b/>
        </w:rPr>
        <w:t xml:space="preserve">[1:01:54] </w:t>
      </w:r>
      <w:r>
        <w:t>kyun ke insaan ke dimagh mein, jo insaan ka jo dimagh hai, is mein sab kuch potential form mein hai. to is ko actualize karne ke liye humain logon se interaction karna zaroori hai, sirf kitabon se nahi hota.</w:t>
      </w:r>
    </w:p>
    <w:p>
      <w:pPr>
        <w:jc w:val="right"/>
      </w:pPr>
      <w:r>
        <w:t>کیونکہ انسان کے دماغ میں، جو انسان کا جو دماغ ہے، اس میں سب کچھ پوٹینشل فارم میں ہے۔ تو اس کو ایکچولائز کرنے کے لیے ہمیں لوگوں سے انٹریکشن کرنا ضروری ہے، صرف کتابوں سے نہیں ہوتا۔</w:t>
      </w:r>
    </w:p>
    <w:p>
      <w:r>
        <w:rPr>
          <w:b/>
        </w:rPr>
        <w:t xml:space="preserve">[1:02:08] </w:t>
      </w:r>
      <w:r>
        <w:t>kitnay log Maulana ke paas atay thay aur kehtay thay ke "kitab hum ne parhi, itna samajh mein nahi aya jitna aap se mil kar ke samjhay hum.</w:t>
      </w:r>
    </w:p>
    <w:p>
      <w:pPr>
        <w:jc w:val="right"/>
      </w:pPr>
      <w:r>
        <w:t>کتنے لوگ مولانے کے پاس آتے تھے اور کہتے تھے کہ "کتاب ہم نے پڑھی، اتنا سمجھ میں نہیں آیا جتنا آپ سے مل کر کے سمجھے ہم۔</w:t>
      </w:r>
    </w:p>
    <w:p>
      <w:r>
        <w:rPr>
          <w:b/>
        </w:rPr>
        <w:t xml:space="preserve">[1:02:17] </w:t>
      </w:r>
      <w:r>
        <w:t>" Tariq Badr sahib, unhon ne sab kitaben parhi theen jo Lahore ke, aur unhon ne website bhi dekhi thi. lekin woh America aaye kehnay lagay, "aap se milnay ke baad jitna humain samajh mein aya, woh is se nahi samajh mein aya tha."</w:t>
      </w:r>
    </w:p>
    <w:p>
      <w:pPr>
        <w:jc w:val="right"/>
      </w:pPr>
      <w:r>
        <w:t>" طارق بدر صاحب، انہوں نے سب کتابیں پڑھی تھیں جو لاہور کے، اور انہوں نے ویب سائٹ بھی دیکھی تھی۔ لیکن وہ امریکہ آئے کہنے لگے، "آپ سے ملنے کے بعد جتنا ہمیں سمجھ میں آیا، وہ اس سے نہیں سمجھ میں آیا تھا۔"</w:t>
      </w:r>
    </w:p>
    <w:p>
      <w:r>
        <w:rPr>
          <w:b/>
        </w:rPr>
        <w:t xml:space="preserve">[1:02:33] </w:t>
      </w:r>
      <w:r>
        <w:t>to is tareeqay se humain bohat zaroori hai ke hum logon se mulaqaten karen aur is maqsad se mulaqat karen ke un se apni learning bhi karen gay aur sharing bhi karen gay, un ko Khuda ka paigham pohanchayen gay jo kuch humain mila hua hai.</w:t>
      </w:r>
    </w:p>
    <w:p>
      <w:pPr>
        <w:jc w:val="right"/>
      </w:pPr>
      <w:r>
        <w:t>تو اس طریقے سے ہمیں بہت ضروری ہے کہ ہم لوگوں سے ملاقاتیں کریں اور اس مقصد سے ملاقات کریں کہ ان سے اپنی لرننگ بھی کریں گے اور شیئرنگ بھی کریں گے، ان کو خدا کا پیغام پہنچائیں گے جو کچھ ہمیں ملا ہوا ہے۔</w:t>
      </w:r>
    </w:p>
    <w:p>
      <w:r>
        <w:rPr>
          <w:b/>
        </w:rPr>
        <w:t xml:space="preserve">[1:02:54] </w:t>
      </w:r>
      <w:r>
        <w:t>to aur sufia ka asal mein aik khaas baat thi ke woh un ke liye sab barabar</w:t>
      </w:r>
    </w:p>
    <w:p>
      <w:pPr>
        <w:jc w:val="right"/>
      </w:pPr>
      <w:r>
        <w:t>تو اور صوفیا کا اصل میں ایک خاص بات تھی کہ وہ ان کے لیے سب برابر</w:t>
      </w:r>
    </w:p>
    <w:p>
      <w:r>
        <w:rPr>
          <w:b/>
        </w:rPr>
        <w:t xml:space="preserve">[1:03:00] </w:t>
      </w:r>
      <w:r>
        <w:t>hotay thay, chota ho, bara ho, ameer ho, ghareeb ho, parha likha ho, jahil ho. to un ke bilkul selfless yeh hotay thay. isi wajah se tamam log jo hain, un ke paas atay thay.</w:t>
      </w:r>
    </w:p>
    <w:p>
      <w:pPr>
        <w:jc w:val="right"/>
      </w:pPr>
      <w:r>
        <w:t>ہوتے تھے، چھوٹا ہو، بڑا ہو، امیر ہو، غریب ہو، پڑھا لکھا ہو، جاہل ہو۔ تو ان کے بالکل سیلف لیس یہ ہوتے تھے۔ اسی وجہ سے تمام لوگ جو ہیں، ان کے پاس آتے تھے۔</w:t>
      </w:r>
    </w:p>
    <w:p>
      <w:r>
        <w:rPr>
          <w:b/>
        </w:rPr>
        <w:t xml:space="preserve">[1:03:13] </w:t>
      </w:r>
      <w:r>
        <w:t>aur aik zamanay tha ke bas sufi culture hi sari dunya mein chalta tha. to bohat hi aman aman qaim tha aur bohat hi ziyada log aik doosray se mohabbat karte thay, aik doosray se achay taluqat thay.</w:t>
      </w:r>
    </w:p>
    <w:p>
      <w:pPr>
        <w:jc w:val="right"/>
      </w:pPr>
      <w:r>
        <w:t>اور ایک زمانہ تھا کہ بس صوفی کلچر ہی ساری دنیا میں چلتا تھا۔ تو بہت ہی امن امن قائم تھا اور بہت ہی زیادہ لوگ ایک دوسرے سے محبت کرتے تھے، ایک دوسرے سے اچھے تعلقات تھے۔</w:t>
      </w:r>
    </w:p>
    <w:p>
      <w:r>
        <w:rPr>
          <w:b/>
        </w:rPr>
        <w:t xml:space="preserve">[1:03:30] </w:t>
      </w:r>
      <w:r>
        <w:t>to woh sab ab khatam ho gaya. ab dobara humain revive karna hai is culture ko, jo peghambaron ke culture ko, sufiyon ke culture ko, aur dunya mein aman o ashti ke sath is dunya mein rehna hai.</w:t>
      </w:r>
    </w:p>
    <w:p>
      <w:pPr>
        <w:jc w:val="right"/>
      </w:pPr>
      <w:r>
        <w:t>تو وہ سب اب ختم ہو گیا۔ اب دوبارہ ہمیں ریوائیو کرنا ہے اس کلچر کو، جو پیغمبروں کے کلچر کو، صوفیوں کے کلچر کو، اور دنیا میں امن و اشتی کے ساتھ اس دنیا میں رہنا ہے۔</w:t>
      </w:r>
    </w:p>
    <w:p>
      <w:r>
        <w:rPr>
          <w:b/>
        </w:rPr>
        <w:t xml:space="preserve">[1:03:44] </w:t>
      </w:r>
      <w:r>
        <w:t>jang o jadal se kuch milnay wala nahi hai. to yeh jo hai, is ko hum interfaith harmony bhi keh sakte hain ke aik doosray se Maulana kehtay hain, "humain azan fardan karna hai, exchange of ideas karne</w:t>
      </w:r>
    </w:p>
    <w:p>
      <w:pPr>
        <w:jc w:val="right"/>
      </w:pPr>
      <w:r>
        <w:t>جنگ و جدال سے کچھ ملنے والا نہیں ہے۔ تو یہ جو ہے، اس کو ہم انٹر فیتھ ہارمونی بھی کہہ سکتے ہیں کہ ایک دوسرے سے مولانا کہہ دیتے ہیں، "ہمیں اذان فردان کرنا ہے، ایکسچینج آف آئیڈیاز کرنے</w:t>
      </w:r>
    </w:p>
    <w:p>
      <w:r>
        <w:rPr>
          <w:b/>
        </w:rPr>
        <w:t xml:space="preserve">[1:03:59] </w:t>
      </w:r>
      <w:r>
        <w:t>hain." is se humain aik jaise hum, hamaray hamaray paas kuch idea hai, ab doosray se humain kuch idea mila to is se hamari jo idea jo hai, aur enrich hota hai, kuch third idea is mein se niklta hai.</w:t>
      </w:r>
    </w:p>
    <w:p>
      <w:pPr>
        <w:jc w:val="right"/>
      </w:pPr>
      <w:r>
        <w:t>ہیں۔" اس سے ہمیں ایک جیسے ہم، ہمارے ہمارے پاس کچھ آئیڈیا ہے، اب دوسرے سے ہمیں کچھ آئیڈیا ملا تو اس سے ہماری جو آئیڈیا جو ہے، اور انرچ ہوتا ہے، کچھ تھرڈ آئیڈیا اس میں سے نکلتا ہے۔</w:t>
      </w:r>
    </w:p>
    <w:p>
      <w:r>
        <w:rPr>
          <w:b/>
        </w:rPr>
        <w:t xml:space="preserve">[1:04:13] </w:t>
      </w:r>
      <w:r>
        <w:t>to is tareeqay se humain apne aap ko band kar ke ab apne ghar mein nahi rehna hai, balkay logon se milna hai, logon se taluqat bananay hain, jahan moqa milay safar karna hai, aur aik doosray se learning karni</w:t>
      </w:r>
    </w:p>
    <w:p>
      <w:pPr>
        <w:jc w:val="right"/>
      </w:pPr>
      <w:r>
        <w:t>تو اس طریقے سے ہمیں اپنے آپ کو بند کر کے اب اپنے گھر میں نہیں رہنا ہے، بلکہ لوگوں سے ملنا ہے، لوگوں سے تعلقات بنانے ہیں، جہاں موقع ملے سفر کرنا ہے، اور ایک دوسرے سے لرننگ کرنی</w:t>
      </w:r>
    </w:p>
    <w:p>
      <w:r>
        <w:rPr>
          <w:b/>
        </w:rPr>
        <w:t xml:space="preserve">[1:04:28] </w:t>
      </w:r>
      <w:r>
        <w:t>hai. to isi mein humain dunya ka bhi bhala hai aur isi mein akhirat ka bhi. Allah taala bohat bara ajr dain gay is ka. Apa, before I invite Doctor sahib, yeh aik follow up question hai in sufism, because yahan pe thora sa confusion hai.</w:t>
      </w:r>
    </w:p>
    <w:p>
      <w:pPr>
        <w:jc w:val="right"/>
      </w:pPr>
      <w:r>
        <w:t>ہے۔ تو اسی میں ہمیں دنیا کا بھی بھلا ہے اور اسی میں آخرت کا بھی۔ اللہ تعالی بہت بڑا اجر دیں گے اس کا۔ آپا، بیفور آئی انوائٹ ڈاکٹر صاحب، یہ ایک فالو اپ کوسچن ہے ان صوفیزم، بیکاز یہاں پہ شاید تھوڑا سا کنفیوژن ہے۔</w:t>
      </w:r>
    </w:p>
    <w:p>
      <w:r>
        <w:rPr>
          <w:b/>
        </w:rPr>
        <w:t xml:space="preserve">[1:04:44] </w:t>
      </w:r>
      <w:r>
        <w:t>Anis Rehman sahib, jo Pakistan se program ko dekh rahay hain, unhon ne bhi aik sawal kiya tha. unhon ne aap se follow up question kiya hai ke lekin Maulana sahib to sufism ke qail nahi thay, to is ko bhi aap wazeh kar dain.</w:t>
      </w:r>
    </w:p>
    <w:p>
      <w:pPr>
        <w:jc w:val="right"/>
      </w:pPr>
      <w:r>
        <w:t>انیس رحمان صاحب، جو پاکستان سے پروگرام کو دیکھ رہے ہیں، انہوں نے بھی ایک سوال بھی کیا تھا۔ انہوں نے آپ سے فالو اپ کوسچن کیا ہے کہ لیکن مولانا صاحب تو صوفیزم کے قائل نہیں تھے، تو اس کو بھی آپ واضح کر دیں۔</w:t>
      </w:r>
    </w:p>
    <w:p>
      <w:r>
        <w:rPr>
          <w:b/>
        </w:rPr>
        <w:t xml:space="preserve">[1:04:58] </w:t>
      </w:r>
      <w:r>
        <w:t>Maulana sahib to kehtay thay, "I am sufi by birth." matlab woh sufi, woh sufism jo ritual based sufism ho gaya tha, us ke qail nahi</w:t>
      </w:r>
    </w:p>
    <w:p>
      <w:pPr>
        <w:jc w:val="right"/>
      </w:pPr>
      <w:r>
        <w:t>مولانا صاحب تو کہتے تھے، "آئی ایم صوفی بائی برتھ۔" مطلب وہ صوفی، وہ صوفیزم جو ریچول بیسڈ صوفیزم ہو گیا تھا، اس کے قائل نہیں</w:t>
      </w:r>
    </w:p>
    <w:p>
      <w:r>
        <w:rPr>
          <w:b/>
        </w:rPr>
        <w:t xml:space="preserve">[1:05:09] </w:t>
      </w:r>
      <w:r>
        <w:t>thay. lekin sufi jo ka jo matlab hai ke purification of the self, simplicity, Khuda se taluq, Khuda se marifat, aur logon se mohabbat, itna ziyada logon se mohabbat karte thay ke mujhe kabhi aisa nahi laga ke doosray logon se,</w:t>
      </w:r>
    </w:p>
    <w:p>
      <w:pPr>
        <w:jc w:val="right"/>
      </w:pPr>
      <w:r>
        <w:t>تھے۔ لیکن صوفی جو کا جو مطلب ہے کہ پیوریفیکیشن آف دا سیلف، سمپلیسٹی، خدا سے تعلق، خدا سے معرفت، اور لوگوں سے محبت، اتنا زیادہ لوگوں سے محبت کرتے تھے کہ مجھے کبھی ایسا نہیں لگا کہ دوسرے لوگوں سے،</w:t>
      </w:r>
    </w:p>
    <w:p>
      <w:r>
        <w:rPr>
          <w:b/>
        </w:rPr>
        <w:t xml:space="preserve">[1:05:28] </w:t>
      </w:r>
      <w:r>
        <w:t>apnay bachon ke ke muqablay mein, doosray logon se woh un ko kam mohabbat hai. ji</w:t>
      </w:r>
    </w:p>
    <w:p>
      <w:pPr>
        <w:jc w:val="right"/>
      </w:pPr>
      <w:r>
        <w:t>اپنے بچوں کے کے مقابلے میں، دوسرے لوگوں سے وہ ان کو کم محبت ہے۔ جی</w:t>
      </w:r>
    </w:p>
    <w:p>
      <w:r>
        <w:rPr>
          <w:b/>
        </w:rPr>
        <w:t xml:space="preserve">[1:05:34] </w:t>
      </w:r>
      <w:r>
        <w:t>to yeh sab jo values theen, jo values theen sufia ki, woh sab un ke andar theen. lekin woh rituals jo hain na, yeh sab qawali wali jo baad mein chala hai, yeh sab baad mein yeh doosray culture se bohat sari cheezain Islamize kar li gayi hain.</w:t>
      </w:r>
    </w:p>
    <w:p>
      <w:pPr>
        <w:jc w:val="right"/>
      </w:pPr>
      <w:r>
        <w:t>تو یہ سب جو ویلیوز تھیں، جو ویلیوز تھیں صوفیا کی، وہ سب ان کے اندر تھیں۔ لیکن وہ ریچولز جو ہیں نا، یہ سب قوالی والی جو بعد میں چلا ہے، یہ سب بعد میں یہ دوسرے کلچر سے بہت ساری چیزیں اسلامائز کر لی گئی ہیں۔</w:t>
      </w:r>
    </w:p>
    <w:p>
      <w:r>
        <w:rPr>
          <w:b/>
        </w:rPr>
        <w:t xml:space="preserve">[1:05:55] </w:t>
      </w:r>
      <w:r>
        <w:t>is ko woh nahi mantay thay, lekin woh to khud unhon ne kaha, "I am sufi by birth."</w:t>
      </w:r>
    </w:p>
    <w:p>
      <w:pPr>
        <w:jc w:val="right"/>
      </w:pPr>
      <w:r>
        <w:t>اس کو وہ نہیں مانتے تھے، لیکن وہ تو خود انہوں نے کہا، "آئی ایم صوفی بائی برتھ۔"</w:t>
      </w:r>
    </w:p>
    <w:p>
      <w:r>
        <w:rPr>
          <w:b/>
        </w:rPr>
        <w:t xml:space="preserve">[1:06:00] </w:t>
      </w:r>
      <w:r>
        <w:t>Apa, in the sense that jaise living style mein woh sufism un ka bilkul unhon ne adopt kiya hua tha, simplistic level pe rehna aur apni zindagi ko batana.</w:t>
      </w:r>
    </w:p>
    <w:p>
      <w:pPr>
        <w:jc w:val="right"/>
      </w:pPr>
      <w:r>
        <w:t>آپا، ان دا سینس دیٹ جیسے لیونگ سٹائل میں وہ صوفیزم ان کا بالکل انہوں نے اڈاپٹ کیا ہوا تھا، سمپلسٹک لیول پہ رہنا اور اپنی زندگی کو بتانا۔</w:t>
      </w:r>
    </w:p>
    <w:p>
      <w:r>
        <w:rPr>
          <w:b/>
        </w:rPr>
        <w:t xml:space="preserve">[1:06:13] </w:t>
      </w:r>
      <w:r>
        <w:t>but otherwise he has written a lot ke woh hard b</w:t>
      </w:r>
    </w:p>
    <w:p>
      <w:pPr>
        <w:jc w:val="right"/>
      </w:pPr>
      <w:r>
        <w:t>بٹ ادروائز ہی از رٹن ا لاٹ کہ وہ ہارڈ ب</w:t>
      </w:r>
    </w:p>
    <w:p>
      <w:r>
        <w:rPr>
          <w:b/>
        </w:rPr>
        <w:t xml:space="preserve">[1:06:16] </w:t>
      </w:r>
      <w:r>
        <w:t>yes tha. to unhon ne aik tareeqay se contemporized aur modernized kiya sufism ko ke ideologically to mind based spirituality hi rahay gi, jaisa ke Quran aur Hadith mein milta hai.</w:t>
      </w:r>
    </w:p>
    <w:p>
      <w:pPr>
        <w:jc w:val="right"/>
      </w:pPr>
      <w:r>
        <w:t>یس تھا۔ تو انہوں نے ایک طریقے سے کنٹیمپرائز اور ماڈرنائز کیا صوفیزم کو کہ آئیڈیالوجیکلی تو مائنڈ بیس سپرچویلٹی ہی رہے گی، جیسا کہ قرآن اور حدیث میں ملتا ہے۔</w:t>
      </w:r>
    </w:p>
    <w:p>
      <w:r>
        <w:rPr>
          <w:b/>
        </w:rPr>
        <w:t xml:space="preserve">[1:06:26] </w:t>
      </w:r>
      <w:r>
        <w:t>bat aap ke rehne aur sehne, aap ko jo zindagi batani hai, woh sofi style hona chahiye. dekhen, early sofis waise hi the, bilkul woh Khuda se darte the.</w:t>
      </w:r>
    </w:p>
    <w:p>
      <w:pPr>
        <w:jc w:val="right"/>
      </w:pPr>
      <w:r>
        <w:t>بٹ آپ کے رہنے اور سہنے، آپ کو جو زندگی بتانی ہے، وہ صوفی سٹائل ہونا چاہیے۔ دیکھیں، ارلی صوفیز ویسے ہی تھے، بالکل وہ خدا سے ڈرتے تھے۔</w:t>
      </w:r>
    </w:p>
    <w:p>
      <w:r>
        <w:rPr>
          <w:b/>
        </w:rPr>
        <w:t xml:space="preserve">[1:06:37] </w:t>
      </w:r>
      <w:r>
        <w:t>ji, bohat ziyada Khuda se darte the, rote the, namazen parhte the, ibadat karte the, aur jahan koi milta tha,</w:t>
      </w:r>
    </w:p>
    <w:p>
      <w:pPr>
        <w:jc w:val="right"/>
      </w:pPr>
      <w:r>
        <w:t>جی، بہت زیادہ خدا سے ڈرتے تھے، روتے تھے، نمازیں پڑھتے تھے، عبادت کرتے تھے، اور جہاں کوئی ملتا تھا،</w:t>
      </w:r>
    </w:p>
    <w:p>
      <w:r>
        <w:rPr>
          <w:b/>
        </w:rPr>
        <w:t xml:space="preserve">[1:06:44] </w:t>
      </w:r>
      <w:r>
        <w:t>us ko Khuda ki baaten batate the. to woh early sofis ke mutabiq the woh. lekin baad mein jo sofia ne doosre doosre culture ko adopt kar liya, us se woh mutafiq nahi the.</w:t>
      </w:r>
    </w:p>
    <w:p>
      <w:pPr>
        <w:jc w:val="right"/>
      </w:pPr>
      <w:r>
        <w:t>اس کو خدا کی باتیں بتاتے تھے۔ تو وہ ارلی صوفیز کے مطابق تھے وہ۔ لیکن بعد میں جو صوفیا نے دوسرے دوسرے کلچر کو اڈاپٹ کر لیا، اس سے وہ متفق نہیں تھے۔</w:t>
      </w:r>
    </w:p>
    <w:p>
      <w:r>
        <w:rPr>
          <w:b/>
        </w:rPr>
        <w:t xml:space="preserve">[1:06:56] </w:t>
      </w:r>
      <w:r>
        <w:t>ji, bilkul. jazak Allah apa for doing a wonderful session today. we will wait for your next session, and till the time doctor sahib comes to launch the booklet, i would like to read few more comments that have come.</w:t>
      </w:r>
    </w:p>
    <w:p>
      <w:pPr>
        <w:jc w:val="right"/>
      </w:pPr>
      <w:r>
        <w:t>جی، بالکل۔ جزاک اللہ آپا فار ڈوئنگ ا ونڈرفل سیشن ٹوڈے۔ وی ویل ویٹ فار یور نیکسٹ سیشن، اینڈ ٹل دا ٹائم ڈاکٹر صاحب کمز ٹو لانچ دا بکلیٹ، آئی وڈ لائک ٹو ریڈ فیو مور کمنٹس دیٹ ہیو کم۔</w:t>
      </w:r>
    </w:p>
    <w:p>
      <w:r>
        <w:rPr>
          <w:b/>
        </w:rPr>
        <w:t xml:space="preserve">[1:07:12] </w:t>
      </w:r>
      <w:r>
        <w:t>Muhammad Irfan Rashidi sahib ne Nagpur se likha hai ke dawati zehan ke sath safar karna dunya aur akhirat dono mein faida mand hai.</w:t>
      </w:r>
    </w:p>
    <w:p>
      <w:pPr>
        <w:jc w:val="right"/>
      </w:pPr>
      <w:r>
        <w:t>محمد عرفان رشیدی صاحب نے ناکپور سے لکھا ہے کہ دعوتی ذہن کے ساتھ سفر کرنا دنیا اور آخرت دونوں میں فائدہ مند ہے۔</w:t>
      </w:r>
    </w:p>
    <w:p>
      <w:r>
        <w:rPr>
          <w:b/>
        </w:rPr>
        <w:t xml:space="preserve">[1:07:24] </w:t>
      </w:r>
      <w:r>
        <w:t>jazak Allah apa. Vikrant Dagar ne Noida se likha hai, "Thank you for doing this session on this topic of travel.</w:t>
      </w:r>
    </w:p>
    <w:p>
      <w:pPr>
        <w:jc w:val="right"/>
      </w:pPr>
      <w:r>
        <w:t>جزاک اللہ آپا۔ وکرانت ڈاگر نے نوئیڈا سے لکھا ہے، "تھینک یو فار ڈوئنگ دس سیشن ان دس ٹاپک آف ٹریول۔</w:t>
      </w:r>
    </w:p>
    <w:p>
      <w:r>
        <w:rPr>
          <w:b/>
        </w:rPr>
        <w:t xml:space="preserve">[1:07:34] </w:t>
      </w:r>
      <w:r>
        <w:t>People often travel, but do not have this perspective in mind. That travel is also a sunnah of prophets.</w:t>
      </w:r>
    </w:p>
    <w:p>
      <w:pPr>
        <w:jc w:val="right"/>
      </w:pPr>
      <w:r>
        <w:t>پیپل افن ٹریول، بٹ ڈو ناٹ ہیو دس پرسپیکٹو ان مائنڈ۔ دیٹ ٹریول از السو ا سنت آف پرافٹس۔</w:t>
      </w:r>
    </w:p>
    <w:p>
      <w:r>
        <w:rPr>
          <w:b/>
        </w:rPr>
        <w:t xml:space="preserve">[1:07:43] </w:t>
      </w:r>
      <w:r>
        <w:t>It is actually a double blessing that they are traveling and can also earn reward by doing dawah work on their travel.</w:t>
      </w:r>
    </w:p>
    <w:p>
      <w:pPr>
        <w:jc w:val="right"/>
      </w:pPr>
      <w:r>
        <w:t>اٹ از ایکچولی ا ڈبل بلیسنگ دیٹ دے آر ٹریولنگ اینڈ کین السو ارن ریوارڈ بائے ڈوئنگ داوا ورک ان دیر ٹریول۔</w:t>
      </w:r>
    </w:p>
    <w:p>
      <w:r>
        <w:rPr>
          <w:b/>
        </w:rPr>
        <w:t xml:space="preserve">[1:07:53] </w:t>
      </w:r>
      <w:r>
        <w:t>A thought provoking session and very informative." yeh comment bheja hai Yaqoob Um</w:t>
      </w:r>
    </w:p>
    <w:p>
      <w:pPr>
        <w:jc w:val="right"/>
      </w:pPr>
      <w:r>
        <w:t>ا تھاٹ پرووکنگ سیشن اینڈ ویری انفارمیٹیو۔" یہ کمنٹ بھیجا ہے یعقوب عم</w:t>
      </w:r>
    </w:p>
    <w:p>
      <w:r>
        <w:rPr>
          <w:b/>
        </w:rPr>
        <w:t xml:space="preserve">[1:08:02] </w:t>
      </w:r>
      <w:r>
        <w:t>re sahib ne, "Today talk by. Apa is very important and meaningful. Traveling for dawah work is a very crucial task for believers, as it is their duty.</w:t>
      </w:r>
    </w:p>
    <w:p>
      <w:pPr>
        <w:jc w:val="right"/>
      </w:pPr>
      <w:r>
        <w:t>ری صاحب نے، "ٹوڈے ٹاک بائے۔ آپا از ویری امپورٹنٹ اینڈ میننگ فل۔ ٹریولنگ فار داوا ورک از ا ویری کروشل ٹاسک فار بیلیورز، ایز اٹ از دیر ڈیوٹی۔</w:t>
      </w:r>
    </w:p>
    <w:p>
      <w:r>
        <w:rPr>
          <w:b/>
        </w:rPr>
        <w:t xml:space="preserve">[1:08:13] </w:t>
      </w:r>
      <w:r>
        <w:t>Today most Muslims are engaged in community work, which is of secondary importance. The most important mission given to Muslims is dawah.</w:t>
      </w:r>
    </w:p>
    <w:p>
      <w:pPr>
        <w:jc w:val="right"/>
      </w:pPr>
      <w:r>
        <w:t>ٹوڈے موسٹ مسلمز ار انگیجڈ ان کمیونٹی ورک، وچ از اف سیکنڈری امپورٹنس۔ دا موسٹ امپورٹنٹ مشن گیون ٹو مسلمز از داوا۔</w:t>
      </w:r>
    </w:p>
    <w:p>
      <w:r>
        <w:rPr>
          <w:b/>
        </w:rPr>
        <w:t xml:space="preserve">[1:08:22] </w:t>
      </w:r>
      <w:r>
        <w:t>Muslims should now exert their time, energy and money to ensure the Quran reaches every nook and corner of the globe."</w:t>
      </w:r>
    </w:p>
    <w:p>
      <w:pPr>
        <w:jc w:val="right"/>
      </w:pPr>
      <w:r>
        <w:t>مسلمز شوڈ ناو ایگزرٹ دیر ٹائم، انرجی اینڈ منی ٹو انشور دا قرآن ریچز ایوری نوک اینڈ کارنر آف دا گلوب۔"</w:t>
      </w:r>
    </w:p>
    <w:p>
      <w:r>
        <w:rPr>
          <w:b/>
        </w:rPr>
        <w:t xml:space="preserve">[1:08:32] </w:t>
      </w:r>
      <w:r>
        <w:t>So with this, we will now go towards the launch of the new booklet, new translation of Maulana Wahiduddin Khan sahib book in Prophet Muhammad life in Punjabi language.</w:t>
      </w:r>
    </w:p>
    <w:p>
      <w:pPr>
        <w:jc w:val="right"/>
      </w:pPr>
      <w:r>
        <w:t>سو ود دس، وی ویل ناو گو ٹورڈز دی لانچ آف دا نیو بکلیٹ، نیو ٹرانسلیشن آف مولانا وحید الدین خان صاحب بک ان پرافٹ محمد لائف ان پنجابی لینگویج۔</w:t>
      </w:r>
    </w:p>
    <w:p>
      <w:r>
        <w:rPr>
          <w:b/>
        </w:rPr>
        <w:t xml:space="preserve">[1:08:48] </w:t>
      </w:r>
      <w:r>
        <w:t>We have been time and again launching new books in different languages, national and international languages, including the Quran translation</w:t>
      </w:r>
    </w:p>
    <w:p>
      <w:pPr>
        <w:jc w:val="right"/>
      </w:pPr>
      <w:r>
        <w:t>وی ہیو بین ٹائم اینڈ اگین لانچنگ نیو بکس ان ڈفرنٹ لینگویجز، نیشنل اینڈ انٹرنیشنل لینگویجز، انکلوڈنگ دا قرآن ٹرانسلیشن</w:t>
      </w:r>
    </w:p>
    <w:p>
      <w:r>
        <w:rPr>
          <w:b/>
        </w:rPr>
        <w:t xml:space="preserve">[1:08:56] </w:t>
      </w:r>
      <w:r>
        <w:t>. This one is in Punjabi, because we have been receiving many requests of Maulana sahib literature to be brought in Punjabi language.</w:t>
      </w:r>
    </w:p>
    <w:p>
      <w:pPr>
        <w:jc w:val="right"/>
      </w:pPr>
      <w:r>
        <w:t>۔ دس ون از ان پنجابی، بیکاز وی ہیو بین ریسیونگ مینی ریکویسٹ آف مولانا صاحب لٹریچر ٹو بی براٹ ان پنجابی لینگویج۔</w:t>
      </w:r>
    </w:p>
    <w:p>
      <w:r>
        <w:rPr>
          <w:b/>
        </w:rPr>
        <w:t xml:space="preserve">[1:09:07] </w:t>
      </w:r>
      <w:r>
        <w:t>Early doctor sahib had launched the Quran translation in Punjabi and some other work. Today is the new translation launch, so I will request him to do the launch.</w:t>
      </w:r>
    </w:p>
    <w:p>
      <w:pPr>
        <w:jc w:val="right"/>
      </w:pPr>
      <w:r>
        <w:t>ارلی ڈاکٹر صاحب ہیڈ لانچڈ دا قرآن ٹرانسلیشن ان پنجابی اینڈ سم ادر ورک۔ ٹوڈے از دا نیو ٹرانسلیشن لانچ، سو آئی ویل ریکویسٹ ہم ٹو ڈو دا لانچ۔</w:t>
      </w:r>
    </w:p>
    <w:p>
      <w:r>
        <w:rPr>
          <w:b/>
        </w:rPr>
        <w:t xml:space="preserve">[1:09:18] </w:t>
      </w:r>
      <w:r>
        <w:t>Doctor sahib, Bismillah Rahman Rahim.</w:t>
      </w:r>
    </w:p>
    <w:p>
      <w:pPr>
        <w:jc w:val="right"/>
      </w:pPr>
      <w:r>
        <w:t>ڈاکٹر صاحب، بسم اللہ الرحمن الرحیم۔</w:t>
      </w:r>
    </w:p>
    <w:p>
      <w:r>
        <w:rPr>
          <w:b/>
        </w:rPr>
        <w:t xml:space="preserve">[1:09:21] </w:t>
      </w:r>
      <w:r>
        <w:t>Jaisa aap ne bhi kaha, aaj ka masha Allah jo talk thi apa ki, aaj ki talk bohat hi achi thi. Aur khaas taur se jo safar ke bare mein aur is ka jo sahi istemal hai safar ka, ke is ko dawati maqsad ke liye kiya jaye.</w:t>
      </w:r>
    </w:p>
    <w:p>
      <w:pPr>
        <w:jc w:val="right"/>
      </w:pPr>
      <w:r>
        <w:t>جیسا آپ نے بھی کہا، آج کا ماشاءاللہ جو ٹاک تھی آپا کی، آج کی ٹاک بہت ہی اچھی تھی۔ اور خاص طور سے جو سفر کے بارے میں اور اس کا جو صحیح استعمال ہے سفر کا، کہ اس کو دعوتی مقصد کے لیے کیا جائے۔</w:t>
      </w:r>
    </w:p>
    <w:p>
      <w:r>
        <w:rPr>
          <w:b/>
        </w:rPr>
        <w:t xml:space="preserve">[1:09:38] </w:t>
      </w:r>
      <w:r>
        <w:t>To yeh concept Maulana ne hi diya, aur jaisa apa ne kaha hai ke Maulana ne khud safar kiya hai. Ji, aur safarnamay likhe, jaisa aap ko pata hai.</w:t>
      </w:r>
    </w:p>
    <w:p>
      <w:pPr>
        <w:jc w:val="right"/>
      </w:pPr>
      <w:r>
        <w:t>تو یہ کانسیپٹ مولانا نے ہی دیا، اور جیسا آپا نے کہا ہے کہ مولانا نے خود سفر کیا ہے۔ جی، اور سفرنامے لکھے، جیسا آپ کو پتہ ہے۔</w:t>
      </w:r>
    </w:p>
    <w:p>
      <w:r>
        <w:rPr>
          <w:b/>
        </w:rPr>
        <w:t xml:space="preserve">[1:09:46] </w:t>
      </w:r>
      <w:r>
        <w:t>Ji, aur mujhe yaad hai ke Maulana Mewat ka safar, ek ek Mewat ka safar, ek ek kitaab hai.</w:t>
      </w:r>
    </w:p>
    <w:p>
      <w:pPr>
        <w:jc w:val="right"/>
      </w:pPr>
      <w:r>
        <w:t>جی، اور مجھے یاد ہے کہ مولانا میوات کا سفر، ایک ایک میوات کا سفر، ایک ایک کتاب ہے۔</w:t>
      </w:r>
    </w:p>
    <w:p>
      <w:r>
        <w:rPr>
          <w:b/>
        </w:rPr>
        <w:t xml:space="preserve">[1:09:56] </w:t>
      </w:r>
      <w:r>
        <w:t>To is mein likha hai ke woh safar aam taur se bus se hota tha. Ji, yahan se bus jaya karti thi Mewat. To batate hain ke main aage baitha hua tha driver ke seat ke pass aur baith ke likh raha tha.</w:t>
      </w:r>
    </w:p>
    <w:p>
      <w:pPr>
        <w:jc w:val="right"/>
      </w:pPr>
      <w:r>
        <w:t>تو اس میں لکھا ہے کہ وہ سفر عام طور سے بس سے ہوتا تھا۔ جی، یہاں سے بس جایا کرتی تھی میوات۔ تو بتاتے ہیں کہ میں آگے بیٹھا ہوا تھا ڈرائیور کے سیٹ کے پاس اور بیٹھ کے لکھ رہا تھا۔</w:t>
      </w:r>
    </w:p>
    <w:p>
      <w:r>
        <w:rPr>
          <w:b/>
        </w:rPr>
        <w:t xml:space="preserve">[1:10:11] </w:t>
      </w:r>
      <w:r>
        <w:t>To driver ne kaha ke Maulana sahib, koi shair suna</w:t>
      </w:r>
    </w:p>
    <w:p>
      <w:pPr>
        <w:jc w:val="right"/>
      </w:pPr>
      <w:r>
        <w:t>تو ڈرائیور نے کہا کہ مولانا صاحب، کوئی شعر سنائی</w:t>
      </w:r>
    </w:p>
    <w:p>
      <w:r>
        <w:rPr>
          <w:b/>
        </w:rPr>
        <w:t xml:space="preserve">[1:10:14] </w:t>
      </w:r>
      <w:r>
        <w:t>e. To unhon ne kaha, "Nahi, main shair shairi nahi karta." To driver ne kaha ke hamare khayal se to sare Musalman shair hote hain.</w:t>
      </w:r>
    </w:p>
    <w:p>
      <w:pPr>
        <w:jc w:val="right"/>
      </w:pPr>
      <w:r>
        <w:t>ے۔ تو انہوں نے کہا، "نہیں، میں شعر شعر و شاعری نہیں کرتا۔" تو ڈرائیور نے کہا کہ ہمارے خیال سے تو سارے مسلمان شاعر ہوتے ہیں۔</w:t>
      </w:r>
    </w:p>
    <w:p>
      <w:r>
        <w:rPr>
          <w:b/>
        </w:rPr>
        <w:t xml:space="preserve">[1:10:24] </w:t>
      </w:r>
      <w:r>
        <w:t>Ji, to aise hi main ek baar safar kar raha tha Maulana ke sath, shayad pehla safar tha US ka.</w:t>
      </w:r>
    </w:p>
    <w:p>
      <w:pPr>
        <w:jc w:val="right"/>
      </w:pPr>
      <w:r>
        <w:t>جی، تو ایسے ہی میں ایک بار سفر کر رہا تھا مولانا کے ساتھ، شاید پہلا سفر تھا یو ایس کا۔</w:t>
      </w:r>
    </w:p>
    <w:p>
      <w:r>
        <w:rPr>
          <w:b/>
        </w:rPr>
        <w:t xml:space="preserve">[1:10:32] </w:t>
      </w:r>
      <w:r>
        <w:t>To main chunke pehli baar shayad jahaz mein baitha tha, to main idhar udhar dekh raha tha ke kaisa jahaz hota hai. Aur jab jahaz ura to maine dekha ke Maulana ne aise pair kiya is pe seat pe aur aise kuch likhne lage.</w:t>
      </w:r>
    </w:p>
    <w:p>
      <w:pPr>
        <w:jc w:val="right"/>
      </w:pPr>
      <w:r>
        <w:t>تو میں چونکہ پہلی بار شاید جہاز میں بیٹھا تھا، تو میں ادھر ادھر دیکھ رہا تھا کہ کیسا جہاز ہوتا ہے۔ اور جب جہاز اڑا تو میں نے دیکھا کہ مولانا نے ایسے پیر کیا اس پہ سیٹ پہ اور ایسے کچھ لکھنے لگے۔</w:t>
      </w:r>
    </w:p>
    <w:p>
      <w:r>
        <w:rPr>
          <w:b/>
        </w:rPr>
        <w:t xml:space="preserve">[1:10:44] </w:t>
      </w:r>
      <w:r>
        <w:t>humm, to mein ne ghor se dekha ke kya likh rahe hain. to unhon ne likha tha ke jab hamara jahaz ura fiza mein to mujhe aisa laga ke ek bohat bari chirya meri rooh ko le ke aasman mein ur gayi.</w:t>
      </w:r>
    </w:p>
    <w:p>
      <w:pPr>
        <w:jc w:val="right"/>
      </w:pPr>
      <w:r>
        <w:t>ہمم، تو میں نے غور سے دیکھا کہ کیا لکھ رہے ہیں۔ تو انہوں نے لکھا تھا کہ جب ہمارا جہاز اڑا فضا میں تو مجھے ایسا لگا کہ ایک بہت بڑی چڑیا میری روح کو لے کے آسمان میں اڑ گئی۔</w:t>
      </w:r>
    </w:p>
    <w:p>
      <w:r>
        <w:rPr>
          <w:b/>
        </w:rPr>
        <w:t xml:space="preserve">[1:11:00] </w:t>
      </w:r>
      <w:r>
        <w:t>masha Allah!</w:t>
      </w:r>
    </w:p>
    <w:p>
      <w:pPr>
        <w:jc w:val="right"/>
      </w:pPr>
      <w:r>
        <w:t>ماشاءاللہ!</w:t>
      </w:r>
    </w:p>
    <w:p>
      <w:r>
        <w:rPr>
          <w:b/>
        </w:rPr>
        <w:t xml:space="preserve">[1:11:02] </w:t>
      </w:r>
      <w:r>
        <w:t>aur phir is ke baad akhirat aur aur aur is aur mujhe akhirat mein pohncha diya. phir is ke baad akhirat ki baatein likhne lage.</w:t>
      </w:r>
    </w:p>
    <w:p>
      <w:pPr>
        <w:jc w:val="right"/>
      </w:pPr>
      <w:r>
        <w:t>اور پھر اس کے بعد آخرت اور اور اور اس اور مجھے آخرت میں پہنچا دیا۔ پھر اس کے بعد آخرت کی باتیں لکھنے لگے۔</w:t>
      </w:r>
    </w:p>
    <w:p>
      <w:r>
        <w:rPr>
          <w:b/>
        </w:rPr>
        <w:t xml:space="preserve">[1:11:12] </w:t>
      </w:r>
      <w:r>
        <w:t>to yeh jo tajrubaat hain, yeh safar pe hote hain. ji, aur agar aap ka zehn bedar ho aur da'wati zehn ho to bohat hi unique qism ke tajrubaat hote hain safar mein.</w:t>
      </w:r>
    </w:p>
    <w:p>
      <w:pPr>
        <w:jc w:val="right"/>
      </w:pPr>
      <w:r>
        <w:t>تو یہ جو تجربات ہیں، یہ سفر پہ ہوتے ہیں۔ جی، اور اگر آپ کا ذہن بیدار ہو اور دعوتی ذہن ہو تو بہت ہی یونیک قسم کے تجربات ہوتے ہیں سفر میں۔</w:t>
      </w:r>
    </w:p>
    <w:p>
      <w:r>
        <w:rPr>
          <w:b/>
        </w:rPr>
        <w:t xml:space="preserve">[1:11:25] </w:t>
      </w:r>
      <w:r>
        <w:t>ji, aur khaas taur se agar aap ke andar da'wati mizaj ho to aap ko har insaan lage ga ke woh ek mad'u hai, use hamein kuch baat pohnchani hai.</w:t>
      </w:r>
    </w:p>
    <w:p>
      <w:pPr>
        <w:jc w:val="right"/>
      </w:pPr>
      <w:r>
        <w:t>جی، اور خاص طور سے اگر آپ کے اندر دعوتی مزاج ہو تو آپ کو ہر انسان لگے گا کہ وہ ایک مدعو ہے، اسے ہمیں کچھ بات پہنچانی ہے۔</w:t>
      </w:r>
    </w:p>
    <w:p>
      <w:r>
        <w:rPr>
          <w:b/>
        </w:rPr>
        <w:t xml:space="preserve">[1:11:34] </w:t>
      </w:r>
      <w:r>
        <w:t>hum log jab safar karte hain to jahaz mein jo log hote hain, un ko dene ki koshish karte hain. humm, quran rakhte hain apne paas, english quran. ji, to bohat se log bohat pasand karte hain.</w:t>
      </w:r>
    </w:p>
    <w:p>
      <w:pPr>
        <w:jc w:val="right"/>
      </w:pPr>
      <w:r>
        <w:t>ہم لوگ جب سفر کرتے ہیں تو جہاز میں جو لوگ ہوتے ہیں، ان کو دینے کی کوشش کرتے ہیں۔ ہمم، قرآن رکھتے ہیں اپنے پاس، انگلش قرآن۔ جی، تو بہت سے لوگ بہت پسند کرتے ہیں۔</w:t>
      </w:r>
    </w:p>
    <w:p>
      <w:r>
        <w:rPr>
          <w:b/>
        </w:rPr>
        <w:t xml:space="preserve">[1:11:45] </w:t>
      </w:r>
      <w:r>
        <w:t>to yeh safar ka jo aaj aaj ka jo talk tha da'wati safar ke upar, bohat hi unique tha. ji, bohat acha tha</w:t>
      </w:r>
    </w:p>
    <w:p>
      <w:pPr>
        <w:jc w:val="right"/>
      </w:pPr>
      <w:r>
        <w:t>تو یہ سفر کا جو آج آج کا جو ٹاک تھا دعوتی سفر کے اوپر، بہت ہی یونیک تھا۔ جی، بہت اچھا تھا</w:t>
      </w:r>
    </w:p>
    <w:p>
      <w:r>
        <w:rPr>
          <w:b/>
        </w:rPr>
        <w:t xml:space="preserve">[1:11:54] </w:t>
      </w:r>
      <w:r>
        <w:t>insha Allah. is se acha doctor sahib, ek cheez ji, ek cheez yeh bhi interesting hai ke Maulana ne is pe bhi bataya ke ab log jo travel karte hain, holidays pe jate hain to Maulana ne kaha ke ab woh holidays mein jate hain de-stress hone ke liye.</w:t>
      </w:r>
    </w:p>
    <w:p>
      <w:pPr>
        <w:jc w:val="right"/>
      </w:pPr>
      <w:r>
        <w:t>انشاءاللہ۔ اس سے اچھا ڈاکٹر صاحب، ایک چیز جی، ایک چیز یہ بھی انٹرسٹنگ ہے کہ مولانا نے اس پہ بھی بتایا کہ اب لوگ جو ٹریول کرتے ہیں، ہولیڈز پہ جاتے ہیں تو مولانا نے کہا کہ اب وہ ہولیڈیز میں جاتے ہیں ڈی سٹریس ہونے کے لیے۔</w:t>
      </w:r>
    </w:p>
    <w:p>
      <w:r>
        <w:rPr>
          <w:b/>
        </w:rPr>
        <w:t xml:space="preserve">[1:12:07] </w:t>
      </w:r>
      <w:r>
        <w:t>lekin ab ek cheez wapas le ke aate hain, which is stress of travel. and isi liye logon ko jet lag bhi hota hai. hum log dekhte the ke Maulana itne long distance travel karte the lekin wapas aate the, un ko jet lag nahi hota tha.</w:t>
      </w:r>
    </w:p>
    <w:p>
      <w:pPr>
        <w:jc w:val="right"/>
      </w:pPr>
      <w:r>
        <w:t>لیکن اب ایک چیز واپس لے کے آتے ہیں، وچ از سٹریس آف ٹریول۔ اینڈ اسی لیے لوگوں کو جیٹ لیگ بھی ہوتا ہے۔ ہم لوگ دیکھتے تھے کہ مولانا اتنے لانگ ڈسٹنس ٹریول کرتے تھے لیکن واپس آتے تھے، ان کو جیٹ لیگ نہیں ہوتا تھا۔</w:t>
      </w:r>
    </w:p>
    <w:p>
      <w:r>
        <w:rPr>
          <w:b/>
        </w:rPr>
        <w:t xml:space="preserve">[1:12:20] </w:t>
      </w:r>
      <w:r>
        <w:t>to humein bhi kehte the ke yeh kya jet lag</w:t>
      </w:r>
    </w:p>
    <w:p>
      <w:pPr>
        <w:jc w:val="right"/>
      </w:pPr>
      <w:r>
        <w:t>تو ہمیں بھی کہتے تھے کہ یہ کیا جیٹ لیگ</w:t>
      </w:r>
    </w:p>
    <w:p>
      <w:r>
        <w:rPr>
          <w:b/>
        </w:rPr>
        <w:t xml:space="preserve">[1:12:23] </w:t>
      </w:r>
      <w:r>
        <w:t>? mein aaya, mein mein mein mein ne mein nahaya dhoya aur breakfast kiya aur ab mein ready hoon aur woh kaam pe lag gaye. aur is ka reason doctor sahib yahi hota tha ke jab aap travel kar rahe hain and aap is mein aap reflection kar rahe hain, contemplation kar rahe hain, you are learning new things aur aap ko har cheez ko aap akhirat se Khuda se jod rahe hain.</w:t>
      </w:r>
    </w:p>
    <w:p>
      <w:pPr>
        <w:jc w:val="right"/>
      </w:pPr>
      <w:r>
        <w:t>؟ میں آیا، میں میں میں میں نے میں نہایا دھویا اور بریک فاسٹ کیا اور اب میں ریڈی ہوں اور وہ کام پہ لگ گئے۔ اور اس کا ریزن ڈاکٹر صاحب یہی ہوتا تھا کہ جب آپ ٹریول کر رہے ہیں اینڈ آپ اس میں آپ ریفلیکشن کر رہے ہیں، کنٹیمپلیشن کر رہے ہیں، یو آر لرننگ نیو تھنگز اور آپ کو ہر چیز کو آپ آخرت سے خدا سے جوڑ رہے ہیں۔</w:t>
      </w:r>
    </w:p>
    <w:p>
      <w:r>
        <w:rPr>
          <w:b/>
        </w:rPr>
        <w:t xml:space="preserve">[1:12:42] </w:t>
      </w:r>
      <w:r>
        <w:t>to aap ke andar itni excitement aur curiosity hoti hai ke aap logon ko bataein</w:t>
      </w:r>
    </w:p>
    <w:p>
      <w:pPr>
        <w:jc w:val="right"/>
      </w:pPr>
      <w:r>
        <w:t>تو آپ کے اندر اتنی ایکسائٹمنٹ اور کریوسٹی ہوتی ہے کہ آپ لوگوں کو بتائیں</w:t>
      </w:r>
    </w:p>
    <w:p>
      <w:r>
        <w:rPr>
          <w:b/>
        </w:rPr>
        <w:t xml:space="preserve">[1:12:48] </w:t>
      </w:r>
      <w:r>
        <w:t>to aap ko woh thakawat hi nahi hogi, aap ko woh stress hi nahi hoga. and your travel truly becomes beneficial. isi liye log jo travel karte hain fun aur entertainment ke liye, woh jate to hain de-stress hone ke liye lekin holiday stress le ke wapas aate hain.</w:t>
      </w:r>
    </w:p>
    <w:p>
      <w:pPr>
        <w:jc w:val="right"/>
      </w:pPr>
      <w:r>
        <w:t>تو آپ کو وہ تھکاوٹ ہی نہیں ہوگی، آپ کو وہ سٹریس ہی نہیں ہوگا۔ اینڈ یور ٹریول ٹرولی بیکمز بینیفیشل۔ اسی لیے لوگ جو ٹریول کرتے ہیں فن اور انٹرٹینمنٹ کے لیے، وہ جاتے تو ہیں ڈی سٹریس ہونے کے لیے لیکن ہولیڈے سٹریس لے کے واپس آتے ہیں۔</w:t>
      </w:r>
    </w:p>
    <w:p>
      <w:r>
        <w:rPr>
          <w:b/>
        </w:rPr>
        <w:t xml:space="preserve">[1:13:02] </w:t>
      </w:r>
      <w:r>
        <w:t>so ek cheez yeh bhi un ki zindagi se seekhne ko mili ke aap ka travel kis maqsad se hai? ba-maqsad safar. ji, ban jata hai agar yeh zehn</w:t>
      </w:r>
    </w:p>
    <w:p>
      <w:pPr>
        <w:jc w:val="right"/>
      </w:pPr>
      <w:r>
        <w:t>سو ایک چیز یہ بھی ان کی زندگی سے سیکھنے کو ملی کہ آپ کا ٹریول کس مقصد سے ہے؟ باقصد سفر۔ جی، بن جاتا ہے اگر یہ ذہن</w:t>
      </w:r>
    </w:p>
    <w:p>
      <w:r>
        <w:rPr>
          <w:b/>
        </w:rPr>
        <w:t xml:space="preserve">[1:13:11] </w:t>
      </w:r>
      <w:r>
        <w:t>to mujhe behad khushi ho rahi hai yeh kitaab launch karne ke liye. yeh punjabi language mein Prophet Muhammad Salallaho Alaihe Wasallam ki kitaab hai.</w:t>
      </w:r>
    </w:p>
    <w:p>
      <w:pPr>
        <w:jc w:val="right"/>
      </w:pPr>
      <w:r>
        <w:t>تو مجھے بے حد خوشی ہو رہی ہے یہ کتاب لانچ کرنے کے لیے۔ یہ پنجابی لینگویج میں پرافٹ محمد صلی اللہ علیہ وسلم کی کتاب ہے۔</w:t>
      </w:r>
    </w:p>
    <w:p>
      <w:r>
        <w:rPr>
          <w:b/>
        </w:rPr>
        <w:t xml:space="preserve">[1:13:22] </w:t>
      </w:r>
      <w:r>
        <w:t>bohat hi choti brief si ek Prophet ki life aur teachings ke upar aur is ka translation kiya hai doctor Devender Singh ne aur is mein ta'awun kiya hai doctor Astuti Malhotra ne.</w:t>
      </w:r>
    </w:p>
    <w:p>
      <w:pPr>
        <w:jc w:val="right"/>
      </w:pPr>
      <w:r>
        <w:t>بہت ہی چھوٹی بریف سی ایک پرافٹ کی لائف اور ٹیچنگز کے اوپر اور اس کا ٹرانسلیشن کیا ہے ڈاکٹر دیویندر سنگھ نے اور اس میں تعاون کیا ہے ڈاکٹر استوتی ملوترا نے۔</w:t>
      </w:r>
    </w:p>
    <w:p>
      <w:r>
        <w:rPr>
          <w:b/>
        </w:rPr>
        <w:t xml:space="preserve">[1:13:36] </w:t>
      </w:r>
      <w:r>
        <w:t>aur hum logon ki koshish hai ke hum different languages mein books layein aur aur quran layein. khaas taur se</w:t>
      </w:r>
    </w:p>
    <w:p>
      <w:pPr>
        <w:jc w:val="right"/>
      </w:pPr>
      <w:r>
        <w:t>اور ہم لوگوں کی کوشش ہے کہ ہم ڈفرنٹ لینگویجز میں بکس لائیں اور اور قرآن لائیں۔ خاص طور سے</w:t>
      </w:r>
    </w:p>
    <w:p>
      <w:r>
        <w:rPr>
          <w:b/>
        </w:rPr>
        <w:t xml:space="preserve">[1:13:44] </w:t>
      </w:r>
      <w:r>
        <w:t>taqreeban 50 languages mein quran ka translation ho chuka hai. aur jo jo bhi log hain, khaas taur se non-muslims, woh sab se pehle jo cheez parhna chahte hain woh quran hai aur jo is ke baad doosri cheez hai woh Prophet ke bare mein janna chahte hain.</w:t>
      </w:r>
    </w:p>
    <w:p>
      <w:pPr>
        <w:jc w:val="right"/>
      </w:pPr>
      <w:r>
        <w:t>تقریباً 50 لینگویجز میں قرآن کا ٹرانسلیشن ہو چکا ہے۔ اور جو جو بھی لوگ ہیں، خاص طور سے نان مسلمز، وہ سب سے پہلے جو چیز پڑھنا چاہتے ہیں وہ قرآن ہے اور جو اس کے بعد دوسری چیز ہے وہ پرافٹ کے بارے میں جاننا چاہتے ہیں۔</w:t>
      </w:r>
    </w:p>
    <w:p>
      <w:r>
        <w:rPr>
          <w:b/>
        </w:rPr>
        <w:t xml:space="preserve">[1:14:01] </w:t>
      </w:r>
      <w:r>
        <w:t>ji,</w:t>
      </w:r>
    </w:p>
    <w:p>
      <w:pPr>
        <w:jc w:val="right"/>
      </w:pPr>
      <w:r>
        <w:t>جی،</w:t>
      </w:r>
    </w:p>
    <w:p>
      <w:r>
        <w:rPr>
          <w:b/>
        </w:rPr>
        <w:t xml:space="preserve">[1:14:02] </w:t>
      </w:r>
      <w:r>
        <w:t>to hamari yeh koshish rahe gi ke hum quran zyada se zyada languages mein publish karein aur booklets is tarah ki publish karein jis mein Rasool Allah ki zindagi ke bare mein ho aur Rasool Allah Salallaho Alaihe Wasallam ki ki life ke bare mein ho.</w:t>
      </w:r>
    </w:p>
    <w:p>
      <w:pPr>
        <w:jc w:val="right"/>
      </w:pPr>
      <w:r>
        <w:t>تو ہماری یہ کوشش رہے گی کہ ہم قرآن زیادہ سے زیادہ لینگویجز میں پبلش کریں اور بکلیٹس اس طرح کی پبلش کریں جس میں رسول اللہ کی زندگی کے بارے میں ہو اور رسول اللہ صلی اللہ علیہ وسلم کی کی لائف کے بارے میں ہو۔</w:t>
      </w:r>
    </w:p>
    <w:p>
      <w:r>
        <w:rPr>
          <w:b/>
        </w:rPr>
        <w:t xml:space="preserve">[1:14:18] </w:t>
      </w:r>
      <w:r>
        <w:t>to yeh do cheezein bohat aham hain. to meri dua hai jin logon ne is mein ta'awun kiya, Allah taala un ko ajr e azeem ata farmaye. thank you doctor sahib for the</w:t>
      </w:r>
    </w:p>
    <w:p>
      <w:pPr>
        <w:jc w:val="right"/>
      </w:pPr>
      <w:r>
        <w:t>تو یہ دو چیزیں بہت اہم ہیں۔ تو میری دعا ہے جن لوگوں نے اس میں تعاون کیا، اللہ تعالی ان کو اجر عظیم عطا فرمائے۔ تھینک یو ڈاکٹر صاحب فار د</w:t>
      </w:r>
    </w:p>
    <w:p>
      <w:r>
        <w:rPr>
          <w:b/>
        </w:rPr>
        <w:t xml:space="preserve">[1:14:28] </w:t>
      </w:r>
      <w:r>
        <w:t>launch. you can download this booklet from CPS website www.cpsglobal.org.</w:t>
      </w:r>
    </w:p>
    <w:p>
      <w:pPr>
        <w:jc w:val="right"/>
      </w:pPr>
      <w:r>
        <w:t>س لانچ۔ یو کین ڈاؤن لوڈ دس بکلیٹ فرام سی پی ایس ویب سائٹ www.cpsglobal.org۔</w:t>
      </w:r>
    </w:p>
    <w:p>
      <w:r>
        <w:rPr>
          <w:b/>
        </w:rPr>
        <w:t xml:space="preserve">[1:14:36] </w:t>
      </w:r>
      <w:r>
        <w:t>we will end today's session and will be back next Sunday same time. thank you.</w:t>
      </w:r>
    </w:p>
    <w:p>
      <w:pPr>
        <w:jc w:val="right"/>
      </w:pPr>
      <w:r>
        <w:t>وی ویل اینڈ ٹوڈے سیشن اینڈ ویل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