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Discovering God June 30, 2019 Maulana Wahiduddin Khan</w:t>
      </w:r>
    </w:p>
    <w:p>
      <w:r>
        <w:t>https://www.youtube.com/watch?v=Yt1-eX7XzYU</w:t>
      </w:r>
    </w:p>
    <w:p>
      <w:r>
        <w:rPr>
          <w:b/>
        </w:rPr>
        <w:t xml:space="preserve">[00:13] </w:t>
      </w:r>
      <w:r>
        <w:t>okay we, ah, want to share a very important, ah, update with all of you. a very important work of Maulana sahib's Urdu work, kitab marifat, has been translated into English with the title "Discovering God: The Spiritual Journey of Life".</w:t>
      </w:r>
    </w:p>
    <w:p>
      <w:pPr>
        <w:jc w:val="right"/>
      </w:pPr>
      <w:r>
        <w:t>اوکے وی، آہ، وانٹ ٹو شیئر اے ویری امپورٹنٹ، آہ، اپڈیٹ ود آل آف یو۔ اے ویری امپورٹنٹ ورک آف مولانا صاحبز اردو ورک، کتاب معرفت، ہیز بین ٹرانسلیٹڈ انٹو انگلش ود دا ٹائٹل "ڈسکورنگ گاڈ: دا سپریچول جرنی آف لائف"۔</w:t>
      </w:r>
    </w:p>
    <w:p>
      <w:r>
        <w:rPr>
          <w:b/>
        </w:rPr>
        <w:t xml:space="preserve">[00:33] </w:t>
      </w:r>
      <w:r>
        <w:t>ah, this, ah, translation has been done by professor Fareeda Khanum, and it has been edited by Dr. Naghma Siddiqui and Miss Maria Khan.</w:t>
      </w:r>
    </w:p>
    <w:p>
      <w:pPr>
        <w:jc w:val="right"/>
      </w:pPr>
      <w:r>
        <w:t>آہ، دس، آہ، ٹرانسلیشن ہیز بین ڈن بائے پروفیسر فریدہ خانم، اینڈ اٹ ہیز بین ایڈیٹڈ بائے ڈاکٹر نغمہ صدیقی اینڈ مس ماریہ خان۔</w:t>
      </w:r>
    </w:p>
    <w:p>
      <w:r>
        <w:rPr>
          <w:b/>
        </w:rPr>
        <w:t xml:space="preserve">[00:44] </w:t>
      </w:r>
      <w:r>
        <w:t>ah, the book is available in all the good word bookstores as well as in, ah, in the online, ah, www good word books dot com.</w:t>
      </w:r>
    </w:p>
    <w:p>
      <w:pPr>
        <w:jc w:val="right"/>
      </w:pPr>
      <w:r>
        <w:t>آہ، دا بک از اویلیبل ان آل دی گڈ ورڈ بک سٹورز ایز ویل ایز ان، آہ، ان دی آن لائن، آہ، ڈبلیو ڈبلیو ڈبلیو گڈ ورڈ بکس ڈاٹ کام۔</w:t>
      </w:r>
    </w:p>
    <w:p>
      <w:r>
        <w:rPr>
          <w:b/>
        </w:rPr>
        <w:t xml:space="preserve">[00:54] </w:t>
      </w:r>
      <w:r>
        <w:t>we will be shortly uploading the, ah, book on CPS website as well. ah, I would request Maulana sahib to launch this new book with the title "Discovering God: The Spiritual Journey of Life".</w:t>
      </w:r>
    </w:p>
    <w:p>
      <w:pPr>
        <w:jc w:val="right"/>
      </w:pPr>
      <w:r>
        <w:t>وی ویل بی شارٹلی اپلوڈنگ دی، آہ، بک ان سی پی ایس ویب سائٹ ایز ویل۔ آہ، آئی وڈ ریکویسٹ مولانا صاحب ٹو لانچ دس نیو بک ود دا ٹائٹل "ڈسکورنگ گاڈ: دا سپریچول جرنی آف لائف"۔</w:t>
      </w:r>
    </w:p>
    <w:p>
      <w:r>
        <w:rPr>
          <w:b/>
        </w:rPr>
        <w:t xml:space="preserve">[01:10] </w:t>
      </w:r>
      <w:r>
        <w:t>masha Allah,</w:t>
      </w:r>
    </w:p>
    <w:p>
      <w:pPr>
        <w:jc w:val="right"/>
      </w:pPr>
      <w:r>
        <w:t>ماشاءاللہ،</w:t>
      </w:r>
    </w:p>
    <w:p>
      <w:r>
        <w:rPr>
          <w:b/>
        </w:rPr>
        <w:t xml:space="preserve">[01:14] </w:t>
      </w:r>
      <w:r>
        <w:t>is kitab ka mozu, yani subject,</w:t>
      </w:r>
    </w:p>
    <w:p>
      <w:pPr>
        <w:jc w:val="right"/>
      </w:pPr>
      <w:r>
        <w:t>اس کتاب کا موضوع، یعنی سبجیکٹ،</w:t>
      </w:r>
    </w:p>
    <w:p>
      <w:r>
        <w:rPr>
          <w:b/>
        </w:rPr>
        <w:t xml:space="preserve">[01:22] </w:t>
      </w:r>
      <w:r>
        <w:t>Allah rab ul alameen ki daryaft hai. discovery of God.</w:t>
      </w:r>
    </w:p>
    <w:p>
      <w:pPr>
        <w:jc w:val="right"/>
      </w:pPr>
      <w:r>
        <w:t>اللہ رب العالمین کی دریافت ہے۔ ڈسکوری آف گاڈ۔</w:t>
      </w:r>
    </w:p>
    <w:p>
      <w:r>
        <w:rPr>
          <w:b/>
        </w:rPr>
        <w:t xml:space="preserve">[01:37] </w:t>
      </w:r>
      <w:r>
        <w:t>ek scientist se poocha gaya,</w:t>
      </w:r>
    </w:p>
    <w:p>
      <w:pPr>
        <w:jc w:val="right"/>
      </w:pPr>
      <w:r>
        <w:t>ایک سائنٹسٹ سے پوچھا گیا،</w:t>
      </w:r>
    </w:p>
    <w:p>
      <w:r>
        <w:rPr>
          <w:b/>
        </w:rPr>
        <w:t xml:space="preserve">[01:44] </w:t>
      </w:r>
      <w:r>
        <w:t>ek scientist se poocha gaya ke tumhara subject kya hai?</w:t>
      </w:r>
    </w:p>
    <w:p>
      <w:pPr>
        <w:jc w:val="right"/>
      </w:pPr>
      <w:r>
        <w:t>ایک سائنٹسٹ سے پوچھا گیا کہ تمہارا سبجیکٹ کیا ہے؟</w:t>
      </w:r>
    </w:p>
    <w:p>
      <w:r>
        <w:rPr>
          <w:b/>
        </w:rPr>
        <w:t xml:space="preserve">[01:52] </w:t>
      </w:r>
      <w:r>
        <w:t>to us ne kaha ke nature.</w:t>
      </w:r>
    </w:p>
    <w:p>
      <w:pPr>
        <w:jc w:val="right"/>
      </w:pPr>
      <w:r>
        <w:t>تو اس نے کہا کہ نیچر۔</w:t>
      </w:r>
    </w:p>
    <w:p>
      <w:r>
        <w:rPr>
          <w:b/>
        </w:rPr>
        <w:t xml:space="preserve">[02:00] </w:t>
      </w:r>
      <w:r>
        <w:t>dobara us ne poocha, aur</w:t>
      </w:r>
    </w:p>
    <w:p>
      <w:pPr>
        <w:jc w:val="right"/>
      </w:pPr>
      <w:r>
        <w:t>دوبارہ اس نے پوچھا، اور</w:t>
      </w:r>
    </w:p>
    <w:p>
      <w:r>
        <w:rPr>
          <w:b/>
        </w:rPr>
        <w:t xml:space="preserve">[02:06] </w:t>
      </w:r>
      <w:r>
        <w:t>to poochnay walay ko nature ka subject kam laga.</w:t>
      </w:r>
    </w:p>
    <w:p>
      <w:pPr>
        <w:jc w:val="right"/>
      </w:pPr>
      <w:r>
        <w:t>تو پوچھنے والے کو نیچر کا سبجیکٹ کم لگا۔</w:t>
      </w:r>
    </w:p>
    <w:p>
      <w:r>
        <w:rPr>
          <w:b/>
        </w:rPr>
        <w:t xml:space="preserve">[02:16] </w:t>
      </w:r>
      <w:r>
        <w:t>to scientist ne jawab diya ke nature mein</w:t>
      </w:r>
    </w:p>
    <w:p>
      <w:pPr>
        <w:jc w:val="right"/>
      </w:pPr>
      <w:r>
        <w:t>تو سائنٹسٹ نے جواب دیا کہ نیچر میں</w:t>
      </w:r>
    </w:p>
    <w:p>
      <w:r>
        <w:rPr>
          <w:b/>
        </w:rPr>
        <w:t xml:space="preserve">[02:23] </w:t>
      </w:r>
      <w:r>
        <w:t>sara subject aa gaya.</w:t>
      </w:r>
    </w:p>
    <w:p>
      <w:pPr>
        <w:jc w:val="right"/>
      </w:pPr>
      <w:r>
        <w:t>سارا سبجیکٹ آ گیا۔</w:t>
      </w:r>
    </w:p>
    <w:p>
      <w:r>
        <w:rPr>
          <w:b/>
        </w:rPr>
        <w:t xml:space="preserve">[02:28] </w:t>
      </w:r>
      <w:r>
        <w:t>jab main ne</w:t>
      </w:r>
    </w:p>
    <w:p>
      <w:pPr>
        <w:jc w:val="right"/>
      </w:pPr>
      <w:r>
        <w:t>جب میں نے</w:t>
      </w:r>
    </w:p>
    <w:p>
      <w:r>
        <w:rPr>
          <w:b/>
        </w:rPr>
        <w:t xml:space="preserve">[02:35] </w:t>
      </w:r>
      <w:r>
        <w:t>nature ko apna subject of study banaya to goya ke main ne poori universe ko, har cheez ko apna subject bana liya.</w:t>
      </w:r>
    </w:p>
    <w:p>
      <w:pPr>
        <w:jc w:val="right"/>
      </w:pPr>
      <w:r>
        <w:t>نیچر کو اپنا سبجیکٹ آف اسٹڈی بنایا تو گویا کہ میں نے پوری یونیورس کو، ہر چیز کو اپنا سبجیکٹ بنا لیا۔</w:t>
      </w:r>
    </w:p>
    <w:p>
      <w:r>
        <w:rPr>
          <w:b/>
        </w:rPr>
        <w:t xml:space="preserve">[02:51] </w:t>
      </w:r>
      <w:r>
        <w:t>ajeeb baat hai ke meri zindagi ka aghaz isi se hua.</w:t>
      </w:r>
    </w:p>
    <w:p>
      <w:pPr>
        <w:jc w:val="right"/>
      </w:pPr>
      <w:r>
        <w:t>عجیب بات ہے کہ میری زندگی کا آغاز اسی سے ہوا۔</w:t>
      </w:r>
    </w:p>
    <w:p>
      <w:r>
        <w:rPr>
          <w:b/>
        </w:rPr>
        <w:t xml:space="preserve">[03:01] </w:t>
      </w:r>
      <w:r>
        <w:t>us waqt main gaon mein rehta tha,</w:t>
      </w:r>
    </w:p>
    <w:p>
      <w:pPr>
        <w:jc w:val="right"/>
      </w:pPr>
      <w:r>
        <w:t>اس وقت میں گاؤں میں رہتا تھا،</w:t>
      </w:r>
    </w:p>
    <w:p>
      <w:r>
        <w:rPr>
          <w:b/>
        </w:rPr>
        <w:t xml:space="preserve">[03:10] </w:t>
      </w:r>
      <w:r>
        <w:t>to choti umar mein tha. us waqt main raat ko apnay ghar ke angan mein chal raha tha.</w:t>
      </w:r>
    </w:p>
    <w:p>
      <w:pPr>
        <w:jc w:val="right"/>
      </w:pPr>
      <w:r>
        <w:t>تو چھوٹی عمر میں تھا۔ اس وقت میں رات کو اپنے گھر کے انگن میں چل رہا تھا۔</w:t>
      </w:r>
    </w:p>
    <w:p>
      <w:r>
        <w:rPr>
          <w:b/>
        </w:rPr>
        <w:t xml:space="preserve">[03:25] </w:t>
      </w:r>
      <w:r>
        <w:t>us waqt chaudhveen raat ki, chaudhveen raat thi.</w:t>
      </w:r>
    </w:p>
    <w:p>
      <w:pPr>
        <w:jc w:val="right"/>
      </w:pPr>
      <w:r>
        <w:t>اس وقت چودھویں رات کی، چودھویں رات تھی۔</w:t>
      </w:r>
    </w:p>
    <w:p>
      <w:r>
        <w:rPr>
          <w:b/>
        </w:rPr>
        <w:t xml:space="preserve">[03:35] </w:t>
      </w:r>
      <w:r>
        <w:t>aap jante hain ke jab aap ke sar par chand chonkh raha ho aur aap chalen to aisa lagega ke aap ke sath chand chal raha hai.</w:t>
      </w:r>
    </w:p>
    <w:p>
      <w:pPr>
        <w:jc w:val="right"/>
      </w:pPr>
      <w:r>
        <w:t>آپ جانتے ہیں کہ جب آپ کے سر پر چاند چونک رہا ہو اور آپ چلیں تو ایسا لگے گا کہ آپ کے ساتھ چاند چل رہا ہے۔</w:t>
      </w:r>
    </w:p>
    <w:p>
      <w:r>
        <w:rPr>
          <w:b/>
        </w:rPr>
        <w:t xml:space="preserve">[03:54] </w:t>
      </w:r>
      <w:r>
        <w:t>to main ne apni maan se kaha</w:t>
      </w:r>
    </w:p>
    <w:p>
      <w:pPr>
        <w:jc w:val="right"/>
      </w:pPr>
      <w:r>
        <w:t>تو میں نے اپنی ماں سے کہا</w:t>
      </w:r>
    </w:p>
    <w:p>
      <w:r>
        <w:rPr>
          <w:b/>
        </w:rPr>
        <w:t xml:space="preserve">[03:59] </w:t>
      </w:r>
      <w:r>
        <w:t>keh dekho maan, chand kitna zyada mujh se mohabbat karta hai.</w:t>
      </w:r>
    </w:p>
    <w:p>
      <w:pPr>
        <w:jc w:val="right"/>
      </w:pPr>
      <w:r>
        <w:t>کہ دیکھو ماں، چاند کتنا زیادہ مجھ سے محبت کرتا ہے۔</w:t>
      </w:r>
    </w:p>
    <w:p>
      <w:r>
        <w:rPr>
          <w:b/>
        </w:rPr>
        <w:t xml:space="preserve">[04:08] </w:t>
      </w:r>
      <w:r>
        <w:t>jab mein chalta hoon to woh bhi chalne lagta hai.</w:t>
      </w:r>
    </w:p>
    <w:p>
      <w:pPr>
        <w:jc w:val="right"/>
      </w:pPr>
      <w:r>
        <w:t>جب میں چلتا ہوں تو وہ بھی چلنے لگتا ہے۔</w:t>
      </w:r>
    </w:p>
    <w:p>
      <w:r>
        <w:rPr>
          <w:b/>
        </w:rPr>
        <w:t xml:space="preserve">[04:14] </w:t>
      </w:r>
      <w:r>
        <w:t>jab mein chalta hoon to woh bhi chalne lagta hai. yeh uss waqt ki baat hai jab keh mein bohat hi chhota tha.</w:t>
      </w:r>
    </w:p>
    <w:p>
      <w:pPr>
        <w:jc w:val="right"/>
      </w:pPr>
      <w:r>
        <w:t>جب میں چلتا ہوں تو وہ بھی چلنے لگتا ہے۔ یہ اس وقت کی بات ہے جب کہ میں بہت ہی چھوٹا تھا۔</w:t>
      </w:r>
    </w:p>
    <w:p>
      <w:r>
        <w:rPr>
          <w:b/>
        </w:rPr>
        <w:t xml:space="preserve">[04:27] </w:t>
      </w:r>
      <w:r>
        <w:t>to meri study yahan se shuru hoti hai. uss waqt chand mere liye creator ka symbol tha.</w:t>
      </w:r>
    </w:p>
    <w:p>
      <w:pPr>
        <w:jc w:val="right"/>
      </w:pPr>
      <w:r>
        <w:t>تو میری اسٹڈی یہاں سے شروع ہوتی ہے۔ اس وقت چاند میرے لیے کریٹر کا سمبل تھا۔</w:t>
      </w:r>
    </w:p>
    <w:p>
      <w:r>
        <w:rPr>
          <w:b/>
        </w:rPr>
        <w:t xml:space="preserve">[04:47] </w:t>
      </w:r>
      <w:r>
        <w:t>chand ko dekhna, sitaron ko dekhna, suraj ko dekhna mujhe</w:t>
      </w:r>
    </w:p>
    <w:p>
      <w:pPr>
        <w:jc w:val="right"/>
      </w:pPr>
      <w:r>
        <w:t>چاند کو دیکھنا، ستاروں کو دیکھنا، سورج کو دیکھنا مجھے</w:t>
      </w:r>
    </w:p>
    <w:p>
      <w:r>
        <w:rPr>
          <w:b/>
        </w:rPr>
        <w:t xml:space="preserve">[04:55] </w:t>
      </w:r>
      <w:r>
        <w:t>God Almighty ko yaad dilata tha. mein apne ghar ki chhat par raat ko charh jata tha aur galaxy ko dekhta tha.</w:t>
      </w:r>
    </w:p>
    <w:p>
      <w:pPr>
        <w:jc w:val="right"/>
      </w:pPr>
      <w:r>
        <w:t>گاڈ البائٹک کو یاد دلاتا تھا۔ میں اپنے گھر کی چھت پر رات کو چڑھ جاتا تھا اور گیلیکسی کو دیکھتا تھا۔</w:t>
      </w:r>
    </w:p>
    <w:p>
      <w:r>
        <w:rPr>
          <w:b/>
        </w:rPr>
        <w:t xml:space="preserve">[05:08] </w:t>
      </w:r>
      <w:r>
        <w:t>to yahan se meri</w:t>
      </w:r>
    </w:p>
    <w:p>
      <w:pPr>
        <w:jc w:val="right"/>
      </w:pPr>
      <w:r>
        <w:t>تو یہاں سے میری</w:t>
      </w:r>
    </w:p>
    <w:p>
      <w:r>
        <w:rPr>
          <w:b/>
        </w:rPr>
        <w:t xml:space="preserve">[05:13] </w:t>
      </w:r>
      <w:r>
        <w:t>study shuru hui.</w:t>
      </w:r>
    </w:p>
    <w:p>
      <w:pPr>
        <w:jc w:val="right"/>
      </w:pPr>
      <w:r>
        <w:t>اسٹڈی شروع ہوئی۔</w:t>
      </w:r>
    </w:p>
    <w:p>
      <w:r>
        <w:rPr>
          <w:b/>
        </w:rPr>
        <w:t xml:space="preserve">[05:21] </w:t>
      </w:r>
      <w:r>
        <w:t>iss ke baad kya hua</w:t>
      </w:r>
    </w:p>
    <w:p>
      <w:pPr>
        <w:jc w:val="right"/>
      </w:pPr>
      <w:r>
        <w:t>اس کے بعد کیا ہوا</w:t>
      </w:r>
    </w:p>
    <w:p>
      <w:r>
        <w:rPr>
          <w:b/>
        </w:rPr>
        <w:t xml:space="preserve">[05:25] </w:t>
      </w:r>
      <w:r>
        <w:t>keh meri</w:t>
      </w:r>
    </w:p>
    <w:p>
      <w:pPr>
        <w:jc w:val="right"/>
      </w:pPr>
      <w:r>
        <w:t>کہ میری</w:t>
      </w:r>
    </w:p>
    <w:p>
      <w:r>
        <w:rPr>
          <w:b/>
        </w:rPr>
        <w:t xml:space="preserve">[05:29] </w:t>
      </w:r>
      <w:r>
        <w:t>zindagi ka jo subject ban gaya woh yahi ban gaya: study of</w:t>
      </w:r>
    </w:p>
    <w:p>
      <w:pPr>
        <w:jc w:val="right"/>
      </w:pPr>
      <w:r>
        <w:t>زندگی کا جو سبجیکٹ بن گیا وہ یہی بن گیا: اسٹڈی آف</w:t>
      </w:r>
    </w:p>
    <w:p>
      <w:r>
        <w:rPr>
          <w:b/>
        </w:rPr>
        <w:t xml:space="preserve">[05:39] </w:t>
      </w:r>
      <w:r>
        <w:t>God.</w:t>
      </w:r>
    </w:p>
    <w:p>
      <w:pPr>
        <w:jc w:val="right"/>
      </w:pPr>
      <w:r>
        <w:t>گاڈ۔</w:t>
      </w:r>
    </w:p>
    <w:p>
      <w:r>
        <w:rPr>
          <w:b/>
        </w:rPr>
        <w:t xml:space="preserve">[05:43] </w:t>
      </w:r>
      <w:r>
        <w:t>uss waqt mein jata nahi tha</w:t>
      </w:r>
    </w:p>
    <w:p>
      <w:pPr>
        <w:jc w:val="right"/>
      </w:pPr>
      <w:r>
        <w:t>اس وقت میں جاتا نہیں تھا</w:t>
      </w:r>
    </w:p>
    <w:p>
      <w:r>
        <w:rPr>
          <w:b/>
        </w:rPr>
        <w:t xml:space="preserve">[05:48] </w:t>
      </w:r>
      <w:r>
        <w:t>keh kya cheez hai God, kya cheez hai study, kya hai uss ke</w:t>
      </w:r>
    </w:p>
    <w:p>
      <w:pPr>
        <w:jc w:val="right"/>
      </w:pPr>
      <w:r>
        <w:t>کہ کیا چیز ہے گاڈ، کیا چیز ہے اسٹڈی، کیا ہے اس کے</w:t>
      </w:r>
    </w:p>
    <w:p>
      <w:r>
        <w:rPr>
          <w:b/>
        </w:rPr>
        <w:t xml:space="preserve">[06:02] </w:t>
      </w:r>
      <w:r>
        <w:t>method. lekin koi unknown taqat thi brother jo mujhe isi taraf le aati thi.</w:t>
      </w:r>
    </w:p>
    <w:p>
      <w:pPr>
        <w:jc w:val="right"/>
      </w:pPr>
      <w:r>
        <w:t>میتھڈ۔ لیکن کوئی ان نون طاقت تھی برادر جو مجھے اسی طرف لے آتی تھی۔</w:t>
      </w:r>
    </w:p>
    <w:p>
      <w:r>
        <w:rPr>
          <w:b/>
        </w:rPr>
        <w:t xml:space="preserve">[06:16] </w:t>
      </w:r>
      <w:r>
        <w:t>suraj ka nikalna, suraj ka doobna, raat ko galaxy ka manzar.</w:t>
      </w:r>
    </w:p>
    <w:p>
      <w:pPr>
        <w:jc w:val="right"/>
      </w:pPr>
      <w:r>
        <w:t>سورج کا نکلنا، سورج کا ڈوبنا، رات کو گیلیکسی کا منظر۔</w:t>
      </w:r>
    </w:p>
    <w:p>
      <w:r>
        <w:rPr>
          <w:b/>
        </w:rPr>
        <w:t xml:space="preserve">[06:27] </w:t>
      </w:r>
      <w:r>
        <w:t>chand jab chaudhveen ka chand hota tha, uss ka manzar.</w:t>
      </w:r>
    </w:p>
    <w:p>
      <w:pPr>
        <w:jc w:val="right"/>
      </w:pPr>
      <w:r>
        <w:t>چاند جب چودھویں کا چاند ہوتا تھا، اس کا منظر۔</w:t>
      </w:r>
    </w:p>
    <w:p>
      <w:r>
        <w:rPr>
          <w:b/>
        </w:rPr>
        <w:t xml:space="preserve">[06:41] </w:t>
      </w:r>
      <w:r>
        <w:t>yahan tak keh mein</w:t>
      </w:r>
    </w:p>
    <w:p>
      <w:pPr>
        <w:jc w:val="right"/>
      </w:pPr>
      <w:r>
        <w:t>یہاں تک کہ میں</w:t>
      </w:r>
    </w:p>
    <w:p>
      <w:r>
        <w:rPr>
          <w:b/>
        </w:rPr>
        <w:t xml:space="preserve">[06:45] </w:t>
      </w:r>
      <w:r>
        <w:t>uss zamane mein, yaani naujawaani ke zamane mein, safar kar ke pahunch gaya</w:t>
      </w:r>
    </w:p>
    <w:p>
      <w:pPr>
        <w:jc w:val="right"/>
      </w:pPr>
      <w:r>
        <w:t>اس زمانے میں، یعنی نوجوانی کے زمانے میں، سفر کر کے پہنچ گیا</w:t>
      </w:r>
    </w:p>
    <w:p>
      <w:r>
        <w:rPr>
          <w:b/>
        </w:rPr>
        <w:t xml:space="preserve">[07:03] </w:t>
      </w:r>
      <w:r>
        <w:t>jo zameen, India ka jo aakhri sira hai, Kanya Kumari, wahan pahunch gaya</w:t>
      </w:r>
    </w:p>
    <w:p>
      <w:pPr>
        <w:jc w:val="right"/>
      </w:pPr>
      <w:r>
        <w:t>جو زمین، انڈیا کا جو آخری سرا ہے، کنیا کنواری، وہاں پہنچ گیا</w:t>
      </w:r>
    </w:p>
    <w:p>
      <w:r>
        <w:rPr>
          <w:b/>
        </w:rPr>
        <w:t xml:space="preserve">[07:15] </w:t>
      </w:r>
      <w:r>
        <w:t>keh jahan suraj doobta hai, wahan wahan kya hai. mein apne ghar par ooper charh kar ya apne gaon ke pul par charh kar dekhta tha</w:t>
      </w:r>
    </w:p>
    <w:p>
      <w:pPr>
        <w:jc w:val="right"/>
      </w:pPr>
      <w:r>
        <w:t>کہ جہاں سورج ڈوبتا ہے، وہاں وہاں کیا ہے۔ میں اپنے گھر پر اوپر چڑھ کر یا اپنے گاؤں کے پل پر چڑھ کر دیکھتا تھا</w:t>
      </w:r>
    </w:p>
    <w:p>
      <w:r>
        <w:rPr>
          <w:b/>
        </w:rPr>
        <w:t xml:space="preserve">[07:29] </w:t>
      </w:r>
      <w:r>
        <w:t>suraj ka doobna.</w:t>
      </w:r>
    </w:p>
    <w:p>
      <w:pPr>
        <w:jc w:val="right"/>
      </w:pPr>
      <w:r>
        <w:t>سورج کا ڈوبنا۔</w:t>
      </w:r>
    </w:p>
    <w:p>
      <w:r>
        <w:rPr>
          <w:b/>
        </w:rPr>
        <w:t xml:space="preserve">[07:34] </w:t>
      </w:r>
      <w:r>
        <w:t>phir maine Kanya Kumari ka naam suna to ek mauqa mila keh mein train se safar kar ke Kanya Kumari pahunch gaya,</w:t>
      </w:r>
    </w:p>
    <w:p>
      <w:pPr>
        <w:jc w:val="right"/>
      </w:pPr>
      <w:r>
        <w:t>پھر میں نے کنیا کنواری کا نام سنا تو ایک موقع ملا کہ میں ٹرین سے سفر کر کے کنیا کنواری پہنچ گیا،</w:t>
      </w:r>
    </w:p>
    <w:p>
      <w:r>
        <w:rPr>
          <w:b/>
        </w:rPr>
        <w:t xml:space="preserve">[07:49] </w:t>
      </w:r>
      <w:r>
        <w:t>yaani South India ka aakhri tip jahan suraj samandar mein doobta hai.</w:t>
      </w:r>
    </w:p>
    <w:p>
      <w:pPr>
        <w:jc w:val="right"/>
      </w:pPr>
      <w:r>
        <w:t>یعنی ساؤتھ انڈیا کا آخری ٹپ جہاں سورج سمندر میں ڈوبتا ہے۔</w:t>
      </w:r>
    </w:p>
    <w:p>
      <w:r>
        <w:rPr>
          <w:b/>
        </w:rPr>
        <w:t xml:space="preserve">[08:01] </w:t>
      </w:r>
      <w:r>
        <w:t>wahan mein gaya, akela tha, bhai, koi mere saath nahi tha, bilkul akela. wahan koi abadi bhi nahi thi uss waqt.</w:t>
      </w:r>
    </w:p>
    <w:p>
      <w:pPr>
        <w:jc w:val="right"/>
      </w:pPr>
      <w:r>
        <w:t>وہاں میں گیا، اکیلا تھا، بھائی، کوئی میرے ساتھ نہیں تھا، بالکل اکیلا۔ وہاں کوئی آبادی بھی نہیں تھی اس وقت۔</w:t>
      </w:r>
    </w:p>
    <w:p>
      <w:r>
        <w:rPr>
          <w:b/>
        </w:rPr>
        <w:t xml:space="preserve">[08:11] </w:t>
      </w:r>
      <w:r>
        <w:t>is waqt wahan koi abadi bhi nahi thi to is ke kinare baith gaya.</w:t>
      </w:r>
    </w:p>
    <w:p>
      <w:pPr>
        <w:jc w:val="right"/>
      </w:pPr>
      <w:r>
        <w:t>اس وقت وہاں کوئی آبادی بھی نہیں تھی تو اس کے کنارے بیٹھ گیا۔</w:t>
      </w:r>
    </w:p>
    <w:p>
      <w:r>
        <w:rPr>
          <w:b/>
        </w:rPr>
        <w:t xml:space="preserve">[08:20] </w:t>
      </w:r>
      <w:r>
        <w:t>wahan ek chattan thi, kaha jata tha ke is par</w:t>
      </w:r>
    </w:p>
    <w:p>
      <w:pPr>
        <w:jc w:val="right"/>
      </w:pPr>
      <w:r>
        <w:t>وہاں ایک چٹان تھی، کہا جاتا تھا کہ اس پر</w:t>
      </w:r>
    </w:p>
    <w:p>
      <w:r>
        <w:rPr>
          <w:b/>
        </w:rPr>
        <w:t xml:space="preserve">[08:27] </w:t>
      </w:r>
      <w:r>
        <w:t>swami vivekananda</w:t>
      </w:r>
    </w:p>
    <w:p>
      <w:pPr>
        <w:jc w:val="right"/>
      </w:pPr>
      <w:r>
        <w:t>سوامی ویکنندہ</w:t>
      </w:r>
    </w:p>
    <w:p>
      <w:r>
        <w:rPr>
          <w:b/>
        </w:rPr>
        <w:t xml:space="preserve">[08:31] </w:t>
      </w:r>
      <w:r>
        <w:t>tair kar is pe pohanche the. to wahan baith kar dekhta laga hua hai kya hoga. to suraj dhalte dhalte wahan pohancha jahan ke wo is ko dubna tha.</w:t>
      </w:r>
    </w:p>
    <w:p>
      <w:pPr>
        <w:jc w:val="right"/>
      </w:pPr>
      <w:r>
        <w:t>تیر کر اس پہ پہنچے تھے۔ تو وہاں بیٹھ کر دیکھتا لگا ہوا ہے کیا ہوگا۔ تو سورج ڈھلتے ڈھلتے وہاں پہنچا جہاں کہ وہ اس کو ڈوبنا تھا۔</w:t>
      </w:r>
    </w:p>
    <w:p>
      <w:r>
        <w:rPr>
          <w:b/>
        </w:rPr>
        <w:t xml:space="preserve">[08:47] </w:t>
      </w:r>
      <w:r>
        <w:t>to main ne dekha ke suraj samundar ke kinare dub gaya.</w:t>
      </w:r>
    </w:p>
    <w:p>
      <w:pPr>
        <w:jc w:val="right"/>
      </w:pPr>
      <w:r>
        <w:t>تو میں نے دیکھا کہ سورج سمندر کے کنارے ڈوب گیا۔</w:t>
      </w:r>
    </w:p>
    <w:p>
      <w:r>
        <w:rPr>
          <w:b/>
        </w:rPr>
        <w:t xml:space="preserve">[08:55] </w:t>
      </w:r>
      <w:r>
        <w:t>to tab tak main baitha raha. main kisi hotel mein thehra tha.</w:t>
      </w:r>
    </w:p>
    <w:p>
      <w:pPr>
        <w:jc w:val="right"/>
      </w:pPr>
      <w:r>
        <w:t>تو تب تک میں بیٹھا رہا۔ میں کسی ہوٹل میں ٹھہرا تھا۔</w:t>
      </w:r>
    </w:p>
    <w:p>
      <w:r>
        <w:rPr>
          <w:b/>
        </w:rPr>
        <w:t xml:space="preserve">[09:04] </w:t>
      </w:r>
      <w:r>
        <w:t>to phir jab wo dub gaya tab wapas aaya.</w:t>
      </w:r>
    </w:p>
    <w:p>
      <w:pPr>
        <w:jc w:val="right"/>
      </w:pPr>
      <w:r>
        <w:t>تو پھر جب وہ ڈوب گیا تب واپس آیا۔</w:t>
      </w:r>
    </w:p>
    <w:p>
      <w:r>
        <w:rPr>
          <w:b/>
        </w:rPr>
        <w:t xml:space="preserve">[09:10] </w:t>
      </w:r>
      <w:r>
        <w:t>to ye main jab janta bhi nahi tha ke suraj kya hai, chand kya hai, sitare kya hain, galaxy kya hai,</w:t>
      </w:r>
    </w:p>
    <w:p>
      <w:pPr>
        <w:jc w:val="right"/>
      </w:pPr>
      <w:r>
        <w:t>تو یہ میں جب جانتا بھی نہیں تھا کہ سورج کیا ہے، چاند کیا ہے، ستارے کیا ہیں، گیلیکسی کیا ہے،</w:t>
      </w:r>
    </w:p>
    <w:p>
      <w:r>
        <w:rPr>
          <w:b/>
        </w:rPr>
        <w:t xml:space="preserve">[09:21] </w:t>
      </w:r>
      <w:r>
        <w:t>khuda kya hai, nature kya hai,</w:t>
      </w:r>
    </w:p>
    <w:p>
      <w:pPr>
        <w:jc w:val="right"/>
      </w:pPr>
      <w:r>
        <w:t>خدا کیا ہے، نیچر کیا ہے،</w:t>
      </w:r>
    </w:p>
    <w:p>
      <w:r>
        <w:rPr>
          <w:b/>
        </w:rPr>
        <w:t xml:space="preserve">[09:26] </w:t>
      </w:r>
      <w:r>
        <w:t>is waqt se meri study shuru hoti hai.</w:t>
      </w:r>
    </w:p>
    <w:p>
      <w:pPr>
        <w:jc w:val="right"/>
      </w:pPr>
      <w:r>
        <w:t>اس وقت سے میری اسٹڈی شروع ہوتی ہے۔</w:t>
      </w:r>
    </w:p>
    <w:p>
      <w:r>
        <w:rPr>
          <w:b/>
        </w:rPr>
        <w:t xml:space="preserve">[09:33] </w:t>
      </w:r>
      <w:r>
        <w:t>is waqt se meri study shuru hoti hai.</w:t>
      </w:r>
    </w:p>
    <w:p>
      <w:pPr>
        <w:jc w:val="right"/>
      </w:pPr>
      <w:r>
        <w:t>اس وقت سے میری اسٹڈی شروع ہوتی ہے۔</w:t>
      </w:r>
    </w:p>
    <w:p>
      <w:r>
        <w:rPr>
          <w:b/>
        </w:rPr>
        <w:t xml:space="preserve">[09:39] </w:t>
      </w:r>
      <w:r>
        <w:t>phir jab main ne quran ko parha aur is mein dekha ke</w:t>
      </w:r>
    </w:p>
    <w:p>
      <w:pPr>
        <w:jc w:val="right"/>
      </w:pPr>
      <w:r>
        <w:t>پھر جب میں نے قرآن کو پڑھا اور اس میں دیکھا کہ</w:t>
      </w:r>
    </w:p>
    <w:p>
      <w:r>
        <w:rPr>
          <w:b/>
        </w:rPr>
        <w:t xml:space="preserve">[09:50] </w:t>
      </w:r>
      <w:r>
        <w:t>paighambar musa</w:t>
      </w:r>
    </w:p>
    <w:p>
      <w:pPr>
        <w:jc w:val="right"/>
      </w:pPr>
      <w:r>
        <w:t>پیغمبر موسیٰ</w:t>
      </w:r>
    </w:p>
    <w:p>
      <w:r>
        <w:rPr>
          <w:b/>
        </w:rPr>
        <w:t xml:space="preserve">[09:55] </w:t>
      </w:r>
      <w:r>
        <w:t>chalte chalte pohanch gaye</w:t>
      </w:r>
    </w:p>
    <w:p>
      <w:pPr>
        <w:jc w:val="right"/>
      </w:pPr>
      <w:r>
        <w:t>چلتے چلتے پہنچ گئے</w:t>
      </w:r>
    </w:p>
    <w:p>
      <w:r>
        <w:rPr>
          <w:b/>
        </w:rPr>
        <w:t xml:space="preserve">[10:00] </w:t>
      </w:r>
      <w:r>
        <w:t>sehra sinai mein. wahan</w:t>
      </w:r>
    </w:p>
    <w:p>
      <w:pPr>
        <w:jc w:val="right"/>
      </w:pPr>
      <w:r>
        <w:t>صحرا سنائی میں۔ وہاں</w:t>
      </w:r>
    </w:p>
    <w:p>
      <w:r>
        <w:rPr>
          <w:b/>
        </w:rPr>
        <w:t xml:space="preserve">[10:06] </w:t>
      </w:r>
      <w:r>
        <w:t>toor pahad tha to is par wo charh gaye. jab wo is se charh gaye, wo bhi khuda ki talash mein the.</w:t>
      </w:r>
    </w:p>
    <w:p>
      <w:pPr>
        <w:jc w:val="right"/>
      </w:pPr>
      <w:r>
        <w:t>طور پہاڑ تھا تو اس پر وہ چڑھ گئے۔ جب وہ اس سے چڑھ گئے، وہ بھی خدا کی تلاش میں تھے۔</w:t>
      </w:r>
    </w:p>
    <w:p>
      <w:r>
        <w:rPr>
          <w:b/>
        </w:rPr>
        <w:t xml:space="preserve">[10:17] </w:t>
      </w:r>
      <w:r>
        <w:t>to awaz aai khuda ki taraf se.</w:t>
      </w:r>
    </w:p>
    <w:p>
      <w:pPr>
        <w:jc w:val="right"/>
      </w:pPr>
      <w:r>
        <w:t>تو آواز آئی خدا کی طرف سے۔</w:t>
      </w:r>
    </w:p>
    <w:p>
      <w:r>
        <w:rPr>
          <w:b/>
        </w:rPr>
        <w:t xml:space="preserve">[10:25] </w:t>
      </w:r>
      <w:r>
        <w:t>to jab awaz aai to musa hairaan reh gaye.</w:t>
      </w:r>
    </w:p>
    <w:p>
      <w:pPr>
        <w:jc w:val="right"/>
      </w:pPr>
      <w:r>
        <w:t>تو جب آواز آئی تو موسیٰ حیران رہ گئے۔</w:t>
      </w:r>
    </w:p>
    <w:p>
      <w:r>
        <w:rPr>
          <w:b/>
        </w:rPr>
        <w:t xml:space="preserve">[10:32] </w:t>
      </w:r>
      <w:r>
        <w:t>un ki zuban se nikla ke "rab arni unzur ilaik". khuda mujhe dikha, main tujh ko dekhna chahta hoon.</w:t>
      </w:r>
    </w:p>
    <w:p>
      <w:pPr>
        <w:jc w:val="right"/>
      </w:pPr>
      <w:r>
        <w:t>ان کی زبان سے نکلا کہ "رب ارلی انظر الیک"۔ خدا مجھے دکھا، میں تجھ کو دیکھنا چاہتا ہوں۔</w:t>
      </w:r>
    </w:p>
    <w:p>
      <w:r>
        <w:rPr>
          <w:b/>
        </w:rPr>
        <w:t xml:space="preserve">[10:50] </w:t>
      </w:r>
      <w:r>
        <w:t>to dobara awaz aai ke "ae musa, tum ko tum is ko dekh nahi sakte,</w:t>
      </w:r>
    </w:p>
    <w:p>
      <w:pPr>
        <w:jc w:val="right"/>
      </w:pPr>
      <w:r>
        <w:t>تو دوبارہ آواز آئی کہ "اے موسیٰ، تم کو تم اس کو دیکھ نہیں سکتے،</w:t>
      </w:r>
    </w:p>
    <w:p>
      <w:r>
        <w:rPr>
          <w:b/>
        </w:rPr>
        <w:t xml:space="preserve">[10:58] </w:t>
      </w:r>
      <w:r>
        <w:t>albata dekho pahad ki taraf".</w:t>
      </w:r>
    </w:p>
    <w:p>
      <w:pPr>
        <w:jc w:val="right"/>
      </w:pPr>
      <w:r>
        <w:t>البتہ دیکھو پہاڑ کی طرف"۔</w:t>
      </w:r>
    </w:p>
    <w:p>
      <w:r>
        <w:rPr>
          <w:b/>
        </w:rPr>
        <w:t xml:space="preserve">[11:05] </w:t>
      </w:r>
      <w:r>
        <w:t>to kya hua ke allah ne to pahad par apni tajalli dali to pahad reza reza ho gaya.</w:t>
      </w:r>
    </w:p>
    <w:p>
      <w:pPr>
        <w:jc w:val="right"/>
      </w:pPr>
      <w:r>
        <w:t>تو کیا ہوا کہ اللہ نے تو پہاڑ پر اپنی تجلی ڈالی تو پہاڑ ریزہ ریزہ ہو گیا۔</w:t>
      </w:r>
    </w:p>
    <w:p>
      <w:r>
        <w:rPr>
          <w:b/>
        </w:rPr>
        <w:t xml:space="preserve">[11:17] </w:t>
      </w:r>
      <w:r>
        <w:t>ab musa khud gir pade be hosh ho kar.</w:t>
      </w:r>
    </w:p>
    <w:p>
      <w:pPr>
        <w:jc w:val="right"/>
      </w:pPr>
      <w:r>
        <w:t>اب موسیٰ خود گر پڑے بے ہوش ہو کر۔</w:t>
      </w:r>
    </w:p>
    <w:p>
      <w:r>
        <w:rPr>
          <w:b/>
        </w:rPr>
        <w:t xml:space="preserve">[11:25] </w:t>
      </w:r>
      <w:r>
        <w:t>to ye main samajhta hoon ke insani tareekh mein pehla experience tha ke insan khuda ko direct taur par nahi dekh sakta.</w:t>
      </w:r>
    </w:p>
    <w:p>
      <w:pPr>
        <w:jc w:val="right"/>
      </w:pPr>
      <w:r>
        <w:t>تو یہ میں سمجھتا ہوں کہ انسانی تاریخ میں پہلا ایکسپیرینس تھا کہ انسان خدا کو ڈائریکٹ طور پر نہیں دیکھ سکتا۔</w:t>
      </w:r>
    </w:p>
    <w:p>
      <w:r>
        <w:rPr>
          <w:b/>
        </w:rPr>
        <w:t xml:space="preserve">[11:44] </w:t>
      </w:r>
      <w:r>
        <w:t>insan khuda ko direct taur par nahi dekh sakta.</w:t>
      </w:r>
    </w:p>
    <w:p>
      <w:pPr>
        <w:jc w:val="right"/>
      </w:pPr>
      <w:r>
        <w:t>انسان خدا کو ڈائریکٹ طور پر نہیں دیکھ سکتا۔</w:t>
      </w:r>
    </w:p>
    <w:p>
      <w:r>
        <w:rPr>
          <w:b/>
        </w:rPr>
        <w:t xml:space="preserve">[11:51] </w:t>
      </w:r>
      <w:r>
        <w:t>bohat dinon ke baad</w:t>
      </w:r>
    </w:p>
    <w:p>
      <w:pPr>
        <w:jc w:val="right"/>
      </w:pPr>
      <w:r>
        <w:t>بہت دنوں کے بعد</w:t>
      </w:r>
    </w:p>
    <w:p>
      <w:r>
        <w:rPr>
          <w:b/>
        </w:rPr>
        <w:t xml:space="preserve">[11:56] </w:t>
      </w:r>
      <w:r>
        <w:t>jab galileo paida hua aur us ne</w:t>
      </w:r>
    </w:p>
    <w:p>
      <w:pPr>
        <w:jc w:val="right"/>
      </w:pPr>
      <w:r>
        <w:t>جب گلیلیو پیدا ہوا اور اس نے</w:t>
      </w:r>
    </w:p>
    <w:p>
      <w:r>
        <w:rPr>
          <w:b/>
        </w:rPr>
        <w:t xml:space="preserve">[12:09] </w:t>
      </w:r>
      <w:r>
        <w:t>daryaft kiya solar system ko to us us ke zamane mein galaxy, us ke zamane mein telescope ban chuki thi.</w:t>
      </w:r>
    </w:p>
    <w:p>
      <w:pPr>
        <w:jc w:val="right"/>
      </w:pPr>
      <w:r>
        <w:t>دریافت کیا سولر سسٹم کو تو اس اس کے زمانے میں گیلیکس، اس کے زمانے میں ٹیلیسکوپ بن چکی تھی۔</w:t>
      </w:r>
    </w:p>
    <w:p>
      <w:r>
        <w:rPr>
          <w:b/>
        </w:rPr>
        <w:t xml:space="preserve">[12:27] </w:t>
      </w:r>
      <w:r>
        <w:t>is waqt bhi insaan maamle ko samjha nahin lekin in in principle us waqt yeh maamla khul gaya ke khuda ko, yaani creator ko,</w:t>
      </w:r>
    </w:p>
    <w:p>
      <w:pPr>
        <w:jc w:val="right"/>
      </w:pPr>
      <w:r>
        <w:t>اس وقت بھی انسان معاملے کو سمجھا نہیں لیکن ان ان پرنسپل اس وقت یہ معاملہ کھل گیا کہ خدا کو، یعنی کریٹر کو،</w:t>
      </w:r>
    </w:p>
    <w:p>
      <w:r>
        <w:rPr>
          <w:b/>
        </w:rPr>
        <w:t xml:space="preserve">[12:41] </w:t>
      </w:r>
      <w:r>
        <w:t>creation ke hawalay se dekh sakte ho. Yaani creation ko daryaft karo to tum creator ko jaan loge.</w:t>
      </w:r>
    </w:p>
    <w:p>
      <w:pPr>
        <w:jc w:val="right"/>
      </w:pPr>
      <w:r>
        <w:t>کریشن کے حوالے سے دیکھ سکتے ہو۔ یعنی کریشن کو دریافت کرو تو تم کریٹر کو جان لو گے۔</w:t>
      </w:r>
    </w:p>
    <w:p>
      <w:r>
        <w:rPr>
          <w:b/>
        </w:rPr>
        <w:t xml:space="preserve">[12:53] </w:t>
      </w:r>
      <w:r>
        <w:t>lekin is ke baad bhi bohat din lag lag gaye to insaan ne daryaft kiya.</w:t>
      </w:r>
    </w:p>
    <w:p>
      <w:pPr>
        <w:jc w:val="right"/>
      </w:pPr>
      <w:r>
        <w:t>لیکن اس کے بعد بھی بہت دن لگ لگ گئے تو انسان نے دریافت کیا۔</w:t>
      </w:r>
    </w:p>
    <w:p>
      <w:r>
        <w:rPr>
          <w:b/>
        </w:rPr>
        <w:t xml:space="preserve">[13:09] </w:t>
      </w:r>
      <w:r>
        <w:t>to phir kitaab likhi gayi "Evidence of God in an Expanded Universe". Yeh bohat baad ko hua "Evidence of God in an Expanded Universe".</w:t>
      </w:r>
    </w:p>
    <w:p>
      <w:pPr>
        <w:jc w:val="right"/>
      </w:pPr>
      <w:r>
        <w:t>تو پھر کتاب لکھی گئی "ایویڈنس آف گاڈ ان اینڈ ایکسپینڈڈ یونیورس"۔ یہ بہت بعد کو ہوا "ایویڈنس آف گاڈ ان اینڈ ایکسپینڈڈ یونیورس"۔</w:t>
      </w:r>
    </w:p>
    <w:p>
      <w:r>
        <w:rPr>
          <w:b/>
        </w:rPr>
        <w:t xml:space="preserve">[13:24] </w:t>
      </w:r>
      <w:r>
        <w:t>is kitaab ka ka translation arabi mein bohat achhe title ke sath shifa hai: "Allah Yatajalla fil Ilm".</w:t>
      </w:r>
    </w:p>
    <w:p>
      <w:pPr>
        <w:jc w:val="right"/>
      </w:pPr>
      <w:r>
        <w:t>اس کتاب کا کا ٹرانسلیشن عربی میں بہت اچھے ٹائٹل کے ساتھ شفاء ہے: "اللہ یتجلی فی العلم"۔</w:t>
      </w:r>
    </w:p>
    <w:p>
      <w:r>
        <w:rPr>
          <w:b/>
        </w:rPr>
        <w:t xml:space="preserve">[13:38] </w:t>
      </w:r>
      <w:r>
        <w:t>to meri kahani ka khulasa yeh hai:</w:t>
      </w:r>
    </w:p>
    <w:p>
      <w:pPr>
        <w:jc w:val="right"/>
      </w:pPr>
      <w:r>
        <w:t>تو میری کہانی کا خلاصہ یہ ہے:</w:t>
      </w:r>
    </w:p>
    <w:p>
      <w:r>
        <w:rPr>
          <w:b/>
        </w:rPr>
        <w:t xml:space="preserve">[13:48] </w:t>
      </w:r>
      <w:r>
        <w:t>main ne saari umar mutale mein kharch ki, koi kaam mein nahin kar saka. Mere bare bhai mujh ko bohat maante the, unhon ne bohat paisa kharch kiya ke main koi business karoon.</w:t>
      </w:r>
    </w:p>
    <w:p>
      <w:pPr>
        <w:jc w:val="right"/>
      </w:pPr>
      <w:r>
        <w:t>میں نے ساری عمر مطالعے میں خرچ کی، کوئی کام میں نہیں کر سکا۔ میرے بڑے بھائی مجھ کو بہت مانتے تھے، انہوں نے بہت پیسہ خرچ کیا کہ میں کوئی بزنس کروں۔</w:t>
      </w:r>
    </w:p>
    <w:p>
      <w:r>
        <w:rPr>
          <w:b/>
        </w:rPr>
        <w:t xml:space="preserve">[14:08] </w:t>
      </w:r>
      <w:r>
        <w:t>main koi business karoon.</w:t>
      </w:r>
    </w:p>
    <w:p>
      <w:pPr>
        <w:jc w:val="right"/>
      </w:pPr>
      <w:r>
        <w:t>میں کوئی بزنس کروں۔</w:t>
      </w:r>
    </w:p>
    <w:p>
      <w:r>
        <w:rPr>
          <w:b/>
        </w:rPr>
        <w:t xml:space="preserve">[14:12] </w:t>
      </w:r>
      <w:r>
        <w:t>all over mein, banaras mein, jaunpur mein, kanpur mein aur kahan kahan.</w:t>
      </w:r>
    </w:p>
    <w:p>
      <w:pPr>
        <w:jc w:val="right"/>
      </w:pPr>
      <w:r>
        <w:t>ال اوور میں، بنارس میں، جون پور میں، کانپور میں اور کہاں کہاں۔</w:t>
      </w:r>
    </w:p>
    <w:p>
      <w:r>
        <w:rPr>
          <w:b/>
        </w:rPr>
        <w:t xml:space="preserve">[14:25] </w:t>
      </w:r>
      <w:r>
        <w:t>wo bohat zyada maante the mujh ko to wo khud business man the. To wo samajhte the ke mujhe bhi business man banna chahiye.</w:t>
      </w:r>
    </w:p>
    <w:p>
      <w:pPr>
        <w:jc w:val="right"/>
      </w:pPr>
      <w:r>
        <w:t>وہ بہت زیادہ مانتے تھے مجھ کو تو وہ خود بزنس مین تھے۔ تو وہ سمجھتے تھے کہ مجھے بھی بزنس مین بننا چاہیے۔</w:t>
      </w:r>
    </w:p>
    <w:p>
      <w:r>
        <w:rPr>
          <w:b/>
        </w:rPr>
        <w:t xml:space="preserve">[14:36] </w:t>
      </w:r>
      <w:r>
        <w:t>lekin har business fail hota gaya, har business fail, har business fail.</w:t>
      </w:r>
    </w:p>
    <w:p>
      <w:pPr>
        <w:jc w:val="right"/>
      </w:pPr>
      <w:r>
        <w:t>لیکن ہر بزنس فیل ہوتا گیا، ہر بزنس فیل، ہر بزنس فیل۔</w:t>
      </w:r>
    </w:p>
    <w:p>
      <w:r>
        <w:rPr>
          <w:b/>
        </w:rPr>
        <w:t xml:space="preserve">[14:44] </w:t>
      </w:r>
      <w:r>
        <w:t>kyun ke dil to lagta tha nahin tha kisi mein. Mera dil to atka hua tha ke mujhe khuda ko jaanna hai.</w:t>
      </w:r>
    </w:p>
    <w:p>
      <w:pPr>
        <w:jc w:val="right"/>
      </w:pPr>
      <w:r>
        <w:t>کیونکہ دل تو لگتا تھا نہیں تھا کسی میں۔ میرا دل تو اٹکا ہوا تھا کہ مجھے خدا کو جاننا ہے۔</w:t>
      </w:r>
    </w:p>
    <w:p>
      <w:r>
        <w:rPr>
          <w:b/>
        </w:rPr>
        <w:t xml:space="preserve">[14:56] </w:t>
      </w:r>
      <w:r>
        <w:t>mera dil atka hua tha Allah rab ul alameen ki daryaft mein. To yeh jo kitaab aap ke samne hai,</w:t>
      </w:r>
    </w:p>
    <w:p>
      <w:pPr>
        <w:jc w:val="right"/>
      </w:pPr>
      <w:r>
        <w:t>میرا دل اٹکا ہوا تھا اللہ رب العالمین کی دریافت میں۔ تو یہ جو کتاب آپ کے سامنے ہے،</w:t>
      </w:r>
    </w:p>
    <w:p>
      <w:r>
        <w:rPr>
          <w:b/>
        </w:rPr>
        <w:t xml:space="preserve">[15:07] </w:t>
      </w:r>
      <w:r>
        <w:t>yeh kitaab meri zindagi ke safar ko batati hai. Meri be zindagi ka safar Allah rab ul alameen ki daryaft hai.</w:t>
      </w:r>
    </w:p>
    <w:p>
      <w:pPr>
        <w:jc w:val="right"/>
      </w:pPr>
      <w:r>
        <w:t>یہ کتاب میری زندگی کے سفر کو بتاتی ہے۔ میری بے زندگی کا سفر اللہ رب العالمین کی دریافت ہے۔</w:t>
      </w:r>
    </w:p>
    <w:p>
      <w:r>
        <w:rPr>
          <w:b/>
        </w:rPr>
        <w:t xml:space="preserve">[15:26] </w:t>
      </w:r>
      <w:r>
        <w:t>to is daryaft ka ek hai scientific pehlu. Scientific pehlu to main apni kitabon mein likh chuka hoon, khud is kitaab mein aap padhenge.</w:t>
      </w:r>
    </w:p>
    <w:p>
      <w:pPr>
        <w:jc w:val="right"/>
      </w:pPr>
      <w:r>
        <w:t>تو اس دریافت کا ایک ہے سائنٹیفک پہلو۔ سائنٹیفک پہلو تو میں اپنی کتابوں میں لکھ چکا ہوں، خود اس کتاب میں آپ پڑھیں گے۔</w:t>
      </w:r>
    </w:p>
    <w:p>
      <w:r>
        <w:rPr>
          <w:b/>
        </w:rPr>
        <w:t xml:space="preserve">[15:38] </w:t>
      </w:r>
      <w:r>
        <w:t>is waqt main is ka ek aur pehlu aap ko batana chahta hoon.</w:t>
      </w:r>
    </w:p>
    <w:p>
      <w:pPr>
        <w:jc w:val="right"/>
      </w:pPr>
      <w:r>
        <w:t>اس وقت میں اس کا ایک اور پہلو آپ کو بتانا چاہتا ہوں۔</w:t>
      </w:r>
    </w:p>
    <w:p>
      <w:r>
        <w:rPr>
          <w:b/>
        </w:rPr>
        <w:t xml:space="preserve">[15:47] </w:t>
      </w:r>
      <w:r>
        <w:t>wo yeh</w:t>
      </w:r>
    </w:p>
    <w:p>
      <w:pPr>
        <w:jc w:val="right"/>
      </w:pPr>
      <w:r>
        <w:t>وہ یہ</w:t>
      </w:r>
    </w:p>
    <w:p>
      <w:r>
        <w:rPr>
          <w:b/>
        </w:rPr>
        <w:t xml:space="preserve">[15:51] </w:t>
      </w:r>
      <w:r>
        <w:t>hai ke Allah rab ul alameen ko jab main ne daryaft kiya to wo ek aisa khuda tha</w:t>
      </w:r>
    </w:p>
    <w:p>
      <w:pPr>
        <w:jc w:val="right"/>
      </w:pPr>
      <w:r>
        <w:t>ہے کہ اللہ رب العالمین کو جب میں نے دریافت کیا تو وہ ایک ایسا خدا تھا</w:t>
      </w:r>
    </w:p>
    <w:p>
      <w:r>
        <w:rPr>
          <w:b/>
        </w:rPr>
        <w:t xml:space="preserve">[16:05] </w:t>
      </w:r>
      <w:r>
        <w:t>jo insaan se,</w:t>
      </w:r>
    </w:p>
    <w:p>
      <w:pPr>
        <w:jc w:val="right"/>
      </w:pPr>
      <w:r>
        <w:t>جو انسان سے،</w:t>
      </w:r>
    </w:p>
    <w:p>
      <w:r>
        <w:rPr>
          <w:b/>
        </w:rPr>
        <w:t xml:space="preserve">[16:09] </w:t>
      </w:r>
      <w:r>
        <w:t>insaan se mohabbat karta tha maa se bhi zyada. Maa jitna mohabbat karti hai apne</w:t>
      </w:r>
    </w:p>
    <w:p>
      <w:pPr>
        <w:jc w:val="right"/>
      </w:pPr>
      <w:r>
        <w:t>انسان سے محبت کرتا تھا ماں سے بھی زیادہ۔ ماں جتنا محبت کرتی ہے اپنے</w:t>
      </w:r>
    </w:p>
    <w:p>
      <w:r>
        <w:rPr>
          <w:b/>
        </w:rPr>
        <w:t xml:space="preserve">[16:23] </w:t>
      </w:r>
      <w:r>
        <w:t>bete se, is se bhi beshumar zyada gunah Allah rab ul alameen apni</w:t>
      </w:r>
    </w:p>
    <w:p>
      <w:pPr>
        <w:jc w:val="right"/>
      </w:pPr>
      <w:r>
        <w:t>بیٹے سے، اس سے بھی بے شمار زیادہ گناہ اللہ رب العالمین اپنی</w:t>
      </w:r>
    </w:p>
    <w:p>
      <w:r>
        <w:rPr>
          <w:b/>
        </w:rPr>
        <w:t xml:space="preserve">[16:34] </w:t>
      </w:r>
      <w:r>
        <w:t>aulad, apni makhlooq se mohabbat karta hai.</w:t>
      </w:r>
    </w:p>
    <w:p>
      <w:pPr>
        <w:jc w:val="right"/>
      </w:pPr>
      <w:r>
        <w:t>اولاد، اپنی مخلوق سے محبت کرتا ہے۔</w:t>
      </w:r>
    </w:p>
    <w:p>
      <w:r>
        <w:rPr>
          <w:b/>
        </w:rPr>
        <w:t xml:space="preserve">[16:41] </w:t>
      </w:r>
      <w:r>
        <w:t>to yeh har waqt mujhe is ka tajruba hota rehta hai. jaise dekhein, abhi mein aap ko bol raha hoon C one se.</w:t>
      </w:r>
    </w:p>
    <w:p>
      <w:pPr>
        <w:jc w:val="right"/>
      </w:pPr>
      <w:r>
        <w:t>تو یہ ہر وقت مجھے اس کا تجربہ ہوتا رہتا ہے۔ جیسے دیکھیں، ابھی میں آپ کو بول رہا ہوں سی ون سے۔</w:t>
      </w:r>
    </w:p>
    <w:p>
      <w:r>
        <w:rPr>
          <w:b/>
        </w:rPr>
        <w:t xml:space="preserve">[16:53] </w:t>
      </w:r>
      <w:r>
        <w:t>C one, C 29 chal kar mein yahan aaya aur mein aap ko khitab kar raha hoon.</w:t>
      </w:r>
    </w:p>
    <w:p>
      <w:pPr>
        <w:jc w:val="right"/>
      </w:pPr>
      <w:r>
        <w:t>سی ون، سی 29 چل کر میں یہاں آیا اور میں آپ کو خطاب کر رہا ہوں۔</w:t>
      </w:r>
    </w:p>
    <w:p>
      <w:r>
        <w:rPr>
          <w:b/>
        </w:rPr>
        <w:t xml:space="preserve">[17:03] </w:t>
      </w:r>
      <w:r>
        <w:t>to mujhe yaad aaya aik waqea jo das saal pehle ka hai. das saal pehle ka wardha walon ne mujhe bulaya tha apne program mein taqreeban das saal pehle.</w:t>
      </w:r>
    </w:p>
    <w:p>
      <w:pPr>
        <w:jc w:val="right"/>
      </w:pPr>
      <w:r>
        <w:t>تو مجھے یاد آیا ایک واقعہ جو دس سال پہلے کا ہے۔ دس سال پہلے کا وردھا والوں نے مجھے بلایا تھا اپنے پروگرام میں تقریباً دس سال پہلے۔</w:t>
      </w:r>
    </w:p>
    <w:p>
      <w:r>
        <w:rPr>
          <w:b/>
        </w:rPr>
        <w:t xml:space="preserve">[17:26] </w:t>
      </w:r>
      <w:r>
        <w:t>to unhon ne mujhe option diya ke aap hawa jahaz se aayenge ke train se aayenge. to maine kaha ke mein train se aaunga.</w:t>
      </w:r>
    </w:p>
    <w:p>
      <w:pPr>
        <w:jc w:val="right"/>
      </w:pPr>
      <w:r>
        <w:t>تو انہوں نے مجھے آپشن دیا کہ آپ ہوا جہاز سے آئیں گے کہ ٹرین سے آئیں گے۔ تو میں نے کہا کہ میں ٹرین سے آؤں گا۔</w:t>
      </w:r>
    </w:p>
    <w:p>
      <w:r>
        <w:rPr>
          <w:b/>
        </w:rPr>
        <w:t xml:space="preserve">[17:37] </w:t>
      </w:r>
      <w:r>
        <w:t>to unhon ne train ka ticket bheja.</w:t>
      </w:r>
    </w:p>
    <w:p>
      <w:pPr>
        <w:jc w:val="right"/>
      </w:pPr>
      <w:r>
        <w:t>تو انہوں نے ٹرین کا ٹکٹ بھیجا۔</w:t>
      </w:r>
    </w:p>
    <w:p>
      <w:r>
        <w:rPr>
          <w:b/>
        </w:rPr>
        <w:t xml:space="preserve">[17:47] </w:t>
      </w:r>
      <w:r>
        <w:t>to train mein</w:t>
      </w:r>
    </w:p>
    <w:p>
      <w:pPr>
        <w:jc w:val="right"/>
      </w:pPr>
      <w:r>
        <w:t>تو ٹرین میں</w:t>
      </w:r>
    </w:p>
    <w:p>
      <w:r>
        <w:rPr>
          <w:b/>
        </w:rPr>
        <w:t xml:space="preserve">[17:51] </w:t>
      </w:r>
      <w:r>
        <w:t>mein tha aur aap theen.</w:t>
      </w:r>
    </w:p>
    <w:p>
      <w:pPr>
        <w:jc w:val="right"/>
      </w:pPr>
      <w:r>
        <w:t>میں تھا اور آپ تھیں۔</w:t>
      </w:r>
    </w:p>
    <w:p>
      <w:r>
        <w:rPr>
          <w:b/>
        </w:rPr>
        <w:t xml:space="preserve">[17:56] </w:t>
      </w:r>
      <w:r>
        <w:t>aik seat neeche, aik seat oopar.</w:t>
      </w:r>
    </w:p>
    <w:p>
      <w:pPr>
        <w:jc w:val="right"/>
      </w:pPr>
      <w:r>
        <w:t>ایک سیٹ نیچے، ایک سیٹ اوپر۔</w:t>
      </w:r>
    </w:p>
    <w:p>
      <w:r>
        <w:rPr>
          <w:b/>
        </w:rPr>
        <w:t xml:space="preserve">[18:03] </w:t>
      </w:r>
      <w:r>
        <w:t>to aap neeche ki seat par theen aur mein oopar ki seat par tha.</w:t>
      </w:r>
    </w:p>
    <w:p>
      <w:pPr>
        <w:jc w:val="right"/>
      </w:pPr>
      <w:r>
        <w:t>تو آپ نیچے کی سیٹ پر تھیں اور میں اوپر کی سیٹ پر تھا۔</w:t>
      </w:r>
    </w:p>
    <w:p>
      <w:r>
        <w:rPr>
          <w:b/>
        </w:rPr>
        <w:t xml:space="preserve">[18:10] </w:t>
      </w:r>
      <w:r>
        <w:t>to is mein chaar musafir the, mein aur aap aik taraf aur doosri taraf aik aik khatoon apni ladki ke sath thi.</w:t>
      </w:r>
    </w:p>
    <w:p>
      <w:pPr>
        <w:jc w:val="right"/>
      </w:pPr>
      <w:r>
        <w:t>تو اس میں چار مسافر تھے، میں اور آپ ایک طرف اور دوسری طرف ایک ایک خاتون اپنی لڑکی کے ساتھ تھی۔</w:t>
      </w:r>
    </w:p>
    <w:p>
      <w:r>
        <w:rPr>
          <w:b/>
        </w:rPr>
        <w:t xml:space="preserve">[18:23] </w:t>
      </w:r>
      <w:r>
        <w:t>to mein jab apni seat par charha, yaani neeche ki seat par paon rakh kar ke oopar charha,</w:t>
      </w:r>
    </w:p>
    <w:p>
      <w:pPr>
        <w:jc w:val="right"/>
      </w:pPr>
      <w:r>
        <w:t>تو میں جب اپنی سیٹ پر چڑھا، یعنی نیچے کی سیٹ پر پاؤں رکھ کر کے اوپر چڑھا،</w:t>
      </w:r>
    </w:p>
    <w:p>
      <w:r>
        <w:rPr>
          <w:b/>
        </w:rPr>
        <w:t xml:space="preserve">[18:34] </w:t>
      </w:r>
      <w:r>
        <w:t>to doosri khatoon jo thi, jo apni beti ke sath safar kar rahi thi, us ki zuban se hairat ke sath nikla: "haan, he's so agile for his age!" yeh aadmi apni age ke aitbar se kitna farti hai?</w:t>
      </w:r>
    </w:p>
    <w:p>
      <w:pPr>
        <w:jc w:val="right"/>
      </w:pPr>
      <w:r>
        <w:t>تو دوسری خاتون جو تھی، جو اپنی بیٹی کے ساتھ سفر کر رہی تھی، اس کی زبان سے حیرت کے ساتھ نکلا: "ہاں، ہز سو اجائل فار ہز ایج!" یہ آدمی اپنی ایج کے اعتبار سے کتنا فرطی ہے؟</w:t>
      </w:r>
    </w:p>
    <w:p>
      <w:r>
        <w:rPr>
          <w:b/>
        </w:rPr>
        <w:t xml:space="preserve">[18:58] </w:t>
      </w:r>
      <w:r>
        <w:t>wo samajhti thi ke meri age jo hai, us ke lehaz se mein andar farti nahi hoonga. aur mein bohat tezi se charh gaya neeche ki seat se oopar ki seat par.</w:t>
      </w:r>
    </w:p>
    <w:p>
      <w:pPr>
        <w:jc w:val="right"/>
      </w:pPr>
      <w:r>
        <w:t>وہ سمجھتی تھی کہ میری ایج جو ہے، اس کے لحاظ سے میں اندر فرطی نہیں ہوں گی۔ اور میں بہت تیزی سے چڑھ گیا نیچے کی سیٹ سے اوپر کی سیٹ پر۔</w:t>
      </w:r>
    </w:p>
    <w:p>
      <w:r>
        <w:rPr>
          <w:b/>
        </w:rPr>
        <w:t xml:space="preserve">[19:12] </w:t>
      </w:r>
      <w:r>
        <w:t>to wo dekh rahi thi, dekh rahi thi, dekh rahi thi. to apni beti se kehti hai wo: "He's so agile for your age!" yeh aadmi apni age ke muqable mein kitna zyada farti hai?</w:t>
      </w:r>
    </w:p>
    <w:p>
      <w:pPr>
        <w:jc w:val="right"/>
      </w:pPr>
      <w:r>
        <w:t>تو وہ دیکھ رہی تھی، دیکھ رہی تھی، دیکھ رہی تھی۔ تو اپنی بیٹی سے کہتی ہے وہ: "ہز سو اجائل فار یور ایج!" یہ آدمی اپنی ایج کے مقابلے میں کتنا زیادہ فرطی ہے؟</w:t>
      </w:r>
    </w:p>
    <w:p>
      <w:r>
        <w:rPr>
          <w:b/>
        </w:rPr>
        <w:t xml:space="preserve">[19:33] </w:t>
      </w:r>
      <w:r>
        <w:t>yeh taqreeban das saal pehle ki baat. phir wo waqt aaya ke mein seerhi par aasani se charh nahi sakta tha.</w:t>
      </w:r>
    </w:p>
    <w:p>
      <w:pPr>
        <w:jc w:val="right"/>
      </w:pPr>
      <w:r>
        <w:t>یہ تقریباً دس سال پہلے کی بات۔ پھر وہ وقت آیا کہ میں سیڑھی پر آسانی سے چڑھ نہیں سکتا تھا۔</w:t>
      </w:r>
    </w:p>
    <w:p>
      <w:r>
        <w:rPr>
          <w:b/>
        </w:rPr>
        <w:t xml:space="preserve">[19:52] </w:t>
      </w:r>
      <w:r>
        <w:t>to us waqt Allah ne mere paon mein, mere hath mein taqat rakhi thi. ab jab Allah ne dekha ke mere hath mein wo taqat nahi, mere paon mein wo taqat nahi,</w:t>
      </w:r>
    </w:p>
    <w:p>
      <w:pPr>
        <w:jc w:val="right"/>
      </w:pPr>
      <w:r>
        <w:t>تو اس وقت اللہ نے میرے پاؤں میں، میرے ہاتھ میں طاقت رکھی تھی۔ اب جب اللہ نے دیکھا کہ میرے ہاتھ میں وہ طاقت نہیں، میرے پاؤں میں وہ طاقت نہیں،</w:t>
      </w:r>
    </w:p>
    <w:p>
      <w:r>
        <w:rPr>
          <w:b/>
        </w:rPr>
        <w:t xml:space="preserve">[20:08] </w:t>
      </w:r>
      <w:r>
        <w:t>to Allah ne apne farishton ke zariye mere dono gharon par, yaani C one par aur C 29 par, lift lagwa di.</w:t>
      </w:r>
    </w:p>
    <w:p>
      <w:pPr>
        <w:jc w:val="right"/>
      </w:pPr>
      <w:r>
        <w:t>تو اللہ نے اپنے فرشتوں کے ذریعے میرے دونوں گھروں پر، یعنی سی ون پر اور سی 29 پر، لفٹ لگوا دی۔</w:t>
      </w:r>
    </w:p>
    <w:p>
      <w:r>
        <w:rPr>
          <w:b/>
        </w:rPr>
        <w:t xml:space="preserve">[20:24] </w:t>
      </w:r>
      <w:r>
        <w:t>aap yaqeen kijiye ke mein aik lamhe ke liye bhi nahi samajhta ke yeh lift jo hai, Allah ke is waqey se aur ne lagwai hai.</w:t>
      </w:r>
    </w:p>
    <w:p>
      <w:pPr>
        <w:jc w:val="right"/>
      </w:pPr>
      <w:r>
        <w:t>آپ یقین کیجئے کہ میں ایک لمحے کے لیے بھی نہیں سمجھتا کہ یہ لفٹ جو ہے، اللہ کے اس واقعے سے اور نے لگوائی ہے۔</w:t>
      </w:r>
    </w:p>
    <w:p>
      <w:r>
        <w:rPr>
          <w:b/>
        </w:rPr>
        <w:t xml:space="preserve">[20:38] </w:t>
      </w:r>
      <w:r>
        <w:t>to mein is lift par charh kar aata hoon, charh kar jata hoon.</w:t>
      </w:r>
    </w:p>
    <w:p>
      <w:pPr>
        <w:jc w:val="right"/>
      </w:pPr>
      <w:r>
        <w:t>تو میں اس لفٹ پر چڑھ کر آتا ہوں، چڑھ کر جاتا ہوں۔</w:t>
      </w:r>
    </w:p>
    <w:p>
      <w:r>
        <w:rPr>
          <w:b/>
        </w:rPr>
        <w:t xml:space="preserve">[20:46] </w:t>
      </w:r>
      <w:r>
        <w:t>to yeh mera ehsas itna barha hua hai ke sab kuch munay Yusuf sahib tabligh ke bohat Hazrat Ji the,</w:t>
      </w:r>
    </w:p>
    <w:p>
      <w:pPr>
        <w:jc w:val="right"/>
      </w:pPr>
      <w:r>
        <w:t>تو یہ میرا احساس اتنا بڑھا ہوا ہے کہ سب کچھ منا یوسف صاحب تبلیغ کے بہت حضرت جی تھے،</w:t>
      </w:r>
    </w:p>
    <w:p>
      <w:r>
        <w:rPr>
          <w:b/>
        </w:rPr>
        <w:t xml:space="preserve">[20:59] </w:t>
      </w:r>
      <w:r>
        <w:t>wo bohat bolte the ke</w:t>
      </w:r>
    </w:p>
    <w:p>
      <w:pPr>
        <w:jc w:val="right"/>
      </w:pPr>
      <w:r>
        <w:t>وہ بہت بولتے تھے کہ</w:t>
      </w:r>
    </w:p>
    <w:p>
      <w:r>
        <w:rPr>
          <w:b/>
        </w:rPr>
        <w:t xml:space="preserve">[21:05] </w:t>
      </w:r>
      <w:r>
        <w:t>cheezon se nahi hota, Khuda se hota hai.</w:t>
      </w:r>
    </w:p>
    <w:p>
      <w:pPr>
        <w:jc w:val="right"/>
      </w:pPr>
      <w:r>
        <w:t>چیزوں سے نہیں ہوتا، خدا سے ہوتا ہے۔</w:t>
      </w:r>
    </w:p>
    <w:p>
      <w:r>
        <w:rPr>
          <w:b/>
        </w:rPr>
        <w:t xml:space="preserve">[21:10] </w:t>
      </w:r>
      <w:r>
        <w:t>cheezon se nahi hota, Khuda se hota hai. un ki taqreeron se to mein siwaye alfaaz ke kuch paya nahi.</w:t>
      </w:r>
    </w:p>
    <w:p>
      <w:pPr>
        <w:jc w:val="right"/>
      </w:pPr>
      <w:r>
        <w:t>چیزوں سے نہیں ہوتا، خدا سے ہوتا ہے۔ ان کی تقریروں سے تو میں سوائے الفاظ کے کچھ پایا نہیں۔</w:t>
      </w:r>
    </w:p>
    <w:p>
      <w:r>
        <w:rPr>
          <w:b/>
        </w:rPr>
        <w:t xml:space="preserve">[21:18] </w:t>
      </w:r>
      <w:r>
        <w:t>maine</w:t>
      </w:r>
    </w:p>
    <w:p>
      <w:pPr>
        <w:jc w:val="right"/>
      </w:pPr>
      <w:r>
        <w:t>میں نے</w:t>
      </w:r>
    </w:p>
    <w:p>
      <w:r>
        <w:rPr>
          <w:b/>
        </w:rPr>
        <w:t xml:space="preserve">[21:22] </w:t>
      </w:r>
      <w:r>
        <w:t>cheezon se nahi hota, Khuda se hota hai. kyunke wo misaal jo de rahe the, wo misaal jo hoti thi,</w:t>
      </w:r>
    </w:p>
    <w:p>
      <w:pPr>
        <w:jc w:val="right"/>
      </w:pPr>
      <w:r>
        <w:t>چیزوں سے نہیں ہوتا، خدا سے ہوتا ہے۔ کیونکہ وہ مثال جو دے رہے تھے، وہ مثال جو ہوتی تھی،</w:t>
      </w:r>
    </w:p>
    <w:p>
      <w:r>
        <w:rPr>
          <w:b/>
        </w:rPr>
        <w:t xml:space="preserve">[21:32] </w:t>
      </w:r>
      <w:r>
        <w:t>woh khateebana hoti thi. mislan woh kehte thay ke firoun ke paas cheezein theen, lekin cheezon ke sath woh samandar mein gharaq hoga.</w:t>
      </w:r>
    </w:p>
    <w:p>
      <w:pPr>
        <w:jc w:val="right"/>
      </w:pPr>
      <w:r>
        <w:t>وہ خطیبانہ ہوتی تھی۔ مثلاً وہ کہتے تھے کہ فرعون کے پاس چیزیں تھیں، لیکن چیزوں کے ساتھ وہ سمندر میں غرق ہوگا۔</w:t>
      </w:r>
    </w:p>
    <w:p>
      <w:r>
        <w:rPr>
          <w:b/>
        </w:rPr>
        <w:t xml:space="preserve">[21:51] </w:t>
      </w:r>
      <w:r>
        <w:t>aur Moosa ke paas cheezon ki taqat nahi thi, woh bach gaya. ab yeh, yeh, yeh, yeh khateebana ya shairana andaaz hai.</w:t>
      </w:r>
    </w:p>
    <w:p>
      <w:pPr>
        <w:jc w:val="right"/>
      </w:pPr>
      <w:r>
        <w:t>اور موسیٰ کے پاس چیزوں کی طاقت نہیں تھی، وہ بچ گیا۔ اب یہ، یہ، یہ، یہ خطیبانہ یا شاعرانہ انداز ہے۔</w:t>
      </w:r>
    </w:p>
    <w:p>
      <w:r>
        <w:rPr>
          <w:b/>
        </w:rPr>
        <w:t xml:space="preserve">[22:02] </w:t>
      </w:r>
      <w:r>
        <w:t>maine is haqeeqat ko ek scientific fact ke taur par daryaft kiya.</w:t>
      </w:r>
    </w:p>
    <w:p>
      <w:pPr>
        <w:jc w:val="right"/>
      </w:pPr>
      <w:r>
        <w:t>میں نے اس حقیقت کو ایک سائنٹیفک فیکٹ کے طور پر دریافت کیا۔</w:t>
      </w:r>
    </w:p>
    <w:p>
      <w:r>
        <w:rPr>
          <w:b/>
        </w:rPr>
        <w:t xml:space="preserve">[22:12] </w:t>
      </w:r>
      <w:r>
        <w:t>mein jab yeh kehta hoon ke yeh, yeh kehta hoon ke yeh lift jo meri aasani ke liye lagi hai,</w:t>
      </w:r>
    </w:p>
    <w:p>
      <w:pPr>
        <w:jc w:val="right"/>
      </w:pPr>
      <w:r>
        <w:t>میں جب یہ کہتا ہوں کہ یہ، یہ کہتا ہوں کہ یہ لفٹ جو میری آسانی کے لیے لگی ہے،</w:t>
      </w:r>
    </w:p>
    <w:p>
      <w:r>
        <w:rPr>
          <w:b/>
        </w:rPr>
        <w:t xml:space="preserve">[22:25] </w:t>
      </w:r>
      <w:r>
        <w:t>yeh Khuda ne direct taur par lagwai hai, to yeh meri ek scientific statement hota hai. yeh koi shayari ya khitabat nahi hoti, scientific statement hai.</w:t>
      </w:r>
    </w:p>
    <w:p>
      <w:pPr>
        <w:jc w:val="right"/>
      </w:pPr>
      <w:r>
        <w:t>یہ خدا نے ڈائریکٹ طور پر لگوائی ہے، تو یہ میری ایک سائنٹیفک سٹیٹمنٹ ہوتا ہے۔ یہ کوئی شاعری یا خطابت نہیں ہوتی، سائنٹیفک سٹیٹمنٹ ہے۔</w:t>
      </w:r>
    </w:p>
    <w:p>
      <w:r>
        <w:rPr>
          <w:b/>
        </w:rPr>
        <w:t xml:space="preserve">[22:43] </w:t>
      </w:r>
      <w:r>
        <w:t>to mera yeh yaqeen itna zyada barha hua hai ke bohat ek ajeeb aap ko misaal deta hoon kal ki.</w:t>
      </w:r>
    </w:p>
    <w:p>
      <w:pPr>
        <w:jc w:val="right"/>
      </w:pPr>
      <w:r>
        <w:t>تو میرا یہ یقین اتنا زیادہ بڑھا ہوا ہے کہ بہت ایک عجیب آپ کو مثال دیتا ہوں کل کی۔</w:t>
      </w:r>
    </w:p>
    <w:p>
      <w:r>
        <w:rPr>
          <w:b/>
        </w:rPr>
        <w:t xml:space="preserve">[22:55] </w:t>
      </w:r>
      <w:r>
        <w:t>kal</w:t>
      </w:r>
    </w:p>
    <w:p>
      <w:pPr>
        <w:jc w:val="right"/>
      </w:pPr>
      <w:r>
        <w:t>کل</w:t>
      </w:r>
    </w:p>
    <w:p>
      <w:r>
        <w:rPr>
          <w:b/>
        </w:rPr>
        <w:t xml:space="preserve">[23:00] </w:t>
      </w:r>
      <w:r>
        <w:t>maine</w:t>
      </w:r>
    </w:p>
    <w:p>
      <w:pPr>
        <w:jc w:val="right"/>
      </w:pPr>
      <w:r>
        <w:t>میں نے</w:t>
      </w:r>
    </w:p>
    <w:p>
      <w:r>
        <w:rPr>
          <w:b/>
        </w:rPr>
        <w:t xml:space="preserve">[23:03] </w:t>
      </w:r>
      <w:r>
        <w:t>aam khaya, mango. aap jante hain ke mango ke baray mein agar aap dekhein</w:t>
      </w:r>
    </w:p>
    <w:p>
      <w:pPr>
        <w:jc w:val="right"/>
      </w:pPr>
      <w:r>
        <w:t>آم کھایا، مینگو۔ آپ جانتے ہیں کہ مینگو کے بارے میں اگر آپ دیکھیں</w:t>
      </w:r>
    </w:p>
    <w:p>
      <w:r>
        <w:rPr>
          <w:b/>
        </w:rPr>
        <w:t xml:space="preserve">[23:19] </w:t>
      </w:r>
      <w:r>
        <w:t>to maloom hoga aap ko ke mango</w:t>
      </w:r>
    </w:p>
    <w:p>
      <w:pPr>
        <w:jc w:val="right"/>
      </w:pPr>
      <w:r>
        <w:t>تو معلوم ہوگا آپ کو کہ مینگو</w:t>
      </w:r>
    </w:p>
    <w:p>
      <w:r>
        <w:rPr>
          <w:b/>
        </w:rPr>
        <w:t xml:space="preserve">[23:29] </w:t>
      </w:r>
      <w:r>
        <w:t>duniya mein do hazar qism ki phool hain aur</w:t>
      </w:r>
    </w:p>
    <w:p>
      <w:pPr>
        <w:jc w:val="right"/>
      </w:pPr>
      <w:r>
        <w:t>دنیا میں دو ہزار قسم کی پھل ہیں اور</w:t>
      </w:r>
    </w:p>
    <w:p>
      <w:r>
        <w:rPr>
          <w:b/>
        </w:rPr>
        <w:t xml:space="preserve">[23:37] </w:t>
      </w:r>
      <w:r>
        <w:t>un mein top par mango hai.</w:t>
      </w:r>
    </w:p>
    <w:p>
      <w:pPr>
        <w:jc w:val="right"/>
      </w:pPr>
      <w:r>
        <w:t>ان میں ٹاپ پر مینگو ہے۔</w:t>
      </w:r>
    </w:p>
    <w:p>
      <w:r>
        <w:rPr>
          <w:b/>
        </w:rPr>
        <w:t xml:space="preserve">[23:43] </w:t>
      </w:r>
      <w:r>
        <w:t>mango top par hai.</w:t>
      </w:r>
    </w:p>
    <w:p>
      <w:pPr>
        <w:jc w:val="right"/>
      </w:pPr>
      <w:r>
        <w:t>مینگو ٹاپ پر ہے۔</w:t>
      </w:r>
    </w:p>
    <w:p>
      <w:r>
        <w:rPr>
          <w:b/>
        </w:rPr>
        <w:t xml:space="preserve">[23:48] </w:t>
      </w:r>
      <w:r>
        <w:t>to kal mein mango, yeh ek mango maine khaya to aap jante hain kya hua?</w:t>
      </w:r>
    </w:p>
    <w:p>
      <w:pPr>
        <w:jc w:val="right"/>
      </w:pPr>
      <w:r>
        <w:t>تو کل میں مینگو، یہ ایک مینگو میں نے کھایا تو آپ جانتے ہیں کیا ہوا؟</w:t>
      </w:r>
    </w:p>
    <w:p>
      <w:r>
        <w:rPr>
          <w:b/>
        </w:rPr>
        <w:t xml:space="preserve">[24:03] </w:t>
      </w:r>
      <w:r>
        <w:t>meri aankhon se khushi ke aansu nikal paray, khushi ke aansu.</w:t>
      </w:r>
    </w:p>
    <w:p>
      <w:pPr>
        <w:jc w:val="right"/>
      </w:pPr>
      <w:r>
        <w:t>میری آنکھوں سے خوشی کے آنسو نکل پڑے، خوشی کے آنسو۔</w:t>
      </w:r>
    </w:p>
    <w:p>
      <w:r>
        <w:rPr>
          <w:b/>
        </w:rPr>
        <w:t xml:space="preserve">[24:13] </w:t>
      </w:r>
      <w:r>
        <w:t>yani main ro raha tha to woh rona khushi ka aansu tha ke Allah Rab-ul-Alameen kitna zyada meherban hai insaan ke upar ke us ne jo food diya, food, food mein test de diya.</w:t>
      </w:r>
    </w:p>
    <w:p>
      <w:pPr>
        <w:jc w:val="right"/>
      </w:pPr>
      <w:r>
        <w:t>یعنی میں رو رہا تھا تو وہ رونا خوشی کا آنسو تھا کہ اللہ رب العالمین کتنا زیادہ مہربان ہے انسان کے اوپر کہ اس نے جو فوڈ دیا، فوڈ، فوڈ میں ٹیسٹ دے دیا۔</w:t>
      </w:r>
    </w:p>
    <w:p>
      <w:r>
        <w:rPr>
          <w:b/>
        </w:rPr>
        <w:t xml:space="preserve">[24:40] </w:t>
      </w:r>
      <w:r>
        <w:t>test aisa nahi hai ke jaise haiwan khate hain to us mein koi test nahi milta un ko.</w:t>
      </w:r>
    </w:p>
    <w:p>
      <w:pPr>
        <w:jc w:val="right"/>
      </w:pPr>
      <w:r>
        <w:t>ٹیسٹ ایسا نہیں ہے کہ جیسے حیوان کھاتے ہیں تو اس میں کوئی ٹیسٹ نہیں ملتا ان کو۔</w:t>
      </w:r>
    </w:p>
    <w:p>
      <w:r>
        <w:rPr>
          <w:b/>
        </w:rPr>
        <w:t xml:space="preserve">[24:48] </w:t>
      </w:r>
      <w:r>
        <w:t>lekin insaan jab khata hai to har food item mein us ko test milta hai.</w:t>
      </w:r>
    </w:p>
    <w:p>
      <w:pPr>
        <w:jc w:val="right"/>
      </w:pPr>
      <w:r>
        <w:t>لیکن انسان جب کھاتا ہے تو ہر فوڈ آئٹم میں اس کو ٹیسٹ ملتا ہے۔</w:t>
      </w:r>
    </w:p>
    <w:p>
      <w:r>
        <w:rPr>
          <w:b/>
        </w:rPr>
        <w:t xml:space="preserve">[25:04] </w:t>
      </w:r>
      <w:r>
        <w:t>yeh aap ki marifat par hai ke aap</w:t>
      </w:r>
    </w:p>
    <w:p>
      <w:pPr>
        <w:jc w:val="right"/>
      </w:pPr>
      <w:r>
        <w:t>یہ آپ کی معرفت پر ہے کہ آپ</w:t>
      </w:r>
    </w:p>
    <w:p>
      <w:r>
        <w:rPr>
          <w:b/>
        </w:rPr>
        <w:t xml:space="preserve">[25:12] </w:t>
      </w:r>
      <w:r>
        <w:t>khane se ya kisi bhi cheez se kya lete hain. marifat, mislan dekhein, bohat pehle ki baat hai, main Lucknow mein tha.</w:t>
      </w:r>
    </w:p>
    <w:p>
      <w:pPr>
        <w:jc w:val="right"/>
      </w:pPr>
      <w:r>
        <w:t>کھانے سے یا کسی بھی چیز سے کیا لیتے ہیں۔ معرفت، مثلاً دیکھیں، بہت پہلے کی بات ہے، میں لکھنو میں تھا۔</w:t>
      </w:r>
    </w:p>
    <w:p>
      <w:r>
        <w:rPr>
          <w:b/>
        </w:rPr>
        <w:t xml:space="preserve">[25:27] </w:t>
      </w:r>
      <w:r>
        <w:t>Lucknow mein ek sahib ke haan mera khana aaya, khana tha to khane par yahi aam aaya jo jo kal mein ne khaya.</w:t>
      </w:r>
    </w:p>
    <w:p>
      <w:pPr>
        <w:jc w:val="right"/>
      </w:pPr>
      <w:r>
        <w:t>لکھنو میں ایک صاحب کے ہاں میرا کھانا آیا، کھانا تھا تو کھانے پر یہی آم آیا جو جو کل میں نے کھایا۔</w:t>
      </w:r>
    </w:p>
    <w:p>
      <w:r>
        <w:rPr>
          <w:b/>
        </w:rPr>
        <w:t xml:space="preserve">[25:37] </w:t>
      </w:r>
      <w:r>
        <w:t>wahan ke local zaban mein is ko kehte hain Lucknow safeda, yahan kuch aur bolte honge. wahan Lucknow mein is ko kehte hain bari abadi zaban mein Lucknow safeda.</w:t>
      </w:r>
    </w:p>
    <w:p>
      <w:pPr>
        <w:jc w:val="right"/>
      </w:pPr>
      <w:r>
        <w:t>وہاں کے لوکل زبان میں اس کو کہتے ہیں لکھنو سفیدہ، یہاں کچھ اور بولتے ہوں گے۔ وہاں لکھنو میں اس کو کہتے ہیں بڑی آبادی زبان میں لکھنو سفیدہ۔</w:t>
      </w:r>
    </w:p>
    <w:p>
      <w:r>
        <w:rPr>
          <w:b/>
        </w:rPr>
        <w:t xml:space="preserve">[25:54] </w:t>
      </w:r>
      <w:r>
        <w:t>to ghaliban jis ka jis ghar par maine khana khaya tha, unhon ne ghaliban pehli baar khaya tha woh Lucknow safeda.</w:t>
      </w:r>
    </w:p>
    <w:p>
      <w:pPr>
        <w:jc w:val="right"/>
      </w:pPr>
      <w:r>
        <w:t>تو غالباً جس کا جس گھر پر میں نے کھانا کھایا تھا، انہوں نے غالباً پہلی بار کھایا تھا وہ لکھنو سفیدہ۔</w:t>
      </w:r>
    </w:p>
    <w:p>
      <w:r>
        <w:rPr>
          <w:b/>
        </w:rPr>
        <w:t xml:space="preserve">[26:07] </w:t>
      </w:r>
      <w:r>
        <w:t>to un ko itna acha laga ke apne bete se unhon ne kaha ke dekho, hamari ek zameen hai Lucknow aur Sitapur ke beech mein, ek land hai Lucknow aur Sitapur ke beech mein.</w:t>
      </w:r>
    </w:p>
    <w:p>
      <w:pPr>
        <w:jc w:val="right"/>
      </w:pPr>
      <w:r>
        <w:t>تو ان کو اتنا اچھا لگا کہ اپنے بیٹے سے انہوں نے کہا کہ دیکھو، ہماری ایک زمین ہے لکھنو اور سیتا پور کے بیچ میں، ایک لینڈ ہے لکھنو اور سیتا پور کے بیچ میں۔</w:t>
      </w:r>
    </w:p>
    <w:p>
      <w:r>
        <w:rPr>
          <w:b/>
        </w:rPr>
        <w:t xml:space="preserve">[26:24] </w:t>
      </w:r>
      <w:r>
        <w:t>to woh us poori land par, us poori zameen par Lucknow safeda lagwa do.</w:t>
      </w:r>
    </w:p>
    <w:p>
      <w:pPr>
        <w:jc w:val="right"/>
      </w:pPr>
      <w:r>
        <w:t>تو وہ اس پوری لینڈ پر، اس پوری زمین پر لکھنو سفیدہ لگوا دو۔</w:t>
      </w:r>
    </w:p>
    <w:p>
      <w:r>
        <w:rPr>
          <w:b/>
        </w:rPr>
        <w:t xml:space="preserve">[26:33] </w:t>
      </w:r>
      <w:r>
        <w:t>chunanche lakhnau safida lagwaya gaya aur ittifaq se mein is ke baad kuch dinon ke baad, kuch saalon ke baad mein wahan jana hua to apni bagh ka unhon ne khilaya tha mujhe lakhnau safida.</w:t>
      </w:r>
    </w:p>
    <w:p>
      <w:pPr>
        <w:jc w:val="right"/>
      </w:pPr>
      <w:r>
        <w:t>چنانچہ لکھنو سفیدہ لگوایا گیا اور اتفاق سے میں اس کے بعد کچھ دنوں کے بعد، کچھ سالوں کے بعد میں وہاں جانا ہوا تو اپنی باغ کا انہوں نے کھلایا تھا مجھے لکھنو سفیدہ۔</w:t>
      </w:r>
    </w:p>
    <w:p>
      <w:r>
        <w:rPr>
          <w:b/>
        </w:rPr>
        <w:t xml:space="preserve">[26:50] </w:t>
      </w:r>
      <w:r>
        <w:t>to lakhnau safida bohat hi lazeez aam hota hai.</w:t>
      </w:r>
    </w:p>
    <w:p>
      <w:pPr>
        <w:jc w:val="right"/>
      </w:pPr>
      <w:r>
        <w:t>تو لکھنو سفیدہ بہت ہی لذیذ آم ہوتا ہے۔</w:t>
      </w:r>
    </w:p>
    <w:p>
      <w:r>
        <w:rPr>
          <w:b/>
        </w:rPr>
        <w:t xml:space="preserve">[26:57] </w:t>
      </w:r>
      <w:r>
        <w:t>to aam ka jo achi qism hai, woh apne test ke aitbar se number one hai.</w:t>
      </w:r>
    </w:p>
    <w:p>
      <w:pPr>
        <w:jc w:val="right"/>
      </w:pPr>
      <w:r>
        <w:t>تو آم کا جو اچھی قسم ہے، وہ اپنے ٹیسٹ کے اعتبار سے نمبر ون ہے۔</w:t>
      </w:r>
    </w:p>
    <w:p>
      <w:r>
        <w:rPr>
          <w:b/>
        </w:rPr>
        <w:t xml:space="preserve">[27:11] </w:t>
      </w:r>
      <w:r>
        <w:t>aur aap jante hain ke Allah taala ne insan ke andar ten tha qism ke test rakhe hain. Aap ghor kijiye ke Allah ne sirf food paida nahi kiya, sirf phal nahi paida kiya,</w:t>
      </w:r>
    </w:p>
    <w:p>
      <w:pPr>
        <w:jc w:val="right"/>
      </w:pPr>
      <w:r>
        <w:t>اور آپ جانتے ہیں کہ اللہ تعالیٰ نے انسان کے اندر ٹین تھا قسم کے ٹیسٹ رکھے ہیں۔ آپ غور کیجئے کہ اللہ نے صرف فوڈ پیدا نہیں کیا، صرف پھل نہیں پیدا کیا،</w:t>
      </w:r>
    </w:p>
    <w:p>
      <w:r>
        <w:rPr>
          <w:b/>
        </w:rPr>
        <w:t xml:space="preserve">[27:27] </w:t>
      </w:r>
      <w:r>
        <w:t>balke aap ke zehn mein test rakh diya. Yeh test kya hai? Yeh test jo hai,</w:t>
      </w:r>
    </w:p>
    <w:p>
      <w:pPr>
        <w:jc w:val="right"/>
      </w:pPr>
      <w:r>
        <w:t>بلکہ آپ کے ذہن میں ٹیسٹ رکھ دیا۔ یہ ٹیسٹ کیا ہے؟ یہ ٹیسٹ جو ہے،</w:t>
      </w:r>
    </w:p>
    <w:p>
      <w:r>
        <w:rPr>
          <w:b/>
        </w:rPr>
        <w:t xml:space="preserve">[27:39] </w:t>
      </w:r>
      <w:r>
        <w:t>jab mein is test ko tajruba karta hoon</w:t>
      </w:r>
    </w:p>
    <w:p>
      <w:pPr>
        <w:jc w:val="right"/>
      </w:pPr>
      <w:r>
        <w:t>جب میں اس ٹیسٹ کو تجربہ کرتا ہوں</w:t>
      </w:r>
    </w:p>
    <w:p>
      <w:r>
        <w:rPr>
          <w:b/>
        </w:rPr>
        <w:t xml:space="preserve">[27:46] </w:t>
      </w:r>
      <w:r>
        <w:t>to jante hain kya hota hai?</w:t>
      </w:r>
    </w:p>
    <w:p>
      <w:pPr>
        <w:jc w:val="right"/>
      </w:pPr>
      <w:r>
        <w:t>تو جانتے ہیں کیا ہوتا ہے؟</w:t>
      </w:r>
    </w:p>
    <w:p>
      <w:r>
        <w:rPr>
          <w:b/>
        </w:rPr>
        <w:t xml:space="preserve">[27:52] </w:t>
      </w:r>
      <w:r>
        <w:t>mujhe</w:t>
      </w:r>
    </w:p>
    <w:p>
      <w:pPr>
        <w:jc w:val="right"/>
      </w:pPr>
      <w:r>
        <w:t>مجھے</w:t>
      </w:r>
    </w:p>
    <w:p>
      <w:r>
        <w:rPr>
          <w:b/>
        </w:rPr>
        <w:t xml:space="preserve">[27:56] </w:t>
      </w:r>
      <w:r>
        <w:t>aisa lagta hai ke Allah rab ul alameen, yani khaliq e kainat, mujhe peshgi tajruba kara raha hai</w:t>
      </w:r>
    </w:p>
    <w:p>
      <w:pPr>
        <w:jc w:val="right"/>
      </w:pPr>
      <w:r>
        <w:t>ایسا لگتا ہے کہ اللہ رب العالمین، یعنی خالق کائنات، مجھے پیشگی تجربہ کرا رہا ہے</w:t>
      </w:r>
    </w:p>
    <w:p>
      <w:r>
        <w:rPr>
          <w:b/>
        </w:rPr>
        <w:t xml:space="preserve">[28:08] </w:t>
      </w:r>
      <w:r>
        <w:t>ke aye mere bande, aye mere bande, agar tu</w:t>
      </w:r>
    </w:p>
    <w:p>
      <w:pPr>
        <w:jc w:val="right"/>
      </w:pPr>
      <w:r>
        <w:t>کہ اے میرے بندے، اے میرے بندے، اگر تو</w:t>
      </w:r>
    </w:p>
    <w:p>
      <w:r>
        <w:rPr>
          <w:b/>
        </w:rPr>
        <w:t xml:space="preserve">[28:18] </w:t>
      </w:r>
      <w:r>
        <w:t>meri,</w:t>
      </w:r>
    </w:p>
    <w:p>
      <w:pPr>
        <w:jc w:val="right"/>
      </w:pPr>
      <w:r>
        <w:t>میری،</w:t>
      </w:r>
    </w:p>
    <w:p>
      <w:r>
        <w:rPr>
          <w:b/>
        </w:rPr>
        <w:t xml:space="preserve">[28:23] </w:t>
      </w:r>
      <w:r>
        <w:t>mere karishme plan ko samjhe aur mere karishme plan ke mutabiq zindagi guzaar kar mere paas aaye</w:t>
      </w:r>
    </w:p>
    <w:p>
      <w:pPr>
        <w:jc w:val="right"/>
      </w:pPr>
      <w:r>
        <w:t>میرے کرشمے پلان کو سمجھے اور میرے کرشمے پلان کے مطابق زندگی گزار کر میرے پاس آئے</w:t>
      </w:r>
    </w:p>
    <w:p>
      <w:r>
        <w:rPr>
          <w:b/>
        </w:rPr>
        <w:t xml:space="preserve">[28:35] </w:t>
      </w:r>
      <w:r>
        <w:t>to tere paas kaisi kaisi</w:t>
      </w:r>
    </w:p>
    <w:p>
      <w:pPr>
        <w:jc w:val="right"/>
      </w:pPr>
      <w:r>
        <w:t>تو تیرے پاس کیسی کیسی</w:t>
      </w:r>
    </w:p>
    <w:p>
      <w:r>
        <w:rPr>
          <w:b/>
        </w:rPr>
        <w:t xml:space="preserve">[28:41] </w:t>
      </w:r>
      <w:r>
        <w:t>present cheezein teri mehya kar rakhi hain maine. Yeh peshgi khabar hai.</w:t>
      </w:r>
    </w:p>
    <w:p>
      <w:pPr>
        <w:jc w:val="right"/>
      </w:pPr>
      <w:r>
        <w:t>پریزنٹ چیزیں تیری مہیا کر رکھی ہیں میں نے۔ یہ پیشگی خبر ہے۔</w:t>
      </w:r>
    </w:p>
    <w:p>
      <w:r>
        <w:rPr>
          <w:b/>
        </w:rPr>
        <w:t xml:space="preserve">[28:52] </w:t>
      </w:r>
      <w:r>
        <w:t>to yeh khabar jo hai, agar aap mil jaye aap ko yeh khabar to aap ko Allah rab ul alameen se be panah mohabbat paida ho jayegi ke khudaya tu kitna meherban hai.</w:t>
      </w:r>
    </w:p>
    <w:p>
      <w:pPr>
        <w:jc w:val="right"/>
      </w:pPr>
      <w:r>
        <w:t>تو یہ خبر جو ہے، اگر آپ مل جائے آپ کو یہ خبر تو آپ کو اللہ رب العالمین سے بے پناہ محبت پیدا ہو جائے گی کہ خدایا تو کتنا مہربان ہے۔</w:t>
      </w:r>
    </w:p>
    <w:p>
      <w:r>
        <w:rPr>
          <w:b/>
        </w:rPr>
        <w:t xml:space="preserve">[29:09] </w:t>
      </w:r>
      <w:r>
        <w:t>phir agar aap ko insano se mohabbat ho jaye to kya aap insano se nafrat karenge?</w:t>
      </w:r>
    </w:p>
    <w:p>
      <w:pPr>
        <w:jc w:val="right"/>
      </w:pPr>
      <w:r>
        <w:t>پھر اگر آپ کو انسانوں سے محبت ہو جائے تو کیا آپ انسانوں سے نفرت کریں گے؟</w:t>
      </w:r>
    </w:p>
    <w:p>
      <w:r>
        <w:rPr>
          <w:b/>
        </w:rPr>
        <w:t xml:space="preserve">[29:20] </w:t>
      </w:r>
      <w:r>
        <w:t>kya aisa ho sakta hai ke jis Khuda ki daryaft aap ke andar insano se mohabbat paida kare, usi Khuda ki daryaft ke bawajood aap insano se nafrat karenge?</w:t>
      </w:r>
    </w:p>
    <w:p>
      <w:pPr>
        <w:jc w:val="right"/>
      </w:pPr>
      <w:r>
        <w:t>کیا ایسا ہو سکتا ہے کہ جس خدا کی دریافت آپ کے اندر انسانوں سے محبت پیدا کرے، اسی خدا کی دریافت کے باوجود آپ انسانوں سے نفرت کریں گے؟</w:t>
      </w:r>
    </w:p>
    <w:p>
      <w:r>
        <w:rPr>
          <w:b/>
        </w:rPr>
        <w:t xml:space="preserve">[29:45] </w:t>
      </w:r>
      <w:r>
        <w:t>haqeeqat yeh hai ke aap ko Hitler se bhi mohabbat nahi hogi,</w:t>
      </w:r>
    </w:p>
    <w:p>
      <w:pPr>
        <w:jc w:val="right"/>
      </w:pPr>
      <w:r>
        <w:t>حقیقت یہ ہے کہ آپ کو ہٹلر سے بھی محبت نہیں ہوگی،</w:t>
      </w:r>
    </w:p>
    <w:p>
      <w:r>
        <w:rPr>
          <w:b/>
        </w:rPr>
        <w:t xml:space="preserve">[29:51] </w:t>
      </w:r>
      <w:r>
        <w:t>kisi se mohabbat nahi, nafrat nahi hogi kyunke woh Khuda ke banaye hue hain.</w:t>
      </w:r>
    </w:p>
    <w:p>
      <w:pPr>
        <w:jc w:val="right"/>
      </w:pPr>
      <w:r>
        <w:t>کسی سے محبت نہیں، نفرت نہیں ہوگی کیونکہ وہ خدا کے بنائے ہوئے ہیں۔</w:t>
      </w:r>
    </w:p>
    <w:p>
      <w:r>
        <w:rPr>
          <w:b/>
        </w:rPr>
        <w:t xml:space="preserve">[30:01] </w:t>
      </w:r>
      <w:r>
        <w:t>kyunke Hitler jo hai, woh Khuda ka banaya hua hai.</w:t>
      </w:r>
    </w:p>
    <w:p>
      <w:pPr>
        <w:jc w:val="right"/>
      </w:pPr>
      <w:r>
        <w:t>کیونکہ ہٹلر جو ہے، وہ خدا کا بنایا ہوا ہے۔</w:t>
      </w:r>
    </w:p>
    <w:p>
      <w:r>
        <w:rPr>
          <w:b/>
        </w:rPr>
        <w:t xml:space="preserve">[30:12] </w:t>
      </w:r>
      <w:r>
        <w:t>hata ke mein apne bare mein kehta hoon ke jin logon ne</w:t>
      </w:r>
    </w:p>
    <w:p>
      <w:pPr>
        <w:jc w:val="right"/>
      </w:pPr>
      <w:r>
        <w:t>حتیٰ کہ میں اپنے بارے میں کہتا ہوں کہ جن لوگوں نے</w:t>
      </w:r>
    </w:p>
    <w:p>
      <w:r>
        <w:rPr>
          <w:b/>
        </w:rPr>
        <w:t xml:space="preserve">[30:19] </w:t>
      </w:r>
      <w:r>
        <w:t>atom bomb giraya pehli baar to sari dunya un se nafrat karti hai. Mein un se mohabbat karta hoon ke kyunke yahi wahan, yahi atom bomb tha,</w:t>
      </w:r>
    </w:p>
    <w:p>
      <w:pPr>
        <w:jc w:val="right"/>
      </w:pPr>
      <w:r>
        <w:t>ایٹم بم گرایا پہلی بار تو ساری دنیا ان سے نفرت کرتی ہے۔ میں ان سے محبت کرتا ہوں کہ کیونکہ یہی وہاں، یہی ایٹم بم تھا،</w:t>
      </w:r>
    </w:p>
    <w:p>
      <w:r>
        <w:rPr>
          <w:b/>
        </w:rPr>
        <w:t xml:space="preserve">[30:33] </w:t>
      </w:r>
      <w:r>
        <w:t>yahi nuclear bomb tha jis ki wajah se dunya mein age of peace aaya.</w:t>
      </w:r>
    </w:p>
    <w:p>
      <w:pPr>
        <w:jc w:val="right"/>
      </w:pPr>
      <w:r>
        <w:t>یہی نیوکلیئر بم تھا جس کی وجہ سے دنیا میں ایج آف پیس آیا۔</w:t>
      </w:r>
    </w:p>
    <w:p>
      <w:r>
        <w:rPr>
          <w:b/>
        </w:rPr>
        <w:t xml:space="preserve">[30:42] </w:t>
      </w:r>
      <w:r>
        <w:t>logon ne socha ke itni buri cheez hai violence.</w:t>
      </w:r>
    </w:p>
    <w:p>
      <w:pPr>
        <w:jc w:val="right"/>
      </w:pPr>
      <w:r>
        <w:t>لوگوں نے سوچا کہ اتنی بری چیز ہے وائلنس۔</w:t>
      </w:r>
    </w:p>
    <w:p>
      <w:r>
        <w:rPr>
          <w:b/>
        </w:rPr>
        <w:t xml:space="preserve">[30:51] </w:t>
      </w:r>
      <w:r>
        <w:t>aur mazeed yeh ke unhon ne discover kiya ke ke violence jo hai, woh</w:t>
      </w:r>
    </w:p>
    <w:p>
      <w:pPr>
        <w:jc w:val="right"/>
      </w:pPr>
      <w:r>
        <w:t>اور مزید یہ کہ انہوں نے ڈسکور کیا کہ کہ وائلنس جو ہے، وہ</w:t>
      </w:r>
    </w:p>
    <w:p>
      <w:r>
        <w:rPr>
          <w:b/>
        </w:rPr>
        <w:t xml:space="preserve">[31:02] </w:t>
      </w:r>
      <w:r>
        <w:t>boom brink khel hai. doosre ko marenge to bhi is ka shikar banenge. to jin logon ne dunya par atom bomb giraya, un ke liye mere andar mohabbat hai kyunke unhon ne dunya ko,</w:t>
      </w:r>
    </w:p>
    <w:p>
      <w:pPr>
        <w:jc w:val="right"/>
      </w:pPr>
      <w:r>
        <w:t>بوم برینک کھیل ہے۔ دوسرے کو ماریں گے تو بھی اس کا شکار بنو گے۔ تو جن لوگوں نے دنیا پر ایٹم بم گرایا، ان کے لیے میرے اندر محبت ہے کیونکہ انہوں نے دنیا کو،</w:t>
      </w:r>
    </w:p>
    <w:p>
      <w:r>
        <w:rPr>
          <w:b/>
        </w:rPr>
        <w:t xml:space="preserve">[31:19] </w:t>
      </w:r>
      <w:r>
        <w:t>wo</w:t>
      </w:r>
    </w:p>
    <w:p>
      <w:pPr>
        <w:jc w:val="right"/>
      </w:pPr>
      <w:r>
        <w:t>وہ</w:t>
      </w:r>
    </w:p>
    <w:p>
      <w:r>
        <w:rPr>
          <w:b/>
        </w:rPr>
        <w:t xml:space="preserve">[31:23] </w:t>
      </w:r>
      <w:r>
        <w:t>jaise newton ke liye safe jo tha, wo apprise shock tha.</w:t>
      </w:r>
    </w:p>
    <w:p>
      <w:pPr>
        <w:jc w:val="right"/>
      </w:pPr>
      <w:r>
        <w:t>جیسے نیوٹن کے لیے سیف جو تھا، وہ ایپریس شاک تھا۔</w:t>
      </w:r>
    </w:p>
    <w:p>
      <w:r>
        <w:rPr>
          <w:b/>
        </w:rPr>
        <w:t xml:space="preserve">[31:34] </w:t>
      </w:r>
      <w:r>
        <w:t>to aise hi dunya ke liye nuclear bomb peace shock ban gaya. isi ke baad insan ne socha ke ab insan ke liye peace ka option hi baqi nahi hai.</w:t>
      </w:r>
    </w:p>
    <w:p>
      <w:pPr>
        <w:jc w:val="right"/>
      </w:pPr>
      <w:r>
        <w:t>تو ایسے ہی دنیا کے لیے نیوکلیئر بم پیس شاک بن گیا۔ اسی کے بعد انسان نے سوچا کہ اب انسان کے لیے پیس کا آپشن ہی باقی نہیں ہے۔</w:t>
      </w:r>
    </w:p>
    <w:p>
      <w:r>
        <w:rPr>
          <w:b/>
        </w:rPr>
        <w:t xml:space="preserve">[31:55] </w:t>
      </w:r>
      <w:r>
        <w:t>ye cigarette wali war jo hui thi, jab bomb giraya gaya tha, aap jante hain is ka sab se bara asar kya tha?</w:t>
      </w:r>
    </w:p>
    <w:p>
      <w:pPr>
        <w:jc w:val="right"/>
      </w:pPr>
      <w:r>
        <w:t>یہ سگریٹ والی وار جو ہوئی تھی، جب بم گرایا گیا تھا، آپ جانتے ہیں اس کا سب سے بڑا اثر کیا تھا؟</w:t>
      </w:r>
    </w:p>
    <w:p>
      <w:r>
        <w:rPr>
          <w:b/>
        </w:rPr>
        <w:t xml:space="preserve">[32:06] </w:t>
      </w:r>
      <w:r>
        <w:t>ke wo nuclear shock tha jis ne insan ko bataya</w:t>
      </w:r>
    </w:p>
    <w:p>
      <w:pPr>
        <w:jc w:val="right"/>
      </w:pPr>
      <w:r>
        <w:t>کہ وہ نیوکلیئر شاک تھا جس نے انسان کو بتایا</w:t>
      </w:r>
    </w:p>
    <w:p>
      <w:r>
        <w:rPr>
          <w:b/>
        </w:rPr>
        <w:t xml:space="preserve">[32:17] </w:t>
      </w:r>
      <w:r>
        <w:t>ke ab tumhare liye violence ka option hi baqi nahi hai.</w:t>
      </w:r>
    </w:p>
    <w:p>
      <w:pPr>
        <w:jc w:val="right"/>
      </w:pPr>
      <w:r>
        <w:t>کہ اب تمہارے لیے وائلنس کا آپشن ہی باقی نہیں ہے۔</w:t>
      </w:r>
    </w:p>
    <w:p>
      <w:r>
        <w:rPr>
          <w:b/>
        </w:rPr>
        <w:t xml:space="preserve">[32:27] </w:t>
      </w:r>
      <w:r>
        <w:t>aur ye baat sab se pehle hitler ne kahi thi. hitler ne jab khudkushi ki thi</w:t>
      </w:r>
    </w:p>
    <w:p>
      <w:pPr>
        <w:jc w:val="right"/>
      </w:pPr>
      <w:r>
        <w:t>اور یہ بات سب سے پہلے ہٹلر نے کہی تھی۔ ہٹلر نے جب خودکشی کی تھی</w:t>
      </w:r>
    </w:p>
    <w:p>
      <w:r>
        <w:rPr>
          <w:b/>
        </w:rPr>
        <w:t xml:space="preserve">[32:37] </w:t>
      </w:r>
      <w:r>
        <w:t>to us ne yahi kaha tha</w:t>
      </w:r>
    </w:p>
    <w:p>
      <w:pPr>
        <w:jc w:val="right"/>
      </w:pPr>
      <w:r>
        <w:t>تو اس نے یہی کہا تھا</w:t>
      </w:r>
    </w:p>
    <w:p>
      <w:r>
        <w:rPr>
          <w:b/>
        </w:rPr>
        <w:t xml:space="preserve">[32:43] </w:t>
      </w:r>
      <w:r>
        <w:t>ke ab koi war hone wali nahi hai.</w:t>
      </w:r>
    </w:p>
    <w:p>
      <w:pPr>
        <w:jc w:val="right"/>
      </w:pPr>
      <w:r>
        <w:t>کہ اب کوئی وار ہونے والی نہیں ہے۔</w:t>
      </w:r>
    </w:p>
    <w:p>
      <w:r>
        <w:rPr>
          <w:b/>
        </w:rPr>
        <w:t xml:space="preserve">[32:48] </w:t>
      </w:r>
      <w:r>
        <w:t>war ka option hi khatam. ye baat sab se pehle hitler ne kahi thi ke ab insan ke liye war ka option khatam.</w:t>
      </w:r>
    </w:p>
    <w:p>
      <w:pPr>
        <w:jc w:val="right"/>
      </w:pPr>
      <w:r>
        <w:t>وار کا آپشن ہی ختم۔ یہ بات سب سے پہلے ہٹلر نے کہی تھی کہ اب انسان کے لیے وار کا آپشن ختم۔</w:t>
      </w:r>
    </w:p>
    <w:p>
      <w:r>
        <w:rPr>
          <w:b/>
        </w:rPr>
        <w:t xml:space="preserve">[33:01] </w:t>
      </w:r>
      <w:r>
        <w:t>to allah itna rab, itna itna zyada mohabbat karta hai insan se</w:t>
      </w:r>
    </w:p>
    <w:p>
      <w:pPr>
        <w:jc w:val="right"/>
      </w:pPr>
      <w:r>
        <w:t>تو اللہ اتنا رب، اتنا اتنا زیادہ محبت کرتا ہے انسان سے</w:t>
      </w:r>
    </w:p>
    <w:p>
      <w:r>
        <w:rPr>
          <w:b/>
        </w:rPr>
        <w:t xml:space="preserve">[33:10] </w:t>
      </w:r>
      <w:r>
        <w:t>ke violence mein bhi peace ka sabak deta hai. allah insan ko violence mein bhi peace ka sabak deta hai, nuclear bomb mein bhi peace ka sabak deta hai.</w:t>
      </w:r>
    </w:p>
    <w:p>
      <w:pPr>
        <w:jc w:val="right"/>
      </w:pPr>
      <w:r>
        <w:t>کہ وائلنس میں بھی پیس کا سبق دیتا ہے۔ اللہ انسان کو وائلنس میں بھی پیس کا سبق دیتا ہے، نیوکلیئر بم میں بھی پیس کا سبق دیتا ہے۔</w:t>
      </w:r>
    </w:p>
    <w:p>
      <w:r>
        <w:rPr>
          <w:b/>
        </w:rPr>
        <w:t xml:space="preserve">[33:28] </w:t>
      </w:r>
      <w:r>
        <w:t>khana jo deta hai, maslan aam ya aur cheezen, to is mein aap ko energy milti hai. energy ke sath sath is mein aap ko test milta hai.</w:t>
      </w:r>
    </w:p>
    <w:p>
      <w:pPr>
        <w:jc w:val="right"/>
      </w:pPr>
      <w:r>
        <w:t>کھانا جو دیتا ہے، مثلاً آم یا اور چیزیں، تو اس میں آپ کو انرجی ملتی ہے۔ انرجی کے ساتھ ساتھ اس میں آپ کو ٹیسٹ ملتا ہے۔</w:t>
      </w:r>
    </w:p>
    <w:p>
      <w:r>
        <w:rPr>
          <w:b/>
        </w:rPr>
        <w:t xml:space="preserve">[33:48] </w:t>
      </w:r>
      <w:r>
        <w:t>to main ek insan, main shayad ek aisa insan tha jis ne khuda ko ek god of love ke taur par daryaft kiya.</w:t>
      </w:r>
    </w:p>
    <w:p>
      <w:pPr>
        <w:jc w:val="right"/>
      </w:pPr>
      <w:r>
        <w:t>تو میں ایک انسان، میں شاید ایک ایسا انسان تھا جس نے خدا کو ایک گاڈ آف لو کے طور پر دریافت کیا۔</w:t>
      </w:r>
    </w:p>
    <w:p>
      <w:r>
        <w:rPr>
          <w:b/>
        </w:rPr>
        <w:t xml:space="preserve">[34:04] </w:t>
      </w:r>
      <w:r>
        <w:t>god of love,</w:t>
      </w:r>
    </w:p>
    <w:p>
      <w:pPr>
        <w:jc w:val="right"/>
      </w:pPr>
      <w:r>
        <w:t>گاڈ آف لو،</w:t>
      </w:r>
    </w:p>
    <w:p>
      <w:r>
        <w:rPr>
          <w:b/>
        </w:rPr>
        <w:t xml:space="preserve">[34:08] </w:t>
      </w:r>
      <w:r>
        <w:t>god of love</w:t>
      </w:r>
    </w:p>
    <w:p>
      <w:pPr>
        <w:jc w:val="right"/>
      </w:pPr>
      <w:r>
        <w:t>گاڈ آف لو</w:t>
      </w:r>
    </w:p>
    <w:p>
      <w:r>
        <w:rPr>
          <w:b/>
        </w:rPr>
        <w:t xml:space="preserve">[34:12] </w:t>
      </w:r>
      <w:r>
        <w:t>ke jab pet mein tha, main us waqt allah ne mere liye maa ke zariye se food ka intezam kiya.</w:t>
      </w:r>
    </w:p>
    <w:p>
      <w:pPr>
        <w:jc w:val="right"/>
      </w:pPr>
      <w:r>
        <w:t>کہ جب پیٹ میں تھا، میں اس وقت اللہ نے میرے لیے ماں کے ذریعے سے فوڈ کا انتظام کیا۔</w:t>
      </w:r>
    </w:p>
    <w:p>
      <w:r>
        <w:rPr>
          <w:b/>
        </w:rPr>
        <w:t xml:space="preserve">[34:25] </w:t>
      </w:r>
      <w:r>
        <w:t>food ka intezam kiya. is ke baad jis din main, jis dunya mein mujhe paida kiya, wo dunya kya thi?</w:t>
      </w:r>
    </w:p>
    <w:p>
      <w:pPr>
        <w:jc w:val="right"/>
      </w:pPr>
      <w:r>
        <w:t>فوڈ کا انتظام کیا۔ اس کے بعد جس دن میں، جس دنیا میں مجھے پیدا کیا، وہ دنیا کیا تھی؟</w:t>
      </w:r>
    </w:p>
    <w:p>
      <w:r>
        <w:rPr>
          <w:b/>
        </w:rPr>
        <w:t xml:space="preserve">[34:35] </w:t>
      </w:r>
      <w:r>
        <w:t>wo poori ki poori dunya</w:t>
      </w:r>
    </w:p>
    <w:p>
      <w:pPr>
        <w:jc w:val="right"/>
      </w:pPr>
      <w:r>
        <w:t>وہ پوری کی پوری دنیا</w:t>
      </w:r>
    </w:p>
    <w:p>
      <w:r>
        <w:rPr>
          <w:b/>
        </w:rPr>
        <w:t xml:space="preserve">[34:39] </w:t>
      </w:r>
      <w:r>
        <w:t>mere muafiq bani hui thi.</w:t>
      </w:r>
    </w:p>
    <w:p>
      <w:pPr>
        <w:jc w:val="right"/>
      </w:pPr>
      <w:r>
        <w:t>میرے موافق بنی ہوئی تھی۔</w:t>
      </w:r>
    </w:p>
    <w:p>
      <w:r>
        <w:rPr>
          <w:b/>
        </w:rPr>
        <w:t xml:space="preserve">[34:45] </w:t>
      </w:r>
      <w:r>
        <w:t>poori ki poori dunya mere muafiq,</w:t>
      </w:r>
    </w:p>
    <w:p>
      <w:pPr>
        <w:jc w:val="right"/>
      </w:pPr>
      <w:r>
        <w:t>پوری کی پوری دنیا میرے موافق،</w:t>
      </w:r>
    </w:p>
    <w:p>
      <w:r>
        <w:rPr>
          <w:b/>
        </w:rPr>
        <w:t xml:space="preserve">[34:51] </w:t>
      </w:r>
      <w:r>
        <w:t>yani custom made universe. ye dunya jo thi,</w:t>
      </w:r>
    </w:p>
    <w:p>
      <w:pPr>
        <w:jc w:val="right"/>
      </w:pPr>
      <w:r>
        <w:t>یعنی کسٹم میڈ یونیورس۔ یہ دنیا جو تھی،</w:t>
      </w:r>
    </w:p>
    <w:p>
      <w:r>
        <w:rPr>
          <w:b/>
        </w:rPr>
        <w:t xml:space="preserve">[35:01] </w:t>
      </w:r>
      <w:r>
        <w:t>custom made universe. to maine god ko god of love ke taur par discover kiya.</w:t>
      </w:r>
    </w:p>
    <w:p>
      <w:pPr>
        <w:jc w:val="right"/>
      </w:pPr>
      <w:r>
        <w:t>کسٹم میڈ یونیورس۔ تو میں نے گاڈ کو گاڈ آف لو کے طور پر ڈسکور کیا۔</w:t>
      </w:r>
    </w:p>
    <w:p>
      <w:r>
        <w:rPr>
          <w:b/>
        </w:rPr>
        <w:t xml:space="preserve">[35:13] </w:t>
      </w:r>
      <w:r>
        <w:t>aap samajh sakte hain ke jo aadmi god ko, ek creator ko, creator of love ke taur par discover kare, wo ek ayat ke barabar bhi nafrat nahi kar sakta insan se</w:t>
      </w:r>
    </w:p>
    <w:p>
      <w:pPr>
        <w:jc w:val="right"/>
      </w:pPr>
      <w:r>
        <w:t>آپ سمجھ سکتے ہیں کہ جو آدمی گاڈ کو، ایک کریٹر کو، کریٹر آف لو کے طور پر ڈسکور کرے، وہ ایک آیت کے برابر بھی نفرت نہیں کر سکتا انسان سے</w:t>
      </w:r>
    </w:p>
    <w:p>
      <w:r>
        <w:rPr>
          <w:b/>
        </w:rPr>
        <w:t xml:space="preserve">[35:33] </w:t>
      </w:r>
      <w:r>
        <w:t>kyunke insaan ko khuda ne banaya hai, apne aap insaan ban nahi gaya hai. to mere liye god, god of love hai.</w:t>
      </w:r>
    </w:p>
    <w:p>
      <w:pPr>
        <w:jc w:val="right"/>
      </w:pPr>
      <w:r>
        <w:t>کیونکہ انسان کو خدا نے بنایا ہے، اپنے آپ انسان بن نہیں گیا ہے۔ تو میرے لیے گاڈ، گاڈ آف لو ہے۔</w:t>
      </w:r>
    </w:p>
    <w:p>
      <w:r>
        <w:rPr>
          <w:b/>
        </w:rPr>
        <w:t xml:space="preserve">[35:50] </w:t>
      </w:r>
      <w:r>
        <w:t>is ka reflection aap meri kitabon mein inshallah payenge. assalam o alaikum warahmatullah.</w:t>
      </w:r>
    </w:p>
    <w:p>
      <w:pPr>
        <w:jc w:val="right"/>
      </w:pPr>
      <w:r>
        <w:t>اس کا ریفلیکشن آپ میری کتابوں میں انشاءاللہ پائیں گے۔ السلام علیکم ورحمۃ اللہ۔</w:t>
      </w:r>
    </w:p>
    <w:p>
      <w:r>
        <w:rPr>
          <w:b/>
        </w:rPr>
        <w:t xml:space="preserve">[36:10] </w:t>
      </w:r>
      <w:r>
        <w:t>okay, we start with the comments and question answer session. ah, once again, ah, i request everyone to also mention their location, ah, when they post a comments or questions.</w:t>
      </w:r>
    </w:p>
    <w:p>
      <w:pPr>
        <w:jc w:val="right"/>
      </w:pPr>
      <w:r>
        <w:t>اوکے، وی سٹارٹ ود دی کمنٹس اینڈ کوئسچن انسر سیشن۔ اہ، ونس اگین، اہ، ائی ریکویسٹ ایوری ون ٹو السو مینشن دیر لوکیشن، اہ، وین دے پوسٹ اے کمنٹس اور کوئسچنز۔</w:t>
      </w:r>
    </w:p>
    <w:p>
      <w:r>
        <w:rPr>
          <w:b/>
        </w:rPr>
        <w:t xml:space="preserve">[36:24] </w:t>
      </w:r>
      <w:r>
        <w:t>maulana, yeh comment bheja hai srinagar se miss karutlein ne. unhon ne likha hai: "maulana, your journey to discover god from following of moon to reaching kanyakumari was a thrilling one,</w:t>
      </w:r>
    </w:p>
    <w:p>
      <w:pPr>
        <w:jc w:val="right"/>
      </w:pPr>
      <w:r>
        <w:t>مولانا، یہ کمنٹ بھیجا ہے سری نگر سے مس کروتلین نے۔ انہوں نے لکھا ہے: "مولانا، یور جرنی ٹو ڈسکور گاڈ فرام فالونگ آف مون ٹو ریچنگ کنیا کماری واز ا تھرلنگ ون،</w:t>
      </w:r>
    </w:p>
    <w:p>
      <w:r>
        <w:rPr>
          <w:b/>
        </w:rPr>
        <w:t xml:space="preserve">[36:40] </w:t>
      </w:r>
      <w:r>
        <w:t>and drawing the conclusion to discover god through his creation is remarkably enlightening. thank you very much for sharing it with us." ah, miss sadaf saeed ne likha hai karachi pakistan se:</w:t>
      </w:r>
    </w:p>
    <w:p>
      <w:pPr>
        <w:jc w:val="right"/>
      </w:pPr>
      <w:r>
        <w:t>اینڈ ڈرائنگ دا کنکلوژن ٹو ڈسکور گاڈ تھرو ہز کریشن از ریمارکیبلی انلائٹننگ۔ تھینک یو ویری مچ فار شیئرنگ اٹ ود اس۔" اہ، مس صدف سعید نے لکھا ہے کراچی پاکستان سے:</w:t>
      </w:r>
    </w:p>
    <w:p>
      <w:r>
        <w:rPr>
          <w:b/>
        </w:rPr>
        <w:t xml:space="preserve">[36:57] </w:t>
      </w:r>
      <w:r>
        <w:t>"ae mere bande, main main ne tere liye kya kya nematein rakhi hain? subhan allah</w:t>
      </w:r>
    </w:p>
    <w:p>
      <w:pPr>
        <w:jc w:val="right"/>
      </w:pPr>
      <w:r>
        <w:t>"اے میرے بندے، میں میں نے تیرے لیے کیا کیا نعمتیں رکھی ہیں؟ سبحان اللہ</w:t>
      </w:r>
    </w:p>
    <w:p>
      <w:r>
        <w:rPr>
          <w:b/>
        </w:rPr>
        <w:t xml:space="preserve">[37:04] </w:t>
      </w:r>
      <w:r>
        <w:t>! ke kya point hai?" muhammad irfan rashidi sahib ne parbhani se likha hai: "maulana sahib, today cps teams from mumbai, nagpur, parbhani, nanded, hyderabad and gulbarga have gathered for a da'wah program at parbhani, and we are watching your sunday program live together." maulana, sawal lena chahenge?</w:t>
      </w:r>
    </w:p>
    <w:p>
      <w:pPr>
        <w:jc w:val="right"/>
      </w:pPr>
      <w:r>
        <w:t>! کہ کیا پوائنٹ ہے؟" محمد عرفان رشیدی صاحب نے پربنی سے لکھا ہے: "مولانا صاحب، ٹوڈے سی پی ایس ٹیمز فرام ممبئی، ناکپور، پربنی، ناندڑ، حیدرآباد اینڈ گلبرگا ہیو گیدرڈ فار ا دعوی پروگرام ایٹ پربنی، اینڈ وی آر واچنگ یور سنڈے پروگرام لائیو ٹوگیدر۔" مولانا، سوال لینا چاہیں گے؟</w:t>
      </w:r>
    </w:p>
    <w:p>
      <w:r>
        <w:rPr>
          <w:b/>
        </w:rPr>
        <w:t xml:space="preserve">[37:32] </w:t>
      </w:r>
      <w:r>
        <w:t>yeh sawal bheja hai ahmedabad se rahat kazmi sahib ne. unhon ne aap se poocha hai ke "according to you, what is the biggest hurdle for anyone in discovering God?"</w:t>
      </w:r>
    </w:p>
    <w:p>
      <w:pPr>
        <w:jc w:val="right"/>
      </w:pPr>
      <w:r>
        <w:t>یہ سوال بھیجا ہے احمد آباد سے راحت کاظمی صاحب نے۔ انہوں نے آپ سے پوچھا ہے کہ "اکارڈنگ ٹو یو، واٹ از دا بگسٹ ہرڈل فار اینی ون ان ڈسکورنگ گاڈ؟"</w:t>
      </w:r>
    </w:p>
    <w:p>
      <w:r>
        <w:rPr>
          <w:b/>
        </w:rPr>
        <w:t xml:space="preserve">[37:51] </w:t>
      </w:r>
      <w:r>
        <w:t>aap ko mere misaal mein yeh jawab mil chuka hai. aap ne beshumar log paye honge jinhon ne mango khaya hai, lekin shayad ek bhi nahi milegi misaal aap ko ke mango khate hue us ko khushi ki hansi hansi aa gayi hai.</w:t>
      </w:r>
    </w:p>
    <w:p>
      <w:pPr>
        <w:jc w:val="right"/>
      </w:pPr>
      <w:r>
        <w:t>آپ کو میرے مثال میں یہ جواب مل چکا ہے۔ آپ نے بے شمار لوگ پائے ہوں گے جنہوں نے مینگو کھایا ہے، لیکن شاید ایک بھی نہیں ملے گی مثال آپ کو کہ مینگو کھاتے ہوئے اس کو خوشی کی ہنسی ہنسی آ گئی ہے۔</w:t>
      </w:r>
    </w:p>
    <w:p>
      <w:r>
        <w:rPr>
          <w:b/>
        </w:rPr>
        <w:t xml:space="preserve">[38:14] </w:t>
      </w:r>
      <w:r>
        <w:t>woh mango ke creator ko ek mohabbat bhare khuda ke taur par daryaft kiya, aur us ki aankhon mein khushi ke aansu aa jayen.</w:t>
      </w:r>
    </w:p>
    <w:p>
      <w:pPr>
        <w:jc w:val="right"/>
      </w:pPr>
      <w:r>
        <w:t>وہ مینگو کے کریٹر کو ایک محبت بھرے خدا کے طور پر دریافت کیا، اور اس کی آنکھوں میں خوشی کے آنسو آ جائیں۔</w:t>
      </w:r>
    </w:p>
    <w:p>
      <w:r>
        <w:rPr>
          <w:b/>
        </w:rPr>
        <w:t xml:space="preserve">[38:29] </w:t>
      </w:r>
      <w:r>
        <w:t>to logon ne discover nahi kiya,</w:t>
      </w:r>
    </w:p>
    <w:p>
      <w:pPr>
        <w:jc w:val="right"/>
      </w:pPr>
      <w:r>
        <w:t>تو لوگوں نے ڈسکور نہیں کیا،</w:t>
      </w:r>
    </w:p>
    <w:p>
      <w:r>
        <w:rPr>
          <w:b/>
        </w:rPr>
        <w:t xml:space="preserve">[38:34] </w:t>
      </w:r>
      <w:r>
        <w:t>khaliq ko discover nahi kiya. unhon ne is liye aisa hua. aap logon ke liye khuda ko discoverable item banaiye.</w:t>
      </w:r>
    </w:p>
    <w:p>
      <w:pPr>
        <w:jc w:val="right"/>
      </w:pPr>
      <w:r>
        <w:t>خالق کو ڈسکور نہیں کیا۔ انہوں نے اس لیے ایسا ہوا۔ آپ لوگوں کے لیے خدا کو ڈسکوریبل آئٹم بنائیے۔</w:t>
      </w:r>
    </w:p>
    <w:p>
      <w:r>
        <w:rPr>
          <w:b/>
        </w:rPr>
        <w:t xml:space="preserve">[38:48] </w:t>
      </w:r>
      <w:r>
        <w:t>is ke baad aap dekhen ke har aadmi</w:t>
      </w:r>
    </w:p>
    <w:p>
      <w:pPr>
        <w:jc w:val="right"/>
      </w:pPr>
      <w:r>
        <w:t>اس کے بعد آپ دیکھیں کہ ہر آدمی</w:t>
      </w:r>
    </w:p>
    <w:p>
      <w:r>
        <w:rPr>
          <w:b/>
        </w:rPr>
        <w:t xml:space="preserve">[38:56] </w:t>
      </w:r>
      <w:r>
        <w:t>mohabbat ka pahad ban jayega.</w:t>
      </w:r>
    </w:p>
    <w:p>
      <w:pPr>
        <w:jc w:val="right"/>
      </w:pPr>
      <w:r>
        <w:t>محبت کا پہاڑ بن جائے گا۔</w:t>
      </w:r>
    </w:p>
    <w:p>
      <w:r>
        <w:rPr>
          <w:b/>
        </w:rPr>
        <w:t xml:space="preserve">[39:05] </w:t>
      </w:r>
      <w:r>
        <w:t>maulana, agla sawal bheja hai maulana iqbal umri ne chennai se. unhon ne likha hai: "maulana, ek sawal hai: agar aap ko khuda par yaqeen karne ke liye quran na hota to universe kafi tha?</w:t>
      </w:r>
    </w:p>
    <w:p>
      <w:pPr>
        <w:jc w:val="right"/>
      </w:pPr>
      <w:r>
        <w:t>مولانا، اگلا سوال بھیجا ہے مولانا اقبال عمری نے چنئی سے۔ انہوں نے لکھا ہے: "مولانا، ایک سوال ہے: اگر آپ کو خدا پر یقین کرنے کے لیے قرآن نہ ہوتا تو یونیورس کافی تھا؟</w:t>
      </w:r>
    </w:p>
    <w:p>
      <w:r>
        <w:rPr>
          <w:b/>
        </w:rPr>
        <w:t xml:space="preserve">[39:22] </w:t>
      </w:r>
      <w:r>
        <w:t>yani quran ka kya role hai aap ki imani zindagi mein? is ke bare mein bataein." quran jo hai, book of guide hai.</w:t>
      </w:r>
    </w:p>
    <w:p>
      <w:pPr>
        <w:jc w:val="right"/>
      </w:pPr>
      <w:r>
        <w:t>یعنی قرآن کا کیا رول ہے آپ کی ایمانی زندگی میں؟ اس کے بارے میں بتائیں۔" قرآن جو ہے، بک آف گائیڈ ہے۔</w:t>
      </w:r>
    </w:p>
    <w:p>
      <w:r>
        <w:rPr>
          <w:b/>
        </w:rPr>
        <w:t xml:space="preserve">[39:42] </w:t>
      </w:r>
      <w:r>
        <w:t>universe jo hai, universe to</w:t>
      </w:r>
    </w:p>
    <w:p>
      <w:pPr>
        <w:jc w:val="right"/>
      </w:pPr>
      <w:r>
        <w:t>یونیورس جو ہے، یونیورس تو</w:t>
      </w:r>
    </w:p>
    <w:p>
      <w:r>
        <w:rPr>
          <w:b/>
        </w:rPr>
        <w:t xml:space="preserve">[39:47] </w:t>
      </w:r>
      <w:r>
        <w:t>jisko kehte hain</w:t>
      </w:r>
    </w:p>
    <w:p>
      <w:pPr>
        <w:jc w:val="right"/>
      </w:pPr>
      <w:r>
        <w:t>جس کو کہتے ہیں</w:t>
      </w:r>
    </w:p>
    <w:p>
      <w:r>
        <w:rPr>
          <w:b/>
        </w:rPr>
        <w:t xml:space="preserve">[39:51] </w:t>
      </w:r>
      <w:r>
        <w:t>data, hum ko data faraham karta hai, lekin quran jo hai, woh guide karta hai.</w:t>
      </w:r>
    </w:p>
    <w:p>
      <w:pPr>
        <w:jc w:val="right"/>
      </w:pPr>
      <w:r>
        <w:t>ڈیٹا، ہم کو ڈیٹا فراہم کرتا ہے، لیکن قرآن جو ہے، وہ گائیڈ کرتا ہے۔</w:t>
      </w:r>
    </w:p>
    <w:p>
      <w:r>
        <w:rPr>
          <w:b/>
        </w:rPr>
        <w:t xml:space="preserve">[40:07] </w:t>
      </w:r>
      <w:r>
        <w:t>agar aap quran ko aaj kal jo tareeqa parhne ka quran ka ke technical point ko le ke utara karte hain,</w:t>
      </w:r>
    </w:p>
    <w:p>
      <w:pPr>
        <w:jc w:val="right"/>
      </w:pPr>
      <w:r>
        <w:t>اگر آپ قرآن کو آج کل جو طریقہ پڑھنے کا قرآن کا کہ ٹیکنیکل پوائنٹ کو لے کے اتارا کرتے ہیں،</w:t>
      </w:r>
    </w:p>
    <w:p>
      <w:r>
        <w:rPr>
          <w:b/>
        </w:rPr>
        <w:t xml:space="preserve">[40:18] </w:t>
      </w:r>
      <w:r>
        <w:t>koi na woh search ke liye baitha hai, koi na woh quran ke nuqton ko hal kar raha hai, aisi aisi kuch technical aspect.</w:t>
      </w:r>
    </w:p>
    <w:p>
      <w:pPr>
        <w:jc w:val="right"/>
      </w:pPr>
      <w:r>
        <w:t>کوئی نہ وہ سرچ کے لیے بیٹھا ہے، کوئی نہ وہ قرآن کے نقطوں کو حل کر رہا ہے، ایسی ایسی کچھ ٹیکنیکل اسپیکٹ۔</w:t>
      </w:r>
    </w:p>
    <w:p>
      <w:r>
        <w:rPr>
          <w:b/>
        </w:rPr>
        <w:t xml:space="preserve">[40:36] </w:t>
      </w:r>
      <w:r>
        <w:t>quran ko asal jo aspect hai, woh hai</w:t>
      </w:r>
    </w:p>
    <w:p>
      <w:pPr>
        <w:jc w:val="right"/>
      </w:pPr>
      <w:r>
        <w:t>قرآن کو اصل جو اسپیکٹ ہے، وہ ہے</w:t>
      </w:r>
    </w:p>
    <w:p>
      <w:r>
        <w:rPr>
          <w:b/>
        </w:rPr>
        <w:t xml:space="preserve">[40:45] </w:t>
      </w:r>
      <w:r>
        <w:t>quran aap ke liye kitab tadabbur ban jaye. jo log tadabbur ki baat karte hain, un ki un ki kitabon mein bhi mujhe tadabbur nahi milta.</w:t>
      </w:r>
    </w:p>
    <w:p>
      <w:pPr>
        <w:jc w:val="right"/>
      </w:pPr>
      <w:r>
        <w:t>قرآن آپ کے لیے کتاب تدبر بن جائے۔ جو لوگ تدبر کی بات کرتے ہیں، ان کی ان کی کتابوں میں بھی مجھے تدبر نہیں ملتا۔</w:t>
      </w:r>
    </w:p>
    <w:p>
      <w:r>
        <w:rPr>
          <w:b/>
        </w:rPr>
        <w:t xml:space="preserve">[40:59] </w:t>
      </w:r>
      <w:r>
        <w:t>un ki wahi</w:t>
      </w:r>
    </w:p>
    <w:p>
      <w:pPr>
        <w:jc w:val="right"/>
      </w:pPr>
      <w:r>
        <w:t>ان کی وہی</w:t>
      </w:r>
    </w:p>
    <w:p>
      <w:r>
        <w:rPr>
          <w:b/>
        </w:rPr>
        <w:t xml:space="preserve">[41:05] </w:t>
      </w:r>
      <w:r>
        <w:t>nuqte nuqte milte hain.</w:t>
      </w:r>
    </w:p>
    <w:p>
      <w:pPr>
        <w:jc w:val="right"/>
      </w:pPr>
      <w:r>
        <w:t>نقطے نقطے ملتے ہیں۔</w:t>
      </w:r>
    </w:p>
    <w:p>
      <w:r>
        <w:rPr>
          <w:b/>
        </w:rPr>
        <w:t xml:space="preserve">[41:11] </w:t>
      </w:r>
      <w:r>
        <w:t>aap khud kisi bhi kisi bhi quran par kisi bhi kitab ko lijiye aur us ko mutala kijiyey.</w:t>
      </w:r>
    </w:p>
    <w:p>
      <w:pPr>
        <w:jc w:val="right"/>
      </w:pPr>
      <w:r>
        <w:t>آپ خود کسی بھی کسی بھی قرآن پر کسی بھی کتاب کو لیجئے اور اس کو مطالعہ کیجئے۔</w:t>
      </w:r>
    </w:p>
    <w:p>
      <w:r>
        <w:rPr>
          <w:b/>
        </w:rPr>
        <w:t xml:space="preserve">[41:21] </w:t>
      </w:r>
      <w:r>
        <w:t>ab mutala kar ke mujhe bataiye aap ke is se aap ko take away kya mila? ek hi sawal mein karta hoon: koi bhi tafseer koi bhi zaban mein jo aap ke pas ho,</w:t>
      </w:r>
    </w:p>
    <w:p>
      <w:pPr>
        <w:jc w:val="right"/>
      </w:pPr>
      <w:r>
        <w:t>اب مطالعہ کر کے مجھے بتائیے آپ کہ اس سے آپ کو ٹیک اوے کیا ملا؟ ایک ہی سوال میں کرتا ہوں: کوئی بھی تفسیر کسی بھی زبان میں جو آپ کے پاس ہو،</w:t>
      </w:r>
    </w:p>
    <w:p>
      <w:r>
        <w:rPr>
          <w:b/>
        </w:rPr>
        <w:t xml:space="preserve">[41:37] </w:t>
      </w:r>
      <w:r>
        <w:t>us ko parhiye shuru se akhir tak, aur phir us ko us ko bataiye ke is se take away kya mila? mislan mein batata hoon ke take away kya cheez hai.</w:t>
      </w:r>
    </w:p>
    <w:p>
      <w:pPr>
        <w:jc w:val="right"/>
      </w:pPr>
      <w:r>
        <w:t>اس کو پڑھیے شروع سے آخر تک، اور پھر اس کو اس کو بتائیے کہ اس سے ٹیک اوے کیا ملا؟ مثلاً میں بتاتا ہوں کہ ٹیک اوے کیا چیز ہے۔</w:t>
      </w:r>
    </w:p>
    <w:p>
      <w:r>
        <w:rPr>
          <w:b/>
        </w:rPr>
        <w:t xml:space="preserve">[41:50] </w:t>
      </w:r>
      <w:r>
        <w:t>aaj mein soch raha tha ke quran kya deta hai insan ko, to mujhe yaad aya ke quran ka jo pehla lafz hai, wahi deta hai: woh alhamdulillah rabb ul alameen.</w:t>
      </w:r>
    </w:p>
    <w:p>
      <w:pPr>
        <w:jc w:val="right"/>
      </w:pPr>
      <w:r>
        <w:t>آج میں سوچ رہا تھا کہ قرآن کیا دیتا ہے انسان کو، تو مجھے یاد آیا کہ قرآن کا جو پہلا لفظ ہے، وہی دیتا ہے: وہ الحمدللہ رب العالمین۔</w:t>
      </w:r>
    </w:p>
    <w:p>
      <w:r>
        <w:rPr>
          <w:b/>
        </w:rPr>
        <w:t xml:space="preserve">[42:07] </w:t>
      </w:r>
      <w:r>
        <w:t>yani</w:t>
      </w:r>
    </w:p>
    <w:p>
      <w:pPr>
        <w:jc w:val="right"/>
      </w:pPr>
      <w:r>
        <w:t>یعنی</w:t>
      </w:r>
    </w:p>
    <w:p>
      <w:r>
        <w:rPr>
          <w:b/>
        </w:rPr>
        <w:t xml:space="preserve">[42:11] </w:t>
      </w:r>
      <w:r>
        <w:t>khawand alam ko is hesiyat se daryaft karo ke woh tumhare liye</w:t>
      </w:r>
    </w:p>
    <w:p>
      <w:pPr>
        <w:jc w:val="right"/>
      </w:pPr>
      <w:r>
        <w:t>خداوند عالم کو اس حیثیت سے دریافت کرو کہ وہ تمہارے لیے</w:t>
      </w:r>
    </w:p>
    <w:p>
      <w:r>
        <w:rPr>
          <w:b/>
        </w:rPr>
        <w:t xml:space="preserve">[42:24] </w:t>
      </w:r>
      <w:r>
        <w:t>rabb ul hamd ban jaye, woh jo mein ne kaha mohabbat ka source ban jaye.</w:t>
      </w:r>
    </w:p>
    <w:p>
      <w:pPr>
        <w:jc w:val="right"/>
      </w:pPr>
      <w:r>
        <w:t>رب الحمد بن جائے، وہ جو میں نے کہا محبت کا سورس بن جائے۔</w:t>
      </w:r>
    </w:p>
    <w:p>
      <w:r>
        <w:rPr>
          <w:b/>
        </w:rPr>
        <w:t xml:space="preserve">[42:40] </w:t>
      </w:r>
      <w:r>
        <w:t>to aap kisi bhi tafseer ko parhiye aur mujhe bataiye ke is ko parh kar aap ko take away kya mila?</w:t>
      </w:r>
    </w:p>
    <w:p>
      <w:pPr>
        <w:jc w:val="right"/>
      </w:pPr>
      <w:r>
        <w:t>تو آپ کسی بھی تفسیر کو پڑھیے اور مجھے بتائیے کہ اس کو پڑھ کر آپ کو ٹیک اوے کیا ملا؟</w:t>
      </w:r>
    </w:p>
    <w:p>
      <w:r>
        <w:rPr>
          <w:b/>
        </w:rPr>
        <w:t xml:space="preserve">[42:50] </w:t>
      </w:r>
      <w:r>
        <w:t>to log fanni fanni nuqton ko samajh bethe hain. tafseer woh tafseer hai hi nahi. fanni nuqte jis pe paise hote hain, woh tafseer hai hi nahi.</w:t>
      </w:r>
    </w:p>
    <w:p>
      <w:pPr>
        <w:jc w:val="right"/>
      </w:pPr>
      <w:r>
        <w:t>تو لوگ فنی فنی نقطوں کو سمجھ بیٹھے ہیں۔ تفسیر وہ تفسیر ہے ہی نہیں۔ فنی نقطے جس پہ پیسے ہوتے ہیں، وہ تفسیر ہے ہی نہیں۔</w:t>
      </w:r>
    </w:p>
    <w:p>
      <w:r>
        <w:rPr>
          <w:b/>
        </w:rPr>
        <w:t xml:space="preserve">[43:06] </w:t>
      </w:r>
      <w:r>
        <w:t>aap ko shaq ho to aap yeh kijiye ke kisi tafseer ko lijiye, kisi bhi tafseer ko, aur us ko parh kar ke aap mujhe bataiye ke is mein aap ko take away kya mila.</w:t>
      </w:r>
    </w:p>
    <w:p>
      <w:pPr>
        <w:jc w:val="right"/>
      </w:pPr>
      <w:r>
        <w:t>آپ کو شک ہو تو آپ یہ کیجئے کہ کسی تفسیر کو لیجئے، کسی بھی تفسیر کو، اور اس کو پڑھ کر کے آپ مجھے بتائیے کہ اس میں آپ کو ٹیک اوے کیا ملا۔</w:t>
      </w:r>
    </w:p>
    <w:p>
      <w:r>
        <w:rPr>
          <w:b/>
        </w:rPr>
        <w:t xml:space="preserve">[43:26] </w:t>
      </w:r>
      <w:r>
        <w:t>isi mein jawab mil jaye ga aap ko.</w:t>
      </w:r>
    </w:p>
    <w:p>
      <w:pPr>
        <w:jc w:val="right"/>
      </w:pPr>
      <w:r>
        <w:t>اسی میں جواب مل جائے گا آپ کو۔</w:t>
      </w:r>
    </w:p>
    <w:p>
      <w:r>
        <w:rPr>
          <w:b/>
        </w:rPr>
        <w:t xml:space="preserve">[43:33] </w:t>
      </w:r>
      <w:r>
        <w:t>maulana, kuch un ka ek aur sawal hai. maulana, unho ne likha hai:</w:t>
      </w:r>
    </w:p>
    <w:p>
      <w:pPr>
        <w:jc w:val="right"/>
      </w:pPr>
      <w:r>
        <w:t>مولانا، کچھ ان کا ایک اور سوال ہے۔ مولانا، انہوں نے لکھا ہے:</w:t>
      </w:r>
    </w:p>
    <w:p>
      <w:r>
        <w:rPr>
          <w:b/>
        </w:rPr>
        <w:t xml:space="preserve">[43:41] </w:t>
      </w:r>
      <w:r>
        <w:t>"maulana, lift ka lagna ek insani waqia hai, magar is ko total khodai waqia kehna kaise scientific ho sakta hai?</w:t>
      </w:r>
    </w:p>
    <w:p>
      <w:pPr>
        <w:jc w:val="right"/>
      </w:pPr>
      <w:r>
        <w:t>"مولانا، لفٹ کا لگنا ایک انسانی واقعہ ہے، مگر اس کو ٹوٹل کھدائی واقعہ کہنا کیسے سائنٹیفک ہو سکتا ہے؟</w:t>
      </w:r>
    </w:p>
    <w:p>
      <w:r>
        <w:rPr>
          <w:b/>
        </w:rPr>
        <w:t xml:space="preserve">[43:51] </w:t>
      </w:r>
      <w:r>
        <w:t>is ki mazeed wazahat karen." dekhiye, jo log mere sathi hain, woh jante hain ke lift kaise lagi.</w:t>
      </w:r>
    </w:p>
    <w:p>
      <w:pPr>
        <w:jc w:val="right"/>
      </w:pPr>
      <w:r>
        <w:t>اس کی مزید وضاحت کریں۔" دیکھیے، جو لوگ میرے ساتھی ہیں، وہ جانتے ہیں کہ لفٹ کیسے لگی۔</w:t>
      </w:r>
    </w:p>
    <w:p>
      <w:r>
        <w:rPr>
          <w:b/>
        </w:rPr>
        <w:t xml:space="preserve">[44:01] </w:t>
      </w:r>
      <w:r>
        <w:t>mein ne kabhi socha bhi nahi tha, mere sathiyon ne kabhi socha bhi nahi tha, aur bilkul unexpected tor par lift lag gayi.</w:t>
      </w:r>
    </w:p>
    <w:p>
      <w:pPr>
        <w:jc w:val="right"/>
      </w:pPr>
      <w:r>
        <w:t>میں نے کبھی سوچا بھی نہیں تھا، میرے ساتھیوں نے کبھی سوچا بھی نہیں تھا، اور بالکل ان ایکسپیکٹڈ طور پر لفٹ لگ گئی۔</w:t>
      </w:r>
    </w:p>
    <w:p>
      <w:r>
        <w:rPr>
          <w:b/>
        </w:rPr>
        <w:t xml:space="preserve">[44:13] </w:t>
      </w:r>
      <w:r>
        <w:t>yani itna zyada</w:t>
      </w:r>
    </w:p>
    <w:p>
      <w:pPr>
        <w:jc w:val="right"/>
      </w:pPr>
      <w:r>
        <w:t>یعنی اتنا زیادہ</w:t>
      </w:r>
    </w:p>
    <w:p>
      <w:r>
        <w:rPr>
          <w:b/>
        </w:rPr>
        <w:t xml:space="preserve">[44:17] </w:t>
      </w:r>
      <w:r>
        <w:t>is mein, yani unexpected thi yeh kahani. aap pooch lijiye jo log is mein involve hain un se ke kabhi aap ne socha bhi nahi tha ke lift lage gi,</w:t>
      </w:r>
    </w:p>
    <w:p>
      <w:pPr>
        <w:jc w:val="right"/>
      </w:pPr>
      <w:r>
        <w:t>اس میں، یعنی ان ایکسپیکٹڈ تھی یہ کہانی۔ آپ پوچھ لیجئے جو لوگ اس میں انوالو ہیں ان سے کہ کبھی آپ نے سوچا بھی نہیں تھا کہ لفٹ لگے گی،</w:t>
      </w:r>
    </w:p>
    <w:p>
      <w:r>
        <w:rPr>
          <w:b/>
        </w:rPr>
        <w:t xml:space="preserve">[44:35] </w:t>
      </w:r>
      <w:r>
        <w:t>aur lag gayi to Allah ne asbab paida kiye. hum hamara jo lift lagi hai na, woh aisa nahi hua ke koi sahib</w:t>
      </w:r>
    </w:p>
    <w:p>
      <w:pPr>
        <w:jc w:val="right"/>
      </w:pPr>
      <w:r>
        <w:t>اور لگ گئی تو اللہ نے اسباب پیدا کیے۔ ہم ہمارا جو لفٹ لگی ہے نا، وہ ایسا نہیں ہوا کہ کوئی صاحب</w:t>
      </w:r>
    </w:p>
    <w:p>
      <w:r>
        <w:rPr>
          <w:b/>
        </w:rPr>
        <w:t xml:space="preserve">[44:52] </w:t>
      </w:r>
      <w:r>
        <w:t>jate hain kisi paise wale ke haan aur us se kehte hain ke bhai hamara lift nahi hai, lift lagwa do.</w:t>
      </w:r>
    </w:p>
    <w:p>
      <w:pPr>
        <w:jc w:val="right"/>
      </w:pPr>
      <w:r>
        <w:t>جاتے ہیں کسی پیسے والے کے ہاں اور اس سے کہتے ہیں کہ بھائی ہمارا لفٹ نہیں ہے، لفٹ لگوا دو۔</w:t>
      </w:r>
    </w:p>
    <w:p>
      <w:r>
        <w:rPr>
          <w:b/>
        </w:rPr>
        <w:t xml:space="preserve">[45:02] </w:t>
      </w:r>
      <w:r>
        <w:t>aur ek kehta hai ke detail lao, sab process chalta hai. to kya hota hai?</w:t>
      </w:r>
    </w:p>
    <w:p>
      <w:pPr>
        <w:jc w:val="right"/>
      </w:pPr>
      <w:r>
        <w:t>اور ایک کہتا ہے کہ ڈیٹیل لاؤ، سب پراسیس چلتا ہے۔ تو کیا ہوتا ہے؟</w:t>
      </w:r>
    </w:p>
    <w:p>
      <w:r>
        <w:rPr>
          <w:b/>
        </w:rPr>
        <w:t xml:space="preserve">[45:10] </w:t>
      </w:r>
      <w:r>
        <w:t>kya hota hai? hamare haan jo lift lagi hai, is mein koi bhi na darkhwast hai, na koi process hai, bilkul hi unexpected tor par lagi hai.</w:t>
      </w:r>
    </w:p>
    <w:p>
      <w:pPr>
        <w:jc w:val="right"/>
      </w:pPr>
      <w:r>
        <w:t>کیا ہوتا ہے؟ ہمارے ہاں جو لفٹ لگی ہے، اس میں کوئی بھی نہ درخواست ہے، نہ کوئی پراسیس ہے، بالکل ہی ان ایکسپیکٹڈ طور پر لگی ہے۔</w:t>
      </w:r>
    </w:p>
    <w:p>
      <w:r>
        <w:rPr>
          <w:b/>
        </w:rPr>
        <w:t xml:space="preserve">[45:26] </w:t>
      </w:r>
      <w:r>
        <w:t>woh to jab unexpected tor par lagi hai to zahir hai ke phir is ka kuch hona chahiye. to wahi hai jaise yani phal mein mithas hai to koi mithas dene wala hona chahiye, to woh creator hai.</w:t>
      </w:r>
    </w:p>
    <w:p>
      <w:pPr>
        <w:jc w:val="right"/>
      </w:pPr>
      <w:r>
        <w:t>وہ تو جب ان ایکسپیکٹڈ طور پر لگی ہے تو ظاہر ہے کہ پھر اس کا کچھ ہونا چاہیے۔ تو وہی ہے جیسے یعنی پھل میں مٹھاس ہے تو کوئی مٹھاس دینے والا ہونا چاہیے، تو وہ کریٹر ہے۔</w:t>
      </w:r>
    </w:p>
    <w:p>
      <w:r>
        <w:rPr>
          <w:b/>
        </w:rPr>
        <w:t xml:space="preserve">[45:54] </w:t>
      </w:r>
      <w:r>
        <w:t>jo log bhi is lift mein involve rahe hain, aap un se pooch lijiye ke kya unho ne kabhi socha tha?</w:t>
      </w:r>
    </w:p>
    <w:p>
      <w:pPr>
        <w:jc w:val="right"/>
      </w:pPr>
      <w:r>
        <w:t>جو لوگ بھی اس لفٹ میں انوالو رہے ہیں، آپ ان سے پوچھ لیجئے کہ کیا انہوں نے کبھی سوچا تھا؟</w:t>
      </w:r>
    </w:p>
    <w:p>
      <w:r>
        <w:rPr>
          <w:b/>
        </w:rPr>
        <w:t xml:space="preserve">[46:07] </w:t>
      </w:r>
      <w:r>
        <w:t>aap ko khud is ka jawab mil jaye ga.</w:t>
      </w:r>
    </w:p>
    <w:p>
      <w:pPr>
        <w:jc w:val="right"/>
      </w:pPr>
      <w:r>
        <w:t>آپ کو خود اس کا جواب مل جائے گا۔</w:t>
      </w:r>
    </w:p>
    <w:p>
      <w:r>
        <w:rPr>
          <w:b/>
        </w:rPr>
        <w:t xml:space="preserve">[46:13] </w:t>
      </w:r>
      <w:r>
        <w:t>maulana, kuch aur comments parhna chahenge sawal lene se pehle. yeh comment bheja hai mehtab ahmed sahib ne dhampur se.</w:t>
      </w:r>
    </w:p>
    <w:p>
      <w:pPr>
        <w:jc w:val="right"/>
      </w:pPr>
      <w:r>
        <w:t>مولانا، کچھ اور کمنٹس پڑھنا چاہیں گے سوال لینے سے پہلے۔ یہ کمنٹ بھیجا ہے مہتاب احمد صاحب نے دھامپور سے۔</w:t>
      </w:r>
    </w:p>
    <w:p>
      <w:r>
        <w:rPr>
          <w:b/>
        </w:rPr>
        <w:t xml:space="preserve">[46:22] </w:t>
      </w:r>
      <w:r>
        <w:t>unho'n ne likha hai: "maulana sahib, yeh bhi khuda ki qudrat ka kamal hai ke khuda khud kuch nahi khata, is ke bawajood khuda ne lakhon cheezon mein behtareen zaiqay rakh diay."</w:t>
      </w:r>
    </w:p>
    <w:p>
      <w:pPr>
        <w:jc w:val="right"/>
      </w:pPr>
      <w:r>
        <w:t>انہوں نے لکھا ہے: "مولانا صاحب، یہ بھی خدا کی قدرت کا کمال ہے کہ خدا خود کچھ نہیں کھاتا، اس کے باوجود خدا نے لاکھوں چیزوں میں بہترین ذائقے رکھ دیے۔" ریلی اینڈ امیزنگ لیکچر ٹوڈے فرام یو۔</w:t>
      </w:r>
    </w:p>
    <w:p>
      <w:r>
        <w:rPr>
          <w:b/>
        </w:rPr>
        <w:t xml:space="preserve">[46:40] </w:t>
      </w:r>
      <w:r>
        <w:t>jazak allah. sajid anwar, dekhen ek minute, hamare mission ki senior member hain</w:t>
      </w:r>
    </w:p>
    <w:p>
      <w:pPr>
        <w:jc w:val="right"/>
      </w:pPr>
      <w:r>
        <w:t>جزاک اللہ۔ ساجد انور، دیکھیں ایک منٹ، ہمارے مشن کی سینئر ممبر ہیں</w:t>
      </w:r>
    </w:p>
    <w:p>
      <w:r>
        <w:rPr>
          <w:b/>
        </w:rPr>
        <w:t xml:space="preserve">[46:52] </w:t>
      </w:r>
      <w:r>
        <w:t>naghma siddiqui.</w:t>
      </w:r>
    </w:p>
    <w:p>
      <w:pPr>
        <w:jc w:val="right"/>
      </w:pPr>
      <w:r>
        <w:t>نغمہ صدیقی۔</w:t>
      </w:r>
    </w:p>
    <w:p>
      <w:r>
        <w:rPr>
          <w:b/>
        </w:rPr>
        <w:t xml:space="preserve">[46:56] </w:t>
      </w:r>
      <w:r>
        <w:t>jab lift lag gayi to unho'n ne mujh se kaha tha ke hum to ne kabhi socha bhi nahi tha ke hamara lift lag jayegi, lagegi, kabhi socha bhi nahi tha.</w:t>
      </w:r>
    </w:p>
    <w:p>
      <w:pPr>
        <w:jc w:val="right"/>
      </w:pPr>
      <w:r>
        <w:t>جب لفٹ لگ گئی تو انہوں نے مجھ سے کہا تھا کہ ہم تو نے کبھی سوچا بھی نہیں تھا کہ ہمارا لفٹ لگ جائے گی، لگے گی، کبھی سوچا بھی نہیں تھا۔</w:t>
      </w:r>
    </w:p>
    <w:p>
      <w:r>
        <w:rPr>
          <w:b/>
        </w:rPr>
        <w:t xml:space="preserve">[47:10] </w:t>
      </w:r>
      <w:r>
        <w:t>to jab hum ne socha bhi nahi tha aur woh aisa waqea ho gaya to kon hai is waqea ko karne wala?</w:t>
      </w:r>
    </w:p>
    <w:p>
      <w:pPr>
        <w:jc w:val="right"/>
      </w:pPr>
      <w:r>
        <w:t>تو جب ہم نے سوچا بھی نہیں تھا اور وہ ایسا واقعہ ہو گیا تو کون ہے اس واقعے کو کرنے والا؟</w:t>
      </w:r>
    </w:p>
    <w:p>
      <w:r>
        <w:rPr>
          <w:b/>
        </w:rPr>
        <w:t xml:space="preserve">[47:19] </w:t>
      </w:r>
      <w:r>
        <w:t>woh allah rabb ul alameen hai.</w:t>
      </w:r>
    </w:p>
    <w:p>
      <w:pPr>
        <w:jc w:val="right"/>
      </w:pPr>
      <w:r>
        <w:t>وہ اللہ رب العالمین ہے۔</w:t>
      </w:r>
    </w:p>
    <w:p>
      <w:r>
        <w:rPr>
          <w:b/>
        </w:rPr>
        <w:t xml:space="preserve">[47:30] </w:t>
      </w:r>
      <w:r>
        <w:t>sajid anwar sahib ne mumbai se likha hai: "maulana, your high level of realization of god and paradise while testing a food is a big incentive for all of us.</w:t>
      </w:r>
    </w:p>
    <w:p>
      <w:pPr>
        <w:jc w:val="right"/>
      </w:pPr>
      <w:r>
        <w:t>ساجد انور صاحب نے ممبئی سے لکھا ہے: "مولانا، یور ہائی لیول آف ریلائزیشن آف گاڈ اینڈ پیراڈائز وائل ٹیسٹنگ ا فوڈ از ا بگ انسنٹیو فار آل آف اس۔</w:t>
      </w:r>
    </w:p>
    <w:p>
      <w:r>
        <w:rPr>
          <w:b/>
        </w:rPr>
        <w:t xml:space="preserve">[47:43] </w:t>
      </w:r>
      <w:r>
        <w:t>we all must pray and endeavor for such a high level of realization following your footsteps. jazak allah maulana for sharing such a thrilling discovery with all of us." riyaz bhat sahib ne srinagar se likha hai:</w:t>
      </w:r>
    </w:p>
    <w:p>
      <w:pPr>
        <w:jc w:val="right"/>
      </w:pPr>
      <w:r>
        <w:t>وی آل مسٹ پری اینڈ انڈیور فار سچ ا ہائی لیول آف ریلائزیشن فالونگ یور فٹ سٹیپس۔ جزاک اللہ مولانا فار شیئرنگ سچ ا تھرلنگ ڈسکوری ود آل آف اس۔" ریاض بھٹ صاحب نے سری نگر سے لکھا ہے:</w:t>
      </w:r>
    </w:p>
    <w:p>
      <w:r>
        <w:rPr>
          <w:b/>
        </w:rPr>
        <w:t xml:space="preserve">[48:00] </w:t>
      </w:r>
      <w:r>
        <w:t>"maulana sahib, the man take away from today lecture has been that in the path of discovery of god, one has to observe, analyze and study nature.</w:t>
      </w:r>
    </w:p>
    <w:p>
      <w:pPr>
        <w:jc w:val="right"/>
      </w:pPr>
      <w:r>
        <w:t>"مولانا صاحب، دا مین ٹیک اوے فرام ٹوڈے لیکچر ہیز بین دیٹ ان دا پاتھ آف ڈسکوری آف گاڈ، ون ہیز ٹو ابزرو، اینالائز اینڈ سٹڈی نیچر۔</w:t>
      </w:r>
    </w:p>
    <w:p>
      <w:r>
        <w:rPr>
          <w:b/>
        </w:rPr>
        <w:t xml:space="preserve">[48:12] </w:t>
      </w:r>
      <w:r>
        <w:t>this will definitely help him to discover his own purpose of creation." shafi ahmed dar sahib ne srinagar se likha hai: "maulana, your journey to discover god is also the straight path for those who want to discover god.</w:t>
      </w:r>
    </w:p>
    <w:p>
      <w:pPr>
        <w:jc w:val="right"/>
      </w:pPr>
      <w:r>
        <w:t>دس ول ڈیفینیٹلی ہیلپ ہم ٹو ڈسکور ہز اون پرپس آف کریشن۔" شفیع احمد ڈار صاحب نے سری نگر سے لکھا ہے: "مولانا، یور جرنی ٹو ڈسکور گاڈ از السو دا سٹریٹ پاتھ فار دوز ہو وانٹ ٹو ڈسکور گاڈ۔</w:t>
      </w:r>
    </w:p>
    <w:p>
      <w:r>
        <w:rPr>
          <w:b/>
        </w:rPr>
        <w:t xml:space="preserve">[48:30] </w:t>
      </w:r>
      <w:r>
        <w:t>you have made us understand how to live a god oriented life." shahid hussain sahib ne likha hai srinagar se: "an inspiring and thrilling account of god realization.</w:t>
      </w:r>
    </w:p>
    <w:p>
      <w:pPr>
        <w:jc w:val="right"/>
      </w:pPr>
      <w:r>
        <w:t>یو ہیو میڈ اس انڈرسٹڈ ہاؤ ٹو لیو ا گاڈ اورینٹڈ لائف۔" شاہد حسین صاحب نے لکھا ہے سری نگر سے: "این انسپائرنگ اینڈ تھرلنگ اکاؤنٹ آف گاڈ ریلائزیشن۔</w:t>
      </w:r>
    </w:p>
    <w:p>
      <w:r>
        <w:rPr>
          <w:b/>
        </w:rPr>
        <w:t xml:space="preserve">[48:44] </w:t>
      </w:r>
      <w:r>
        <w:t>a god of love concept should bring radical change in our attitude towards our fellow beings from different communities." maulana bagla sawal lena chahenge?</w:t>
      </w:r>
    </w:p>
    <w:p>
      <w:pPr>
        <w:jc w:val="right"/>
      </w:pPr>
      <w:r>
        <w:t>ا گاڈ آف لو کانسیپٹ شوڈ برنگ ریڈیکل چینج ان اور ایٹیٹیوڈ ٹورڈز اور فیلو بینگز فرام ڈفرنٹ کمیونٹیز۔" مولانا بگلا سوال لینا چاہیں گے؟</w:t>
      </w:r>
    </w:p>
    <w:p>
      <w:r>
        <w:rPr>
          <w:b/>
        </w:rPr>
        <w:t xml:space="preserve">[48:59] </w:t>
      </w:r>
      <w:r>
        <w:t>yeh sawal bheja hai lucknow se anwar hussain sahib ne. unho'n ne likha hai: "maulana, mashallah, aap ke lectures spirit se bhare hue hote hain.</w:t>
      </w:r>
    </w:p>
    <w:p>
      <w:pPr>
        <w:jc w:val="right"/>
      </w:pPr>
      <w:r>
        <w:t>یہ سوال بھیجا ہے لکھنو سے انور حسین صاحب نے۔ انہوں نے لکھا ہے: "مولانا، ماشاءاللہ، آپ کے لیکچرز سپرٹ سے بھرے ہوئے ہوتے ہیں۔</w:t>
      </w:r>
    </w:p>
    <w:p>
      <w:r>
        <w:rPr>
          <w:b/>
        </w:rPr>
        <w:t xml:space="preserve">[49:13] </w:t>
      </w:r>
      <w:r>
        <w:t>mera sawal hai un logon ko le ke jo aap pe ilzam lagate hain ke aap form ko tawajjuh nahi detey. aap ke nazdeek agar koi form na bhi kare to to bhi aap us ko jaiz qarar dete hain.</w:t>
      </w:r>
    </w:p>
    <w:p>
      <w:pPr>
        <w:jc w:val="right"/>
      </w:pPr>
      <w:r>
        <w:t>میرا سوال ہے ان لوگوں کو لے کے جو آپ پہ الزام لگاتے ہیں کہ آپ فارم کو توجہ نہیں دیتے۔ آپ کے نزدیک اگر کوئی فارم نہ بھی کرے تو تو بھی آپ اس کو جائز قرار دیتے ہیں۔</w:t>
      </w:r>
    </w:p>
    <w:p>
      <w:r>
        <w:rPr>
          <w:b/>
        </w:rPr>
        <w:t xml:space="preserve">[49:30] </w:t>
      </w:r>
      <w:r>
        <w:t>aap ka sara focus spirit pe hota hai. maulana, is bare mein aap kya kahenge? aur kya form waqai itna hi zaroori hota hai jitna spirit ya phir nahi?" jo log aisa kehte hain,</w:t>
      </w:r>
    </w:p>
    <w:p>
      <w:pPr>
        <w:jc w:val="right"/>
      </w:pPr>
      <w:r>
        <w:t>آپ کا سارا فوکس سپرٹ پہ ہوتا ہے۔ مولانا، اس بارے میں آپ کیا کہیں گے؟ اور کیا فارم واقعی اتنا ہی ضروری ہوتا ہے جتنا سپرٹ یا پھر نہیں؟" جو لوگ ایسا کہتے ہیں،</w:t>
      </w:r>
    </w:p>
    <w:p>
      <w:r>
        <w:rPr>
          <w:b/>
        </w:rPr>
        <w:t xml:space="preserve">[49:46] </w:t>
      </w:r>
      <w:r>
        <w:t>un se aap sirf yeh kahiye ke tum lecture in ko suno. aaj hi lecture jo hai record ho chuka hai, us ko suno.</w:t>
      </w:r>
    </w:p>
    <w:p>
      <w:pPr>
        <w:jc w:val="right"/>
      </w:pPr>
      <w:r>
        <w:t>ان سے آپ صرف یہ کہیے کہ تم لیکچر ان کو سنو۔ آج ہی لیکچر جو ہے ریکارڈ ہو چکا ہے، اس کو سنو۔</w:t>
      </w:r>
    </w:p>
    <w:p>
      <w:r>
        <w:rPr>
          <w:b/>
        </w:rPr>
        <w:t xml:space="preserve">[49:58] </w:t>
      </w:r>
      <w:r>
        <w:t>to sara lecture mein form with speed ki baat hoti hai, form without speed ki baat nahi hoti.</w:t>
      </w:r>
    </w:p>
    <w:p>
      <w:pPr>
        <w:jc w:val="right"/>
      </w:pPr>
      <w:r>
        <w:t>تو سارا لیکچر میں فارم ود اسپیڈ کی بات ہوتی ہے، فارم ودا آؤٹ اسپیڈ کی بات نہیں ہوتی۔</w:t>
      </w:r>
    </w:p>
    <w:p>
      <w:r>
        <w:rPr>
          <w:b/>
        </w:rPr>
        <w:t xml:space="preserve">[50:10] </w:t>
      </w:r>
      <w:r>
        <w:t>aap jo log sunte hain, un se poochen ke kya un ko sookha sookha din milta hai jis mein speed nahi hoti?</w:t>
      </w:r>
    </w:p>
    <w:p>
      <w:pPr>
        <w:jc w:val="right"/>
      </w:pPr>
      <w:r>
        <w:t>آپ جو لوگ سنتے ہیں، ان سے پوچھیں کہ کیا ان کو سوکھا سوکھا دن ملتا ہے جس میں اسپیڈ نہیں ہوتی؟</w:t>
      </w:r>
    </w:p>
    <w:p>
      <w:r>
        <w:rPr>
          <w:b/>
        </w:rPr>
        <w:t xml:space="preserve">[50:20] </w:t>
      </w:r>
      <w:r>
        <w:t>yeh kahan woh kis aasman mein rehte hain woh log jin ki woh baat kar rahe hain? har hafte hamara lecture log sunte hain sari dunya mein.</w:t>
      </w:r>
    </w:p>
    <w:p>
      <w:pPr>
        <w:jc w:val="right"/>
      </w:pPr>
      <w:r>
        <w:t>یہ کہاں وہ کس آسمان میں رہتے ہیں وہ لوگ جن کی وہ بات کر رہے ہیں؟ ہر ہفتے ہمارا لیکچر لوگ سنتے ہیں ساری دنیا میں۔</w:t>
      </w:r>
    </w:p>
    <w:p>
      <w:r>
        <w:rPr>
          <w:b/>
        </w:rPr>
        <w:t xml:space="preserve">[50:33] </w:t>
      </w:r>
      <w:r>
        <w:t>un ko pakriye, un se poochiye ke tum ko lecture se take away kya milta hai? take away kya milta hai?</w:t>
      </w:r>
    </w:p>
    <w:p>
      <w:pPr>
        <w:jc w:val="right"/>
      </w:pPr>
      <w:r>
        <w:t>ان کو پکڑیے، ان سے پوچھئے کہ تم کو لیکچر سے ٹیک ٹیک اوے کیا ملتا ہے؟ ٹیک اوے کیا ملتا ہے؟</w:t>
      </w:r>
    </w:p>
    <w:p>
      <w:r>
        <w:rPr>
          <w:b/>
        </w:rPr>
        <w:t xml:space="preserve">[50:42] </w:t>
      </w:r>
      <w:r>
        <w:t>to aap ka aap ko maloom hoga ke aap ne baseless mafroza ghalat kaam qaim kar rakha hai. ab kuch mat kijiye, sirf yahi kijiye ke jo log sunte hain,</w:t>
      </w:r>
    </w:p>
    <w:p>
      <w:pPr>
        <w:jc w:val="right"/>
      </w:pPr>
      <w:r>
        <w:t>تو آپ کا آپ کو معلوم ہوگا کہ آپ نے بیسلیس مفروضہ غلط کام قائم کر رکھا ہے۔ اب کچھ مت کیجئے، صرف یہی کیجئے کہ جو لوگ سنتے ہیں،</w:t>
      </w:r>
    </w:p>
    <w:p>
      <w:r>
        <w:rPr>
          <w:b/>
        </w:rPr>
        <w:t xml:space="preserve">[50:57] </w:t>
      </w:r>
      <w:r>
        <w:t>chahe direct sunte hon ya indirect, un se poochen ke tum ko hamare lecture se take away kya milta hai?</w:t>
      </w:r>
    </w:p>
    <w:p>
      <w:pPr>
        <w:jc w:val="right"/>
      </w:pPr>
      <w:r>
        <w:t>چاہے ڈائریکٹ سنتے ہوں یا ان ڈائریکٹ، ان سے پوچھیں کہ تم کو ہمارے لیکچر سے ٹیک اوے کیا ملتا ہے؟</w:t>
      </w:r>
    </w:p>
    <w:p>
      <w:r>
        <w:rPr>
          <w:b/>
        </w:rPr>
        <w:t xml:space="preserve">[51:07] </w:t>
      </w:r>
      <w:r>
        <w:t>bas take away mein apne aap involve hain, dono cheezen, form bhi aur speed bhi. jo log aisa kehte hain, woh to mere nazdeek andhe par ka saboot dete hain,</w:t>
      </w:r>
    </w:p>
    <w:p>
      <w:pPr>
        <w:jc w:val="right"/>
      </w:pPr>
      <w:r>
        <w:t>بس ٹیک اوے میں اپنے آپ انوالو ہیں، دونوں چیزیں، فارم بھی اور اسپیڈ بھی۔ جو لوگ ایسا کہتے ہیں، وہ تو میرے نزدیک اندھے پر کا ثبوت دیتے ہیں،</w:t>
      </w:r>
    </w:p>
    <w:p>
      <w:r>
        <w:rPr>
          <w:b/>
        </w:rPr>
        <w:t xml:space="preserve">[51:20] </w:t>
      </w:r>
      <w:r>
        <w:t>andhe par ka saboot dete hain. un ko yani ja ko fasiq bain fatabaiyin, woh tehqeeq karen, ghar baithe baithe koi farz kar lete hain.</w:t>
      </w:r>
    </w:p>
    <w:p>
      <w:pPr>
        <w:jc w:val="right"/>
      </w:pPr>
      <w:r>
        <w:t>اندھے پر کا ثبوت دیتے ہیں۔ ان کو یعنی جا کو فاسق بین فتبین، وہ تحقیق کریں، گھر بیٹھے بیٹھے کوئی فرض کر لیتے ہیں۔</w:t>
      </w:r>
    </w:p>
    <w:p>
      <w:r>
        <w:rPr>
          <w:b/>
        </w:rPr>
        <w:t xml:space="preserve">[51:32] </w:t>
      </w:r>
      <w:r>
        <w:t>woh un logon ko milen jo sunte hain hamari aur un se poochen ke tum ko hamare program se take away kya milta hai?</w:t>
      </w:r>
    </w:p>
    <w:p>
      <w:pPr>
        <w:jc w:val="right"/>
      </w:pPr>
      <w:r>
        <w:t>وہ ان لوگوں کو ملیں جو سنتے ہیں ہماری اور ان سے پوچھیں کہ تم کو ہمارے پروگرام سے ٹیک اوے کیا ملتا ہے؟</w:t>
      </w:r>
    </w:p>
    <w:p>
      <w:r>
        <w:rPr>
          <w:b/>
        </w:rPr>
        <w:t xml:space="preserve">[51:43] </w:t>
      </w:r>
      <w:r>
        <w:t>sensor ko hota hai ke hamari kitabon se poochhein, hamari kitabon se sensor ke program se, itwar ke program se take away kya milta hai?</w:t>
      </w:r>
    </w:p>
    <w:p>
      <w:pPr>
        <w:jc w:val="right"/>
      </w:pPr>
      <w:r>
        <w:t>سینسر کو ہوتا ہے کہ ہماری کتابوں سے پوچھیں، ہماری کتابوں سے سینسر کے پروگرام سے، اتوار کے پروگرام سے ٹیک اوے کیا ملتا ہے؟</w:t>
      </w:r>
    </w:p>
    <w:p>
      <w:r>
        <w:rPr>
          <w:b/>
        </w:rPr>
        <w:t xml:space="preserve">[51:59] </w:t>
      </w:r>
      <w:r>
        <w:t>take away ka matlab bata doon mein aap ko ke mein pehli baar jab London gaya to London mein mein ne dekha ke wahan kuch dukaanen hoti hain jis pe likha hota hai take away, sign board par.</w:t>
      </w:r>
    </w:p>
    <w:p>
      <w:pPr>
        <w:jc w:val="right"/>
      </w:pPr>
      <w:r>
        <w:t>ٹیک اوے کا مطلب بتا دوں میں آپ کو کہ میں پہلی بار جب لندن گیا تو لندن میں میں نے دیکھا کہ وہاں کچھ دکانیں ہوتی ہیں جس پہ لکھا ہوتا ہے ٹیک اوے، سائن بورڈ پر۔</w:t>
      </w:r>
    </w:p>
    <w:p>
      <w:r>
        <w:rPr>
          <w:b/>
        </w:rPr>
        <w:t xml:space="preserve">[52:13] </w:t>
      </w:r>
      <w:r>
        <w:t>sign board pe likha hota hai take away. yeh un logon ke liye hota hai jo jo prepared food lena chahte hain.</w:t>
      </w:r>
    </w:p>
    <w:p>
      <w:pPr>
        <w:jc w:val="right"/>
      </w:pPr>
      <w:r>
        <w:t>سائن بورڈ پہ لکھا ہوتا ہے ٹیک اوے۔ یہ ان لوگوں کے لیے ہوتا ہے جو جو پریپریڈ فوڈ لینا چاہتے ہیں۔</w:t>
      </w:r>
    </w:p>
    <w:p>
      <w:r>
        <w:rPr>
          <w:b/>
        </w:rPr>
        <w:t xml:space="preserve">[52:24] </w:t>
      </w:r>
      <w:r>
        <w:t>ja rahe hain office, un chahiye ke woh office ja ke kuch kha kha lein. to wahan woh sign board kehta hai ke hamare paas to hamare liye prepared food hai,</w:t>
      </w:r>
    </w:p>
    <w:p>
      <w:pPr>
        <w:jc w:val="right"/>
      </w:pPr>
      <w:r>
        <w:t>جا رہے ہیں افس، ان چاہیے کہ وہ افس جا کے کچھ کھا کھا لیں۔ تو وہاں وہ سائن بورڈ کہتا ہے کہ ہمارے پاس تو ہمارے لیے پریپریڈ فوڈ ہے،</w:t>
      </w:r>
    </w:p>
    <w:p>
      <w:r>
        <w:rPr>
          <w:b/>
        </w:rPr>
        <w:t xml:space="preserve">[52:37] </w:t>
      </w:r>
      <w:r>
        <w:t>to paisa do aur le jao, pakane ki zaroorat nahi hai. tum ko kitchen mein ja ke pakana nahi hai, paisa do aur le jao packet.</w:t>
      </w:r>
    </w:p>
    <w:p>
      <w:pPr>
        <w:jc w:val="right"/>
      </w:pPr>
      <w:r>
        <w:t>تو پیسہ دو اور لے جاؤ، پکانے کی ضرورت نہیں ہے۔ تم کو کچن میں جا کے پکانا نہیں ہے، پیسہ دو اور لے جاؤ پیکٹ۔</w:t>
      </w:r>
    </w:p>
    <w:p>
      <w:r>
        <w:rPr>
          <w:b/>
        </w:rPr>
        <w:t xml:space="preserve">[52:52] </w:t>
      </w:r>
      <w:r>
        <w:t>to take away ka matlab hai ke wahan se bila kya? aap ne program suna to is se bila kya? aap ko to jo log aisa kehte hain, woh to Allah taala ke haan bohat zyada yani un par mein sochta hoon ke bohat zyada kadi saza hogi.</w:t>
      </w:r>
    </w:p>
    <w:p>
      <w:pPr>
        <w:jc w:val="right"/>
      </w:pPr>
      <w:r>
        <w:t>تو ٹیک اوے کا مطلب ہے کہ وہاں سے بلا کیا؟ آپ نے پروگرام سنا تو اس سے بلا کیا؟ آپ کو تو جو لوگ ایسا کہتے ہیں، وہ تو اللہ تعالی کے ہاں بہت زیادہ یعنی ان پر میں سوچتا ہوں کہ بہت زیادہ کڑی سزا ہوگی۔</w:t>
      </w:r>
    </w:p>
    <w:p>
      <w:r>
        <w:rPr>
          <w:b/>
        </w:rPr>
        <w:t xml:space="preserve">[53:13] </w:t>
      </w:r>
      <w:r>
        <w:t>un ko kadi saza ke tehqeeq to kiya nahi aur ghar baith kar ke ek ilzaam laga diya. un ke upar ilzaam lagane ka ki saza hogi un ko ke tehqeeq tehqeeq koi nahi ki.</w:t>
      </w:r>
    </w:p>
    <w:p>
      <w:pPr>
        <w:jc w:val="right"/>
      </w:pPr>
      <w:r>
        <w:t>ان کو کڑی سزا کہ تحقیق تو کیا نہیں اور گھر بیٹھ کر کے ایک الزام لگا دیا۔ ان کے اوپر الزام لگانے کا کی سزا ہوگی ان کو کہ تحقیق تحقیق کوئی نہیں کی۔</w:t>
      </w:r>
    </w:p>
    <w:p>
      <w:r>
        <w:rPr>
          <w:b/>
        </w:rPr>
        <w:t xml:space="preserve">[53:32] </w:t>
      </w:r>
      <w:r>
        <w:t>bohat se log the jo sunte hain program ko har jagah, to un se mil ke poochte tum ke tum ko is program ko sunne se ya kitabon ko padhne se take away kya milta hai?</w:t>
      </w:r>
    </w:p>
    <w:p>
      <w:pPr>
        <w:jc w:val="right"/>
      </w:pPr>
      <w:r>
        <w:t>بہت سے لوگ تھے جو سنتے ہیں پروگرام کو ہر جگہ، تو ان سے مل کے پوچھتے تم کہ تم کو اس پروگرام کو سننے سے یا کتابوں کو پڑھنے سے ٹیک اوے کیا ملتا ہے؟</w:t>
      </w:r>
    </w:p>
    <w:p>
      <w:r>
        <w:rPr>
          <w:b/>
        </w:rPr>
        <w:t xml:space="preserve">[53:49] </w:t>
      </w:r>
      <w:r>
        <w:t>baghair yeh tehqeeq ke unhone maan liya to woh to Allah ka munafiq qarar paayenge. munafiq yeh saada baat nahi hai.</w:t>
      </w:r>
    </w:p>
    <w:p>
      <w:pPr>
        <w:jc w:val="right"/>
      </w:pPr>
      <w:r>
        <w:t>بغیر یہ تحقیق کے انہوں نے مان لیا تو وہ تو اللہ کا منافق قرار پائیں گے۔ منافق یہ سادہ بات نہیں ہے۔</w:t>
      </w:r>
    </w:p>
    <w:p>
      <w:r>
        <w:rPr>
          <w:b/>
        </w:rPr>
        <w:t xml:space="preserve">[53:59] </w:t>
      </w:r>
      <w:r>
        <w:t>jo log baghair tehqeeq ke maan lein, woh munafiq hain Allah ki nazar mein.</w:t>
      </w:r>
    </w:p>
    <w:p>
      <w:pPr>
        <w:jc w:val="right"/>
      </w:pPr>
      <w:r>
        <w:t>جو لوگ بغیر تحقیق کے مان لیں، وہ منافق ہیں اللہ کی نظر میں۔</w:t>
      </w:r>
    </w:p>
    <w:p>
      <w:r>
        <w:rPr>
          <w:b/>
        </w:rPr>
        <w:t xml:space="preserve">[54:08] </w:t>
      </w:r>
      <w:r>
        <w:t>maulana, agla comment bheja hai professor najma siddiqui ne dilli se. unhone likha hai: "maulana, today you have re-stressed the discovery of God through our capacities of test and appreciation of nature etc.</w:t>
      </w:r>
    </w:p>
    <w:p>
      <w:pPr>
        <w:jc w:val="right"/>
      </w:pPr>
      <w:r>
        <w:t>مولانا، اگلا کمنٹ بھیجا ہے پروفیسر نجمہ صدیقی نے دلی سے۔ انہوں نے لکھا ہے: "مولانا، ٹوڈے یو ہیو ری سٹریس دی ڈسکوری آف گاڈ تھرو اور کپیسٹیز آف ٹیسٹ اینڈ ایپریسیشن آف نیچر ایٹسٹرہ۔</w:t>
      </w:r>
    </w:p>
    <w:p>
      <w:r>
        <w:rPr>
          <w:b/>
        </w:rPr>
        <w:t xml:space="preserve">[54:27] </w:t>
      </w:r>
      <w:r>
        <w:t>this further helps us to discover God by reflecting on Surah Rahman in the light of today's lecture." jazak Allah maulana.</w:t>
      </w:r>
    </w:p>
    <w:p>
      <w:pPr>
        <w:jc w:val="right"/>
      </w:pPr>
      <w:r>
        <w:t>دس فردر ہیلپس اس ٹو ڈسکور گاڈ بائی ریفلیکٹنگ ان سورہ رحمن ان دا لائٹ آف ٹوڈے لیکچر۔" جزاک اللہ مولانا۔</w:t>
      </w:r>
    </w:p>
    <w:p>
      <w:r>
        <w:rPr>
          <w:b/>
        </w:rPr>
        <w:t xml:space="preserve">[54:38] </w:t>
      </w:r>
      <w:r>
        <w:t>doctor naghma siddiqui ne dilli se likha hai: "maulana, I got a big takeaway from today's lecture, which was a reflection on your journey of the discovery of God as God of love.</w:t>
      </w:r>
    </w:p>
    <w:p>
      <w:pPr>
        <w:jc w:val="right"/>
      </w:pPr>
      <w:r>
        <w:t>ڈاکٹر نغمہ صدیقی نے دلی سے لکھا ہے: "مولانا، آئی گاٹ ا بگ ٹیک اوے فرام ٹوڈے لیکچر، وچ واز ا ریفلیکشن ان یور جرنی آف دا ڈسکوری آف گاڈ ایز گاڈ آف لو۔</w:t>
      </w:r>
    </w:p>
    <w:p>
      <w:r>
        <w:rPr>
          <w:b/>
        </w:rPr>
        <w:t xml:space="preserve">[54:52] </w:t>
      </w:r>
      <w:r>
        <w:t>it touched my heart. I realized today that God gives us two things at the same time for one who has discovered God.</w:t>
      </w:r>
    </w:p>
    <w:p>
      <w:pPr>
        <w:jc w:val="right"/>
      </w:pPr>
      <w:r>
        <w:t>اٹ ٹچ مائی ہارٹ۔ آئی ریلائز ٹوڈے دیٹ گاڈ گیوز اس ٹو تھنگز ایٹ دا سیم ٹائم فار ون ہو ہیز ڈسکورڈ گاڈ۔</w:t>
      </w:r>
    </w:p>
    <w:p>
      <w:r>
        <w:rPr>
          <w:b/>
        </w:rPr>
        <w:t xml:space="preserve">[55:01] </w:t>
      </w:r>
      <w:r>
        <w:t>firstly, he gives us need based things like food. secondly, at the same time, he he he has given us an introduction to paradise in it in the form of taste.</w:t>
      </w:r>
    </w:p>
    <w:p>
      <w:pPr>
        <w:jc w:val="right"/>
      </w:pPr>
      <w:r>
        <w:t>فرسٹلی، ہی گیوز اس نیڈ بیسڈ تھنگز لائک فوڈ۔ سیکنڈلی، ایٹ دا سیم ٹائم، ہی ہی ہی ہیز گیون اس این انٹروڈکشن ٹو پیراڈائز ان اٹ ان دا فارم آف ٹیسٹ۔</w:t>
      </w:r>
    </w:p>
    <w:p>
      <w:r>
        <w:rPr>
          <w:b/>
        </w:rPr>
        <w:t xml:space="preserve">[55:16] </w:t>
      </w:r>
      <w:r>
        <w:t>but this is for one who has discovered God and paradise. what we have to do is keep our mind open to discover these things at every moment.</w:t>
      </w:r>
    </w:p>
    <w:p>
      <w:pPr>
        <w:jc w:val="right"/>
      </w:pPr>
      <w:r>
        <w:t>بٹ دس از فار ون ہو ہیز ڈسکورڈ گاڈ اینڈ پیراڈائز۔ واٹ وی ہیو ٹو ڈو از کیپ اور مائنڈ اوپن ٹو ڈسکور دیز تھنگز ایٹ ایوری مومنٹ۔</w:t>
      </w:r>
    </w:p>
    <w:p>
      <w:r>
        <w:rPr>
          <w:b/>
        </w:rPr>
        <w:t xml:space="preserve">[55:28] </w:t>
      </w:r>
      <w:r>
        <w:t>then we will be able to find the inner meaning of everything. jazak Allah maulana for opening my mind." maulana, phir comment bheja hai Muhammad Zakariya sahib ne.</w:t>
      </w:r>
    </w:p>
    <w:p>
      <w:pPr>
        <w:jc w:val="right"/>
      </w:pPr>
      <w:r>
        <w:t>دین وی ول بی ایبل ٹو فائنڈ دا انر میننگ آف ایوری تھنگ۔ جزاک اللہ مولانا فار اوپننگ مائی مائنڈ۔" مولانا، پھر کمنٹ بھیجا ہے محمد زکریا صاحب نے۔</w:t>
      </w:r>
    </w:p>
    <w:p>
      <w:r>
        <w:rPr>
          <w:b/>
        </w:rPr>
        <w:t xml:space="preserve">[55:43] </w:t>
      </w:r>
      <w:r>
        <w:t>unhone likha hai: "thrilling ideas of maulana, opportunities are always there to spread God's message. but the problem with us is that we don't avail it and always complain with the system around." doctor safina tabassum ne saharanpur se likha hai: "really thrilled by your experiences of discovery of God.</w:t>
      </w:r>
    </w:p>
    <w:p>
      <w:pPr>
        <w:jc w:val="right"/>
      </w:pPr>
      <w:r>
        <w:t>انہوں نے لکھا ہے: "تھرلنگ آئیڈیاز آف مولانا، اپرچونیٹیز آر الویز دیر ٹو سپریڈ گاڈز میسج۔ بٹ دا پرابلم ود اس از دیٹ وی ڈونٹ اویل اٹ اینڈ الویز کمپلین ود دا سسٹم اراؤنڈ۔" ڈاکٹر صفینہ تبسم نے سہارن پور سے لکھا ہے: "ریلی تھرلڈ بائی یور ایکسپیرینسز آف ڈسکوری آف گاڈ۔</w:t>
      </w:r>
    </w:p>
    <w:p>
      <w:r>
        <w:rPr>
          <w:b/>
        </w:rPr>
        <w:t xml:space="preserve">[56:08] </w:t>
      </w:r>
      <w:r>
        <w:t>I pray that I may also develop the ability of extracting marifa from day to day experiences." maulana, agla sawal lete hain.</w:t>
      </w:r>
    </w:p>
    <w:p>
      <w:pPr>
        <w:jc w:val="right"/>
      </w:pPr>
      <w:r>
        <w:t>آئی پری دیٹ آئی میسو ڈیویلپ دا ایبیلیٹی آف ایکسٹریکٹنگ معرفہ فرام ڈے ٹو ڈے ایکسپیرینسز۔" مولانا، اگلا سوال لیتے ہیں۔</w:t>
      </w:r>
    </w:p>
    <w:p>
      <w:r>
        <w:rPr>
          <w:b/>
        </w:rPr>
        <w:t xml:space="preserve">[56:20] </w:t>
      </w:r>
      <w:r>
        <w:t>yeh sawal bheja hai Shahnawaz Khan sahib ne dilli se. unhone likha hai: "maulana, with due respect, I believe in every tafsir,</w:t>
      </w:r>
    </w:p>
    <w:p>
      <w:pPr>
        <w:jc w:val="right"/>
      </w:pPr>
      <w:r>
        <w:t>یہ سوال بھیجا ہے شاہنواز خان صاحب نے دلی سے۔ انہوں نے لکھا ہے: "مولانا، ود ڈیو ریسپیکٹ، آئی بیلیو ان ایوری تفسیر،</w:t>
      </w:r>
    </w:p>
    <w:p>
      <w:r>
        <w:rPr>
          <w:b/>
        </w:rPr>
        <w:t xml:space="preserve">[56:35] </w:t>
      </w:r>
      <w:r>
        <w:t>no matter who has done it. I can bet upon if a person reads Quran as a ritual. he or she won't get anything.</w:t>
      </w:r>
    </w:p>
    <w:p>
      <w:pPr>
        <w:jc w:val="right"/>
      </w:pPr>
      <w:r>
        <w:t>نو میٹر ہو ہیز ڈن اٹ۔ آئی کین بیٹ اپون اف ا پرسن ریڈز قرآن ایز ا ریچول۔ ہی اور شی وونٹ گیٹ اینی تھنگ۔</w:t>
      </w:r>
    </w:p>
    <w:p>
      <w:r>
        <w:rPr>
          <w:b/>
        </w:rPr>
        <w:t xml:space="preserve">[56:45] </w:t>
      </w:r>
      <w:r>
        <w:t>as you know, there is an there is an ayat in Surah Al Imran that for ordinary people this is just bayan, and for pious it will be a guidance to them.</w:t>
      </w:r>
    </w:p>
    <w:p>
      <w:pPr>
        <w:jc w:val="right"/>
      </w:pPr>
      <w:r>
        <w:t>ایز یو نو، دیر از این دیر از این آیت ان سورہ ال عمران دیٹ فار آرڈینری پیپل دس از جسٹ بیان، اینڈ فار پائرز اٹ ول بی ا گائیڈنس ٹو دیم۔</w:t>
      </w:r>
    </w:p>
    <w:p>
      <w:r>
        <w:rPr>
          <w:b/>
        </w:rPr>
        <w:t xml:space="preserve">[56:58] </w:t>
      </w:r>
      <w:r>
        <w:t>maulana, my question is how to become pious?" wahi to ek sahib ne farmaya ke hum form ki baat karte hain aur content ki baat nahi karte.</w:t>
      </w:r>
    </w:p>
    <w:p>
      <w:pPr>
        <w:jc w:val="right"/>
      </w:pPr>
      <w:r>
        <w:t>مولانا، مائی کوئسچن از ہاؤ ٹو بیکم پائرس؟" وہی تو ایک صاحب نے فرمایا کہ ہم فارم کی بات کرتے ہیں اور کنٹینٹ کی بات نہیں کرتے۔</w:t>
      </w:r>
    </w:p>
    <w:p>
      <w:r>
        <w:rPr>
          <w:b/>
        </w:rPr>
        <w:t xml:space="preserve">[57:10] </w:t>
      </w:r>
      <w:r>
        <w:t>ab bataiye, yeh jo thinking hai to taqwa ka jo content hai, is ko chhod diya aap ne. woh woh woh jo content jo hai, woh wahi to taqwa hai.</w:t>
      </w:r>
    </w:p>
    <w:p>
      <w:pPr>
        <w:jc w:val="right"/>
      </w:pPr>
      <w:r>
        <w:t>اب بتائیے، یہ جو تھنکنگ ہے تو تقویٰ کا جو کنٹینٹ ہے، اس کو چھوڑ دیا آپ نے۔ وہ وہ وہ جو وہ کنٹینٹ جو ہے، وہ وہی تو تقویٰ ہے۔</w:t>
      </w:r>
    </w:p>
    <w:p>
      <w:r>
        <w:rPr>
          <w:b/>
        </w:rPr>
        <w:t xml:space="preserve">[57:24] </w:t>
      </w:r>
      <w:r>
        <w:t>to aap ne shuru mein maan liya ke Quran jo hai, woh form hai to content hai hi nahi.</w:t>
      </w:r>
    </w:p>
    <w:p>
      <w:pPr>
        <w:jc w:val="right"/>
      </w:pPr>
      <w:r>
        <w:t>تو آپ نے شروع میں مان لیا کہ قرآن جو ہے، وہ فارم ہے تو کنٹینٹ ہے ہی نہیں۔</w:t>
      </w:r>
    </w:p>
    <w:p>
      <w:r>
        <w:rPr>
          <w:b/>
        </w:rPr>
        <w:t xml:space="preserve">[57:34] </w:t>
      </w:r>
      <w:r>
        <w:t>is ke ghalat tasawwurat jo quran ke gird logon ne bana liye hain, wahi rukawat hai.</w:t>
      </w:r>
    </w:p>
    <w:p>
      <w:pPr>
        <w:jc w:val="right"/>
      </w:pPr>
      <w:r>
        <w:t>اس کے غلط تصورات جو قرآن کے گرد لوگوں نے بنا لیے ہیں، وہی رکاوٹ ہے۔</w:t>
      </w:r>
    </w:p>
    <w:p>
      <w:r>
        <w:rPr>
          <w:b/>
        </w:rPr>
        <w:t xml:space="preserve">[57:44] </w:t>
      </w:r>
      <w:r>
        <w:t>maulana, chandi garh se sawal aaya hai syed ahmed, doctor syed ahmed wajee sahib ka. unhon ne likha hai: "how is a believer of allah, we can convince an atheist that there is god?" is ke bare mein bataein kya kya ke hum ek atheist ko kaise convince kar sakte hain khuda ke bare mein.</w:t>
      </w:r>
    </w:p>
    <w:p>
      <w:pPr>
        <w:jc w:val="right"/>
      </w:pPr>
      <w:r>
        <w:t>مولانا، چندی گڑھ سے سوال آیا ہے سید احمد، ڈاکٹر سید احمد وجی صاحب کا۔ انہوں نے لکھا ہے: "ہاؤ ایز ا بیلیور آف اللہ، وی کین کنونس این ایتھیسٹ دیٹ دیر از گاڈ؟" اس کے بارے میں بتائیں کیا کیا کہ ہم ایک ایتھیسٹ کو کیسے کنونس کر سکتے ہیں خدا کے بارے میں۔</w:t>
      </w:r>
    </w:p>
    <w:p>
      <w:r>
        <w:rPr>
          <w:b/>
        </w:rPr>
        <w:t xml:space="preserve">[58:07] </w:t>
      </w:r>
      <w:r>
        <w:t>is ke bare mein woh aap se janna chahte hain. maine aap ne aaj hi ki bataya hai ke einstein jo tha,</w:t>
      </w:r>
    </w:p>
    <w:p>
      <w:pPr>
        <w:jc w:val="right"/>
      </w:pPr>
      <w:r>
        <w:t>اس کے بارے میں وہ آپ سے جاننا چاہتے ہیں۔ میں نے آپ نے آج ہی کی بتایا ہے کہ آئنسٹین جو تھا،</w:t>
      </w:r>
    </w:p>
    <w:p>
      <w:r>
        <w:rPr>
          <w:b/>
        </w:rPr>
        <w:t xml:space="preserve">[58:18] </w:t>
      </w:r>
      <w:r>
        <w:t>is ke ek dost ka letter chupa hai german zaban mein. is ka tarjuma maine padha english mein. to einstein ke dost ne is ko likha tha ke log samajhte hain ke aap atheist hain,</w:t>
      </w:r>
    </w:p>
    <w:p>
      <w:pPr>
        <w:jc w:val="right"/>
      </w:pPr>
      <w:r>
        <w:t>اس کے ایک دوست کا لیٹر چھپا ہے جرمن زبان میں۔ اس کا ترجمہ میں نے پڑھا انگلش میں۔ تو آئنسٹین کے دوست نے اس کو لکھا تھا کہ لوگ سمجھتے ہیں کہ آپ ایتھیسٹ ہیں،</w:t>
      </w:r>
    </w:p>
    <w:p>
      <w:r>
        <w:rPr>
          <w:b/>
        </w:rPr>
        <w:t xml:space="preserve">[58:37] </w:t>
      </w:r>
      <w:r>
        <w:t>yani khuda ke munkir.</w:t>
      </w:r>
    </w:p>
    <w:p>
      <w:pPr>
        <w:jc w:val="right"/>
      </w:pPr>
      <w:r>
        <w:t>یعنی خدا کے منکر۔</w:t>
      </w:r>
    </w:p>
    <w:p>
      <w:r>
        <w:rPr>
          <w:b/>
        </w:rPr>
        <w:t xml:space="preserve">[58:41] </w:t>
      </w:r>
      <w:r>
        <w:t>yeh chupa hua hai yeh khat. to einstein ne is ka jawab diya ke main atheist nahi hoon, main agnostic hoon.</w:t>
      </w:r>
    </w:p>
    <w:p>
      <w:pPr>
        <w:jc w:val="right"/>
      </w:pPr>
      <w:r>
        <w:t>یہ چھپا ہوا ہے یہ خط۔ تو آئنسٹین نے اس کا جواب دیا کہ میں ایتھیسٹ نہیں ہوں، میں اگناسٹک ہوں۔</w:t>
      </w:r>
    </w:p>
    <w:p>
      <w:r>
        <w:rPr>
          <w:b/>
        </w:rPr>
        <w:t xml:space="preserve">[58:53] </w:t>
      </w:r>
      <w:r>
        <w:t>apne yani hand writing mein likha tha, yeh type shuda nahi hai. woh woh jo letter is ka hai, woh hand hand writing mein hai.</w:t>
      </w:r>
    </w:p>
    <w:p>
      <w:pPr>
        <w:jc w:val="right"/>
      </w:pPr>
      <w:r>
        <w:t>اپنے یعنی ہینڈ رائٹنگ میں لکھا تھا، یہ ٹائپ شدہ نہیں ہے۔ وہ وہ جو لیٹر اس کا ہے، وہ ہینڈ ہینڈ رائٹنگ میں ہے۔</w:t>
      </w:r>
    </w:p>
    <w:p>
      <w:r>
        <w:rPr>
          <w:b/>
        </w:rPr>
        <w:t xml:space="preserve">[59:05] </w:t>
      </w:r>
      <w:r>
        <w:t>agnostic mein hoon. to agnostic ka matlab hai na munkir, na muqarrar, muqarrar na inkar karne wala, na iqrar karne wala.</w:t>
      </w:r>
    </w:p>
    <w:p>
      <w:pPr>
        <w:jc w:val="right"/>
      </w:pPr>
      <w:r>
        <w:t>اگناسٹک میں ہوں۔ تو اگناسٹک کا مطلب ہے نہ منکر، نہ مقرر، مقرر نہ انکار کرنے والا، نہ اقرار کرنے والا۔</w:t>
      </w:r>
    </w:p>
    <w:p>
      <w:r>
        <w:rPr>
          <w:b/>
        </w:rPr>
        <w:t xml:space="preserve">[59:20] </w:t>
      </w:r>
      <w:r>
        <w:t>to in in between to hue. isi liye main kehta hoon ke science ka jo case hai, woh 50-50 ka case hai.</w:t>
      </w:r>
    </w:p>
    <w:p>
      <w:pPr>
        <w:jc w:val="right"/>
      </w:pPr>
      <w:r>
        <w:t>تو ان ان بٹوین تو ہوئے۔ اسی لیے میں کہتا ہوں کہ سائنس کا جو کیس ہے، وہ 50-50 کا کیس ہے۔</w:t>
      </w:r>
    </w:p>
    <w:p>
      <w:r>
        <w:rPr>
          <w:b/>
        </w:rPr>
        <w:t xml:space="preserve">[59:32] </w:t>
      </w:r>
      <w:r>
        <w:t>inkar ka case har giz nahi hai.</w:t>
      </w:r>
    </w:p>
    <w:p>
      <w:pPr>
        <w:jc w:val="right"/>
      </w:pPr>
      <w:r>
        <w:t>انکار کا کیس ہرگز نہیں ہے۔</w:t>
      </w:r>
    </w:p>
    <w:p>
      <w:r>
        <w:rPr>
          <w:b/>
        </w:rPr>
        <w:t xml:space="preserve">[59:37] </w:t>
      </w:r>
      <w:r>
        <w:t>top boost scientist tha</w:t>
      </w:r>
    </w:p>
    <w:p>
      <w:pPr>
        <w:jc w:val="right"/>
      </w:pPr>
      <w:r>
        <w:t>ٹاپ بوسٹ سائنسٹسٹ تھا</w:t>
      </w:r>
    </w:p>
    <w:p>
      <w:r>
        <w:rPr>
          <w:b/>
        </w:rPr>
        <w:t xml:space="preserve">[59:43] </w:t>
      </w:r>
      <w:r>
        <w:t>yeh einstein. ab bataun ke sare yani sare science danon ka yahi case hai, yani</w:t>
      </w:r>
    </w:p>
    <w:p>
      <w:pPr>
        <w:jc w:val="right"/>
      </w:pPr>
      <w:r>
        <w:t>یہ آئنسٹین۔ اب بتاؤں کہ سارے یعنی سارے سائنس دانوں کا یہی کیس ہے، یعنی</w:t>
      </w:r>
    </w:p>
    <w:p>
      <w:r>
        <w:rPr>
          <w:b/>
        </w:rPr>
        <w:t xml:space="preserve">[59:57] </w:t>
      </w:r>
      <w:r>
        <w:t>napoleon aur sir james gene se le kar</w:t>
      </w:r>
    </w:p>
    <w:p>
      <w:pPr>
        <w:jc w:val="right"/>
      </w:pPr>
      <w:r>
        <w:t>نیپولین اور سر جیمز جین سے لے کر</w:t>
      </w:r>
    </w:p>
    <w:p>
      <w:r>
        <w:rPr>
          <w:b/>
        </w:rPr>
        <w:t xml:space="preserve">[1:00:03] </w:t>
      </w:r>
      <w:r>
        <w:t>einstein tak.</w:t>
      </w:r>
    </w:p>
    <w:p>
      <w:pPr>
        <w:jc w:val="right"/>
      </w:pPr>
      <w:r>
        <w:t>آئنسٹین تک۔</w:t>
      </w:r>
    </w:p>
    <w:p>
      <w:r>
        <w:rPr>
          <w:b/>
        </w:rPr>
        <w:t xml:space="preserve">[1:00:07] </w:t>
      </w:r>
      <w:r>
        <w:t>aap gehrai ke sath padhein, log gehrai ke sath padhte nahi, idhar udhar idhar ke sunte hain aur sarap bana lete hain.</w:t>
      </w:r>
    </w:p>
    <w:p>
      <w:pPr>
        <w:jc w:val="right"/>
      </w:pPr>
      <w:r>
        <w:t>آپ گہرائی کے ساتھ پڑھیں، لوگ گہرائی کے ساتھ پڑھتے نہیں، ادھر ادھر ادھر کے سنتے ہیں اور سراپ بنا لیتے ہیں۔</w:t>
      </w:r>
    </w:p>
    <w:p>
      <w:r>
        <w:rPr>
          <w:b/>
        </w:rPr>
        <w:t xml:space="preserve">[1:00:17] </w:t>
      </w:r>
      <w:r>
        <w:t>maine bahut gehrai ke sath padha hai aur meri research yeh hai ke ke science dan ka case har giz har giz inkar khuda ka case nahi hai.</w:t>
      </w:r>
    </w:p>
    <w:p>
      <w:pPr>
        <w:jc w:val="right"/>
      </w:pPr>
      <w:r>
        <w:t>میں نے بہت گہرائی کے ساتھ پڑھا ہے اور میری ریسرچ یہ ہے کہ کہ سائنس دان کا کیس ہرگز ہرگز انکار خدا کا کیس نہیں ہے۔</w:t>
      </w:r>
    </w:p>
    <w:p>
      <w:r>
        <w:rPr>
          <w:b/>
        </w:rPr>
        <w:t xml:space="preserve">[1:00:32] </w:t>
      </w:r>
      <w:r>
        <w:t>woh 50-50 ka case hai.</w:t>
      </w:r>
    </w:p>
    <w:p>
      <w:pPr>
        <w:jc w:val="right"/>
      </w:pPr>
      <w:r>
        <w:t>وہ 50-50 کا کیس ہے۔</w:t>
      </w:r>
    </w:p>
    <w:p>
      <w:r>
        <w:rPr>
          <w:b/>
        </w:rPr>
        <w:t xml:space="preserve">[1:00:37] </w:t>
      </w:r>
      <w:r>
        <w:t>to 50-50 jab case hai to is waqt adha adha woh adha woh</w:t>
      </w:r>
    </w:p>
    <w:p>
      <w:pPr>
        <w:jc w:val="right"/>
      </w:pPr>
      <w:r>
        <w:t>تو 50-50 جب کیس ہے تو اس وقت ادھا ادھا وہ ادھا وہ</w:t>
      </w:r>
    </w:p>
    <w:p>
      <w:r>
        <w:rPr>
          <w:b/>
        </w:rPr>
        <w:t xml:space="preserve">[1:00:48] </w:t>
      </w:r>
      <w:r>
        <w:t>manne wale kase.</w:t>
      </w:r>
    </w:p>
    <w:p>
      <w:pPr>
        <w:jc w:val="right"/>
      </w:pPr>
      <w:r>
        <w:t>ماننے والے کیسے۔</w:t>
      </w:r>
    </w:p>
    <w:p>
      <w:r>
        <w:rPr>
          <w:b/>
        </w:rPr>
        <w:t xml:space="preserve">[1:00:53] </w:t>
      </w:r>
      <w:r>
        <w:t>meri kitab jo abhi aaj release hui hai, us ko aap padhiye.</w:t>
      </w:r>
    </w:p>
    <w:p>
      <w:pPr>
        <w:jc w:val="right"/>
      </w:pPr>
      <w:r>
        <w:t>میری کتاب جو ابھی آج ریلیز ہوئی ہے، اس کو آپ پڑھیے۔</w:t>
      </w:r>
    </w:p>
    <w:p>
      <w:r>
        <w:rPr>
          <w:b/>
        </w:rPr>
        <w:t xml:space="preserve">[1:01:01] </w:t>
      </w:r>
      <w:r>
        <w:t>baghair padhe bhi rah mat dijiye. log jo hain, baghair padhe bhi rah dete hain.</w:t>
      </w:r>
    </w:p>
    <w:p>
      <w:pPr>
        <w:jc w:val="right"/>
      </w:pPr>
      <w:r>
        <w:t>بغیر پڑھے بھی راہ مت دیجئے۔ لوگ جو ہیں، بغیر پڑھے بھی راہ دیتے ہیں۔</w:t>
      </w:r>
    </w:p>
    <w:p>
      <w:r>
        <w:rPr>
          <w:b/>
        </w:rPr>
        <w:t xml:space="preserve">[1:01:11] </w:t>
      </w:r>
      <w:r>
        <w:t>jaise einstein ke dost ne baghair padhe hue yeh keh diya tha ke einstein jo hai, atheist hai, munkir khuda.</w:t>
      </w:r>
    </w:p>
    <w:p>
      <w:pPr>
        <w:jc w:val="right"/>
      </w:pPr>
      <w:r>
        <w:t>جیسے آئنسٹین کے دوست نے بغیر پڑھے ہوئے یہ کہہ دیا تھا کہ آئنسٹین جو ہے، ایتھیسٹ ہے، منکر خدا۔</w:t>
      </w:r>
    </w:p>
    <w:p>
      <w:r>
        <w:rPr>
          <w:b/>
        </w:rPr>
        <w:t xml:space="preserve">[1:01:23] </w:t>
      </w:r>
      <w:r>
        <w:t>khat likh diya is ko to is ne jawab mein khat likha ke main atheist nahi hoon, main agnostic hoon, yani main case 50-50 ka case hai.</w:t>
      </w:r>
    </w:p>
    <w:p>
      <w:pPr>
        <w:jc w:val="right"/>
      </w:pPr>
      <w:r>
        <w:t>خط لکھ دیا اس کو تو اس نے جواب میں خط لکھا کہ میں ایتھیسٹ نہیں ہوں، میں اگناسٹک ہوں، یعنی میں کیس 50-50 کا کیس ہے۔</w:t>
      </w:r>
    </w:p>
    <w:p>
      <w:r>
        <w:rPr>
          <w:b/>
        </w:rPr>
        <w:t xml:space="preserve">[1:01:40] </w:t>
      </w:r>
      <w:r>
        <w:t>maulana, ek sawal aaya hai srinagar kashmir se. idrees qamar sahib ne bheja hai. unhon ne likha hai: "deen ka main focus kya hai?" yani deen insan se kya chahta hai?</w:t>
      </w:r>
    </w:p>
    <w:p>
      <w:pPr>
        <w:jc w:val="right"/>
      </w:pPr>
      <w:r>
        <w:t>مولانا، ایک سوال آیا ہے سری نگر کشمیر سے۔ ادریس قمر صاحب نے بھیجا ہے۔ انہوں نے لکھا ہے: "دین کا مین فوکس کیا ہے؟" یعنی دین انسان سے کیا چاہتا ہے؟</w:t>
      </w:r>
    </w:p>
    <w:p>
      <w:r>
        <w:rPr>
          <w:b/>
        </w:rPr>
        <w:t xml:space="preserve">[1:01:53] </w:t>
      </w:r>
      <w:r>
        <w:t>is ke bare mein bataein.</w:t>
      </w:r>
    </w:p>
    <w:p>
      <w:pPr>
        <w:jc w:val="right"/>
      </w:pPr>
      <w:r>
        <w:t>اس کے بارے میں بتائیں۔</w:t>
      </w:r>
    </w:p>
    <w:p>
      <w:r>
        <w:rPr>
          <w:b/>
        </w:rPr>
        <w:t xml:space="preserve">[1:01:58] </w:t>
      </w:r>
      <w:r>
        <w:t>deen insaan se chahta hai alhamdulillah rabbul alameen. Allah ki hamd ko daryaft karna aur Allah ke haath mein jeena, yahi hai.</w:t>
      </w:r>
    </w:p>
    <w:p>
      <w:pPr>
        <w:jc w:val="right"/>
      </w:pPr>
      <w:r>
        <w:t>دین انسان سے چاہتا ہے الحمدللہ رب العالمین۔ اللہ کی حمد کو دریافت کرنا اور اللہ کے ہاتھ میں جینا، یہی ہے۔</w:t>
      </w:r>
    </w:p>
    <w:p>
      <w:r>
        <w:rPr>
          <w:b/>
        </w:rPr>
        <w:t xml:space="preserve">[1:02:11] </w:t>
      </w:r>
      <w:r>
        <w:t>Allah ki hamd ko daryaft karo aur Allah ki hamd mein jeene wale bano. Bas baqi yeh parts aur waghera jo chalate hain log, iska koi talluq deen se nahi hai.</w:t>
      </w:r>
    </w:p>
    <w:p>
      <w:pPr>
        <w:jc w:val="right"/>
      </w:pPr>
      <w:r>
        <w:t>اللہ کی حمد کو دریافت کرو اور اللہ کی حمد میں جینے والے بنو۔ بس باقی یہ پارٹس اور وغیرہ جو چلاتے ہیں لوگ، اس کا کوئی تعلق دین سے نہیں ہے۔</w:t>
      </w:r>
    </w:p>
    <w:p>
      <w:r>
        <w:rPr>
          <w:b/>
        </w:rPr>
        <w:t xml:space="preserve">[1:02:30] </w:t>
      </w:r>
      <w:r>
        <w:t>Maulana, ek comment bheja hai Maulana Yaqoob Umri sahib ne Dilli se. Unhone likha hai: "Maulana, I Maulana, I don't know if any book or any aalim who has made God a subject of discovery except you.</w:t>
      </w:r>
    </w:p>
    <w:p>
      <w:pPr>
        <w:jc w:val="right"/>
      </w:pPr>
      <w:r>
        <w:t>مولانا، ایک کمنٹ بھیجا ہے مولانا یعقوب عمری صاحب نے دلی سے۔ انہوں نے لکھا ہے: "مولانا، آئی مولانا، آئی ڈونٹ نو اف اینی بک اور اینی عالم ہو ہیز میڈ گاڈ ا سبجیکٹ اف ڈسکوری ایکسیپٹ یو۔</w:t>
      </w:r>
    </w:p>
    <w:p>
      <w:r>
        <w:rPr>
          <w:b/>
        </w:rPr>
        <w:t xml:space="preserve">[1:02:47] </w:t>
      </w:r>
      <w:r>
        <w:t>One to all have made made God only a subject of belief. I believe that your book Discovering God will be a great blessing for all humanity.</w:t>
      </w:r>
    </w:p>
    <w:p>
      <w:pPr>
        <w:jc w:val="right"/>
      </w:pPr>
      <w:r>
        <w:t>ون ٹو ال ہیو میڈ میڈ گاڈ اونلی ا سبجیکٹ اف بیلیف۔ آئی بیلیو دیٹ یور بک ڈسکورنگ گاڈ ول بی ا گریٹ بلیسنگ فار ال ہیومینٹی۔</w:t>
      </w:r>
    </w:p>
    <w:p>
      <w:r>
        <w:rPr>
          <w:b/>
        </w:rPr>
        <w:t xml:space="preserve">[1:03:00] </w:t>
      </w:r>
      <w:r>
        <w:t>Jazak Allah." Mashallah, mashallah. Maulana, agla sawal Tamapur se bheja hai Naseer Sinh sahib ne.</w:t>
      </w:r>
    </w:p>
    <w:p>
      <w:pPr>
        <w:jc w:val="right"/>
      </w:pPr>
      <w:r>
        <w:t>جزاک اللہ۔" ماشاءاللہ، ماشاءاللہ۔ مولانا، اگلا سوال تما پور سے بھیجا ہے نصیر سنہ صاحب نے۔</w:t>
      </w:r>
    </w:p>
    <w:p>
      <w:r>
        <w:rPr>
          <w:b/>
        </w:rPr>
        <w:t xml:space="preserve">[1:03:09] </w:t>
      </w:r>
      <w:r>
        <w:t>Unhone aap se poocha hai ke Maulana sahib, aap ka first discovery of God ka waqia agar aap hum sab logon se share karein.</w:t>
      </w:r>
    </w:p>
    <w:p>
      <w:pPr>
        <w:jc w:val="right"/>
      </w:pPr>
      <w:r>
        <w:t>انہوں نے آپ سے پوچھا ہے کہ مولانا صاحب، آپ کا فرسٹ ڈسکوری اف گاڈ کا واقعہ اگر آپ ہم سب لوگوں سے شیئر کریں۔</w:t>
      </w:r>
    </w:p>
    <w:p>
      <w:r>
        <w:rPr>
          <w:b/>
        </w:rPr>
        <w:t xml:space="preserve">[1:03:21] </w:t>
      </w:r>
      <w:r>
        <w:t>Dekhiye, main iski likh chuka hoon, iski likh chuka hoon ke main adham adham umar mein rehta tha.</w:t>
      </w:r>
    </w:p>
    <w:p>
      <w:pPr>
        <w:jc w:val="right"/>
      </w:pPr>
      <w:r>
        <w:t>دیکھیے، میں اس کی لکھ چکا ہوں، اس کی لکھ چکا ہوں کہ میں ادھم ادھم عمر میں رہتا تھا۔</w:t>
      </w:r>
    </w:p>
    <w:p>
      <w:r>
        <w:rPr>
          <w:b/>
        </w:rPr>
        <w:t xml:space="preserve">[1:03:32] </w:t>
      </w:r>
      <w:r>
        <w:t>Yeh waqia hai shayad 41-42 ka.</w:t>
      </w:r>
    </w:p>
    <w:p>
      <w:pPr>
        <w:jc w:val="right"/>
      </w:pPr>
      <w:r>
        <w:t>یہ واقعہ ہے شاید 41-42 کا۔</w:t>
      </w:r>
    </w:p>
    <w:p>
      <w:r>
        <w:rPr>
          <w:b/>
        </w:rPr>
        <w:t xml:space="preserve">[1:03:42] </w:t>
      </w:r>
      <w:r>
        <w:t>Ab bilkul be-taabi mein jeeta tha, rota tha, rota tha aur be-taabi mein jeeta tha.</w:t>
      </w:r>
    </w:p>
    <w:p>
      <w:pPr>
        <w:jc w:val="right"/>
      </w:pPr>
      <w:r>
        <w:t>اب بالکل بے تابی میں جیتا تھا، روتا تھا، روتا تھا اور بے تابی میں جیتا تھا۔</w:t>
      </w:r>
    </w:p>
    <w:p>
      <w:r>
        <w:rPr>
          <w:b/>
        </w:rPr>
        <w:t xml:space="preserve">[1:03:54] </w:t>
      </w:r>
      <w:r>
        <w:t>To main isi be-taabi mein jahan Al Abu ki Jamia Masjid mein gaya, Al Anwar ki Jamia Masjid hai,</w:t>
      </w:r>
    </w:p>
    <w:p>
      <w:pPr>
        <w:jc w:val="right"/>
      </w:pPr>
      <w:r>
        <w:t>تو میں اسی بے تابی میں جہاں ال ابو کی جامع مسجد میں گیا، ال انور کی جامع مسجد ہے،</w:t>
      </w:r>
    </w:p>
    <w:p>
      <w:r>
        <w:rPr>
          <w:b/>
        </w:rPr>
        <w:t xml:space="preserve">[1:04:05] </w:t>
      </w:r>
      <w:r>
        <w:t>us waqt khaali thi, koi tha nahi wahan. To main iske angan mein pahuncha. Wahan par bada sa angan tha aur wahan par ek taraf papite ke ped the,</w:t>
      </w:r>
    </w:p>
    <w:p>
      <w:pPr>
        <w:jc w:val="right"/>
      </w:pPr>
      <w:r>
        <w:t>اس وقت خالی تھی، کوئی تھا نہیں وہاں۔ تو میں اس کے انگن میں پہنچا۔ وہاں پر بڑا سا انگن تھا اور وہاں پر ایک طرف پپیتے کے پیڑ تھے،</w:t>
      </w:r>
    </w:p>
    <w:p>
      <w:r>
        <w:rPr>
          <w:b/>
        </w:rPr>
        <w:t xml:space="preserve">[1:04:24] </w:t>
      </w:r>
      <w:r>
        <w:t>papite ke ped. To main papite ke ped ke neeche khada ho gaya. Main akela tha us waqt, wahan koi nahi tha. Khada ho gaya aur haalat yeh thi ke mere sar ke upar papite ke phool dikhai de rahe the.</w:t>
      </w:r>
    </w:p>
    <w:p>
      <w:pPr>
        <w:jc w:val="right"/>
      </w:pPr>
      <w:r>
        <w:t>پپیتے کے پیڑ۔ تو میں پپیتے کے پیڑ کے نیچے کھڑا ہو گیا۔ میں اکیلا تھا اس وقت، وہاں کوئی نہیں تھا۔ کھڑا ہو گیا اور حالت یہ تھی کہ میرے سر کے اوپر پپیتے کے پھول دکھائی دے رہے تھے۔</w:t>
      </w:r>
    </w:p>
    <w:p>
      <w:r>
        <w:rPr>
          <w:b/>
        </w:rPr>
        <w:t xml:space="preserve">[1:04:44] </w:t>
      </w:r>
      <w:r>
        <w:t>Aap jante hain, agar dekha ho aap ne papita to mamooli hawa ke jhonke se bhi papite ke phool jhadte rehte hain, mamooli hawa ke jhonke se.</w:t>
      </w:r>
    </w:p>
    <w:p>
      <w:pPr>
        <w:jc w:val="right"/>
      </w:pPr>
      <w:r>
        <w:t>آپ جانتے ہیں، اگر دیکھا ہو آپ نے پپیتا تو معمولی ہوا کے جھونکے سے بھی پپیتے کے پھول جھڑتے رہتے ہیں، معمولی ہوا کے جھونکے سے۔</w:t>
      </w:r>
    </w:p>
    <w:p>
      <w:r>
        <w:rPr>
          <w:b/>
        </w:rPr>
        <w:t xml:space="preserve">[1:04:55] </w:t>
      </w:r>
      <w:r>
        <w:t>To main wahan is tarah khada tha ke meri aankhon se aansu musalsal gir rahe the, aansu aur papite ke ped se phool jhad rahe the.</w:t>
      </w:r>
    </w:p>
    <w:p>
      <w:pPr>
        <w:jc w:val="right"/>
      </w:pPr>
      <w:r>
        <w:t>تو میں وہاں اس طرح کھڑا تھا کہ میری آنکھوں سے آنسو مسلسل گر رہے تھے، آنسو اور پپیتے کے پیڑ سے پھول جھڑ رہے تھے۔</w:t>
      </w:r>
    </w:p>
    <w:p>
      <w:r>
        <w:rPr>
          <w:b/>
        </w:rPr>
        <w:t xml:space="preserve">[1:05:13] </w:t>
      </w:r>
      <w:r>
        <w:t>Yeh musalsal yeh ho raha tha aur meri aankh se, meri zubaan se nikal raha tha baar baar ke Khawand tu kab aayega?</w:t>
      </w:r>
    </w:p>
    <w:p>
      <w:pPr>
        <w:jc w:val="right"/>
      </w:pPr>
      <w:r>
        <w:t>یہ مسلسل یہ ہو رہا تھا اور میری آنکھ سے، میری زبان سے نکل رہا تھا بار بار کہ خداوند تو کب آئے گا؟</w:t>
      </w:r>
    </w:p>
    <w:p>
      <w:r>
        <w:rPr>
          <w:b/>
        </w:rPr>
        <w:t xml:space="preserve">[1:05:26] </w:t>
      </w:r>
      <w:r>
        <w:t>Main kab tak tere aane ka intezar karoon? Yeh pehli meri realization thi. Khawand tu kab aayega?</w:t>
      </w:r>
    </w:p>
    <w:p>
      <w:pPr>
        <w:jc w:val="right"/>
      </w:pPr>
      <w:r>
        <w:t>میں کب تک تیرے آنے کا انتظار کروں؟ یہ پہلی میری ریلائزیشن تھی۔ خداوند تو کب آئے گا؟</w:t>
      </w:r>
    </w:p>
    <w:p>
      <w:r>
        <w:rPr>
          <w:b/>
        </w:rPr>
        <w:t xml:space="preserve">[1:05:36] </w:t>
      </w:r>
      <w:r>
        <w:t>Main kab tak tere aane ka intezar karoon? Iske baad main nikal pada. Is zamane mein hamare qareeb ka station tha Sagon.</w:t>
      </w:r>
    </w:p>
    <w:p>
      <w:pPr>
        <w:jc w:val="right"/>
      </w:pPr>
      <w:r>
        <w:t>میں کب تک تیرے آنے کا انتظار کروں؟ اس کے بعد میں نکل پڑا۔ اس زمانے میں ہمارے قریب کا اسٹیشن تھا ساگن۔</w:t>
      </w:r>
    </w:p>
    <w:p>
      <w:r>
        <w:rPr>
          <w:b/>
        </w:rPr>
        <w:t xml:space="preserve">[1:05:50] </w:t>
      </w:r>
      <w:r>
        <w:t>To Sagon se ek gaadi aati thi seedhi Lahore. Yeh Sagon mein badh jaiye aur Lahore utar jaiye. Is is zamane mein ghair raf'a ka ticket tha wahan.</w:t>
      </w:r>
    </w:p>
    <w:p>
      <w:pPr>
        <w:jc w:val="right"/>
      </w:pPr>
      <w:r>
        <w:t>تو ساگن سے ایک گاڑی آتی تھی سیدھی لاہور۔ یہ ساگن میں بڑھ جائیے اور لاہور اتر جائیے۔ اس اس زمانے میں غیر رفع کا ٹکٹ تھا وہاں۔</w:t>
      </w:r>
    </w:p>
    <w:p>
      <w:r>
        <w:rPr>
          <w:b/>
        </w:rPr>
        <w:t xml:space="preserve">[1:06:04] </w:t>
      </w:r>
      <w:r>
        <w:t>Is zamane mein to main isi isi be-taabi mein is gaadi par baith gaya, ghair raf'a ka ticket le kar Sagon mein.</w:t>
      </w:r>
    </w:p>
    <w:p>
      <w:pPr>
        <w:jc w:val="right"/>
      </w:pPr>
      <w:r>
        <w:t>اس زمانے میں تو میں اسی اسی بے تابی میں اس گاڑی پر بیٹھ گیا، غیر رفع کا ٹکٹ لے کر ساگن میں۔</w:t>
      </w:r>
    </w:p>
    <w:p>
      <w:r>
        <w:rPr>
          <w:b/>
        </w:rPr>
        <w:t xml:space="preserve">[1:06:23] </w:t>
      </w:r>
      <w:r>
        <w:t>To gaadi chali to chalte chalte woh Lahore station pahunch gayi. Ab main neeche utra to koi aadmi nahi tha mujhe receive karne ke liye kyunke mujhe wahan koi aadmi tha hi nahi.</w:t>
      </w:r>
    </w:p>
    <w:p>
      <w:pPr>
        <w:jc w:val="right"/>
      </w:pPr>
      <w:r>
        <w:t>تو گاڑی چلی تو چلتے چلتے وہ لاہور اسٹیشن پہنچ گئی۔ اب میں نیچے اترا تو کوئی آدمی نہیں تھا مجھے ریسیو کرنے کے لیے کیونکہ مجھے وہاں کوئی آدمی تھا ہی نہیں۔</w:t>
      </w:r>
    </w:p>
    <w:p>
      <w:r>
        <w:rPr>
          <w:b/>
        </w:rPr>
        <w:t xml:space="preserve">[1:06:42] </w:t>
      </w:r>
      <w:r>
        <w:t>To main platform par dewana war yani chal raha tha idhar se udhar, idhar se udhar. Mere paas se ek setting engine guzra,</w:t>
      </w:r>
    </w:p>
    <w:p>
      <w:pPr>
        <w:jc w:val="right"/>
      </w:pPr>
      <w:r>
        <w:t>تو میں پلیٹ فارم پر دیوانہ وار یعنی چل رہا تھا ادھر سے ادھر، ادھر سے ادھر۔ میرے پاس سے ایک سینٹنگ انجن گزرا،</w:t>
      </w:r>
    </w:p>
    <w:p>
      <w:r>
        <w:rPr>
          <w:b/>
        </w:rPr>
        <w:t xml:space="preserve">[1:06:57] </w:t>
      </w:r>
      <w:r>
        <w:t>setting.</w:t>
      </w:r>
    </w:p>
    <w:p>
      <w:pPr>
        <w:jc w:val="right"/>
      </w:pPr>
      <w:r>
        <w:t>سینٹنگ۔</w:t>
      </w:r>
    </w:p>
    <w:p>
      <w:r>
        <w:rPr>
          <w:b/>
        </w:rPr>
        <w:t xml:space="preserve">[1:07:01] </w:t>
      </w:r>
      <w:r>
        <w:t>To main ne</w:t>
      </w:r>
    </w:p>
    <w:p>
      <w:pPr>
        <w:jc w:val="right"/>
      </w:pPr>
      <w:r>
        <w:t>تو میں نے</w:t>
      </w:r>
    </w:p>
    <w:p>
      <w:r>
        <w:rPr>
          <w:b/>
        </w:rPr>
        <w:t xml:space="preserve">[1:07:05] </w:t>
      </w:r>
      <w:r>
        <w:t>poora irada kar liya ke main kood padoon aur jaan de doon. Lekin us waqt laga ke kisi ne mujh ko peeche se bahut taqat se pakad liya,</w:t>
      </w:r>
    </w:p>
    <w:p>
      <w:pPr>
        <w:jc w:val="right"/>
      </w:pPr>
      <w:r>
        <w:t>پورا ارادہ کر لیا کہ میں کود پڑوں اور جان دے دوں۔ لیکن اس وقت لگا کہ کسی نے مجھ کو پیچھے سے بہت طاقت سے پکڑ لیا،</w:t>
      </w:r>
    </w:p>
    <w:p>
      <w:r>
        <w:rPr>
          <w:b/>
        </w:rPr>
        <w:t xml:space="preserve">[1:07:19] </w:t>
      </w:r>
      <w:r>
        <w:t>pakad kheench liya apni taraf. Yeh pehla tajurba tha jab maine jaana ke farishte aate hain Allah ki ki taraf se insaan ki madad ke liye.</w:t>
      </w:r>
    </w:p>
    <w:p>
      <w:pPr>
        <w:jc w:val="right"/>
      </w:pPr>
      <w:r>
        <w:t>پکڑ کھینچ لیا اپنی طرف۔ یہ پہلا تجربہ تھا جب میں نے جانا کہ فرشتے آتے ہیں اللہ کی کی طرف سے انسان کی مدد کے لیے۔</w:t>
      </w:r>
    </w:p>
    <w:p>
      <w:r>
        <w:rPr>
          <w:b/>
        </w:rPr>
        <w:t xml:space="preserve">[1:07:29] </w:t>
      </w:r>
      <w:r>
        <w:t>to jab yeh mein khudkushi kar raha tha to foran ke foran Allah ne ek farishta bhej diya ke jao is is bande ko roko, is bande ko roko.</w:t>
      </w:r>
    </w:p>
    <w:p>
      <w:pPr>
        <w:jc w:val="right"/>
      </w:pPr>
      <w:r>
        <w:t>تو جب یہ میں خودکشی کر رہا تھا تو فوراً کے فوراً اللہ نے ایک فرشتہ بھیج دیا کہ جاؤ اس اس بندے کو روکو، اس بندے کو روکو۔</w:t>
      </w:r>
    </w:p>
    <w:p>
      <w:r>
        <w:rPr>
          <w:b/>
        </w:rPr>
        <w:t xml:space="preserve">[1:07:44] </w:t>
      </w:r>
      <w:r>
        <w:t>kyunke yeh jaan de dega to process of search of gaadi khatam ho jayega.</w:t>
      </w:r>
    </w:p>
    <w:p>
      <w:pPr>
        <w:jc w:val="right"/>
      </w:pPr>
      <w:r>
        <w:t>کیونکہ یہ جان دے دے گا تو پراسیس اف سرچ اف گاڑی ختم ہو جائے گا۔</w:t>
      </w:r>
    </w:p>
    <w:p>
      <w:r>
        <w:rPr>
          <w:b/>
        </w:rPr>
        <w:t xml:space="preserve">[1:07:55] </w:t>
      </w:r>
      <w:r>
        <w:t>Khuda ki talash ka jo process jari hua hai, woh to khatam ho jayega.</w:t>
      </w:r>
    </w:p>
    <w:p>
      <w:pPr>
        <w:jc w:val="right"/>
      </w:pPr>
      <w:r>
        <w:t>خدا کی تلاش کا جو پراسیس جاری ہوا ہے، وہ تو ختم ہو جائے گا۔</w:t>
      </w:r>
    </w:p>
    <w:p>
      <w:r>
        <w:rPr>
          <w:b/>
        </w:rPr>
        <w:t xml:space="preserve">[1:08:04] </w:t>
      </w:r>
      <w:r>
        <w:t>to mujhe laga ke station par platform par koi aadmi aaya aur peeche se us ne bohat taqat se pakad liya mujh ko aur mujh ko</w:t>
      </w:r>
    </w:p>
    <w:p>
      <w:pPr>
        <w:jc w:val="right"/>
      </w:pPr>
      <w:r>
        <w:t>تو مجھے لگا کہ اسٹیشن پر پلیٹ فارم پر کوئی آدمی آیا اور پیچھے سے اس نے بہت طاقت سے پکڑ لیا مجھ کو اور مجھ کو</w:t>
      </w:r>
    </w:p>
    <w:p>
      <w:r>
        <w:rPr>
          <w:b/>
        </w:rPr>
        <w:t xml:space="preserve">[1:08:21] </w:t>
      </w:r>
      <w:r>
        <w:t>koodne nahi diya.</w:t>
      </w:r>
    </w:p>
    <w:p>
      <w:pPr>
        <w:jc w:val="right"/>
      </w:pPr>
      <w:r>
        <w:t>کودنے نہیں دیا۔</w:t>
      </w:r>
    </w:p>
    <w:p>
      <w:r>
        <w:rPr>
          <w:b/>
        </w:rPr>
        <w:t xml:space="preserve">[1:08:25] </w:t>
      </w:r>
      <w:r>
        <w:t>is ke baad mein ne likha ke aur waqia hua to mein</w:t>
      </w:r>
    </w:p>
    <w:p>
      <w:pPr>
        <w:jc w:val="right"/>
      </w:pPr>
      <w:r>
        <w:t>اس کے بعد میں نے لکھا کہ اور واقعہ ہوا تو میں</w:t>
      </w:r>
    </w:p>
    <w:p>
      <w:r>
        <w:rPr>
          <w:b/>
        </w:rPr>
        <w:t xml:space="preserve">[1:08:33] </w:t>
      </w:r>
      <w:r>
        <w:t>ek road par chal raha tha. Ek road par woh road ka naam tha pehle Makkrot Road, ab pata nahi kya naam hai.</w:t>
      </w:r>
    </w:p>
    <w:p>
      <w:pPr>
        <w:jc w:val="right"/>
      </w:pPr>
      <w:r>
        <w:t>ایک روڈ پر چل رہا تھا۔ ایک روڈ پر وہ روڈ کا نام تھا پہلے مکروٹ روڈ، اب پتہ نہیں کیا نام ہے۔</w:t>
      </w:r>
    </w:p>
    <w:p>
      <w:r>
        <w:rPr>
          <w:b/>
        </w:rPr>
        <w:t xml:space="preserve">[1:08:46] </w:t>
      </w:r>
      <w:r>
        <w:t>woh woh road Dr. Iqbal ke ghar se guzarti thi. Woh</w:t>
      </w:r>
    </w:p>
    <w:p>
      <w:pPr>
        <w:jc w:val="right"/>
      </w:pPr>
      <w:r>
        <w:t>وہ وہ روڈ ڈاکٹر اقبال کے گھر سے گزرتی تھی۔ وہ</w:t>
      </w:r>
    </w:p>
    <w:p>
      <w:r>
        <w:rPr>
          <w:b/>
        </w:rPr>
        <w:t xml:space="preserve">[1:08:54] </w:t>
      </w:r>
      <w:r>
        <w:t>to wahan par dobara ek waqia guzra.</w:t>
      </w:r>
    </w:p>
    <w:p>
      <w:pPr>
        <w:jc w:val="right"/>
      </w:pPr>
      <w:r>
        <w:t>تو وہاں پر دوبارہ ایک واقعہ گزرا۔</w:t>
      </w:r>
    </w:p>
    <w:p>
      <w:r>
        <w:rPr>
          <w:b/>
        </w:rPr>
        <w:t xml:space="preserve">[1:09:00] </w:t>
      </w:r>
      <w:r>
        <w:t>woh is waqie ko ek aadmi mujhe khara ho ke dekh raha tha peeche se. Un ka naam tha Qureshi Sahab.</w:t>
      </w:r>
    </w:p>
    <w:p>
      <w:pPr>
        <w:jc w:val="right"/>
      </w:pPr>
      <w:r>
        <w:t>وہ اس واقعے کو ایک آدمی مجھے کھڑا ہو کے دیکھ رہا تھا پیچھے سے۔ ان کا نام تھا قریشی صاحب۔</w:t>
      </w:r>
    </w:p>
    <w:p>
      <w:r>
        <w:rPr>
          <w:b/>
        </w:rPr>
        <w:t xml:space="preserve">[1:09:12] </w:t>
      </w:r>
      <w:r>
        <w:t>to woh mere paas aaye</w:t>
      </w:r>
    </w:p>
    <w:p>
      <w:pPr>
        <w:jc w:val="right"/>
      </w:pPr>
      <w:r>
        <w:t>تو وہ میرے پاس آئے</w:t>
      </w:r>
    </w:p>
    <w:p>
      <w:r>
        <w:rPr>
          <w:b/>
        </w:rPr>
        <w:t xml:space="preserve">[1:09:16] </w:t>
      </w:r>
      <w:r>
        <w:t>ke aap kaun hain? Phir mein ne bataya ke mein Al Anwar se aaya hoon aur mera yahan koi jaane wala nahi hai. To Allah taala ne un ke dil mein meri humdardi daal di.</w:t>
      </w:r>
    </w:p>
    <w:p>
      <w:pPr>
        <w:jc w:val="right"/>
      </w:pPr>
      <w:r>
        <w:t>کہ آپ کون ہیں؟ پھر میں نے بتایا کہ میں ال انور سے آیا ہوں اور میرا یہاں کوئی جانے والا نہیں ہے۔ تو اللہ تعالی نے ان کے دل میں میری ہمدردی ڈال دی۔</w:t>
      </w:r>
    </w:p>
    <w:p>
      <w:r>
        <w:rPr>
          <w:b/>
        </w:rPr>
        <w:t xml:space="preserve">[1:09:33] </w:t>
      </w:r>
      <w:r>
        <w:t>woh kaam karte the ek tailoring shop mein jis ka naam tha B. L. Ram Sons.</w:t>
      </w:r>
    </w:p>
    <w:p>
      <w:pPr>
        <w:jc w:val="right"/>
      </w:pPr>
      <w:r>
        <w:t>وہ کام کرتے تھے ایک ٹیئرنگ شاپ میں جس کا نام تھا بی لیرا رام سنس۔</w:t>
      </w:r>
    </w:p>
    <w:p>
      <w:r>
        <w:rPr>
          <w:b/>
        </w:rPr>
        <w:t xml:space="preserve">[1:09:45] </w:t>
      </w:r>
      <w:r>
        <w:t>to khud to woh mamooli tater, tater, tater the lekin B. L. Ram Sons bohat bara shop thi un ki Lahore mein Mall Road par.</w:t>
      </w:r>
    </w:p>
    <w:p>
      <w:pPr>
        <w:jc w:val="right"/>
      </w:pPr>
      <w:r>
        <w:t>تو خود تو وہ معمولی ٹیٹر، ٹیٹر، ٹیٹر تھے لیکن بی لیرا رام سنس بہت بڑا شاپ تھی ان کی لاہور میں مال روڈ پر۔</w:t>
      </w:r>
    </w:p>
    <w:p>
      <w:r>
        <w:rPr>
          <w:b/>
        </w:rPr>
        <w:t xml:space="preserve">[1:09:59] </w:t>
      </w:r>
      <w:r>
        <w:t>wahan le gaye woh. Wahan par unhon ne milaya mujh se. To un logon ne yeh mujh ko dekh kar samjha ke yeh kisi achhe ghar ka ladka hai aur bhaag ke aaya hai.</w:t>
      </w:r>
    </w:p>
    <w:p>
      <w:pPr>
        <w:jc w:val="right"/>
      </w:pPr>
      <w:r>
        <w:t>وہاں لے گئے وہ۔ وہاں پر انہوں نے ملایا مجھ سے۔ تو ان لوگوں نے یہ مجھ کو دیکھ کر سمجھا کہ یہ کسی اچھے گھر کا لڑکا ہے اور بھاگ کے آیا ہے۔</w:t>
      </w:r>
    </w:p>
    <w:p>
      <w:r>
        <w:rPr>
          <w:b/>
        </w:rPr>
        <w:t xml:space="preserve">[1:10:13] </w:t>
      </w:r>
      <w:r>
        <w:t>yeh kaha tha unhon ne ke hum samajhte hain ke yeh kisi achhe ghar ka ladka hai, bhaag ke aaya hai. To un ko wapas bhejo, wapas bhejo.</w:t>
      </w:r>
    </w:p>
    <w:p>
      <w:pPr>
        <w:jc w:val="right"/>
      </w:pPr>
      <w:r>
        <w:t>یہ کہا تھا انہوں نے کہ ہم سمجھتے ہیں کہ یہ کسی اچھے گھر کا لڑکا ہے، بھاگ کے آیا ہے۔ تو ان کو واپس بھیجو، واپس بھیجو۔</w:t>
      </w:r>
    </w:p>
    <w:p>
      <w:r>
        <w:rPr>
          <w:b/>
        </w:rPr>
        <w:t xml:space="preserve">[1:10:23] </w:t>
      </w:r>
      <w:r>
        <w:t>kyunke chunancha apni jeb se is B. L. Ram Sons jo the, apni jeb se unhon ne diya 15 rupiya ke le jao un ko aur un ko bitha do wapas wapsi ke train par.</w:t>
      </w:r>
    </w:p>
    <w:p>
      <w:pPr>
        <w:jc w:val="right"/>
      </w:pPr>
      <w:r>
        <w:t>کیونکہ چنانچہ اپنی جیب سے اس بی لیرا رام انسن جو تھے، اپنی جیب سے انہوں نے دیا 15 روپیہ کہ لے جاؤ ان کو اور ان کو بٹھا دو واپس واپسی کے ٹرین پر۔</w:t>
      </w:r>
    </w:p>
    <w:p>
      <w:r>
        <w:rPr>
          <w:b/>
        </w:rPr>
        <w:t xml:space="preserve">[1:10:42] </w:t>
      </w:r>
      <w:r>
        <w:t>is tarah se mein dobara train par baitha aur wapas ho kar mein Al Anwar aa gaya. Yeh sab kahani hai.</w:t>
      </w:r>
    </w:p>
    <w:p>
      <w:pPr>
        <w:jc w:val="right"/>
      </w:pPr>
      <w:r>
        <w:t>اس طرح سے میں دوبارہ ٹرین پر بیٹھا اور واپس ہو کر میں ال انور آ گیا۔ یہ سب کہانی ہے۔</w:t>
      </w:r>
    </w:p>
    <w:p>
      <w:r>
        <w:rPr>
          <w:b/>
        </w:rPr>
        <w:t xml:space="preserve">[1:10:53] </w:t>
      </w:r>
      <w:r>
        <w:t>yeh sab mein likh chuka hoon</w:t>
      </w:r>
    </w:p>
    <w:p>
      <w:pPr>
        <w:jc w:val="right"/>
      </w:pPr>
      <w:r>
        <w:t>یہ سب میں لکھ چکا ہوں</w:t>
      </w:r>
    </w:p>
    <w:p>
      <w:r>
        <w:rPr>
          <w:b/>
        </w:rPr>
        <w:t xml:space="preserve">[1:10:57] </w:t>
      </w:r>
      <w:r>
        <w:t>ke kisi ko manna hai to maane, nahi manna hai to na maane. Aap ko haq hai ke na manne ka. Lekin yaad rakhiye, yeh haqiqaten aakhirat mein khul jayengi.</w:t>
      </w:r>
    </w:p>
    <w:p>
      <w:pPr>
        <w:jc w:val="right"/>
      </w:pPr>
      <w:r>
        <w:t>کہ کسی کو ماننا ہے تو مانے، نہیں ماننا ہے تو نہ مانے۔ آپ کو حق ہے کہ نہ ماننے کا۔ لیکن یاد رکھیے، یہ حقیقتیں آخرت میں کھل جائیں گی۔</w:t>
      </w:r>
    </w:p>
    <w:p>
      <w:r>
        <w:rPr>
          <w:b/>
        </w:rPr>
        <w:t xml:space="preserve">[1:11:13] </w:t>
      </w:r>
      <w:r>
        <w:t>na manne wale logon ko dikhai padega ke yeh to haqaiq the, be fact tha ke kaise hum ne is ka inkar kiya.</w:t>
      </w:r>
    </w:p>
    <w:p>
      <w:pPr>
        <w:jc w:val="right"/>
      </w:pPr>
      <w:r>
        <w:t>نہ ماننے والے لوگوں کو دکھائی پڑے گا کہ یہ تو حقائق تھے، بے فیکٹ تھا کہ کیسے ہم نے اس کا انکار کیا۔</w:t>
      </w:r>
    </w:p>
    <w:p>
      <w:r>
        <w:rPr>
          <w:b/>
        </w:rPr>
        <w:t xml:space="preserve">[1:11:25] </w:t>
      </w:r>
      <w:r>
        <w:t>be fact tha woh kaise hum ne inkar kiya. Yeh sab kahani mein ne likhi hai, aap parh sakte hain is ko.</w:t>
      </w:r>
    </w:p>
    <w:p>
      <w:pPr>
        <w:jc w:val="right"/>
      </w:pPr>
      <w:r>
        <w:t>بے فیکٹ تھا وہ کیسے ہم نے انکار کیا۔ یہ سب کہانی میں نے لکھی ہے، آپ پڑھ سکتے ہیں اس کو۔</w:t>
      </w:r>
    </w:p>
    <w:p>
      <w:r>
        <w:rPr>
          <w:b/>
        </w:rPr>
        <w:t xml:space="preserve">[1:11:36] </w:t>
      </w:r>
      <w:r>
        <w:t>Maulana, agla comment aur sawal bheja hai Aamir Muri Sahab ne Srinagar se. Unhon ne likha hai: "Your life, your live experiences thrills, thrills in us a desire to follow you and discover the creator the way you have discovered.</w:t>
      </w:r>
    </w:p>
    <w:p>
      <w:pPr>
        <w:jc w:val="right"/>
      </w:pPr>
      <w:r>
        <w:t>مولانا، اگلا کمنٹ اور سوال بھیجا ہے عامر موری صاحب نے سری نگر سے۔ انہوں نے لکھا ہے: "یور لائف، یور لائیو ایکسپیرینسز تھرلز، تھرلز ان اس ا ڈیزائر ٹو فالو یو اینڈ ڈسکور دا کریٹر دا وے یو ہیو ڈسکورڈ۔</w:t>
      </w:r>
    </w:p>
    <w:p>
      <w:r>
        <w:rPr>
          <w:b/>
        </w:rPr>
        <w:t xml:space="preserve">[1:11:55] </w:t>
      </w:r>
      <w:r>
        <w:t>Thank you Maulana Sahab for guiding us to know the path of God realization. My question is: if discovery of God happens by using an intellect in the creation plan of God, then what is the role of religion for God realization?</w:t>
      </w:r>
    </w:p>
    <w:p>
      <w:pPr>
        <w:jc w:val="right"/>
      </w:pPr>
      <w:r>
        <w:t>تھینک یو مولانا صاحب فار گائیڈنگ اس ٹو نو دا پاتھ اف گاڈ ریلائزیشن۔ مائی کوئسچن از: اف ڈسکوری اف گاڈ ہیپنز بائے یوزنگ این انٹلیکٹ ان دا کریشن پلان اف گاڈ، دین واٹ از دا رول اف ریلیجن فار گاڈ ریلائزیشن؟</w:t>
      </w:r>
    </w:p>
    <w:p>
      <w:r>
        <w:rPr>
          <w:b/>
        </w:rPr>
        <w:t xml:space="preserve">[1:12:15] </w:t>
      </w:r>
      <w:r>
        <w:t>Kindly guide all of us."</w:t>
      </w:r>
    </w:p>
    <w:p>
      <w:pPr>
        <w:jc w:val="right"/>
      </w:pPr>
      <w:r>
        <w:t>کائنڈلی گائیڈ ال اف اس۔"</w:t>
      </w:r>
    </w:p>
    <w:p>
      <w:r>
        <w:rPr>
          <w:b/>
        </w:rPr>
        <w:t xml:space="preserve">[1:12:23] </w:t>
      </w:r>
      <w:r>
        <w:t>mere religion ke mani agar islam hai to is ne to mujhe guide kiya. isi liye main ne kitaab likhi hai "islam re-discovered" kyunke jo jo religion main ne paya tha apne mahaul mein,</w:t>
      </w:r>
    </w:p>
    <w:p>
      <w:pPr>
        <w:jc w:val="right"/>
      </w:pPr>
      <w:r>
        <w:t>میرے ریلیجن کے معنی اگر اسلام ہے تو اس نے تو مجھے گائیڈ کیا۔ اسی لیے میں نے کتاب لکھی ہے "اسلام ری ڈسکورڈ" کیونکہ جو جو ریلیجن میں نے پایا تھا اپنے ماحول میں،</w:t>
      </w:r>
    </w:p>
    <w:p>
      <w:r>
        <w:rPr>
          <w:b/>
        </w:rPr>
        <w:t xml:space="preserve">[1:12:44] </w:t>
      </w:r>
      <w:r>
        <w:t>is ne to mujhe kuch mila nahin. to meri kitaab hai, is ka naam hai "islam re-discovered".</w:t>
      </w:r>
    </w:p>
    <w:p>
      <w:pPr>
        <w:jc w:val="right"/>
      </w:pPr>
      <w:r>
        <w:t>اس نے تو مجھے کچھ ملا نہیں۔ تو میری کتاب ہے، اس کا نام ہے "اسلام ری ڈسکورڈ"۔</w:t>
      </w:r>
    </w:p>
    <w:p>
      <w:r>
        <w:rPr>
          <w:b/>
        </w:rPr>
        <w:t xml:space="preserve">[1:12:55] </w:t>
      </w:r>
      <w:r>
        <w:t>is kitaab ko zaroor aap parhein.</w:t>
      </w:r>
    </w:p>
    <w:p>
      <w:pPr>
        <w:jc w:val="right"/>
      </w:pPr>
      <w:r>
        <w:t>اس کتاب کو ضرور آپ پڑھیں۔</w:t>
      </w:r>
    </w:p>
    <w:p>
      <w:r>
        <w:rPr>
          <w:b/>
        </w:rPr>
        <w:t xml:space="preserve">[1:13:05] </w:t>
      </w:r>
      <w:r>
        <w:t>is kitaab mein ek waqia likha hai ke main yeh kitaab main ne likhi thi birmingham mein, birmingham england mein.</w:t>
      </w:r>
    </w:p>
    <w:p>
      <w:pPr>
        <w:jc w:val="right"/>
      </w:pPr>
      <w:r>
        <w:t>اس کتاب میں ایک واقعہ لکھا ہے کہ میں یہ کتاب میں نے لکھی تھی برمنگھم میں، برمنگھم انگلینڈ میں۔</w:t>
      </w:r>
    </w:p>
    <w:p>
      <w:r>
        <w:rPr>
          <w:b/>
        </w:rPr>
        <w:t xml:space="preserve">[1:13:19] </w:t>
      </w:r>
      <w:r>
        <w:t>to birmingham mein hamare ek janne wale the,</w:t>
      </w:r>
    </w:p>
    <w:p>
      <w:pPr>
        <w:jc w:val="right"/>
      </w:pPr>
      <w:r>
        <w:t>تو برمنگھم میں ہمارے ایک جاننے والے تھے،</w:t>
      </w:r>
    </w:p>
    <w:p>
      <w:r>
        <w:rPr>
          <w:b/>
        </w:rPr>
        <w:t xml:space="preserve">[1:13:24] </w:t>
      </w:r>
      <w:r>
        <w:t>arab naujawan. to main gaya tha wahan to arab naujawan ne mujhe apne ghar par thehraya tha. yeh bhi lambi kahani hai.</w:t>
      </w:r>
    </w:p>
    <w:p>
      <w:pPr>
        <w:jc w:val="right"/>
      </w:pPr>
      <w:r>
        <w:t>عرب نوجوان۔ تو میں گیا تھا وہاں تو عرب نوجوان نے مجھے اپنے گھر پر ٹھہرایا تھا۔ یہ بھی لمبی کہانی ہے۔</w:t>
      </w:r>
    </w:p>
    <w:p>
      <w:r>
        <w:rPr>
          <w:b/>
        </w:rPr>
        <w:t xml:space="preserve">[1:13:40] </w:t>
      </w:r>
      <w:r>
        <w:t>to main un ka ek kamra tha upar ke store par, us par main akela baitha hua tha, akela kamre ke andar.</w:t>
      </w:r>
    </w:p>
    <w:p>
      <w:pPr>
        <w:jc w:val="right"/>
      </w:pPr>
      <w:r>
        <w:t>تو میں ان کا ایک کمرہ تھا اوپر کے سٹور پر، اس پر میں اکیلا بیٹھا ہوا تھا، اکیلا کمرے کے اندر۔</w:t>
      </w:r>
    </w:p>
    <w:p>
      <w:r>
        <w:rPr>
          <w:b/>
        </w:rPr>
        <w:t xml:space="preserve">[1:13:53] </w:t>
      </w:r>
      <w:r>
        <w:t>to mujhe naak ki awaaz sunai di, khat khat karane ki awaaz ke bahar koi khat khat katkara raha hai, naak kar raha hai.</w:t>
      </w:r>
    </w:p>
    <w:p>
      <w:pPr>
        <w:jc w:val="right"/>
      </w:pPr>
      <w:r>
        <w:t>تو مجھے ناک کی آواز سنائی دی، کھٹ کھٹ کرانے کی آواز کہ باہر کوئی کھٹ کھٹ کٹکڑا رہا ہے، ناک کر رہا ہے۔</w:t>
      </w:r>
    </w:p>
    <w:p>
      <w:r>
        <w:rPr>
          <w:b/>
        </w:rPr>
        <w:t xml:space="preserve">[1:14:07] </w:t>
      </w:r>
      <w:r>
        <w:t>to main ne darwaza khola to ek choti si bachi khadi hui thi, arab arab bachi. to arab bachi ne apni zabaan mein kaha, yani jo kehte hain "darja", "darja" mein kaha.</w:t>
      </w:r>
    </w:p>
    <w:p>
      <w:pPr>
        <w:jc w:val="right"/>
      </w:pPr>
      <w:r>
        <w:t>تو میں نے دروازہ کھولا تو ایک چھوٹی سی بچی کھڑی ہوئی تھی، عرب عرب بچی۔ تو عرب بچی نے اپنی زبان میں کہا، یعنی جو کہتے ہیں "دارجہ"، "دارجہ" میں کہا۔</w:t>
      </w:r>
    </w:p>
    <w:p>
      <w:r>
        <w:rPr>
          <w:b/>
        </w:rPr>
        <w:t xml:space="preserve">[1:14:27] </w:t>
      </w:r>
      <w:r>
        <w:t>us ke alfaaz the: "tari to haja, tari to haja". yeh faseeh arabi nahin hai, yeh faseeh arabi nahin hai.</w:t>
      </w:r>
    </w:p>
    <w:p>
      <w:pPr>
        <w:jc w:val="right"/>
      </w:pPr>
      <w:r>
        <w:t>اس کے الفاظ تھے: "تری تو حاجہ، تری تو حاجہ"۔ یہ فصیح عربی نہیں ہے، یہ فصیح عربی نہیں ہے۔</w:t>
      </w:r>
    </w:p>
    <w:p>
      <w:r>
        <w:rPr>
          <w:b/>
        </w:rPr>
        <w:t xml:space="preserve">[1:14:41] </w:t>
      </w:r>
      <w:r>
        <w:t>to "tari to haja" ka matlab tha: "do you need, do you need anything?" ke aap ko kis cheez ki zaroorat hai?</w:t>
      </w:r>
    </w:p>
    <w:p>
      <w:pPr>
        <w:jc w:val="right"/>
      </w:pPr>
      <w:r>
        <w:t>تو "تری تو حاجہ" کا مطلب تھا: "ڈو یو نیڈ، ڈو یو نیڈ اینی تھنگ؟" کہ آپ کو کس چیز کی ضرورت ہے؟</w:t>
      </w:r>
    </w:p>
    <w:p>
      <w:r>
        <w:rPr>
          <w:b/>
        </w:rPr>
        <w:t xml:space="preserve">[1:14:54] </w:t>
      </w:r>
      <w:r>
        <w:t>us ki maa ne bhi bhejha tha mere paas. us ki maa neeche ki neeche rehti thi, apni bachi ko unhon ne bhejha tha upar ja ke poocho.</w:t>
      </w:r>
    </w:p>
    <w:p>
      <w:pPr>
        <w:jc w:val="right"/>
      </w:pPr>
      <w:r>
        <w:t>اس کی ماں نے بھیجا تھا میرے پاس۔ اس کی ماں نیچے کی نیچے رہتی تھی، اپنی بچی کو انہوں نے بھیجا تھا اوپر جا کے پوچھو۔</w:t>
      </w:r>
    </w:p>
    <w:p>
      <w:r>
        <w:rPr>
          <w:b/>
        </w:rPr>
        <w:t xml:space="preserve">[1:15:07] </w:t>
      </w:r>
      <w:r>
        <w:t>to us ne kaha: "do you tari to haja? do you do you need anything?" to aap jante hain kya hua?</w:t>
      </w:r>
    </w:p>
    <w:p>
      <w:pPr>
        <w:jc w:val="right"/>
      </w:pPr>
      <w:r>
        <w:t>تو اس نے کہا: "ڈو یو تری تو حاجہ؟ ڈو یو ڈو یو نیڈ اینی تھنگ؟" تو آپ جانتے ہیں کیا ہوا؟</w:t>
      </w:r>
    </w:p>
    <w:p>
      <w:r>
        <w:rPr>
          <w:b/>
        </w:rPr>
        <w:t xml:space="preserve">[1:15:21] </w:t>
      </w:r>
      <w:r>
        <w:t>main koi jawab nahin de saka us bachi ko.</w:t>
      </w:r>
    </w:p>
    <w:p>
      <w:pPr>
        <w:jc w:val="right"/>
      </w:pPr>
      <w:r>
        <w:t>میں کوئی جواب نہیں دے سکا اس بچی کو۔</w:t>
      </w:r>
    </w:p>
    <w:p>
      <w:r>
        <w:rPr>
          <w:b/>
        </w:rPr>
        <w:t xml:space="preserve">[1:15:27] </w:t>
      </w:r>
      <w:r>
        <w:t>main be-tahasha rone laga</w:t>
      </w:r>
    </w:p>
    <w:p>
      <w:pPr>
        <w:jc w:val="right"/>
      </w:pPr>
      <w:r>
        <w:t>میں بے تحاشہ رونے لگا</w:t>
      </w:r>
    </w:p>
    <w:p>
      <w:r>
        <w:rPr>
          <w:b/>
        </w:rPr>
        <w:t xml:space="preserve">[1:15:31] </w:t>
      </w:r>
      <w:r>
        <w:t>kyunke woh mujhe laga ke yeh to khuda ne bhejha hai, farishta ke: "ae bande! tu yahan baitha hai, tu kya chahta hai?</w:t>
      </w:r>
    </w:p>
    <w:p>
      <w:pPr>
        <w:jc w:val="right"/>
      </w:pPr>
      <w:r>
        <w:t>کیونکہ وہ مجھے لگا کہ یہ تو خدا نے بھیجا ہے، فرشتہ کہ: "اے بندے! تو یہاں بیٹھا ہے، تو کیا چاہتا ہے؟</w:t>
      </w:r>
    </w:p>
    <w:p>
      <w:r>
        <w:rPr>
          <w:b/>
        </w:rPr>
        <w:t xml:space="preserve">[1:15:47] </w:t>
      </w:r>
      <w:r>
        <w:t>tu kya chahta hai? do tari to haja?"</w:t>
      </w:r>
    </w:p>
    <w:p>
      <w:pPr>
        <w:jc w:val="right"/>
      </w:pPr>
      <w:r>
        <w:t>تو کیا چاہتا ہے؟ ڈو تری تو حاجہ؟"</w:t>
      </w:r>
    </w:p>
    <w:p>
      <w:r>
        <w:rPr>
          <w:b/>
        </w:rPr>
        <w:t xml:space="preserve">[1:15:55] </w:t>
      </w:r>
      <w:r>
        <w:t>to us bachi ko main ne koi jawab nahin diya. main andar ja kar bas rone laga</w:t>
      </w:r>
    </w:p>
    <w:p>
      <w:pPr>
        <w:jc w:val="right"/>
      </w:pPr>
      <w:r>
        <w:t>تو اس بچی کو میں نے کوئی جواب نہیں دیا۔ میں اندر جا کر بس رونے لگا</w:t>
      </w:r>
    </w:p>
    <w:p>
      <w:r>
        <w:rPr>
          <w:b/>
        </w:rPr>
        <w:t xml:space="preserve">[1:16:04] </w:t>
      </w:r>
      <w:r>
        <w:t>aur shayad main ne yeh kaha ke: "khudaya! tu mujh se zyada janta hai ke main kya chahta hoon. main tujh se kya bataoon?</w:t>
      </w:r>
    </w:p>
    <w:p>
      <w:pPr>
        <w:jc w:val="right"/>
      </w:pPr>
      <w:r>
        <w:t>اور شاید میں نے یہ کہا کہ: "خدایا! تو مجھ سے زیادہ جانتا ہے کہ میں کیا چاہتا ہوں۔ میں تجھ سے کیا بتاؤں؟</w:t>
      </w:r>
    </w:p>
    <w:p>
      <w:r>
        <w:rPr>
          <w:b/>
        </w:rPr>
        <w:t xml:space="preserve">[1:16:16] </w:t>
      </w:r>
      <w:r>
        <w:t>main apne khuda ko chahta hoon, apne rab ko chahta hoon." wahi jo main ne al anwar mein kaha tha: "khawand!</w:t>
      </w:r>
    </w:p>
    <w:p>
      <w:pPr>
        <w:jc w:val="right"/>
      </w:pPr>
      <w:r>
        <w:t>میں اپنے خدا کو چاہتا ہوں، اپنے رب کو چاہتا ہوں۔" وہی جو میں نے ال انور میں کہا تھا: "خداوند!</w:t>
      </w:r>
    </w:p>
    <w:p>
      <w:r>
        <w:rPr>
          <w:b/>
        </w:rPr>
        <w:t xml:space="preserve">[1:16:29] </w:t>
      </w:r>
      <w:r>
        <w:t>tu kab aaye ga? main kab tak tere aane ka intezar karoon?" yeh sab waqiat hain. aap manen to manen, na manen to na maniye.</w:t>
      </w:r>
    </w:p>
    <w:p>
      <w:pPr>
        <w:jc w:val="right"/>
      </w:pPr>
      <w:r>
        <w:t>تو کب آئے گا؟ میں کب تک تیرے آنے کا انتظار کروں؟" یہ سب واقعات ہیں۔ آپ مانیں تو مانیں، نہ مانیں تو نہ مانیے۔</w:t>
      </w:r>
    </w:p>
    <w:p>
      <w:r>
        <w:rPr>
          <w:b/>
        </w:rPr>
        <w:t xml:space="preserve">[1:16:40] </w:t>
      </w:r>
      <w:r>
        <w:t>aakhirat mein aap ko manna pare ga kyunke yeh to waqiat hain. farishton ne record kar rakha hai.</w:t>
      </w:r>
    </w:p>
    <w:p>
      <w:pPr>
        <w:jc w:val="right"/>
      </w:pPr>
      <w:r>
        <w:t>آخرت میں آپ کو ماننا پڑے گا کیونکہ یہ تو واقعات ہیں۔ فرشتوں نے ریکارڈ کر رکھا ہے۔</w:t>
      </w:r>
    </w:p>
    <w:p>
      <w:r>
        <w:rPr>
          <w:b/>
        </w:rPr>
        <w:t xml:space="preserve">[1:16:53] </w:t>
      </w:r>
      <w:r>
        <w:t>maulana, yeh yeh sawal dilli se bhejha hai abdul aziz chaudhry sahib ne. unhon ne likha hai: "maulana! why is it that others fail to discover god from all these experiences?</w:t>
      </w:r>
    </w:p>
    <w:p>
      <w:pPr>
        <w:jc w:val="right"/>
      </w:pPr>
      <w:r>
        <w:t>مولانا، یہ یہ سوال دلی سے بھیجا ہے عبدالعزیز چوہدری صاحب نے۔ انہوں نے لکھا ہے: "مولانا! وائی از اٹ دیٹ ادرز فیل ٹو ڈسکور گاڈ فرام ال دیز ایکسپیرینسز؟</w:t>
      </w:r>
    </w:p>
    <w:p>
      <w:r>
        <w:rPr>
          <w:b/>
        </w:rPr>
        <w:t xml:space="preserve">[1:17:06] </w:t>
      </w:r>
      <w:r>
        <w:t>is it due to ignorance?"</w:t>
      </w:r>
    </w:p>
    <w:p>
      <w:pPr>
        <w:jc w:val="right"/>
      </w:pPr>
      <w:r>
        <w:t>از اٹ ڈیو ٹو اگنورنس؟"</w:t>
      </w:r>
    </w:p>
    <w:p>
      <w:r>
        <w:rPr>
          <w:b/>
        </w:rPr>
        <w:t xml:space="preserve">[1:17:11] </w:t>
      </w:r>
      <w:r>
        <w:t>dekhiye,</w:t>
      </w:r>
    </w:p>
    <w:p>
      <w:pPr>
        <w:jc w:val="right"/>
      </w:pPr>
      <w:r>
        <w:t>دیکھیے،</w:t>
      </w:r>
    </w:p>
    <w:p>
      <w:r>
        <w:rPr>
          <w:b/>
        </w:rPr>
        <w:t xml:space="preserve">[1:17:16] </w:t>
      </w:r>
      <w:r>
        <w:t>mein bachpan se</w:t>
      </w:r>
    </w:p>
    <w:p>
      <w:pPr>
        <w:jc w:val="right"/>
      </w:pPr>
      <w:r>
        <w:t>میں بچپن سے</w:t>
      </w:r>
    </w:p>
    <w:p>
      <w:r>
        <w:rPr>
          <w:b/>
        </w:rPr>
        <w:t xml:space="preserve">[1:17:21] </w:t>
      </w:r>
      <w:r>
        <w:t>kisi cheez se mujhe shoq nahi tha,</w:t>
      </w:r>
    </w:p>
    <w:p>
      <w:pPr>
        <w:jc w:val="right"/>
      </w:pPr>
      <w:r>
        <w:t>کسی چیز سے مجھے شوق نہیں تھا،</w:t>
      </w:r>
    </w:p>
    <w:p>
      <w:r>
        <w:rPr>
          <w:b/>
        </w:rPr>
        <w:t xml:space="preserve">[1:17:26] </w:t>
      </w:r>
      <w:r>
        <w:t>kisi cheez se.</w:t>
      </w:r>
    </w:p>
    <w:p>
      <w:pPr>
        <w:jc w:val="right"/>
      </w:pPr>
      <w:r>
        <w:t>کسی چیز سے۔</w:t>
      </w:r>
    </w:p>
    <w:p>
      <w:r>
        <w:rPr>
          <w:b/>
        </w:rPr>
        <w:t xml:space="preserve">[1:17:30] </w:t>
      </w:r>
      <w:r>
        <w:t>baad ko maine jaana ke mera case woh tha jo newton ka case tha. newton ke baray mein kaha jata tha: "haan, wool gather." newton ko wool gather kaha jata tha.</w:t>
      </w:r>
    </w:p>
    <w:p>
      <w:pPr>
        <w:jc w:val="right"/>
      </w:pPr>
      <w:r>
        <w:t>بعد کو میں نے جانا کہ میرا کیس وہ تھا جو نیوٹن کا کیس تھا۔ نیوٹن کے بارے میں کہا جاتا تھا: "ہاں، وول گیدر۔" نیوٹن کو وول گیدر کہا جاتا تھا۔</w:t>
      </w:r>
    </w:p>
    <w:p>
      <w:r>
        <w:rPr>
          <w:b/>
        </w:rPr>
        <w:t xml:space="preserve">[1:17:45] </w:t>
      </w:r>
      <w:r>
        <w:t>to maine baad ko jaana ke mera case wool gather ka case hai,</w:t>
      </w:r>
    </w:p>
    <w:p>
      <w:pPr>
        <w:jc w:val="right"/>
      </w:pPr>
      <w:r>
        <w:t>تو میں نے بعد کو جانا کہ میرا کیس وول گیدر کا کیس ہے،</w:t>
      </w:r>
    </w:p>
    <w:p>
      <w:r>
        <w:rPr>
          <w:b/>
        </w:rPr>
        <w:t xml:space="preserve">[1:17:52] </w:t>
      </w:r>
      <w:r>
        <w:t>khoya hua insan.</w:t>
      </w:r>
    </w:p>
    <w:p>
      <w:pPr>
        <w:jc w:val="right"/>
      </w:pPr>
      <w:r>
        <w:t>کھویا ہوا انسان۔</w:t>
      </w:r>
    </w:p>
    <w:p>
      <w:r>
        <w:rPr>
          <w:b/>
        </w:rPr>
        <w:t xml:space="preserve">[1:17:58] </w:t>
      </w:r>
      <w:r>
        <w:t>yeh sab kahani, yeh sab waqiat hain jo maine likhe. isi woh meri aadat thi likhne ki, bachpan se likhne ki. to sab likha hua maujood hai.</w:t>
      </w:r>
    </w:p>
    <w:p>
      <w:pPr>
        <w:jc w:val="right"/>
      </w:pPr>
      <w:r>
        <w:t>یہ سب کہانی، یہ سب واقعات ہیں جو میں نے لکھے۔ اسی وہ میری عادت تھی لکھنے کی، بچپن سے لکھنے کی۔ تو سب لکھا ہوا موجود ہے۔</w:t>
      </w:r>
    </w:p>
    <w:p>
      <w:r>
        <w:rPr>
          <w:b/>
        </w:rPr>
        <w:t xml:space="preserve">[1:18:10] </w:t>
      </w:r>
      <w:r>
        <w:t>aap nahi mante to na maniye, aur maan sakte hain to maan lijiye. yeh sab cheezein likhi hui maujood hain</w:t>
      </w:r>
    </w:p>
    <w:p>
      <w:pPr>
        <w:jc w:val="right"/>
      </w:pPr>
      <w:r>
        <w:t>آپ نہیں مانتے تو نہ مانیے، اور مان مان سکتے ہیں تو مان لیجئے۔ یہ سب چیزیں لکھی ہوئی موجود ہیں</w:t>
      </w:r>
    </w:p>
    <w:p>
      <w:r>
        <w:rPr>
          <w:b/>
        </w:rPr>
        <w:t xml:space="preserve">[1:18:21] </w:t>
      </w:r>
      <w:r>
        <w:t>ke mein, mislan, meri maan batati thi ke mein bohat bolta tha. baap se unki daadhi aise khenchta tha,</w:t>
      </w:r>
    </w:p>
    <w:p>
      <w:pPr>
        <w:jc w:val="right"/>
      </w:pPr>
      <w:r>
        <w:t>کہ میں، مثلاً، میری ماں بتاتی تھی کہ میں بہت بولتا تھا۔ باپ سے ان کی داڑھی ایسے کھینچتا تھا،</w:t>
      </w:r>
    </w:p>
    <w:p>
      <w:r>
        <w:rPr>
          <w:b/>
        </w:rPr>
        <w:t xml:space="preserve">[1:18:36] </w:t>
      </w:r>
      <w:r>
        <w:t>yani shokhi karta tha, shokhi bohat bolta tha. phir mere baap par stroke hua,</w:t>
      </w:r>
    </w:p>
    <w:p>
      <w:pPr>
        <w:jc w:val="right"/>
      </w:pPr>
      <w:r>
        <w:t>یعنی شوخی کرتا تھا، شوخی بہت بولتا تھا۔ پھر میرے باپ پر اسٹروک ہوا،</w:t>
      </w:r>
    </w:p>
    <w:p>
      <w:r>
        <w:rPr>
          <w:b/>
        </w:rPr>
        <w:t xml:space="preserve">[1:18:50] </w:t>
      </w:r>
      <w:r>
        <w:t>jisko falij kaha jata hai. 29 december, thandi raat mein</w:t>
      </w:r>
    </w:p>
    <w:p>
      <w:pPr>
        <w:jc w:val="right"/>
      </w:pPr>
      <w:r>
        <w:t>جس کو فالج کہا جاتا ہے۔ 29 دسمبر، ٹھنڈی رات میں</w:t>
      </w:r>
    </w:p>
    <w:p>
      <w:r>
        <w:rPr>
          <w:b/>
        </w:rPr>
        <w:t xml:space="preserve">[1:19:01] </w:t>
      </w:r>
      <w:r>
        <w:t>achanak woh khatam ho gaye</w:t>
      </w:r>
    </w:p>
    <w:p>
      <w:pPr>
        <w:jc w:val="right"/>
      </w:pPr>
      <w:r>
        <w:t>اچانک وہ ختم ہوگئے</w:t>
      </w:r>
    </w:p>
    <w:p>
      <w:r>
        <w:rPr>
          <w:b/>
        </w:rPr>
        <w:t xml:space="preserve">[1:19:06] </w:t>
      </w:r>
      <w:r>
        <w:t>to unki bol isi waqt band ho gayi aur meri bol hi band ho gayi. meri maan batati thi ke woh ek dum chup ho gaya.</w:t>
      </w:r>
    </w:p>
    <w:p>
      <w:pPr>
        <w:jc w:val="right"/>
      </w:pPr>
      <w:r>
        <w:t>تو ان کی بول اسی وقت بند ہو گئی اور میری بول ہی بند ہو گئی۔ میری ماں بتاتی تھی کہ وہ ایک دم چپ ہو گیا۔</w:t>
      </w:r>
    </w:p>
    <w:p>
      <w:r>
        <w:rPr>
          <w:b/>
        </w:rPr>
        <w:t xml:space="preserve">[1:19:15] </w:t>
      </w:r>
      <w:r>
        <w:t>is ke baad baap se woh khoob bolta tha, shokhi karta tha, shokhi. lekin jab woh unka khatma ho gaya to meri bol band ho gayi,</w:t>
      </w:r>
    </w:p>
    <w:p>
      <w:pPr>
        <w:jc w:val="right"/>
      </w:pPr>
      <w:r>
        <w:t>اس کے بعد باپ سے وہ خوب بولتا تھا، شوخی کرتا تھا، شوخی۔ لیکن جب وہ ان کا خاتمہ ہو گیا تو میری بول بند ہو گئی،</w:t>
      </w:r>
    </w:p>
    <w:p>
      <w:r>
        <w:rPr>
          <w:b/>
        </w:rPr>
        <w:t xml:space="preserve">[1:19:29] </w:t>
      </w:r>
      <w:r>
        <w:t>ek dum chup.</w:t>
      </w:r>
    </w:p>
    <w:p>
      <w:pPr>
        <w:jc w:val="right"/>
      </w:pPr>
      <w:r>
        <w:t>ایک دم چپ۔</w:t>
      </w:r>
    </w:p>
    <w:p>
      <w:r>
        <w:rPr>
          <w:b/>
        </w:rPr>
        <w:t xml:space="preserve">[1:19:37] </w:t>
      </w:r>
      <w:r>
        <w:t>yeh tha mere dil mein turning point ke mera bolna jo pehle pehle tha apne baap se, woh</w:t>
      </w:r>
    </w:p>
    <w:p>
      <w:pPr>
        <w:jc w:val="right"/>
      </w:pPr>
      <w:r>
        <w:t>یہ تھا میرے دل میں ٹرننگ پوائنٹ کہ میرا بولنا جو پہلے پہلے تھا اپنے باپ سے، وہ</w:t>
      </w:r>
    </w:p>
    <w:p>
      <w:r>
        <w:rPr>
          <w:b/>
        </w:rPr>
        <w:t xml:space="preserve">[1:19:51] </w:t>
      </w:r>
      <w:r>
        <w:t>woh woh woh woh khuda ki taraf marr marr gaya, khuda ki taraf.</w:t>
      </w:r>
    </w:p>
    <w:p>
      <w:pPr>
        <w:jc w:val="right"/>
      </w:pPr>
      <w:r>
        <w:t>وہ وہ وہ وہ خدا کی طرف مڑ مڑ گیا، خدا کی طرف۔</w:t>
      </w:r>
    </w:p>
    <w:p>
      <w:r>
        <w:rPr>
          <w:b/>
        </w:rPr>
        <w:t xml:space="preserve">[1:20:02] </w:t>
      </w:r>
      <w:r>
        <w:t>yeh sab kahani ki baatein nahi hain, yeh waqiat ki baatein hain.</w:t>
      </w:r>
    </w:p>
    <w:p>
      <w:pPr>
        <w:jc w:val="right"/>
      </w:pPr>
      <w:r>
        <w:t>یہ سب کہانی کی باتیں نہیں ہیں، یہ واقعات کی باتیں ہیں۔</w:t>
      </w:r>
    </w:p>
    <w:p>
      <w:r>
        <w:rPr>
          <w:b/>
        </w:rPr>
        <w:t xml:space="preserve">[1:20:11] </w:t>
      </w:r>
      <w:r>
        <w:t>aur meri aadat thi likhne ki bachpan se.</w:t>
      </w:r>
    </w:p>
    <w:p>
      <w:pPr>
        <w:jc w:val="right"/>
      </w:pPr>
      <w:r>
        <w:t>اور میری عادت تھی لکھنے کی بچپن سے۔</w:t>
      </w:r>
    </w:p>
    <w:p>
      <w:r>
        <w:rPr>
          <w:b/>
        </w:rPr>
        <w:t xml:space="preserve">[1:20:20] </w:t>
      </w:r>
      <w:r>
        <w:t>to yeh sab meri zindagi ke waqiat hain. aap maniye to maniye, na maniye to mat maniye. aakhirat mein farishton se pooch lijiyega ke yeh baat jo kehta tha, woh sahi thi ya galat thi.</w:t>
      </w:r>
    </w:p>
    <w:p>
      <w:pPr>
        <w:jc w:val="right"/>
      </w:pPr>
      <w:r>
        <w:t>تو یہ سب میری زندگی کے واقعات ہیں۔ آپ مانیے تو مانیے، نہ مانیے تو مت مانیے۔ آخرت میں فرشتوں سے پوچھ لیجئے گا کہ یہ بات جو کہتا تھا، وہ صحیح تھی یا غلط تھی۔</w:t>
      </w:r>
    </w:p>
    <w:p>
      <w:r>
        <w:rPr>
          <w:b/>
        </w:rPr>
        <w:t xml:space="preserve">[1:20:41] </w:t>
      </w:r>
      <w:r>
        <w:t>maulana tariq badar sahib ne comment bheja hai pakistan se. unhone likha hai: "very important lessons in today lecture.</w:t>
      </w:r>
    </w:p>
    <w:p>
      <w:pPr>
        <w:jc w:val="right"/>
      </w:pPr>
      <w:r>
        <w:t>مولانا طارق بدر صاحب نے کمنٹ بھیجا ہے پاکستان سے۔ انہوں نے لکھا ہے: "ویری امپورٹنٹ لیسنز ان ٹوڈے لیکچر۔</w:t>
      </w:r>
    </w:p>
    <w:p>
      <w:r>
        <w:rPr>
          <w:b/>
        </w:rPr>
        <w:t xml:space="preserve">[1:20:51] </w:t>
      </w:r>
      <w:r>
        <w:t>i always feel very happy when maulana sahib shares his story of lahore, where i live." maulana astar khateeb sahib ne likha hai chennai se: "maulana!</w:t>
      </w:r>
    </w:p>
    <w:p>
      <w:pPr>
        <w:jc w:val="right"/>
      </w:pPr>
      <w:r>
        <w:t>آئی الویز فیل ویری ہیپی وین مولانا صاحب شیئرز ہز سٹوری اف لاہور، ویئر آئی لیو۔" مولانا استار خطیب صاحب نے لکھا ہے چنئی سے: "مولانا!</w:t>
      </w:r>
    </w:p>
    <w:p>
      <w:r>
        <w:rPr>
          <w:b/>
        </w:rPr>
        <w:t xml:space="preserve">[1:21:03] </w:t>
      </w:r>
      <w:r>
        <w:t>first time i heard about god that he is god of love. very amazing to hear it. i didn't hear it from any muslim aalim so far.</w:t>
      </w:r>
    </w:p>
    <w:p>
      <w:pPr>
        <w:jc w:val="right"/>
      </w:pPr>
      <w:r>
        <w:t>فرسٹ ٹائم آئی ہرڈ اباؤٹ گاڈ دیٹ ہی از گاڈ اف لو۔ ویری امیزنگ ٹو ہیئر اٹ۔ آئی ڈنٹ ہیئر اٹ فرام اینی مسلم عالم سو فار۔</w:t>
      </w:r>
    </w:p>
    <w:p>
      <w:r>
        <w:rPr>
          <w:b/>
        </w:rPr>
        <w:t xml:space="preserve">[1:21:15] </w:t>
      </w:r>
      <w:r>
        <w:t>i heard it from christian brothers that god is love, but not in the vast sense as you have mentioned it today." am irshad sahiba ne likha hai: "maulana!</w:t>
      </w:r>
    </w:p>
    <w:p>
      <w:pPr>
        <w:jc w:val="right"/>
      </w:pPr>
      <w:r>
        <w:t>آئی ہرڈ اٹ فرام کرسچن برادرز دیٹ گاڈ از لو، بٹ ناٹ ان دا واسٹ سینس ایز یو ہیو مینشنڈ اٹ ٹوڈے۔" ام ارشاد صاحبہ نے لکھا ہے: "مولانا!</w:t>
      </w:r>
    </w:p>
    <w:p>
      <w:r>
        <w:rPr>
          <w:b/>
        </w:rPr>
        <w:t xml:space="preserve">[1:21:26] </w:t>
      </w:r>
      <w:r>
        <w:t>aap hi woh wahid shakhsiyat hain jo ek phall ke test ke zariye se us ko banane wale ka ehsaas dilate hain.</w:t>
      </w:r>
    </w:p>
    <w:p>
      <w:pPr>
        <w:jc w:val="right"/>
      </w:pPr>
      <w:r>
        <w:t>آپ ہی وہ واحد شخصیت ہیں جو ایک پھل کے ٹیسٹ کے ذریعے سے اس کو بنانے والے کا احساس دلاتے ہیں۔</w:t>
      </w:r>
    </w:p>
    <w:p>
      <w:r>
        <w:rPr>
          <w:b/>
        </w:rPr>
        <w:t xml:space="preserve">[1:21:36] </w:t>
      </w:r>
      <w:r>
        <w:t>agar aap is ehsaas ko yaad na dilate to hum nashukri ki halat mein faut ho jaate. jazak allah maulana. ah comment aur sawal bheja hai ah qatar se ah maulana abdul basit umri ne.</w:t>
      </w:r>
    </w:p>
    <w:p>
      <w:pPr>
        <w:jc w:val="right"/>
      </w:pPr>
      <w:r>
        <w:t>اگر آپ اس احساس کو یاد نہ دلاتے تو ہم ناشکری کی حالت میں فوت ہو جاتے۔ جزاک اللہ مولانا۔" اہ کمنٹ اور سوال بھیجا ہے اہ قطر سے اہ مولانا عبدالباسط عمری نے۔</w:t>
      </w:r>
    </w:p>
    <w:p>
      <w:r>
        <w:rPr>
          <w:b/>
        </w:rPr>
        <w:t xml:space="preserve">[1:21:53] </w:t>
      </w:r>
      <w:r>
        <w:t>unhon ne likha hai: maulana! maine abhi tak aisa koi aalim nahin dekha jis ko khuda se itna taalluq ho aur woh is par sabit qadmi se jama hua ho.</w:t>
      </w:r>
    </w:p>
    <w:p>
      <w:pPr>
        <w:jc w:val="right"/>
      </w:pPr>
      <w:r>
        <w:t>انہوں نے لکھا ہے: "مولانا! میں نے ابھی تک ایسا کوئی عالم نہیں دیکھا جس کو خدا سے اتنا تعلق ہو اور وہ اس پر ثابت قدمی سے جمع ہوا ہو۔</w:t>
      </w:r>
    </w:p>
    <w:p>
      <w:r>
        <w:rPr>
          <w:b/>
        </w:rPr>
        <w:t xml:space="preserve">[1:22:05] </w:t>
      </w:r>
      <w:r>
        <w:t>kabhi koi waqea use is gol se hata nahin saka. mashaa allah!</w:t>
      </w:r>
    </w:p>
    <w:p>
      <w:pPr>
        <w:jc w:val="right"/>
      </w:pPr>
      <w:r>
        <w:t>کبھی کوئی واقعہ اسے اس گول سے ہٹا نہیں سکا۔ ماشاءاللہ!</w:t>
      </w:r>
    </w:p>
    <w:p>
      <w:r>
        <w:rPr>
          <w:b/>
        </w:rPr>
        <w:t xml:space="preserve">[1:22:12] </w:t>
      </w:r>
      <w:r>
        <w:t>maulana! kaise koi istiqamat ki saath marifat ke raaste par chal sakta hai? is ke bare mein bataein. yeh dekhiye, jo aadmi khuda ko sab se bari cheez ke hass se pa le,</w:t>
      </w:r>
    </w:p>
    <w:p>
      <w:pPr>
        <w:jc w:val="right"/>
      </w:pPr>
      <w:r>
        <w:t>مولانا! کیسے کوئی استقامت کی ساتھ معرفت کے راستے پر چل سکتا ہے؟ اس کے بارے میں بتائیں۔" یہ دیکھیے، جو آدمی خدا کو سب سے بڑی چیز کے حس سے پا لے،</w:t>
      </w:r>
    </w:p>
    <w:p>
      <w:r>
        <w:rPr>
          <w:b/>
        </w:rPr>
        <w:t xml:space="preserve">[1:22:33] </w:t>
      </w:r>
      <w:r>
        <w:t>isi mein istiqamat aayegi, woh kabhi hatega nahin.</w:t>
      </w:r>
    </w:p>
    <w:p>
      <w:pPr>
        <w:jc w:val="right"/>
      </w:pPr>
      <w:r>
        <w:t>اسی میں استقامت آئے گی، وہ کبھی ہٹے گا نہیں۔</w:t>
      </w:r>
    </w:p>
    <w:p>
      <w:r>
        <w:rPr>
          <w:b/>
        </w:rPr>
        <w:t xml:space="preserve">[1:22:40] </w:t>
      </w:r>
      <w:r>
        <w:t>to maine allah ke faz</w:t>
      </w:r>
    </w:p>
    <w:p>
      <w:pPr>
        <w:jc w:val="right"/>
      </w:pPr>
      <w:r>
        <w:t>تو میں نے اللہ کے فض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