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Dawat ke Tajarbat - Maulana Wahiduddin Khan</w:t>
      </w:r>
    </w:p>
    <w:p>
      <w:r>
        <w:t>https://www.youtube.com/watch?v=gFtAj-BOZHg</w:t>
      </w:r>
    </w:p>
    <w:p>
      <w:r>
        <w:rPr>
          <w:b/>
        </w:rPr>
        <w:t xml:space="preserve">[00:04] </w:t>
      </w:r>
      <w:r>
        <w:t>dawat ke tajrubaat. quran mein ek aayat in alfaaz mein aayi hai: «qul seroo fil arz thumma anzuroo kaifa kaana aaqibatul mukazzibeen» yaani kaho: zameen mein chalo phiro aur dekho ke jhutlane walon ka anjaam kya hua.</w:t>
      </w:r>
    </w:p>
    <w:p>
      <w:pPr>
        <w:jc w:val="right"/>
      </w:pPr>
      <w:r>
        <w:t>دعوت کے تجربات۔ قرآن میں ایک آیت ان الفاظ میں آئی ہے: «قُلْ سِيرُوا فِي الْأَرْضِ ثُمَّ انْظُرُوا كَيْفَ كَانَ عَاقِبَةُ الْمُكَذِّبِينَ» یعنی کہو: زمین میں چلو پھرو اور دیکھو کہ جھٹلانے والوں کا انجام کیا ہوا۔</w:t>
      </w:r>
    </w:p>
    <w:p>
      <w:r>
        <w:rPr>
          <w:b/>
        </w:rPr>
        <w:t xml:space="preserve">[00:24] </w:t>
      </w:r>
      <w:r>
        <w:t>is aayat mein arz ya zameen se murad wahi duniya hai jahan insaan zindagi guzarta hai. yahan arz se murad pichli qaumon ke muazzab ilaaqe nahin hain,</w:t>
      </w:r>
    </w:p>
    <w:p>
      <w:pPr>
        <w:jc w:val="right"/>
      </w:pPr>
      <w:r>
        <w:t>اس آیت میں ارض یا زمین سے مراد وہی دنیا ہے جہاں انسان زندگی گزارتا ہے۔ یہاں ارض سے مراد پچھلی قوموں کے معذب علاقے نہیں ہیں،</w:t>
      </w:r>
    </w:p>
    <w:p>
      <w:r>
        <w:rPr>
          <w:b/>
        </w:rPr>
        <w:t xml:space="preserve">[00:38] </w:t>
      </w:r>
      <w:r>
        <w:t>muazzab aqwaam maslan qaum nooh, qaum aad, qaum samood, ahl-e-madyan aur qaum loot waghera, balke khuda ki paida karda zameen hai jo apne aap mein ek ebrat o naseehat ki hesiyat rakhti hai.</w:t>
      </w:r>
    </w:p>
    <w:p>
      <w:pPr>
        <w:jc w:val="right"/>
      </w:pPr>
      <w:r>
        <w:t>معذب اقوام مثلاً قوم نوح، قوم عاد، قوم ثمود، اہل مدین اور قوم لوط وغیرہ، بلکہ خدا کی پیدا کردہ زمین ہے جو اپنے آپ میں ایک عبرت و نصیحت کی حیثیت رکھتی ہے۔</w:t>
      </w:r>
    </w:p>
    <w:p>
      <w:r>
        <w:rPr>
          <w:b/>
        </w:rPr>
        <w:t xml:space="preserve">[00:55] </w:t>
      </w:r>
      <w:r>
        <w:t>insaan ko chahiye ke woh is duniya mein khuli aankh ke saath rahe, woh duniya ki takhleeqaat mein khalique ko pehchane. meri zindagi ka bara hissa dawati asfaar mein guzra hai.</w:t>
      </w:r>
    </w:p>
    <w:p>
      <w:pPr>
        <w:jc w:val="right"/>
      </w:pPr>
      <w:r>
        <w:t>انسان کو چاہیے کہ وہ اس دنیا میں کھلی آنکھ کے ساتھ رہے، وہ دنیا کی تخلیقات میں خالق کو پہچانے۔ میری زندگی کا بڑا حصہ دعوتی اسفار میں گزرا ہے۔</w:t>
      </w:r>
    </w:p>
    <w:p>
      <w:r>
        <w:rPr>
          <w:b/>
        </w:rPr>
        <w:t xml:space="preserve">[01:07] </w:t>
      </w:r>
      <w:r>
        <w:t>asfaar ka yeh silsila 1966 mein shuru hua, is ke baad musalsal taur par jaari raha. yeh tajrubaat safarnamay ki soorat mein pehle aljameeah weekly mein shaya hote the, is ke baad yeh safarnamay 1976 se mahnama alrisala mein shaya hona shuru hue.</w:t>
      </w:r>
    </w:p>
    <w:p>
      <w:pPr>
        <w:jc w:val="right"/>
      </w:pPr>
      <w:r>
        <w:t>اسفار کا یہ سلسلہ 1966 میں شروع ہوا، اس کے بعد مسلسل طور پر جاری رہا۔ یہ تجربات سفرنامے کی صورت میں پہلے الجمیعہ ویکلی میں شائع ہوتے تھے، اس کے بعد یہ سفرنامے 1976 سے ماہنامہ الرسالہ میں شائع ہونا شروع ہوئے۔</w:t>
      </w:r>
    </w:p>
    <w:p>
      <w:r>
        <w:rPr>
          <w:b/>
        </w:rPr>
        <w:t xml:space="preserve">[01:28] </w:t>
      </w:r>
      <w:r>
        <w:t>yeh safarnamay baad ko kitaab ki soorat mein bhi chhap kar shaya ho chuke hain. in asfaar ke dauraan baar baar yeh tajruba pesh aaya ke quran ka paigham abhi tak ziyada tar sirf arabi zabaan mein dastiyab hai.</w:t>
      </w:r>
    </w:p>
    <w:p>
      <w:pPr>
        <w:jc w:val="right"/>
      </w:pPr>
      <w:r>
        <w:t>یہ سفرنامے بعد کو کتاب کی صورت میں بھی چھپ کر شائع ہو چکے ہیں۔ ان اسفار کے دوران بار بار یہ تجربہ پیش آیا کہ قرآن کا پیغام ابھی تک زیادہ تر صرف عربی زبان میں دستیاب ہے۔</w:t>
      </w:r>
    </w:p>
    <w:p>
      <w:r>
        <w:rPr>
          <w:b/>
        </w:rPr>
        <w:t xml:space="preserve">[01:44] </w:t>
      </w:r>
      <w:r>
        <w:t>mukhtalif qomon ki qabil fehm zubanon mein quran ke tarjume ka kaam abhi ummat ke zimme baqi hai.</w:t>
      </w:r>
    </w:p>
    <w:p>
      <w:pPr>
        <w:jc w:val="right"/>
      </w:pPr>
      <w:r>
        <w:t>مختلف قوموں کی قابل فہم زبانوں میں قرآن کے ترجمے کا کام ابھی امت کے ذمے باقی ہے۔</w:t>
      </w:r>
    </w:p>
    <w:p>
      <w:r>
        <w:rPr>
          <w:b/>
        </w:rPr>
        <w:t xml:space="preserve">[01:53] </w:t>
      </w:r>
      <w:r>
        <w:t>in tajrubaat ke douran</w:t>
      </w:r>
    </w:p>
    <w:p>
      <w:pPr>
        <w:jc w:val="right"/>
      </w:pPr>
      <w:r>
        <w:t>ان تجربات کے دوران</w:t>
      </w:r>
    </w:p>
    <w:p>
      <w:r>
        <w:rPr>
          <w:b/>
        </w:rPr>
        <w:t xml:space="preserve">[01:56] </w:t>
      </w:r>
      <w:r>
        <w:t>raqim al huroof ne faisla kiya ke ummat ko aam tor par aur apni dawati team ko khusoosi taur</w:t>
      </w:r>
    </w:p>
    <w:p>
      <w:pPr>
        <w:jc w:val="right"/>
      </w:pPr>
      <w:r>
        <w:t>راقم الحروف نے فیصلہ کیا کہ امت کو عمومی طور پر اور اپنی دعوتی ٹیم کو خصوصی طور</w:t>
      </w:r>
    </w:p>
    <w:p>
      <w:r>
        <w:rPr>
          <w:b/>
        </w:rPr>
        <w:t xml:space="preserve">[02:03] </w:t>
      </w:r>
      <w:r>
        <w:t>par is ke liye amada kiya jaye ke woh quran ki aalmi ishaat ka nishana poora karen taake</w:t>
      </w:r>
    </w:p>
    <w:p>
      <w:pPr>
        <w:jc w:val="right"/>
      </w:pPr>
      <w:r>
        <w:t>پر اس کے لیے آمادہ کیا جائے کہ وہ قرآن کی عالمی اشاعت کا نشانہ پورا کریں تاکہ</w:t>
      </w:r>
    </w:p>
    <w:p>
      <w:r>
        <w:rPr>
          <w:b/>
        </w:rPr>
        <w:t xml:space="preserve">[02:10] </w:t>
      </w:r>
      <w:r>
        <w:t>is mamle mein ummat ke upar aaye zimmedari Allah ki tofeeq se anjam paye.</w:t>
      </w:r>
    </w:p>
    <w:p>
      <w:pPr>
        <w:jc w:val="right"/>
      </w:pPr>
      <w:r>
        <w:t>اس معاملے میں امت کے اوپر آئے ذمہ داری اللہ کی توفیق سے انجام پائے۔</w:t>
      </w:r>
    </w:p>
    <w:p>
      <w:r>
        <w:rPr>
          <w:b/>
        </w:rPr>
        <w:t xml:space="preserve">[02:17] </w:t>
      </w:r>
      <w:r>
        <w:t>in dawati asfaar mein mere saath jo tajrubaat guzre un mein se kuch aaney wale safhaat mein shaamil hain. allah taala is majmooay ki ishaat ke maqsad ko poora farmaye.</w:t>
      </w:r>
    </w:p>
    <w:p>
      <w:pPr>
        <w:jc w:val="right"/>
      </w:pPr>
      <w:r>
        <w:t>ان دعوتی اسفار میں میرے ساتھ جو تجربات گزرے ان میں سے کچھ آنے والے صفحات میں شامل ہیں۔ اللہ تعالیٰ اس مجموعے کی اشاعت کے مقصد کو پورا فرمائے۔</w:t>
      </w:r>
    </w:p>
    <w:p>
      <w:r>
        <w:rPr>
          <w:b/>
        </w:rPr>
        <w:t xml:space="preserve">[02:30] </w:t>
      </w:r>
      <w:r>
        <w:t>jihad-e-kabeer. switzerland ke safar mein 26 julaai 2001 ki subah ko nashte par ek sahab se guftagu hui.</w:t>
      </w:r>
    </w:p>
    <w:p>
      <w:pPr>
        <w:jc w:val="right"/>
      </w:pPr>
      <w:r>
        <w:t>جہاد کبیر۔ سوئٹزرلینڈ کے سفر میں 26 جولائی 2001 کی صبح کو ناشتے پر ایک صاحب سے گفتگو ہوئی۔</w:t>
      </w:r>
    </w:p>
    <w:p>
      <w:r>
        <w:rPr>
          <w:b/>
        </w:rPr>
        <w:t xml:space="preserve">[02:41] </w:t>
      </w:r>
      <w:r>
        <w:t>maine kaha ke quran mein paighambar ko hukum dete hue kaha gaya hai ke «wajahidhum bihee jahadan kabeera». is aayat ka tarjuma yeh hai ke tum un ke saath quran ke zariye jihad-e-kabeer karo.</w:t>
      </w:r>
    </w:p>
    <w:p>
      <w:pPr>
        <w:jc w:val="right"/>
      </w:pPr>
      <w:r>
        <w:t>میں نے کہا کہ قرآن میں پیغمبر کو حکم دیتے ہوئے کہا گیا ہے کہ «وجاہدھم بہی جہادا کبیرا»۔ اس آیت کا ترجمہ یہ ہے کہ تم ان کے ساتھ قرآن کے ذریعے جہاد کبیر کرو۔</w:t>
      </w:r>
    </w:p>
    <w:p>
      <w:r>
        <w:rPr>
          <w:b/>
        </w:rPr>
        <w:t xml:space="preserve">[02:55] </w:t>
      </w:r>
      <w:r>
        <w:t>zahire hai ke jihad-e-kabeer ke liye quwwat-e-kabeer darkaar hai. aap kisi se yeh nahin keh sakte ke tum pencil ke zariye bari ladai karo.</w:t>
      </w:r>
    </w:p>
    <w:p>
      <w:pPr>
        <w:jc w:val="right"/>
      </w:pPr>
      <w:r>
        <w:t>ظاہر ہے کہ جہاد کبیر کے لیے قوت کبیر درکار ہے۔ آپ کسی سے یہ نہیں کہہ سکتے کہ تم پینسل کے ذریعے بڑی لڑائی کرو۔</w:t>
      </w:r>
    </w:p>
    <w:p>
      <w:r>
        <w:rPr>
          <w:b/>
        </w:rPr>
        <w:t xml:space="preserve">[03:06] </w:t>
      </w:r>
      <w:r>
        <w:t>is se yeh andaaza hota hai ke allah ki nazar mein quran khud ek bari taaqat hai. goya is aayat ka matlab yeh hai ke bara jihad karo, bari taaqat ke zariye, jaisa ke quran hai.</w:t>
      </w:r>
    </w:p>
    <w:p>
      <w:pPr>
        <w:jc w:val="right"/>
      </w:pPr>
      <w:r>
        <w:t>اس سے یہ اندازہ ہوتا ہے کہ اللہ کی نظر میں قرآن خود ایک بڑی طاقت ہے۔ گویا اس آیت کا مطلب یہ ہے کہ بڑا جہاد کرو، بڑی طاقت کے ذریعے، جیسا کہ قرآن ہے۔</w:t>
      </w:r>
    </w:p>
    <w:p>
      <w:r>
        <w:rPr>
          <w:b/>
        </w:rPr>
        <w:t xml:space="preserve">[03:22] </w:t>
      </w:r>
      <w:r>
        <w:t>«do great jihad with the great power of the quran». is se mazeed yeh nikalta hai ke nazariye ki taaqat tamam taaqaton se ziyada bari taaqat hai.</w:t>
      </w:r>
    </w:p>
    <w:p>
      <w:pPr>
        <w:jc w:val="right"/>
      </w:pPr>
      <w:r>
        <w:t>«Do great jihad with the great power of the Quran»۔ اس سے مزید یہ نکلتا ہے کہ نظریے کی طاقت تمام طاقتوں سے زیادہ بڑی طاقت ہے۔</w:t>
      </w:r>
    </w:p>
    <w:p>
      <w:r>
        <w:rPr>
          <w:b/>
        </w:rPr>
        <w:t xml:space="preserve">[03:33] </w:t>
      </w:r>
      <w:r>
        <w:t>agar aisa na ho to quran ke zariye jihad-e-kabeer ka hukum dene ka koi matlab nahin. maine mazeed yeh kaha ke yeh ek saabit shuda haqeeqat hai ke nazariyati taaqat siyasi taaqat se bohat ziyada bari hai.</w:t>
      </w:r>
    </w:p>
    <w:p>
      <w:pPr>
        <w:jc w:val="right"/>
      </w:pPr>
      <w:r>
        <w:t>اگر ایسا نہ ہو تو قرآن کے ذریعے جہاد کبیر کا حکم دینے کا کوئی مطلب نہیں۔ میں نے مزید یہ کہا کہ یہ ایک ثابت شدہ حقیقت ہے کہ نظریاتی طاقت سیاسی طاقت سے بہت زیادہ بڑی ہے۔</w:t>
      </w:r>
    </w:p>
    <w:p>
      <w:r>
        <w:rPr>
          <w:b/>
        </w:rPr>
        <w:t xml:space="preserve">[03:49] </w:t>
      </w:r>
      <w:r>
        <w:t>«ideological power is greater than political power». naya rujhaan. 27 julaai 2001 ki shaam ko khaane ki mez par ek eesaai padri se mulaqaat hui.</w:t>
      </w:r>
    </w:p>
    <w:p>
      <w:pPr>
        <w:jc w:val="right"/>
      </w:pPr>
      <w:r>
        <w:t>«Ideological power is greater than political power»۔ نیا رجحان۔ 27 جولائی 2001 کی شام کو کھانے کی میز پر ایک عیسائی پادری سے ملاقات ہوئی۔</w:t>
      </w:r>
    </w:p>
    <w:p>
      <w:r>
        <w:rPr>
          <w:b/>
        </w:rPr>
        <w:t xml:space="preserve">[04:03] </w:t>
      </w:r>
      <w:r>
        <w:t>un ka naam raimun panigar tha. un ki umr 83 saal ho chuki hai. woh spain mein barcelona ke paas teurtic ke maqam par rehte hain.</w:t>
      </w:r>
    </w:p>
    <w:p>
      <w:pPr>
        <w:jc w:val="right"/>
      </w:pPr>
      <w:r>
        <w:t>ان کا نام رائمن پانیگر تھا۔ ان کی عمر 83 سال ہو چکی ہے۔ وہ اسپین میں بارسلونا کے پاس ٹیورٹیک کے مقام پر رہتے ہیں۔</w:t>
      </w:r>
    </w:p>
    <w:p>
      <w:r>
        <w:rPr>
          <w:b/>
        </w:rPr>
        <w:t xml:space="preserve">[04:14] </w:t>
      </w:r>
      <w:r>
        <w:t>woh soofi islam se mutaasir hain. un se maine poocha ke spain mein islam ke bare mein kis qism ki rai paai jaati hai. unhon ne kaha ke kuch log galat fehmi ka shikaar hain.</w:t>
      </w:r>
    </w:p>
    <w:p>
      <w:pPr>
        <w:jc w:val="right"/>
      </w:pPr>
      <w:r>
        <w:t>وہ صوفی اسلام سے متاثر ہیں۔ ان سے میں نے پوچھا کہ اسپین میں اسلام کے بارے میں کس قسم کی رائے پائی جاتی ہے۔ انہوں نے کہا کہ کچھ لوگ غلط فہمی کا شکار ہیں۔</w:t>
      </w:r>
    </w:p>
    <w:p>
      <w:r>
        <w:rPr>
          <w:b/>
        </w:rPr>
        <w:t xml:space="preserve">[04:27] </w:t>
      </w:r>
      <w:r>
        <w:t>maine kaha ke kis qism ki galat fehmi. unhon ne kaha ke media mein pur-tashaddud jihad ki jo khabrein aati hain un ko woh pasand nahin karte.</w:t>
      </w:r>
    </w:p>
    <w:p>
      <w:pPr>
        <w:jc w:val="right"/>
      </w:pPr>
      <w:r>
        <w:t>میں نے کہا کہ کس قسم کی غلط فہمی۔ انہوں نے کہا کہ میڈیا میں پرتشدد جہاد کی جو خبریں آتی ہیں ان کو وہ پسند نہیں کرتے۔</w:t>
      </w:r>
    </w:p>
    <w:p>
      <w:r>
        <w:rPr>
          <w:b/>
        </w:rPr>
        <w:t xml:space="preserve">[04:37] </w:t>
      </w:r>
      <w:r>
        <w:t>maine kaha ke jihad ke naam par tashaddud ki tehreekein musalmanon ki qaumi tehreek ka nateeja hain, woh islam ki taleem ka nateeja nahin.</w:t>
      </w:r>
    </w:p>
    <w:p>
      <w:pPr>
        <w:jc w:val="right"/>
      </w:pPr>
      <w:r>
        <w:t>میں نے کہا کہ جہاد کے نام پر تشدد کی تحریکیں مسلمانوں کی قومی تحریک کا نتیجہ ہیں، وہ اسلام کی تعلیم کا نتیجہ نہیں۔</w:t>
      </w:r>
    </w:p>
    <w:p>
      <w:r>
        <w:rPr>
          <w:b/>
        </w:rPr>
        <w:t xml:space="preserve">[04:48] </w:t>
      </w:r>
      <w:r>
        <w:t>unhon ne bataya ke in sab ke bawajood ispain mein bohat se log islam qabool kar rahe hain. islami kitabon ke tarjume ispaini zaban mein shaya kiye ja rahe hain.</w:t>
      </w:r>
    </w:p>
    <w:p>
      <w:pPr>
        <w:jc w:val="right"/>
      </w:pPr>
      <w:r>
        <w:t>انہوں نے بتایا کہ ان سب کے باوجود اسپین میں بہت سے لوگ اسلام قبول کر رہے ہیں۔ اسلامی کتابوں کے ترجمے اسپینی زبان میں شائع کیے جا رہے ہیں۔</w:t>
      </w:r>
    </w:p>
    <w:p>
      <w:r>
        <w:rPr>
          <w:b/>
        </w:rPr>
        <w:t xml:space="preserve">[05:01] </w:t>
      </w:r>
      <w:r>
        <w:t>main ne poocha ke jo log islam qabool kar rahe hain un ko islam ka kon sa pehlu zyada mutasir karta hai. unhon ne kaha ke jahan tak mera andaza hai islam ki sadgi ya simplicity logon ko khusoosiyat ke sath islam ki taraf mail kar rahi hai.</w:t>
      </w:r>
    </w:p>
    <w:p>
      <w:pPr>
        <w:jc w:val="right"/>
      </w:pPr>
      <w:r>
        <w:t>میں نے پوچھا کہ جو لوگ اسلام قبول کر رہے ہیں ان کو اسلام کا کون سا پہلو زیادہ متاثر کرتا ہے۔ انہوں نے کہا کہ جہاں تک میرا اندازہ ہے اسلام کی سادگی یا سمپلیسٹی لوگوں کو خصوصیت کے ساتھ اسلام کی طرف مائل کر رہی ہے۔</w:t>
      </w:r>
    </w:p>
    <w:p>
      <w:r>
        <w:rPr>
          <w:b/>
        </w:rPr>
        <w:t xml:space="preserve">[05:21] </w:t>
      </w:r>
      <w:r>
        <w:t>islam ka bunyadi aqeedah tauheed hai yani aik khuda ka tasawwur. is ke muqable mein maujooda maseehi aqeedah taslees par qaim hai.</w:t>
      </w:r>
    </w:p>
    <w:p>
      <w:pPr>
        <w:jc w:val="right"/>
      </w:pPr>
      <w:r>
        <w:t>اسلام کا بنیادی عقیدہ توحید ہے یعنی ایک خدا کا تصور۔ اس کے مقابلے میں موجودہ مسیحی عقیدہ تثلیث پر قائم ہے۔</w:t>
      </w:r>
    </w:p>
    <w:p>
      <w:r>
        <w:rPr>
          <w:b/>
        </w:rPr>
        <w:t xml:space="preserve">[05:32] </w:t>
      </w:r>
      <w:r>
        <w:t>maseehi aqeeday ke mutabiq taslees ya trinity ka matlab yeh nahi ke khuda teen hain balkeh is ka matlab teen mein aik aur aik mein teen, three in one, one in three hai.</w:t>
      </w:r>
    </w:p>
    <w:p>
      <w:pPr>
        <w:jc w:val="right"/>
      </w:pPr>
      <w:r>
        <w:t>مسیحی عقیدے کے مطابق تثلیث یا ٹرینٹی کا مطلب یہ نہیں کہ خدا تین ہے بلکہ اس کا مطلب تین میں ایک اور ایک میں تین، تھری ان ون، ون ان تھری ہے۔</w:t>
      </w:r>
    </w:p>
    <w:p>
      <w:r>
        <w:rPr>
          <w:b/>
        </w:rPr>
        <w:t xml:space="preserve">[05:47] </w:t>
      </w:r>
      <w:r>
        <w:t>yeh ghair riyaziati aqeedah itna pecheeda aur is qadar na qabil e fahm hai ke maseehi ulma bhi is ki tashreeh karne se aajiz hain.</w:t>
      </w:r>
    </w:p>
    <w:p>
      <w:pPr>
        <w:jc w:val="right"/>
      </w:pPr>
      <w:r>
        <w:t>یہ غیر ریاضیاتی عقیدہ اتنا پیچیدہ اور اس قدر ناقابل فہم ہے کہ مسیحی علماء بھی اس کی تشریح کرنے سے عاجز ہیں۔</w:t>
      </w:r>
    </w:p>
    <w:p>
      <w:r>
        <w:rPr>
          <w:b/>
        </w:rPr>
        <w:t xml:space="preserve">[05:58] </w:t>
      </w:r>
      <w:r>
        <w:t>meri larki doctor farida khalim ne bataya ke jab woh dehli university mein english literature se m.a. kar rahi theen to aik bar kisi kitab mein taslees ka zikr aya.</w:t>
      </w:r>
    </w:p>
    <w:p>
      <w:pPr>
        <w:jc w:val="right"/>
      </w:pPr>
      <w:r>
        <w:t>میری لڑکی ڈاکٹر فریدہ خالم نے بتایا کہ جب وہ دہلی یونیورسٹی میں انگلش لٹریچر سے ایم اے کر رہی تھیں تو ایک بار کسی کتاب میں تثلیث کا ذکر آیا۔</w:t>
      </w:r>
    </w:p>
    <w:p>
      <w:r>
        <w:rPr>
          <w:b/>
        </w:rPr>
        <w:t xml:space="preserve">[06:09] </w:t>
      </w:r>
      <w:r>
        <w:t>unhon ne apne maseehi ustad professor george se poocha ke taslees ke aqeeday ka matlab kya hai. isai professor ne kuch dair socha, is ke baad kaha ke agar tum poocho to main nahi janta aur agar tum na poocho to main janta hoon.</w:t>
      </w:r>
    </w:p>
    <w:p>
      <w:pPr>
        <w:jc w:val="right"/>
      </w:pPr>
      <w:r>
        <w:t>انہوں نے اپنے مسیحی استاد پروفیسر جارج سے پوچھا کہ تثلیث کے عقیدے کا مطلب کیا ہے۔ عیسائی پروفیسر نے کچھ دیر سوچا، اس کے بعد کہا کہ اگر تم پوچھو تو میں نہیں جانتا اور اگر تم نہ پوچھو تو میں جانتا ہوں۔</w:t>
      </w:r>
    </w:p>
    <w:p>
      <w:r>
        <w:rPr>
          <w:b/>
        </w:rPr>
        <w:t xml:space="preserve">[06:26] </w:t>
      </w:r>
      <w:r>
        <w:t>if you ask me i do not know.</w:t>
      </w:r>
    </w:p>
    <w:p>
      <w:pPr>
        <w:jc w:val="right"/>
      </w:pPr>
      <w:r>
        <w:t>«If you ask me I do not know.</w:t>
      </w:r>
    </w:p>
    <w:p>
      <w:r>
        <w:rPr>
          <w:b/>
        </w:rPr>
        <w:t xml:space="preserve">[06:29] </w:t>
      </w:r>
      <w:r>
        <w:t>if you do not ask me i know. raiman panigar ne doosre mauqe par bataya ke ispain mein islam ke mutaliq naya rujhan paida hua hai.</w:t>
      </w:r>
    </w:p>
    <w:p>
      <w:pPr>
        <w:jc w:val="right"/>
      </w:pPr>
      <w:r>
        <w:t>If you do not ask me I know.» رائمن پانیگر نے دوسرے موقع پر بتایا کہ اسپین میں اسلام کے متعلقہ نیا رجحان پیدا ہوا ہے۔</w:t>
      </w:r>
    </w:p>
    <w:p>
      <w:r>
        <w:rPr>
          <w:b/>
        </w:rPr>
        <w:t xml:space="preserve">[06:40] </w:t>
      </w:r>
      <w:r>
        <w:t>chunanche ispaini zaban mein islami kitabon ke tarjume kiye ja rahe hain aur log islam qabool kar rahe hain. main ne poocha ke islam se un ki dilchaspi ka sabab kya hai.</w:t>
      </w:r>
    </w:p>
    <w:p>
      <w:pPr>
        <w:jc w:val="right"/>
      </w:pPr>
      <w:r>
        <w:t>چنانچہ اسپینی زبان میں اسلامی کتابوں کے ترجمے کیے جا رہے ہیں اور لوگ اسلام قبول کر رہے ہیں۔ میں نے پوچھا کہ اسلام سے ان کی دلچسپی کا سبب کیا ہے۔</w:t>
      </w:r>
    </w:p>
    <w:p>
      <w:r>
        <w:rPr>
          <w:b/>
        </w:rPr>
        <w:t xml:space="preserve">[06:50] </w:t>
      </w:r>
      <w:r>
        <w:t>unhon ne bataya ke khaas wajah islam ki taleemat ki sadgi hai. is ki wajah se har aadmi foran islam ko samajh leta hai jab ke doosre mazhabon ki taleemat bohat pecheeda hain.</w:t>
      </w:r>
    </w:p>
    <w:p>
      <w:pPr>
        <w:jc w:val="right"/>
      </w:pPr>
      <w:r>
        <w:t>انہوں نے بتایا کہ خاص وجہ اسلام کی تعلیمات کی سادگی ہے۔ اس کی وجہ سے ہر آدمی فوراً اسلام کو سمجھ لیتا ہے جبکہ دوسرے مذہبوں کی تعلیمات بہت پیچیدہ ہیں۔</w:t>
      </w:r>
    </w:p>
    <w:p>
      <w:r>
        <w:rPr>
          <w:b/>
        </w:rPr>
        <w:t xml:space="preserve">[07:03] </w:t>
      </w:r>
      <w:r>
        <w:t>doosri baat unhon ne yeh batayi ke doosre mazahib ke bar aks islam ne khuda ko aik goshe mein nahi dala jaisa ke doosre mazahib mein kiya gaya hai.</w:t>
      </w:r>
    </w:p>
    <w:p>
      <w:pPr>
        <w:jc w:val="right"/>
      </w:pPr>
      <w:r>
        <w:t>دوسری بات انہوں نے یہ بتائی کہ دوسرے مذاہب کے برعکس اسلام نے خدا کو ایک گوشے میں نہیں ڈالا جیسا کہ دوسرے مذاہب میں کیا گیا ہے۔</w:t>
      </w:r>
    </w:p>
    <w:p>
      <w:r>
        <w:rPr>
          <w:b/>
        </w:rPr>
        <w:t xml:space="preserve">[07:13] </w:t>
      </w:r>
      <w:r>
        <w:t>islam has not reduced god to a corner. main ne un se poocha ke islam ke baray mein logon mein kis qism ki ghalat fehmi pai jati hai.</w:t>
      </w:r>
    </w:p>
    <w:p>
      <w:pPr>
        <w:jc w:val="right"/>
      </w:pPr>
      <w:r>
        <w:t>«Islam has not reduced God to a corner.» میں نے ان سے پوچھا کہ اسلام کے بارے میں لوگوں میں کس قسم کی غلط فہمی پائی جاتی ہے۔</w:t>
      </w:r>
    </w:p>
    <w:p>
      <w:r>
        <w:rPr>
          <w:b/>
        </w:rPr>
        <w:t xml:space="preserve">[07:23] </w:t>
      </w:r>
      <w:r>
        <w:t>unhon ne bataya ke khaas tor par jihad ke baray mein. is ki wajah se aam tor par log yeh samajhte hain ke islam tashaddud ka mazhab hai.</w:t>
      </w:r>
    </w:p>
    <w:p>
      <w:pPr>
        <w:jc w:val="right"/>
      </w:pPr>
      <w:r>
        <w:t>انہوں نے بتایا کہ خاص طور پر جہاد کے بارے میں۔ اس کی وجہ سے عام طور پر لوگ یہ سمجھتے ہیں کہ اسلام تشدد کا مذہب ہے۔</w:t>
      </w:r>
    </w:p>
    <w:p>
      <w:r>
        <w:rPr>
          <w:b/>
        </w:rPr>
        <w:t xml:space="preserve">[07:32] </w:t>
      </w:r>
      <w:r>
        <w:t>main ne kaha ke maujooda zamanay mein sab se bara jihad yeh hai ke islam ke baray mein ghalat fehmi ko door kiya jaye.</w:t>
      </w:r>
    </w:p>
    <w:p>
      <w:pPr>
        <w:jc w:val="right"/>
      </w:pPr>
      <w:r>
        <w:t>میں نے کہا کہ موجودہ زمانے میں سب سے بڑا جہاد یہ ہے کہ اسلام کے بارے میں غلط فہمی کو دور کیا جائے۔</w:t>
      </w:r>
    </w:p>
    <w:p>
      <w:r>
        <w:rPr>
          <w:b/>
        </w:rPr>
        <w:t xml:space="preserve">[07:42] </w:t>
      </w:r>
      <w:r>
        <w:t>yeh kaam do tareeqon se kiya jana chahiye. aik yeh ke islam ko us ki sahih soorat mein pesh kiya jaye aur doosre yeh ke musalman apni un mutashaddidana karwaiyon ko band kar dein jo woh islami jihad ke naam par kar rahe hain.</w:t>
      </w:r>
    </w:p>
    <w:p>
      <w:pPr>
        <w:jc w:val="right"/>
      </w:pPr>
      <w:r>
        <w:t>یہ کام دو طریقوں سے کیا جانا چاہیے۔ ایک یہ کہ اسلام کو اس کی صحیح صورت میں پیش کیا جائے اور دوسرے یہ کہ مسلمان اپنی ان متشددانہ کارروائیوں کو بند کر دیں جو وہ اسلامی جہاد کے نام پر کر رہے ہیں۔</w:t>
      </w:r>
    </w:p>
    <w:p>
      <w:r>
        <w:rPr>
          <w:b/>
        </w:rPr>
        <w:t xml:space="preserve">[08:00] </w:t>
      </w:r>
      <w:r>
        <w:t>mahnamah al risala safarnama switzerland march 2002. afaqi soch. bhopal ke safar november 2001 mein mister rajinder singh ne aik mulaqat mein kaha ke agar aaj ke musalmanon ka zehni canvas bara ho jaye to koi un ki taraqqi ko rok nahi sakta.</w:t>
      </w:r>
    </w:p>
    <w:p>
      <w:pPr>
        <w:jc w:val="right"/>
      </w:pPr>
      <w:r>
        <w:t>ماہنامہ الرسالہ سفرنامہ سوئٹزرلینڈ مارچ 2002۔ آفاقی سوچ۔ بھوپال کے سفر نومبر 2001 میں مسٹر راجندر سنگھ نے ایک ملاقات میں کہا کہ اگر آج کے مسلمانوں کا ذہنی کینوس بڑا ہو جائے تو کوئی ان کی ترقی کو روک نہیں سکتا۔</w:t>
      </w:r>
    </w:p>
    <w:p>
      <w:r>
        <w:rPr>
          <w:b/>
        </w:rPr>
        <w:t xml:space="preserve">[08:24] </w:t>
      </w:r>
      <w:r>
        <w:t>unhon ne mazeed kaha ke aaj kal ke musalmanon ka mizaj yeh hai ke thori maloomat ke bawajood woh islam ki baat karte hue mudaiyana andaaz mein bolne lagte hain.</w:t>
      </w:r>
    </w:p>
    <w:p>
      <w:pPr>
        <w:jc w:val="right"/>
      </w:pPr>
      <w:r>
        <w:t>انہوں نے مزید کہا کہ آج کل کے مسلمانوں کا مزاج یہ ہے کہ تھوڑی معلومات کے باوجود وہ اسلام کی بات کرتے ہوئے مدعیانہ انداز میں بولنے لگتے ہیں۔</w:t>
      </w:r>
    </w:p>
    <w:p>
      <w:r>
        <w:rPr>
          <w:b/>
        </w:rPr>
        <w:t xml:space="preserve">[08:36] </w:t>
      </w:r>
      <w:r>
        <w:t>woh apne khayal mein itna gum rehte hain ke un ko yeh ehsas nahi hota ke sunne wale par un ke is andaaz ka ulta asar paray ga.</w:t>
      </w:r>
    </w:p>
    <w:p>
      <w:pPr>
        <w:jc w:val="right"/>
      </w:pPr>
      <w:r>
        <w:t>وہ اپنے خیال میں اتنا گم رہتے ہیں کہ ان کو یہ احساس نہیں ہوتا کہ سننے والے پر ان کے اس انداز کا الٹا اثر پڑے گا۔</w:t>
      </w:r>
    </w:p>
    <w:p>
      <w:r>
        <w:rPr>
          <w:b/>
        </w:rPr>
        <w:t xml:space="preserve">[08:46] </w:t>
      </w:r>
      <w:r>
        <w:t>mere nazdeek yeh baat bilkul durust hai. islam aik afaqi mazhab hai. woh apne mannay walon ke andar afaqi zehn banata hai.</w:t>
      </w:r>
    </w:p>
    <w:p>
      <w:pPr>
        <w:jc w:val="right"/>
      </w:pPr>
      <w:r>
        <w:t>میرے نزدیک یہ بات بالکل درست ہے۔ اسلام ایک آفاقی مذہب ہے۔ وہ اپنے ماننے والوں کے اندر آفاقی ذہن بناتا ہے۔</w:t>
      </w:r>
    </w:p>
    <w:p>
      <w:r>
        <w:rPr>
          <w:b/>
        </w:rPr>
        <w:t xml:space="preserve">[08:56] </w:t>
      </w:r>
      <w:r>
        <w:t>magar aaj kal ke musalman apni zawaal yafata nafsiyat ki bina par tang nazri ka shikar ho gaye hain. woh khud apni banai hui dunya mein jeete hain.</w:t>
      </w:r>
    </w:p>
    <w:p>
      <w:pPr>
        <w:jc w:val="right"/>
      </w:pPr>
      <w:r>
        <w:t>مگر آج کل کے مسلمان اپنی زوال یافتہ نفسیات کی بنا پر تنگ نظری کا شکار ہو گئے ہیں۔ وہ خود اپنی بنائی ہوئی دنیا میں جیتے ہیں۔</w:t>
      </w:r>
    </w:p>
    <w:p>
      <w:r>
        <w:rPr>
          <w:b/>
        </w:rPr>
        <w:t xml:space="preserve">[09:07] </w:t>
      </w:r>
      <w:r>
        <w:t>unhein apne se bahar ki dunya ki koi khabar nahi. musalmanon ka yahi mizaj maujooda zamanay mein islam ki badnami ka sabab hai na ke islam ki usooli taleemat.</w:t>
      </w:r>
    </w:p>
    <w:p>
      <w:pPr>
        <w:jc w:val="right"/>
      </w:pPr>
      <w:r>
        <w:t>انہیں اپنے سے باہر کی دنیا کی کوئی خبر نہیں۔ مسلمانوں کا یہی مزاج موجودہ زمانے میں اسلام کی بدنامی کا سبب ہے نہ کہ اسلام کی اصولی تعلیمات۔</w:t>
      </w:r>
    </w:p>
    <w:p>
      <w:r>
        <w:rPr>
          <w:b/>
        </w:rPr>
        <w:t xml:space="preserve">[09:20] </w:t>
      </w:r>
      <w:r>
        <w:t>islam ke ishaati sailab ko jis cheez ne rok diya hai woh musalmanon ka yahi ghair afaqi mizaj hai. maujooda zamanay ke musalmanon ki tehreeron aur taqreeron se aisa andaza hota hai ke sirf un ki apni community hi un ka concern hai.</w:t>
      </w:r>
    </w:p>
    <w:p>
      <w:pPr>
        <w:jc w:val="right"/>
      </w:pPr>
      <w:r>
        <w:t>اسلام کے اشاعتی سیلاب کو جس چیز نے روک دیا ہے وہ مسلمانوں کا یہی غیر آفاقی مزاج ہے۔ موجودہ زمانے کے مسلمانوں کی تحریروں اور تقریروں سے ایسا اندازہ ہوتا ہے کہ صرف ان کی اپنی کمیونٹی ہی ان کا کنسرن ہے۔</w:t>
      </w:r>
    </w:p>
    <w:p>
      <w:r>
        <w:rPr>
          <w:b/>
        </w:rPr>
        <w:t xml:space="preserve">[09:39] </w:t>
      </w:r>
      <w:r>
        <w:t>wasee tar insaniyat un ka concern hi nahi. fatwa ya dawat. bhopal ke safar mein maulana akhtar qasmi ne poocha ke fatwa ki sharai hesiyat kya hai.</w:t>
      </w:r>
    </w:p>
    <w:p>
      <w:pPr>
        <w:jc w:val="right"/>
      </w:pPr>
      <w:r>
        <w:t>وسیع تر انسانیت ان کا کنسرن ہی نہیں۔ فتویٰ یا دعوت۔ بھوپال کے سفر میں مولانا اختر قاسمی نے پوچھا کہ فتویٰ کی شرعی حیثیت کیا ہے۔</w:t>
      </w:r>
    </w:p>
    <w:p>
      <w:r>
        <w:rPr>
          <w:b/>
        </w:rPr>
        <w:t xml:space="preserve">[09:52] </w:t>
      </w:r>
      <w:r>
        <w:t>maujooda zamanay mein tarah tarah ke fatwe jari kiye jate hain jin mein logon ko yeh hidayat ki jati hai ke woh aisa karein aisa na karein.</w:t>
      </w:r>
    </w:p>
    <w:p>
      <w:pPr>
        <w:jc w:val="right"/>
      </w:pPr>
      <w:r>
        <w:t>موجودہ زمانے میں طرح طرح کے فتوے جاری کیے جاتے ہیں جن میں لوگوں کو یہ ہدایت کی جاتی ہے کہ وہ ایسا کریں ایسا نہ کریں۔</w:t>
      </w:r>
    </w:p>
    <w:p>
      <w:r>
        <w:rPr>
          <w:b/>
        </w:rPr>
        <w:t xml:space="preserve">[10:01] </w:t>
      </w:r>
      <w:r>
        <w:t>aise fatwe kis had tak durust hain. maine kaha ke fatwe ka matlab rai ya opinion hai. fatwe ka matlab yeh hai ke koi shakhs ek aalim ke paas aaya usne aalim ke samne apna ek masla bayan kiya aur us masle ke bare mein shariyat ka hukm janna chaha.</w:t>
      </w:r>
    </w:p>
    <w:p>
      <w:pPr>
        <w:jc w:val="right"/>
      </w:pPr>
      <w:r>
        <w:t>ایسے فتوے کس حد تک درست ہیں۔ میں نے کہا کہ فتوے کا مطلب رائے یا اوپینین ہے۔ فتوے کا مطلب یہ ہے کہ کوئی شخص ایک عالم کے پاس آیا اس نے عالم کے سامنے اپنا ایک مسئلہ بیان کیا اور اس مسئلے کے بارے میں شریعت کا حکم جاننا چاہا۔</w:t>
      </w:r>
    </w:p>
    <w:p>
      <w:r>
        <w:rPr>
          <w:b/>
        </w:rPr>
        <w:t xml:space="preserve">[10:23] </w:t>
      </w:r>
      <w:r>
        <w:t>is tarah ke sawal par apne ilm ke mutabiq sharai hukm batana yeh fatwa hai. magar hamare haan fatwe ki ek aur qism raaij ho gayi hai jo yaqeeni taur par ghair sharai hai.</w:t>
      </w:r>
    </w:p>
    <w:p>
      <w:pPr>
        <w:jc w:val="right"/>
      </w:pPr>
      <w:r>
        <w:t>اس طرح کے سوال پر اپنے علم کے مطابق شرعی حکم بتانا یہ فتویٰ ہے۔ مگر ہمارے ہاں فتوے کی ایک اور قسم رائج ہو گئی ہے جو یقینی طور پر غیر شرعی ہے۔</w:t>
      </w:r>
    </w:p>
    <w:p>
      <w:r>
        <w:rPr>
          <w:b/>
        </w:rPr>
        <w:t xml:space="preserve">[10:36] </w:t>
      </w:r>
      <w:r>
        <w:t>woh yeh ke koi mufti ya muftiyon ka koi board ba-taur khud yeh fatwa jari karta hai ke jis ki dadi ek musht se choti ho us ke peeche logon ke liye namaz parhna jaiz nahi.</w:t>
      </w:r>
    </w:p>
    <w:p>
      <w:pPr>
        <w:jc w:val="right"/>
      </w:pPr>
      <w:r>
        <w:t>وہ یہ کہ کوئی مفتی یا مفتیوں کا کوئی بورڈ بطور خود یہ فتویٰ جاری کرتا ہے کہ جس کی داڑھی ایک مشت سے چھوٹی ہو اس کے پیچھے لوگوں کے لیے نماز پڑھنا جائز نہیں۔</w:t>
      </w:r>
    </w:p>
    <w:p>
      <w:r>
        <w:rPr>
          <w:b/>
        </w:rPr>
        <w:t xml:space="preserve">[10:50] </w:t>
      </w:r>
      <w:r>
        <w:t>falan mulk islam dushman hai us ki masnooat ko kharidna jaiz nahi waghera. yeh doosri qism ka fatwa haqeeqatan fatwa nahi.</w:t>
      </w:r>
    </w:p>
    <w:p>
      <w:pPr>
        <w:jc w:val="right"/>
      </w:pPr>
      <w:r>
        <w:t>فلاں ملک اسلام دشمن ہے اس کی مصنوعات کو خریدنا جائز نہیں وغیرہ۔ یہ دوسری قسم کا فتویٰ حقیقتاً فتویٰ نہیں۔</w:t>
      </w:r>
    </w:p>
    <w:p>
      <w:r>
        <w:rPr>
          <w:b/>
        </w:rPr>
        <w:t xml:space="preserve">[11:00] </w:t>
      </w:r>
      <w:r>
        <w:t>woh yak-tarfa taur par hidayat jari karna hai. aur is qism ki hidayat jari karne ka ikhtiyar ek qaim shuda hukumat ko hai na ke kisi mufti ko.</w:t>
      </w:r>
    </w:p>
    <w:p>
      <w:pPr>
        <w:jc w:val="right"/>
      </w:pPr>
      <w:r>
        <w:t>وہ یکطرفہ طور پر ہدایت جاری کرنا ہے۔ اور اس قسم کی ہدایت جاری کرنے کا اختیار ایک قائم شدہ حکومت کو ہے نہ کہ کسی مفتی کو۔</w:t>
      </w:r>
    </w:p>
    <w:p>
      <w:r>
        <w:rPr>
          <w:b/>
        </w:rPr>
        <w:t xml:space="preserve">[11:13] </w:t>
      </w:r>
      <w:r>
        <w:t>sahaba aur tabeen ki misaal batati hai ke woh hukmana hidayat kabhi jari nahi karte thay. is ke bajaye woh dawat o tablegh ka kaam karte thay.</w:t>
      </w:r>
    </w:p>
    <w:p>
      <w:pPr>
        <w:jc w:val="right"/>
      </w:pPr>
      <w:r>
        <w:t>صحابہ اور تابعین کی مثال بتاتی ہے کہ وہ حاکمانہ ہدایت کبھی جاری نہیں کرتے تھے۔ اس کے بجائے وہ دعوت و تبلیغ کا کام کرتے تھے۔</w:t>
      </w:r>
    </w:p>
    <w:p>
      <w:r>
        <w:rPr>
          <w:b/>
        </w:rPr>
        <w:t xml:space="preserve">[11:23] </w:t>
      </w:r>
      <w:r>
        <w:t>misalan agar log dadi ki sunnat mein ghaflat bart rahe hon to sahaba o tabeen ki sunnat ke mutabiq aise logon ke darmiyan dawat o tablegh ka kaam karna chahiye na ke boycott ka fatwa sadir karna.</w:t>
      </w:r>
    </w:p>
    <w:p>
      <w:pPr>
        <w:jc w:val="right"/>
      </w:pPr>
      <w:r>
        <w:t>مثلاً اگر لوگ داڑھی کی سنت میں غفلت برت رہے ہوں تو صحابہ و تابعین کی سنت کے مطابق ایسے لوگوں کے درمیان دعوت و تبلیغ کا کام کرنا چاہیے نہ کہ بائیکاٹ کا فتویٰ صادر کرنا۔</w:t>
      </w:r>
    </w:p>
    <w:p>
      <w:r>
        <w:rPr>
          <w:b/>
        </w:rPr>
        <w:t xml:space="preserve">[11:39] </w:t>
      </w:r>
      <w:r>
        <w:t>mazeed yeh ke ba-aitbar nateeja is qism ka fatwa sarasar lahasil hai. insaan ki islaah qalb o zehn ke badalne se hoti hai na ke fatawi jari karne se.</w:t>
      </w:r>
    </w:p>
    <w:p>
      <w:pPr>
        <w:jc w:val="right"/>
      </w:pPr>
      <w:r>
        <w:t>مزید یہ کہ بااعتبار نتیجہ اس قسم کا فتویٰ سراسر لاحاصل ہے۔ انسان کی اصلاح قلب و ذہن کے بدلنے سے ہوتی ہے نہ کہ فتاویٰ جاری کرنے سے۔</w:t>
      </w:r>
    </w:p>
    <w:p>
      <w:r>
        <w:rPr>
          <w:b/>
        </w:rPr>
        <w:t xml:space="preserve">[11:54] </w:t>
      </w:r>
      <w:r>
        <w:t>khud hindustan ki misaal batati hai ke ahle bidat ke khilaf lambi muddat tak fatwi jari karne ke bawajood koi musalman bidat se taib nahi hua magar tableghi jamaat ki daawti koshishon se bohat se bidati apne feal se taib ho gaye.</w:t>
      </w:r>
    </w:p>
    <w:p>
      <w:pPr>
        <w:jc w:val="right"/>
      </w:pPr>
      <w:r>
        <w:t>خود ہندوستان کی مثال بتاتی ہے کہ اہل بدعت کے خلاف لمبی مدت تک فتاویٰ جاری کرنے کے باوجود کوئی مسلمان بدعت سے تائب نہیں ہوا مگر تبلیغی جماعت کی دعوتی کوششوں سے بہت سے بدعتی اپنے فعل سے تائب ہو گئے۔</w:t>
      </w:r>
    </w:p>
    <w:p>
      <w:r>
        <w:rPr>
          <w:b/>
        </w:rPr>
        <w:t xml:space="preserve">[12:13] </w:t>
      </w:r>
      <w:r>
        <w:t>is ki wajah yeh hai ke tableghi jamaat walon ne fatwe ke bajaye naseehat o tarbiyat ka andaaz ikhtiyar kiya. is ke nateeje mein logon ke dil badle aur woh bidat se taib ho gaye.</w:t>
      </w:r>
    </w:p>
    <w:p>
      <w:pPr>
        <w:jc w:val="right"/>
      </w:pPr>
      <w:r>
        <w:t>اس کی وجہ یہ ہے کہ تبلیغی جماعت والوں نے فتویٰ کے بجائے نصیحت و تربیت کا انداز اختیار کیا۔ اس کے نتیجے میں لوگوں کے دل بدلے اور وہ بدعت سے تائب ہو گئے۔</w:t>
      </w:r>
    </w:p>
    <w:p>
      <w:r>
        <w:rPr>
          <w:b/>
        </w:rPr>
        <w:t xml:space="preserve">[12:26] </w:t>
      </w:r>
      <w:r>
        <w:t>mahnamah al-risala safarnamah bhopal may 2002. talif qalb. britania ke safar september 2001 ka waqia yahan qabil-e-zikr hai.</w:t>
      </w:r>
    </w:p>
    <w:p>
      <w:pPr>
        <w:jc w:val="right"/>
      </w:pPr>
      <w:r>
        <w:t>ماہنامہ الرسالہ سفرنامہ بھوپال مئی 2002۔ تالیف قلب۔ برطانیہ کے سفر ستمبر 2001 کا واقعہ یہاں قابل ذکر ہے۔</w:t>
      </w:r>
    </w:p>
    <w:p>
      <w:r>
        <w:rPr>
          <w:b/>
        </w:rPr>
        <w:t xml:space="preserve">[12:41] </w:t>
      </w:r>
      <w:r>
        <w:t>ek taleem yafta ghair muslim ne bataya ke ek musalman aalim ek bar un ke yahan aaye. yahan kamre ki deewar par ek calendar latak raha tha jis par ek hindu devi ki tasweer chhapi hui thi.</w:t>
      </w:r>
    </w:p>
    <w:p>
      <w:pPr>
        <w:jc w:val="right"/>
      </w:pPr>
      <w:r>
        <w:t>ایک تعلیم یافتہ غیر مسلم نے بتایا کہ ایک مسلمان عالم ایک بار ان کے یہاں آئے۔ یہاں کمرے کی دیوار پر ایک کیلنڈر لٹک رہا تھا جس پر ایک ہندو دیوی کی تصویر چھپی ہوئی تھی۔</w:t>
      </w:r>
    </w:p>
    <w:p>
      <w:r>
        <w:rPr>
          <w:b/>
        </w:rPr>
        <w:t xml:space="preserve">[12:57] </w:t>
      </w:r>
      <w:r>
        <w:t>mazkoorah shakhs ne bataya ke namaz ka waqt aaya to Maulana sahab ne apni sherwani utar kar calendar ke upar latka di.</w:t>
      </w:r>
    </w:p>
    <w:p>
      <w:pPr>
        <w:jc w:val="right"/>
      </w:pPr>
      <w:r>
        <w:t>مذکورہ شخص نے بتایا کہ نماز کا وقت آیا تو مولانا صاحب نے اپنی شیروانی اتار کر کیلنڈر کے اوپر لٹکا دی۔</w:t>
      </w:r>
    </w:p>
    <w:p>
      <w:r>
        <w:rPr>
          <w:b/>
        </w:rPr>
        <w:t xml:space="preserve">[13:06] </w:t>
      </w:r>
      <w:r>
        <w:t>is wajah se us ki tasweer sherwani ke neeche chhup gayi. is ke baad Maulana sahab ne mere kamre mein namaz ada farmayi.</w:t>
      </w:r>
    </w:p>
    <w:p>
      <w:pPr>
        <w:jc w:val="right"/>
      </w:pPr>
      <w:r>
        <w:t>اس وجہ سے اس کی تصویر شیروانی کے نیچے چھپ گئی۔ اس کے بعد مولانا صاحب نے میرے کمرے میں نماز ادا فرمائی۔</w:t>
      </w:r>
    </w:p>
    <w:p>
      <w:r>
        <w:rPr>
          <w:b/>
        </w:rPr>
        <w:t xml:space="preserve">[13:16] </w:t>
      </w:r>
      <w:r>
        <w:t>is waqie ka hawala dete hue maine kaha ke Maulana mohtaram ne jo kuch kiya bajaye khud durust tha magar sochne ki baat yeh hai ke ek taraf yeh namoona hai aur doosri taraf yeh mukhtalif misaal hai ke qadeem makkah mein 360 but rakhe hue thay.</w:t>
      </w:r>
    </w:p>
    <w:p>
      <w:pPr>
        <w:jc w:val="right"/>
      </w:pPr>
      <w:r>
        <w:t>اس واقعے کا حوالہ دیتے ہوئے میں نے کہا کہ مولانا موصوف نے جو کچھ کیا بجائے خود درست تھا مگر سوچنے کی بات یہ ہے کہ ایک طرف یہ نمونہ ہے اور دوسری طرف یہ مختلف مثال ہے کہ قدیم مکہ میں 360 بت رکھے ہوئے تھے۔</w:t>
      </w:r>
    </w:p>
    <w:p>
      <w:r>
        <w:rPr>
          <w:b/>
        </w:rPr>
        <w:t xml:space="preserve">[13:35] </w:t>
      </w:r>
      <w:r>
        <w:t>paighambar-e-islam sallallahu alaihi wasallam wahan rozana namaz ada karte magar aap ne aisa nahi kiya ke pehle un bulton ke upar chadar latkayein aur phir wahan namaz ada karein.</w:t>
      </w:r>
    </w:p>
    <w:p>
      <w:pPr>
        <w:jc w:val="right"/>
      </w:pPr>
      <w:r>
        <w:t>پیغمبر اسلام صلی اللہ علیہ وسلم وہاں روزانہ نماز ادا کرتے مگر آپ نے ایسا نہیں کیا کہ پہلے ان بتوں کے اوپر چادر لٹکائیں اور پھر وہاں نماز ادا کریں۔</w:t>
      </w:r>
    </w:p>
    <w:p>
      <w:r>
        <w:rPr>
          <w:b/>
        </w:rPr>
        <w:t xml:space="preserve">[13:48] </w:t>
      </w:r>
      <w:r>
        <w:t>rasool Allah sallallahu alaihi wasallam ke is amal se ek ahem daawti hikmat maloom hoti hai. dawat ka kaam karne ke liye ek be had zaroori shart yeh hai ke daai ke andar nagawar baaton ko nazar andaaz karne ka mizaj maujood ho.</w:t>
      </w:r>
    </w:p>
    <w:p>
      <w:pPr>
        <w:jc w:val="right"/>
      </w:pPr>
      <w:r>
        <w:t>رسول اللہ صلی اللہ علیہ وسلم کے اس عمل سے ایک اہم دعوتی حکمت معلوم ہوتی ہے۔ دعوت کا کام کرنے کے لیے ایک بے حد ضروری شرط یہ ہے کہ داعی کے اندر ناخوشگوار باتوں کو نظر انداز کرنے کا مزاج موجود ہو۔</w:t>
      </w:r>
    </w:p>
    <w:p>
      <w:r>
        <w:rPr>
          <w:b/>
        </w:rPr>
        <w:t xml:space="preserve">[14:07] </w:t>
      </w:r>
      <w:r>
        <w:t>woh in cheezon se pak ho jo madu ki nazar mein katar pan, tang nazri aur adam rawadari ban jati hain.</w:t>
      </w:r>
    </w:p>
    <w:p>
      <w:pPr>
        <w:jc w:val="right"/>
      </w:pPr>
      <w:r>
        <w:t>وہ ان چیزوں سے پاک ہو جو مدعو کی نظر میں کٹر پن، تنگ نظری اور عدم رواداری بن جاتی ہے۔</w:t>
      </w:r>
    </w:p>
    <w:p>
      <w:r>
        <w:rPr>
          <w:b/>
        </w:rPr>
        <w:t xml:space="preserve">[14:16] </w:t>
      </w:r>
      <w:r>
        <w:t>daawti kaam ke liye rawadari lazmi shart hai. daai ke andar agar rawadari ka mizaj na ho to woh kamyab daai nahi ban sakta.</w:t>
      </w:r>
    </w:p>
    <w:p>
      <w:pPr>
        <w:jc w:val="right"/>
      </w:pPr>
      <w:r>
        <w:t>دعوتی کام کے لیے رواداری لازمی شرط ہے۔ داعی کے اندر اگر رواداری کا مزاج نہ ہو تو وہ کامیاب داعی نہیں بن سکتا۔</w:t>
      </w:r>
    </w:p>
    <w:p>
      <w:r>
        <w:rPr>
          <w:b/>
        </w:rPr>
        <w:t xml:space="preserve">[14:28] </w:t>
      </w:r>
      <w:r>
        <w:t>asar mein yusr. 11 september 2001 ko new york aur washington mein jo bhayanak waqia hua us ke nateeje mein sari dunya ka media islam ko terrorism ke roop mein dekhne laga.</w:t>
      </w:r>
    </w:p>
    <w:p>
      <w:pPr>
        <w:jc w:val="right"/>
      </w:pPr>
      <w:r>
        <w:t>عصر میں یسر۔ 11 ستمبر 2001 کو نیویارک اور واشنگٹن میں جو بھیانک واقعہ ہوا اس کے نتیجے میں ساری دنیا کا میڈیا اسلام کو ٹیررزم کے روپ میں دیکھنے لگا۔</w:t>
      </w:r>
    </w:p>
    <w:p>
      <w:r>
        <w:rPr>
          <w:b/>
        </w:rPr>
        <w:t xml:space="preserve">[14:44] </w:t>
      </w:r>
      <w:r>
        <w:t>magar is asar mein bhi yusr ka ek pehlu nikal aaya. reporten batati hain ke is ke baad logon ke andar islam ke bare mein tajassus ya curiosity ka zehn paida hua.</w:t>
      </w:r>
    </w:p>
    <w:p>
      <w:pPr>
        <w:jc w:val="right"/>
      </w:pPr>
      <w:r>
        <w:t>مگر اس عصر میں بھی یسر کا ایک پہلو نکل آیا۔ رپورٹیں بتاتی ہیں کہ اس کے بعد لوگوں کے اندر اسلام کے بارے میں تجسس یا کیوروسٹی کا ذہن پیدا ہوا۔</w:t>
      </w:r>
    </w:p>
    <w:p>
      <w:r>
        <w:rPr>
          <w:b/>
        </w:rPr>
        <w:t xml:space="preserve">[14:57] </w:t>
      </w:r>
      <w:r>
        <w:t>chunancha poori dunya mein bare peimane par islam ka mutala kiya jane laga. khud is waqt ke amreeki sadar bush ne washington ke islamic center ki ziyarat ki.</w:t>
      </w:r>
    </w:p>
    <w:p>
      <w:pPr>
        <w:jc w:val="right"/>
      </w:pPr>
      <w:r>
        <w:t>چنانچہ پوری دنیا میں بڑے پیمانے پر اسلام کا مطالعہ کیا جانے لگا۔ خود اس وقت کے امریکی صدر بش نے واشنگٹن کے اسلامک سینٹر کی زیارت کی۔</w:t>
      </w:r>
    </w:p>
    <w:p>
      <w:r>
        <w:rPr>
          <w:b/>
        </w:rPr>
        <w:t xml:space="preserve">[15:09] </w:t>
      </w:r>
      <w:r>
        <w:t>kaha jata hai ke is waqt ke bartanvi wazeer-e-azam tony blair ne is dauran do bar quran ka mutala kiya hai. germany se aaye hue mr farooq ne bataya ke 11 september ke waqie ke baad quran ke jerman tarjume ki mang itni zyada badhi ke market se jerman tarjume ki copyan ek haftay ke andar khatm ho gayin.</w:t>
      </w:r>
    </w:p>
    <w:p>
      <w:pPr>
        <w:jc w:val="right"/>
      </w:pPr>
      <w:r>
        <w:t>کہا جاتا ہے کہ اس وقت کے برطانوی وزیراعظم ٹونی بلیئر نے اس دوران دو بار قرآن کا مطالعہ کیا ہے۔ جرمنی سے آئے ہوئے مسٹر فاروق نے بتایا کہ 11 ستمبر کے واقعے کے بعد قرآن کے جرمن ترجمے کی مانگ اتنی زیادہ بڑھی کہ مارکیٹ سے جرمن ترجمے کی کاپیاں ایک ہفتے کے اندر ختم ہو گئیں۔</w:t>
      </w:r>
    </w:p>
    <w:p>
      <w:r>
        <w:rPr>
          <w:b/>
        </w:rPr>
        <w:t xml:space="preserve">[15:33] </w:t>
      </w:r>
      <w:r>
        <w:t>yahi mamla aksar maqamat par pesh aaya. is tarah ki mukhtalif misalen dete hue maine kaha ke quran mein irshad hua hai ke «fa la takhshawhum wakhshawni» yani pas tum un se na daro sirf mujh se daro.</w:t>
      </w:r>
    </w:p>
    <w:p>
      <w:pPr>
        <w:jc w:val="right"/>
      </w:pPr>
      <w:r>
        <w:t>یہی معاملہ اکثر مقامات پر پیش آیا۔ اس طرح کی مختلف مثالیں دیتے ہوئے میں نے کہا کہ قرآن میں ارشاد ہوا ہے کہ «فلا تخشوهم واخشون» یعنی پس تم ان سے نہ ڈرو صرف مجھ سے ڈرو۔</w:t>
      </w:r>
    </w:p>
    <w:p>
      <w:r>
        <w:rPr>
          <w:b/>
        </w:rPr>
        <w:t xml:space="preserve">[15:50] </w:t>
      </w:r>
      <w:r>
        <w:t>is ka matlab yeh hai ke islam ke zahoor ke baad ab dunya se khashiyat-e-insani ka daur khatm ho gaya. ab dunya khashiyat-e-rabani ke daur mein dakhil ho chuki hai.</w:t>
      </w:r>
    </w:p>
    <w:p>
      <w:pPr>
        <w:jc w:val="right"/>
      </w:pPr>
      <w:r>
        <w:t>اس کا مطلب یہ ہے کہ اسلام کے ظہور کے بعد اب دنیا سے خشیت انسانی کا دور ختم ہو گیا۔ اب دنیا خشیت ربانی کے دور میں داخل ہو چکی ہے۔</w:t>
      </w:r>
    </w:p>
    <w:p>
      <w:r>
        <w:rPr>
          <w:b/>
        </w:rPr>
        <w:t xml:space="preserve">[16:02] </w:t>
      </w:r>
      <w:r>
        <w:t>ab hamein sirf yeh karna hai ke Allah ke sath apne mamle ko durust rakhein. jahan tak insan ka mamla hai us ko Allah ne khud nizam fitrat ke tehat peshgi tor par hamare muwafiq bana diya hai.</w:t>
      </w:r>
    </w:p>
    <w:p>
      <w:pPr>
        <w:jc w:val="right"/>
      </w:pPr>
      <w:r>
        <w:t>اب ہمیں صرف یہ کرنا ہے کہ اللہ کے ساتھ اپنے معاملے کو درست رکھیں۔ جہاں تک انسان کا معاملہ ہے اس کو اللہ نے خود نظام فطرت کے تحت پیشگی طور پر ہمارے موافق بنا دیا ہے۔</w:t>
      </w:r>
    </w:p>
    <w:p>
      <w:r>
        <w:rPr>
          <w:b/>
        </w:rPr>
        <w:t xml:space="preserve">[16:18] </w:t>
      </w:r>
      <w:r>
        <w:t>mahnama al risala britania ka safar sitembar 2002. daawati mahol. birmingham mein kai choti bari masjidain hain.</w:t>
      </w:r>
    </w:p>
    <w:p>
      <w:pPr>
        <w:jc w:val="right"/>
      </w:pPr>
      <w:r>
        <w:t>ماہنامہ الرسالہ برطانیہ کا سفر ستمبر 2002۔ دعوتی ماحول۔ برمنگھم میں کئی چھوٹی بڑی مسجدیں ہیں۔</w:t>
      </w:r>
    </w:p>
    <w:p>
      <w:r>
        <w:rPr>
          <w:b/>
        </w:rPr>
        <w:t xml:space="preserve">[16:30] </w:t>
      </w:r>
      <w:r>
        <w:t>birmingham mein qayam sitembar 2001 ke douran ek sarak se guzarte hue ek bari masjid nazar aai. is ke oopar jali huroof mein likha hua tha «quran padhiye» jo ke aakhri ahad nama hai.</w:t>
      </w:r>
    </w:p>
    <w:p>
      <w:pPr>
        <w:jc w:val="right"/>
      </w:pPr>
      <w:r>
        <w:t>برمنگھم میں قیام ستمبر 2001 کے دوران ایک سڑک سے گزرتے ہوئے ایک بڑی مسجد نظر آئی۔ اس کے اوپر جلی حرفوں میں لکھا ہوا تھا «قرآن پڑھیے» جو کہ آخری عہد نامہ ہے۔</w:t>
      </w:r>
    </w:p>
    <w:p>
      <w:r>
        <w:rPr>
          <w:b/>
        </w:rPr>
        <w:t xml:space="preserve">[16:43] </w:t>
      </w:r>
      <w:r>
        <w:t>«read quran» da last testament. masjid ki bairuni simt mein laga hua yeh board alamati tor par yeh bata raha tha ke maghribi dunya mein islam ki tablegh ke khule mawaqe maujood hain.</w:t>
      </w:r>
    </w:p>
    <w:p>
      <w:pPr>
        <w:jc w:val="right"/>
      </w:pPr>
      <w:r>
        <w:t>«ریڈ القرآن» دا لاسٹ ٹیسٹمنٹ۔ مسجد کی بیرونی سمت میں لگا ہوا یہ بورڈ علامتی طور پر یہ بتا رہا تھا کہ مغربی دنیا میں اسلام کی تبلیغ کے کھلے مواقع موجود ہیں۔</w:t>
      </w:r>
    </w:p>
    <w:p>
      <w:r>
        <w:rPr>
          <w:b/>
        </w:rPr>
        <w:t xml:space="preserve">[16:57] </w:t>
      </w:r>
      <w:r>
        <w:t>in mawaqe ko istemal karne ki shart sirf ek hai aur woh yeh hai ke musalman apni kisi rawish se daai aur madu ke darmiyan nafrat ki fiza qaim na karein.</w:t>
      </w:r>
    </w:p>
    <w:p>
      <w:pPr>
        <w:jc w:val="right"/>
      </w:pPr>
      <w:r>
        <w:t>ان مواقع کو استعمال کرنے کی شرط صرف ایک ہے اور وہ یہ ہے کہ مسلمان اپنی کسی روش سے داعی اور مدعو کے درمیان نفرت کی فضا قائم نہ کریں۔</w:t>
      </w:r>
    </w:p>
    <w:p>
      <w:r>
        <w:rPr>
          <w:b/>
        </w:rPr>
        <w:t xml:space="preserve">[17:10] </w:t>
      </w:r>
      <w:r>
        <w:t>moatadil fiza mein islam ki ashait hoti hai aur nafrat aur tanav ki fiza mein islam ki ashait ka amal ruk jata hai. khairkhawana dawat.</w:t>
      </w:r>
    </w:p>
    <w:p>
      <w:pPr>
        <w:jc w:val="right"/>
      </w:pPr>
      <w:r>
        <w:t>معتدل فضا میں اسلام کی اشاعت ہوتی ہے اور نفرت اور تناؤ کی فضا میں اسلام کی اشاعت کا عمل رک جاتا ہے۔ خیرخواہانہ دعوت۔</w:t>
      </w:r>
    </w:p>
    <w:p>
      <w:r>
        <w:rPr>
          <w:b/>
        </w:rPr>
        <w:t xml:space="preserve">[17:22] </w:t>
      </w:r>
      <w:r>
        <w:t>june 2002 mein maine rishikesh ka safar kiya. is safar mein mera taassur yeh hai ke baradran watan sainkaron saal se tahmati aqaaid aur riwayat mein phanse hue hain magar musalman un ki hidayat ke liye nahi tarpte.</w:t>
      </w:r>
    </w:p>
    <w:p>
      <w:pPr>
        <w:jc w:val="right"/>
      </w:pPr>
      <w:r>
        <w:t>جون 2002 میں میں نے رشی کیش کا سفر کیا۔ اس سفر میں میرا تاثر یہ ہے کہ برادران وطن سینکڑوں سال سے تہماتی عقائد اور روایات میں پھنسے ہوئے ہیں مگر مسلمان ان کی ہدایت کے لیے نہیں تڑپے۔</w:t>
      </w:r>
    </w:p>
    <w:p>
      <w:r>
        <w:rPr>
          <w:b/>
        </w:rPr>
        <w:t xml:space="preserve">[17:40] </w:t>
      </w:r>
      <w:r>
        <w:t>un ki khairkhwahi ne unhein bechain nahi kiya. khud hinduo mein aise log uthe jinho ne mehdood tor par islaah ki koshishein kin.</w:t>
      </w:r>
    </w:p>
    <w:p>
      <w:pPr>
        <w:jc w:val="right"/>
      </w:pPr>
      <w:r>
        <w:t>ان کی خیرخواہی نے انہیں بے چین نہیں کیا۔ خود ہندوؤں میں ایسے لوگ اٹھے جنہوں نے محدود طور پر اصلاح کی کوششیں کیں۔</w:t>
      </w:r>
    </w:p>
    <w:p>
      <w:r>
        <w:rPr>
          <w:b/>
        </w:rPr>
        <w:t xml:space="preserve">[17:49] </w:t>
      </w:r>
      <w:r>
        <w:t>misalan kabir ne is silsile mein bohat si batein kahin. un ka ek sher yeh hai: «mathay tilak hath malbana logan ram khilona jana».</w:t>
      </w:r>
    </w:p>
    <w:p>
      <w:pPr>
        <w:jc w:val="right"/>
      </w:pPr>
      <w:r>
        <w:t>مثلاً کبیر نے اس سلسلے میں بہت سی باتیں کہیں۔ ان کا ایک شعر یہ ہے: «ماتھے تلک ہاتھ ملبانہ لوگن رام کھلونا جانا»۔</w:t>
      </w:r>
    </w:p>
    <w:p>
      <w:r>
        <w:rPr>
          <w:b/>
        </w:rPr>
        <w:t xml:space="preserve">[17:59] </w:t>
      </w:r>
      <w:r>
        <w:t>arya samaj ki tehreek bhi isi nawiyat ki ek adhuri tehreek thi. guru nanak ki tehreek apni asal nawiyat ke aitbar se ghair khudaon ki parastish ke bajaye ek khuda ki parastish ka paigham tha.</w:t>
      </w:r>
    </w:p>
    <w:p>
      <w:pPr>
        <w:jc w:val="right"/>
      </w:pPr>
      <w:r>
        <w:t>آریہ سماج کی تحریک بھی اسی نوعیت کی ایک ادھوری تحریک تھی۔ گرو نانک کی تحریک اپنی اصل نوعیت کے اعتبار سے غیر خداؤں کی پرستش کے بجائے ایک خدا کی پرستش کا پیغام تھا۔</w:t>
      </w:r>
    </w:p>
    <w:p>
      <w:r>
        <w:rPr>
          <w:b/>
        </w:rPr>
        <w:t xml:space="preserve">[18:13] </w:t>
      </w:r>
      <w:r>
        <w:t>iqbal ne guru nanak ke bare mein yeh sher kaha tha: «nanak ne jis chaman mein wahdat ka geet gaya mera watan wahi hai mera watan wahi hai».</w:t>
      </w:r>
    </w:p>
    <w:p>
      <w:pPr>
        <w:jc w:val="right"/>
      </w:pPr>
      <w:r>
        <w:t>اقبال نے گرو نانک کے بارے میں یہ شعر کہا تھا: «نانک نے جس چمن میں وحدت کا گیت گایا میرا وطن وہی ہے میرا وطن وہی ہے»۔</w:t>
      </w:r>
    </w:p>
    <w:p>
      <w:r>
        <w:rPr>
          <w:b/>
        </w:rPr>
        <w:t xml:space="preserve">[18:24] </w:t>
      </w:r>
      <w:r>
        <w:t>musalmanon ke pas mehfooz aasmani kitab ki surat mein kamil sachai maujood thi magar musalman baradran watan ki islaah ke liye kuch na kar sake.</w:t>
      </w:r>
    </w:p>
    <w:p>
      <w:pPr>
        <w:jc w:val="right"/>
      </w:pPr>
      <w:r>
        <w:t>مسلمانوں کے پاس محفوظ آسمانی کتاب کی صورت میں کامل سچائی موجود تھی مگر مسلمان برادران وطن کی اصلاح کے لیے کچھ نہ کر سکے۔</w:t>
      </w:r>
    </w:p>
    <w:p>
      <w:r>
        <w:rPr>
          <w:b/>
        </w:rPr>
        <w:t xml:space="preserve">[18:36] </w:t>
      </w:r>
      <w:r>
        <w:t>rishikesh mein guftagu ke douran bohat se hinduo ne mujh se islam ke mutalliq khwahish zahir ki. main samajhta hoon ke kisi haqeeqi islaahi koshish ke liye gehri khairkhwahi darkar hoti hai.</w:t>
      </w:r>
    </w:p>
    <w:p>
      <w:pPr>
        <w:jc w:val="right"/>
      </w:pPr>
      <w:r>
        <w:t>رشی کیش میں گفتگو کے دوران بہت سے ہندوؤں نے مجھ سے اسلام کے متعلق کی خواہش ظاہر کی۔ میں سمجھتا ہوں کہ کسی حقیقی اصلاحی کوشش کے لیے گہری خیرخواہی درکار ہوتی ہے۔</w:t>
      </w:r>
    </w:p>
    <w:p>
      <w:r>
        <w:rPr>
          <w:b/>
        </w:rPr>
        <w:t xml:space="preserve">[18:49] </w:t>
      </w:r>
      <w:r>
        <w:t>woh khairkhwahi jo shikayaton ke bawajood na toote. bete ke sath maa ki mohabbat ki tarah jo har haal mein qaim rahe.</w:t>
      </w:r>
    </w:p>
    <w:p>
      <w:pPr>
        <w:jc w:val="right"/>
      </w:pPr>
      <w:r>
        <w:t>وہ خیرخواہی جو شکایتوں کے باوجود نہ ٹوٹے۔ بیٹے کے ساتھ ماں کی محبت کی طرح جو ہر حال میں قائم رہے۔</w:t>
      </w:r>
    </w:p>
    <w:p>
      <w:r>
        <w:rPr>
          <w:b/>
        </w:rPr>
        <w:t xml:space="preserve">[18:59] </w:t>
      </w:r>
      <w:r>
        <w:t>badqismati se musalmanon ke andar baradran watan ke liye is qism ki khairkhwahi maujood na thi. muslim saltanat ke daur mein woh hinduo ko kamtar samajhte rahe aur 1947 ke baad woh hinduo se apne sine mein nafrat aur shikayat liye hue hain.</w:t>
      </w:r>
    </w:p>
    <w:p>
      <w:pPr>
        <w:jc w:val="right"/>
      </w:pPr>
      <w:r>
        <w:t>بدقسمتی سے مسلمانوں کے اندر برادران وطن کے لیے اس قسم کی خیرخواہی موجود نہ تھی۔ مسلم سلطنت کے دور میں وہ ہندوؤں کو کمتر سمجھتے رہے اور 1947 کے بعد وہ ہندوؤں سے اپنے سینے میں نفرت اور شکایت لیے ہوئے ہیں۔</w:t>
      </w:r>
    </w:p>
    <w:p>
      <w:r>
        <w:rPr>
          <w:b/>
        </w:rPr>
        <w:t xml:space="preserve">[19:18] </w:t>
      </w:r>
      <w:r>
        <w:t>aur jo log is tarah ki nafsiyaat mein mubtala hon woh kabhi islaah o dawat ka koi gehra kaam nahi kar sakte. 1947 se pehle ke daur mein muslim sufiyon ne zaroor kuch mufeed kaam kiye magar jahan tak muslim ulma ka taluq hai woh is silsile mein koi qabil qadar khidmat anjam na de sake.</w:t>
      </w:r>
    </w:p>
    <w:p>
      <w:pPr>
        <w:jc w:val="right"/>
      </w:pPr>
      <w:r>
        <w:t>اور جو لوگ اس طرح کی نفسیات میں مبتلا ہوں وہ کبھی اصلاح و دعوت کا کوئی گہرا کام نہیں کر سکتے۔ 1947 سے پہلے کے دور میں مسلم صوفیوں نے ضرور کچھ مفید کام کیے مگر جہاں تک مسلم علماء کا تعلق ہے وہ اس سلسلے میں کوئی قابل قدر خدمت انجام نہ دے سکے۔</w:t>
      </w:r>
    </w:p>
    <w:p>
      <w:r>
        <w:rPr>
          <w:b/>
        </w:rPr>
        <w:t xml:space="preserve">[19:40] </w:t>
      </w:r>
      <w:r>
        <w:t>kuch logon ne hindustan ko darulharb bata kar musalmanon ke andar manfi nafsiyaat paida kin. kuch logon ne hinduo ke muslim mulch ke tasawwur ka muqabla karne ke liye hindu kafir ka nazariya phailaya.</w:t>
      </w:r>
    </w:p>
    <w:p>
      <w:pPr>
        <w:jc w:val="right"/>
      </w:pPr>
      <w:r>
        <w:t>کچھ لوگوں نے ہندوستان کو دارالحرب بتا کر مسلمانوں کے اندر منفی نفسیات پیدا کی۔ کچھ لوگوں نے ہندوؤں کے مسلم ملچ کے تصور کا مقابلہ کرنے کے لیے ہندو کافر کا نظریہ پھیلایا۔</w:t>
      </w:r>
    </w:p>
    <w:p>
      <w:r>
        <w:rPr>
          <w:b/>
        </w:rPr>
        <w:t xml:space="preserve">[19:55] </w:t>
      </w:r>
      <w:r>
        <w:t>kuch logon ne but shikanai ke naam par aise kaam kiye jo apne nateejay ke aitbar se sirf</w:t>
      </w:r>
    </w:p>
    <w:p>
      <w:pPr>
        <w:jc w:val="right"/>
      </w:pPr>
      <w:r>
        <w:t>کچھ لوگوں نے بت شکنی کے نام پر ایسے کام کیے جو اپنے نتیجے کے اعتبار سے صرف</w:t>
      </w:r>
    </w:p>
    <w:p>
      <w:r>
        <w:rPr>
          <w:b/>
        </w:rPr>
        <w:t xml:space="preserve">[20:01] </w:t>
      </w:r>
      <w:r>
        <w:t>dil shikanai ke hamana the.</w:t>
      </w:r>
    </w:p>
    <w:p>
      <w:pPr>
        <w:jc w:val="right"/>
      </w:pPr>
      <w:r>
        <w:t>دل شکنی کے ہمانہ تھے۔</w:t>
      </w:r>
    </w:p>
    <w:p>
      <w:r>
        <w:rPr>
          <w:b/>
        </w:rPr>
        <w:t xml:space="preserve">[20:04] </w:t>
      </w:r>
      <w:r>
        <w:t>magar herat ki baat yeh hai ke sari muslim dunya mein koi bhi aalim ya ghair aalim nahi</w:t>
      </w:r>
    </w:p>
    <w:p>
      <w:pPr>
        <w:jc w:val="right"/>
      </w:pPr>
      <w:r>
        <w:t>مگر حیرت کی بات یہ ہے کہ ساری مسلم دنیا میں کوئی بھی عالم یا غیر عالم نہیں</w:t>
      </w:r>
    </w:p>
    <w:p>
      <w:r>
        <w:rPr>
          <w:b/>
        </w:rPr>
        <w:t xml:space="preserve">[20:11] </w:t>
      </w:r>
      <w:r>
        <w:t>jo in muslim rehnumaon se yeh kahe ke tum apni qoumi ladaai ko intehai na aaqibat andeshana taur</w:t>
      </w:r>
    </w:p>
    <w:p>
      <w:pPr>
        <w:jc w:val="right"/>
      </w:pPr>
      <w:r>
        <w:t>جو ان مسلم رہنماؤں سے یہ کہے کہ تم اپنی قومی لڑائی کو انتہائی نا عاقبت اندیشانہ طور</w:t>
      </w:r>
    </w:p>
    <w:p>
      <w:r>
        <w:rPr>
          <w:b/>
        </w:rPr>
        <w:t xml:space="preserve">[20:18] </w:t>
      </w:r>
      <w:r>
        <w:t>par yeh mujrimana rang de rahe ho ke hinduon ki muslim nafrat ya islam nafrat is had tak</w:t>
      </w:r>
    </w:p>
    <w:p>
      <w:pPr>
        <w:jc w:val="right"/>
      </w:pPr>
      <w:r>
        <w:t>پر یہ مجرمانہ رنگ دے رہے ہو کہ ہندوؤں کی مسلم نفرت یا اسلام نفرت اس حد تک</w:t>
      </w:r>
    </w:p>
    <w:p>
      <w:r>
        <w:rPr>
          <w:b/>
        </w:rPr>
        <w:t xml:space="preserve">[20:26] </w:t>
      </w:r>
      <w:r>
        <w:t>barh jaye ke woh moetadil zehn ke sath islam ke paigham ko sunne ke qabil hi na rahain.</w:t>
      </w:r>
    </w:p>
    <w:p>
      <w:pPr>
        <w:jc w:val="right"/>
      </w:pPr>
      <w:r>
        <w:t>بڑھ جائے کہ وہ معتدل ذہن کے ساتھ اسلام کے پیغام کو سننے کے قابل ہی نہ رہیں۔</w:t>
      </w:r>
    </w:p>
    <w:p>
      <w:r>
        <w:rPr>
          <w:b/>
        </w:rPr>
        <w:t xml:space="preserve">[20:33] </w:t>
      </w:r>
      <w:r>
        <w:t>mujhe yaad aata hai ke mere bachpan ke zamane mein kuch ulma ne tablegh ke naam par munazra bazi ki muhim shuru kar rakhi thi.</w:t>
      </w:r>
    </w:p>
    <w:p>
      <w:pPr>
        <w:jc w:val="right"/>
      </w:pPr>
      <w:r>
        <w:t>مجھے یاد آتا ہے کہ میرے بچپن کے زمانے میں کچھ علماء نے تبلیغ کے نام پر مناظرہ بازی کی مہم شروع کر رکھی تھی۔</w:t>
      </w:r>
    </w:p>
    <w:p>
      <w:r>
        <w:rPr>
          <w:b/>
        </w:rPr>
        <w:t xml:space="preserve">[20:43] </w:t>
      </w:r>
      <w:r>
        <w:t>halanke is qism ki muhim ko tablegh ke bajaye anti tablegh kehna zyada sahi hoga. misalan ek munazir aalim ko josh aaya unho ne ek kitab tayyar ki jis ka naam unho ne «kufr tod» rakha.</w:t>
      </w:r>
    </w:p>
    <w:p>
      <w:pPr>
        <w:jc w:val="right"/>
      </w:pPr>
      <w:r>
        <w:t>حالانکہ اس قسم کی مہم کو تبلیغ کے بجائے اینٹی تبلیغ کہنا زیادہ صحیح ہوگا۔ مثلاً ایک مناظر عالم کو جوش آیا انہوں نے ایک کتاب تیار کی جس کا نام انہوں نے «کفر توڑ» رکھا۔</w:t>
      </w:r>
    </w:p>
    <w:p>
      <w:r>
        <w:rPr>
          <w:b/>
        </w:rPr>
        <w:t xml:space="preserve">[20:56] </w:t>
      </w:r>
      <w:r>
        <w:t>is ke jawab mein ek hindu munazir ne kitab shaya ki jis ka naam tha «kufr tod ka bhanda phod». yeh woh zamana tha jabke urdu zaban aam tor par hindu aur musalman dono ki mushtarak zaban thi.</w:t>
      </w:r>
    </w:p>
    <w:p>
      <w:pPr>
        <w:jc w:val="right"/>
      </w:pPr>
      <w:r>
        <w:t>اس کے جواب میں ایک ہندو مناظر نے کتاب شائع کی جس کا نام تھا «کفر توڑ کا بھانڈا پھوڑ»۔ یہ وہ زمانہ تھا جبکہ اردو زبان عمومی طور پر ہندو اور مسلمان دونوں کی مشترک زبان تھی۔</w:t>
      </w:r>
    </w:p>
    <w:p>
      <w:r>
        <w:rPr>
          <w:b/>
        </w:rPr>
        <w:t xml:space="preserve">[21:11] </w:t>
      </w:r>
      <w:r>
        <w:t>goya daai aur madu ke darmiyan woh lisani bojh ya language gap maujood na tha jo aaj paya jata hai. magar is sunhari zamane ko khairkhawana dawat ke bajaye munazra bazi ke liye istemal kiya gaya.</w:t>
      </w:r>
    </w:p>
    <w:p>
      <w:pPr>
        <w:jc w:val="right"/>
      </w:pPr>
      <w:r>
        <w:t>گویا داعی اور مدعو کے درمیان وہ لسانی بودھ یا لینگویج گیپ موجود نہ تھا جو آج پایا جاتا ہے۔ مگر اس سنہری زمانے کو خیرخواہانہ دعوت کے بجائے مناظرہ بازی کے لیے استعمال کیا گیا۔</w:t>
      </w:r>
    </w:p>
    <w:p>
      <w:r>
        <w:rPr>
          <w:b/>
        </w:rPr>
        <w:t xml:space="preserve">[21:25] </w:t>
      </w:r>
      <w:r>
        <w:t>jiska nuqsan sirf yeh ho sakta tha ke baradran watan mutanffir ho kar islam se kuch aur door ho jayen. is qism ki koshishon ne yahi kar nama anjam diya.</w:t>
      </w:r>
    </w:p>
    <w:p>
      <w:pPr>
        <w:jc w:val="right"/>
      </w:pPr>
      <w:r>
        <w:t>جس کا نقصان صرف یہ ہو سکتا تھا کہ برادران وطن متنفر ہو کر اسلام سے کچھ اور دور ہو جائیں۔ اس قسم کی کوششوں نے یہی کارنامہ انجام دیا۔</w:t>
      </w:r>
    </w:p>
    <w:p>
      <w:r>
        <w:rPr>
          <w:b/>
        </w:rPr>
        <w:t xml:space="preserve">[21:39] </w:t>
      </w:r>
      <w:r>
        <w:t>jannat ki zaroorat. rishikesh ke program mein jain mazhab ke kai log aaye hue the. ek jain peshwa jo apne munh par patti lagaye hue the un se guftagu hui.</w:t>
      </w:r>
    </w:p>
    <w:p>
      <w:pPr>
        <w:jc w:val="right"/>
      </w:pPr>
      <w:r>
        <w:t>جنت کی ضرورت۔ رشی کیش کے پروگرام میں جین مذہب کے کئی لوگ آئے ہوئے تھے۔ ایک جینی پیشوا جو اپنے منہ پر پٹی لگائے ہوئے تھے ان سے گفتگو ہوئی۔</w:t>
      </w:r>
    </w:p>
    <w:p>
      <w:r>
        <w:rPr>
          <w:b/>
        </w:rPr>
        <w:t xml:space="preserve">[21:53] </w:t>
      </w:r>
      <w:r>
        <w:t>guftagu ke douran unho ne kaha ke main in logon se kehta hoon ke aap mandir banana chodo insan banao. maine pucha ke insan banane ka formula kya hai.</w:t>
      </w:r>
    </w:p>
    <w:p>
      <w:pPr>
        <w:jc w:val="right"/>
      </w:pPr>
      <w:r>
        <w:t>گفتگو کے دوران انہوں نے کہا کہ میں ان لوگوں سے کہتا ہوں کہ آپ مندر بنانا چھوڑو انسان بناؤ۔ میں نے پوچھا کہ انسان بنانے کا فارمولا کیا ہے۔</w:t>
      </w:r>
    </w:p>
    <w:p>
      <w:r>
        <w:rPr>
          <w:b/>
        </w:rPr>
        <w:t xml:space="preserve">[22:05] </w:t>
      </w:r>
      <w:r>
        <w:t>unhon ne kaha ke apni khwahishon ya desires ko halak karna. unhon ne bataya ke jini tareeqe ke mutabiq munh par patti bandhna isi baparvez zindagi ki aik alamat hai.</w:t>
      </w:r>
    </w:p>
    <w:p>
      <w:pPr>
        <w:jc w:val="right"/>
      </w:pPr>
      <w:r>
        <w:t>انہوں نے کہا کہ اپنی خواہشوں یا ڈیزائرز کو ہلاک کرنا۔ انہوں نے بتایا کہ جینی طریقے کے مطابق منہ پر پٹی باندھنا اسی باپرویز زندگی کی ایک علامت ہے۔</w:t>
      </w:r>
    </w:p>
    <w:p>
      <w:r>
        <w:rPr>
          <w:b/>
        </w:rPr>
        <w:t xml:space="preserve">[22:20] </w:t>
      </w:r>
      <w:r>
        <w:t>main ne kaha ke doosre lafzon mein aap ka nazariya self control ka nazariya hai. magar sawal yeh hai ke koi shakhs self control kyun kare?</w:t>
      </w:r>
    </w:p>
    <w:p>
      <w:pPr>
        <w:jc w:val="right"/>
      </w:pPr>
      <w:r>
        <w:t>میں نے کہا کہ دوسرے لفظوں میں آپ کا نظریہ سیلف کنٹرول کا نظریہ ہے۔ مگر سوال یہ ہے کہ کوئی شخص سیلف کنٹرول کیوں کرے؟</w:t>
      </w:r>
    </w:p>
    <w:p>
      <w:r>
        <w:rPr>
          <w:b/>
        </w:rPr>
        <w:t xml:space="preserve">[22:32] </w:t>
      </w:r>
      <w:r>
        <w:t>koi shakhs apni taqatwar khwahishon ko kyun dabaye? insaan ko self control par amada karne ke liye aik zyada bara muharrik darkar hai.</w:t>
      </w:r>
    </w:p>
    <w:p>
      <w:pPr>
        <w:jc w:val="right"/>
      </w:pPr>
      <w:r>
        <w:t>کوئی شخص اپنی طاقتور خواہشوں کو کیوں دبائے؟ انسان کو سیلف کنٹرول پر آمادہ کرنے کے لیے ایک زیادہ بڑا محرک درکار ہے۔</w:t>
      </w:r>
    </w:p>
    <w:p>
      <w:r>
        <w:rPr>
          <w:b/>
        </w:rPr>
        <w:t xml:space="preserve">[22:42] </w:t>
      </w:r>
      <w:r>
        <w:t>is silsile mein main ne unhein islam ke nazariya jannat se mutarif karaya. mahnama al-risala rishikesh ka safar jannori 2003.</w:t>
      </w:r>
    </w:p>
    <w:p>
      <w:pPr>
        <w:jc w:val="right"/>
      </w:pPr>
      <w:r>
        <w:t>اس سلسلے میں میں نے انہیں اسلام کے نظریہ جنت سے متعارف کرایا۔ ماہنامہ الرسالہ رشی کیش کا سفر جنوری 2003۔</w:t>
      </w:r>
    </w:p>
    <w:p>
      <w:r>
        <w:rPr>
          <w:b/>
        </w:rPr>
        <w:t xml:space="preserve">[22:54] </w:t>
      </w:r>
      <w:r>
        <w:t>madu intazar mein. rishikesh ka yeh safar mere liye aik naya tajurba tha. wahan jis hindu se bhi islam par guftagu hui us ne dilchaspi ke sath is ko suna.</w:t>
      </w:r>
    </w:p>
    <w:p>
      <w:pPr>
        <w:jc w:val="right"/>
      </w:pPr>
      <w:r>
        <w:t>مدعو انتظار میں۔ رشی کیش کا یہ سفر میرے لیے ایک نیا تجربہ تھا۔ وہاں جس ہندو سے بھی اسلام پر گفتگو ہوئی اس نے دلچسپی کے ساتھ اس کو سنا۔</w:t>
      </w:r>
    </w:p>
    <w:p>
      <w:r>
        <w:rPr>
          <w:b/>
        </w:rPr>
        <w:t xml:space="preserve">[23:08] </w:t>
      </w:r>
      <w:r>
        <w:t>kai logon ko kitabein de gayin jin ko unhon ne shoq ke sath liya aur parhne ka wada kiya. yahan mujhe chand bar umoomi khitab ka moqa mila.</w:t>
      </w:r>
    </w:p>
    <w:p>
      <w:pPr>
        <w:jc w:val="right"/>
      </w:pPr>
      <w:r>
        <w:t>کئی لوگوں کو کتابیں دی گئیں جن کو انہوں نے شوق کے ساتھ لیا اور پڑھنے کا وعدہ کیا۔ یہاں مجھے چند بار عمومی خطاب کا موقع ملا۔</w:t>
      </w:r>
    </w:p>
    <w:p>
      <w:r>
        <w:rPr>
          <w:b/>
        </w:rPr>
        <w:t xml:space="preserve">[23:19] </w:t>
      </w:r>
      <w:r>
        <w:t>apne khitabat mein main ne islam ko deen-e-rehmat ki hesiyat se pesh karne ki koshish ki. mera tajurba hai ke maujooda zamane ke taleem yafta log is ko bohat bura mante hain ke un ke upar mazhabi katar pan ka ilzam aaye.</w:t>
      </w:r>
    </w:p>
    <w:p>
      <w:pPr>
        <w:jc w:val="right"/>
      </w:pPr>
      <w:r>
        <w:t>اپنے خطابات میں میں نے اسلام کو دین رحمت کی حیثیت سے پیش کرنے کی کوشش کی۔ میرا تجربہ ہے کہ موجودہ زمانے کے تعلیم یافتہ لوگ اس کو بہت برا مانتے ہیں کہ ان کے اوپر مذہبی کٹر پن کا الزام آئے۔</w:t>
      </w:r>
    </w:p>
    <w:p>
      <w:r>
        <w:rPr>
          <w:b/>
        </w:rPr>
        <w:t xml:space="preserve">[23:38] </w:t>
      </w:r>
      <w:r>
        <w:t>is liye woh apne mazhab ke siwa doosre mazahib ki baat ko tawajjuh ke sath suntay hain. yeh zamani mizaj hum ko moqa deta hai ke hum deen-e-haq ki dawat ko muwafiq mahol mein pesh kar saken.</w:t>
      </w:r>
    </w:p>
    <w:p>
      <w:pPr>
        <w:jc w:val="right"/>
      </w:pPr>
      <w:r>
        <w:t>اس لیے وہ اپنے مذہب کے سوا دوسرے مذاہب کی بات کو توجہ کے ساتھ سنتے ہیں۔ یہ زمانی مزاج ہم کو موقع دیتا ہے کہ ہم دین حق کی دعوت کو موافق ماحول میں پیش کر سکیں۔</w:t>
      </w:r>
    </w:p>
    <w:p>
      <w:r>
        <w:rPr>
          <w:b/>
        </w:rPr>
        <w:t xml:space="preserve">[23:53] </w:t>
      </w:r>
      <w:r>
        <w:t>mahnama al-risala rishikesh ka safar jannori 2003. khuda ka mustanad paigham. farwari 1999 mein ne tiruvanantapuram, kerala ka safar kiya tha.</w:t>
      </w:r>
    </w:p>
    <w:p>
      <w:pPr>
        <w:jc w:val="right"/>
      </w:pPr>
      <w:r>
        <w:t>ماہنامہ الرسالہ رشی کیش کا سفر جنوری 2003۔ خدا کا مستند پیغام۔ فروری 1999 میں میں نے تریوندرم، کیرالہ کا سفر کیا تھا۔</w:t>
      </w:r>
    </w:p>
    <w:p>
      <w:r>
        <w:rPr>
          <w:b/>
        </w:rPr>
        <w:t xml:space="preserve">[24:08] </w:t>
      </w:r>
      <w:r>
        <w:t>28 farwari 1999 ki subah ko saadey paanch baje main dilli airport par pahuncha. yeh naya airport is tarah banaya gaya hai ke woh aik bohat bade hall ki manind hai.</w:t>
      </w:r>
    </w:p>
    <w:p>
      <w:pPr>
        <w:jc w:val="right"/>
      </w:pPr>
      <w:r>
        <w:t>28 فروری 1999 کی صبح کو ساڑھے پانچ بجے میں دہلی ایئرپورٹ پر پہنچا۔ یہ نیا ایئرپورٹ اس طرح بنایا گیا ہے کہ وہ ایک بہت بڑے ہال کی مانند ہے۔</w:t>
      </w:r>
    </w:p>
    <w:p>
      <w:r>
        <w:rPr>
          <w:b/>
        </w:rPr>
        <w:t xml:space="preserve">[24:22] </w:t>
      </w:r>
      <w:r>
        <w:t>main is ke andar khara hua to is ki wusat mere zehn mein sahra-e-hayat ki wusat mein tabdeel ho gayi. main ne socha ke maujooda duniya mein insaan goya aik azim sahra mein khara hua hai.</w:t>
      </w:r>
    </w:p>
    <w:p>
      <w:pPr>
        <w:jc w:val="right"/>
      </w:pPr>
      <w:r>
        <w:t>میں اس کے اندر کھڑا ہوا تو اس کی وسعت میرے ذہن میں صحرائے حیات کی وسعت میں تبدیل ہو گئی۔ میں نے سوچا کہ موجودہ دنیا میں انسان گویا ایک عظیم صحرا میں کھڑا ہوا ہے۔</w:t>
      </w:r>
    </w:p>
    <w:p>
      <w:r>
        <w:rPr>
          <w:b/>
        </w:rPr>
        <w:t xml:space="preserve">[24:37] </w:t>
      </w:r>
      <w:r>
        <w:t>woh raaz-e-hayat janna chahta hai magar koi darakht ya pahad is se nahi bolta. koi sitara ya sayara is se humkalam nahi hota.</w:t>
      </w:r>
    </w:p>
    <w:p>
      <w:pPr>
        <w:jc w:val="right"/>
      </w:pPr>
      <w:r>
        <w:t>وہ راز حیات جاننا چاہتا ہے مگر کوئی درخت یا پہاڑ اس سے نہیں بولتا۔ کوئی ستارہ یا سیارہ اس سے ہم کلام نہیں ہوتا۔</w:t>
      </w:r>
    </w:p>
    <w:p>
      <w:r>
        <w:rPr>
          <w:b/>
        </w:rPr>
        <w:t xml:space="preserve">[24:48] </w:t>
      </w:r>
      <w:r>
        <w:t>is khamosh duniya mein woh hairaan khara hua hai. is ke baad is ke samne khuda ka paighambar aata hai. woh kehta hai ke main khuda ka faristada hoon aur tum ko khuda ka yeh paigham deta hoon.</w:t>
      </w:r>
    </w:p>
    <w:p>
      <w:pPr>
        <w:jc w:val="right"/>
      </w:pPr>
      <w:r>
        <w:t>اس خاموش دنیا میں وہ حیران کھڑا ہوا ہے۔ اس کے بعد اس کے سامنے خدا کا پیغمبر آتا ہے۔ وہ کہتا ہے کہ میں خدا کا فرستادہ ہوں اور تم کو خدا کا یہ پیغام دیتا ہوں۔</w:t>
      </w:r>
    </w:p>
    <w:p>
      <w:r>
        <w:rPr>
          <w:b/>
        </w:rPr>
        <w:t xml:space="preserve">[25:02] </w:t>
      </w:r>
      <w:r>
        <w:t>insaan ke liye yeh kaisi ajeeb rahat hai. aqeeday ke aitbar se yahan bohat se paighambar aaye magar un ki shakhsiyat aur un ka paigham tareekh ke andheron mein gum hain.</w:t>
      </w:r>
    </w:p>
    <w:p>
      <w:pPr>
        <w:jc w:val="right"/>
      </w:pPr>
      <w:r>
        <w:t>انسان کے لیے یہ کیسی عجیب راحت ہے۔ عقیدے کے اعتبار سے یہاں بہت سے پیغمبر آئے مگر ان کی شخصیت اور ان کا پیغام تاریخ کے اندھیروں میں گم ہے۔</w:t>
      </w:r>
    </w:p>
    <w:p>
      <w:r>
        <w:rPr>
          <w:b/>
        </w:rPr>
        <w:t xml:space="preserve">[25:16] </w:t>
      </w:r>
      <w:r>
        <w:t>yahan sirf aik hi qabil-e-yaqeen paighambar hain aur woh Muhammad bin Abdullah bin Abdul Muttalib hain. aik mutallashi rooh ke liye yeh bilashuba aik azim nemat hai.</w:t>
      </w:r>
    </w:p>
    <w:p>
      <w:pPr>
        <w:jc w:val="right"/>
      </w:pPr>
      <w:r>
        <w:t>یہاں صرف ایک ہی قابل یقین پیغمبر ہیں اور وہ محمد بن عبداللہ بن عبدالمطلب ہیں۔ ایک متلاشی روح کے لیے یہ بلاشبہ ایک عظیم نعمت ہے۔</w:t>
      </w:r>
    </w:p>
    <w:p>
      <w:r>
        <w:rPr>
          <w:b/>
        </w:rPr>
        <w:t xml:space="preserve">[25:29] </w:t>
      </w:r>
      <w:r>
        <w:t>doctor nishi kant chattopadhyay ne lambi talash ke baad jab paighambar-e-islam ko paya to woh cheekh uthe: "What a relief to find after all a truly historical prophet to believe in." samajik miljul.</w:t>
      </w:r>
    </w:p>
    <w:p>
      <w:pPr>
        <w:jc w:val="right"/>
      </w:pPr>
      <w:r>
        <w:t>ڈاکٹر نشی کانت چٹو پادھائے نے لمبی تلاش کے بعد جب پیغمبر اسلام کو پایا تو وہ چیخ اٹھے: "What a relief to find after all a truly historical prophet to believe in." سماجی میل جول۔</w:t>
      </w:r>
    </w:p>
    <w:p>
      <w:r>
        <w:rPr>
          <w:b/>
        </w:rPr>
        <w:t xml:space="preserve">[25:46] </w:t>
      </w:r>
      <w:r>
        <w:t>main ne bar bar aisi conferenceon mein shirkat ki hai jahan sari karrawai angrezi mein hui hai. aise moqon par zyada tar main apni taqreer likhe hue paper ki surat mein karta tha.</w:t>
      </w:r>
    </w:p>
    <w:p>
      <w:pPr>
        <w:jc w:val="right"/>
      </w:pPr>
      <w:r>
        <w:t>میں نے بار بار ایسی کانفرنسوں میں شرکت کی ہے جہاں ساری کارروائی انگریزی میں ہوئی ہے۔ ایسے مواقع پر زیادہ تر میں اپنی تقریر لکھے ہوئے پیپر کی صورت میں کرتا تھا۔</w:t>
      </w:r>
    </w:p>
    <w:p>
      <w:r>
        <w:rPr>
          <w:b/>
        </w:rPr>
        <w:t xml:space="preserve">[25:59] </w:t>
      </w:r>
      <w:r>
        <w:t>aur juzwi taur par angrezi mein kalam karta tha. shanti gram ashram ya kerala mein log ya to malayalam jante the ya angrezi.</w:t>
      </w:r>
    </w:p>
    <w:p>
      <w:pPr>
        <w:jc w:val="right"/>
      </w:pPr>
      <w:r>
        <w:t>اور جزئی طور پر انگریزی میں کلام کرتا تھا۔ شانتی گری آشرم یا کیرالہ میں لوگ یا تو ملیالم جانتے تھے یا انگریزی۔</w:t>
      </w:r>
    </w:p>
    <w:p>
      <w:r>
        <w:rPr>
          <w:b/>
        </w:rPr>
        <w:t xml:space="preserve">[26:09] </w:t>
      </w:r>
      <w:r>
        <w:t>is liye yahan poori muddat mein angrezi hi mein bolna aur guftagu karna pada. is moqe par pehli bar mujhe apni is isti'dad ka tajurba hua ke main khuda ke fazl se angrezi mein be takalluf bol sakta hoon aur be takalluf taqreer kar sakta hoon.</w:t>
      </w:r>
    </w:p>
    <w:p>
      <w:pPr>
        <w:jc w:val="right"/>
      </w:pPr>
      <w:r>
        <w:t>اس لیے یہاں پوری مدت میں انگریزی ہی میں بولنا اور گفتگو کرنا پڑا۔ اس موقع پر پہلی بار مجھے اپنی اس استعداد کا تجربہ ہوا کہ میں خدا کے فضل سے انگریزی میں بے تکلف بول سکتا ہوں اور بے تکلف تقریر کر سکتا ہوں۔</w:t>
      </w:r>
    </w:p>
    <w:p>
      <w:r>
        <w:rPr>
          <w:b/>
        </w:rPr>
        <w:t xml:space="preserve">[26:27] </w:t>
      </w:r>
      <w:r>
        <w:t>is zaati tajurbe ne mere da'wati jazbe mein aik naya hausla paida kar diya. yahan conference ki wajah se taleem yafta hindu bari tadad mein ikattha thay.</w:t>
      </w:r>
    </w:p>
    <w:p>
      <w:pPr>
        <w:jc w:val="right"/>
      </w:pPr>
      <w:r>
        <w:t>اس ذاتی تجربے نے میرے دعوتی جذبے میں ایک نیا حوصلہ پیدا کر دیا۔ یہاں کانفرنس کی وجہ سے تعلیم یافتہ ہندو بڑی تعداد میں اکٹھا تھے۔</w:t>
      </w:r>
    </w:p>
    <w:p>
      <w:r>
        <w:rPr>
          <w:b/>
        </w:rPr>
        <w:t xml:space="preserve">[26:39] </w:t>
      </w:r>
      <w:r>
        <w:t>un se bare paimane par interaction hua. andaza hua ke log ajeeb ajeeb qism ki galat fehmiyon mein pade hue hain. Hazrat Musa ki ibtidai umar fir'on ke mahal mein guzri.</w:t>
      </w:r>
    </w:p>
    <w:p>
      <w:pPr>
        <w:jc w:val="right"/>
      </w:pPr>
      <w:r>
        <w:t>ان سے بڑے پیمانے پر انٹریکشن ہوا۔ اندازہ ہوا کہ لوگ عجیب عجیب قسم کی غلط فہمیوں میں پڑے ہوئے ہیں۔ حضرت موسیٰ کی ابتدائی عمر فرعون کے محل میں گزری۔</w:t>
      </w:r>
    </w:p>
    <w:p>
      <w:r>
        <w:rPr>
          <w:b/>
        </w:rPr>
        <w:t xml:space="preserve">[26:52] </w:t>
      </w:r>
      <w:r>
        <w:t>is liye Hazrat Musa ke bare mein yeh log samajhte hain ke woh aala nasal mein paida hue. Hazrat Isa ne machheron ke darmiyan kaam kiya is liye unhon ne samajh liya ke woh nichle tabqe mein paida hue.</w:t>
      </w:r>
    </w:p>
    <w:p>
      <w:pPr>
        <w:jc w:val="right"/>
      </w:pPr>
      <w:r>
        <w:t>اس لیے حضرت موسیٰ کے بارے میں یہ لوگ سمجھتے ہیں کہ وہ اعلیٰ نسل میں پیدا ہوئے۔ حضرت مسیح نے مچھیروں کے درمیان کام کیا اس لیے انہوں نے سمجھ لیا کہ وہ نچلے طبقے میں پیدا ہوئے۔</w:t>
      </w:r>
    </w:p>
    <w:p>
      <w:r>
        <w:rPr>
          <w:b/>
        </w:rPr>
        <w:t xml:space="preserve">[27:04] </w:t>
      </w:r>
      <w:r>
        <w:t>isi tarah paighambar-e-islam ko apne watan Makka se hijrat karna pada is liye unhon ne samajh liya ke paighambar-e-islam ne mazloom aur nakaam halat mein wafat payi.</w:t>
      </w:r>
    </w:p>
    <w:p>
      <w:pPr>
        <w:jc w:val="right"/>
      </w:pPr>
      <w:r>
        <w:t>اسی طرح پیغمبر اسلام کو اپنے وطن مکہ سے ہجرت کرنا پڑا اس لیے انہوں نے سمجھ لیا کہ پیغمبر اسلام نے مظلوم اور ناکام حالت میں وفات پائی۔</w:t>
      </w:r>
    </w:p>
    <w:p>
      <w:r>
        <w:rPr>
          <w:b/>
        </w:rPr>
        <w:t xml:space="preserve">[27:18] </w:t>
      </w:r>
      <w:r>
        <w:t>zarurat hai ke islam ke bare mein har qism ki maloomati kitabein bare paimane par tayyar kar ke phailayi jayen. isi ke sath bare paimane par muslim aur ghair muslim ka interaction ho.</w:t>
      </w:r>
    </w:p>
    <w:p>
      <w:pPr>
        <w:jc w:val="right"/>
      </w:pPr>
      <w:r>
        <w:t>ضرورت ہے کہ اسلام کے بارے میں ہر قسم کی معلوماتی کتابیں بڑے پیمانے پر تیار کر کے پھیلائی جائیں۔ اسی کے ساتھ بڑے پیمانے پر مسلم اور غیر مسلم کا انٹریکشن ہو۔</w:t>
      </w:r>
    </w:p>
    <w:p>
      <w:r>
        <w:rPr>
          <w:b/>
        </w:rPr>
        <w:t xml:space="preserve">[27:32] </w:t>
      </w:r>
      <w:r>
        <w:t>dialogue kiye jayen. taleemi idaron mein dono giroh ke log bari tadad mein taleem hasil karen. taham sirf kitabein chhapna kafi nahi.</w:t>
      </w:r>
    </w:p>
    <w:p>
      <w:pPr>
        <w:jc w:val="right"/>
      </w:pPr>
      <w:r>
        <w:t>ڈائیلاگ کیے جائیں۔ تعلیمی اداروں میں دونوں گروہ کے لوگ بڑی تعداد میں تعلیم حاصل کریں۔ تاہم صرف کتابیں چھاپنا کافی نہیں۔</w:t>
      </w:r>
    </w:p>
    <w:p>
      <w:r>
        <w:rPr>
          <w:b/>
        </w:rPr>
        <w:t xml:space="preserve">[27:43] </w:t>
      </w:r>
      <w:r>
        <w:t>zindagi ki sargarmion mein dono ki shirkat zarori hai. mahnama al-risala kerla ka safar february 2003.</w:t>
      </w:r>
    </w:p>
    <w:p>
      <w:pPr>
        <w:jc w:val="right"/>
      </w:pPr>
      <w:r>
        <w:t>زندگی کی سرگرمیوں میں دونوں کی شرکت ضروری ہے۔ ماہنامہ الرسالہ کیرالہ کا سفر فروری 2003۔</w:t>
      </w:r>
    </w:p>
    <w:p>
      <w:r>
        <w:rPr>
          <w:b/>
        </w:rPr>
        <w:t xml:space="preserve">[27:54] </w:t>
      </w:r>
      <w:r>
        <w:t>talif-e-qalb ki aik misal. kerla ke log aur isi tarah pore junoobi hind ke log behad safai pasand hain.</w:t>
      </w:r>
    </w:p>
    <w:p>
      <w:pPr>
        <w:jc w:val="right"/>
      </w:pPr>
      <w:r>
        <w:t>تالیف قلب کی ایک مثال۔ کیرالہ کے لوگ اور اسی طرح پورے جنوبی ہند کے لوگ بے حد صفائی پسند ہیں۔</w:t>
      </w:r>
    </w:p>
    <w:p>
      <w:r>
        <w:rPr>
          <w:b/>
        </w:rPr>
        <w:t xml:space="preserve">[28:04] </w:t>
      </w:r>
      <w:r>
        <w:t>safai un ke culture mein shamil hai. yahan ke ghar aur rastay behad saaf hotay hain. aap agar achank kisi ghar ya kisi basti mein jayen to aap us ko hamesha saaf suthra payen gay.</w:t>
      </w:r>
    </w:p>
    <w:p>
      <w:pPr>
        <w:jc w:val="right"/>
      </w:pPr>
      <w:r>
        <w:t>صفائی ان کے کلچر میں شامل ہے۔ یہاں کے گھر اور راستے بے حد صاف ہوتے ہیں۔ آپ اگر اچانک کسی گھر یا کسی بستی میں جائیں تو آپ اس کو ہمیشہ صاف ستھرا پائیں گے۔</w:t>
      </w:r>
    </w:p>
    <w:p>
      <w:r>
        <w:rPr>
          <w:b/>
        </w:rPr>
        <w:t xml:space="preserve">[28:17] </w:t>
      </w:r>
      <w:r>
        <w:t>wo gharon ke andar joota pehanna pasand nahi karte. chunancha ghar mein dakhil honay se pehle joota utar diya jata hai. mein ne yahan ki aik majlis mein is ka zikr karte hue peghambar-e-islam ki yeh hadith sunai: "altahoor shatr ul-iman".</w:t>
      </w:r>
    </w:p>
    <w:p>
      <w:pPr>
        <w:jc w:val="right"/>
      </w:pPr>
      <w:r>
        <w:t>وہ گھروں کے اندر جوتا پہننا پسند نہیں کرتے۔ چنانچہ گھر میں داخل ہونے سے پہلے جوتا اتار دیا جاتا ہے۔ میں نے یہاں کی ایک مجلس میں اس کا ذکر کرتے ہوئے پیغمبر اسلام کی یہ حدیث سنائی: "الطہور شطر الایمان"۔</w:t>
      </w:r>
    </w:p>
    <w:p>
      <w:r>
        <w:rPr>
          <w:b/>
        </w:rPr>
        <w:t xml:space="preserve">[28:35] </w:t>
      </w:r>
      <w:r>
        <w:t>sahih muslim. is ka tarjuma mein ne is tarah kiya: "Cleanliness is part of religion". log is hadith ko sun kar bohat khush hue.</w:t>
      </w:r>
    </w:p>
    <w:p>
      <w:pPr>
        <w:jc w:val="right"/>
      </w:pPr>
      <w:r>
        <w:t>صحیح مسلم۔ اس کا ترجمہ میں نے اس طرح کیا: "Cleanliness is part of religion"۔ لوگ اس حدیث کو سن کر بہت خوش ہوئے۔</w:t>
      </w:r>
    </w:p>
    <w:p>
      <w:r>
        <w:rPr>
          <w:b/>
        </w:rPr>
        <w:t xml:space="preserve">[28:45] </w:t>
      </w:r>
      <w:r>
        <w:t>un ke chehray se aisa mehsoos hua jaisay wo khush ho rahay hon ke khuda bhi un ki taeed kar raha hai. mahnama al-risala kerla ka safar february 2003.</w:t>
      </w:r>
    </w:p>
    <w:p>
      <w:pPr>
        <w:jc w:val="right"/>
      </w:pPr>
      <w:r>
        <w:t>ان کے چہرے سے ایسا محسوس ہوا جیسے وہ خوش ہو رہے ہوں کہ خدا بھی ان کی تائید کر رہا ہے۔ ماہنامہ الرسالہ کیرالہ کا سفر فروری 2003۔</w:t>
      </w:r>
    </w:p>
    <w:p>
      <w:r>
        <w:rPr>
          <w:b/>
        </w:rPr>
        <w:t xml:space="preserve">[28:57] </w:t>
      </w:r>
      <w:r>
        <w:t>dawati tadap. ashram se wapsi mein hum log doctor gopi nath ke makan mein thori dair ke liye thahray. us waqt meri aankhon se musalsal aansu jari thay.</w:t>
      </w:r>
    </w:p>
    <w:p>
      <w:pPr>
        <w:jc w:val="right"/>
      </w:pPr>
      <w:r>
        <w:t>دعوتی تڑپ۔ آشرم سے واپسی میں ہم لوگ ڈاکٹر گوپی ناتھ کے مکان میں تھوڑی دیر کے لیے ٹھہرے۔ اس وقت میری آنکھوں سے مسلسل آنسو جاری تھے۔</w:t>
      </w:r>
    </w:p>
    <w:p>
      <w:r>
        <w:rPr>
          <w:b/>
        </w:rPr>
        <w:t xml:space="preserve">[29:09] </w:t>
      </w:r>
      <w:r>
        <w:t>kai log wahan mojood thay. log chahtay thay ke mein kuch kahoon magar mein jazbat se itna ziyada maghloob tha ke mein kuch na bol saka.</w:t>
      </w:r>
    </w:p>
    <w:p>
      <w:pPr>
        <w:jc w:val="right"/>
      </w:pPr>
      <w:r>
        <w:t>کئی لوگ وہاں موجود تھے۔ لوگ چاہتے تھے کہ میں کچھ کہوں مگر میں جذبات سے اتنا زیادہ مغلوب تھا کہ میں کچھ نہ بول سکا۔</w:t>
      </w:r>
    </w:p>
    <w:p>
      <w:r>
        <w:rPr>
          <w:b/>
        </w:rPr>
        <w:t xml:space="preserve">[29:19] </w:t>
      </w:r>
      <w:r>
        <w:t>mein soch raha tha ke mojooda zamanay itna ziyada mukhtalif zamanay hai ke aaj shayad aik shakhs sirf mehdi ban sakta hai wo hadi nahi ban sakta.</w:t>
      </w:r>
    </w:p>
    <w:p>
      <w:pPr>
        <w:jc w:val="right"/>
      </w:pPr>
      <w:r>
        <w:t>میں سوچ رہا تھا کہ موجودہ زمانہ اتنا زیادہ مختلف زمانہ ہے کہ آج شاید ایک شخص صرف مہدی بن سکتا ہے وہ ہادی نہیں بن سکتا۔</w:t>
      </w:r>
    </w:p>
    <w:p>
      <w:r>
        <w:rPr>
          <w:b/>
        </w:rPr>
        <w:t xml:space="preserve">[29:31] </w:t>
      </w:r>
      <w:r>
        <w:t>mere dil mein insaniyat ki tadap toofan ban kar halchal barpa kiye hue thi magar samajh mein nahi aata ke aaj ke insan ko kis tarah khuda se milaya jaye.</w:t>
      </w:r>
    </w:p>
    <w:p>
      <w:pPr>
        <w:jc w:val="right"/>
      </w:pPr>
      <w:r>
        <w:t>میرے دل میں انسانیت کی تڑپ طوفان بن کر ہلچل برپا کیے ہوئے تھی مگر سمجھ میں نہیں آتا کہ آج کے انسان کو کس طرح خدا سے ملایا جائے۔</w:t>
      </w:r>
    </w:p>
    <w:p>
      <w:r>
        <w:rPr>
          <w:b/>
        </w:rPr>
        <w:t xml:space="preserve">[29:42] </w:t>
      </w:r>
      <w:r>
        <w:t>aaj ke insan ko kis tarah khuda ka paigham pohanchaya jaye. mojooda zamanay mein ghair muslim to kya muslim bhi sachai se aakhri had tak door hain.</w:t>
      </w:r>
    </w:p>
    <w:p>
      <w:pPr>
        <w:jc w:val="right"/>
      </w:pPr>
      <w:r>
        <w:t>آج کے انسان کو کس طرح خدا کا پیغام پہنچایا جائے۔ موجودہ زمانے میں غیر مسلم تو کیا مسلمان بھی سچائی سے آخری حد تک دور ہیں۔</w:t>
      </w:r>
    </w:p>
    <w:p>
      <w:r>
        <w:rPr>
          <w:b/>
        </w:rPr>
        <w:t xml:space="preserve">[29:56] </w:t>
      </w:r>
      <w:r>
        <w:t>har aadmi madiyat mein gum hai. rabbaniyat ki na kisi ko marifat hai aur na kisi ko sunnay ki fursat.</w:t>
      </w:r>
    </w:p>
    <w:p>
      <w:pPr>
        <w:jc w:val="right"/>
      </w:pPr>
      <w:r>
        <w:t>ہر آدمی مادیات میں گم ہے۔ ربانیات کی نہ کسی کو معرفت ہے اور نہ کسی کو سننے کی فرصت۔</w:t>
      </w:r>
    </w:p>
    <w:p>
      <w:r>
        <w:rPr>
          <w:b/>
        </w:rPr>
        <w:t xml:space="preserve">[30:06] </w:t>
      </w:r>
      <w:r>
        <w:t>doctor gopi nath ne apne ghar mein aik mez par tarah tarah ke khanay ki cheezain aur mashroob rakhe magar mein na kha saka aur na kuch pi saka.</w:t>
      </w:r>
    </w:p>
    <w:p>
      <w:pPr>
        <w:jc w:val="right"/>
      </w:pPr>
      <w:r>
        <w:t>ڈاکٹر گوپی ناتھ نے اپنے گھر میں ایک میز پر طرح طرح کے کھانے کی چیزیں اور مشروب رکھے مگر میں نہ کھا سکا اور نہ کچھ پی سکا۔</w:t>
      </w:r>
    </w:p>
    <w:p>
      <w:r>
        <w:rPr>
          <w:b/>
        </w:rPr>
        <w:t xml:space="preserve">[30:17] </w:t>
      </w:r>
      <w:r>
        <w:t>meri aankhon se musalsal aansu beh rahay thay. mein soch raha tha ke kaash mere paas taqat hoti aur mein insanon ke ijtima mein dakhil ho kar amriki scientist ki tarah mic chheen leta aur chilla kar kehta: "Stop everything I want to inform you the law of the universe".</w:t>
      </w:r>
    </w:p>
    <w:p>
      <w:pPr>
        <w:jc w:val="right"/>
      </w:pPr>
      <w:r>
        <w:t>میری آنکھوں سے مسلسل آنسو بہہ رہے تھے۔ میں سوچ رہا تھا کہ کاش میرے پاس طاقت ہوتی اور میں انسانوں کے اجتماع میں داخل ہو کر امریکی سائنسدان کی طرح مائیک چھین لیتا اور چلا کر کہتا: "Stop everything I want to inform you the law of the universe"۔</w:t>
      </w:r>
    </w:p>
    <w:p>
      <w:r>
        <w:rPr>
          <w:b/>
        </w:rPr>
        <w:t xml:space="preserve">[30:37] </w:t>
      </w:r>
      <w:r>
        <w:t>wo log bhi kaisay ajeeb hon gay jo hadi banay ke da'wedar hon halankay wo mehdi bhi na hon. jo muallim banay hue hon halankay wo muta'allim bhi na hon.</w:t>
      </w:r>
    </w:p>
    <w:p>
      <w:pPr>
        <w:jc w:val="right"/>
      </w:pPr>
      <w:r>
        <w:t>وہ لوگ بھی کیسے عجیب ہوں گے جو ہادی بننے کے دعویدار ہوں حالانکہ وہ مہدی بھی نہ ہوں۔ جو معلم بنے ہوئے ہوں حالانکہ وہ متعلم بھی نہ ہوں۔</w:t>
      </w:r>
    </w:p>
    <w:p>
      <w:r>
        <w:rPr>
          <w:b/>
        </w:rPr>
        <w:t xml:space="preserve">[30:50] </w:t>
      </w:r>
      <w:r>
        <w:t>jo apnay aap ko panay walay ke roop mein zahir karte hon halankay wo dhoondnay walay bhi na hon. jo khuda ko jananay ke da'wedar hon halankay unhon ne apnay aap ko bhi na jana ho.</w:t>
      </w:r>
    </w:p>
    <w:p>
      <w:pPr>
        <w:jc w:val="right"/>
      </w:pPr>
      <w:r>
        <w:t>جو اپنے آپ کو پانے والے کے روپ میں ظاہر کرتے ہوں حالانکہ وہ ڈھونڈنے والے بھی نہ ہوں۔ جو خدا کو جاننے کے دعویدار ہوں حالانکہ انہوں نے اپنے آپ کو بھی نہ جانا ہو۔</w:t>
      </w:r>
    </w:p>
    <w:p>
      <w:r>
        <w:rPr>
          <w:b/>
        </w:rPr>
        <w:t xml:space="preserve">[31:04] </w:t>
      </w:r>
      <w:r>
        <w:t>mahnama al-risala kerla ka safar february 2003. dawat kya hai? hyderabad ke safar december 2002 mein kuch muslim naujawanon se baat karte hue mein ne kaha ke dawat ka kaam aadmi ko fitrat ke rastay par le ana hai.</w:t>
      </w:r>
    </w:p>
    <w:p>
      <w:pPr>
        <w:jc w:val="right"/>
      </w:pPr>
      <w:r>
        <w:t>ماہنامہ الرسالہ کیرالہ کا سفر فروری 2003۔ دعوت کیا ہے۔ حیدرآباد کے سفر دسمبر 2002 میں کچھ مسلم نوجوانوں سے بات کرتے ہوئے میں نے کہا کہ دعوت کا کام آدمی کو فطرت کے راستے پر لے آنا ہے۔</w:t>
      </w:r>
    </w:p>
    <w:p>
      <w:r>
        <w:rPr>
          <w:b/>
        </w:rPr>
        <w:t xml:space="preserve">[31:24] </w:t>
      </w:r>
      <w:r>
        <w:t>is ka maqsad conditioning ko khatam kar ke insan ko apni fitrat par qaim karna hai. muslim o ghair muslim dono ka masla yahi hai.</w:t>
      </w:r>
    </w:p>
    <w:p>
      <w:pPr>
        <w:jc w:val="right"/>
      </w:pPr>
      <w:r>
        <w:t>اس کا مقصد کنڈیشننگ کو ختم کر کے انسان کو اپنی فطرت پر قائم کرنا ہے۔ مسلم و غیر مسلم دونوں کا مسئلہ یہی ہے۔</w:t>
      </w:r>
    </w:p>
    <w:p>
      <w:r>
        <w:rPr>
          <w:b/>
        </w:rPr>
        <w:t xml:space="preserve">[31:34] </w:t>
      </w:r>
      <w:r>
        <w:t>da'wa is de-conditioning both of muslim as well as of non-muslims. hadith mein bataya gaya hai ke har insan apni fitrat par paida hota hai phir us ke maa baap us ko yahoodi aur nasrani aur majosi bana detay hain.</w:t>
      </w:r>
    </w:p>
    <w:p>
      <w:pPr>
        <w:jc w:val="right"/>
      </w:pPr>
      <w:r>
        <w:t>دعویٰ اس ڈی کنڈیشننگ both of مسلم as well as of non-Muslims حدیث میں بتایا گیا ہے کہ ہر انسان اپنی فطرت پر پیدا ہوتا ہے پھر اس کے ماں باپ اس کو یہودی اور نصرانی اور مجوسی بنا دیتے ہیں۔</w:t>
      </w:r>
    </w:p>
    <w:p>
      <w:r>
        <w:rPr>
          <w:b/>
        </w:rPr>
        <w:t xml:space="preserve">[31:49] </w:t>
      </w:r>
      <w:r>
        <w:t>kul maulood yulad ala al-fitra fa-abawahu yuhawwidani aw yunasirani aw yumajjisani. sahih bukhari.</w:t>
      </w:r>
    </w:p>
    <w:p>
      <w:pPr>
        <w:jc w:val="right"/>
      </w:pPr>
      <w:r>
        <w:t>کل مولود یولد علی الفطرة فابواه یهودانی او ينصرانی او يمجسانی صحیح بخاری۔</w:t>
      </w:r>
    </w:p>
    <w:p>
      <w:r>
        <w:rPr>
          <w:b/>
        </w:rPr>
        <w:t xml:space="preserve">[32:00] </w:t>
      </w:r>
      <w:r>
        <w:t>is hadith se maloom hua ke aam insan apnay mahol se mutasir ho kar sachai se hat jata hai. isi tarah musalmanon ke baray mein quran o hadith se sabit hai ke baad ke zamanay mein wo doosri ummaton ki tarah khud sakhta deen ko deen samajh kar us par qaim ho jayen gay.</w:t>
      </w:r>
    </w:p>
    <w:p>
      <w:pPr>
        <w:jc w:val="right"/>
      </w:pPr>
      <w:r>
        <w:t>اس حدیث سے معلوم ہوا کہ عام انسان اپنے ماحول سے متاثر ہو کر سچائی سے ہٹ جاتا ہے۔ اسی طرح مسلمانوں کے بارے میں قرآن و حدیث سے ثابت ہے کہ بعد کے زمانے میں وہ دوسری امتوں کی طرح خود ساختہ دین کو دین سمجھ کر اس پر قائم ہو جائیں گے۔</w:t>
      </w:r>
    </w:p>
    <w:p>
      <w:r>
        <w:rPr>
          <w:b/>
        </w:rPr>
        <w:t xml:space="preserve">[32:20] </w:t>
      </w:r>
      <w:r>
        <w:t>is aitbar se dono hi girohon ka case apnay apnay lihaaz se conditioning ka case hai. aur dono hi ke silsilay mein yeh karna hai ke un ki conditioning ko khatam kar ke unhein apni asal halat ki taraf lotaya jaye.</w:t>
      </w:r>
    </w:p>
    <w:p>
      <w:pPr>
        <w:jc w:val="right"/>
      </w:pPr>
      <w:r>
        <w:t>اس اعتبار سے دونوں ہی گروہوں کا کیس اپنے اپنے لحاظ سے کنڈیشننگ کا کیس ہے۔ اور دونوں ہی کے سلسلے میں یہ کرنا ہے کہ ان کی کنڈیشننگ کو ختم کر کے انہیں اپنی اصل حالت کی طرف لوٹایا جائے۔</w:t>
      </w:r>
    </w:p>
    <w:p>
      <w:r>
        <w:rPr>
          <w:b/>
        </w:rPr>
        <w:t xml:space="preserve">[32:36] </w:t>
      </w:r>
      <w:r>
        <w:t>qaul-e-balegh. hyderabad ke safar december 2002 mein hinduo'n ki aik majlis mein mein ne islami talimat ka ta'aruf pesh kiya.</w:t>
      </w:r>
    </w:p>
    <w:p>
      <w:pPr>
        <w:jc w:val="right"/>
      </w:pPr>
      <w:r>
        <w:t>قول بلیغ۔ حیدرآباد کے سفر دسمبر 2002 میں ہندوؤں کی ایک مجلس میں میں نے اسلامی تعلیمات کا تعارف پیش کیا۔</w:t>
      </w:r>
    </w:p>
    <w:p>
      <w:r>
        <w:rPr>
          <w:b/>
        </w:rPr>
        <w:t xml:space="preserve">[32:48] </w:t>
      </w:r>
      <w:r>
        <w:t>logon ne bohat ghore se suna. aakhir mein aik taleem yafta hindu ne kaha ke aap islam ko is tarah pesh karte hain ke wo logon ke liye sahaj soye karya ho jaye.</w:t>
      </w:r>
    </w:p>
    <w:p>
      <w:pPr>
        <w:jc w:val="right"/>
      </w:pPr>
      <w:r>
        <w:t>لوگوں نے بہت غور سے سنا۔ آخر میں ایک تعلیم یافتہ ہندو نے کہا کہ آپ اسلام کو اس طرح پیش کرتے ہیں کہ وہ لوگوں کے لیے سہج سوئے کاریا ہو جائے۔</w:t>
      </w:r>
    </w:p>
    <w:p>
      <w:r>
        <w:rPr>
          <w:b/>
        </w:rPr>
        <w:t xml:space="preserve">[32:59] </w:t>
      </w:r>
      <w:r>
        <w:t>yani islam ko manna un ke liye asan ho jaye. fikri mustafa ke mutabiq kaam. mojooda zamanay mein musalmanon ki islaah aur islam ke ahya ka jo kaam karna hai wo taqleedi andaaz mein nahi ho sakta.</w:t>
      </w:r>
    </w:p>
    <w:p>
      <w:pPr>
        <w:jc w:val="right"/>
      </w:pPr>
      <w:r>
        <w:t>یعنی اسلام کو ماننا ان کے لیے آسان ہو جائے۔ فکری مصطفیٰ کے مطابق کام۔ موجودہ زمانے میں مسلمانوں کی اصلاح اور اسلام کے احیاء کا جو کام کرنا ہے وہ تقلیدی انداز میں نہیں ہو سکتا۔</w:t>
      </w:r>
    </w:p>
    <w:p>
      <w:r>
        <w:rPr>
          <w:b/>
        </w:rPr>
        <w:t xml:space="preserve">[33:16] </w:t>
      </w:r>
      <w:r>
        <w:t>aaj hazaron tehreekein is maqsad ke liye sar-garam hain magar matloob nateeja bar-aamad nahi ho raha hai. is ka khaas sabab yahi hai ke aaj zaroorat hai ke islam ki taleemat ko waqt ke fikri mستوى ya intellectual level par pesh kiya jaye.</w:t>
      </w:r>
    </w:p>
    <w:p>
      <w:pPr>
        <w:jc w:val="right"/>
      </w:pPr>
      <w:r>
        <w:t>آج ہزاروں تحریکیں اس مقصد کے لیے سرگرم ہیں مگر مطلوب نتیجہ برآمد نہیں ہو رہا ہے۔ اس کا خاص سبب یہی ہے کہ آج ضرورت ہے کہ اسلام کی تعلیمات کو وقت کے فکری مستوى یا انٹلیکچول لیول پر پیش کیا جائے۔</w:t>
      </w:r>
    </w:p>
    <w:p>
      <w:r>
        <w:rPr>
          <w:b/>
        </w:rPr>
        <w:t xml:space="preserve">[33:35] </w:t>
      </w:r>
      <w:r>
        <w:t>taakeh waqt ka kar-farma tabqa is ko apna sake. hamari maujooda tehreekein islam ko waqt ke fikri mستوى par pesh nahi kar rahi hain.</w:t>
      </w:r>
    </w:p>
    <w:p>
      <w:pPr>
        <w:jc w:val="right"/>
      </w:pPr>
      <w:r>
        <w:t>تاکہ وقت کا کارفرما طبقہ اس کو اپنا سکے۔ ہماری موجودہ تحریکیں اسلام کو وقت کے فکری مستوى پر پیش نہیں کر رہی ہیں۔</w:t>
      </w:r>
    </w:p>
    <w:p>
      <w:r>
        <w:rPr>
          <w:b/>
        </w:rPr>
        <w:t xml:space="preserve">[33:47] </w:t>
      </w:r>
      <w:r>
        <w:t>is liye awami tabqe ke kuch log to zaroor in ke gird ikattha ho rahe hain magar aala tabqe ke log unhein qabil tawajjuh nahi samajhte.</w:t>
      </w:r>
    </w:p>
    <w:p>
      <w:pPr>
        <w:jc w:val="right"/>
      </w:pPr>
      <w:r>
        <w:t>اس لیے عوامی طبقے کے کچھ لوگ تو ضرور ان کے گرد اکٹھا ہو رہے ہیں مگر اعلیٰ طبقے کے لوگ انہیں قابل توجہ نہیں سمجھتے۔</w:t>
      </w:r>
    </w:p>
    <w:p>
      <w:r>
        <w:rPr>
          <w:b/>
        </w:rPr>
        <w:t xml:space="preserve">[33:57] </w:t>
      </w:r>
      <w:r>
        <w:t>halankeh jab tak aala tabqe ke log mutawajjah na hon islam ki nai tareekh banaayi nahi ja sakti. mazhab ki zaroorat.</w:t>
      </w:r>
    </w:p>
    <w:p>
      <w:pPr>
        <w:jc w:val="right"/>
      </w:pPr>
      <w:r>
        <w:t>حالانکہ جب تک اعلیٰ طبقے کے لوگ متوجہ نہ ہوں اسلام کی نئی تاریخ بنائی نہیں جا سکتی۔ مذہب کی ضرورت۔</w:t>
      </w:r>
    </w:p>
    <w:p>
      <w:r>
        <w:rPr>
          <w:b/>
        </w:rPr>
        <w:t xml:space="preserve">[34:08] </w:t>
      </w:r>
      <w:r>
        <w:t>haiderabad ke safar december 2002 mein ek taleem-yafta hindu ne guftagu ke darmiyan kaha ke aap log khuda aur rohaniyat ki baat karte hain.</w:t>
      </w:r>
    </w:p>
    <w:p>
      <w:pPr>
        <w:jc w:val="right"/>
      </w:pPr>
      <w:r>
        <w:t>حیدرآباد کے سفر دسمبر 2002 میں ایک تعلیم یافتہ ہندو نے گفتگو کے دوران کہا کہ آپ لوگ خدا اور روحانیت کی بات کرتے ہیں۔</w:t>
      </w:r>
    </w:p>
    <w:p>
      <w:r>
        <w:rPr>
          <w:b/>
        </w:rPr>
        <w:t xml:space="preserve">[34:18] </w:t>
      </w:r>
      <w:r>
        <w:t>lekin aaj ka ek insaan jis ke paas paisa hai aur jis ko maadi sahoolatein hasil hain woh kehta hai ke hum ko khuda aur rohaniyat ki kya zaroorat.</w:t>
      </w:r>
    </w:p>
    <w:p>
      <w:pPr>
        <w:jc w:val="right"/>
      </w:pPr>
      <w:r>
        <w:t>لیکن آج کا ایک انسان جس کے پاس پیسہ ہے اور جس کو مادی سہولتیں حاصل ہیں وہ کہتا ہے کہ ہم کو خدا اور روحانیت کی کیا ضرورت۔</w:t>
      </w:r>
    </w:p>
    <w:p>
      <w:r>
        <w:rPr>
          <w:b/>
        </w:rPr>
        <w:t xml:space="preserve">[34:29] </w:t>
      </w:r>
      <w:r>
        <w:t>hum jo kuch chahte hain woh sab kuch hum ko is ke baghair mila hua hai. phir kyun khuda aur rohaniyat jaisi cheezon mein apne dimagh ko uljhaayein.</w:t>
      </w:r>
    </w:p>
    <w:p>
      <w:pPr>
        <w:jc w:val="right"/>
      </w:pPr>
      <w:r>
        <w:t>ہم جو کچھ چاہتے ہیں وہ سب کچھ ہم کو اس کے بغیر ملا ہوا ہے۔ پھر کیوں خدا اور روحانیت جیسی چیزوں میں اپنے دماغ کو الجھائیں۔</w:t>
      </w:r>
    </w:p>
    <w:p>
      <w:r>
        <w:rPr>
          <w:b/>
        </w:rPr>
        <w:t xml:space="preserve">[34:38] </w:t>
      </w:r>
      <w:r>
        <w:t>main ne kaha ke aap ko jo cheez mili hui hai woh kya hai. woh sirf woh cheezein hain jo aap ke jism ko aaram de sakein.</w:t>
      </w:r>
    </w:p>
    <w:p>
      <w:pPr>
        <w:jc w:val="right"/>
      </w:pPr>
      <w:r>
        <w:t>میں نے کہا کہ آپ کو جو چیز ملی ہوئی ہے وہ کیا ہے۔ وہ صرف وہ چیزیں ہیں جو آپ کے جسم کو آرام دے سکیں۔</w:t>
      </w:r>
    </w:p>
    <w:p>
      <w:r>
        <w:rPr>
          <w:b/>
        </w:rPr>
        <w:t xml:space="preserve">[34:47] </w:t>
      </w:r>
      <w:r>
        <w:t>magar yeh to zindagi ki hewani satah hai. koi bhi haiwan is qism ki zindagi hasil kar sakta hai. insaan ki asal azmat yeh hai ke woh dimagh rakhta hai.</w:t>
      </w:r>
    </w:p>
    <w:p>
      <w:pPr>
        <w:jc w:val="right"/>
      </w:pPr>
      <w:r>
        <w:t>مگر یہ تو زندگی کی حیوانی سطح ہے۔ کوئی بھی حیوان اس قسم کی زندگی حاصل کر سکتا ہے۔ انسان کی اصل عظمت یہ ہے کہ وہ دماغ رکھتا ہے۔</w:t>
      </w:r>
    </w:p>
    <w:p>
      <w:r>
        <w:rPr>
          <w:b/>
        </w:rPr>
        <w:t xml:space="preserve">[35:00] </w:t>
      </w:r>
      <w:r>
        <w:t>jism to sirf is dimagh ki sawari hai. insaan ki asal taraqqi is mein hai ke is ka dimagh taraqqi kare. agar jism farbah ho jaye aur dimaghi satah par koi taraqqi na ho to aisi taraqqi ki koi qeemat nahi.</w:t>
      </w:r>
    </w:p>
    <w:p>
      <w:pPr>
        <w:jc w:val="right"/>
      </w:pPr>
      <w:r>
        <w:t>جسم تو صرف اس دماغ کی سواری ہے۔ انسان کی اصل ترقی اس میں ہے کہ اس کا دماغ ترقی کرے۔ اگر جسم فربہ ہو جائے اور دماغی سطح پر کوئی ترقی نہ ہو تو ایسی ترقی کی کوئی قیمت نہیں۔</w:t>
      </w:r>
    </w:p>
    <w:p>
      <w:r>
        <w:rPr>
          <w:b/>
        </w:rPr>
        <w:t xml:space="preserve">[35:16] </w:t>
      </w:r>
      <w:r>
        <w:t>khuda aur rohaniyat ka raasta isi dimaghi taraqqi ko hasil karne ka zariya hai. main ne kaha ke aap jaise log yeh karte hain ke woh makhsoos taleem aur training ke zariye dimagh ke ek hisse ko taraqqi-yafta bana lete hain.</w:t>
      </w:r>
    </w:p>
    <w:p>
      <w:pPr>
        <w:jc w:val="right"/>
      </w:pPr>
      <w:r>
        <w:t>خدا اور روحانیت کا راستہ اسی دماغی ترقی کو حاصل کرنے کا ذریعہ ہے۔ میں نے کہا کہ آپ جیسے لوگ یہ کرتے ہیں کہ وہ مخصوص تعلیم اور ٹریننگ کے ذریعے دماغ کے ایک حصے کو ترقی یافتہ بنا لیتے ہیں۔</w:t>
      </w:r>
    </w:p>
    <w:p>
      <w:r>
        <w:rPr>
          <w:b/>
        </w:rPr>
        <w:t xml:space="preserve">[35:31] </w:t>
      </w:r>
      <w:r>
        <w:t>yeh dimagh ka professional hissa hai. aise log professional aitbar se zaheen maloom hote hain. magar dimagh ke doosre fikri pehluon ke aitbar se woh bilkul ghair taraqqi-yafta halat mein pade rehte hain.</w:t>
      </w:r>
    </w:p>
    <w:p>
      <w:pPr>
        <w:jc w:val="right"/>
      </w:pPr>
      <w:r>
        <w:t>یہ دماغ کا پروفیشنل حصہ ہے۔ ایسے لوگ پروفیشنل اعتبار سے ذہین معلوم ہوتے ہیں۔ مگر دماغ کے دوسرے فکری پہلوؤں کے اعتبار سے وہ بالکل غیر ترقی یافتہ حالت میں پڑے رہتے ہیں۔</w:t>
      </w:r>
    </w:p>
    <w:p>
      <w:r>
        <w:rPr>
          <w:b/>
        </w:rPr>
        <w:t xml:space="preserve">[35:45] </w:t>
      </w:r>
      <w:r>
        <w:t>da'wati tayyari. is safar mein ek sahab ne apni rooh-dad bataayi. is se maujooda zamane ke taleem-yafta musalmanon ke mizaj ka andaza hota hai.</w:t>
      </w:r>
    </w:p>
    <w:p>
      <w:pPr>
        <w:jc w:val="right"/>
      </w:pPr>
      <w:r>
        <w:t>دعوتی تیاری۔ اس سفر میں ایک صاحب نے اپنی روح داد بتائی۔ اس سے موجودہ زمانے کے تعلیم یافتہ مسلمانوں کے مزاج کا اندازہ ہوتا ہے۔</w:t>
      </w:r>
    </w:p>
    <w:p>
      <w:r>
        <w:rPr>
          <w:b/>
        </w:rPr>
        <w:t xml:space="preserve">[35:57] </w:t>
      </w:r>
      <w:r>
        <w:t>unhon ne bataya ke train ke ek safar mein un ki mulaqat hindu leader doctor Praveen Togadia se hui. is tarah unhein doctor Togadia se taqreeban teen ghante baat cheet karne ka mauqa mila.</w:t>
      </w:r>
    </w:p>
    <w:p>
      <w:pPr>
        <w:jc w:val="right"/>
      </w:pPr>
      <w:r>
        <w:t>انہوں نے بتایا کہ ٹرین کے ایک سفر میں ان کی ملاقات ہندو لیڈر ڈاکٹر پروین توگڑیا سے ہوئی۔ اس طرح انہیں ڈاکٹر توگڑیا سے تقریباً تین گھنٹے بات چیت کرنے کا موقع ملا۔</w:t>
      </w:r>
    </w:p>
    <w:p>
      <w:r>
        <w:rPr>
          <w:b/>
        </w:rPr>
        <w:t xml:space="preserve">[36:10] </w:t>
      </w:r>
      <w:r>
        <w:t>islam ki imtiyazi hasiyat ko batate hue unhon ne doctor togadiya se kaha: "Islam was the culmination of the evolution of religion." main ne kaha yeh baat sahi nahi.</w:t>
      </w:r>
    </w:p>
    <w:p>
      <w:pPr>
        <w:jc w:val="right"/>
      </w:pPr>
      <w:r>
        <w:t>اسلام کی امتیازی حیثیت کو بتاتے ہوئے انہوں نے ڈاکٹر توگڑیا سے کہا: "Islam was the culmination of the evolution of religion." میں نے کہا یہ بات صحیح نہیں۔</w:t>
      </w:r>
    </w:p>
    <w:p>
      <w:r>
        <w:rPr>
          <w:b/>
        </w:rPr>
        <w:t xml:space="preserve">[36:21] </w:t>
      </w:r>
      <w:r>
        <w:t>islam irtiqaai mazhab nahi hai balke woh mazhab ka mehfooz edition hai. quran mein kai maqamat par paighambar-e-islam ko mukhatib karte hue kaha gaya hai ke tum pichle nabiyon ki pairwi karo.</w:t>
      </w:r>
    </w:p>
    <w:p>
      <w:pPr>
        <w:jc w:val="right"/>
      </w:pPr>
      <w:r>
        <w:t>اسلام ارتقائی مذہب نہیں ہے بلکہ وہ مذہب کا محفوظ ایڈیشن ہے۔ قرآن میں کئی مقامات پر پیغمبر اسلام کو مخاطب کرتے ہوئے کہا گیا ہے کہ تم پچھلے نبیوں کی پیروی کرو۔</w:t>
      </w:r>
    </w:p>
    <w:p>
      <w:r>
        <w:rPr>
          <w:b/>
        </w:rPr>
        <w:t xml:space="preserve">[36:35] </w:t>
      </w:r>
      <w:r>
        <w:t>maslan فَبِهُدَاهُمُ اقْتَدِهْ agar islam mazhab ki irtiqaai soorat ho to pichle paighambaron ki pairwi ka hukum ek na-qabil-e-fahm hukum ban jayega.</w:t>
      </w:r>
    </w:p>
    <w:p>
      <w:pPr>
        <w:jc w:val="right"/>
      </w:pPr>
      <w:r>
        <w:t>مثلاً فَبِهُدَاهُمْ اقْتَدِهُمْ اگر اسلام مذہب کی ارتقائی صورت ہو تو پچھلے پیغمبروں کی پیروی کا حکم ایک ناقابل فہم حکم بن جائے گا۔</w:t>
      </w:r>
    </w:p>
    <w:p>
      <w:r>
        <w:rPr>
          <w:b/>
        </w:rPr>
        <w:t xml:space="preserve">[36:46] </w:t>
      </w:r>
      <w:r>
        <w:t>isi tarah islam ki khusoosiyat batate hue unhon ne doctor togadiya se kaha ke Muhammad (SAW) ka zahoor is waqt hua jabke zamane mein mukammal tabdeeli aa gayi thi.</w:t>
      </w:r>
    </w:p>
    <w:p>
      <w:pPr>
        <w:jc w:val="right"/>
      </w:pPr>
      <w:r>
        <w:t>اسی طرح اسلام کی خصوصیت بتاتے ہوئے انہوں نے ڈاکٹر توگڑیا سے کہا کہ محمد صلی اللہ علیہ وسلم کا ظہور اس وقت ہوا جبکہ زمانے میں مکمل تبدیلی آ گئی تھی۔</w:t>
      </w:r>
    </w:p>
    <w:p>
      <w:r>
        <w:rPr>
          <w:b/>
        </w:rPr>
        <w:t xml:space="preserve">[36:59] </w:t>
      </w:r>
      <w:r>
        <w:t>aur insani zehn itna taraqqi kar chuka tha ke khalis ta'aqqul ki satah par woh khuda ki ma'rifat hasil kar sake. Human intelligence had developed sufficiently enough to recognize God through reason.</w:t>
      </w:r>
    </w:p>
    <w:p>
      <w:pPr>
        <w:jc w:val="right"/>
      </w:pPr>
      <w:r>
        <w:t>اور انسانی ذہن اتنا ترقی کر چکا تھا کہ خالص تعقل کی سطح پر وہ خدا کی معرفت حاصل کر سکے۔ Human intelligence had developed sufficiently enough to recognize God through reason.</w:t>
      </w:r>
    </w:p>
    <w:p>
      <w:r>
        <w:rPr>
          <w:b/>
        </w:rPr>
        <w:t xml:space="preserve">[37:14] </w:t>
      </w:r>
      <w:r>
        <w:t>main ne kaha ke yeh ek mughalta-aamez baat hai. is liye ke saatwein sadi eesvi mein insani ilm abhi riwayati daur mein tha.</w:t>
      </w:r>
    </w:p>
    <w:p>
      <w:pPr>
        <w:jc w:val="right"/>
      </w:pPr>
      <w:r>
        <w:t>میں نے کہا کہ یہ ایک مغالطہ آمیز بات ہے۔ اس لیے کہ ساتویں صدی عیسوی میں انسانی علم ابھی روایتی دور میں تھا۔</w:t>
      </w:r>
    </w:p>
    <w:p>
      <w:r>
        <w:rPr>
          <w:b/>
        </w:rPr>
        <w:t xml:space="preserve">[37:24] </w:t>
      </w:r>
      <w:r>
        <w:t>insani ilm ka riwayati daur se nikal kar scientific daur mein pahunchna musallamah taur par bohat baad ko hua. ab is mi'yar ke mutabiq kehne wala keh sakta hai ke islam daur-e-qadeem ka mazhab hai.</w:t>
      </w:r>
    </w:p>
    <w:p>
      <w:pPr>
        <w:jc w:val="right"/>
      </w:pPr>
      <w:r>
        <w:t>انسانی علم کا روایتی دور سے نکل کر سائنسی دور میں پہنچنا مسلمہ طور پر بہت بعد کو ہوا۔ اب اس معیار کے مطابق کہنے والا کہہ سکتا ہے کہ اسلام دور قدیم کا مذہب ہے۔</w:t>
      </w:r>
    </w:p>
    <w:p>
      <w:r>
        <w:rPr>
          <w:b/>
        </w:rPr>
        <w:t xml:space="preserve">[37:39] </w:t>
      </w:r>
      <w:r>
        <w:t>woh daur-e-jadeed ka mazhab nahi. unhon ne bataya ke guftagu ke darmiyan doctor togadiya ne kaha ke islam tashaddud ka mazhab hai aur muslim tareekh khoon se likhi gayi hai.</w:t>
      </w:r>
    </w:p>
    <w:p>
      <w:pPr>
        <w:jc w:val="right"/>
      </w:pPr>
      <w:r>
        <w:t>وہ دور جدید کا مذہب نہیں۔ انہوں نے بتایا کہ گفتگو کے دوران ڈاکٹر توگڑیا نے کہا کہ اسلام تشدد کا مذہب ہے اور مسلم تاریخ خون سے لکھی گئی ہے۔</w:t>
      </w:r>
    </w:p>
    <w:p>
      <w:r>
        <w:rPr>
          <w:b/>
        </w:rPr>
        <w:t xml:space="preserve">[37:52] </w:t>
      </w:r>
      <w:r>
        <w:t>yeh sun kar mazkoorah musalman ne is ka jawab dete hue kaha ke kya aap is maamle mein doosre mazahib ki tareekh ko jante hain.</w:t>
      </w:r>
    </w:p>
    <w:p>
      <w:pPr>
        <w:jc w:val="right"/>
      </w:pPr>
      <w:r>
        <w:t>یہ سن کر مذکورہ مسلمان نے اس کا جواب دیتے ہوئے کہا کہ کیا آپ اس معاملے میں دوسرے مذاہب کی تاریخ کو جانتے ہیں۔</w:t>
      </w:r>
    </w:p>
    <w:p>
      <w:r>
        <w:rPr>
          <w:b/>
        </w:rPr>
        <w:t xml:space="preserve">[38:01] </w:t>
      </w:r>
      <w:r>
        <w:t>unki tareekh bhi agar zyada nahi to is se kam khooni nahi. un ke alfaaz yeh the: "I countered by asking if he was aware of the history of other religions.</w:t>
      </w:r>
    </w:p>
    <w:p>
      <w:pPr>
        <w:jc w:val="right"/>
      </w:pPr>
      <w:r>
        <w:t>ان کی تاریخ بھی اگر زیادہ نہیں تو اس سے کم خونی نہیں۔ ان کے الفاظ یہ تھے: "I countered by asking if he was aware of the history of other religions.</w:t>
      </w:r>
    </w:p>
    <w:p>
      <w:r>
        <w:rPr>
          <w:b/>
        </w:rPr>
        <w:t xml:space="preserve">[38:15] </w:t>
      </w:r>
      <w:r>
        <w:t>They too were not less bloody if not more." yeh jawab ka woh tareeqa hai jis ko ilzami jawab kaha jata hai. woh is aadmi ke liye mufeed nahi jo deen-e-haq ki numaindagi kar raha ho.</w:t>
      </w:r>
    </w:p>
    <w:p>
      <w:pPr>
        <w:jc w:val="right"/>
      </w:pPr>
      <w:r>
        <w:t>They too were not less bloody if not more." یہ جواب کا وہ طریقہ ہے جس کو الزامی جواب کہا جاتا ہے۔ وہ اس آدمی کے لیے مفید نہیں جو دین حق کی نمائندگی کر رہا ہو۔</w:t>
      </w:r>
    </w:p>
    <w:p>
      <w:r>
        <w:rPr>
          <w:b/>
        </w:rPr>
        <w:t xml:space="preserve">[38:30] </w:t>
      </w:r>
      <w:r>
        <w:t>islam har haal mein ba usool kirdaar ka hukum deta hai. doosron ka ghlt ravaiyah islam ke liye kabhi misaal nahi ban sakta.</w:t>
      </w:r>
    </w:p>
    <w:p>
      <w:pPr>
        <w:jc w:val="right"/>
      </w:pPr>
      <w:r>
        <w:t>اسلام ہر حال میں با اصول کردار کا حکم دیتا ہے۔ دوسروں کا غلط رویہ اسلام کے لیے کبھی مثال نہیں بن سکتا۔</w:t>
      </w:r>
    </w:p>
    <w:p>
      <w:r>
        <w:rPr>
          <w:b/>
        </w:rPr>
        <w:t xml:space="preserve">[38:40] </w:t>
      </w:r>
      <w:r>
        <w:t>doctor toogaria ke mazkoorah bayaan ka sahi jawab yeh tha ke islam usooli hesiyat se ek pur aman mazhab hai. albatta musalman khaas tor par muslim hukmaran tashaddud ke murtakib hue hain.</w:t>
      </w:r>
    </w:p>
    <w:p>
      <w:pPr>
        <w:jc w:val="right"/>
      </w:pPr>
      <w:r>
        <w:t>ڈاکٹر توگڑیا کے مذکورہ بیان کا صحیح جواب یہ تھا کہ اسلام اصولی حیثیت سے ایک پرامن مذہب ہے۔ البتہ مسلمان خاص طور پر مسلم حکمران تشدد کے مرتکب ہوئے ہیں۔</w:t>
      </w:r>
    </w:p>
    <w:p>
      <w:r>
        <w:rPr>
          <w:b/>
        </w:rPr>
        <w:t xml:space="preserve">[38:55] </w:t>
      </w:r>
      <w:r>
        <w:t>magar aap ko chahiye ke islam aur musalman mein farq karen. islam ko samajhne ke liye islam ki taleemat ko dekhen na ke musalmanon ke amal ko.</w:t>
      </w:r>
    </w:p>
    <w:p>
      <w:pPr>
        <w:jc w:val="right"/>
      </w:pPr>
      <w:r>
        <w:t>مگر آپ کو چاہیے کہ اسلام اور مسلمان میں فرق کریں۔ اسلام کو سمجھنے کے لیے اسلام کی تعلیمات کو دیکھیں نہ کہ مسلمانوں کے عمل کو۔</w:t>
      </w:r>
    </w:p>
    <w:p>
      <w:r>
        <w:rPr>
          <w:b/>
        </w:rPr>
        <w:t xml:space="preserve">[39:06] </w:t>
      </w:r>
      <w:r>
        <w:t>unhon ne apni guftagu ki tafseeli report dene ke baad aakhir mein kaha ke jab mein ne musalmanon mein reform ki zaroorat ko tasleem kiya to is mauqa par doctor toogaria ne aap ka naam liya aur aap ki koshishon ke baray mein apni pasandeedgi ka izhaar kiya.</w:t>
      </w:r>
    </w:p>
    <w:p>
      <w:pPr>
        <w:jc w:val="right"/>
      </w:pPr>
      <w:r>
        <w:t>انہوں نے اپنی گفتگو کی تفصیلی رپورٹ دینے کے بعد آخر میں کہا کہ جب میں نے مسلمانوں میں ریفارم کی ضرورت کو تسلیم کیا تو اس موقع پر ڈاکٹر توگڑیا نے آپ کا نام لیا اور آپ کی کوششوں کے بارے میں اپنی پسندیدگی کا اظہار کیا۔</w:t>
      </w:r>
    </w:p>
    <w:p>
      <w:r>
        <w:rPr>
          <w:b/>
        </w:rPr>
        <w:t xml:space="preserve">[39:21] </w:t>
      </w:r>
      <w:r>
        <w:t>is mauqa par mazkoorah musalman ke alfaaz yeh thay: "Dr. Toogaria asked me about you. He said he had not met Maulana Wahiduddin but his colleagues said he was aware of your views and appreciated them." apne tajrube ke mutabiq mein aise bohat se musalmanon ko jaanta hoon.</w:t>
      </w:r>
    </w:p>
    <w:p>
      <w:pPr>
        <w:jc w:val="right"/>
      </w:pPr>
      <w:r>
        <w:t>اس موقع پر مذکورہ مسلمان کے الفاظ یہ تھے: "Dr. Toogaria asked me about you. He said he had not met مولانا وحید الدین but his colleagues said he was aware of your views and appreciated them." اپنے تجربے کے مطابق میں ایسے بہت سے مسلمانوں کو جانتا ہوں۔</w:t>
      </w:r>
    </w:p>
    <w:p>
      <w:r>
        <w:rPr>
          <w:b/>
        </w:rPr>
        <w:t xml:space="preserve">[39:39] </w:t>
      </w:r>
      <w:r>
        <w:t>islam ke baray mein un ka ilm mehdood hai. woh islam ke baray mein jab bolte hain to woh islam ki ya to ghlt numaindagi karte hain ya naqis numaindagi.</w:t>
      </w:r>
    </w:p>
    <w:p>
      <w:pPr>
        <w:jc w:val="right"/>
      </w:pPr>
      <w:r>
        <w:t>اسلام کے بارے میں ان کا علم محدود ہے۔ وہ اسلام کے بارے میں جب بولتے ہیں تو وہ اسلام کی یا تو غلط نمائندگی کرتے ہیں یا ناقص نمائندگی۔</w:t>
      </w:r>
    </w:p>
    <w:p>
      <w:r>
        <w:rPr>
          <w:b/>
        </w:rPr>
        <w:t xml:space="preserve">[39:49] </w:t>
      </w:r>
      <w:r>
        <w:t>aise musalmanon se mein kehta hoon ke woh do mein se ek ka intikhab karen. ya to woh apne doosre kaam ko chhod kar saari zindagi mutala aur tehqeeq mein lagayen.</w:t>
      </w:r>
    </w:p>
    <w:p>
      <w:pPr>
        <w:jc w:val="right"/>
      </w:pPr>
      <w:r>
        <w:t>ایسے مسلمانوں سے میں کہتا ہوں کہ وہ دو میں سے ایک کا انتخاب کریں۔ یا تو وہ اپنے دوسرے کاموں کو چھوڑ کر ساری زندگی مطالعہ اور تحقیق میں لگائیں۔</w:t>
      </w:r>
    </w:p>
    <w:p>
      <w:r>
        <w:rPr>
          <w:b/>
        </w:rPr>
        <w:t xml:space="preserve">[39:59] </w:t>
      </w:r>
      <w:r>
        <w:t>taake woh islam ki sahi numaindagi ke qabil ho saken. aur agar un ke paas itna waqt nahi hai to doosri soorat un ke liye yeh hai ke agar kisi aalim ne apni poori zindagi sirf kar ke islam par aisa literature tayyar kiya hai jis ka etraaf doosre bhi karte hon to woh is literature ko istemal karen.</w:t>
      </w:r>
    </w:p>
    <w:p>
      <w:pPr>
        <w:jc w:val="right"/>
      </w:pPr>
      <w:r>
        <w:t>تاکہ وہ اسلام کی صحیح نمائندگی کے قابل ہو سکیں۔ اور اگر ان کے پاس اتنا وقت نہیں ہے تو دوسری صورت ان کے لیے یہ ہے کہ اگر کسی عالم نے اپنی پوری زندگی صرف کر کے اسلام پر ایسا لٹریچر تیار کیا ہے جس کا اعتراف دوسرے بھی کرتے ہوں تو وہ اس لٹریچر کو استعمال کریں۔</w:t>
      </w:r>
    </w:p>
    <w:p>
      <w:r>
        <w:rPr>
          <w:b/>
        </w:rPr>
        <w:t xml:space="preserve">[40:20] </w:t>
      </w:r>
      <w:r>
        <w:t>woh khud likhne aur bolne ke bajaye is ki kitaben doosron ko parhne ke liye den. magar bad qismati se un logon ne teesri soorat ka intikhab kar rakha hai.</w:t>
      </w:r>
    </w:p>
    <w:p>
      <w:pPr>
        <w:jc w:val="right"/>
      </w:pPr>
      <w:r>
        <w:t>وہ خود لکھنے اور بولنے کے بجائے اس کی کتابیں دوسروں کو پڑھنے کے لیے دیں۔ مگر بدقسمتی سے ان لوگوں نے تیسری صورت کا انتخاب کر رکھا ہے۔</w:t>
      </w:r>
    </w:p>
    <w:p>
      <w:r>
        <w:rPr>
          <w:b/>
        </w:rPr>
        <w:t xml:space="preserve">[40:30] </w:t>
      </w:r>
      <w:r>
        <w:t>aur is tarah ke maamle mein teesra intikhab hamesha ghlt hota hai. ikraam e muslim ikraam e insaniyat.</w:t>
      </w:r>
    </w:p>
    <w:p>
      <w:pPr>
        <w:jc w:val="right"/>
      </w:pPr>
      <w:r>
        <w:t>اور اس طرح کے معاملے میں تیسرا انتخاب ہمیشہ غلط ہوتا ہے۔ اکرام مسلم اکرام انسانیت۔</w:t>
      </w:r>
    </w:p>
    <w:p>
      <w:r>
        <w:rPr>
          <w:b/>
        </w:rPr>
        <w:t xml:space="preserve">[40:39] </w:t>
      </w:r>
      <w:r>
        <w:t>haiderabad ke is safar mein ek sahab ne mulaqat ki aur kaha ke aap ghair muslimon mein dawat ki baat karte hain. ghair muslimon mein dawat ka kaam kis tarah kiya jaye.</w:t>
      </w:r>
    </w:p>
    <w:p>
      <w:pPr>
        <w:jc w:val="right"/>
      </w:pPr>
      <w:r>
        <w:t>حیدرآباد کے اس سفر میں ایک صاحب نے ملاقات کی اور کہا کہ آپ غیر مسلموں میں دعوت کی بات کرتے ہیں۔ غیر مسلموں میں دعوت کا کام کس طرح کیا جائے۔</w:t>
      </w:r>
    </w:p>
    <w:p>
      <w:r>
        <w:rPr>
          <w:b/>
        </w:rPr>
        <w:t xml:space="preserve">[40:51] </w:t>
      </w:r>
      <w:r>
        <w:t>mein ne kaha ke dawat ka amal gehri khair khwahi ke jazbay ke tehat anjam paata hai. aur jahan gehri khair khwahi ho wahan yeh poochne ki zaroorat nahi hoti ke hum yeh kaam kaise karen.</w:t>
      </w:r>
    </w:p>
    <w:p>
      <w:pPr>
        <w:jc w:val="right"/>
      </w:pPr>
      <w:r>
        <w:t>میں نے کہا کہ دعوت کا عمل گہری خیر خواہی کے جذبے کے تحت انجام پاتا ہے۔ اور جہاں گہری خیر خواہی ہو وہاں یہ پوچھنے کی ضرورت نہیں ہوتی کہ ہم یہ کام کیسے کریں۔</w:t>
      </w:r>
    </w:p>
    <w:p>
      <w:r>
        <w:rPr>
          <w:b/>
        </w:rPr>
        <w:t xml:space="preserve">[41:04] </w:t>
      </w:r>
      <w:r>
        <w:t>mein ne kaha kya koi maa kisi se poochne jaye gi ke mein apne bete ki khidmat kis tarah karoon. kya koi baap kisi se poochne jaye ga ke mein apni aulaad ke sath padri huqooq kis tarah ada karoon.</w:t>
      </w:r>
    </w:p>
    <w:p>
      <w:pPr>
        <w:jc w:val="right"/>
      </w:pPr>
      <w:r>
        <w:t>میں نے کہا کیا کوئی ماں کسی سے پوچھنے جائے گی کہ میں اپنے بیٹے کی خدمت کس طرح کروں۔ کیا کوئی باپ کسی سے پوچھنے جائے گا کہ میں اپنی اولاد کے ساتھ پدری حقوق کس طرح ادا کروں۔</w:t>
      </w:r>
    </w:p>
    <w:p>
      <w:r>
        <w:rPr>
          <w:b/>
        </w:rPr>
        <w:t xml:space="preserve">[41:17] </w:t>
      </w:r>
      <w:r>
        <w:t>maa aur baap khud apni qalbi mohabbat ke tehat yeh jaan lete hain ke unhein apne bete aur beti ke sath kya karna hai. isi tarah jo log insaan ki mohabbat mein tarpain.</w:t>
      </w:r>
    </w:p>
    <w:p>
      <w:pPr>
        <w:jc w:val="right"/>
      </w:pPr>
      <w:r>
        <w:t>ماں اور باپ خود اپنی قلبی محبت کے تحت یہ جان لیتے ہیں کہ انہیں اپنے بیٹے اور بیٹی کے ساتھ کیا کرنا ہے۔ اسی طرح جو لوگ انسان کی محبت میں تڑپیں۔</w:t>
      </w:r>
    </w:p>
    <w:p>
      <w:r>
        <w:rPr>
          <w:b/>
        </w:rPr>
        <w:t xml:space="preserve">[41:29] </w:t>
      </w:r>
      <w:r>
        <w:t>jin ke dil mein yeh dard ho ke un ke aas paas ke log jahannum mein na jayen. unhein kisi se yeh poochne ki zaroorat nahi ke woh logon ki islaah o dawat ka kaam kis tarah karen.</w:t>
      </w:r>
    </w:p>
    <w:p>
      <w:pPr>
        <w:jc w:val="right"/>
      </w:pPr>
      <w:r>
        <w:t>جن کے دل میں یہ درد ہو کہ ان کے آس پاس کے لوگ جہنم میں نہ جائیں۔ انہیں کسی سے یہ پوچھنے کی ضرورت نہیں کہ وہ لوگوں کی اصلاح و دعوت کا کام کس طرح کریں۔</w:t>
      </w:r>
    </w:p>
    <w:p>
      <w:r>
        <w:rPr>
          <w:b/>
        </w:rPr>
        <w:t xml:space="preserve">[41:41] </w:t>
      </w:r>
      <w:r>
        <w:t>un ka dakhli jazba hi unhein yeh batane ke liye kafi hoga ke unhein apni dawati zimmedari ko kis tarah ada karna chahiye.</w:t>
      </w:r>
    </w:p>
    <w:p>
      <w:pPr>
        <w:jc w:val="right"/>
      </w:pPr>
      <w:r>
        <w:t>ان کا داخلی جذبہ ہی انہیں یہ بتانے کے لیے کافی ہوگا کہ انہیں اپنی دعوتی ذمہ داری کو کس طرح ادا کرنا چاہیے۔</w:t>
      </w:r>
    </w:p>
    <w:p>
      <w:r>
        <w:rPr>
          <w:b/>
        </w:rPr>
        <w:t xml:space="preserve">[41:50] </w:t>
      </w:r>
      <w:r>
        <w:t>magar bad qismati ki baat yeh hai ke maujooda zamanay ke musalman ikraam e muslim ko jante hain. ikraam e insaan ki ahmiyat se shoori taur par woh ba khabar hi nahi.</w:t>
      </w:r>
    </w:p>
    <w:p>
      <w:pPr>
        <w:jc w:val="right"/>
      </w:pPr>
      <w:r>
        <w:t>مگر بدقسمتی کی بات یہ ہے کہ موجودہ زمانے کے مسلمان اکرام مسلم کو جانتے ہیں۔ اکرام انسان کی اہمیت سے شعوری طور پر وہ باخبر ہی نہیں۔</w:t>
      </w:r>
    </w:p>
    <w:p>
      <w:r>
        <w:rPr>
          <w:b/>
        </w:rPr>
        <w:t xml:space="preserve">[42:04] </w:t>
      </w:r>
      <w:r>
        <w:t>jadeed duniya mein dawati imkanat. haiderabad ke is safar mein ek taleem yafta musalman se guftagu hui. mein ne unhein angrezi mein chhaapa hua ek invitation dikhaya.</w:t>
      </w:r>
    </w:p>
    <w:p>
      <w:pPr>
        <w:jc w:val="right"/>
      </w:pPr>
      <w:r>
        <w:t>جدید دنیا میں دعوتی امکانات۔ حیدرآباد کے اس سفر میں ایک تعلیم یافتہ مسلمان سے گفتگو ہوئی۔ میں نے انہیں انگریزی میں چھپا ہوا ایک انویٹیشن دکھایا۔</w:t>
      </w:r>
    </w:p>
    <w:p>
      <w:r>
        <w:rPr>
          <w:b/>
        </w:rPr>
        <w:t xml:space="preserve">[42:16] </w:t>
      </w:r>
      <w:r>
        <w:t>is mein mujhe taqreer karne ke liye bulaya gaya tha. yeh dawat nama The Enlightenment Foundation ki taraf se tha. is meeting ka mozu yeh tha ke mein kaun hoon.</w:t>
      </w:r>
    </w:p>
    <w:p>
      <w:pPr>
        <w:jc w:val="right"/>
      </w:pPr>
      <w:r>
        <w:t>اس میں مجھے تقریر کرنے کے لیے بلایا گیا تھا۔ یہ دعوت نامہ The Enlightenment Foundation کی طرف سے تھا۔ اس میٹنگ کا موضوع یہ تھا کہ میں کون ہوں۔</w:t>
      </w:r>
    </w:p>
    <w:p>
      <w:r>
        <w:rPr>
          <w:b/>
        </w:rPr>
        <w:t xml:space="preserve">[42:26] </w:t>
      </w:r>
      <w:r>
        <w:t>Who am I mein ne kaha is tarah ke idaray bari tadad mein taqreeban har shehar mein qaim hain. is mein shirkat karne walon ko poori azadi hoti hai ke woh apne nuqta nazar se zer e بحث mozu par bolen aur apne ilm ke mutabiq sawal ka jawab den.</w:t>
      </w:r>
    </w:p>
    <w:p>
      <w:pPr>
        <w:jc w:val="right"/>
      </w:pPr>
      <w:r>
        <w:t>Who am I میں نے کہا اس طرح کے ادارے بڑی تعداد میں تقریباً ہر شہر میں قائم ہیں۔ اس میں شرکت کرنے والوں کو پوری آزادی ہوتی ہے کہ وہ اپنے نقطہ نظر سے زیر بحث موضوع پر بولیں اور اپنے علم کے مطابق سوال کا جواب دیں۔</w:t>
      </w:r>
    </w:p>
    <w:p>
      <w:r>
        <w:rPr>
          <w:b/>
        </w:rPr>
        <w:t xml:space="preserve">[42:44] </w:t>
      </w:r>
      <w:r>
        <w:t>is tarah goya har shehar mein ek qism ka dawati maidan khula hua hai. taleem yafta musalman wahan ja kar azadana tor par apni baat pesh kar sakte hain.</w:t>
      </w:r>
    </w:p>
    <w:p>
      <w:pPr>
        <w:jc w:val="right"/>
      </w:pPr>
      <w:r>
        <w:t>اس طرح گویا ہر شہر میں ایک قسم کا دعوتی میدان کھلا ہوا ہے۔ تعلیم یافتہ مسلمان وہاں جا کر آزادانہ طور پر اپنی بات پیش کر سکتے ہیں۔</w:t>
      </w:r>
    </w:p>
    <w:p>
      <w:r>
        <w:rPr>
          <w:b/>
        </w:rPr>
        <w:t xml:space="preserve">[42:55] </w:t>
      </w:r>
      <w:r>
        <w:t>bashart ke un ka andaaz khalis ilmi ho. munazaray ka andaaz siyasi propaganda ka andaaz ya qaumi vikaalat ka andaaz na ho.</w:t>
      </w:r>
    </w:p>
    <w:p>
      <w:pPr>
        <w:jc w:val="right"/>
      </w:pPr>
      <w:r>
        <w:t>بشرط کہ ان کا انداز خالص علمی ہو۔ مناظرے کا انداز سیاسی پروپیگنڈے کا انداز یا قومی وکالت کا انداز نہ ہو۔</w:t>
      </w:r>
    </w:p>
    <w:p>
      <w:r>
        <w:rPr>
          <w:b/>
        </w:rPr>
        <w:t xml:space="preserve">[43:05] </w:t>
      </w:r>
      <w:r>
        <w:t>is imkan ko agar istemal kiya jaye to har shehar mein khamosh andaaz mein dawat ka kaam shuru ho jayega. magar maujooda musalmanon mein chounke dawati jazba nahi is liye unhon ne na is jadeed imkan ko jaana aur na is ko istemal kiya.</w:t>
      </w:r>
    </w:p>
    <w:p>
      <w:pPr>
        <w:jc w:val="right"/>
      </w:pPr>
      <w:r>
        <w:t>اس امکان کو اگر استعمال کیا جائے تو ہر شہر میں خاموش انداز میں دعوت کا کام شروع ہو جائے گا۔ مگر موجودہ مسلمانوں میں چونکہ دعوتی جذبہ نہیں اس لیے انہوں نے نہ اس جدید امکان کو جانا اور نہ اس کو استعمال کیا۔</w:t>
      </w:r>
    </w:p>
    <w:p>
      <w:r>
        <w:rPr>
          <w:b/>
        </w:rPr>
        <w:t xml:space="preserve">[43:24] </w:t>
      </w:r>
      <w:r>
        <w:t>dawat se ghaflat. mein yeh baat bar bar likh chuka hoon ke maujooda zamanay mein musalmanon ko jo masail pesh aa rahe hain woh saada tor par sirf masail nahi hain.</w:t>
      </w:r>
    </w:p>
    <w:p>
      <w:pPr>
        <w:jc w:val="right"/>
      </w:pPr>
      <w:r>
        <w:t>دعوت سے غفلت۔ میں یہ بات بار بار لکھ چکا ہوں کہ موجودہ زمانے میں مسلمانوں کو جو مسائل پیش آ رہے ہیں وہ سادہ طور پر صرف مسائل نہیں ہیں۔</w:t>
      </w:r>
    </w:p>
    <w:p>
      <w:r>
        <w:rPr>
          <w:b/>
        </w:rPr>
        <w:t xml:space="preserve">[43:36] </w:t>
      </w:r>
      <w:r>
        <w:t>woh Khuda ki tanbeeh ya warnings hain. yeh masail musalmanon ko jhanjhoor kar yaad dila rahe hain ke tum agar tabaahi se bachna chahte ho to apni dawati zimmedari ko poora karo.</w:t>
      </w:r>
    </w:p>
    <w:p>
      <w:pPr>
        <w:jc w:val="right"/>
      </w:pPr>
      <w:r>
        <w:t>وہ خدا کی تنبیہ یا وارننگز ہیں۔ یہ مسائل مسلمانوں کو جھنجوڑ کر یاد دلا رہے ہیں کہ تم اگر تباہی سے بچنا چاہتے ہو تو اپنی دعوتی ذمہ داری کو پورا کرو۔</w:t>
      </w:r>
    </w:p>
    <w:p>
      <w:r>
        <w:rPr>
          <w:b/>
        </w:rPr>
        <w:t xml:space="preserve">[43:48] </w:t>
      </w:r>
      <w:r>
        <w:t>yeh haqeeqat maine quran se akhaz ki hai. jaisa ke quran mein aaya hai: "ahl e iman kulli ismat minan nas" ka raaz tabligh ma anzal allah mein hai.</w:t>
      </w:r>
    </w:p>
    <w:p>
      <w:pPr>
        <w:jc w:val="right"/>
      </w:pPr>
      <w:r>
        <w:t>یہ حقیقت میں نے قرآن سے اخذ کی ہے۔ جیسا کہ قرآن میں آیا ہے: "أَهْلِ إِيمَانِ كَلِيِّ عِصْمَةٍ مِنَ النَّاسِ" کا راز تبلیغ ما أنزل الله میں ہے۔</w:t>
      </w:r>
    </w:p>
    <w:p>
      <w:r>
        <w:rPr>
          <w:b/>
        </w:rPr>
        <w:t xml:space="preserve">[44:00] </w:t>
      </w:r>
      <w:r>
        <w:t>al maida. maujooda zamane ke musalman nihayat josh o kharosh ke sath tahaffuz khatm e nabuwat ki tehreek chalate hain. magar is qism ki tehreekein mazahikhaiz had tak be maani hain.</w:t>
      </w:r>
    </w:p>
    <w:p>
      <w:pPr>
        <w:jc w:val="right"/>
      </w:pPr>
      <w:r>
        <w:t>المائدہ۔ موجودہ زمانے کے مسلمان نہایت جوش و خروش کے ساتھ تحفظ ختم نبوت کی تحریک چلاتے ہیں۔ مگر اس قسم کی تحریکیں مضحکہ خیز حد تک بے معنی ہیں۔</w:t>
      </w:r>
    </w:p>
    <w:p>
      <w:r>
        <w:rPr>
          <w:b/>
        </w:rPr>
        <w:t xml:space="preserve">[44:13] </w:t>
      </w:r>
      <w:r>
        <w:t>khatm e nabuwat ke tahaffuz ki zimmedari to khud allah ne le rakhi hai. phir musalman is mein kya role ada kar sakte hain. is qism ki tehreek itna hi be maani hai jitna ke shams o qamar ke tahaffuz ki tehreek chalana.</w:t>
      </w:r>
    </w:p>
    <w:p>
      <w:pPr>
        <w:jc w:val="right"/>
      </w:pPr>
      <w:r>
        <w:t>ختم نبوت کے تحفظ کی ذمہ داری تو خود اللہ نے لے رکھی ہے۔ پھر مسلمان اس میں کیا رول ادا کر سکتے ہیں۔ اس قسم کی تحریک اتنا ہی بے معنی ہے جتنا کہ شمس و قمر کے تحفظ کی تحریک چلانا۔</w:t>
      </w:r>
    </w:p>
    <w:p>
      <w:r>
        <w:rPr>
          <w:b/>
        </w:rPr>
        <w:t xml:space="preserve">[44:29] </w:t>
      </w:r>
      <w:r>
        <w:t>haqeeqat yeh hai ke musalmanon ki zimmedari khatm e nabuwat ka tahaffuz nahi hai balke khatm e nabuwat ki daawti zimmedariyon ko ada karna hai.</w:t>
      </w:r>
    </w:p>
    <w:p>
      <w:pPr>
        <w:jc w:val="right"/>
      </w:pPr>
      <w:r>
        <w:t>حقیقت یہ ہے کہ مسلمانوں کی ذمہ داری ختم نبوت کا تحفظ نہیں ہے بلکہ ختم نبوت کی دعوتی ذمہ داریوں کو ادا کرنا ہے۔</w:t>
      </w:r>
    </w:p>
    <w:p>
      <w:r>
        <w:rPr>
          <w:b/>
        </w:rPr>
        <w:t xml:space="preserve">[44:39] </w:t>
      </w:r>
      <w:r>
        <w:t>khatm e nabuwat ke baad woh maqam e nabuwat par hain. musalmanon ki zimmedari hai ke woh daawaht ilal allah ka woh kaam karein jo pehle paighambar ke zariye anjam pata tha.</w:t>
      </w:r>
    </w:p>
    <w:p>
      <w:pPr>
        <w:jc w:val="right"/>
      </w:pPr>
      <w:r>
        <w:t>ختم نبوت کے بعد وہ مقام نبوت پر ہیں۔ مسلمانوں کی ذمہ داری ہے کہ وہ دعوت الی اللہ کا وہ کام کریں جو پہلے پیغمبر کے ذریعے انجام پاتا تھا۔</w:t>
      </w:r>
    </w:p>
    <w:p>
      <w:r>
        <w:rPr>
          <w:b/>
        </w:rPr>
        <w:t xml:space="preserve">[44:50] </w:t>
      </w:r>
      <w:r>
        <w:t>"liyakoonar rasool shaheedan alaikum wata koonoo shuhadaa alannas" yaani taake rasool tum par gawah hon aur tum logon par gawah bano.</w:t>
      </w:r>
    </w:p>
    <w:p>
      <w:pPr>
        <w:jc w:val="right"/>
      </w:pPr>
      <w:r>
        <w:t>"لِيَكُونَ الرَّسُولُ شَهِيدًا عَلَيْكُمْ وَتَكُونُوا شُهَدَاءًا عَلَى النَّاسِ" یعنی تاکہ رسول تم پر گواہ ہوں اور تم لوگوں پر گواہ بنو۔</w:t>
      </w:r>
    </w:p>
    <w:p>
      <w:r>
        <w:rPr>
          <w:b/>
        </w:rPr>
        <w:t xml:space="preserve">[45:01] </w:t>
      </w:r>
      <w:r>
        <w:t>quran aur hadith aur seerat ka maine jo gehra mutala kiya hai is ki buniyad par main poore yaqeen ke sath keh sakta hoon ke ummat e muhammadi sirf namaz roze ki adaigi se khuda ke haan breh zima nahi ho sakti.</w:t>
      </w:r>
    </w:p>
    <w:p>
      <w:pPr>
        <w:jc w:val="right"/>
      </w:pPr>
      <w:r>
        <w:t>قرآن اور حدیث اور سیرت کا میں نے جو گہرا مطالعہ کیا ہے اس کی بنیاد پر میں پورے یقین کے ساتھ کہہ سکتا ہوں کہ امت محمدی صرف نماز روزے کی ادائیگی سے خدا کے ہاں بری الذمہ نہیں ہو سکتی۔</w:t>
      </w:r>
    </w:p>
    <w:p>
      <w:r>
        <w:rPr>
          <w:b/>
        </w:rPr>
        <w:t xml:space="preserve">[45:17] </w:t>
      </w:r>
      <w:r>
        <w:t>hata ke khud sakhta nazariyat ke tehat maujooda zamane mein islami jehad aur islami siyasat ke jo hangame muslim duniya mein jari hain woh bhi hargiz is ki nijaat ka zaman nahi ban sakte.</w:t>
      </w:r>
    </w:p>
    <w:p>
      <w:pPr>
        <w:jc w:val="right"/>
      </w:pPr>
      <w:r>
        <w:t>حتیٰ کہ خود ساختہ نظریات کے تحت موجودہ زمانے میں اسلامی جہاد اور اسلامی سیاست کے جو ہنگامے مسلم دنیا میں جاری ہیں وہ بھی ہرگز اس کی نجات کا ضامن نہیں بن سکتے۔</w:t>
      </w:r>
    </w:p>
    <w:p>
      <w:r>
        <w:rPr>
          <w:b/>
        </w:rPr>
        <w:t xml:space="preserve">[45:31] </w:t>
      </w:r>
      <w:r>
        <w:t>musalmanon par farz ke darje mein zaroori hai ke woh ghair musalmanon tak islam ka paigham pahunchayein aur is ke tamam aadab o sharaait ke sath is ko musalsal anjam dein.</w:t>
      </w:r>
    </w:p>
    <w:p>
      <w:pPr>
        <w:jc w:val="right"/>
      </w:pPr>
      <w:r>
        <w:t>مسلمانوں پر فرض کے درجے میں ضروری ہے کہ وہ غیر مسلموں تک اسلام کا پیغام پہنچائیں اور اس کے تمام آداب و شرائط کے ساتھ اس کو مسلسل انجام دیں۔</w:t>
      </w:r>
    </w:p>
    <w:p>
      <w:r>
        <w:rPr>
          <w:b/>
        </w:rPr>
        <w:t xml:space="preserve">[45:43] </w:t>
      </w:r>
      <w:r>
        <w:t>daawti farz ki anjam dehi ke baghair musalmanon ka ummat e muhammadi hona hi mujtaba hai. aur jab asal hesiyat hi mujtaba ho to inamat kis buniyad par diye jayenge.</w:t>
      </w:r>
    </w:p>
    <w:p>
      <w:pPr>
        <w:jc w:val="right"/>
      </w:pPr>
      <w:r>
        <w:t>دعوتی فرض کی انجام دہی کے بغیر مسلمانوں کا امت محمدی ہونا ہی مجتبیٰ ہے۔ اور جب اصل حیثیت ہی مجتبیٰ ہو تو انعامات کس بنیاد پر دیے جائیں گے۔</w:t>
      </w:r>
    </w:p>
    <w:p>
      <w:r>
        <w:rPr>
          <w:b/>
        </w:rPr>
        <w:t xml:space="preserve">[45:56] </w:t>
      </w:r>
      <w:r>
        <w:t>hawas mein daawaht. angrezi magazine india today 2 december 2002 dekha. is ke safhe 66-67 par britanvi journalist sir mark tully ki taza kitaab par tabsarah shaya hua tha.</w:t>
      </w:r>
    </w:p>
    <w:p>
      <w:pPr>
        <w:jc w:val="right"/>
      </w:pPr>
      <w:r>
        <w:t>حواس میں دعوت۔ انگریزی میگزین انڈیا ٹوڈے 2 دسمبر 2002 دیکھا۔ اس کے صفحے 66-67 پر برطانوی جرنلسٹ سر مارک ٹلی کی تازہ کتاب پر تبصرہ شائع ہوا تھا۔</w:t>
      </w:r>
    </w:p>
    <w:p>
      <w:r>
        <w:rPr>
          <w:b/>
        </w:rPr>
        <w:t xml:space="preserve">[46:10] </w:t>
      </w:r>
      <w:r>
        <w:t>302 safhe ki yeh kitaab penguin books ne chhapi hai. kitaab ka naam yeh hai: india in slow motion, 2002.</w:t>
      </w:r>
    </w:p>
    <w:p>
      <w:pPr>
        <w:jc w:val="right"/>
      </w:pPr>
      <w:r>
        <w:t>302 صفحے کی یہ کتاب پینگوئن بکس نے چھاپی ہے۔ کتاب کا نام یہ ہے: انڈیا ان سلو موشن، 2002۔</w:t>
      </w:r>
    </w:p>
    <w:p>
      <w:r>
        <w:rPr>
          <w:b/>
        </w:rPr>
        <w:t xml:space="preserve">[46:19] </w:t>
      </w:r>
      <w:r>
        <w:t>is kitaab mein introduction ke ilawa 11 abwab hain. is ka pehla bab ram ki nai daryaft, the reinvention of ram ke bare mein hai.</w:t>
      </w:r>
    </w:p>
    <w:p>
      <w:pPr>
        <w:jc w:val="right"/>
      </w:pPr>
      <w:r>
        <w:t>اس کتاب میں انٹروڈکشن کے علاوہ 11 ابواب ہیں۔ اس کا پہلا باب رام کی نئی دریافت، دی ری انوینشن آف رام کے بارے میں ہے۔</w:t>
      </w:r>
    </w:p>
    <w:p>
      <w:r>
        <w:rPr>
          <w:b/>
        </w:rPr>
        <w:t xml:space="preserve">[46:29] </w:t>
      </w:r>
      <w:r>
        <w:t>aur aakhri bab ka unwan hai: gumshuda jannat, paradise lost. kitaab ka ek bab soofiyon aur un ke aqaaid ke bare mein hai.</w:t>
      </w:r>
    </w:p>
    <w:p>
      <w:pPr>
        <w:jc w:val="right"/>
      </w:pPr>
      <w:r>
        <w:t>اور آخری باب کا عنوان ہے: گمشدہ جنت، پیراڈائز لاسٹ۔ کتاب کا ایک باب صوفیوں اور ان کے عقائد کے بارے میں ہے۔</w:t>
      </w:r>
    </w:p>
    <w:p>
      <w:r>
        <w:rPr>
          <w:b/>
        </w:rPr>
        <w:t xml:space="preserve">[46:39] </w:t>
      </w:r>
      <w:r>
        <w:t>the sufis and a plain faith, is bab ka unwan hai. is kitaab ki tarteeb ke dauran sir mark tully ne raqim ul huroof ka do bar interview liya tha.</w:t>
      </w:r>
    </w:p>
    <w:p>
      <w:pPr>
        <w:jc w:val="right"/>
      </w:pPr>
      <w:r>
        <w:t>دی صوفیز اینڈ ا پلین فیتھ، اس باب کا عنوان ہے۔ اس کتاب کی ترتیب کے دوران سر مارک ٹلی نے راقم الحروف کا دو بار انٹرویو لیا تھا۔</w:t>
      </w:r>
    </w:p>
    <w:p>
      <w:r>
        <w:rPr>
          <w:b/>
        </w:rPr>
        <w:t xml:space="preserve">[46:49] </w:t>
      </w:r>
      <w:r>
        <w:t>kitaab ke mazkoora bab mein unhon ne tafseel ke sath mere khayalat ka zikr kiya hai jo kitaab ke safhe 156 se le kar 161 tak maujood hain.</w:t>
      </w:r>
    </w:p>
    <w:p>
      <w:pPr>
        <w:jc w:val="right"/>
      </w:pPr>
      <w:r>
        <w:t>کتاب کے مذکورہ باب میں انہوں نے تفصیل کے ساتھ میرے خیالات کا ذکر کیا ہے جو کتاب کے صفحہ 156 سے لے کر 161 تک موجود ہے۔</w:t>
      </w:r>
    </w:p>
    <w:p>
      <w:r>
        <w:rPr>
          <w:b/>
        </w:rPr>
        <w:t xml:space="preserve">[47:00] </w:t>
      </w:r>
      <w:r>
        <w:t>sir mark tully ne apni kitaab mein likha hai ke un ko yeh khayal hua ke woh apni kitaab mein islami tasawwuf ya soofi faith par ek bab shamil karein.</w:t>
      </w:r>
    </w:p>
    <w:p>
      <w:pPr>
        <w:jc w:val="right"/>
      </w:pPr>
      <w:r>
        <w:t>سر مارک ٹلی نے اپنی کتاب میں لکھا ہے کہ ان کو یہ خیال ہوا کہ وہ اپنی کتاب میں اسلامی تصوف یا صوفی فیتھ پر ایک باب شامل کریں۔</w:t>
      </w:r>
    </w:p>
    <w:p>
      <w:r>
        <w:rPr>
          <w:b/>
        </w:rPr>
        <w:t xml:space="preserve">[47:10] </w:t>
      </w:r>
      <w:r>
        <w:t>is silsile mein unhon ne sab se pehle yeh koshish ki ke tablighi jamaat ke markaz mein ja kar mozu ke bare mein maloomat hasil karein.</w:t>
      </w:r>
    </w:p>
    <w:p>
      <w:pPr>
        <w:jc w:val="right"/>
      </w:pPr>
      <w:r>
        <w:t>اس سلسلے میں انہوں نے سب سے پہلے یہ کوشش کی کہ تبلیغی جماعت کے مرکز میں جا کر موضوع کے بارے میں معلومات حاصل کریں۔</w:t>
      </w:r>
    </w:p>
    <w:p>
      <w:r>
        <w:rPr>
          <w:b/>
        </w:rPr>
        <w:t xml:space="preserve">[47:18] </w:t>
      </w:r>
      <w:r>
        <w:t>magar woh log is silsile mein intehai had tak ghair maawin ya unhelpful sabit hue. hatta ke unhon ne yeh batane se bhi inkar kar diya ke doosra kaun musalman is mamle mein un ke liye madadgar ho sakta hai.</w:t>
      </w:r>
    </w:p>
    <w:p>
      <w:pPr>
        <w:jc w:val="right"/>
      </w:pPr>
      <w:r>
        <w:t>مگر وہ لوگ اس سلسلے میں انتہائی حد تک غیر معاون یا ان ہیلپ فل ثابت ہوئے۔ حتیٰ کہ انہوں نے یہ بتانے سے بھی انکار کر دیا کہ دوسرا کون مسلمان اس معاملے میں ان کے لیے مددگار ہو سکتا ہے۔</w:t>
      </w:r>
    </w:p>
    <w:p>
      <w:r>
        <w:rPr>
          <w:b/>
        </w:rPr>
        <w:t xml:space="preserve">[47:33] </w:t>
      </w:r>
      <w:r>
        <w:t>sir mark tully ne likha hai: "is ke baad unhon ne mujh se kaha ke aap koshish kijiye taake tabligh ka koi aadmi mil jaye jis se main tabligh ke bare mein maloomat le sakoon." un ke kehne par maine koshish ki lekin mujhe kamyabi na ho saki.</w:t>
      </w:r>
    </w:p>
    <w:p>
      <w:pPr>
        <w:jc w:val="right"/>
      </w:pPr>
      <w:r>
        <w:t>سر مارک ٹلی نے لکھا ہے: "اس کے بعد انہوں نے مجھ سے کہا کہ آپ کوشش کیجیے تاکہ تبلیغ کا کوئی آدمی مل جائے جس سے میں تبلیغ کے بارے میں معلومات لے سکوں۔" ان کے کہنے پر میں نے کوشش کی لیکن مجھے کامیابی نہ ہو سکی۔</w:t>
      </w:r>
    </w:p>
    <w:p>
      <w:r>
        <w:rPr>
          <w:b/>
        </w:rPr>
        <w:t xml:space="preserve">[47:47] </w:t>
      </w:r>
      <w:r>
        <w:t>maine un ko telephone kiya aur is silsile mein mazori zahir ki. is ki report sir mark tully ne in alfaaz mein likhi hai: "Moulana agreed, but a few days later rang me back to confess failure.</w:t>
      </w:r>
    </w:p>
    <w:p>
      <w:pPr>
        <w:jc w:val="right"/>
      </w:pPr>
      <w:r>
        <w:t>میں نے ان کو ٹیلی فون کیا اور اس سلسلے میں معذوری ظاہر کی۔ اس کی رپورٹ سر مارک ٹلی نے ان الفاظ میں لکھی ہے: "Moulana agreed, but a few days later rang me back to confess failure.</w:t>
      </w:r>
    </w:p>
    <w:p>
      <w:r>
        <w:rPr>
          <w:b/>
        </w:rPr>
        <w:t xml:space="preserve">[48:00] </w:t>
      </w:r>
      <w:r>
        <w:t>Those people are not living in this century. He said they don't know what the media is." is ke baad woh mere pas aaye aur mujh se soofiism par tafseeli interview liya.</w:t>
      </w:r>
    </w:p>
    <w:p>
      <w:pPr>
        <w:jc w:val="right"/>
      </w:pPr>
      <w:r>
        <w:t>Those people are not living in this century. He said they don't know what the media is." اس کے بعد وہ میرے پاس آئے اور مجھ سے صوفی ازم پر تفصیلی انٹرویو لیا۔</w:t>
      </w:r>
    </w:p>
    <w:p>
      <w:r>
        <w:rPr>
          <w:b/>
        </w:rPr>
        <w:t xml:space="preserve">[48:11] </w:t>
      </w:r>
      <w:r>
        <w:t>is silsile mein unhon ne jo likha hai us ke chand jumle yeh hain: "Moulana Wahiduddin Khan proved far more approachable. When we rang him, he willingly agreed to see us both.</w:t>
      </w:r>
    </w:p>
    <w:p>
      <w:pPr>
        <w:jc w:val="right"/>
      </w:pPr>
      <w:r>
        <w:t>اس سلسلے میں انہوں نے جو لکھا ہے اس کے چند جملے یہ ہیں: "Moulana Wahiduddin Khan proved far more approachable. When we rang him, he willingly agreed to see us both.</w:t>
      </w:r>
    </w:p>
    <w:p>
      <w:r>
        <w:rPr>
          <w:b/>
        </w:rPr>
        <w:t xml:space="preserve">[48:23] </w:t>
      </w:r>
      <w:r>
        <w:t>And there was no question of Gilli, my wife, not being welcome." maujooda zamane ke muslim muslehineen ne taqreeban mushtark taur par yeh ghalti ki hai ke unhon ne awam ko apni koshishon ka nishana banaya.</w:t>
      </w:r>
    </w:p>
    <w:p>
      <w:pPr>
        <w:jc w:val="right"/>
      </w:pPr>
      <w:r>
        <w:t>And there was no question of Gilli, my wife, not being welcome." موجودہ زمانے کے مسلم مصلحین نے تقریباً مشترک طور پر یہ غلطی کی ہے کہ انہوں نے عوام کو اپنی کوششوں کا نشانہ بنایا۔</w:t>
      </w:r>
    </w:p>
    <w:p>
      <w:r>
        <w:rPr>
          <w:b/>
        </w:rPr>
        <w:t xml:space="preserve">[48:36] </w:t>
      </w:r>
      <w:r>
        <w:t>is ka nateeja yeh hua ke maujooda zamane mein islam ki numaindagi sirf awam ki satah par ho saki. jahan tak khawas ka taluq hai woh islam se taqreeban behra ho kar reh gaye.</w:t>
      </w:r>
    </w:p>
    <w:p>
      <w:pPr>
        <w:jc w:val="right"/>
      </w:pPr>
      <w:r>
        <w:t>اس کا نتیجہ یہ ہوا کہ موجودہ زمانے میں اسلام کی نمائندگی صرف عوام کی سطح پر ہو سکی۔ جہاں تک خواص کا تعلق ہے وہ اسلام سے تقریباً بے بہرہ ہو کر رہ گئے۔</w:t>
      </w:r>
    </w:p>
    <w:p>
      <w:r>
        <w:rPr>
          <w:b/>
        </w:rPr>
        <w:t xml:space="preserve">[48:49] </w:t>
      </w:r>
      <w:r>
        <w:t>mein apne zaati tajrube ki bana par keh sakta hoon ke maujood</w:t>
      </w:r>
    </w:p>
    <w:p>
      <w:pPr>
        <w:jc w:val="right"/>
      </w:pPr>
      <w:r>
        <w:t>میں اپنے ذاتی تجربے کی بنا پر کہہ سکتا ہوں کہ موجود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